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9E871" w14:textId="02679E0A" w:rsidR="004B6084" w:rsidRPr="00CA7D6F" w:rsidRDefault="00A74260" w:rsidP="00185C20">
      <w:pPr>
        <w:jc w:val="both"/>
        <w:rPr>
          <w:rFonts w:cstheme="majorHAnsi"/>
          <w:b/>
          <w:bCs/>
          <w:sz w:val="28"/>
          <w:szCs w:val="28"/>
          <w:lang w:val="ka-GE"/>
        </w:rPr>
      </w:pPr>
      <w:proofErr w:type="spellStart"/>
      <w:r w:rsidRPr="000A1DB5">
        <w:rPr>
          <w:rFonts w:ascii="Sylfaen" w:hAnsi="Sylfaen" w:cs="Sylfaen"/>
          <w:b/>
          <w:bCs/>
          <w:sz w:val="28"/>
          <w:szCs w:val="28"/>
        </w:rPr>
        <w:t>ნარდობის</w:t>
      </w:r>
      <w:proofErr w:type="spellEnd"/>
      <w:r w:rsidRPr="000A1DB5">
        <w:rPr>
          <w:rFonts w:cstheme="majorHAnsi"/>
          <w:b/>
          <w:bCs/>
          <w:sz w:val="28"/>
          <w:szCs w:val="28"/>
        </w:rPr>
        <w:t xml:space="preserve"> </w:t>
      </w:r>
      <w:proofErr w:type="spellStart"/>
      <w:r w:rsidRPr="000A1DB5">
        <w:rPr>
          <w:rFonts w:ascii="Sylfaen" w:hAnsi="Sylfaen" w:cs="Sylfaen"/>
          <w:b/>
          <w:bCs/>
          <w:sz w:val="28"/>
          <w:szCs w:val="28"/>
        </w:rPr>
        <w:t>ხელშეკრულება</w:t>
      </w:r>
      <w:proofErr w:type="spellEnd"/>
      <w:r w:rsidR="00CA7D6F">
        <w:rPr>
          <w:rFonts w:ascii="Sylfaen" w:hAnsi="Sylfaen" w:cs="Sylfaen"/>
          <w:b/>
          <w:bCs/>
          <w:sz w:val="28"/>
          <w:szCs w:val="28"/>
        </w:rPr>
        <w:t xml:space="preserve"> </w:t>
      </w:r>
      <w:r w:rsidR="00CA7D6F">
        <w:rPr>
          <w:rFonts w:ascii="Sylfaen" w:hAnsi="Sylfaen" w:cs="Sylfaen"/>
          <w:b/>
          <w:bCs/>
          <w:sz w:val="28"/>
          <w:szCs w:val="28"/>
          <w:lang w:val="ru-RU"/>
        </w:rPr>
        <w:t xml:space="preserve">№ </w:t>
      </w:r>
      <w:r w:rsidR="00CA7D6F">
        <w:rPr>
          <w:rFonts w:ascii="Sylfaen" w:hAnsi="Sylfaen" w:cs="Sylfaen"/>
          <w:b/>
          <w:bCs/>
          <w:sz w:val="28"/>
          <w:szCs w:val="28"/>
        </w:rPr>
        <w:t xml:space="preserve">GTS </w:t>
      </w:r>
      <w:r w:rsidR="00CA7D6F">
        <w:rPr>
          <w:rFonts w:ascii="Sylfaen" w:hAnsi="Sylfaen" w:cs="Sylfaen"/>
          <w:b/>
          <w:bCs/>
          <w:sz w:val="28"/>
          <w:szCs w:val="28"/>
          <w:lang w:val="ka-GE"/>
        </w:rPr>
        <w:t>1/__.10.26</w:t>
      </w:r>
    </w:p>
    <w:p w14:paraId="41C33600" w14:textId="7ECD91C0" w:rsidR="000A1DB5" w:rsidRPr="000A1DB5" w:rsidRDefault="00A74260" w:rsidP="00185C20">
      <w:pPr>
        <w:jc w:val="both"/>
        <w:rPr>
          <w:rFonts w:cstheme="majorHAnsi"/>
          <w:b/>
          <w:bCs/>
          <w:sz w:val="18"/>
          <w:szCs w:val="18"/>
        </w:rPr>
      </w:pPr>
      <w:r w:rsidRPr="000A1DB5">
        <w:rPr>
          <w:rFonts w:ascii="Sylfaen" w:hAnsi="Sylfaen" w:cs="Sylfaen"/>
          <w:b/>
          <w:bCs/>
          <w:sz w:val="18"/>
          <w:szCs w:val="18"/>
        </w:rPr>
        <w:t>ქ</w:t>
      </w:r>
      <w:r w:rsidRPr="000A1DB5">
        <w:rPr>
          <w:rFonts w:cstheme="majorHAnsi"/>
          <w:b/>
          <w:bCs/>
          <w:sz w:val="18"/>
          <w:szCs w:val="18"/>
        </w:rPr>
        <w:t xml:space="preserve">. </w:t>
      </w:r>
      <w:proofErr w:type="spellStart"/>
      <w:r w:rsidRPr="000A1DB5">
        <w:rPr>
          <w:rFonts w:ascii="Sylfaen" w:hAnsi="Sylfaen" w:cs="Sylfaen"/>
          <w:b/>
          <w:bCs/>
          <w:sz w:val="18"/>
          <w:szCs w:val="18"/>
        </w:rPr>
        <w:t>თბილისი</w:t>
      </w:r>
      <w:proofErr w:type="spellEnd"/>
      <w:r w:rsidRPr="000A1DB5">
        <w:rPr>
          <w:rFonts w:cstheme="majorHAnsi"/>
          <w:b/>
          <w:bCs/>
          <w:sz w:val="18"/>
          <w:szCs w:val="18"/>
        </w:rPr>
        <w:t xml:space="preserve">        </w:t>
      </w:r>
      <w:r w:rsidR="00D73BDF" w:rsidRPr="000A1DB5">
        <w:rPr>
          <w:rFonts w:cstheme="majorHAnsi"/>
          <w:b/>
          <w:bCs/>
          <w:sz w:val="18"/>
          <w:szCs w:val="18"/>
          <w:lang w:val="ka-GE"/>
        </w:rPr>
        <w:t xml:space="preserve">  </w:t>
      </w:r>
      <w:r w:rsidRPr="000A1DB5">
        <w:rPr>
          <w:rFonts w:cstheme="majorHAnsi"/>
          <w:b/>
          <w:bCs/>
          <w:sz w:val="18"/>
          <w:szCs w:val="18"/>
        </w:rPr>
        <w:t xml:space="preserve">                                                                                                                                                  </w:t>
      </w:r>
      <w:r w:rsidR="00CA7D6F">
        <w:rPr>
          <w:rFonts w:cstheme="majorHAnsi"/>
          <w:b/>
          <w:bCs/>
          <w:sz w:val="18"/>
          <w:szCs w:val="18"/>
        </w:rPr>
        <w:t xml:space="preserve">2026 </w:t>
      </w:r>
      <w:proofErr w:type="spellStart"/>
      <w:r w:rsidR="00CA7D6F">
        <w:rPr>
          <w:rFonts w:ascii="Sylfaen" w:hAnsi="Sylfaen" w:cstheme="majorHAnsi"/>
          <w:b/>
          <w:bCs/>
          <w:sz w:val="18"/>
          <w:szCs w:val="18"/>
        </w:rPr>
        <w:t>წლის</w:t>
      </w:r>
      <w:proofErr w:type="spellEnd"/>
      <w:r w:rsidR="00CA7D6F">
        <w:rPr>
          <w:rFonts w:ascii="Sylfaen" w:hAnsi="Sylfaen" w:cstheme="majorHAnsi"/>
          <w:b/>
          <w:bCs/>
          <w:sz w:val="18"/>
          <w:szCs w:val="18"/>
        </w:rPr>
        <w:t xml:space="preserve"> </w:t>
      </w:r>
      <w:r w:rsidR="00101478">
        <w:rPr>
          <w:rFonts w:ascii="Sylfaen" w:hAnsi="Sylfaen" w:cstheme="majorHAnsi"/>
          <w:b/>
          <w:bCs/>
          <w:sz w:val="18"/>
          <w:szCs w:val="18"/>
          <w:lang w:val="ka-GE"/>
        </w:rPr>
        <w:t xml:space="preserve">__ </w:t>
      </w:r>
      <w:r w:rsidR="00CA7D6F">
        <w:rPr>
          <w:rFonts w:ascii="Sylfaen" w:hAnsi="Sylfaen" w:cstheme="majorHAnsi"/>
          <w:b/>
          <w:bCs/>
          <w:sz w:val="18"/>
          <w:szCs w:val="18"/>
          <w:lang w:val="ka-GE"/>
        </w:rPr>
        <w:t>ოქტომბერი</w:t>
      </w:r>
    </w:p>
    <w:p w14:paraId="52569542" w14:textId="1F083FBA" w:rsidR="004B6084" w:rsidRPr="00D73BDF" w:rsidRDefault="00A74260" w:rsidP="00185C20">
      <w:pPr>
        <w:jc w:val="both"/>
        <w:rPr>
          <w:rFonts w:cstheme="majorHAnsi"/>
          <w:sz w:val="18"/>
          <w:szCs w:val="18"/>
        </w:rPr>
      </w:pPr>
      <w:proofErr w:type="spellStart"/>
      <w:r w:rsidRPr="00034668">
        <w:rPr>
          <w:rFonts w:ascii="Sylfaen" w:hAnsi="Sylfaen" w:cs="Sylfaen"/>
          <w:sz w:val="18"/>
          <w:szCs w:val="18"/>
        </w:rPr>
        <w:t>ჩვენ</w:t>
      </w:r>
      <w:proofErr w:type="spellEnd"/>
      <w:r w:rsidRPr="00034668">
        <w:rPr>
          <w:rFonts w:cstheme="majorHAnsi"/>
          <w:sz w:val="18"/>
          <w:szCs w:val="18"/>
        </w:rPr>
        <w:t xml:space="preserve">, </w:t>
      </w:r>
      <w:proofErr w:type="spellStart"/>
      <w:r w:rsidRPr="00034668">
        <w:rPr>
          <w:rFonts w:ascii="Sylfaen" w:hAnsi="Sylfaen" w:cs="Sylfaen"/>
          <w:sz w:val="18"/>
          <w:szCs w:val="18"/>
        </w:rPr>
        <w:t>ქვემორე</w:t>
      </w:r>
      <w:proofErr w:type="spellEnd"/>
      <w:r w:rsidRPr="00034668">
        <w:rPr>
          <w:rFonts w:cstheme="majorHAnsi"/>
          <w:sz w:val="18"/>
          <w:szCs w:val="18"/>
        </w:rPr>
        <w:t xml:space="preserve"> </w:t>
      </w:r>
      <w:proofErr w:type="spellStart"/>
      <w:r w:rsidRPr="00034668">
        <w:rPr>
          <w:rFonts w:ascii="Sylfaen" w:hAnsi="Sylfaen" w:cs="Sylfaen"/>
          <w:sz w:val="18"/>
          <w:szCs w:val="18"/>
        </w:rPr>
        <w:t>ხელის</w:t>
      </w:r>
      <w:proofErr w:type="spellEnd"/>
      <w:r w:rsidRPr="00034668">
        <w:rPr>
          <w:rFonts w:cstheme="majorHAnsi"/>
          <w:sz w:val="18"/>
          <w:szCs w:val="18"/>
        </w:rPr>
        <w:t xml:space="preserve"> </w:t>
      </w:r>
      <w:proofErr w:type="spellStart"/>
      <w:r w:rsidRPr="00034668">
        <w:rPr>
          <w:rFonts w:ascii="Sylfaen" w:hAnsi="Sylfaen" w:cs="Sylfaen"/>
          <w:sz w:val="18"/>
          <w:szCs w:val="18"/>
        </w:rPr>
        <w:t>მომწერნი</w:t>
      </w:r>
      <w:proofErr w:type="spellEnd"/>
      <w:r w:rsidRPr="00034668">
        <w:rPr>
          <w:rFonts w:cstheme="majorHAnsi"/>
          <w:sz w:val="18"/>
          <w:szCs w:val="18"/>
        </w:rPr>
        <w:t xml:space="preserve">, </w:t>
      </w:r>
      <w:proofErr w:type="spellStart"/>
      <w:r w:rsidRPr="00034668">
        <w:rPr>
          <w:rFonts w:ascii="Sylfaen" w:hAnsi="Sylfaen" w:cs="Sylfaen"/>
          <w:sz w:val="18"/>
          <w:szCs w:val="18"/>
        </w:rPr>
        <w:t>ერთი</w:t>
      </w:r>
      <w:proofErr w:type="spellEnd"/>
      <w:r w:rsidRPr="00034668">
        <w:rPr>
          <w:rFonts w:cstheme="majorHAnsi"/>
          <w:sz w:val="18"/>
          <w:szCs w:val="18"/>
        </w:rPr>
        <w:t xml:space="preserve"> </w:t>
      </w:r>
      <w:proofErr w:type="spellStart"/>
      <w:r w:rsidRPr="00034668">
        <w:rPr>
          <w:rFonts w:ascii="Sylfaen" w:hAnsi="Sylfaen" w:cs="Sylfaen"/>
          <w:sz w:val="18"/>
          <w:szCs w:val="18"/>
        </w:rPr>
        <w:t>მხრივ</w:t>
      </w:r>
      <w:proofErr w:type="spellEnd"/>
      <w:r w:rsidRPr="00034668">
        <w:rPr>
          <w:rFonts w:cstheme="majorHAnsi"/>
          <w:sz w:val="18"/>
          <w:szCs w:val="18"/>
        </w:rPr>
        <w:t xml:space="preserve">, </w:t>
      </w:r>
      <w:proofErr w:type="spellStart"/>
      <w:r w:rsidRPr="00034668">
        <w:rPr>
          <w:rFonts w:ascii="Sylfaen" w:hAnsi="Sylfaen" w:cs="Sylfaen"/>
          <w:bCs/>
          <w:sz w:val="18"/>
          <w:szCs w:val="18"/>
        </w:rPr>
        <w:t>შპს</w:t>
      </w:r>
      <w:proofErr w:type="spellEnd"/>
      <w:r w:rsidRPr="00034668">
        <w:rPr>
          <w:rFonts w:cstheme="majorHAnsi"/>
          <w:sz w:val="18"/>
          <w:szCs w:val="18"/>
        </w:rPr>
        <w:t xml:space="preserve"> “</w:t>
      </w:r>
      <w:r w:rsidR="00CB1C60" w:rsidRPr="00034668">
        <w:rPr>
          <w:rFonts w:ascii="Sylfaen" w:hAnsi="Sylfaen" w:cstheme="majorHAnsi"/>
          <w:sz w:val="18"/>
          <w:szCs w:val="18"/>
          <w:lang w:val="ka-GE"/>
        </w:rPr>
        <w:t xml:space="preserve">გრადა </w:t>
      </w:r>
      <w:r w:rsidR="003E0131">
        <w:rPr>
          <w:rFonts w:ascii="Sylfaen" w:hAnsi="Sylfaen" w:cstheme="majorHAnsi"/>
          <w:sz w:val="18"/>
          <w:szCs w:val="18"/>
          <w:lang w:val="ka-GE"/>
        </w:rPr>
        <w:t>წერეთელი</w:t>
      </w:r>
      <w:r w:rsidR="00AD7CD7" w:rsidRPr="00034668">
        <w:rPr>
          <w:rFonts w:cstheme="majorHAnsi"/>
          <w:sz w:val="18"/>
          <w:szCs w:val="18"/>
        </w:rPr>
        <w:t>“</w:t>
      </w:r>
      <w:r w:rsidR="00AD7CD7">
        <w:rPr>
          <w:rFonts w:ascii="Sylfaen" w:hAnsi="Sylfaen" w:cstheme="majorHAnsi"/>
          <w:sz w:val="18"/>
          <w:szCs w:val="18"/>
          <w:lang w:val="ka-GE"/>
        </w:rPr>
        <w:t xml:space="preserve"> </w:t>
      </w:r>
      <w:r w:rsidR="00C84DB4">
        <w:rPr>
          <w:rFonts w:ascii="Sylfaen" w:hAnsi="Sylfaen" w:cstheme="majorHAnsi"/>
          <w:sz w:val="18"/>
          <w:szCs w:val="18"/>
          <w:lang w:val="ka-GE"/>
        </w:rPr>
        <w:t>(</w:t>
      </w:r>
      <w:r w:rsidRPr="00034668">
        <w:rPr>
          <w:rFonts w:ascii="Sylfaen" w:hAnsi="Sylfaen" w:cs="Sylfaen"/>
          <w:sz w:val="18"/>
          <w:szCs w:val="18"/>
        </w:rPr>
        <w:t>ს</w:t>
      </w:r>
      <w:r w:rsidR="00FC46F0">
        <w:rPr>
          <w:rFonts w:ascii="Sylfaen" w:hAnsi="Sylfaen" w:cs="Sylfaen"/>
          <w:sz w:val="18"/>
          <w:szCs w:val="18"/>
        </w:rPr>
        <w:t>/</w:t>
      </w:r>
      <w:r w:rsidR="002016C7">
        <w:rPr>
          <w:rFonts w:ascii="Sylfaen" w:hAnsi="Sylfaen" w:cstheme="majorHAnsi"/>
          <w:sz w:val="18"/>
          <w:szCs w:val="18"/>
          <w:lang w:val="ka-GE"/>
        </w:rPr>
        <w:t>ნ</w:t>
      </w:r>
      <w:r w:rsidR="00FC46F0">
        <w:rPr>
          <w:rFonts w:ascii="Sylfaen" w:hAnsi="Sylfaen" w:cstheme="majorHAnsi"/>
          <w:sz w:val="18"/>
          <w:szCs w:val="18"/>
          <w:lang w:val="ka-GE"/>
        </w:rPr>
        <w:t xml:space="preserve"> </w:t>
      </w:r>
      <w:r w:rsidR="003E0131">
        <w:rPr>
          <w:rFonts w:ascii="Sylfaen" w:hAnsi="Sylfaen" w:cstheme="majorHAnsi"/>
          <w:sz w:val="18"/>
          <w:szCs w:val="18"/>
          <w:lang w:val="ka-GE"/>
        </w:rPr>
        <w:t>405696233</w:t>
      </w:r>
      <w:r w:rsidR="00C84DB4">
        <w:rPr>
          <w:rFonts w:ascii="Sylfaen" w:hAnsi="Sylfaen" w:cstheme="majorHAnsi"/>
          <w:sz w:val="18"/>
          <w:szCs w:val="18"/>
          <w:lang w:val="ka-GE"/>
        </w:rPr>
        <w:t xml:space="preserve">, </w:t>
      </w:r>
      <w:proofErr w:type="spellStart"/>
      <w:r w:rsidR="00C84DB4" w:rsidRPr="00034668">
        <w:rPr>
          <w:rFonts w:ascii="Sylfaen" w:hAnsi="Sylfaen" w:cs="Sylfaen"/>
          <w:sz w:val="18"/>
          <w:szCs w:val="18"/>
        </w:rPr>
        <w:t>შემდგომში</w:t>
      </w:r>
      <w:proofErr w:type="spellEnd"/>
      <w:r w:rsidR="00C84DB4" w:rsidRPr="00034668">
        <w:rPr>
          <w:rFonts w:cstheme="majorHAnsi"/>
          <w:sz w:val="18"/>
          <w:szCs w:val="18"/>
        </w:rPr>
        <w:t xml:space="preserve"> „</w:t>
      </w:r>
      <w:proofErr w:type="spellStart"/>
      <w:r w:rsidR="00C84DB4" w:rsidRPr="00034668">
        <w:rPr>
          <w:rFonts w:ascii="Sylfaen" w:hAnsi="Sylfaen" w:cs="Sylfaen"/>
          <w:bCs/>
          <w:sz w:val="18"/>
          <w:szCs w:val="18"/>
        </w:rPr>
        <w:t>დამკვეთი</w:t>
      </w:r>
      <w:proofErr w:type="spellEnd"/>
      <w:r w:rsidR="00C84DB4" w:rsidRPr="00034668">
        <w:rPr>
          <w:rFonts w:cstheme="majorHAnsi"/>
          <w:sz w:val="18"/>
          <w:szCs w:val="18"/>
        </w:rPr>
        <w:t>“</w:t>
      </w:r>
      <w:r w:rsidR="00CB1C60" w:rsidRPr="00034668">
        <w:rPr>
          <w:rFonts w:ascii="Sylfaen" w:hAnsi="Sylfaen" w:cstheme="majorHAnsi"/>
          <w:sz w:val="18"/>
          <w:szCs w:val="18"/>
          <w:lang w:val="ka-GE"/>
        </w:rPr>
        <w:t>)</w:t>
      </w:r>
      <w:r w:rsidR="00C84DB4">
        <w:rPr>
          <w:rFonts w:ascii="Sylfaen" w:hAnsi="Sylfaen" w:cstheme="majorHAnsi"/>
          <w:sz w:val="18"/>
          <w:szCs w:val="18"/>
          <w:lang w:val="ka-GE"/>
        </w:rPr>
        <w:t>,</w:t>
      </w:r>
      <w:r w:rsidRPr="00034668">
        <w:rPr>
          <w:rFonts w:cstheme="majorHAnsi"/>
          <w:sz w:val="18"/>
          <w:szCs w:val="18"/>
        </w:rPr>
        <w:t xml:space="preserve"> </w:t>
      </w:r>
      <w:proofErr w:type="spellStart"/>
      <w:r w:rsidRPr="00034668">
        <w:rPr>
          <w:rFonts w:ascii="Sylfaen" w:hAnsi="Sylfaen" w:cs="Sylfaen"/>
          <w:sz w:val="18"/>
          <w:szCs w:val="18"/>
        </w:rPr>
        <w:t>წარმოდგენილი</w:t>
      </w:r>
      <w:proofErr w:type="spellEnd"/>
      <w:r w:rsidRPr="00034668">
        <w:rPr>
          <w:rFonts w:cstheme="majorHAnsi"/>
          <w:sz w:val="18"/>
          <w:szCs w:val="18"/>
        </w:rPr>
        <w:t xml:space="preserve"> </w:t>
      </w:r>
      <w:proofErr w:type="spellStart"/>
      <w:r w:rsidRPr="00034668">
        <w:rPr>
          <w:rFonts w:ascii="Sylfaen" w:hAnsi="Sylfaen" w:cs="Sylfaen"/>
          <w:sz w:val="18"/>
          <w:szCs w:val="18"/>
        </w:rPr>
        <w:t>მისი</w:t>
      </w:r>
      <w:proofErr w:type="spellEnd"/>
      <w:r w:rsidRPr="00034668">
        <w:rPr>
          <w:rFonts w:cstheme="majorHAnsi"/>
          <w:sz w:val="18"/>
          <w:szCs w:val="18"/>
        </w:rPr>
        <w:t xml:space="preserve"> </w:t>
      </w:r>
      <w:proofErr w:type="spellStart"/>
      <w:r w:rsidRPr="00034668">
        <w:rPr>
          <w:rFonts w:ascii="Sylfaen" w:hAnsi="Sylfaen" w:cs="Sylfaen"/>
          <w:sz w:val="18"/>
          <w:szCs w:val="18"/>
        </w:rPr>
        <w:t>დირექტორის</w:t>
      </w:r>
      <w:proofErr w:type="spellEnd"/>
      <w:r w:rsidR="003B1D79">
        <w:rPr>
          <w:rFonts w:ascii="Sylfaen" w:hAnsi="Sylfaen" w:cs="Sylfaen"/>
          <w:sz w:val="18"/>
          <w:szCs w:val="18"/>
          <w:lang w:val="ka-GE"/>
        </w:rPr>
        <w:t>,</w:t>
      </w:r>
      <w:r w:rsidRPr="00034668">
        <w:rPr>
          <w:rFonts w:cstheme="majorHAnsi"/>
          <w:sz w:val="18"/>
          <w:szCs w:val="18"/>
        </w:rPr>
        <w:t xml:space="preserve"> </w:t>
      </w:r>
      <w:r w:rsidR="00CB1C60" w:rsidRPr="00034668">
        <w:rPr>
          <w:rFonts w:ascii="Sylfaen" w:hAnsi="Sylfaen" w:cstheme="majorHAnsi"/>
          <w:sz w:val="18"/>
          <w:szCs w:val="18"/>
          <w:lang w:val="ka-GE"/>
        </w:rPr>
        <w:t>ნათია ლაბ</w:t>
      </w:r>
      <w:r w:rsidR="009703A2">
        <w:rPr>
          <w:rFonts w:ascii="Sylfaen" w:hAnsi="Sylfaen" w:cstheme="majorHAnsi"/>
          <w:sz w:val="18"/>
          <w:szCs w:val="18"/>
          <w:lang w:val="ka-GE"/>
        </w:rPr>
        <w:t>ა</w:t>
      </w:r>
      <w:r w:rsidR="001256B8" w:rsidRPr="00034668">
        <w:rPr>
          <w:rFonts w:ascii="Sylfaen" w:hAnsi="Sylfaen" w:cstheme="majorHAnsi"/>
          <w:sz w:val="18"/>
          <w:szCs w:val="18"/>
          <w:lang w:val="ka-GE"/>
        </w:rPr>
        <w:t>ძის მიერ</w:t>
      </w:r>
    </w:p>
    <w:p w14:paraId="5EA8D992" w14:textId="516417C3" w:rsidR="004B6084" w:rsidRPr="00D73BDF" w:rsidRDefault="00A74260" w:rsidP="00185C20">
      <w:pPr>
        <w:jc w:val="both"/>
        <w:rPr>
          <w:rFonts w:cstheme="majorHAnsi"/>
          <w:sz w:val="18"/>
          <w:szCs w:val="18"/>
        </w:rPr>
      </w:pPr>
      <w:proofErr w:type="spellStart"/>
      <w:r w:rsidRPr="00D73BDF">
        <w:rPr>
          <w:rFonts w:ascii="Sylfaen" w:hAnsi="Sylfaen" w:cs="Sylfaen"/>
          <w:sz w:val="18"/>
          <w:szCs w:val="18"/>
        </w:rPr>
        <w:t>და</w:t>
      </w:r>
      <w:proofErr w:type="spellEnd"/>
      <w:r w:rsidRPr="00D73BDF">
        <w:rPr>
          <w:rFonts w:cstheme="majorHAnsi"/>
          <w:sz w:val="18"/>
          <w:szCs w:val="18"/>
        </w:rPr>
        <w:t xml:space="preserve"> </w:t>
      </w:r>
      <w:r w:rsidR="003B1D79">
        <w:rPr>
          <w:rFonts w:ascii="Sylfaen" w:hAnsi="Sylfaen" w:cstheme="majorHAnsi"/>
          <w:sz w:val="18"/>
          <w:szCs w:val="18"/>
          <w:lang w:val="ka-GE"/>
        </w:rPr>
        <w:t xml:space="preserve">მეორე მხრივ, </w:t>
      </w:r>
      <w:proofErr w:type="spellStart"/>
      <w:r w:rsidRPr="00D73BDF">
        <w:rPr>
          <w:rFonts w:ascii="Sylfaen" w:hAnsi="Sylfaen" w:cs="Sylfaen"/>
          <w:sz w:val="18"/>
          <w:szCs w:val="18"/>
        </w:rPr>
        <w:t>შპს</w:t>
      </w:r>
      <w:proofErr w:type="spellEnd"/>
      <w:r w:rsidRPr="00D73BDF">
        <w:rPr>
          <w:rFonts w:cstheme="majorHAnsi"/>
          <w:sz w:val="18"/>
          <w:szCs w:val="18"/>
        </w:rPr>
        <w:t xml:space="preserve"> „</w:t>
      </w:r>
      <w:r w:rsidR="00101478">
        <w:rPr>
          <w:rFonts w:ascii="Sylfaen" w:hAnsi="Sylfaen" w:cstheme="majorHAnsi"/>
          <w:sz w:val="18"/>
          <w:szCs w:val="18"/>
          <w:lang w:val="ka-GE"/>
        </w:rPr>
        <w:t>____</w:t>
      </w:r>
      <w:r w:rsidRPr="00D73BDF">
        <w:rPr>
          <w:rFonts w:cstheme="majorHAnsi"/>
          <w:sz w:val="18"/>
          <w:szCs w:val="18"/>
        </w:rPr>
        <w:t>“</w:t>
      </w:r>
      <w:r w:rsidR="003B1D79">
        <w:rPr>
          <w:rFonts w:cstheme="majorHAnsi"/>
          <w:sz w:val="18"/>
          <w:szCs w:val="18"/>
          <w:lang w:val="ka-GE"/>
        </w:rPr>
        <w:t xml:space="preserve"> </w:t>
      </w:r>
      <w:r w:rsidR="00C84DB4">
        <w:rPr>
          <w:rFonts w:ascii="Sylfaen" w:hAnsi="Sylfaen" w:cstheme="majorHAnsi"/>
          <w:sz w:val="18"/>
          <w:szCs w:val="18"/>
          <w:lang w:val="ka-GE"/>
        </w:rPr>
        <w:t>(</w:t>
      </w:r>
      <w:r w:rsidRPr="00D73BDF">
        <w:rPr>
          <w:rFonts w:ascii="Sylfaen" w:hAnsi="Sylfaen" w:cs="Sylfaen"/>
          <w:sz w:val="18"/>
          <w:szCs w:val="18"/>
        </w:rPr>
        <w:t>ს</w:t>
      </w:r>
      <w:r w:rsidR="00FC46F0">
        <w:rPr>
          <w:rFonts w:ascii="Sylfaen" w:hAnsi="Sylfaen" w:cs="Sylfaen"/>
          <w:sz w:val="18"/>
          <w:szCs w:val="18"/>
        </w:rPr>
        <w:t>/</w:t>
      </w:r>
      <w:r w:rsidRPr="00D73BDF">
        <w:rPr>
          <w:rFonts w:ascii="Sylfaen" w:hAnsi="Sylfaen" w:cs="Sylfaen"/>
          <w:sz w:val="18"/>
          <w:szCs w:val="18"/>
        </w:rPr>
        <w:t>ნ</w:t>
      </w:r>
      <w:r w:rsidR="00FC46F0">
        <w:rPr>
          <w:rFonts w:ascii="Sylfaen" w:hAnsi="Sylfaen" w:cs="Sylfaen"/>
          <w:sz w:val="18"/>
          <w:szCs w:val="18"/>
        </w:rPr>
        <w:t xml:space="preserve"> </w:t>
      </w:r>
      <w:r w:rsidR="00101478">
        <w:rPr>
          <w:rFonts w:ascii="Sylfaen" w:hAnsi="Sylfaen" w:cstheme="majorHAnsi"/>
          <w:sz w:val="18"/>
          <w:szCs w:val="18"/>
          <w:lang w:val="ka-GE"/>
        </w:rPr>
        <w:t>____</w:t>
      </w:r>
      <w:r w:rsidR="00C84DB4">
        <w:rPr>
          <w:rFonts w:ascii="Sylfaen" w:hAnsi="Sylfaen" w:cstheme="majorHAnsi"/>
          <w:sz w:val="18"/>
          <w:szCs w:val="18"/>
          <w:lang w:val="ka-GE"/>
        </w:rPr>
        <w:t xml:space="preserve">, </w:t>
      </w:r>
      <w:proofErr w:type="spellStart"/>
      <w:r w:rsidRPr="00D73BDF">
        <w:rPr>
          <w:rFonts w:ascii="Sylfaen" w:hAnsi="Sylfaen" w:cs="Sylfaen"/>
          <w:sz w:val="18"/>
          <w:szCs w:val="18"/>
        </w:rPr>
        <w:t>შემდგომში</w:t>
      </w:r>
      <w:proofErr w:type="spellEnd"/>
      <w:r w:rsidRPr="00D73BDF">
        <w:rPr>
          <w:rFonts w:cstheme="majorHAnsi"/>
          <w:sz w:val="18"/>
          <w:szCs w:val="18"/>
        </w:rPr>
        <w:t xml:space="preserve"> „</w:t>
      </w:r>
      <w:r w:rsidR="005662FD">
        <w:rPr>
          <w:rFonts w:ascii="Sylfaen" w:hAnsi="Sylfaen" w:cs="Sylfaen"/>
          <w:sz w:val="18"/>
          <w:szCs w:val="18"/>
          <w:lang w:val="ka-GE"/>
        </w:rPr>
        <w:t>მენარდე</w:t>
      </w:r>
      <w:r w:rsidRPr="00D73BDF">
        <w:rPr>
          <w:rFonts w:cstheme="majorHAnsi"/>
          <w:sz w:val="18"/>
          <w:szCs w:val="18"/>
        </w:rPr>
        <w:t>“</w:t>
      </w:r>
      <w:r w:rsidR="00C84DB4">
        <w:rPr>
          <w:rFonts w:ascii="Sylfaen" w:hAnsi="Sylfaen" w:cstheme="majorHAnsi"/>
          <w:sz w:val="18"/>
          <w:szCs w:val="18"/>
          <w:lang w:val="ka-GE"/>
        </w:rPr>
        <w:t xml:space="preserve">), </w:t>
      </w:r>
      <w:proofErr w:type="spellStart"/>
      <w:r w:rsidRPr="00D73BDF">
        <w:rPr>
          <w:rFonts w:ascii="Sylfaen" w:hAnsi="Sylfaen" w:cs="Sylfaen"/>
          <w:sz w:val="18"/>
          <w:szCs w:val="18"/>
        </w:rPr>
        <w:t>წარმოდგენილი</w:t>
      </w:r>
      <w:proofErr w:type="spellEnd"/>
      <w:r w:rsidRPr="00D73BDF">
        <w:rPr>
          <w:rFonts w:cstheme="majorHAnsi"/>
          <w:sz w:val="18"/>
          <w:szCs w:val="18"/>
        </w:rPr>
        <w:t xml:space="preserve"> </w:t>
      </w:r>
      <w:proofErr w:type="spellStart"/>
      <w:r w:rsidRPr="00D73BDF">
        <w:rPr>
          <w:rFonts w:ascii="Sylfaen" w:hAnsi="Sylfaen" w:cs="Sylfaen"/>
          <w:sz w:val="18"/>
          <w:szCs w:val="18"/>
        </w:rPr>
        <w:t>მისი</w:t>
      </w:r>
      <w:proofErr w:type="spellEnd"/>
      <w:r w:rsidRPr="00D73BDF">
        <w:rPr>
          <w:rFonts w:cstheme="majorHAnsi"/>
          <w:sz w:val="18"/>
          <w:szCs w:val="18"/>
        </w:rPr>
        <w:t xml:space="preserve"> </w:t>
      </w:r>
      <w:proofErr w:type="spellStart"/>
      <w:r w:rsidRPr="00D73BDF">
        <w:rPr>
          <w:rFonts w:ascii="Sylfaen" w:hAnsi="Sylfaen" w:cs="Sylfaen"/>
          <w:sz w:val="18"/>
          <w:szCs w:val="18"/>
        </w:rPr>
        <w:t>დირექტორის</w:t>
      </w:r>
      <w:proofErr w:type="spellEnd"/>
      <w:r w:rsidR="003B1D79">
        <w:rPr>
          <w:rFonts w:ascii="Sylfaen" w:hAnsi="Sylfaen" w:cs="Sylfaen"/>
          <w:sz w:val="18"/>
          <w:szCs w:val="18"/>
          <w:lang w:val="ka-GE"/>
        </w:rPr>
        <w:t>,</w:t>
      </w:r>
      <w:r w:rsidRPr="00D73BDF">
        <w:rPr>
          <w:rFonts w:cstheme="majorHAnsi"/>
          <w:sz w:val="18"/>
          <w:szCs w:val="18"/>
        </w:rPr>
        <w:t xml:space="preserve"> </w:t>
      </w:r>
      <w:r w:rsidR="00101478">
        <w:rPr>
          <w:rFonts w:ascii="Sylfaen" w:hAnsi="Sylfaen" w:cstheme="majorHAnsi"/>
          <w:sz w:val="18"/>
          <w:szCs w:val="18"/>
          <w:lang w:val="ka-GE"/>
        </w:rPr>
        <w:t xml:space="preserve">____ </w:t>
      </w:r>
      <w:proofErr w:type="spellStart"/>
      <w:r w:rsidRPr="00D73BDF">
        <w:rPr>
          <w:rFonts w:ascii="Sylfaen" w:hAnsi="Sylfaen" w:cs="Sylfaen"/>
          <w:sz w:val="18"/>
          <w:szCs w:val="18"/>
        </w:rPr>
        <w:t>მიერ</w:t>
      </w:r>
      <w:proofErr w:type="spellEnd"/>
      <w:r w:rsidRPr="00D73BDF">
        <w:rPr>
          <w:rFonts w:cstheme="majorHAnsi"/>
          <w:sz w:val="18"/>
          <w:szCs w:val="18"/>
        </w:rPr>
        <w:t>,</w:t>
      </w:r>
      <w:r w:rsidR="00CA7D6F">
        <w:rPr>
          <w:rFonts w:cstheme="majorHAnsi"/>
          <w:sz w:val="18"/>
          <w:szCs w:val="18"/>
        </w:rPr>
        <w:t xml:space="preserve"> </w:t>
      </w:r>
      <w:proofErr w:type="spellStart"/>
      <w:r w:rsidRPr="00D73BDF">
        <w:rPr>
          <w:rFonts w:ascii="Sylfaen" w:hAnsi="Sylfaen" w:cs="Sylfaen"/>
          <w:sz w:val="18"/>
          <w:szCs w:val="18"/>
        </w:rPr>
        <w:t>ვდებთ</w:t>
      </w:r>
      <w:proofErr w:type="spellEnd"/>
      <w:r w:rsidRPr="00D73BDF">
        <w:rPr>
          <w:rFonts w:cstheme="majorHAnsi"/>
          <w:sz w:val="18"/>
          <w:szCs w:val="18"/>
        </w:rPr>
        <w:t xml:space="preserve"> </w:t>
      </w:r>
      <w:proofErr w:type="spellStart"/>
      <w:r w:rsidRPr="00D73BDF">
        <w:rPr>
          <w:rFonts w:ascii="Sylfaen" w:hAnsi="Sylfaen" w:cs="Sylfaen"/>
          <w:sz w:val="18"/>
          <w:szCs w:val="18"/>
        </w:rPr>
        <w:t>წინამდებარე</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ხელშეკრულებას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შემდეგზე</w:t>
      </w:r>
      <w:proofErr w:type="spellEnd"/>
      <w:r w:rsidRPr="00D73BDF">
        <w:rPr>
          <w:rFonts w:cstheme="majorHAnsi"/>
          <w:sz w:val="18"/>
          <w:szCs w:val="18"/>
        </w:rPr>
        <w:t>:</w:t>
      </w:r>
    </w:p>
    <w:p w14:paraId="0EAF92A7" w14:textId="77777777" w:rsidR="004B6084" w:rsidRPr="00D73BDF" w:rsidRDefault="004B6084" w:rsidP="00185C20">
      <w:pPr>
        <w:jc w:val="both"/>
        <w:rPr>
          <w:rFonts w:cstheme="majorHAnsi"/>
          <w:sz w:val="18"/>
          <w:szCs w:val="18"/>
        </w:rPr>
      </w:pPr>
    </w:p>
    <w:p w14:paraId="75D85B36" w14:textId="7B6E3EC0" w:rsidR="00D73BDF" w:rsidRPr="0081109E" w:rsidRDefault="00A74260" w:rsidP="00185C20">
      <w:pPr>
        <w:pStyle w:val="ListParagraph"/>
        <w:numPr>
          <w:ilvl w:val="0"/>
          <w:numId w:val="10"/>
        </w:numPr>
        <w:jc w:val="both"/>
        <w:rPr>
          <w:rFonts w:cstheme="majorHAnsi"/>
          <w:b/>
          <w:bCs/>
        </w:rPr>
      </w:pPr>
      <w:proofErr w:type="spellStart"/>
      <w:r w:rsidRPr="0081109E">
        <w:rPr>
          <w:rFonts w:ascii="Sylfaen" w:hAnsi="Sylfaen" w:cs="Sylfaen"/>
          <w:b/>
          <w:bCs/>
        </w:rPr>
        <w:t>ხელშეკრულების</w:t>
      </w:r>
      <w:proofErr w:type="spellEnd"/>
      <w:r w:rsidRPr="0081109E">
        <w:rPr>
          <w:rFonts w:cstheme="majorHAnsi"/>
          <w:b/>
          <w:bCs/>
        </w:rPr>
        <w:t xml:space="preserve"> </w:t>
      </w:r>
      <w:proofErr w:type="spellStart"/>
      <w:r w:rsidRPr="0081109E">
        <w:rPr>
          <w:rFonts w:ascii="Sylfaen" w:hAnsi="Sylfaen" w:cs="Sylfaen"/>
          <w:b/>
          <w:bCs/>
        </w:rPr>
        <w:t>საგანი</w:t>
      </w:r>
      <w:proofErr w:type="spellEnd"/>
    </w:p>
    <w:p w14:paraId="4E068CBA" w14:textId="36C7B88D" w:rsidR="00D73BDF" w:rsidRPr="008C0D5F" w:rsidRDefault="00A74260" w:rsidP="00185C20">
      <w:pPr>
        <w:pStyle w:val="ListParagraph"/>
        <w:numPr>
          <w:ilvl w:val="1"/>
          <w:numId w:val="13"/>
        </w:numPr>
        <w:jc w:val="both"/>
        <w:rPr>
          <w:rFonts w:ascii="Sylfaen" w:hAnsi="Sylfaen" w:cstheme="majorHAnsi"/>
          <w:sz w:val="18"/>
          <w:szCs w:val="18"/>
          <w:lang w:val="ka-GE"/>
        </w:rPr>
      </w:pPr>
      <w:proofErr w:type="spellStart"/>
      <w:r w:rsidRPr="008C0D5F">
        <w:rPr>
          <w:rFonts w:ascii="Sylfaen" w:hAnsi="Sylfaen" w:cs="Sylfaen"/>
          <w:bCs/>
          <w:sz w:val="18"/>
          <w:szCs w:val="18"/>
        </w:rPr>
        <w:t>დამკვეთი</w:t>
      </w:r>
      <w:proofErr w:type="spellEnd"/>
      <w:r w:rsidRPr="008C0D5F">
        <w:rPr>
          <w:rFonts w:cstheme="majorHAnsi"/>
          <w:sz w:val="18"/>
          <w:szCs w:val="18"/>
        </w:rPr>
        <w:t xml:space="preserve"> </w:t>
      </w:r>
      <w:proofErr w:type="spellStart"/>
      <w:r w:rsidRPr="008C0D5F">
        <w:rPr>
          <w:rFonts w:ascii="Sylfaen" w:hAnsi="Sylfaen" w:cs="Sylfaen"/>
          <w:sz w:val="18"/>
          <w:szCs w:val="18"/>
        </w:rPr>
        <w:t>ავალებს</w:t>
      </w:r>
      <w:proofErr w:type="spellEnd"/>
      <w:r w:rsidRPr="008C0D5F">
        <w:rPr>
          <w:rFonts w:cstheme="majorHAnsi"/>
          <w:sz w:val="18"/>
          <w:szCs w:val="18"/>
        </w:rPr>
        <w:t xml:space="preserve">, </w:t>
      </w:r>
      <w:proofErr w:type="spellStart"/>
      <w:r w:rsidRPr="008C0D5F">
        <w:rPr>
          <w:rFonts w:ascii="Sylfaen" w:hAnsi="Sylfaen" w:cs="Sylfaen"/>
          <w:sz w:val="18"/>
          <w:szCs w:val="18"/>
        </w:rPr>
        <w:t>ხოლო</w:t>
      </w:r>
      <w:proofErr w:type="spellEnd"/>
      <w:r w:rsidRPr="008C0D5F">
        <w:rPr>
          <w:rFonts w:cstheme="majorHAnsi"/>
          <w:sz w:val="18"/>
          <w:szCs w:val="18"/>
        </w:rPr>
        <w:t xml:space="preserve"> </w:t>
      </w:r>
      <w:r w:rsidR="008C0D5F" w:rsidRPr="008C0D5F">
        <w:rPr>
          <w:rFonts w:ascii="Sylfaen" w:hAnsi="Sylfaen" w:cs="Sylfaen"/>
          <w:sz w:val="18"/>
          <w:szCs w:val="18"/>
          <w:lang w:val="ka-GE"/>
        </w:rPr>
        <w:t xml:space="preserve">მენარდე </w:t>
      </w:r>
      <w:proofErr w:type="spellStart"/>
      <w:r w:rsidRPr="008C0D5F">
        <w:rPr>
          <w:rFonts w:ascii="Sylfaen" w:hAnsi="Sylfaen" w:cs="Sylfaen"/>
          <w:sz w:val="18"/>
          <w:szCs w:val="18"/>
        </w:rPr>
        <w:t>იღებს</w:t>
      </w:r>
      <w:proofErr w:type="spellEnd"/>
      <w:r w:rsidRPr="008C0D5F">
        <w:rPr>
          <w:rFonts w:cstheme="majorHAnsi"/>
          <w:sz w:val="18"/>
          <w:szCs w:val="18"/>
        </w:rPr>
        <w:t xml:space="preserve"> </w:t>
      </w:r>
      <w:proofErr w:type="spellStart"/>
      <w:r w:rsidRPr="008C0D5F">
        <w:rPr>
          <w:rFonts w:ascii="Sylfaen" w:hAnsi="Sylfaen" w:cs="Sylfaen"/>
          <w:sz w:val="18"/>
          <w:szCs w:val="18"/>
        </w:rPr>
        <w:t>ვალდებულებას</w:t>
      </w:r>
      <w:proofErr w:type="spellEnd"/>
      <w:r w:rsidRPr="008C0D5F">
        <w:rPr>
          <w:rFonts w:cstheme="majorHAnsi"/>
          <w:sz w:val="18"/>
          <w:szCs w:val="18"/>
        </w:rPr>
        <w:t xml:space="preserve">, </w:t>
      </w:r>
      <w:proofErr w:type="spellStart"/>
      <w:r w:rsidRPr="008C0D5F">
        <w:rPr>
          <w:rFonts w:ascii="Sylfaen" w:hAnsi="Sylfaen" w:cs="Sylfaen"/>
          <w:sz w:val="18"/>
          <w:szCs w:val="18"/>
        </w:rPr>
        <w:t>შემდეგ</w:t>
      </w:r>
      <w:proofErr w:type="spellEnd"/>
      <w:r w:rsidRPr="008C0D5F">
        <w:rPr>
          <w:rFonts w:cstheme="majorHAnsi"/>
          <w:sz w:val="18"/>
          <w:szCs w:val="18"/>
        </w:rPr>
        <w:t xml:space="preserve"> </w:t>
      </w:r>
      <w:proofErr w:type="spellStart"/>
      <w:r w:rsidRPr="008C0D5F">
        <w:rPr>
          <w:rFonts w:ascii="Sylfaen" w:hAnsi="Sylfaen" w:cs="Sylfaen"/>
          <w:sz w:val="18"/>
          <w:szCs w:val="18"/>
        </w:rPr>
        <w:t>ობიექტზე</w:t>
      </w:r>
      <w:proofErr w:type="spellEnd"/>
      <w:r w:rsidRPr="008C0D5F">
        <w:rPr>
          <w:rFonts w:cstheme="majorHAnsi"/>
          <w:sz w:val="18"/>
          <w:szCs w:val="18"/>
        </w:rPr>
        <w:t>:</w:t>
      </w:r>
      <w:r w:rsidR="00CA7D6F">
        <w:rPr>
          <w:rFonts w:cstheme="majorHAnsi"/>
          <w:sz w:val="18"/>
          <w:szCs w:val="18"/>
        </w:rPr>
        <w:t xml:space="preserve"> </w:t>
      </w:r>
      <w:r w:rsidR="003E0131" w:rsidRPr="008C0D5F">
        <w:rPr>
          <w:rFonts w:ascii="Sylfaen" w:hAnsi="Sylfaen" w:cs="Sylfaen"/>
          <w:sz w:val="18"/>
          <w:szCs w:val="18"/>
        </w:rPr>
        <w:t>ქ</w:t>
      </w:r>
      <w:r w:rsidR="003E0131" w:rsidRPr="008C0D5F">
        <w:rPr>
          <w:rFonts w:cstheme="majorHAnsi"/>
          <w:sz w:val="18"/>
          <w:szCs w:val="18"/>
        </w:rPr>
        <w:t>.</w:t>
      </w:r>
      <w:r w:rsidR="00CA7D6F">
        <w:rPr>
          <w:rFonts w:cstheme="majorHAnsi"/>
          <w:sz w:val="18"/>
          <w:szCs w:val="18"/>
        </w:rPr>
        <w:t xml:space="preserve"> </w:t>
      </w:r>
      <w:proofErr w:type="spellStart"/>
      <w:r w:rsidR="003E0131" w:rsidRPr="008C0D5F">
        <w:rPr>
          <w:rFonts w:ascii="Sylfaen" w:hAnsi="Sylfaen" w:cs="Sylfaen"/>
          <w:sz w:val="18"/>
          <w:szCs w:val="18"/>
        </w:rPr>
        <w:t>თბილისში</w:t>
      </w:r>
      <w:proofErr w:type="spellEnd"/>
      <w:r w:rsidR="003E0131" w:rsidRPr="008C0D5F">
        <w:rPr>
          <w:rFonts w:cstheme="majorHAnsi"/>
          <w:sz w:val="18"/>
          <w:szCs w:val="18"/>
        </w:rPr>
        <w:t xml:space="preserve">, </w:t>
      </w:r>
      <w:r w:rsidR="003E0131">
        <w:rPr>
          <w:rFonts w:ascii="Sylfaen" w:hAnsi="Sylfaen" w:cstheme="majorHAnsi"/>
          <w:sz w:val="18"/>
          <w:szCs w:val="18"/>
          <w:lang w:val="ka-GE"/>
        </w:rPr>
        <w:t>სპირიდონ კედიას ქ. 10ა (</w:t>
      </w:r>
      <w:r w:rsidR="003E0131" w:rsidRPr="008C0D5F">
        <w:rPr>
          <w:rFonts w:ascii="Sylfaen" w:hAnsi="Sylfaen" w:cs="Sylfaen"/>
          <w:bCs/>
          <w:sz w:val="18"/>
          <w:szCs w:val="18"/>
        </w:rPr>
        <w:t>ს</w:t>
      </w:r>
      <w:r w:rsidR="008B0B19">
        <w:rPr>
          <w:rFonts w:ascii="Sylfaen" w:hAnsi="Sylfaen" w:cs="Sylfaen"/>
          <w:bCs/>
          <w:sz w:val="18"/>
          <w:szCs w:val="18"/>
        </w:rPr>
        <w:t>/</w:t>
      </w:r>
      <w:r w:rsidR="003E0131" w:rsidRPr="008C0D5F">
        <w:rPr>
          <w:rFonts w:ascii="Sylfaen" w:hAnsi="Sylfaen" w:cs="Sylfaen"/>
          <w:bCs/>
          <w:sz w:val="18"/>
          <w:szCs w:val="18"/>
        </w:rPr>
        <w:t>კ</w:t>
      </w:r>
      <w:r w:rsidR="008B0B19">
        <w:rPr>
          <w:rFonts w:ascii="Sylfaen" w:hAnsi="Sylfaen" w:cs="Sylfaen"/>
          <w:bCs/>
          <w:sz w:val="18"/>
          <w:szCs w:val="18"/>
        </w:rPr>
        <w:t xml:space="preserve"> </w:t>
      </w:r>
      <w:r w:rsidR="003E0131">
        <w:rPr>
          <w:rFonts w:ascii="Sylfaen" w:hAnsi="Sylfaen" w:cstheme="majorHAnsi"/>
          <w:sz w:val="18"/>
          <w:szCs w:val="18"/>
          <w:lang w:val="ka-GE"/>
        </w:rPr>
        <w:t>_______</w:t>
      </w:r>
      <w:r w:rsidR="008C0D5F">
        <w:rPr>
          <w:rFonts w:ascii="Sylfaen" w:hAnsi="Sylfaen" w:cstheme="majorHAnsi"/>
          <w:sz w:val="18"/>
          <w:szCs w:val="18"/>
          <w:lang w:val="ka-GE"/>
        </w:rPr>
        <w:t xml:space="preserve">) </w:t>
      </w:r>
      <w:proofErr w:type="spellStart"/>
      <w:r w:rsidRPr="008C0D5F">
        <w:rPr>
          <w:rFonts w:ascii="Sylfaen" w:hAnsi="Sylfaen" w:cs="Sylfaen"/>
          <w:bCs/>
          <w:sz w:val="18"/>
          <w:szCs w:val="18"/>
        </w:rPr>
        <w:t>განახორციელოს</w:t>
      </w:r>
      <w:proofErr w:type="spellEnd"/>
      <w:r w:rsidRPr="008C0D5F">
        <w:rPr>
          <w:rFonts w:cstheme="majorHAnsi"/>
          <w:bCs/>
          <w:sz w:val="18"/>
          <w:szCs w:val="18"/>
        </w:rPr>
        <w:t xml:space="preserve"> </w:t>
      </w:r>
      <w:r w:rsidR="003E0131">
        <w:rPr>
          <w:rFonts w:ascii="Sylfaen" w:hAnsi="Sylfaen" w:cs="Sylfaen"/>
          <w:bCs/>
          <w:sz w:val="18"/>
          <w:szCs w:val="18"/>
          <w:lang w:val="ka-GE"/>
        </w:rPr>
        <w:t>მიწისა და შენობის ხიმნჯების მოწყობის სამუშაოები</w:t>
      </w:r>
      <w:r w:rsidR="000A1DB5" w:rsidRPr="008C0D5F">
        <w:rPr>
          <w:rFonts w:ascii="Sylfaen" w:hAnsi="Sylfaen" w:cs="Sylfaen"/>
          <w:bCs/>
          <w:sz w:val="18"/>
          <w:szCs w:val="18"/>
          <w:lang w:val="ka-GE"/>
        </w:rPr>
        <w:t>,</w:t>
      </w:r>
      <w:r w:rsidR="008C0D5F">
        <w:rPr>
          <w:rFonts w:ascii="Sylfaen" w:hAnsi="Sylfaen" w:cs="Sylfaen"/>
          <w:bCs/>
          <w:sz w:val="18"/>
          <w:szCs w:val="18"/>
          <w:lang w:val="ka-GE"/>
        </w:rPr>
        <w:t xml:space="preserve"> </w:t>
      </w:r>
      <w:proofErr w:type="spellStart"/>
      <w:r w:rsidRPr="008C0D5F">
        <w:rPr>
          <w:rFonts w:ascii="Sylfaen" w:hAnsi="Sylfaen" w:cs="Sylfaen"/>
          <w:sz w:val="18"/>
          <w:szCs w:val="18"/>
        </w:rPr>
        <w:t>ნორმების</w:t>
      </w:r>
      <w:proofErr w:type="spellEnd"/>
      <w:r w:rsidRPr="008C0D5F">
        <w:rPr>
          <w:rFonts w:cstheme="majorHAnsi"/>
          <w:sz w:val="18"/>
          <w:szCs w:val="18"/>
        </w:rPr>
        <w:t>/</w:t>
      </w:r>
      <w:proofErr w:type="spellStart"/>
      <w:r w:rsidRPr="008C0D5F">
        <w:rPr>
          <w:rFonts w:ascii="Sylfaen" w:hAnsi="Sylfaen" w:cs="Sylfaen"/>
          <w:sz w:val="18"/>
          <w:szCs w:val="18"/>
        </w:rPr>
        <w:t>წესების</w:t>
      </w:r>
      <w:proofErr w:type="spellEnd"/>
      <w:r w:rsidRPr="008C0D5F">
        <w:rPr>
          <w:rFonts w:cstheme="majorHAnsi"/>
          <w:sz w:val="18"/>
          <w:szCs w:val="18"/>
        </w:rPr>
        <w:t xml:space="preserve">, </w:t>
      </w:r>
      <w:proofErr w:type="spellStart"/>
      <w:r w:rsidRPr="008C0D5F">
        <w:rPr>
          <w:rFonts w:ascii="Sylfaen" w:hAnsi="Sylfaen" w:cs="Sylfaen"/>
          <w:sz w:val="18"/>
          <w:szCs w:val="18"/>
        </w:rPr>
        <w:t>ასევე</w:t>
      </w:r>
      <w:proofErr w:type="spellEnd"/>
      <w:r w:rsidRPr="008C0D5F">
        <w:rPr>
          <w:rFonts w:cstheme="majorHAnsi"/>
          <w:sz w:val="18"/>
          <w:szCs w:val="18"/>
        </w:rPr>
        <w:t xml:space="preserve"> </w:t>
      </w:r>
      <w:r w:rsidR="000A1DB5" w:rsidRPr="008C0D5F">
        <w:rPr>
          <w:rFonts w:ascii="Sylfaen" w:hAnsi="Sylfaen" w:cs="Sylfaen"/>
          <w:sz w:val="18"/>
          <w:szCs w:val="18"/>
          <w:lang w:val="ka-GE"/>
        </w:rPr>
        <w:t xml:space="preserve">შესაბამისი </w:t>
      </w:r>
      <w:proofErr w:type="spellStart"/>
      <w:r w:rsidRPr="008C0D5F">
        <w:rPr>
          <w:rFonts w:ascii="Sylfaen" w:hAnsi="Sylfaen" w:cs="Sylfaen"/>
          <w:sz w:val="18"/>
          <w:szCs w:val="18"/>
        </w:rPr>
        <w:t>უსაფრთხოების</w:t>
      </w:r>
      <w:proofErr w:type="spellEnd"/>
      <w:r w:rsidRPr="008C0D5F">
        <w:rPr>
          <w:rFonts w:cstheme="majorHAnsi"/>
          <w:sz w:val="18"/>
          <w:szCs w:val="18"/>
        </w:rPr>
        <w:t xml:space="preserve"> </w:t>
      </w:r>
      <w:r w:rsidR="008C0D5F">
        <w:rPr>
          <w:rFonts w:ascii="Sylfaen" w:hAnsi="Sylfaen" w:cstheme="majorHAnsi"/>
          <w:sz w:val="18"/>
          <w:szCs w:val="18"/>
          <w:lang w:val="ka-GE"/>
        </w:rPr>
        <w:t xml:space="preserve">წესების </w:t>
      </w:r>
      <w:proofErr w:type="spellStart"/>
      <w:r w:rsidRPr="008C0D5F">
        <w:rPr>
          <w:rFonts w:ascii="Sylfaen" w:hAnsi="Sylfaen" w:cs="Sylfaen"/>
          <w:sz w:val="18"/>
          <w:szCs w:val="18"/>
        </w:rPr>
        <w:t>დაცვით</w:t>
      </w:r>
      <w:proofErr w:type="spellEnd"/>
      <w:r w:rsidRPr="008C0D5F">
        <w:rPr>
          <w:rFonts w:cstheme="majorHAnsi"/>
          <w:sz w:val="18"/>
          <w:szCs w:val="18"/>
        </w:rPr>
        <w:t xml:space="preserve">, </w:t>
      </w:r>
      <w:proofErr w:type="spellStart"/>
      <w:r w:rsidRPr="008C0D5F">
        <w:rPr>
          <w:rFonts w:ascii="Sylfaen" w:hAnsi="Sylfaen" w:cs="Sylfaen"/>
          <w:sz w:val="18"/>
          <w:szCs w:val="18"/>
        </w:rPr>
        <w:t>დამკვეთის</w:t>
      </w:r>
      <w:proofErr w:type="spellEnd"/>
      <w:r w:rsidRPr="008C0D5F">
        <w:rPr>
          <w:rFonts w:cstheme="majorHAnsi"/>
          <w:sz w:val="18"/>
          <w:szCs w:val="18"/>
        </w:rPr>
        <w:t xml:space="preserve"> </w:t>
      </w:r>
      <w:proofErr w:type="spellStart"/>
      <w:r w:rsidRPr="008C0D5F">
        <w:rPr>
          <w:rFonts w:ascii="Sylfaen" w:hAnsi="Sylfaen" w:cs="Sylfaen"/>
          <w:sz w:val="18"/>
          <w:szCs w:val="18"/>
        </w:rPr>
        <w:t>მიერ</w:t>
      </w:r>
      <w:proofErr w:type="spellEnd"/>
      <w:r w:rsidRPr="008C0D5F">
        <w:rPr>
          <w:rFonts w:cstheme="majorHAnsi"/>
          <w:sz w:val="18"/>
          <w:szCs w:val="18"/>
        </w:rPr>
        <w:t xml:space="preserve"> </w:t>
      </w:r>
      <w:proofErr w:type="spellStart"/>
      <w:r w:rsidRPr="008C0D5F">
        <w:rPr>
          <w:rFonts w:ascii="Sylfaen" w:hAnsi="Sylfaen" w:cs="Sylfaen"/>
          <w:sz w:val="18"/>
          <w:szCs w:val="18"/>
        </w:rPr>
        <w:t>დამტკიცებული</w:t>
      </w:r>
      <w:proofErr w:type="spellEnd"/>
      <w:r w:rsidRPr="008C0D5F">
        <w:rPr>
          <w:rFonts w:cstheme="majorHAnsi"/>
          <w:sz w:val="18"/>
          <w:szCs w:val="18"/>
        </w:rPr>
        <w:t xml:space="preserve"> </w:t>
      </w:r>
      <w:proofErr w:type="spellStart"/>
      <w:r w:rsidRPr="008C0D5F">
        <w:rPr>
          <w:rFonts w:ascii="Sylfaen" w:hAnsi="Sylfaen" w:cs="Sylfaen"/>
          <w:sz w:val="18"/>
          <w:szCs w:val="18"/>
        </w:rPr>
        <w:t>სახარჯთაღრიცხვო</w:t>
      </w:r>
      <w:proofErr w:type="spellEnd"/>
      <w:r w:rsidRPr="008C0D5F">
        <w:rPr>
          <w:rFonts w:cstheme="majorHAnsi"/>
          <w:sz w:val="18"/>
          <w:szCs w:val="18"/>
        </w:rPr>
        <w:t xml:space="preserve"> </w:t>
      </w:r>
      <w:proofErr w:type="spellStart"/>
      <w:r w:rsidRPr="008C0D5F">
        <w:rPr>
          <w:rFonts w:ascii="Sylfaen" w:hAnsi="Sylfaen" w:cs="Sylfaen"/>
          <w:sz w:val="18"/>
          <w:szCs w:val="18"/>
        </w:rPr>
        <w:t>დოკუმენტაციის</w:t>
      </w:r>
      <w:proofErr w:type="spellEnd"/>
      <w:r w:rsidRPr="008C0D5F">
        <w:rPr>
          <w:rFonts w:cstheme="majorHAnsi"/>
          <w:sz w:val="18"/>
          <w:szCs w:val="18"/>
        </w:rPr>
        <w:t xml:space="preserve"> </w:t>
      </w:r>
      <w:r w:rsidR="00065FCA">
        <w:rPr>
          <w:rFonts w:ascii="Sylfaen" w:hAnsi="Sylfaen" w:cstheme="majorHAnsi"/>
          <w:sz w:val="18"/>
          <w:szCs w:val="18"/>
          <w:lang w:val="ka-GE"/>
        </w:rPr>
        <w:t>(</w:t>
      </w:r>
      <w:proofErr w:type="spellStart"/>
      <w:r w:rsidRPr="008C0D5F">
        <w:rPr>
          <w:rFonts w:ascii="Sylfaen" w:hAnsi="Sylfaen" w:cs="Sylfaen"/>
          <w:sz w:val="18"/>
          <w:szCs w:val="18"/>
        </w:rPr>
        <w:t>დანართი</w:t>
      </w:r>
      <w:proofErr w:type="spellEnd"/>
      <w:r w:rsidRPr="008C0D5F">
        <w:rPr>
          <w:rFonts w:cstheme="majorHAnsi"/>
          <w:sz w:val="18"/>
          <w:szCs w:val="18"/>
        </w:rPr>
        <w:t xml:space="preserve"> №1</w:t>
      </w:r>
      <w:r w:rsidR="00065FCA">
        <w:rPr>
          <w:rFonts w:ascii="Sylfaen" w:hAnsi="Sylfaen" w:cstheme="majorHAnsi"/>
          <w:sz w:val="18"/>
          <w:szCs w:val="18"/>
          <w:lang w:val="ka-GE"/>
        </w:rPr>
        <w:t xml:space="preserve">) </w:t>
      </w:r>
      <w:proofErr w:type="spellStart"/>
      <w:r w:rsidRPr="008C0D5F">
        <w:rPr>
          <w:rFonts w:ascii="Sylfaen" w:hAnsi="Sylfaen" w:cs="Sylfaen"/>
          <w:sz w:val="18"/>
          <w:szCs w:val="18"/>
        </w:rPr>
        <w:t>და</w:t>
      </w:r>
      <w:proofErr w:type="spellEnd"/>
      <w:r w:rsidRPr="008C0D5F">
        <w:rPr>
          <w:rFonts w:cstheme="majorHAnsi"/>
          <w:sz w:val="18"/>
          <w:szCs w:val="18"/>
        </w:rPr>
        <w:t xml:space="preserve"> </w:t>
      </w:r>
      <w:proofErr w:type="spellStart"/>
      <w:r w:rsidRPr="008C0D5F">
        <w:rPr>
          <w:rFonts w:ascii="Sylfaen" w:hAnsi="Sylfaen" w:cs="Sylfaen"/>
          <w:sz w:val="18"/>
          <w:szCs w:val="18"/>
        </w:rPr>
        <w:t>დამკვეთის</w:t>
      </w:r>
      <w:proofErr w:type="spellEnd"/>
      <w:r w:rsidRPr="008C0D5F">
        <w:rPr>
          <w:rFonts w:cstheme="majorHAnsi"/>
          <w:sz w:val="18"/>
          <w:szCs w:val="18"/>
        </w:rPr>
        <w:t xml:space="preserve"> </w:t>
      </w:r>
      <w:proofErr w:type="spellStart"/>
      <w:r w:rsidRPr="008C0D5F">
        <w:rPr>
          <w:rFonts w:ascii="Sylfaen" w:hAnsi="Sylfaen" w:cs="Sylfaen"/>
          <w:sz w:val="18"/>
          <w:szCs w:val="18"/>
        </w:rPr>
        <w:t>მიერ</w:t>
      </w:r>
      <w:proofErr w:type="spellEnd"/>
      <w:r w:rsidRPr="008C0D5F">
        <w:rPr>
          <w:rFonts w:cstheme="majorHAnsi"/>
          <w:sz w:val="18"/>
          <w:szCs w:val="18"/>
        </w:rPr>
        <w:t xml:space="preserve"> </w:t>
      </w:r>
      <w:proofErr w:type="spellStart"/>
      <w:r w:rsidRPr="008C0D5F">
        <w:rPr>
          <w:rFonts w:ascii="Sylfaen" w:hAnsi="Sylfaen" w:cs="Sylfaen"/>
          <w:sz w:val="18"/>
          <w:szCs w:val="18"/>
        </w:rPr>
        <w:t>მოწოდებული</w:t>
      </w:r>
      <w:proofErr w:type="spellEnd"/>
      <w:r w:rsidRPr="008C0D5F">
        <w:rPr>
          <w:rFonts w:cstheme="majorHAnsi"/>
          <w:sz w:val="18"/>
          <w:szCs w:val="18"/>
        </w:rPr>
        <w:t xml:space="preserve"> </w:t>
      </w:r>
      <w:proofErr w:type="spellStart"/>
      <w:r w:rsidRPr="008C0D5F">
        <w:rPr>
          <w:rFonts w:ascii="Sylfaen" w:hAnsi="Sylfaen" w:cs="Sylfaen"/>
          <w:sz w:val="18"/>
          <w:szCs w:val="18"/>
        </w:rPr>
        <w:t>საპროექტო</w:t>
      </w:r>
      <w:proofErr w:type="spellEnd"/>
      <w:r w:rsidRPr="008C0D5F">
        <w:rPr>
          <w:rFonts w:cstheme="majorHAnsi"/>
          <w:sz w:val="18"/>
          <w:szCs w:val="18"/>
        </w:rPr>
        <w:t xml:space="preserve"> </w:t>
      </w:r>
      <w:proofErr w:type="spellStart"/>
      <w:r w:rsidRPr="008C0D5F">
        <w:rPr>
          <w:rFonts w:ascii="Sylfaen" w:hAnsi="Sylfaen" w:cs="Sylfaen"/>
          <w:sz w:val="18"/>
          <w:szCs w:val="18"/>
        </w:rPr>
        <w:t>დოკუმენტაციის</w:t>
      </w:r>
      <w:proofErr w:type="spellEnd"/>
      <w:r w:rsidRPr="008C0D5F">
        <w:rPr>
          <w:rFonts w:cstheme="majorHAnsi"/>
          <w:sz w:val="18"/>
          <w:szCs w:val="18"/>
        </w:rPr>
        <w:t xml:space="preserve"> </w:t>
      </w:r>
      <w:r w:rsidR="00065FCA">
        <w:rPr>
          <w:rFonts w:ascii="Sylfaen" w:hAnsi="Sylfaen" w:cstheme="majorHAnsi"/>
          <w:sz w:val="18"/>
          <w:szCs w:val="18"/>
          <w:lang w:val="ka-GE"/>
        </w:rPr>
        <w:t>(</w:t>
      </w:r>
      <w:proofErr w:type="spellStart"/>
      <w:r w:rsidRPr="008C0D5F">
        <w:rPr>
          <w:rFonts w:ascii="Sylfaen" w:hAnsi="Sylfaen" w:cs="Sylfaen"/>
          <w:sz w:val="18"/>
          <w:szCs w:val="18"/>
        </w:rPr>
        <w:t>დანართი</w:t>
      </w:r>
      <w:proofErr w:type="spellEnd"/>
      <w:r w:rsidRPr="008C0D5F">
        <w:rPr>
          <w:rFonts w:cstheme="majorHAnsi"/>
          <w:sz w:val="18"/>
          <w:szCs w:val="18"/>
        </w:rPr>
        <w:t xml:space="preserve"> №</w:t>
      </w:r>
      <w:r w:rsidR="00B63A7D">
        <w:rPr>
          <w:rFonts w:cstheme="majorHAnsi"/>
          <w:sz w:val="18"/>
          <w:szCs w:val="18"/>
        </w:rPr>
        <w:t>7</w:t>
      </w:r>
      <w:r w:rsidR="00065FCA">
        <w:rPr>
          <w:rFonts w:ascii="Sylfaen" w:hAnsi="Sylfaen" w:cstheme="majorHAnsi"/>
          <w:sz w:val="18"/>
          <w:szCs w:val="18"/>
          <w:lang w:val="ka-GE"/>
        </w:rPr>
        <w:t>)</w:t>
      </w:r>
      <w:r w:rsidRPr="008C0D5F">
        <w:rPr>
          <w:rFonts w:cstheme="majorHAnsi"/>
          <w:sz w:val="18"/>
          <w:szCs w:val="18"/>
        </w:rPr>
        <w:t xml:space="preserve"> </w:t>
      </w:r>
      <w:proofErr w:type="spellStart"/>
      <w:r w:rsidRPr="008C0D5F">
        <w:rPr>
          <w:rFonts w:ascii="Sylfaen" w:hAnsi="Sylfaen" w:cs="Sylfaen"/>
          <w:sz w:val="18"/>
          <w:szCs w:val="18"/>
        </w:rPr>
        <w:t>მიხედვით</w:t>
      </w:r>
      <w:proofErr w:type="spellEnd"/>
      <w:r w:rsidRPr="008C0D5F">
        <w:rPr>
          <w:rFonts w:cstheme="majorHAnsi"/>
          <w:sz w:val="18"/>
          <w:szCs w:val="18"/>
        </w:rPr>
        <w:t xml:space="preserve"> </w:t>
      </w:r>
      <w:proofErr w:type="spellStart"/>
      <w:r w:rsidRPr="008C0D5F">
        <w:rPr>
          <w:rFonts w:ascii="Sylfaen" w:hAnsi="Sylfaen" w:cs="Sylfaen"/>
          <w:sz w:val="18"/>
          <w:szCs w:val="18"/>
        </w:rPr>
        <w:t>ამ</w:t>
      </w:r>
      <w:proofErr w:type="spellEnd"/>
      <w:r w:rsidRPr="008C0D5F">
        <w:rPr>
          <w:rFonts w:cstheme="majorHAnsi"/>
          <w:sz w:val="18"/>
          <w:szCs w:val="18"/>
        </w:rPr>
        <w:t xml:space="preserve"> </w:t>
      </w:r>
      <w:proofErr w:type="spellStart"/>
      <w:r w:rsidRPr="008C0D5F">
        <w:rPr>
          <w:rFonts w:ascii="Sylfaen" w:hAnsi="Sylfaen" w:cs="Sylfaen"/>
          <w:sz w:val="18"/>
          <w:szCs w:val="18"/>
        </w:rPr>
        <w:t>ხელშეკრულებითა</w:t>
      </w:r>
      <w:proofErr w:type="spellEnd"/>
      <w:r w:rsidRPr="008C0D5F">
        <w:rPr>
          <w:rFonts w:cstheme="majorHAnsi"/>
          <w:sz w:val="18"/>
          <w:szCs w:val="18"/>
        </w:rPr>
        <w:t xml:space="preserve"> </w:t>
      </w:r>
      <w:proofErr w:type="spellStart"/>
      <w:r w:rsidRPr="008C0D5F">
        <w:rPr>
          <w:rFonts w:ascii="Sylfaen" w:hAnsi="Sylfaen" w:cs="Sylfaen"/>
          <w:sz w:val="18"/>
          <w:szCs w:val="18"/>
        </w:rPr>
        <w:t>და</w:t>
      </w:r>
      <w:proofErr w:type="spellEnd"/>
      <w:r w:rsidRPr="008C0D5F">
        <w:rPr>
          <w:rFonts w:cstheme="majorHAnsi"/>
          <w:sz w:val="18"/>
          <w:szCs w:val="18"/>
        </w:rPr>
        <w:t xml:space="preserve"> </w:t>
      </w:r>
      <w:proofErr w:type="spellStart"/>
      <w:r w:rsidRPr="008C0D5F">
        <w:rPr>
          <w:rFonts w:ascii="Sylfaen" w:hAnsi="Sylfaen" w:cs="Sylfaen"/>
          <w:sz w:val="18"/>
          <w:szCs w:val="18"/>
        </w:rPr>
        <w:t>დანართებით</w:t>
      </w:r>
      <w:proofErr w:type="spellEnd"/>
      <w:r w:rsidRPr="008C0D5F">
        <w:rPr>
          <w:rFonts w:cstheme="majorHAnsi"/>
          <w:sz w:val="18"/>
          <w:szCs w:val="18"/>
        </w:rPr>
        <w:t xml:space="preserve"> </w:t>
      </w:r>
      <w:proofErr w:type="spellStart"/>
      <w:r w:rsidRPr="008C0D5F">
        <w:rPr>
          <w:rFonts w:ascii="Sylfaen" w:hAnsi="Sylfaen" w:cs="Sylfaen"/>
          <w:sz w:val="18"/>
          <w:szCs w:val="18"/>
        </w:rPr>
        <w:t>განსაზღვრული</w:t>
      </w:r>
      <w:proofErr w:type="spellEnd"/>
      <w:r w:rsidRPr="008C0D5F">
        <w:rPr>
          <w:rFonts w:cstheme="majorHAnsi"/>
          <w:sz w:val="18"/>
          <w:szCs w:val="18"/>
        </w:rPr>
        <w:t xml:space="preserve"> </w:t>
      </w:r>
      <w:proofErr w:type="spellStart"/>
      <w:r w:rsidRPr="008C0D5F">
        <w:rPr>
          <w:rFonts w:ascii="Sylfaen" w:hAnsi="Sylfaen" w:cs="Sylfaen"/>
          <w:sz w:val="18"/>
          <w:szCs w:val="18"/>
        </w:rPr>
        <w:t>მოთხოვნების</w:t>
      </w:r>
      <w:proofErr w:type="spellEnd"/>
      <w:r w:rsidRPr="008C0D5F">
        <w:rPr>
          <w:rFonts w:cstheme="majorHAnsi"/>
          <w:sz w:val="18"/>
          <w:szCs w:val="18"/>
        </w:rPr>
        <w:t xml:space="preserve"> </w:t>
      </w:r>
      <w:proofErr w:type="spellStart"/>
      <w:r w:rsidRPr="008C0D5F">
        <w:rPr>
          <w:rFonts w:ascii="Sylfaen" w:hAnsi="Sylfaen" w:cs="Sylfaen"/>
          <w:sz w:val="18"/>
          <w:szCs w:val="18"/>
        </w:rPr>
        <w:t>გათვალისწინებით</w:t>
      </w:r>
      <w:proofErr w:type="spellEnd"/>
      <w:r w:rsidR="00D73BDF" w:rsidRPr="008C0D5F">
        <w:rPr>
          <w:rFonts w:ascii="Sylfaen" w:hAnsi="Sylfaen" w:cstheme="majorHAnsi"/>
          <w:sz w:val="18"/>
          <w:szCs w:val="18"/>
          <w:lang w:val="ka-GE"/>
        </w:rPr>
        <w:t>.</w:t>
      </w:r>
    </w:p>
    <w:p w14:paraId="7B1E477D" w14:textId="15CAE167" w:rsidR="00D73BDF" w:rsidRPr="00D73BDF" w:rsidRDefault="00D73BDF" w:rsidP="00185C20">
      <w:pPr>
        <w:pStyle w:val="ListParagraph"/>
        <w:numPr>
          <w:ilvl w:val="1"/>
          <w:numId w:val="13"/>
        </w:numPr>
        <w:jc w:val="both"/>
        <w:rPr>
          <w:rFonts w:ascii="Sylfaen" w:hAnsi="Sylfaen" w:cstheme="majorHAnsi"/>
          <w:sz w:val="18"/>
          <w:szCs w:val="18"/>
          <w:lang w:val="ka-GE"/>
        </w:rPr>
      </w:pPr>
      <w:proofErr w:type="spellStart"/>
      <w:r w:rsidRPr="00D73BDF">
        <w:rPr>
          <w:rFonts w:ascii="Sylfaen" w:hAnsi="Sylfaen" w:cs="Sylfaen"/>
          <w:sz w:val="18"/>
          <w:szCs w:val="18"/>
        </w:rPr>
        <w:t>შესასრულებელი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მოცულობა</w:t>
      </w:r>
      <w:proofErr w:type="spellEnd"/>
      <w:r w:rsidRPr="00D73BDF">
        <w:rPr>
          <w:rFonts w:cstheme="majorHAnsi"/>
          <w:sz w:val="18"/>
          <w:szCs w:val="18"/>
        </w:rPr>
        <w:t xml:space="preserve"> </w:t>
      </w:r>
      <w:proofErr w:type="spellStart"/>
      <w:r w:rsidRPr="00D73BDF">
        <w:rPr>
          <w:rFonts w:ascii="Sylfaen" w:hAnsi="Sylfaen" w:cs="Sylfaen"/>
          <w:sz w:val="18"/>
          <w:szCs w:val="18"/>
        </w:rPr>
        <w:t>განისაზღვრება</w:t>
      </w:r>
      <w:proofErr w:type="spellEnd"/>
      <w:r w:rsidRPr="00D73BDF">
        <w:rPr>
          <w:rFonts w:cstheme="majorHAnsi"/>
          <w:sz w:val="18"/>
          <w:szCs w:val="18"/>
        </w:rPr>
        <w:t xml:space="preserve"> </w:t>
      </w:r>
      <w:proofErr w:type="spellStart"/>
      <w:r w:rsidRPr="00D73BDF">
        <w:rPr>
          <w:rFonts w:ascii="Sylfaen" w:hAnsi="Sylfaen" w:cs="Sylfaen"/>
          <w:sz w:val="18"/>
          <w:szCs w:val="18"/>
        </w:rPr>
        <w:t>სახარჯთაღრიცხვო</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დოკუმენტაციით</w:t>
      </w:r>
      <w:proofErr w:type="spellEnd"/>
      <w:r w:rsidRPr="00D73BDF">
        <w:rPr>
          <w:rFonts w:cstheme="majorHAnsi"/>
          <w:sz w:val="18"/>
          <w:szCs w:val="18"/>
        </w:rPr>
        <w:t xml:space="preserve"> </w:t>
      </w:r>
      <w:r w:rsidR="005A2833">
        <w:rPr>
          <w:rFonts w:ascii="Sylfaen" w:hAnsi="Sylfaen" w:cstheme="majorHAnsi"/>
          <w:sz w:val="18"/>
          <w:szCs w:val="18"/>
          <w:lang w:val="ka-GE"/>
        </w:rPr>
        <w:t>(</w:t>
      </w:r>
      <w:proofErr w:type="spellStart"/>
      <w:r w:rsidRPr="00D73BDF">
        <w:rPr>
          <w:rFonts w:ascii="Sylfaen" w:hAnsi="Sylfaen" w:cs="Sylfaen"/>
          <w:sz w:val="18"/>
          <w:szCs w:val="18"/>
        </w:rPr>
        <w:t>დანართი</w:t>
      </w:r>
      <w:proofErr w:type="spellEnd"/>
      <w:r w:rsidRPr="00D73BDF">
        <w:rPr>
          <w:rFonts w:cstheme="majorHAnsi"/>
          <w:sz w:val="18"/>
          <w:szCs w:val="18"/>
        </w:rPr>
        <w:t xml:space="preserve"> №1</w:t>
      </w:r>
      <w:r w:rsidR="005A2833">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საპროექტო</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დოკუმენტაციით</w:t>
      </w:r>
      <w:proofErr w:type="spellEnd"/>
      <w:r w:rsidRPr="00D73BDF">
        <w:rPr>
          <w:rFonts w:cstheme="majorHAnsi"/>
          <w:sz w:val="18"/>
          <w:szCs w:val="18"/>
        </w:rPr>
        <w:t xml:space="preserve"> </w:t>
      </w:r>
      <w:r w:rsidR="00870F3D">
        <w:rPr>
          <w:rFonts w:ascii="Sylfaen" w:hAnsi="Sylfaen" w:cstheme="majorHAnsi"/>
          <w:sz w:val="18"/>
          <w:szCs w:val="18"/>
          <w:lang w:val="ka-GE"/>
        </w:rPr>
        <w:t>(</w:t>
      </w:r>
      <w:proofErr w:type="spellStart"/>
      <w:r w:rsidRPr="00D73BDF">
        <w:rPr>
          <w:rFonts w:ascii="Sylfaen" w:hAnsi="Sylfaen" w:cs="Sylfaen"/>
          <w:sz w:val="18"/>
          <w:szCs w:val="18"/>
        </w:rPr>
        <w:t>დანართი</w:t>
      </w:r>
      <w:proofErr w:type="spellEnd"/>
      <w:r w:rsidRPr="00D73BDF">
        <w:rPr>
          <w:rFonts w:cstheme="majorHAnsi"/>
          <w:sz w:val="18"/>
          <w:szCs w:val="18"/>
        </w:rPr>
        <w:t xml:space="preserve"> №</w:t>
      </w:r>
      <w:r w:rsidR="00B63A7D">
        <w:rPr>
          <w:rFonts w:cstheme="majorHAnsi"/>
          <w:sz w:val="18"/>
          <w:szCs w:val="18"/>
        </w:rPr>
        <w:t>7</w:t>
      </w:r>
      <w:r w:rsidR="00870F3D">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მენარდის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შესასრულებელი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r w:rsidR="00D447AD">
        <w:rPr>
          <w:rFonts w:ascii="Sylfaen" w:hAnsi="Sylfaen" w:cs="Sylfaen"/>
          <w:sz w:val="18"/>
          <w:szCs w:val="18"/>
          <w:lang w:val="ka-GE"/>
        </w:rPr>
        <w:t>ვადები,</w:t>
      </w:r>
      <w:r w:rsidRPr="00D73BDF">
        <w:rPr>
          <w:rFonts w:cstheme="majorHAnsi"/>
          <w:sz w:val="18"/>
          <w:szCs w:val="18"/>
        </w:rPr>
        <w:t xml:space="preserve"> </w:t>
      </w:r>
      <w:proofErr w:type="spellStart"/>
      <w:r w:rsidRPr="00D73BDF">
        <w:rPr>
          <w:rFonts w:ascii="Sylfaen" w:hAnsi="Sylfaen" w:cs="Sylfaen"/>
          <w:sz w:val="18"/>
          <w:szCs w:val="18"/>
        </w:rPr>
        <w:t>მოცემულია</w:t>
      </w:r>
      <w:proofErr w:type="spellEnd"/>
      <w:r w:rsidRPr="00D73BDF">
        <w:rPr>
          <w:rFonts w:cstheme="majorHAnsi"/>
          <w:sz w:val="18"/>
          <w:szCs w:val="18"/>
        </w:rPr>
        <w:t xml:space="preserve"> </w:t>
      </w:r>
      <w:proofErr w:type="spellStart"/>
      <w:r w:rsidRPr="00D73BDF">
        <w:rPr>
          <w:rFonts w:ascii="Sylfaen" w:hAnsi="Sylfaen" w:cs="Sylfaen"/>
          <w:sz w:val="18"/>
          <w:szCs w:val="18"/>
        </w:rPr>
        <w:t>დანართი</w:t>
      </w:r>
      <w:proofErr w:type="spellEnd"/>
      <w:r w:rsidRPr="00D73BDF">
        <w:rPr>
          <w:rFonts w:cstheme="majorHAnsi"/>
          <w:sz w:val="18"/>
          <w:szCs w:val="18"/>
        </w:rPr>
        <w:t xml:space="preserve"> №</w:t>
      </w:r>
      <w:r w:rsidR="00B63A7D">
        <w:rPr>
          <w:rFonts w:ascii="Sylfaen" w:hAnsi="Sylfaen" w:cstheme="majorHAnsi"/>
          <w:sz w:val="18"/>
          <w:szCs w:val="18"/>
          <w:lang w:val="ka-GE"/>
        </w:rPr>
        <w:t>3</w:t>
      </w:r>
      <w:r w:rsidRPr="00D73BDF">
        <w:rPr>
          <w:rFonts w:cstheme="majorHAnsi"/>
          <w:sz w:val="18"/>
          <w:szCs w:val="18"/>
        </w:rPr>
        <w:t>–</w:t>
      </w:r>
      <w:proofErr w:type="spellStart"/>
      <w:r w:rsidRPr="00D73BDF">
        <w:rPr>
          <w:rFonts w:ascii="Sylfaen" w:hAnsi="Sylfaen" w:cs="Sylfaen"/>
          <w:sz w:val="18"/>
          <w:szCs w:val="18"/>
        </w:rPr>
        <w:t>ში</w:t>
      </w:r>
      <w:proofErr w:type="spellEnd"/>
      <w:r w:rsidRPr="00D73BDF">
        <w:rPr>
          <w:rFonts w:cstheme="majorHAnsi"/>
          <w:sz w:val="18"/>
          <w:szCs w:val="18"/>
        </w:rPr>
        <w:t>.</w:t>
      </w:r>
    </w:p>
    <w:p w14:paraId="34FAB937" w14:textId="77777777" w:rsidR="004B6084" w:rsidRPr="0081109E" w:rsidRDefault="004B6084" w:rsidP="00185C20">
      <w:pPr>
        <w:jc w:val="both"/>
        <w:rPr>
          <w:rFonts w:cstheme="majorHAnsi"/>
        </w:rPr>
      </w:pPr>
    </w:p>
    <w:p w14:paraId="11A04A33" w14:textId="6C9E3ADC" w:rsidR="004B6084" w:rsidRPr="0081109E" w:rsidRDefault="00A74260" w:rsidP="00185C20">
      <w:pPr>
        <w:pStyle w:val="ListParagraph"/>
        <w:numPr>
          <w:ilvl w:val="0"/>
          <w:numId w:val="13"/>
        </w:numPr>
        <w:jc w:val="both"/>
        <w:rPr>
          <w:rFonts w:cstheme="majorHAnsi"/>
          <w:b/>
          <w:bCs/>
        </w:rPr>
      </w:pPr>
      <w:proofErr w:type="spellStart"/>
      <w:r w:rsidRPr="0081109E">
        <w:rPr>
          <w:rFonts w:ascii="Sylfaen" w:hAnsi="Sylfaen" w:cs="Sylfaen"/>
          <w:b/>
          <w:bCs/>
        </w:rPr>
        <w:t>ხელშეკრულების</w:t>
      </w:r>
      <w:proofErr w:type="spellEnd"/>
      <w:r w:rsidRPr="0081109E">
        <w:rPr>
          <w:rFonts w:cstheme="majorHAnsi"/>
          <w:b/>
          <w:bCs/>
        </w:rPr>
        <w:t xml:space="preserve"> </w:t>
      </w:r>
      <w:proofErr w:type="spellStart"/>
      <w:r w:rsidRPr="0081109E">
        <w:rPr>
          <w:rFonts w:ascii="Sylfaen" w:hAnsi="Sylfaen" w:cs="Sylfaen"/>
          <w:b/>
          <w:bCs/>
        </w:rPr>
        <w:t>დანართები</w:t>
      </w:r>
      <w:proofErr w:type="spellEnd"/>
    </w:p>
    <w:p w14:paraId="73E330E4" w14:textId="77777777" w:rsidR="00CA7D6F" w:rsidRPr="00CA7D6F" w:rsidRDefault="00A74260" w:rsidP="00CA7D6F">
      <w:pPr>
        <w:pStyle w:val="ListParagraph"/>
        <w:numPr>
          <w:ilvl w:val="1"/>
          <w:numId w:val="13"/>
        </w:numPr>
        <w:rPr>
          <w:rFonts w:ascii="Sylfaen" w:hAnsi="Sylfaen" w:cs="Sylfaen"/>
          <w:sz w:val="18"/>
          <w:szCs w:val="18"/>
        </w:rPr>
      </w:pPr>
      <w:proofErr w:type="spellStart"/>
      <w:r w:rsidRPr="00CA7D6F">
        <w:rPr>
          <w:rFonts w:ascii="Sylfaen" w:hAnsi="Sylfaen" w:cs="Sylfaen"/>
          <w:sz w:val="18"/>
          <w:szCs w:val="18"/>
        </w:rPr>
        <w:t>წინამდებარე</w:t>
      </w:r>
      <w:proofErr w:type="spellEnd"/>
      <w:r w:rsidRPr="00CA7D6F">
        <w:rPr>
          <w:rFonts w:cstheme="majorHAnsi"/>
          <w:sz w:val="18"/>
          <w:szCs w:val="18"/>
        </w:rPr>
        <w:t xml:space="preserve"> </w:t>
      </w:r>
      <w:proofErr w:type="spellStart"/>
      <w:r w:rsidRPr="00CA7D6F">
        <w:rPr>
          <w:rFonts w:ascii="Sylfaen" w:hAnsi="Sylfaen" w:cs="Sylfaen"/>
          <w:sz w:val="18"/>
          <w:szCs w:val="18"/>
        </w:rPr>
        <w:t>ხელშეკრულებას</w:t>
      </w:r>
      <w:proofErr w:type="spellEnd"/>
      <w:r w:rsidRPr="00CA7D6F">
        <w:rPr>
          <w:rFonts w:cstheme="majorHAnsi"/>
          <w:sz w:val="18"/>
          <w:szCs w:val="18"/>
        </w:rPr>
        <w:t xml:space="preserve"> </w:t>
      </w:r>
      <w:proofErr w:type="spellStart"/>
      <w:r w:rsidRPr="00CA7D6F">
        <w:rPr>
          <w:rFonts w:ascii="Sylfaen" w:hAnsi="Sylfaen" w:cs="Sylfaen"/>
          <w:sz w:val="18"/>
          <w:szCs w:val="18"/>
        </w:rPr>
        <w:t>თან</w:t>
      </w:r>
      <w:proofErr w:type="spellEnd"/>
      <w:r w:rsidRPr="00CA7D6F">
        <w:rPr>
          <w:rFonts w:cstheme="majorHAnsi"/>
          <w:sz w:val="18"/>
          <w:szCs w:val="18"/>
        </w:rPr>
        <w:t xml:space="preserve"> </w:t>
      </w:r>
      <w:proofErr w:type="spellStart"/>
      <w:r w:rsidRPr="00CA7D6F">
        <w:rPr>
          <w:rFonts w:ascii="Sylfaen" w:hAnsi="Sylfaen" w:cs="Sylfaen"/>
          <w:sz w:val="18"/>
          <w:szCs w:val="18"/>
        </w:rPr>
        <w:t>ერთვის</w:t>
      </w:r>
      <w:proofErr w:type="spellEnd"/>
      <w:r w:rsidRPr="00CA7D6F">
        <w:rPr>
          <w:rFonts w:cstheme="majorHAnsi"/>
          <w:sz w:val="18"/>
          <w:szCs w:val="18"/>
        </w:rPr>
        <w:t xml:space="preserve"> </w:t>
      </w:r>
      <w:proofErr w:type="spellStart"/>
      <w:r w:rsidRPr="00CA7D6F">
        <w:rPr>
          <w:rFonts w:ascii="Sylfaen" w:hAnsi="Sylfaen" w:cs="Sylfaen"/>
          <w:sz w:val="18"/>
          <w:szCs w:val="18"/>
        </w:rPr>
        <w:t>შემდეგი</w:t>
      </w:r>
      <w:proofErr w:type="spellEnd"/>
      <w:r w:rsidRPr="00CA7D6F">
        <w:rPr>
          <w:rFonts w:cstheme="majorHAnsi"/>
          <w:sz w:val="18"/>
          <w:szCs w:val="18"/>
        </w:rPr>
        <w:t xml:space="preserve"> </w:t>
      </w:r>
      <w:proofErr w:type="spellStart"/>
      <w:r w:rsidRPr="00CA7D6F">
        <w:rPr>
          <w:rFonts w:ascii="Sylfaen" w:hAnsi="Sylfaen" w:cs="Sylfaen"/>
          <w:sz w:val="18"/>
          <w:szCs w:val="18"/>
        </w:rPr>
        <w:t>სახის</w:t>
      </w:r>
      <w:proofErr w:type="spellEnd"/>
      <w:r w:rsidRPr="00CA7D6F">
        <w:rPr>
          <w:rFonts w:cstheme="majorHAnsi"/>
          <w:sz w:val="18"/>
          <w:szCs w:val="18"/>
        </w:rPr>
        <w:t xml:space="preserve"> </w:t>
      </w:r>
      <w:r w:rsidR="00101478" w:rsidRPr="00CA7D6F">
        <w:rPr>
          <w:rFonts w:ascii="Sylfaen" w:hAnsi="Sylfaen" w:cstheme="majorHAnsi"/>
          <w:sz w:val="18"/>
          <w:szCs w:val="18"/>
          <w:lang w:val="ka-GE"/>
        </w:rPr>
        <w:t xml:space="preserve">5 </w:t>
      </w:r>
      <w:proofErr w:type="spellStart"/>
      <w:r w:rsidRPr="00CA7D6F">
        <w:rPr>
          <w:rFonts w:ascii="Sylfaen" w:hAnsi="Sylfaen" w:cs="Sylfaen"/>
          <w:sz w:val="18"/>
          <w:szCs w:val="18"/>
        </w:rPr>
        <w:t>დანართი</w:t>
      </w:r>
      <w:proofErr w:type="spellEnd"/>
      <w:r w:rsidRPr="00CA7D6F">
        <w:rPr>
          <w:rFonts w:cstheme="majorHAnsi"/>
          <w:sz w:val="18"/>
          <w:szCs w:val="18"/>
        </w:rPr>
        <w:t xml:space="preserve">, </w:t>
      </w:r>
      <w:proofErr w:type="spellStart"/>
      <w:r w:rsidRPr="00CA7D6F">
        <w:rPr>
          <w:rFonts w:ascii="Sylfaen" w:hAnsi="Sylfaen" w:cs="Sylfaen"/>
          <w:sz w:val="18"/>
          <w:szCs w:val="18"/>
        </w:rPr>
        <w:t>რომლებიც</w:t>
      </w:r>
      <w:proofErr w:type="spellEnd"/>
      <w:r w:rsidRPr="00CA7D6F">
        <w:rPr>
          <w:rFonts w:cstheme="majorHAnsi"/>
          <w:sz w:val="18"/>
          <w:szCs w:val="18"/>
        </w:rPr>
        <w:t xml:space="preserve"> </w:t>
      </w:r>
      <w:proofErr w:type="spellStart"/>
      <w:r w:rsidRPr="00CA7D6F">
        <w:rPr>
          <w:rFonts w:ascii="Sylfaen" w:hAnsi="Sylfaen" w:cs="Sylfaen"/>
          <w:sz w:val="18"/>
          <w:szCs w:val="18"/>
        </w:rPr>
        <w:t>წარმოადგენენ</w:t>
      </w:r>
      <w:proofErr w:type="spellEnd"/>
      <w:r w:rsidRPr="00CA7D6F">
        <w:rPr>
          <w:rFonts w:cstheme="majorHAnsi"/>
          <w:sz w:val="18"/>
          <w:szCs w:val="18"/>
        </w:rPr>
        <w:t xml:space="preserve"> </w:t>
      </w:r>
      <w:proofErr w:type="spellStart"/>
      <w:r w:rsidRPr="00CA7D6F">
        <w:rPr>
          <w:rFonts w:ascii="Sylfaen" w:hAnsi="Sylfaen" w:cs="Sylfaen"/>
          <w:sz w:val="18"/>
          <w:szCs w:val="18"/>
        </w:rPr>
        <w:t>ამ</w:t>
      </w:r>
      <w:proofErr w:type="spellEnd"/>
      <w:r w:rsidRPr="00CA7D6F">
        <w:rPr>
          <w:rFonts w:cstheme="majorHAnsi"/>
          <w:sz w:val="18"/>
          <w:szCs w:val="18"/>
        </w:rPr>
        <w:t xml:space="preserve"> </w:t>
      </w:r>
      <w:proofErr w:type="spellStart"/>
      <w:r w:rsidRPr="00CA7D6F">
        <w:rPr>
          <w:rFonts w:ascii="Sylfaen" w:hAnsi="Sylfaen" w:cs="Sylfaen"/>
          <w:sz w:val="18"/>
          <w:szCs w:val="18"/>
        </w:rPr>
        <w:t>ხელშეკრულების</w:t>
      </w:r>
      <w:proofErr w:type="spellEnd"/>
      <w:r w:rsidRPr="00CA7D6F">
        <w:rPr>
          <w:rFonts w:cstheme="majorHAnsi"/>
          <w:sz w:val="18"/>
          <w:szCs w:val="18"/>
        </w:rPr>
        <w:t xml:space="preserve"> </w:t>
      </w:r>
      <w:proofErr w:type="spellStart"/>
      <w:r w:rsidRPr="00CA7D6F">
        <w:rPr>
          <w:rFonts w:ascii="Sylfaen" w:hAnsi="Sylfaen" w:cs="Sylfaen"/>
          <w:sz w:val="18"/>
          <w:szCs w:val="18"/>
        </w:rPr>
        <w:t>განუყოფელ</w:t>
      </w:r>
      <w:proofErr w:type="spellEnd"/>
      <w:r w:rsidRPr="00CA7D6F">
        <w:rPr>
          <w:rFonts w:cstheme="majorHAnsi"/>
          <w:sz w:val="18"/>
          <w:szCs w:val="18"/>
        </w:rPr>
        <w:t xml:space="preserve"> </w:t>
      </w:r>
      <w:proofErr w:type="spellStart"/>
      <w:r w:rsidRPr="00CA7D6F">
        <w:rPr>
          <w:rFonts w:ascii="Sylfaen" w:hAnsi="Sylfaen" w:cs="Sylfaen"/>
          <w:sz w:val="18"/>
          <w:szCs w:val="18"/>
        </w:rPr>
        <w:t>ნაწილებს</w:t>
      </w:r>
      <w:proofErr w:type="spellEnd"/>
      <w:r w:rsidRPr="00CA7D6F">
        <w:rPr>
          <w:rFonts w:cstheme="majorHAnsi"/>
          <w:sz w:val="18"/>
          <w:szCs w:val="18"/>
        </w:rPr>
        <w:t xml:space="preserve"> </w:t>
      </w:r>
      <w:proofErr w:type="spellStart"/>
      <w:r w:rsidRPr="00CA7D6F">
        <w:rPr>
          <w:rFonts w:ascii="Sylfaen" w:hAnsi="Sylfaen" w:cs="Sylfaen"/>
          <w:sz w:val="18"/>
          <w:szCs w:val="18"/>
        </w:rPr>
        <w:t>და</w:t>
      </w:r>
      <w:proofErr w:type="spellEnd"/>
      <w:r w:rsidRPr="00CA7D6F">
        <w:rPr>
          <w:rFonts w:cstheme="majorHAnsi"/>
          <w:sz w:val="18"/>
          <w:szCs w:val="18"/>
        </w:rPr>
        <w:t xml:space="preserve"> </w:t>
      </w:r>
      <w:proofErr w:type="spellStart"/>
      <w:r w:rsidRPr="00CA7D6F">
        <w:rPr>
          <w:rFonts w:ascii="Sylfaen" w:hAnsi="Sylfaen" w:cs="Sylfaen"/>
          <w:sz w:val="18"/>
          <w:szCs w:val="18"/>
        </w:rPr>
        <w:t>განიხილებიან</w:t>
      </w:r>
      <w:proofErr w:type="spellEnd"/>
      <w:r w:rsidRPr="00CA7D6F">
        <w:rPr>
          <w:rFonts w:cstheme="majorHAnsi"/>
          <w:sz w:val="18"/>
          <w:szCs w:val="18"/>
        </w:rPr>
        <w:t xml:space="preserve"> </w:t>
      </w:r>
      <w:proofErr w:type="spellStart"/>
      <w:r w:rsidRPr="00CA7D6F">
        <w:rPr>
          <w:rFonts w:ascii="Sylfaen" w:hAnsi="Sylfaen" w:cs="Sylfaen"/>
          <w:sz w:val="18"/>
          <w:szCs w:val="18"/>
        </w:rPr>
        <w:t>მასთან</w:t>
      </w:r>
      <w:proofErr w:type="spellEnd"/>
      <w:r w:rsidRPr="00CA7D6F">
        <w:rPr>
          <w:rFonts w:cstheme="majorHAnsi"/>
          <w:sz w:val="18"/>
          <w:szCs w:val="18"/>
        </w:rPr>
        <w:t xml:space="preserve"> </w:t>
      </w:r>
      <w:proofErr w:type="spellStart"/>
      <w:r w:rsidRPr="00CA7D6F">
        <w:rPr>
          <w:rFonts w:ascii="Sylfaen" w:hAnsi="Sylfaen" w:cs="Sylfaen"/>
          <w:sz w:val="18"/>
          <w:szCs w:val="18"/>
        </w:rPr>
        <w:t>ერთად</w:t>
      </w:r>
      <w:proofErr w:type="spellEnd"/>
      <w:r w:rsidRPr="00CA7D6F">
        <w:rPr>
          <w:rFonts w:cstheme="majorHAnsi"/>
          <w:sz w:val="18"/>
          <w:szCs w:val="18"/>
        </w:rPr>
        <w:t xml:space="preserve">, </w:t>
      </w:r>
      <w:proofErr w:type="spellStart"/>
      <w:r w:rsidRPr="00CA7D6F">
        <w:rPr>
          <w:rFonts w:ascii="Sylfaen" w:hAnsi="Sylfaen" w:cs="Sylfaen"/>
          <w:sz w:val="18"/>
          <w:szCs w:val="18"/>
        </w:rPr>
        <w:t>ესენია</w:t>
      </w:r>
      <w:proofErr w:type="spellEnd"/>
      <w:r w:rsidRPr="00CA7D6F">
        <w:rPr>
          <w:rFonts w:cstheme="majorHAnsi"/>
          <w:sz w:val="18"/>
          <w:szCs w:val="18"/>
        </w:rPr>
        <w:t>:</w:t>
      </w:r>
      <w:r w:rsidR="00D73BDF" w:rsidRPr="00CA7D6F">
        <w:rPr>
          <w:rFonts w:cstheme="majorHAnsi"/>
          <w:sz w:val="18"/>
          <w:szCs w:val="18"/>
        </w:rPr>
        <w:br/>
      </w:r>
      <w:proofErr w:type="spellStart"/>
      <w:r w:rsidRPr="00CA7D6F">
        <w:rPr>
          <w:rFonts w:ascii="Sylfaen" w:hAnsi="Sylfaen" w:cs="Sylfaen"/>
          <w:sz w:val="18"/>
          <w:szCs w:val="18"/>
        </w:rPr>
        <w:t>დანართი</w:t>
      </w:r>
      <w:proofErr w:type="spellEnd"/>
      <w:r w:rsidRPr="00CA7D6F">
        <w:rPr>
          <w:rFonts w:cstheme="majorHAnsi"/>
          <w:sz w:val="18"/>
          <w:szCs w:val="18"/>
        </w:rPr>
        <w:t xml:space="preserve"> №1 - </w:t>
      </w:r>
      <w:proofErr w:type="spellStart"/>
      <w:r w:rsidRPr="00CA7D6F">
        <w:rPr>
          <w:rFonts w:ascii="Sylfaen" w:hAnsi="Sylfaen" w:cs="Sylfaen"/>
          <w:sz w:val="18"/>
          <w:szCs w:val="18"/>
        </w:rPr>
        <w:t>სახარჯთაღრიცხვო</w:t>
      </w:r>
      <w:proofErr w:type="spellEnd"/>
      <w:r w:rsidRPr="00CA7D6F">
        <w:rPr>
          <w:rFonts w:cstheme="majorHAnsi"/>
          <w:sz w:val="18"/>
          <w:szCs w:val="18"/>
        </w:rPr>
        <w:t xml:space="preserve"> </w:t>
      </w:r>
      <w:proofErr w:type="spellStart"/>
      <w:r w:rsidRPr="00CA7D6F">
        <w:rPr>
          <w:rFonts w:ascii="Sylfaen" w:hAnsi="Sylfaen" w:cs="Sylfaen"/>
          <w:sz w:val="18"/>
          <w:szCs w:val="18"/>
        </w:rPr>
        <w:t>დოკუმენტაცია</w:t>
      </w:r>
      <w:proofErr w:type="spellEnd"/>
      <w:r w:rsidRPr="00CA7D6F">
        <w:rPr>
          <w:rFonts w:cstheme="majorHAnsi"/>
          <w:sz w:val="18"/>
          <w:szCs w:val="18"/>
        </w:rPr>
        <w:t>;</w:t>
      </w:r>
    </w:p>
    <w:p w14:paraId="64381108" w14:textId="5D57A58B" w:rsidR="00CA7D6F" w:rsidRPr="00CA7D6F" w:rsidRDefault="00CA7D6F" w:rsidP="00CA7D6F">
      <w:pPr>
        <w:pStyle w:val="ListParagraph"/>
        <w:rPr>
          <w:rFonts w:ascii="Sylfaen" w:hAnsi="Sylfaen" w:cs="Sylfaen"/>
          <w:sz w:val="18"/>
          <w:szCs w:val="18"/>
        </w:rPr>
      </w:pPr>
      <w:proofErr w:type="spellStart"/>
      <w:r w:rsidRPr="00CA7D6F">
        <w:rPr>
          <w:rFonts w:ascii="Sylfaen" w:hAnsi="Sylfaen" w:cs="Sylfaen"/>
          <w:sz w:val="18"/>
          <w:szCs w:val="18"/>
        </w:rPr>
        <w:t>დანართი</w:t>
      </w:r>
      <w:proofErr w:type="spellEnd"/>
      <w:r w:rsidRPr="00CA7D6F">
        <w:rPr>
          <w:rFonts w:ascii="Sylfaen" w:hAnsi="Sylfaen" w:cs="Sylfaen"/>
          <w:sz w:val="18"/>
          <w:szCs w:val="18"/>
        </w:rPr>
        <w:t xml:space="preserve"> №</w:t>
      </w:r>
      <w:r>
        <w:rPr>
          <w:rFonts w:ascii="Sylfaen" w:hAnsi="Sylfaen" w:cs="Sylfaen"/>
          <w:sz w:val="18"/>
          <w:szCs w:val="18"/>
        </w:rPr>
        <w:t>2</w:t>
      </w:r>
      <w:r w:rsidRPr="00CA7D6F">
        <w:rPr>
          <w:rFonts w:ascii="Sylfaen" w:hAnsi="Sylfaen" w:cs="Sylfaen"/>
          <w:sz w:val="18"/>
          <w:szCs w:val="18"/>
        </w:rPr>
        <w:t xml:space="preserve"> - </w:t>
      </w:r>
      <w:proofErr w:type="spellStart"/>
      <w:r w:rsidRPr="00CA7D6F">
        <w:rPr>
          <w:rFonts w:ascii="Sylfaen" w:hAnsi="Sylfaen" w:cs="Sylfaen"/>
          <w:sz w:val="18"/>
          <w:szCs w:val="18"/>
        </w:rPr>
        <w:t>სამუშაოთა</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დეტალური</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ჩამონათვალი</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მათ</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შორის</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სამუშაოებისა</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რომელთა</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მოწოდებაზეც</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პასუხისგებელია</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დამკვეთი</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ასეთის</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არსებობის</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შემთხვევაში</w:t>
      </w:r>
      <w:proofErr w:type="spellEnd"/>
      <w:r w:rsidRPr="00CA7D6F">
        <w:rPr>
          <w:rFonts w:ascii="Sylfaen" w:hAnsi="Sylfaen" w:cs="Sylfaen"/>
          <w:sz w:val="18"/>
          <w:szCs w:val="18"/>
        </w:rPr>
        <w:t>);</w:t>
      </w:r>
    </w:p>
    <w:p w14:paraId="790C1ED5" w14:textId="29DBDEAB" w:rsidR="00CA7D6F" w:rsidRDefault="00CA7D6F" w:rsidP="00CA7D6F">
      <w:pPr>
        <w:pStyle w:val="ListParagraph"/>
        <w:rPr>
          <w:rFonts w:ascii="Sylfaen" w:hAnsi="Sylfaen" w:cs="Sylfaen"/>
          <w:sz w:val="18"/>
          <w:szCs w:val="18"/>
        </w:rPr>
      </w:pPr>
      <w:proofErr w:type="spellStart"/>
      <w:r w:rsidRPr="00CA7D6F">
        <w:rPr>
          <w:rFonts w:ascii="Sylfaen" w:hAnsi="Sylfaen" w:cs="Sylfaen"/>
          <w:sz w:val="18"/>
          <w:szCs w:val="18"/>
        </w:rPr>
        <w:t>დანართი</w:t>
      </w:r>
      <w:proofErr w:type="spellEnd"/>
      <w:r w:rsidRPr="00CA7D6F">
        <w:rPr>
          <w:rFonts w:ascii="Sylfaen" w:hAnsi="Sylfaen" w:cs="Sylfaen"/>
          <w:sz w:val="18"/>
          <w:szCs w:val="18"/>
        </w:rPr>
        <w:t xml:space="preserve"> №</w:t>
      </w:r>
      <w:r>
        <w:rPr>
          <w:rFonts w:ascii="Sylfaen" w:hAnsi="Sylfaen" w:cs="Sylfaen"/>
          <w:sz w:val="18"/>
          <w:szCs w:val="18"/>
        </w:rPr>
        <w:t>3</w:t>
      </w:r>
      <w:r w:rsidRPr="00CA7D6F">
        <w:rPr>
          <w:rFonts w:ascii="Sylfaen" w:hAnsi="Sylfaen" w:cs="Sylfaen"/>
          <w:sz w:val="18"/>
          <w:szCs w:val="18"/>
        </w:rPr>
        <w:t xml:space="preserve"> - </w:t>
      </w:r>
      <w:proofErr w:type="spellStart"/>
      <w:r w:rsidRPr="00CA7D6F">
        <w:rPr>
          <w:rFonts w:ascii="Sylfaen" w:hAnsi="Sylfaen" w:cs="Sylfaen"/>
          <w:sz w:val="18"/>
          <w:szCs w:val="18"/>
        </w:rPr>
        <w:t>სამუშაოთა</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წარმოების</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კალენდარული</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გეგმა-გრაფიკი</w:t>
      </w:r>
      <w:proofErr w:type="spellEnd"/>
      <w:r w:rsidRPr="00CA7D6F">
        <w:rPr>
          <w:rFonts w:ascii="Sylfaen" w:hAnsi="Sylfaen" w:cs="Sylfaen"/>
          <w:sz w:val="18"/>
          <w:szCs w:val="18"/>
        </w:rPr>
        <w:t>;</w:t>
      </w:r>
    </w:p>
    <w:p w14:paraId="6BFCAFB3" w14:textId="7EA38950" w:rsidR="00CA7D6F" w:rsidRPr="00CA7D6F" w:rsidRDefault="00CA7D6F" w:rsidP="00CA7D6F">
      <w:pPr>
        <w:pStyle w:val="ListParagraph"/>
        <w:rPr>
          <w:rFonts w:ascii="Sylfaen" w:hAnsi="Sylfaen" w:cs="Sylfaen"/>
          <w:sz w:val="18"/>
          <w:szCs w:val="18"/>
        </w:rPr>
      </w:pPr>
      <w:proofErr w:type="spellStart"/>
      <w:r w:rsidRPr="00CA7D6F">
        <w:rPr>
          <w:rFonts w:ascii="Sylfaen" w:hAnsi="Sylfaen" w:cs="Sylfaen"/>
          <w:sz w:val="18"/>
          <w:szCs w:val="18"/>
        </w:rPr>
        <w:t>დანართი</w:t>
      </w:r>
      <w:proofErr w:type="spellEnd"/>
      <w:r w:rsidRPr="00CA7D6F">
        <w:rPr>
          <w:rFonts w:ascii="Sylfaen" w:hAnsi="Sylfaen" w:cs="Sylfaen"/>
          <w:sz w:val="18"/>
          <w:szCs w:val="18"/>
        </w:rPr>
        <w:t xml:space="preserve"> №</w:t>
      </w:r>
      <w:r>
        <w:rPr>
          <w:rFonts w:ascii="Sylfaen" w:hAnsi="Sylfaen" w:cs="Sylfaen"/>
          <w:sz w:val="18"/>
          <w:szCs w:val="18"/>
        </w:rPr>
        <w:t xml:space="preserve">4 </w:t>
      </w:r>
      <w:r w:rsidRPr="00CA7D6F">
        <w:rPr>
          <w:rFonts w:ascii="Sylfaen" w:hAnsi="Sylfaen" w:cs="Sylfaen"/>
          <w:sz w:val="18"/>
          <w:szCs w:val="18"/>
        </w:rPr>
        <w:t xml:space="preserve">- </w:t>
      </w:r>
      <w:proofErr w:type="spellStart"/>
      <w:r w:rsidRPr="00CA7D6F">
        <w:rPr>
          <w:rFonts w:ascii="Sylfaen" w:hAnsi="Sylfaen" w:cs="Sylfaen"/>
          <w:sz w:val="18"/>
          <w:szCs w:val="18"/>
        </w:rPr>
        <w:t>ფინანსური</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გრაფიკი</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ნიმუში</w:t>
      </w:r>
      <w:proofErr w:type="spellEnd"/>
      <w:r w:rsidRPr="00CA7D6F">
        <w:rPr>
          <w:rFonts w:ascii="Sylfaen" w:hAnsi="Sylfaen" w:cs="Sylfaen"/>
          <w:sz w:val="18"/>
          <w:szCs w:val="18"/>
        </w:rPr>
        <w:t>);</w:t>
      </w:r>
    </w:p>
    <w:p w14:paraId="1856CB95" w14:textId="0C2766BA" w:rsidR="00CA7D6F" w:rsidRPr="00CA7D6F" w:rsidRDefault="00A74260" w:rsidP="00CA7D6F">
      <w:pPr>
        <w:pStyle w:val="ListParagraph"/>
        <w:rPr>
          <w:rFonts w:ascii="Sylfaen" w:hAnsi="Sylfaen" w:cs="Sylfaen"/>
          <w:sz w:val="18"/>
          <w:szCs w:val="18"/>
        </w:rPr>
      </w:pPr>
      <w:proofErr w:type="spellStart"/>
      <w:r w:rsidRPr="00CA7D6F">
        <w:rPr>
          <w:rFonts w:ascii="Sylfaen" w:hAnsi="Sylfaen" w:cs="Sylfaen"/>
          <w:sz w:val="18"/>
          <w:szCs w:val="18"/>
        </w:rPr>
        <w:t>დანართი</w:t>
      </w:r>
      <w:proofErr w:type="spellEnd"/>
      <w:r w:rsidRPr="00CA7D6F">
        <w:rPr>
          <w:rFonts w:cstheme="majorHAnsi"/>
          <w:sz w:val="18"/>
          <w:szCs w:val="18"/>
        </w:rPr>
        <w:t xml:space="preserve"> №</w:t>
      </w:r>
      <w:r w:rsidR="00CA7D6F">
        <w:rPr>
          <w:rFonts w:cstheme="majorHAnsi"/>
          <w:sz w:val="18"/>
          <w:szCs w:val="18"/>
        </w:rPr>
        <w:t>5</w:t>
      </w:r>
      <w:r w:rsidR="00CA7D6F">
        <w:rPr>
          <w:rFonts w:ascii="Sylfaen" w:hAnsi="Sylfaen" w:cstheme="majorHAnsi"/>
          <w:sz w:val="18"/>
          <w:szCs w:val="18"/>
          <w:lang w:val="ka-GE"/>
        </w:rPr>
        <w:t xml:space="preserve"> </w:t>
      </w:r>
      <w:r w:rsidR="00CA7D6F" w:rsidRPr="00CA7D6F">
        <w:rPr>
          <w:rFonts w:ascii="Sylfaen" w:hAnsi="Sylfaen" w:cs="Sylfaen"/>
          <w:sz w:val="18"/>
          <w:szCs w:val="18"/>
        </w:rPr>
        <w:t>-</w:t>
      </w:r>
      <w:r w:rsidR="00CA7D6F">
        <w:rPr>
          <w:rFonts w:ascii="Sylfaen" w:hAnsi="Sylfaen" w:cs="Sylfaen"/>
          <w:sz w:val="18"/>
          <w:szCs w:val="18"/>
        </w:rPr>
        <w:t xml:space="preserve"> </w:t>
      </w:r>
      <w:proofErr w:type="spellStart"/>
      <w:r w:rsidRPr="00CA7D6F">
        <w:rPr>
          <w:rFonts w:ascii="Sylfaen" w:hAnsi="Sylfaen" w:cs="Sylfaen"/>
          <w:sz w:val="18"/>
          <w:szCs w:val="18"/>
        </w:rPr>
        <w:t>შესრულების</w:t>
      </w:r>
      <w:proofErr w:type="spellEnd"/>
      <w:r w:rsidRPr="00CA7D6F">
        <w:rPr>
          <w:rFonts w:cstheme="majorHAnsi"/>
          <w:sz w:val="18"/>
          <w:szCs w:val="18"/>
        </w:rPr>
        <w:t xml:space="preserve"> </w:t>
      </w:r>
      <w:proofErr w:type="spellStart"/>
      <w:r w:rsidRPr="00CA7D6F">
        <w:rPr>
          <w:rFonts w:ascii="Sylfaen" w:hAnsi="Sylfaen" w:cs="Sylfaen"/>
          <w:sz w:val="18"/>
          <w:szCs w:val="18"/>
        </w:rPr>
        <w:t>ფორმა</w:t>
      </w:r>
      <w:proofErr w:type="spellEnd"/>
      <w:r w:rsidRPr="00CA7D6F">
        <w:rPr>
          <w:rFonts w:cstheme="majorHAnsi"/>
          <w:sz w:val="18"/>
          <w:szCs w:val="18"/>
        </w:rPr>
        <w:t xml:space="preserve"> N2 </w:t>
      </w:r>
      <w:proofErr w:type="spellStart"/>
      <w:r w:rsidRPr="00CA7D6F">
        <w:rPr>
          <w:rFonts w:ascii="Sylfaen" w:hAnsi="Sylfaen" w:cs="Sylfaen"/>
          <w:sz w:val="18"/>
          <w:szCs w:val="18"/>
        </w:rPr>
        <w:t>და</w:t>
      </w:r>
      <w:proofErr w:type="spellEnd"/>
      <w:r w:rsidRPr="00CA7D6F">
        <w:rPr>
          <w:rFonts w:cstheme="majorHAnsi"/>
          <w:sz w:val="18"/>
          <w:szCs w:val="18"/>
        </w:rPr>
        <w:t xml:space="preserve"> </w:t>
      </w:r>
      <w:proofErr w:type="spellStart"/>
      <w:r w:rsidRPr="00CA7D6F">
        <w:rPr>
          <w:rFonts w:ascii="Sylfaen" w:hAnsi="Sylfaen" w:cs="Sylfaen"/>
          <w:sz w:val="18"/>
          <w:szCs w:val="18"/>
        </w:rPr>
        <w:t>ფორმა</w:t>
      </w:r>
      <w:proofErr w:type="spellEnd"/>
      <w:r w:rsidRPr="00CA7D6F">
        <w:rPr>
          <w:rFonts w:cstheme="majorHAnsi"/>
          <w:sz w:val="18"/>
          <w:szCs w:val="18"/>
        </w:rPr>
        <w:t xml:space="preserve"> N3 </w:t>
      </w:r>
      <w:r w:rsidR="00651E52" w:rsidRPr="00CA7D6F">
        <w:rPr>
          <w:rFonts w:ascii="Sylfaen" w:hAnsi="Sylfaen" w:cstheme="majorHAnsi"/>
          <w:sz w:val="18"/>
          <w:szCs w:val="18"/>
          <w:lang w:val="ka-GE"/>
        </w:rPr>
        <w:t>(</w:t>
      </w:r>
      <w:proofErr w:type="spellStart"/>
      <w:r w:rsidRPr="00CA7D6F">
        <w:rPr>
          <w:rFonts w:ascii="Sylfaen" w:hAnsi="Sylfaen" w:cs="Sylfaen"/>
          <w:sz w:val="18"/>
          <w:szCs w:val="18"/>
        </w:rPr>
        <w:t>ნიმუში</w:t>
      </w:r>
      <w:proofErr w:type="spellEnd"/>
      <w:r w:rsidR="00651E52" w:rsidRPr="00CA7D6F">
        <w:rPr>
          <w:rFonts w:ascii="Sylfaen" w:hAnsi="Sylfaen" w:cs="Sylfaen"/>
          <w:sz w:val="18"/>
          <w:szCs w:val="18"/>
          <w:lang w:val="ka-GE"/>
        </w:rPr>
        <w:t>)</w:t>
      </w:r>
      <w:r w:rsidRPr="00CA7D6F">
        <w:rPr>
          <w:rFonts w:cstheme="majorHAnsi"/>
          <w:sz w:val="18"/>
          <w:szCs w:val="18"/>
        </w:rPr>
        <w:t>;</w:t>
      </w:r>
    </w:p>
    <w:p w14:paraId="39DECCF0" w14:textId="314FCC26" w:rsidR="004B6084" w:rsidRPr="00D73BDF" w:rsidRDefault="00A74260" w:rsidP="00CA7D6F">
      <w:pPr>
        <w:pStyle w:val="ListParagraph"/>
        <w:rPr>
          <w:rFonts w:cstheme="majorHAnsi"/>
          <w:sz w:val="18"/>
          <w:szCs w:val="18"/>
        </w:rPr>
      </w:pPr>
      <w:proofErr w:type="spellStart"/>
      <w:r w:rsidRPr="00CA7D6F">
        <w:rPr>
          <w:rFonts w:ascii="Sylfaen" w:hAnsi="Sylfaen" w:cs="Sylfaen"/>
          <w:sz w:val="18"/>
          <w:szCs w:val="18"/>
        </w:rPr>
        <w:t>დანართი</w:t>
      </w:r>
      <w:proofErr w:type="spellEnd"/>
      <w:r w:rsidRPr="00CA7D6F">
        <w:rPr>
          <w:rFonts w:ascii="Sylfaen" w:hAnsi="Sylfaen" w:cs="Sylfaen"/>
          <w:sz w:val="18"/>
          <w:szCs w:val="18"/>
        </w:rPr>
        <w:t xml:space="preserve"> №</w:t>
      </w:r>
      <w:r w:rsidR="00CA7D6F">
        <w:rPr>
          <w:rFonts w:ascii="Sylfaen" w:hAnsi="Sylfaen" w:cs="Sylfaen"/>
          <w:sz w:val="18"/>
          <w:szCs w:val="18"/>
        </w:rPr>
        <w:t xml:space="preserve">6 </w:t>
      </w:r>
      <w:r w:rsidRPr="00CA7D6F">
        <w:rPr>
          <w:rFonts w:ascii="Sylfaen" w:hAnsi="Sylfaen" w:cs="Sylfaen"/>
          <w:sz w:val="18"/>
          <w:szCs w:val="18"/>
        </w:rPr>
        <w:t xml:space="preserve">- </w:t>
      </w:r>
      <w:proofErr w:type="spellStart"/>
      <w:r w:rsidRPr="00CA7D6F">
        <w:rPr>
          <w:rFonts w:ascii="Sylfaen" w:hAnsi="Sylfaen" w:cs="Sylfaen"/>
          <w:sz w:val="18"/>
          <w:szCs w:val="18"/>
        </w:rPr>
        <w:t>ფარული</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სამუშაოების</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აქტის</w:t>
      </w:r>
      <w:proofErr w:type="spellEnd"/>
      <w:r w:rsidRPr="00CA7D6F">
        <w:rPr>
          <w:rFonts w:ascii="Sylfaen" w:hAnsi="Sylfaen" w:cs="Sylfaen"/>
          <w:sz w:val="18"/>
          <w:szCs w:val="18"/>
        </w:rPr>
        <w:t xml:space="preserve"> </w:t>
      </w:r>
      <w:proofErr w:type="spellStart"/>
      <w:r w:rsidRPr="00CA7D6F">
        <w:rPr>
          <w:rFonts w:ascii="Sylfaen" w:hAnsi="Sylfaen" w:cs="Sylfaen"/>
          <w:sz w:val="18"/>
          <w:szCs w:val="18"/>
        </w:rPr>
        <w:t>ფორმა</w:t>
      </w:r>
      <w:proofErr w:type="spellEnd"/>
      <w:r w:rsidRPr="00CA7D6F">
        <w:rPr>
          <w:rFonts w:ascii="Sylfaen" w:hAnsi="Sylfaen" w:cs="Sylfaen"/>
          <w:sz w:val="18"/>
          <w:szCs w:val="18"/>
        </w:rPr>
        <w:t xml:space="preserve"> </w:t>
      </w:r>
      <w:r w:rsidR="00651E52" w:rsidRPr="00CA7D6F">
        <w:rPr>
          <w:rFonts w:ascii="Sylfaen" w:hAnsi="Sylfaen" w:cs="Sylfaen"/>
          <w:sz w:val="18"/>
          <w:szCs w:val="18"/>
        </w:rPr>
        <w:t>(</w:t>
      </w:r>
      <w:proofErr w:type="spellStart"/>
      <w:r w:rsidRPr="00CA7D6F">
        <w:rPr>
          <w:rFonts w:ascii="Sylfaen" w:hAnsi="Sylfaen" w:cs="Sylfaen"/>
          <w:sz w:val="18"/>
          <w:szCs w:val="18"/>
        </w:rPr>
        <w:t>ნიმუში</w:t>
      </w:r>
      <w:proofErr w:type="spellEnd"/>
      <w:r w:rsidR="00651E52" w:rsidRPr="00CA7D6F">
        <w:rPr>
          <w:rFonts w:ascii="Sylfaen" w:hAnsi="Sylfaen" w:cs="Sylfaen"/>
          <w:sz w:val="18"/>
          <w:szCs w:val="18"/>
        </w:rPr>
        <w:t>)</w:t>
      </w:r>
      <w:r w:rsidRPr="00CA7D6F">
        <w:rPr>
          <w:rFonts w:ascii="Sylfaen" w:hAnsi="Sylfaen" w:cs="Sylfaen"/>
          <w:sz w:val="18"/>
          <w:szCs w:val="18"/>
        </w:rPr>
        <w:t>;</w:t>
      </w:r>
      <w:r w:rsidR="00D73BDF" w:rsidRPr="00CA7D6F">
        <w:rPr>
          <w:rFonts w:ascii="Sylfaen" w:hAnsi="Sylfaen" w:cs="Sylfaen"/>
          <w:sz w:val="18"/>
          <w:szCs w:val="18"/>
        </w:rPr>
        <w:br/>
      </w:r>
      <w:proofErr w:type="spellStart"/>
      <w:r w:rsidR="00CA7D6F" w:rsidRPr="00CA7D6F">
        <w:rPr>
          <w:rFonts w:ascii="Sylfaen" w:hAnsi="Sylfaen" w:cs="Sylfaen"/>
          <w:sz w:val="18"/>
          <w:szCs w:val="18"/>
        </w:rPr>
        <w:t>დანართი</w:t>
      </w:r>
      <w:proofErr w:type="spellEnd"/>
      <w:r w:rsidR="00CA7D6F" w:rsidRPr="00CA7D6F">
        <w:rPr>
          <w:rFonts w:ascii="Sylfaen" w:hAnsi="Sylfaen" w:cs="Sylfaen"/>
          <w:sz w:val="18"/>
          <w:szCs w:val="18"/>
        </w:rPr>
        <w:t xml:space="preserve"> №</w:t>
      </w:r>
      <w:r w:rsidR="00CA7D6F">
        <w:rPr>
          <w:rFonts w:ascii="Sylfaen" w:hAnsi="Sylfaen" w:cs="Sylfaen"/>
          <w:sz w:val="18"/>
          <w:szCs w:val="18"/>
        </w:rPr>
        <w:t>7</w:t>
      </w:r>
      <w:r w:rsidR="00CA7D6F" w:rsidRPr="00CA7D6F">
        <w:rPr>
          <w:rFonts w:ascii="Sylfaen" w:hAnsi="Sylfaen" w:cs="Sylfaen"/>
          <w:sz w:val="18"/>
          <w:szCs w:val="18"/>
        </w:rPr>
        <w:t xml:space="preserve"> - </w:t>
      </w:r>
      <w:proofErr w:type="spellStart"/>
      <w:r w:rsidR="00CA7D6F" w:rsidRPr="00CA7D6F">
        <w:rPr>
          <w:rFonts w:ascii="Sylfaen" w:hAnsi="Sylfaen" w:cs="Sylfaen"/>
          <w:sz w:val="18"/>
          <w:szCs w:val="18"/>
        </w:rPr>
        <w:t>საპროექტო</w:t>
      </w:r>
      <w:proofErr w:type="spellEnd"/>
      <w:r w:rsidR="00CA7D6F" w:rsidRPr="00CA7D6F">
        <w:rPr>
          <w:rFonts w:ascii="Sylfaen" w:hAnsi="Sylfaen" w:cs="Sylfaen"/>
          <w:sz w:val="18"/>
          <w:szCs w:val="18"/>
        </w:rPr>
        <w:t xml:space="preserve"> </w:t>
      </w:r>
      <w:proofErr w:type="spellStart"/>
      <w:r w:rsidR="00CA7D6F" w:rsidRPr="00CA7D6F">
        <w:rPr>
          <w:rFonts w:ascii="Sylfaen" w:hAnsi="Sylfaen" w:cs="Sylfaen"/>
          <w:sz w:val="18"/>
          <w:szCs w:val="18"/>
        </w:rPr>
        <w:t>დოკუმენტაცია</w:t>
      </w:r>
      <w:proofErr w:type="spellEnd"/>
      <w:r w:rsidR="00CA7D6F" w:rsidRPr="00CA7D6F">
        <w:rPr>
          <w:rFonts w:ascii="Sylfaen" w:hAnsi="Sylfaen" w:cs="Sylfaen"/>
          <w:sz w:val="18"/>
          <w:szCs w:val="18"/>
        </w:rPr>
        <w:t>;</w:t>
      </w:r>
      <w:r w:rsidR="00CA7D6F" w:rsidRPr="00CA7D6F">
        <w:rPr>
          <w:rFonts w:ascii="Sylfaen" w:hAnsi="Sylfaen" w:cs="Sylfaen"/>
          <w:b/>
          <w:bCs/>
          <w:sz w:val="18"/>
          <w:szCs w:val="18"/>
        </w:rPr>
        <w:br/>
      </w:r>
      <w:r w:rsidR="00D73BDF">
        <w:rPr>
          <w:rFonts w:cstheme="majorHAnsi"/>
          <w:sz w:val="18"/>
          <w:szCs w:val="18"/>
        </w:rPr>
        <w:br/>
      </w:r>
      <w:r w:rsidR="00D73BDF">
        <w:rPr>
          <w:rFonts w:cstheme="majorHAnsi"/>
          <w:sz w:val="18"/>
          <w:szCs w:val="18"/>
        </w:rPr>
        <w:br/>
      </w:r>
    </w:p>
    <w:p w14:paraId="086B6A21" w14:textId="269BAC70" w:rsidR="0081109E" w:rsidRPr="0081109E" w:rsidRDefault="00A74260" w:rsidP="00185C20">
      <w:pPr>
        <w:pStyle w:val="ListParagraph"/>
        <w:numPr>
          <w:ilvl w:val="0"/>
          <w:numId w:val="13"/>
        </w:numPr>
        <w:jc w:val="both"/>
        <w:rPr>
          <w:rFonts w:cstheme="majorHAnsi"/>
          <w:b/>
          <w:bCs/>
        </w:rPr>
      </w:pPr>
      <w:proofErr w:type="spellStart"/>
      <w:r w:rsidRPr="0081109E">
        <w:rPr>
          <w:rFonts w:ascii="Sylfaen" w:hAnsi="Sylfaen" w:cs="Sylfaen"/>
          <w:b/>
          <w:bCs/>
        </w:rPr>
        <w:t>მხარეთა</w:t>
      </w:r>
      <w:proofErr w:type="spellEnd"/>
      <w:r w:rsidRPr="0081109E">
        <w:rPr>
          <w:rFonts w:cstheme="majorHAnsi"/>
          <w:b/>
          <w:bCs/>
        </w:rPr>
        <w:t xml:space="preserve"> </w:t>
      </w:r>
      <w:proofErr w:type="spellStart"/>
      <w:r w:rsidRPr="0081109E">
        <w:rPr>
          <w:rFonts w:ascii="Sylfaen" w:hAnsi="Sylfaen" w:cs="Sylfaen"/>
          <w:b/>
          <w:bCs/>
        </w:rPr>
        <w:t>ვალდებულებები</w:t>
      </w:r>
      <w:proofErr w:type="spellEnd"/>
    </w:p>
    <w:p w14:paraId="126BF5FB" w14:textId="77777777" w:rsidR="0081109E" w:rsidRPr="00CE1C44" w:rsidRDefault="00A74260" w:rsidP="00185C20">
      <w:pPr>
        <w:pStyle w:val="ListParagraph"/>
        <w:numPr>
          <w:ilvl w:val="1"/>
          <w:numId w:val="13"/>
        </w:numPr>
        <w:jc w:val="both"/>
        <w:rPr>
          <w:rFonts w:cstheme="majorHAnsi"/>
          <w:b/>
          <w:bCs/>
          <w:sz w:val="18"/>
          <w:szCs w:val="18"/>
        </w:rPr>
      </w:pPr>
      <w:proofErr w:type="spellStart"/>
      <w:r w:rsidRPr="00CE1C44">
        <w:rPr>
          <w:rFonts w:ascii="Sylfaen" w:hAnsi="Sylfaen" w:cs="Sylfaen"/>
          <w:b/>
          <w:bCs/>
          <w:sz w:val="18"/>
          <w:szCs w:val="18"/>
        </w:rPr>
        <w:t>დამკვეთი</w:t>
      </w:r>
      <w:proofErr w:type="spellEnd"/>
      <w:r w:rsidRPr="00CE1C44">
        <w:rPr>
          <w:rFonts w:cstheme="majorHAnsi"/>
          <w:b/>
          <w:bCs/>
          <w:sz w:val="18"/>
          <w:szCs w:val="18"/>
        </w:rPr>
        <w:t xml:space="preserve"> </w:t>
      </w:r>
      <w:proofErr w:type="spellStart"/>
      <w:r w:rsidRPr="00CE1C44">
        <w:rPr>
          <w:rFonts w:ascii="Sylfaen" w:hAnsi="Sylfaen" w:cs="Sylfaen"/>
          <w:b/>
          <w:bCs/>
          <w:sz w:val="18"/>
          <w:szCs w:val="18"/>
        </w:rPr>
        <w:t>ვალდებულია</w:t>
      </w:r>
      <w:proofErr w:type="spellEnd"/>
      <w:r w:rsidRPr="00CE1C44">
        <w:rPr>
          <w:rFonts w:cstheme="majorHAnsi"/>
          <w:b/>
          <w:bCs/>
          <w:sz w:val="18"/>
          <w:szCs w:val="18"/>
        </w:rPr>
        <w:t>:</w:t>
      </w:r>
    </w:p>
    <w:p w14:paraId="1B2DC872" w14:textId="5DDD7E9F" w:rsidR="005D2B7E" w:rsidRPr="001361AE" w:rsidRDefault="0081109E" w:rsidP="005D2B7E">
      <w:pPr>
        <w:ind w:left="360"/>
        <w:jc w:val="both"/>
        <w:rPr>
          <w:rFonts w:cstheme="majorHAnsi"/>
          <w:sz w:val="18"/>
          <w:szCs w:val="18"/>
          <w:lang w:val="ru-RU"/>
        </w:rPr>
      </w:pPr>
      <w:r w:rsidRPr="0081109E">
        <w:rPr>
          <w:rFonts w:ascii="Sylfaen" w:hAnsi="Sylfaen" w:cstheme="majorHAnsi"/>
          <w:sz w:val="18"/>
          <w:szCs w:val="18"/>
          <w:lang w:val="ka-GE"/>
        </w:rPr>
        <w:t>3.1.1</w:t>
      </w:r>
      <w:r w:rsidRPr="0081109E">
        <w:rPr>
          <w:rFonts w:ascii="Sylfaen" w:hAnsi="Sylfaen" w:cstheme="majorHAnsi"/>
          <w:b/>
          <w:bCs/>
          <w:sz w:val="18"/>
          <w:szCs w:val="18"/>
          <w:lang w:val="ka-GE"/>
        </w:rPr>
        <w:t>.</w:t>
      </w:r>
      <w:r w:rsidR="00CE1C44">
        <w:rPr>
          <w:rFonts w:ascii="Sylfaen" w:hAnsi="Sylfaen" w:cstheme="majorHAnsi"/>
          <w:b/>
          <w:bCs/>
          <w:sz w:val="18"/>
          <w:szCs w:val="18"/>
          <w:lang w:val="ka-GE"/>
        </w:rPr>
        <w:t xml:space="preserve"> </w:t>
      </w:r>
      <w:proofErr w:type="spellStart"/>
      <w:r w:rsidR="00A74260" w:rsidRPr="0081109E">
        <w:rPr>
          <w:rFonts w:ascii="Sylfaen" w:hAnsi="Sylfaen" w:cs="Sylfaen"/>
          <w:sz w:val="18"/>
          <w:szCs w:val="18"/>
        </w:rPr>
        <w:t>ხელშეკრულების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გაფორმებიდან</w:t>
      </w:r>
      <w:proofErr w:type="spellEnd"/>
      <w:r w:rsidR="00A74260" w:rsidRPr="0081109E">
        <w:rPr>
          <w:rFonts w:cstheme="majorHAnsi"/>
          <w:sz w:val="18"/>
          <w:szCs w:val="18"/>
        </w:rPr>
        <w:t xml:space="preserve"> </w:t>
      </w:r>
      <w:r w:rsidR="006C464D">
        <w:rPr>
          <w:rFonts w:ascii="Sylfaen" w:hAnsi="Sylfaen" w:cstheme="majorHAnsi"/>
          <w:sz w:val="18"/>
          <w:szCs w:val="18"/>
          <w:lang w:val="ka-GE"/>
        </w:rPr>
        <w:t xml:space="preserve">1 </w:t>
      </w:r>
      <w:r w:rsidR="006C464D" w:rsidRPr="0081109E">
        <w:rPr>
          <w:rFonts w:cstheme="majorHAnsi"/>
          <w:sz w:val="18"/>
          <w:szCs w:val="18"/>
        </w:rPr>
        <w:t>(</w:t>
      </w:r>
      <w:r w:rsidR="003E0131">
        <w:rPr>
          <w:rFonts w:ascii="Sylfaen" w:hAnsi="Sylfaen" w:cstheme="majorHAnsi"/>
          <w:sz w:val="18"/>
          <w:szCs w:val="18"/>
          <w:lang w:val="ka-GE"/>
        </w:rPr>
        <w:t>ერთი</w:t>
      </w:r>
      <w:r w:rsidR="006C464D" w:rsidRPr="0081109E">
        <w:rPr>
          <w:rFonts w:cstheme="majorHAnsi"/>
          <w:sz w:val="18"/>
          <w:szCs w:val="18"/>
        </w:rPr>
        <w:t xml:space="preserve">) </w:t>
      </w:r>
      <w:proofErr w:type="spellStart"/>
      <w:r w:rsidR="00A74260" w:rsidRPr="0081109E">
        <w:rPr>
          <w:rFonts w:ascii="Sylfaen" w:hAnsi="Sylfaen" w:cs="Sylfaen"/>
          <w:sz w:val="18"/>
          <w:szCs w:val="18"/>
        </w:rPr>
        <w:t>კალენდარული</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დღის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განმავლობაში</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უზრუნველყოს</w:t>
      </w:r>
      <w:proofErr w:type="spellEnd"/>
      <w:r w:rsidR="00D04F2A">
        <w:rPr>
          <w:rFonts w:ascii="Sylfaen" w:hAnsi="Sylfaen" w:cs="Sylfaen"/>
          <w:sz w:val="18"/>
          <w:szCs w:val="18"/>
          <w:lang w:val="ka-GE"/>
        </w:rPr>
        <w:t xml:space="preserve"> </w:t>
      </w:r>
      <w:r w:rsidR="001E6721">
        <w:rPr>
          <w:rFonts w:ascii="Sylfaen" w:hAnsi="Sylfaen" w:cs="Sylfaen"/>
          <w:sz w:val="18"/>
          <w:szCs w:val="18"/>
          <w:lang w:val="ka-GE"/>
        </w:rPr>
        <w:t>სამუშაო</w:t>
      </w:r>
      <w:r w:rsidR="00A74260" w:rsidRPr="0081109E">
        <w:rPr>
          <w:rFonts w:cstheme="majorHAnsi"/>
          <w:sz w:val="18"/>
          <w:szCs w:val="18"/>
        </w:rPr>
        <w:t xml:space="preserve"> </w:t>
      </w:r>
      <w:proofErr w:type="spellStart"/>
      <w:r w:rsidR="00A74260" w:rsidRPr="0081109E">
        <w:rPr>
          <w:rFonts w:ascii="Sylfaen" w:hAnsi="Sylfaen" w:cs="Sylfaen"/>
          <w:sz w:val="18"/>
          <w:szCs w:val="18"/>
        </w:rPr>
        <w:t>მოედნის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სათანადო</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გამოყოფა</w:t>
      </w:r>
      <w:r w:rsidR="00A74260" w:rsidRPr="0081109E">
        <w:rPr>
          <w:rFonts w:cstheme="majorHAnsi"/>
          <w:sz w:val="18"/>
          <w:szCs w:val="18"/>
        </w:rPr>
        <w:t>-</w:t>
      </w:r>
      <w:r w:rsidR="00A74260" w:rsidRPr="0081109E">
        <w:rPr>
          <w:rFonts w:ascii="Sylfaen" w:hAnsi="Sylfaen" w:cs="Sylfaen"/>
          <w:sz w:val="18"/>
          <w:szCs w:val="18"/>
        </w:rPr>
        <w:t>გამონთავისუფლება</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და</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მენარდისთვის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გადაცემა</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მოედნის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გადაცემა</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უნდა</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გაფორმდეს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მიღება</w:t>
      </w:r>
      <w:r w:rsidR="00A74260" w:rsidRPr="0081109E">
        <w:rPr>
          <w:rFonts w:cstheme="majorHAnsi"/>
          <w:sz w:val="18"/>
          <w:szCs w:val="18"/>
        </w:rPr>
        <w:t>-</w:t>
      </w:r>
      <w:r w:rsidR="00A74260" w:rsidRPr="0081109E">
        <w:rPr>
          <w:rFonts w:ascii="Sylfaen" w:hAnsi="Sylfaen" w:cs="Sylfaen"/>
          <w:sz w:val="18"/>
          <w:szCs w:val="18"/>
        </w:rPr>
        <w:t>ჩაბარების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აქტის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გაფორმებით</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დამკვეთის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მიერ</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აღნიშნული</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ვადის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გადაცილების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შემთხვევაში</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მენარდის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მიერ</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შესასრულებელი</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სამუშაოების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დასრულების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ვადა</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გადაიწევა</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პროპორციულად</w:t>
      </w:r>
      <w:proofErr w:type="spellEnd"/>
      <w:r w:rsidR="00A74260" w:rsidRPr="0081109E">
        <w:rPr>
          <w:rFonts w:cstheme="majorHAnsi"/>
          <w:sz w:val="18"/>
          <w:szCs w:val="18"/>
        </w:rPr>
        <w:t>.</w:t>
      </w:r>
      <w:r>
        <w:rPr>
          <w:rFonts w:cstheme="majorHAnsi"/>
          <w:b/>
          <w:bCs/>
          <w:sz w:val="18"/>
          <w:szCs w:val="18"/>
        </w:rPr>
        <w:br/>
      </w:r>
      <w:r>
        <w:rPr>
          <w:rFonts w:ascii="Sylfaen" w:hAnsi="Sylfaen" w:cs="Sylfaen"/>
          <w:sz w:val="18"/>
          <w:szCs w:val="18"/>
          <w:lang w:val="ka-GE"/>
        </w:rPr>
        <w:t xml:space="preserve">         </w:t>
      </w:r>
      <w:r w:rsidRPr="0081109E">
        <w:rPr>
          <w:rFonts w:ascii="Sylfaen" w:hAnsi="Sylfaen" w:cs="Sylfaen"/>
          <w:sz w:val="18"/>
          <w:szCs w:val="18"/>
          <w:lang w:val="ka-GE"/>
        </w:rPr>
        <w:t>3</w:t>
      </w:r>
      <w:r w:rsidRPr="0081109E">
        <w:rPr>
          <w:rFonts w:ascii="Sylfaen" w:hAnsi="Sylfaen" w:cs="Sylfaen"/>
          <w:sz w:val="18"/>
          <w:szCs w:val="18"/>
        </w:rPr>
        <w:t>.</w:t>
      </w:r>
      <w:r w:rsidRPr="0081109E">
        <w:rPr>
          <w:rFonts w:ascii="Sylfaen" w:hAnsi="Sylfaen" w:cs="Sylfaen"/>
          <w:sz w:val="18"/>
          <w:szCs w:val="18"/>
          <w:lang w:val="ka-GE"/>
        </w:rPr>
        <w:t>1.1.1.</w:t>
      </w:r>
      <w:r w:rsidR="001E6721">
        <w:rPr>
          <w:rFonts w:ascii="Sylfaen" w:hAnsi="Sylfaen" w:cs="Sylfaen"/>
          <w:sz w:val="18"/>
          <w:szCs w:val="18"/>
          <w:lang w:val="ka-GE"/>
        </w:rPr>
        <w:t xml:space="preserve"> სამშენებლო</w:t>
      </w:r>
      <w:r w:rsidR="00A74260" w:rsidRPr="0081109E">
        <w:rPr>
          <w:rFonts w:cstheme="majorHAnsi"/>
          <w:sz w:val="18"/>
          <w:szCs w:val="18"/>
        </w:rPr>
        <w:t xml:space="preserve"> </w:t>
      </w:r>
      <w:proofErr w:type="spellStart"/>
      <w:r w:rsidR="00A74260" w:rsidRPr="0081109E">
        <w:rPr>
          <w:rFonts w:ascii="Sylfaen" w:hAnsi="Sylfaen" w:cs="Sylfaen"/>
          <w:sz w:val="18"/>
          <w:szCs w:val="18"/>
        </w:rPr>
        <w:t>ტერიტორიის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გამოყოფა</w:t>
      </w:r>
      <w:r w:rsidR="00A74260" w:rsidRPr="0081109E">
        <w:rPr>
          <w:rFonts w:cstheme="majorHAnsi"/>
          <w:sz w:val="18"/>
          <w:szCs w:val="18"/>
        </w:rPr>
        <w:t>-</w:t>
      </w:r>
      <w:r w:rsidR="00A74260" w:rsidRPr="0081109E">
        <w:rPr>
          <w:rFonts w:ascii="Sylfaen" w:hAnsi="Sylfaen" w:cs="Sylfaen"/>
          <w:sz w:val="18"/>
          <w:szCs w:val="18"/>
        </w:rPr>
        <w:t>გამონთავისუფლებაში</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იგულისხმება</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დამკვეთის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მიერ</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საკუთარი</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ძალებით</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ქვემოთ</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ჩამოთვლილი</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მოქმედებების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და</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სამუშაოების</w:t>
      </w:r>
      <w:proofErr w:type="spellEnd"/>
      <w:r w:rsidR="00A74260" w:rsidRPr="0081109E">
        <w:rPr>
          <w:rFonts w:cstheme="majorHAnsi"/>
          <w:sz w:val="18"/>
          <w:szCs w:val="18"/>
        </w:rPr>
        <w:t xml:space="preserve"> </w:t>
      </w:r>
      <w:proofErr w:type="spellStart"/>
      <w:r w:rsidR="00A74260" w:rsidRPr="0081109E">
        <w:rPr>
          <w:rFonts w:ascii="Sylfaen" w:hAnsi="Sylfaen" w:cs="Sylfaen"/>
          <w:sz w:val="18"/>
          <w:szCs w:val="18"/>
        </w:rPr>
        <w:t>შესრულება</w:t>
      </w:r>
      <w:proofErr w:type="spellEnd"/>
      <w:r w:rsidR="00A74260" w:rsidRPr="0081109E">
        <w:rPr>
          <w:rFonts w:cstheme="majorHAnsi"/>
          <w:sz w:val="18"/>
          <w:szCs w:val="18"/>
        </w:rPr>
        <w:t>:</w:t>
      </w:r>
      <w:r>
        <w:rPr>
          <w:rFonts w:cstheme="majorHAnsi"/>
          <w:b/>
          <w:bCs/>
          <w:sz w:val="18"/>
          <w:szCs w:val="18"/>
        </w:rPr>
        <w:br/>
      </w:r>
      <w:r w:rsidR="00A74260" w:rsidRPr="00D73BDF">
        <w:rPr>
          <w:rFonts w:ascii="Sylfaen" w:hAnsi="Sylfaen" w:cs="Sylfaen"/>
          <w:sz w:val="18"/>
          <w:szCs w:val="18"/>
        </w:rPr>
        <w:lastRenderedPageBreak/>
        <w:t>ა</w:t>
      </w:r>
      <w:r w:rsidR="00D001C1">
        <w:rPr>
          <w:rFonts w:ascii="Sylfaen" w:hAnsi="Sylfaen" w:cstheme="majorHAnsi"/>
          <w:sz w:val="18"/>
          <w:szCs w:val="18"/>
          <w:lang w:val="ka-GE"/>
        </w:rPr>
        <w:t>)</w:t>
      </w:r>
      <w:r w:rsidR="00A74260" w:rsidRPr="00D73BDF">
        <w:rPr>
          <w:rFonts w:cstheme="majorHAnsi"/>
          <w:sz w:val="18"/>
          <w:szCs w:val="18"/>
        </w:rPr>
        <w:t xml:space="preserve"> </w:t>
      </w:r>
      <w:proofErr w:type="spellStart"/>
      <w:r w:rsidR="00A74260" w:rsidRPr="00D73BDF">
        <w:rPr>
          <w:rFonts w:ascii="Sylfaen" w:hAnsi="Sylfaen" w:cs="Sylfaen"/>
          <w:sz w:val="18"/>
          <w:szCs w:val="18"/>
        </w:rPr>
        <w:t>მიწისქვეშა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სხვა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მოქმედი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საინჟინრო</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კომუნიკაციების</w:t>
      </w:r>
      <w:proofErr w:type="spellEnd"/>
      <w:r w:rsidR="00A74260" w:rsidRPr="00D73BDF">
        <w:rPr>
          <w:rFonts w:cstheme="majorHAnsi"/>
          <w:sz w:val="18"/>
          <w:szCs w:val="18"/>
        </w:rPr>
        <w:t xml:space="preserve"> </w:t>
      </w:r>
      <w:r w:rsidR="00D001C1">
        <w:rPr>
          <w:rFonts w:ascii="Sylfaen" w:hAnsi="Sylfaen" w:cstheme="majorHAnsi"/>
          <w:sz w:val="18"/>
          <w:szCs w:val="18"/>
          <w:lang w:val="ka-GE"/>
        </w:rPr>
        <w:t>(</w:t>
      </w:r>
      <w:proofErr w:type="spellStart"/>
      <w:r w:rsidR="00A74260" w:rsidRPr="00D73BDF">
        <w:rPr>
          <w:rFonts w:ascii="Sylfaen" w:hAnsi="Sylfaen" w:cs="Sylfaen"/>
          <w:sz w:val="18"/>
          <w:szCs w:val="18"/>
        </w:rPr>
        <w:t>წყალგაყვანილობის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კანალიზაციის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გაზმომარაგების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დაბალი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მაღალი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ელ</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გაყვანილობის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სატელეფონო</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კავშირგაბმულობის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სხვა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ქსელები</w:t>
      </w:r>
      <w:proofErr w:type="spellEnd"/>
      <w:r w:rsidR="00D001C1">
        <w:rPr>
          <w:rFonts w:ascii="Sylfaen" w:hAnsi="Sylfaen" w:cs="Sylfaen"/>
          <w:sz w:val="18"/>
          <w:szCs w:val="18"/>
          <w:lang w:val="ka-GE"/>
        </w:rPr>
        <w:t>)</w:t>
      </w:r>
      <w:r w:rsidR="00A74260" w:rsidRPr="00D73BDF">
        <w:rPr>
          <w:rFonts w:cstheme="majorHAnsi"/>
          <w:sz w:val="18"/>
          <w:szCs w:val="18"/>
        </w:rPr>
        <w:t xml:space="preserve"> </w:t>
      </w:r>
      <w:proofErr w:type="spellStart"/>
      <w:r w:rsidR="00A74260" w:rsidRPr="00D73BDF">
        <w:rPr>
          <w:rFonts w:ascii="Sylfaen" w:hAnsi="Sylfaen" w:cs="Sylfaen"/>
          <w:sz w:val="18"/>
          <w:szCs w:val="18"/>
        </w:rPr>
        <w:t>არსებობის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დაზუსტება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ადგილობრივი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თვითმმართველობის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შესაბამის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ორგანოში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სხვა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დაინტერესებულ</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პირებთან</w:t>
      </w:r>
      <w:proofErr w:type="spellEnd"/>
      <w:r w:rsidR="00A74260" w:rsidRPr="00D73BDF">
        <w:rPr>
          <w:rFonts w:cstheme="majorHAnsi"/>
          <w:sz w:val="18"/>
          <w:szCs w:val="18"/>
        </w:rPr>
        <w:t xml:space="preserve"> </w:t>
      </w:r>
      <w:r w:rsidR="00C01998">
        <w:rPr>
          <w:rFonts w:ascii="Sylfaen" w:hAnsi="Sylfaen" w:cstheme="majorHAnsi"/>
          <w:sz w:val="18"/>
          <w:szCs w:val="18"/>
          <w:lang w:val="ka-GE"/>
        </w:rPr>
        <w:t>(</w:t>
      </w:r>
      <w:proofErr w:type="spellStart"/>
      <w:r w:rsidR="00A74260" w:rsidRPr="00D73BDF">
        <w:rPr>
          <w:rFonts w:ascii="Sylfaen" w:hAnsi="Sylfaen" w:cs="Sylfaen"/>
          <w:sz w:val="18"/>
          <w:szCs w:val="18"/>
        </w:rPr>
        <w:t>დაწესებულებები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ორგანოები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იურიდიული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თუ</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ფიზიკური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პირები</w:t>
      </w:r>
      <w:proofErr w:type="spellEnd"/>
      <w:r w:rsidR="00C01998">
        <w:rPr>
          <w:rFonts w:ascii="Sylfaen" w:hAnsi="Sylfaen" w:cs="Sylfaen"/>
          <w:sz w:val="18"/>
          <w:szCs w:val="18"/>
          <w:lang w:val="ka-GE"/>
        </w:rPr>
        <w:t>)</w:t>
      </w:r>
      <w:r w:rsidR="00A74260" w:rsidRPr="00D73BDF">
        <w:rPr>
          <w:rFonts w:cstheme="majorHAnsi"/>
          <w:sz w:val="18"/>
          <w:szCs w:val="18"/>
        </w:rPr>
        <w:t>;</w:t>
      </w:r>
      <w:r w:rsidR="00113891">
        <w:rPr>
          <w:rFonts w:cstheme="majorHAnsi"/>
          <w:b/>
          <w:bCs/>
          <w:sz w:val="18"/>
          <w:szCs w:val="18"/>
        </w:rPr>
        <w:br/>
      </w:r>
      <w:r w:rsidR="00A74260" w:rsidRPr="00026BC1">
        <w:rPr>
          <w:rFonts w:ascii="Sylfaen" w:hAnsi="Sylfaen" w:cs="Sylfaen"/>
          <w:sz w:val="18"/>
          <w:szCs w:val="18"/>
        </w:rPr>
        <w:t>ა</w:t>
      </w:r>
      <w:r w:rsidR="00026BC1">
        <w:rPr>
          <w:rFonts w:ascii="Sylfaen" w:hAnsi="Sylfaen" w:cstheme="majorHAnsi"/>
          <w:sz w:val="18"/>
          <w:szCs w:val="18"/>
          <w:vertAlign w:val="superscript"/>
          <w:lang w:val="ka-GE"/>
        </w:rPr>
        <w:t>1</w:t>
      </w:r>
      <w:r w:rsidR="00C01998">
        <w:rPr>
          <w:rFonts w:ascii="Sylfaen" w:hAnsi="Sylfaen" w:cstheme="majorHAnsi"/>
          <w:sz w:val="18"/>
          <w:szCs w:val="18"/>
          <w:lang w:val="ka-GE"/>
        </w:rPr>
        <w:t>)</w:t>
      </w:r>
      <w:r w:rsidR="001E6721">
        <w:rPr>
          <w:rFonts w:ascii="Sylfaen" w:hAnsi="Sylfaen" w:cstheme="majorHAnsi"/>
          <w:sz w:val="18"/>
          <w:szCs w:val="18"/>
          <w:lang w:val="ka-GE"/>
        </w:rPr>
        <w:t xml:space="preserve"> სამშენებლო</w:t>
      </w:r>
      <w:r w:rsidR="00A74260" w:rsidRPr="00D73BDF">
        <w:rPr>
          <w:rFonts w:cstheme="majorHAnsi"/>
          <w:sz w:val="18"/>
          <w:szCs w:val="18"/>
        </w:rPr>
        <w:t xml:space="preserve"> </w:t>
      </w:r>
      <w:proofErr w:type="spellStart"/>
      <w:r w:rsidR="00A74260" w:rsidRPr="00D73BDF">
        <w:rPr>
          <w:rFonts w:ascii="Sylfaen" w:hAnsi="Sylfaen" w:cs="Sylfaen"/>
          <w:sz w:val="18"/>
          <w:szCs w:val="18"/>
        </w:rPr>
        <w:t>ტერიტორიაზე</w:t>
      </w:r>
      <w:proofErr w:type="spellEnd"/>
      <w:r w:rsidR="00A74260" w:rsidRPr="00D73BDF">
        <w:rPr>
          <w:rFonts w:cstheme="majorHAnsi"/>
          <w:sz w:val="18"/>
          <w:szCs w:val="18"/>
        </w:rPr>
        <w:t xml:space="preserve"> </w:t>
      </w:r>
      <w:r w:rsidR="00C01998">
        <w:rPr>
          <w:rFonts w:ascii="Sylfaen" w:hAnsi="Sylfaen" w:cstheme="majorHAnsi"/>
          <w:sz w:val="18"/>
          <w:szCs w:val="18"/>
          <w:lang w:val="ka-GE"/>
        </w:rPr>
        <w:t>(</w:t>
      </w:r>
      <w:proofErr w:type="spellStart"/>
      <w:r w:rsidR="00A74260" w:rsidRPr="00D73BDF">
        <w:rPr>
          <w:rFonts w:ascii="Sylfaen" w:hAnsi="Sylfaen" w:cs="Sylfaen"/>
          <w:sz w:val="18"/>
          <w:szCs w:val="18"/>
        </w:rPr>
        <w:t>მოედანზე</w:t>
      </w:r>
      <w:proofErr w:type="spellEnd"/>
      <w:r w:rsidR="00C01998">
        <w:rPr>
          <w:rFonts w:ascii="Sylfaen" w:hAnsi="Sylfaen" w:cs="Sylfaen"/>
          <w:sz w:val="18"/>
          <w:szCs w:val="18"/>
          <w:lang w:val="ka-GE"/>
        </w:rPr>
        <w:t>)</w:t>
      </w:r>
      <w:r w:rsidR="00A74260" w:rsidRPr="00D73BDF">
        <w:rPr>
          <w:rFonts w:cstheme="majorHAnsi"/>
          <w:sz w:val="18"/>
          <w:szCs w:val="18"/>
        </w:rPr>
        <w:t xml:space="preserve"> </w:t>
      </w:r>
      <w:proofErr w:type="spellStart"/>
      <w:r w:rsidR="00A74260" w:rsidRPr="00D73BDF">
        <w:rPr>
          <w:rFonts w:ascii="Sylfaen" w:hAnsi="Sylfaen" w:cs="Sylfaen"/>
          <w:sz w:val="18"/>
          <w:szCs w:val="18"/>
        </w:rPr>
        <w:t>მიწისქვეშა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სხვა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მოქმედი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საინჟინრო</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კომუნიკაციების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არსებობისას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მათი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გადატანის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აუცილებლობის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შემთხვევაში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შესაბამისი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სამსახურებიდან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ტექნიკური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პირობების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მიღება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მათი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გადატანის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პირობებისა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მოთხოვნების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თაობაზე</w:t>
      </w:r>
      <w:proofErr w:type="spellEnd"/>
      <w:r w:rsidR="00A74260" w:rsidRPr="00D73BDF">
        <w:rPr>
          <w:rFonts w:cstheme="majorHAnsi"/>
          <w:sz w:val="18"/>
          <w:szCs w:val="18"/>
        </w:rPr>
        <w:t>;</w:t>
      </w:r>
      <w:r w:rsidR="00113891">
        <w:rPr>
          <w:rFonts w:cstheme="majorHAnsi"/>
          <w:b/>
          <w:bCs/>
          <w:sz w:val="18"/>
          <w:szCs w:val="18"/>
        </w:rPr>
        <w:br/>
      </w:r>
      <w:r w:rsidR="00A74260" w:rsidRPr="00026BC1">
        <w:rPr>
          <w:rFonts w:ascii="Sylfaen" w:hAnsi="Sylfaen" w:cs="Sylfaen"/>
          <w:sz w:val="18"/>
          <w:szCs w:val="18"/>
        </w:rPr>
        <w:t>ა</w:t>
      </w:r>
      <w:r w:rsidR="00026BC1" w:rsidRPr="005D2B7E">
        <w:rPr>
          <w:rFonts w:ascii="Sylfaen" w:hAnsi="Sylfaen" w:cs="Sylfaen"/>
          <w:sz w:val="18"/>
          <w:szCs w:val="18"/>
          <w:vertAlign w:val="superscript"/>
          <w:lang w:val="ka-GE"/>
        </w:rPr>
        <w:t>2</w:t>
      </w:r>
      <w:r w:rsidR="00D94082">
        <w:rPr>
          <w:rFonts w:ascii="Sylfaen" w:hAnsi="Sylfaen" w:cstheme="majorHAnsi"/>
          <w:sz w:val="18"/>
          <w:szCs w:val="18"/>
          <w:lang w:val="ka-GE"/>
        </w:rPr>
        <w:t>)</w:t>
      </w:r>
      <w:r w:rsidR="00026BC1">
        <w:rPr>
          <w:rFonts w:ascii="Sylfaen" w:hAnsi="Sylfaen" w:cstheme="majorHAnsi"/>
          <w:sz w:val="18"/>
          <w:szCs w:val="18"/>
          <w:lang w:val="ka-GE"/>
        </w:rPr>
        <w:t xml:space="preserve"> </w:t>
      </w:r>
      <w:proofErr w:type="spellStart"/>
      <w:r w:rsidR="00A74260" w:rsidRPr="00D73BDF">
        <w:rPr>
          <w:rFonts w:ascii="Sylfaen" w:hAnsi="Sylfaen" w:cs="Sylfaen"/>
          <w:sz w:val="18"/>
          <w:szCs w:val="18"/>
        </w:rPr>
        <w:t>ზემოთ</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აღნიშნული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ტექნიკური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პირობების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თანახმად</w:t>
      </w:r>
      <w:proofErr w:type="spellEnd"/>
      <w:r w:rsidR="00A74260" w:rsidRPr="00D73BDF">
        <w:rPr>
          <w:rFonts w:cstheme="majorHAnsi"/>
          <w:sz w:val="18"/>
          <w:szCs w:val="18"/>
        </w:rPr>
        <w:t xml:space="preserve"> </w:t>
      </w:r>
      <w:r w:rsidR="001E6721">
        <w:rPr>
          <w:rFonts w:ascii="Sylfaen" w:hAnsi="Sylfaen" w:cs="Sylfaen"/>
          <w:sz w:val="18"/>
          <w:szCs w:val="18"/>
          <w:lang w:val="ka-GE"/>
        </w:rPr>
        <w:t>სამშენებლო</w:t>
      </w:r>
      <w:r w:rsidR="001E6721" w:rsidRPr="00D73BDF">
        <w:rPr>
          <w:rFonts w:cstheme="majorHAnsi"/>
          <w:sz w:val="18"/>
          <w:szCs w:val="18"/>
        </w:rPr>
        <w:t xml:space="preserve"> </w:t>
      </w:r>
      <w:proofErr w:type="spellStart"/>
      <w:r w:rsidR="00A74260" w:rsidRPr="00D73BDF">
        <w:rPr>
          <w:rFonts w:ascii="Sylfaen" w:hAnsi="Sylfaen" w:cs="Sylfaen"/>
          <w:sz w:val="18"/>
          <w:szCs w:val="18"/>
        </w:rPr>
        <w:t>ტერიტორიაზე</w:t>
      </w:r>
      <w:proofErr w:type="spellEnd"/>
      <w:r w:rsidR="00A74260" w:rsidRPr="00D73BDF">
        <w:rPr>
          <w:rFonts w:cstheme="majorHAnsi"/>
          <w:sz w:val="18"/>
          <w:szCs w:val="18"/>
        </w:rPr>
        <w:t xml:space="preserve"> </w:t>
      </w:r>
      <w:r w:rsidR="00391B78">
        <w:rPr>
          <w:rFonts w:ascii="Sylfaen" w:hAnsi="Sylfaen" w:cstheme="majorHAnsi"/>
          <w:sz w:val="18"/>
          <w:szCs w:val="18"/>
          <w:lang w:val="ka-GE"/>
        </w:rPr>
        <w:t>(</w:t>
      </w:r>
      <w:proofErr w:type="spellStart"/>
      <w:r w:rsidR="00A74260" w:rsidRPr="00D73BDF">
        <w:rPr>
          <w:rFonts w:ascii="Sylfaen" w:hAnsi="Sylfaen" w:cs="Sylfaen"/>
          <w:sz w:val="18"/>
          <w:szCs w:val="18"/>
        </w:rPr>
        <w:t>მოედანზე</w:t>
      </w:r>
      <w:proofErr w:type="spellEnd"/>
      <w:r w:rsidR="00391B78">
        <w:rPr>
          <w:rFonts w:ascii="Sylfaen" w:hAnsi="Sylfaen" w:cstheme="majorHAnsi"/>
          <w:sz w:val="18"/>
          <w:szCs w:val="18"/>
          <w:lang w:val="ka-GE"/>
        </w:rPr>
        <w:t>)</w:t>
      </w:r>
      <w:r w:rsidR="00A74260" w:rsidRPr="00D73BDF">
        <w:rPr>
          <w:rFonts w:cstheme="majorHAnsi"/>
          <w:sz w:val="18"/>
          <w:szCs w:val="18"/>
        </w:rPr>
        <w:t xml:space="preserve"> </w:t>
      </w:r>
      <w:proofErr w:type="spellStart"/>
      <w:r w:rsidR="00A74260" w:rsidRPr="00D73BDF">
        <w:rPr>
          <w:rFonts w:ascii="Sylfaen" w:hAnsi="Sylfaen" w:cs="Sylfaen"/>
          <w:sz w:val="18"/>
          <w:szCs w:val="18"/>
        </w:rPr>
        <w:t>არსებული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მიწისქვეშა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სხვა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მოქმედი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საინჟინრო</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კომუნიკაციების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გადატანის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ჩატარება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შესაბამისი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დამადასტურებელი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დოკუმენტაციის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გაფორმებით</w:t>
      </w:r>
      <w:proofErr w:type="spellEnd"/>
      <w:r w:rsidR="00A74260" w:rsidRPr="00D73BDF">
        <w:rPr>
          <w:rFonts w:cstheme="majorHAnsi"/>
          <w:sz w:val="18"/>
          <w:szCs w:val="18"/>
        </w:rPr>
        <w:t>;</w:t>
      </w:r>
      <w:r w:rsidR="00113891">
        <w:rPr>
          <w:rFonts w:cstheme="majorHAnsi"/>
          <w:b/>
          <w:bCs/>
          <w:sz w:val="18"/>
          <w:szCs w:val="18"/>
        </w:rPr>
        <w:br/>
      </w:r>
      <w:r w:rsidR="00A74260" w:rsidRPr="00D73BDF">
        <w:rPr>
          <w:rFonts w:ascii="Sylfaen" w:hAnsi="Sylfaen" w:cs="Sylfaen"/>
          <w:sz w:val="18"/>
          <w:szCs w:val="18"/>
        </w:rPr>
        <w:t>ბ</w:t>
      </w:r>
      <w:r w:rsidR="00391B78">
        <w:rPr>
          <w:rFonts w:ascii="Sylfaen" w:hAnsi="Sylfaen" w:cs="Sylfaen"/>
          <w:sz w:val="18"/>
          <w:szCs w:val="18"/>
          <w:lang w:val="ka-GE"/>
        </w:rPr>
        <w:t>)</w:t>
      </w:r>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წარმოების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აუცილებლობიდან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გამომდინარე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დაუსაბუთოს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საქართველოს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ბუნების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დაცვის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შესაბამის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სამსახურებს</w:t>
      </w:r>
      <w:proofErr w:type="spellEnd"/>
      <w:r w:rsidR="00A74260" w:rsidRPr="00D73BDF">
        <w:rPr>
          <w:rFonts w:cstheme="majorHAnsi"/>
          <w:sz w:val="18"/>
          <w:szCs w:val="18"/>
        </w:rPr>
        <w:t xml:space="preserve"> </w:t>
      </w:r>
      <w:r w:rsidR="001E6721">
        <w:rPr>
          <w:rFonts w:ascii="Sylfaen" w:hAnsi="Sylfaen" w:cs="Sylfaen"/>
          <w:sz w:val="18"/>
          <w:szCs w:val="18"/>
          <w:lang w:val="ka-GE"/>
        </w:rPr>
        <w:t xml:space="preserve">სამშენებლო </w:t>
      </w:r>
      <w:proofErr w:type="spellStart"/>
      <w:r w:rsidR="00A74260" w:rsidRPr="00D73BDF">
        <w:rPr>
          <w:rFonts w:ascii="Sylfaen" w:hAnsi="Sylfaen" w:cs="Sylfaen"/>
          <w:sz w:val="18"/>
          <w:szCs w:val="18"/>
        </w:rPr>
        <w:t>ტერიტორიაზე</w:t>
      </w:r>
      <w:proofErr w:type="spellEnd"/>
      <w:r w:rsidR="00A74260" w:rsidRPr="00D73BDF">
        <w:rPr>
          <w:rFonts w:cstheme="majorHAnsi"/>
          <w:sz w:val="18"/>
          <w:szCs w:val="18"/>
        </w:rPr>
        <w:t xml:space="preserve"> </w:t>
      </w:r>
      <w:r w:rsidR="00391B78">
        <w:rPr>
          <w:rFonts w:ascii="Sylfaen" w:hAnsi="Sylfaen" w:cstheme="majorHAnsi"/>
          <w:sz w:val="18"/>
          <w:szCs w:val="18"/>
          <w:lang w:val="ka-GE"/>
        </w:rPr>
        <w:t>(</w:t>
      </w:r>
      <w:proofErr w:type="spellStart"/>
      <w:r w:rsidR="00A74260" w:rsidRPr="00D73BDF">
        <w:rPr>
          <w:rFonts w:ascii="Sylfaen" w:hAnsi="Sylfaen" w:cs="Sylfaen"/>
          <w:sz w:val="18"/>
          <w:szCs w:val="18"/>
        </w:rPr>
        <w:t>მოედანზე</w:t>
      </w:r>
      <w:proofErr w:type="spellEnd"/>
      <w:r w:rsidR="00391B78">
        <w:rPr>
          <w:rFonts w:ascii="Sylfaen" w:hAnsi="Sylfaen" w:cs="Sylfaen"/>
          <w:sz w:val="18"/>
          <w:szCs w:val="18"/>
          <w:lang w:val="ka-GE"/>
        </w:rPr>
        <w:t>)</w:t>
      </w:r>
      <w:r w:rsidR="00A74260" w:rsidRPr="00D73BDF">
        <w:rPr>
          <w:rFonts w:cstheme="majorHAnsi"/>
          <w:sz w:val="18"/>
          <w:szCs w:val="18"/>
        </w:rPr>
        <w:t xml:space="preserve"> </w:t>
      </w:r>
      <w:proofErr w:type="spellStart"/>
      <w:r w:rsidR="00A74260" w:rsidRPr="00D73BDF">
        <w:rPr>
          <w:rFonts w:ascii="Sylfaen" w:hAnsi="Sylfaen" w:cs="Sylfaen"/>
          <w:sz w:val="18"/>
          <w:szCs w:val="18"/>
        </w:rPr>
        <w:t>არსებული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ხეებისა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სხვა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მწვანე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ნარგავების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მოჭრის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გადარგვის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აუცილებლობა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მიიღოს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აღნიშნული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სამსახურებიდან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დადგენილი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წესით</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ნებართვა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არსებული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ხეებისა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სხვა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მწვანე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ნარგავების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მოჭრაზე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გადარგვაზე</w:t>
      </w:r>
      <w:proofErr w:type="spellEnd"/>
      <w:r w:rsidR="00A74260" w:rsidRPr="00D73BDF">
        <w:rPr>
          <w:rFonts w:cstheme="majorHAnsi"/>
          <w:sz w:val="18"/>
          <w:szCs w:val="18"/>
        </w:rPr>
        <w:t>;</w:t>
      </w:r>
      <w:r w:rsidR="00113891">
        <w:rPr>
          <w:rFonts w:cstheme="majorHAnsi"/>
          <w:b/>
          <w:bCs/>
          <w:sz w:val="18"/>
          <w:szCs w:val="18"/>
        </w:rPr>
        <w:br/>
      </w:r>
      <w:r w:rsidR="00A74260" w:rsidRPr="00D73BDF">
        <w:rPr>
          <w:rFonts w:ascii="Sylfaen" w:hAnsi="Sylfaen" w:cs="Sylfaen"/>
          <w:sz w:val="18"/>
          <w:szCs w:val="18"/>
        </w:rPr>
        <w:t>ბ</w:t>
      </w:r>
      <w:r w:rsidR="00A74260" w:rsidRPr="005D2B7E">
        <w:rPr>
          <w:rFonts w:cstheme="majorHAnsi"/>
          <w:sz w:val="18"/>
          <w:szCs w:val="18"/>
          <w:vertAlign w:val="superscript"/>
        </w:rPr>
        <w:t>1</w:t>
      </w:r>
      <w:r w:rsidR="00391B78">
        <w:rPr>
          <w:rFonts w:ascii="Sylfaen" w:hAnsi="Sylfaen" w:cstheme="majorHAnsi"/>
          <w:sz w:val="18"/>
          <w:szCs w:val="18"/>
          <w:lang w:val="ka-GE"/>
        </w:rPr>
        <w:t>)</w:t>
      </w:r>
      <w:r w:rsidR="00A74260" w:rsidRPr="00D73BDF">
        <w:rPr>
          <w:rFonts w:cstheme="majorHAnsi"/>
          <w:sz w:val="18"/>
          <w:szCs w:val="18"/>
        </w:rPr>
        <w:t xml:space="preserve"> </w:t>
      </w:r>
      <w:proofErr w:type="spellStart"/>
      <w:r w:rsidR="00A74260" w:rsidRPr="00D73BDF">
        <w:rPr>
          <w:rFonts w:ascii="Sylfaen" w:hAnsi="Sylfaen" w:cs="Sylfaen"/>
          <w:sz w:val="18"/>
          <w:szCs w:val="18"/>
        </w:rPr>
        <w:t>ნებართვის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პირობების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შესაბამისად</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ჩაატაროს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არსებული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ხეებისა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სხვა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მწვანე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ნარგავების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მოჭრის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გადარგვის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სამუშაოები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შესაბამისი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დამადასტურებელი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დოკუმენტაციის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გაფორმებით</w:t>
      </w:r>
      <w:proofErr w:type="spellEnd"/>
      <w:r w:rsidR="00A74260" w:rsidRPr="00D73BDF">
        <w:rPr>
          <w:rFonts w:cstheme="majorHAnsi"/>
          <w:sz w:val="18"/>
          <w:szCs w:val="18"/>
        </w:rPr>
        <w:t>;</w:t>
      </w:r>
      <w:r w:rsidR="00113891">
        <w:rPr>
          <w:rFonts w:cstheme="majorHAnsi"/>
          <w:b/>
          <w:bCs/>
          <w:sz w:val="18"/>
          <w:szCs w:val="18"/>
        </w:rPr>
        <w:br/>
      </w:r>
      <w:r w:rsidR="00A74260" w:rsidRPr="00D73BDF">
        <w:rPr>
          <w:rFonts w:ascii="Sylfaen" w:hAnsi="Sylfaen" w:cs="Sylfaen"/>
          <w:sz w:val="18"/>
          <w:szCs w:val="18"/>
        </w:rPr>
        <w:t>გ</w:t>
      </w:r>
      <w:r w:rsidR="003B4056">
        <w:rPr>
          <w:rFonts w:ascii="Sylfaen" w:hAnsi="Sylfaen" w:cs="Sylfaen"/>
          <w:sz w:val="18"/>
          <w:szCs w:val="18"/>
          <w:lang w:val="ka-GE"/>
        </w:rPr>
        <w:t>)</w:t>
      </w:r>
      <w:r w:rsidR="00A74260" w:rsidRPr="00D73BDF">
        <w:rPr>
          <w:rFonts w:cstheme="majorHAnsi"/>
          <w:sz w:val="18"/>
          <w:szCs w:val="18"/>
        </w:rPr>
        <w:t xml:space="preserve"> </w:t>
      </w:r>
      <w:proofErr w:type="spellStart"/>
      <w:r w:rsidR="00A74260" w:rsidRPr="00D73BDF">
        <w:rPr>
          <w:rFonts w:ascii="Sylfaen" w:hAnsi="Sylfaen" w:cs="Sylfaen"/>
          <w:sz w:val="18"/>
          <w:szCs w:val="18"/>
        </w:rPr>
        <w:t>გადასცეს</w:t>
      </w:r>
      <w:proofErr w:type="spellEnd"/>
      <w:r w:rsidR="00A74260" w:rsidRPr="00D73BDF">
        <w:rPr>
          <w:rFonts w:cstheme="majorHAnsi"/>
          <w:sz w:val="18"/>
          <w:szCs w:val="18"/>
        </w:rPr>
        <w:t xml:space="preserve"> </w:t>
      </w:r>
      <w:r w:rsidR="003B4056">
        <w:rPr>
          <w:rFonts w:ascii="Sylfaen" w:hAnsi="Sylfaen" w:cs="Sylfaen"/>
          <w:sz w:val="18"/>
          <w:szCs w:val="18"/>
          <w:lang w:val="ka-GE"/>
        </w:rPr>
        <w:t xml:space="preserve">მენარდეს </w:t>
      </w:r>
      <w:proofErr w:type="spellStart"/>
      <w:r w:rsidR="00A74260" w:rsidRPr="00D73BDF">
        <w:rPr>
          <w:rFonts w:ascii="Sylfaen" w:hAnsi="Sylfaen" w:cs="Sylfaen"/>
          <w:sz w:val="18"/>
          <w:szCs w:val="18"/>
        </w:rPr>
        <w:t>შესაბამისი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აქტის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სახით</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ზემოთ</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აღნიშნული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დოკუმენტაცია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აქტში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უნდა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მიეთითოს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რომ</w:t>
      </w:r>
      <w:proofErr w:type="spellEnd"/>
      <w:r w:rsidR="00A74260" w:rsidRPr="00D73BDF">
        <w:rPr>
          <w:rFonts w:cstheme="majorHAnsi"/>
          <w:sz w:val="18"/>
          <w:szCs w:val="18"/>
        </w:rPr>
        <w:t xml:space="preserve"> </w:t>
      </w:r>
      <w:r w:rsidR="001E6721">
        <w:rPr>
          <w:rFonts w:ascii="Sylfaen" w:hAnsi="Sylfaen" w:cs="Sylfaen"/>
          <w:sz w:val="18"/>
          <w:szCs w:val="18"/>
          <w:lang w:val="ka-GE"/>
        </w:rPr>
        <w:t xml:space="preserve">სამშენებლო </w:t>
      </w:r>
      <w:proofErr w:type="spellStart"/>
      <w:r w:rsidR="00A74260" w:rsidRPr="00D73BDF">
        <w:rPr>
          <w:rFonts w:ascii="Sylfaen" w:hAnsi="Sylfaen" w:cs="Sylfaen"/>
          <w:sz w:val="18"/>
          <w:szCs w:val="18"/>
        </w:rPr>
        <w:t>ტერიტორიაზე</w:t>
      </w:r>
      <w:proofErr w:type="spellEnd"/>
      <w:r w:rsidR="00A74260" w:rsidRPr="00D73BDF">
        <w:rPr>
          <w:rFonts w:cstheme="majorHAnsi"/>
          <w:sz w:val="18"/>
          <w:szCs w:val="18"/>
        </w:rPr>
        <w:t xml:space="preserve"> </w:t>
      </w:r>
      <w:r w:rsidR="00226F04">
        <w:rPr>
          <w:rFonts w:ascii="Sylfaen" w:hAnsi="Sylfaen" w:cstheme="majorHAnsi"/>
          <w:sz w:val="18"/>
          <w:szCs w:val="18"/>
          <w:lang w:val="ka-GE"/>
        </w:rPr>
        <w:t>(</w:t>
      </w:r>
      <w:proofErr w:type="spellStart"/>
      <w:r w:rsidR="00A74260" w:rsidRPr="00D73BDF">
        <w:rPr>
          <w:rFonts w:ascii="Sylfaen" w:hAnsi="Sylfaen" w:cs="Sylfaen"/>
          <w:sz w:val="18"/>
          <w:szCs w:val="18"/>
        </w:rPr>
        <w:t>მოედანზე</w:t>
      </w:r>
      <w:proofErr w:type="spellEnd"/>
      <w:r w:rsidR="00226F04">
        <w:rPr>
          <w:rFonts w:ascii="Sylfaen" w:hAnsi="Sylfaen" w:cs="Sylfaen"/>
          <w:sz w:val="18"/>
          <w:szCs w:val="18"/>
          <w:lang w:val="ka-GE"/>
        </w:rPr>
        <w:t>)</w:t>
      </w:r>
      <w:r w:rsidR="00A74260" w:rsidRPr="00D73BDF">
        <w:rPr>
          <w:rFonts w:cstheme="majorHAnsi"/>
          <w:sz w:val="18"/>
          <w:szCs w:val="18"/>
        </w:rPr>
        <w:t xml:space="preserve"> </w:t>
      </w:r>
      <w:proofErr w:type="spellStart"/>
      <w:r w:rsidR="00A74260" w:rsidRPr="00D73BDF">
        <w:rPr>
          <w:rFonts w:ascii="Sylfaen" w:hAnsi="Sylfaen" w:cs="Sylfaen"/>
          <w:sz w:val="18"/>
          <w:szCs w:val="18"/>
        </w:rPr>
        <w:t>არსებული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მიწისქვეშა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სხვა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მოქმედი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საინჟინრო</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კომუნიკაციები</w:t>
      </w:r>
      <w:proofErr w:type="spellEnd"/>
      <w:r w:rsidR="00A74260" w:rsidRPr="00D73BDF">
        <w:rPr>
          <w:rFonts w:cstheme="majorHAnsi"/>
          <w:sz w:val="18"/>
          <w:szCs w:val="18"/>
        </w:rPr>
        <w:t xml:space="preserve"> </w:t>
      </w:r>
      <w:r w:rsidR="00226F04">
        <w:rPr>
          <w:rFonts w:ascii="Sylfaen" w:hAnsi="Sylfaen" w:cstheme="majorHAnsi"/>
          <w:sz w:val="18"/>
          <w:szCs w:val="18"/>
          <w:lang w:val="ka-GE"/>
        </w:rPr>
        <w:t>(</w:t>
      </w:r>
      <w:proofErr w:type="spellStart"/>
      <w:r w:rsidR="00A74260" w:rsidRPr="00D73BDF">
        <w:rPr>
          <w:rFonts w:ascii="Sylfaen" w:hAnsi="Sylfaen" w:cs="Sylfaen"/>
          <w:sz w:val="18"/>
          <w:szCs w:val="18"/>
        </w:rPr>
        <w:t>არსებობის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შემთხვევაში</w:t>
      </w:r>
      <w:proofErr w:type="spellEnd"/>
      <w:r w:rsidR="00226F04">
        <w:rPr>
          <w:rFonts w:ascii="Sylfaen" w:hAnsi="Sylfaen" w:cs="Sylfaen"/>
          <w:sz w:val="18"/>
          <w:szCs w:val="18"/>
          <w:lang w:val="ka-GE"/>
        </w:rPr>
        <w:t>)</w:t>
      </w:r>
      <w:r w:rsidR="00A74260" w:rsidRPr="00D73BDF">
        <w:rPr>
          <w:rFonts w:cstheme="majorHAnsi"/>
          <w:sz w:val="18"/>
          <w:szCs w:val="18"/>
        </w:rPr>
        <w:t xml:space="preserve"> </w:t>
      </w:r>
      <w:proofErr w:type="spellStart"/>
      <w:r w:rsidR="00A74260" w:rsidRPr="00D73BDF">
        <w:rPr>
          <w:rFonts w:ascii="Sylfaen" w:hAnsi="Sylfaen" w:cs="Sylfaen"/>
          <w:sz w:val="18"/>
          <w:szCs w:val="18"/>
        </w:rPr>
        <w:t>გადატანილია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იმ</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შემთხვევაში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თუ</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დამკვეთის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განცხადებით</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არსებობს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ასეთი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საინჟინრო</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კომუნიკაცია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ან</w:t>
      </w:r>
      <w:proofErr w:type="spellEnd"/>
      <w:r w:rsidR="00226F04">
        <w:rPr>
          <w:rFonts w:ascii="Sylfaen" w:hAnsi="Sylfaen" w:cs="Sylfaen"/>
          <w:sz w:val="18"/>
          <w:szCs w:val="18"/>
          <w:lang w:val="ka-GE"/>
        </w:rPr>
        <w:t xml:space="preserve"> </w:t>
      </w:r>
      <w:proofErr w:type="spellStart"/>
      <w:r w:rsidR="00A74260" w:rsidRPr="00D73BDF">
        <w:rPr>
          <w:rFonts w:ascii="Sylfaen" w:hAnsi="Sylfaen" w:cs="Sylfaen"/>
          <w:sz w:val="18"/>
          <w:szCs w:val="18"/>
        </w:rPr>
        <w:t>არ</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არსებობს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მათი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გადატანის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აუცილებლობა</w:t>
      </w:r>
      <w:proofErr w:type="spellEnd"/>
      <w:r w:rsidR="00A74260" w:rsidRPr="00D73BDF">
        <w:rPr>
          <w:rFonts w:cstheme="majorHAnsi"/>
          <w:sz w:val="18"/>
          <w:szCs w:val="18"/>
        </w:rPr>
        <w:t>,</w:t>
      </w:r>
      <w:r w:rsidR="00226F04">
        <w:rPr>
          <w:rFonts w:ascii="Sylfaen" w:hAnsi="Sylfaen" w:cstheme="majorHAnsi"/>
          <w:sz w:val="18"/>
          <w:szCs w:val="18"/>
          <w:lang w:val="ka-GE"/>
        </w:rPr>
        <w:t xml:space="preserve"> </w:t>
      </w:r>
      <w:proofErr w:type="spellStart"/>
      <w:r w:rsidR="00A74260" w:rsidRPr="00D73BDF">
        <w:rPr>
          <w:rFonts w:ascii="Sylfaen" w:hAnsi="Sylfaen" w:cs="Sylfaen"/>
          <w:sz w:val="18"/>
          <w:szCs w:val="18"/>
        </w:rPr>
        <w:t>მაშინ</w:t>
      </w:r>
      <w:proofErr w:type="spellEnd"/>
      <w:r w:rsidR="00226F04">
        <w:rPr>
          <w:rFonts w:ascii="Sylfaen" w:hAnsi="Sylfaen" w:cs="Sylfaen"/>
          <w:sz w:val="18"/>
          <w:szCs w:val="18"/>
          <w:lang w:val="ka-GE"/>
        </w:rPr>
        <w:t xml:space="preserve"> </w:t>
      </w:r>
      <w:r w:rsidR="00A74260" w:rsidRPr="00D73BDF">
        <w:rPr>
          <w:rFonts w:cstheme="majorHAnsi"/>
          <w:sz w:val="18"/>
          <w:szCs w:val="18"/>
        </w:rPr>
        <w:t xml:space="preserve">3.1.1. </w:t>
      </w:r>
      <w:proofErr w:type="spellStart"/>
      <w:r w:rsidR="00A74260" w:rsidRPr="00D73BDF">
        <w:rPr>
          <w:rFonts w:ascii="Sylfaen" w:hAnsi="Sylfaen" w:cs="Sylfaen"/>
          <w:sz w:val="18"/>
          <w:szCs w:val="18"/>
        </w:rPr>
        <w:t>პუნქტში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აღნიშნულ</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მიღება</w:t>
      </w:r>
      <w:r w:rsidR="00A74260" w:rsidRPr="00D73BDF">
        <w:rPr>
          <w:rFonts w:cstheme="majorHAnsi"/>
          <w:sz w:val="18"/>
          <w:szCs w:val="18"/>
        </w:rPr>
        <w:t>-</w:t>
      </w:r>
      <w:r w:rsidR="00A74260" w:rsidRPr="00D73BDF">
        <w:rPr>
          <w:rFonts w:ascii="Sylfaen" w:hAnsi="Sylfaen" w:cs="Sylfaen"/>
          <w:sz w:val="18"/>
          <w:szCs w:val="18"/>
        </w:rPr>
        <w:t>ჩაბარების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აქტში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მიეთითება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ამის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თაობაზე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აღინიშნება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რომ</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მოედანი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მზადაა</w:t>
      </w:r>
      <w:proofErr w:type="spellEnd"/>
      <w:r w:rsidR="00A74260" w:rsidRPr="00D73BDF">
        <w:rPr>
          <w:rFonts w:cstheme="majorHAnsi"/>
          <w:sz w:val="18"/>
          <w:szCs w:val="18"/>
        </w:rPr>
        <w:t xml:space="preserve"> </w:t>
      </w:r>
      <w:bookmarkStart w:id="0" w:name="_Hlk209024567"/>
      <w:r w:rsidR="0053024B">
        <w:rPr>
          <w:rFonts w:ascii="Sylfaen" w:hAnsi="Sylfaen" w:cs="Sylfaen"/>
          <w:sz w:val="18"/>
          <w:szCs w:val="18"/>
          <w:lang w:val="ka-GE"/>
        </w:rPr>
        <w:t>ქვაბულის</w:t>
      </w:r>
      <w:bookmarkEnd w:id="0"/>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წარმოებისათვის</w:t>
      </w:r>
      <w:proofErr w:type="spellEnd"/>
      <w:r w:rsidR="00A74260" w:rsidRPr="00D73BDF">
        <w:rPr>
          <w:rFonts w:cstheme="majorHAnsi"/>
          <w:sz w:val="18"/>
          <w:szCs w:val="18"/>
        </w:rPr>
        <w:t>;</w:t>
      </w:r>
      <w:r w:rsidR="00113891">
        <w:rPr>
          <w:rFonts w:cstheme="majorHAnsi"/>
          <w:b/>
          <w:bCs/>
          <w:sz w:val="18"/>
          <w:szCs w:val="18"/>
        </w:rPr>
        <w:br/>
      </w:r>
      <w:r w:rsidR="00A74260" w:rsidRPr="00D73BDF">
        <w:rPr>
          <w:rFonts w:ascii="Sylfaen" w:hAnsi="Sylfaen" w:cs="Sylfaen"/>
          <w:sz w:val="18"/>
          <w:szCs w:val="18"/>
        </w:rPr>
        <w:t>დ</w:t>
      </w:r>
      <w:r w:rsidR="00226F04">
        <w:rPr>
          <w:rFonts w:ascii="Sylfaen" w:hAnsi="Sylfaen" w:cs="Sylfaen"/>
          <w:sz w:val="18"/>
          <w:szCs w:val="18"/>
          <w:lang w:val="ka-GE"/>
        </w:rPr>
        <w:t>)</w:t>
      </w:r>
      <w:r w:rsidR="00A74260" w:rsidRPr="00D73BDF">
        <w:rPr>
          <w:rFonts w:cstheme="majorHAnsi"/>
          <w:sz w:val="18"/>
          <w:szCs w:val="18"/>
        </w:rPr>
        <w:t xml:space="preserve"> </w:t>
      </w:r>
      <w:proofErr w:type="spellStart"/>
      <w:r w:rsidR="00A74260" w:rsidRPr="00D73BDF">
        <w:rPr>
          <w:rFonts w:ascii="Sylfaen" w:hAnsi="Sylfaen" w:cs="Sylfaen"/>
          <w:sz w:val="18"/>
          <w:szCs w:val="18"/>
        </w:rPr>
        <w:t>თუ</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წარმოების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დროს</w:t>
      </w:r>
      <w:proofErr w:type="spellEnd"/>
      <w:r w:rsidR="00A74260" w:rsidRPr="00D73BDF">
        <w:rPr>
          <w:rFonts w:cstheme="majorHAnsi"/>
          <w:sz w:val="18"/>
          <w:szCs w:val="18"/>
        </w:rPr>
        <w:t xml:space="preserve"> </w:t>
      </w:r>
      <w:r w:rsidR="001E6721">
        <w:rPr>
          <w:rFonts w:ascii="Sylfaen" w:hAnsi="Sylfaen" w:cs="Sylfaen"/>
          <w:sz w:val="18"/>
          <w:szCs w:val="18"/>
          <w:lang w:val="ka-GE"/>
        </w:rPr>
        <w:t xml:space="preserve">სამშენებლო </w:t>
      </w:r>
      <w:proofErr w:type="spellStart"/>
      <w:r w:rsidR="00A74260" w:rsidRPr="00D73BDF">
        <w:rPr>
          <w:rFonts w:ascii="Sylfaen" w:hAnsi="Sylfaen" w:cs="Sylfaen"/>
          <w:sz w:val="18"/>
          <w:szCs w:val="18"/>
        </w:rPr>
        <w:t>ტერიტორიაზე</w:t>
      </w:r>
      <w:proofErr w:type="spellEnd"/>
      <w:r w:rsidR="00A74260" w:rsidRPr="00D73BDF">
        <w:rPr>
          <w:rFonts w:cstheme="majorHAnsi"/>
          <w:sz w:val="18"/>
          <w:szCs w:val="18"/>
        </w:rPr>
        <w:t xml:space="preserve"> </w:t>
      </w:r>
      <w:r w:rsidR="00226F04">
        <w:rPr>
          <w:rFonts w:ascii="Sylfaen" w:hAnsi="Sylfaen" w:cstheme="majorHAnsi"/>
          <w:sz w:val="18"/>
          <w:szCs w:val="18"/>
          <w:lang w:val="ka-GE"/>
        </w:rPr>
        <w:t>(</w:t>
      </w:r>
      <w:proofErr w:type="spellStart"/>
      <w:r w:rsidR="00A74260" w:rsidRPr="00D73BDF">
        <w:rPr>
          <w:rFonts w:ascii="Sylfaen" w:hAnsi="Sylfaen" w:cs="Sylfaen"/>
          <w:sz w:val="18"/>
          <w:szCs w:val="18"/>
        </w:rPr>
        <w:t>მოედანზე</w:t>
      </w:r>
      <w:proofErr w:type="spellEnd"/>
      <w:r w:rsidR="00A74260" w:rsidRPr="00D73BDF">
        <w:rPr>
          <w:rFonts w:cstheme="majorHAnsi"/>
          <w:sz w:val="18"/>
          <w:szCs w:val="18"/>
        </w:rPr>
        <w:t>/</w:t>
      </w:r>
      <w:proofErr w:type="spellStart"/>
      <w:r w:rsidR="00A74260" w:rsidRPr="00D73BDF">
        <w:rPr>
          <w:rFonts w:ascii="Sylfaen" w:hAnsi="Sylfaen" w:cs="Sylfaen"/>
          <w:sz w:val="18"/>
          <w:szCs w:val="18"/>
        </w:rPr>
        <w:t>იმ</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ნაწილზე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რომელზეც</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უშუალოდ</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მიმდინარეობს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შენობის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მშენებლობა</w:t>
      </w:r>
      <w:proofErr w:type="spellEnd"/>
      <w:r w:rsidR="00226F04">
        <w:rPr>
          <w:rFonts w:ascii="Sylfaen" w:hAnsi="Sylfaen" w:cs="Sylfaen"/>
          <w:sz w:val="18"/>
          <w:szCs w:val="18"/>
          <w:lang w:val="ka-GE"/>
        </w:rPr>
        <w:t xml:space="preserve">) </w:t>
      </w:r>
      <w:proofErr w:type="spellStart"/>
      <w:r w:rsidR="00A74260" w:rsidRPr="00D73BDF">
        <w:rPr>
          <w:rFonts w:ascii="Sylfaen" w:hAnsi="Sylfaen" w:cs="Sylfaen"/>
          <w:sz w:val="18"/>
          <w:szCs w:val="18"/>
        </w:rPr>
        <w:t>აღმოჩნდება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მიწისქვეშა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საინჟინრო</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კომუნიკაცია</w:t>
      </w:r>
      <w:proofErr w:type="spellEnd"/>
      <w:r w:rsidR="00A74260" w:rsidRPr="00D73BDF">
        <w:rPr>
          <w:rFonts w:cstheme="majorHAnsi"/>
          <w:sz w:val="18"/>
          <w:szCs w:val="18"/>
        </w:rPr>
        <w:t xml:space="preserve">, </w:t>
      </w:r>
      <w:r w:rsidR="00BD1AEA">
        <w:rPr>
          <w:rFonts w:ascii="Sylfaen" w:hAnsi="Sylfaen" w:cstheme="majorHAnsi"/>
          <w:sz w:val="18"/>
          <w:szCs w:val="18"/>
          <w:lang w:val="ka-GE"/>
        </w:rPr>
        <w:t>მენარდე ვალდებულია</w:t>
      </w:r>
      <w:r w:rsidR="00C11DBA">
        <w:rPr>
          <w:rFonts w:ascii="Sylfaen" w:hAnsi="Sylfaen" w:cstheme="majorHAnsi"/>
          <w:sz w:val="18"/>
          <w:szCs w:val="18"/>
          <w:lang w:val="ka-GE"/>
        </w:rPr>
        <w:t xml:space="preserve"> წერილობით</w:t>
      </w:r>
      <w:r w:rsidR="00BD1AEA">
        <w:rPr>
          <w:rFonts w:ascii="Sylfaen" w:hAnsi="Sylfaen" w:cstheme="majorHAnsi"/>
          <w:sz w:val="18"/>
          <w:szCs w:val="18"/>
          <w:lang w:val="ka-GE"/>
        </w:rPr>
        <w:t xml:space="preserve"> შეატყობინოს დამკვეთს ამის შესახებ, </w:t>
      </w:r>
      <w:r w:rsidR="00226F04">
        <w:rPr>
          <w:rFonts w:ascii="Sylfaen" w:hAnsi="Sylfaen" w:cs="Sylfaen"/>
          <w:sz w:val="18"/>
          <w:szCs w:val="18"/>
          <w:lang w:val="ka-GE"/>
        </w:rPr>
        <w:t xml:space="preserve">მენარდე </w:t>
      </w:r>
      <w:proofErr w:type="spellStart"/>
      <w:r w:rsidR="00A74260" w:rsidRPr="00D73BDF">
        <w:rPr>
          <w:rFonts w:ascii="Sylfaen" w:hAnsi="Sylfaen" w:cs="Sylfaen"/>
          <w:sz w:val="18"/>
          <w:szCs w:val="18"/>
        </w:rPr>
        <w:t>არ</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იქნება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პასუხისმგებელი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მათ</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დაზიანებაზე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არც</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მათი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გადატანის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ვალდებულება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წარმოეშობა</w:t>
      </w:r>
      <w:proofErr w:type="spellEnd"/>
      <w:r w:rsidR="00226F04">
        <w:rPr>
          <w:rFonts w:ascii="Sylfaen" w:hAnsi="Sylfaen" w:cstheme="majorHAnsi"/>
          <w:sz w:val="18"/>
          <w:szCs w:val="18"/>
          <w:lang w:val="ka-GE"/>
        </w:rPr>
        <w:t>;</w:t>
      </w:r>
      <w:r w:rsidR="00113891">
        <w:rPr>
          <w:rFonts w:cstheme="majorHAnsi"/>
          <w:b/>
          <w:bCs/>
          <w:sz w:val="18"/>
          <w:szCs w:val="18"/>
        </w:rPr>
        <w:br/>
      </w:r>
      <w:r w:rsidR="00A74260" w:rsidRPr="00D73BDF">
        <w:rPr>
          <w:rFonts w:ascii="Sylfaen" w:hAnsi="Sylfaen" w:cs="Sylfaen"/>
          <w:sz w:val="18"/>
          <w:szCs w:val="18"/>
        </w:rPr>
        <w:t>ე</w:t>
      </w:r>
      <w:r w:rsidR="00226F04">
        <w:rPr>
          <w:rFonts w:ascii="Sylfaen" w:hAnsi="Sylfaen" w:cs="Sylfaen"/>
          <w:sz w:val="18"/>
          <w:szCs w:val="18"/>
          <w:lang w:val="ka-GE"/>
        </w:rPr>
        <w:t>)</w:t>
      </w:r>
      <w:r w:rsidR="00A74260" w:rsidRPr="00D73BDF">
        <w:rPr>
          <w:rFonts w:cstheme="majorHAnsi"/>
          <w:sz w:val="18"/>
          <w:szCs w:val="18"/>
        </w:rPr>
        <w:t xml:space="preserve"> </w:t>
      </w:r>
      <w:r w:rsidR="001E6721">
        <w:rPr>
          <w:rFonts w:ascii="Sylfaen" w:hAnsi="Sylfaen" w:cs="Sylfaen"/>
          <w:sz w:val="18"/>
          <w:szCs w:val="18"/>
          <w:lang w:val="ka-GE"/>
        </w:rPr>
        <w:t>სამშენებლო</w:t>
      </w:r>
      <w:r w:rsidR="00A74260" w:rsidRPr="00D73BDF">
        <w:rPr>
          <w:rFonts w:cstheme="majorHAnsi"/>
          <w:sz w:val="18"/>
          <w:szCs w:val="18"/>
        </w:rPr>
        <w:t xml:space="preserve"> </w:t>
      </w:r>
      <w:proofErr w:type="spellStart"/>
      <w:r w:rsidR="00A74260" w:rsidRPr="00D73BDF">
        <w:rPr>
          <w:rFonts w:ascii="Sylfaen" w:hAnsi="Sylfaen" w:cs="Sylfaen"/>
          <w:sz w:val="18"/>
          <w:szCs w:val="18"/>
        </w:rPr>
        <w:t>მოედნის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უზრუნველყოფა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დროებითი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ელ</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ენერგიით</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ხოლო</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დროებითი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წყლით</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უზრუნველყოფა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უნდა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განხორციელდეს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არაუგვიანეს</w:t>
      </w:r>
      <w:proofErr w:type="spellEnd"/>
      <w:r w:rsidR="00A74260" w:rsidRPr="00D73BDF">
        <w:rPr>
          <w:rFonts w:cstheme="majorHAnsi"/>
          <w:sz w:val="18"/>
          <w:szCs w:val="18"/>
        </w:rPr>
        <w:t xml:space="preserve"> </w:t>
      </w:r>
      <w:r w:rsidR="001E6721">
        <w:rPr>
          <w:rFonts w:ascii="Sylfaen" w:hAnsi="Sylfaen" w:cs="Sylfaen"/>
          <w:sz w:val="18"/>
          <w:szCs w:val="18"/>
          <w:lang w:val="ka-GE"/>
        </w:rPr>
        <w:t xml:space="preserve">სამშენებლო </w:t>
      </w:r>
      <w:proofErr w:type="spellStart"/>
      <w:r w:rsidR="00A74260" w:rsidRPr="00D73BDF">
        <w:rPr>
          <w:rFonts w:ascii="Sylfaen" w:hAnsi="Sylfaen" w:cs="Sylfaen"/>
          <w:sz w:val="18"/>
          <w:szCs w:val="18"/>
        </w:rPr>
        <w:t>მოედნის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გადაცემიდან</w:t>
      </w:r>
      <w:proofErr w:type="spellEnd"/>
      <w:r w:rsidR="00A74260" w:rsidRPr="00D73BDF">
        <w:rPr>
          <w:rFonts w:cstheme="majorHAnsi"/>
          <w:sz w:val="18"/>
          <w:szCs w:val="18"/>
        </w:rPr>
        <w:t xml:space="preserve"> 5 </w:t>
      </w:r>
      <w:r w:rsidR="00AF41AF">
        <w:rPr>
          <w:rFonts w:ascii="Sylfaen" w:hAnsi="Sylfaen" w:cstheme="majorHAnsi"/>
          <w:sz w:val="18"/>
          <w:szCs w:val="18"/>
          <w:lang w:val="ka-GE"/>
        </w:rPr>
        <w:t>(</w:t>
      </w:r>
      <w:proofErr w:type="spellStart"/>
      <w:r w:rsidR="00A74260" w:rsidRPr="00D73BDF">
        <w:rPr>
          <w:rFonts w:ascii="Sylfaen" w:hAnsi="Sylfaen" w:cs="Sylfaen"/>
          <w:sz w:val="18"/>
          <w:szCs w:val="18"/>
        </w:rPr>
        <w:t>ხუთი</w:t>
      </w:r>
      <w:proofErr w:type="spellEnd"/>
      <w:r w:rsidR="00AF41AF">
        <w:rPr>
          <w:rFonts w:ascii="Sylfaen" w:hAnsi="Sylfaen" w:cs="Sylfaen"/>
          <w:sz w:val="18"/>
          <w:szCs w:val="18"/>
          <w:lang w:val="ka-GE"/>
        </w:rPr>
        <w:t>)</w:t>
      </w:r>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დღის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ვადაში</w:t>
      </w:r>
      <w:proofErr w:type="spellEnd"/>
      <w:r w:rsidR="00AF41AF">
        <w:rPr>
          <w:rFonts w:ascii="Sylfaen" w:hAnsi="Sylfaen" w:cstheme="majorHAnsi"/>
          <w:sz w:val="18"/>
          <w:szCs w:val="18"/>
          <w:lang w:val="ka-GE"/>
        </w:rPr>
        <w:t>;</w:t>
      </w:r>
      <w:r w:rsidR="00823604">
        <w:rPr>
          <w:rFonts w:cstheme="majorHAnsi"/>
          <w:b/>
          <w:bCs/>
          <w:sz w:val="18"/>
          <w:szCs w:val="18"/>
        </w:rPr>
        <w:br/>
      </w:r>
      <w:r w:rsidR="00A74260" w:rsidRPr="00D73BDF">
        <w:rPr>
          <w:rFonts w:ascii="Sylfaen" w:hAnsi="Sylfaen" w:cs="Sylfaen"/>
          <w:sz w:val="18"/>
          <w:szCs w:val="18"/>
        </w:rPr>
        <w:t>ვ</w:t>
      </w:r>
      <w:r w:rsidR="00AF41AF">
        <w:rPr>
          <w:rFonts w:ascii="Sylfaen" w:hAnsi="Sylfaen" w:cs="Sylfaen"/>
          <w:sz w:val="18"/>
          <w:szCs w:val="18"/>
          <w:lang w:val="ka-GE"/>
        </w:rPr>
        <w:t>)</w:t>
      </w:r>
      <w:r w:rsidR="00A74260" w:rsidRPr="00D73BDF">
        <w:rPr>
          <w:rFonts w:cstheme="majorHAnsi"/>
          <w:sz w:val="18"/>
          <w:szCs w:val="18"/>
        </w:rPr>
        <w:t xml:space="preserve"> </w:t>
      </w:r>
      <w:r w:rsidR="001E6721">
        <w:rPr>
          <w:rFonts w:ascii="Sylfaen" w:hAnsi="Sylfaen" w:cs="Sylfaen"/>
          <w:sz w:val="18"/>
          <w:szCs w:val="18"/>
          <w:lang w:val="ka-GE"/>
        </w:rPr>
        <w:t>სამშენებლო</w:t>
      </w:r>
      <w:r w:rsidR="00A74260" w:rsidRPr="00D73BDF">
        <w:rPr>
          <w:rFonts w:cstheme="majorHAnsi"/>
          <w:sz w:val="18"/>
          <w:szCs w:val="18"/>
        </w:rPr>
        <w:t xml:space="preserve"> </w:t>
      </w:r>
      <w:proofErr w:type="spellStart"/>
      <w:r w:rsidR="00A74260" w:rsidRPr="00D73BDF">
        <w:rPr>
          <w:rFonts w:ascii="Sylfaen" w:hAnsi="Sylfaen" w:cs="Sylfaen"/>
          <w:sz w:val="18"/>
          <w:szCs w:val="18"/>
        </w:rPr>
        <w:t>მოედნის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უზრუნველყოფა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შემომსაზღვრელი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ღობით</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საქართველოში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არსებული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სტანდარტების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შესაბამისად</w:t>
      </w:r>
      <w:proofErr w:type="spellEnd"/>
      <w:r w:rsidR="00A74260" w:rsidRPr="00D73BDF">
        <w:rPr>
          <w:rFonts w:cstheme="majorHAnsi"/>
          <w:sz w:val="18"/>
          <w:szCs w:val="18"/>
        </w:rPr>
        <w:t>.</w:t>
      </w:r>
    </w:p>
    <w:p w14:paraId="0B7D0360" w14:textId="23BCC066" w:rsidR="004B6084" w:rsidRPr="00D73BDF" w:rsidRDefault="00CA7982" w:rsidP="005D2B7E">
      <w:pPr>
        <w:ind w:left="360"/>
        <w:jc w:val="both"/>
        <w:rPr>
          <w:rFonts w:cstheme="majorHAnsi"/>
          <w:sz w:val="18"/>
          <w:szCs w:val="18"/>
        </w:rPr>
      </w:pPr>
      <w:r>
        <w:rPr>
          <w:rFonts w:ascii="Sylfaen" w:hAnsi="Sylfaen" w:cs="Sylfaen"/>
          <w:sz w:val="18"/>
          <w:szCs w:val="18"/>
          <w:lang w:val="ka-GE"/>
        </w:rPr>
        <w:t xml:space="preserve">3.1.1.2. </w:t>
      </w:r>
      <w:proofErr w:type="spellStart"/>
      <w:r w:rsidR="00A74260" w:rsidRPr="00D73BDF">
        <w:rPr>
          <w:rFonts w:ascii="Sylfaen" w:hAnsi="Sylfaen" w:cs="Sylfaen"/>
          <w:sz w:val="18"/>
          <w:szCs w:val="18"/>
        </w:rPr>
        <w:t>ამასთან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იმ</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შემთხვევაში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თუ</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ობი</w:t>
      </w:r>
      <w:proofErr w:type="spellEnd"/>
      <w:r w:rsidR="00C84DB4">
        <w:rPr>
          <w:rFonts w:ascii="Sylfaen" w:hAnsi="Sylfaen" w:cs="Sylfaen"/>
          <w:sz w:val="18"/>
          <w:szCs w:val="18"/>
          <w:lang w:val="ka-GE"/>
        </w:rPr>
        <w:t>ე</w:t>
      </w:r>
      <w:proofErr w:type="spellStart"/>
      <w:r w:rsidR="00A74260" w:rsidRPr="00D73BDF">
        <w:rPr>
          <w:rFonts w:ascii="Sylfaen" w:hAnsi="Sylfaen" w:cs="Sylfaen"/>
          <w:sz w:val="18"/>
          <w:szCs w:val="18"/>
        </w:rPr>
        <w:t>ქტის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გადაცემის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მომენტისათვის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დამკვეთის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მიერ</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w:t>
      </w:r>
      <w:proofErr w:type="spellEnd"/>
      <w:r w:rsidR="00A74260" w:rsidRPr="00D73BDF">
        <w:rPr>
          <w:rFonts w:cstheme="majorHAnsi"/>
          <w:sz w:val="18"/>
          <w:szCs w:val="18"/>
        </w:rPr>
        <w:t>/</w:t>
      </w:r>
      <w:proofErr w:type="spellStart"/>
      <w:r w:rsidR="00A74260" w:rsidRPr="00D73BDF">
        <w:rPr>
          <w:rFonts w:ascii="Sylfaen" w:hAnsi="Sylfaen" w:cs="Sylfaen"/>
          <w:sz w:val="18"/>
          <w:szCs w:val="18"/>
        </w:rPr>
        <w:t>ვერ</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იქნება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შესრულებული</w:t>
      </w:r>
      <w:proofErr w:type="spellEnd"/>
      <w:r w:rsidR="00A74260" w:rsidRPr="00D73BDF">
        <w:rPr>
          <w:rFonts w:cstheme="majorHAnsi"/>
          <w:sz w:val="18"/>
          <w:szCs w:val="18"/>
        </w:rPr>
        <w:t xml:space="preserve"> 3.1.1.1 </w:t>
      </w:r>
      <w:proofErr w:type="spellStart"/>
      <w:r w:rsidR="00A74260" w:rsidRPr="00D73BDF">
        <w:rPr>
          <w:rFonts w:ascii="Sylfaen" w:hAnsi="Sylfaen" w:cs="Sylfaen"/>
          <w:sz w:val="18"/>
          <w:szCs w:val="18"/>
        </w:rPr>
        <w:t>პუნქტით</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გათვალისწინებული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რომელიმე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ქმედება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მიღება</w:t>
      </w:r>
      <w:r w:rsidR="00A74260" w:rsidRPr="00D73BDF">
        <w:rPr>
          <w:rFonts w:cstheme="majorHAnsi"/>
          <w:sz w:val="18"/>
          <w:szCs w:val="18"/>
        </w:rPr>
        <w:t>-</w:t>
      </w:r>
      <w:r w:rsidR="00A74260" w:rsidRPr="00D73BDF">
        <w:rPr>
          <w:rFonts w:ascii="Sylfaen" w:hAnsi="Sylfaen" w:cs="Sylfaen"/>
          <w:sz w:val="18"/>
          <w:szCs w:val="18"/>
        </w:rPr>
        <w:t>ჩაბარების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აქტში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მიეთითება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ამის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თაობაზე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განხორციელდება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მენარდის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მიერ</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შესასრულებელი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ვადის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კორექტირება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დაყოვნებული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დღეების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პროპორციულად</w:t>
      </w:r>
      <w:proofErr w:type="spellEnd"/>
      <w:r w:rsidR="00A74260" w:rsidRPr="00D73BDF">
        <w:rPr>
          <w:rFonts w:cstheme="majorHAnsi"/>
          <w:sz w:val="18"/>
          <w:szCs w:val="18"/>
        </w:rPr>
        <w:t xml:space="preserve">. </w:t>
      </w:r>
    </w:p>
    <w:p w14:paraId="093728FB" w14:textId="450B24AB" w:rsidR="004B6084" w:rsidRPr="008150E9" w:rsidRDefault="00A74260" w:rsidP="00185C20">
      <w:pPr>
        <w:jc w:val="both"/>
        <w:rPr>
          <w:rFonts w:cstheme="majorHAnsi"/>
          <w:sz w:val="18"/>
          <w:szCs w:val="18"/>
        </w:rPr>
      </w:pPr>
      <w:r w:rsidRPr="008150E9">
        <w:rPr>
          <w:rFonts w:cstheme="majorHAnsi"/>
          <w:sz w:val="18"/>
          <w:szCs w:val="18"/>
        </w:rPr>
        <w:t>3.2.</w:t>
      </w:r>
      <w:r w:rsidR="001F4CA1" w:rsidRPr="008150E9">
        <w:rPr>
          <w:rFonts w:ascii="Sylfaen" w:hAnsi="Sylfaen" w:cstheme="majorHAnsi"/>
          <w:sz w:val="18"/>
          <w:szCs w:val="18"/>
          <w:lang w:val="ka-GE"/>
        </w:rPr>
        <w:t>1</w:t>
      </w:r>
      <w:r w:rsidRPr="008150E9">
        <w:rPr>
          <w:rFonts w:cstheme="majorHAnsi"/>
          <w:sz w:val="18"/>
          <w:szCs w:val="18"/>
        </w:rPr>
        <w:t>.</w:t>
      </w:r>
      <w:r w:rsidR="001F4CA1" w:rsidRPr="008150E9">
        <w:rPr>
          <w:rFonts w:ascii="Sylfaen" w:hAnsi="Sylfaen" w:cstheme="majorHAnsi"/>
          <w:sz w:val="18"/>
          <w:szCs w:val="18"/>
          <w:lang w:val="ka-GE"/>
        </w:rPr>
        <w:t xml:space="preserve"> </w:t>
      </w:r>
      <w:r w:rsidRPr="008150E9">
        <w:rPr>
          <w:rFonts w:cstheme="majorHAnsi"/>
          <w:sz w:val="18"/>
          <w:szCs w:val="18"/>
        </w:rPr>
        <w:t xml:space="preserve"> </w:t>
      </w:r>
      <w:proofErr w:type="spellStart"/>
      <w:r w:rsidRPr="008150E9">
        <w:rPr>
          <w:rFonts w:ascii="Sylfaen" w:hAnsi="Sylfaen" w:cs="Sylfaen"/>
          <w:sz w:val="18"/>
          <w:szCs w:val="18"/>
        </w:rPr>
        <w:t>უზრუნველყოს</w:t>
      </w:r>
      <w:proofErr w:type="spellEnd"/>
      <w:r w:rsidRPr="008150E9">
        <w:rPr>
          <w:rFonts w:cstheme="majorHAnsi"/>
          <w:sz w:val="18"/>
          <w:szCs w:val="18"/>
        </w:rPr>
        <w:t xml:space="preserve"> </w:t>
      </w:r>
      <w:proofErr w:type="spellStart"/>
      <w:r w:rsidRPr="008150E9">
        <w:rPr>
          <w:rFonts w:ascii="Sylfaen" w:hAnsi="Sylfaen" w:cs="Sylfaen"/>
          <w:sz w:val="18"/>
          <w:szCs w:val="18"/>
        </w:rPr>
        <w:t>მშენებლობის</w:t>
      </w:r>
      <w:proofErr w:type="spellEnd"/>
      <w:r w:rsidRPr="008150E9">
        <w:rPr>
          <w:rFonts w:cstheme="majorHAnsi"/>
          <w:sz w:val="18"/>
          <w:szCs w:val="18"/>
        </w:rPr>
        <w:t xml:space="preserve"> </w:t>
      </w:r>
      <w:proofErr w:type="spellStart"/>
      <w:r w:rsidRPr="008150E9">
        <w:rPr>
          <w:rFonts w:ascii="Sylfaen" w:hAnsi="Sylfaen" w:cs="Sylfaen"/>
          <w:sz w:val="18"/>
          <w:szCs w:val="18"/>
        </w:rPr>
        <w:t>დაფინანსება</w:t>
      </w:r>
      <w:proofErr w:type="spellEnd"/>
      <w:r w:rsidRPr="008150E9">
        <w:rPr>
          <w:rFonts w:cstheme="majorHAnsi"/>
          <w:sz w:val="18"/>
          <w:szCs w:val="18"/>
        </w:rPr>
        <w:t xml:space="preserve"> </w:t>
      </w:r>
      <w:proofErr w:type="spellStart"/>
      <w:r w:rsidRPr="008150E9">
        <w:rPr>
          <w:rFonts w:ascii="Sylfaen" w:hAnsi="Sylfaen" w:cs="Sylfaen"/>
          <w:sz w:val="18"/>
          <w:szCs w:val="18"/>
        </w:rPr>
        <w:t>ხელშეკრულებით</w:t>
      </w:r>
      <w:proofErr w:type="spellEnd"/>
      <w:r w:rsidRPr="008150E9">
        <w:rPr>
          <w:rFonts w:cstheme="majorHAnsi"/>
          <w:sz w:val="18"/>
          <w:szCs w:val="18"/>
        </w:rPr>
        <w:t xml:space="preserve"> </w:t>
      </w:r>
      <w:proofErr w:type="spellStart"/>
      <w:r w:rsidRPr="008150E9">
        <w:rPr>
          <w:rFonts w:ascii="Sylfaen" w:hAnsi="Sylfaen" w:cs="Sylfaen"/>
          <w:sz w:val="18"/>
          <w:szCs w:val="18"/>
        </w:rPr>
        <w:t>დადგენილი</w:t>
      </w:r>
      <w:proofErr w:type="spellEnd"/>
      <w:r w:rsidRPr="008150E9">
        <w:rPr>
          <w:rFonts w:cstheme="majorHAnsi"/>
          <w:sz w:val="18"/>
          <w:szCs w:val="18"/>
        </w:rPr>
        <w:t xml:space="preserve"> </w:t>
      </w:r>
      <w:proofErr w:type="spellStart"/>
      <w:r w:rsidRPr="008150E9">
        <w:rPr>
          <w:rFonts w:ascii="Sylfaen" w:hAnsi="Sylfaen" w:cs="Sylfaen"/>
          <w:sz w:val="18"/>
          <w:szCs w:val="18"/>
        </w:rPr>
        <w:t>წესითა</w:t>
      </w:r>
      <w:proofErr w:type="spellEnd"/>
      <w:r w:rsidRPr="008150E9">
        <w:rPr>
          <w:rFonts w:cstheme="majorHAnsi"/>
          <w:sz w:val="18"/>
          <w:szCs w:val="18"/>
        </w:rPr>
        <w:t xml:space="preserve"> </w:t>
      </w:r>
      <w:proofErr w:type="spellStart"/>
      <w:r w:rsidRPr="008150E9">
        <w:rPr>
          <w:rFonts w:ascii="Sylfaen" w:hAnsi="Sylfaen" w:cs="Sylfaen"/>
          <w:sz w:val="18"/>
          <w:szCs w:val="18"/>
        </w:rPr>
        <w:t>და</w:t>
      </w:r>
      <w:proofErr w:type="spellEnd"/>
      <w:r w:rsidRPr="008150E9">
        <w:rPr>
          <w:rFonts w:cstheme="majorHAnsi"/>
          <w:sz w:val="18"/>
          <w:szCs w:val="18"/>
        </w:rPr>
        <w:t xml:space="preserve"> </w:t>
      </w:r>
      <w:proofErr w:type="spellStart"/>
      <w:r w:rsidRPr="008150E9">
        <w:rPr>
          <w:rFonts w:ascii="Sylfaen" w:hAnsi="Sylfaen" w:cs="Sylfaen"/>
          <w:sz w:val="18"/>
          <w:szCs w:val="18"/>
        </w:rPr>
        <w:t>პირობებით</w:t>
      </w:r>
      <w:proofErr w:type="spellEnd"/>
      <w:r w:rsidRPr="008150E9">
        <w:rPr>
          <w:rFonts w:cstheme="majorHAnsi"/>
          <w:sz w:val="18"/>
          <w:szCs w:val="18"/>
        </w:rPr>
        <w:t>.</w:t>
      </w:r>
    </w:p>
    <w:p w14:paraId="242BCED9" w14:textId="3C39AC80" w:rsidR="004B6084" w:rsidRPr="00D73BDF" w:rsidRDefault="00A74260" w:rsidP="00185C20">
      <w:pPr>
        <w:jc w:val="both"/>
        <w:rPr>
          <w:rFonts w:cstheme="majorHAnsi"/>
          <w:sz w:val="18"/>
          <w:szCs w:val="18"/>
        </w:rPr>
      </w:pPr>
      <w:r w:rsidRPr="00D73BDF">
        <w:rPr>
          <w:rFonts w:cstheme="majorHAnsi"/>
          <w:sz w:val="18"/>
          <w:szCs w:val="18"/>
        </w:rPr>
        <w:t xml:space="preserve">3.2.2. </w:t>
      </w:r>
      <w:proofErr w:type="spellStart"/>
      <w:r w:rsidRPr="00D73BDF">
        <w:rPr>
          <w:rFonts w:ascii="Sylfaen" w:hAnsi="Sylfaen" w:cs="Sylfaen"/>
          <w:sz w:val="18"/>
          <w:szCs w:val="18"/>
        </w:rPr>
        <w:t>მიიღოს</w:t>
      </w:r>
      <w:proofErr w:type="spellEnd"/>
      <w:r w:rsidRPr="00D73BDF">
        <w:rPr>
          <w:rFonts w:cstheme="majorHAnsi"/>
          <w:sz w:val="18"/>
          <w:szCs w:val="18"/>
        </w:rPr>
        <w:t xml:space="preserve"> </w:t>
      </w:r>
      <w:proofErr w:type="spellStart"/>
      <w:r w:rsidRPr="00D73BDF">
        <w:rPr>
          <w:rFonts w:ascii="Sylfaen" w:hAnsi="Sylfaen" w:cs="Sylfaen"/>
          <w:sz w:val="18"/>
          <w:szCs w:val="18"/>
        </w:rPr>
        <w:t>მენარდისაგან</w:t>
      </w:r>
      <w:proofErr w:type="spellEnd"/>
      <w:r w:rsidRPr="00D73BDF">
        <w:rPr>
          <w:rFonts w:cstheme="majorHAnsi"/>
          <w:sz w:val="18"/>
          <w:szCs w:val="18"/>
        </w:rPr>
        <w:t xml:space="preserve"> </w:t>
      </w:r>
      <w:proofErr w:type="spellStart"/>
      <w:r w:rsidRPr="00D73BDF">
        <w:rPr>
          <w:rFonts w:ascii="Sylfaen" w:hAnsi="Sylfaen" w:cs="Sylfaen"/>
          <w:sz w:val="18"/>
          <w:szCs w:val="18"/>
        </w:rPr>
        <w:t>დამთავრებული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სამუშაოები</w:t>
      </w:r>
      <w:proofErr w:type="spellEnd"/>
      <w:r w:rsidRPr="00D73BDF">
        <w:rPr>
          <w:rFonts w:cstheme="majorHAnsi"/>
          <w:sz w:val="18"/>
          <w:szCs w:val="18"/>
        </w:rPr>
        <w:t xml:space="preserve">, </w:t>
      </w:r>
      <w:proofErr w:type="spellStart"/>
      <w:r w:rsidRPr="00D73BDF">
        <w:rPr>
          <w:rFonts w:ascii="Sylfaen" w:hAnsi="Sylfaen" w:cs="Sylfaen"/>
          <w:sz w:val="18"/>
          <w:szCs w:val="18"/>
        </w:rPr>
        <w:t>კალენდარული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გეგმა</w:t>
      </w:r>
      <w:proofErr w:type="spellEnd"/>
      <w:r w:rsidRPr="00D73BDF">
        <w:rPr>
          <w:rFonts w:cstheme="majorHAnsi"/>
          <w:sz w:val="18"/>
          <w:szCs w:val="18"/>
        </w:rPr>
        <w:t xml:space="preserve"> </w:t>
      </w:r>
      <w:proofErr w:type="spellStart"/>
      <w:r w:rsidRPr="00D73BDF">
        <w:rPr>
          <w:rFonts w:ascii="Sylfaen" w:hAnsi="Sylfaen" w:cs="Sylfaen"/>
          <w:sz w:val="18"/>
          <w:szCs w:val="18"/>
        </w:rPr>
        <w:t>გრაფიკით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განსაზღვრული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ეტაპი</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მიღება</w:t>
      </w:r>
      <w:r w:rsidRPr="00D73BDF">
        <w:rPr>
          <w:rFonts w:cstheme="majorHAnsi"/>
          <w:sz w:val="18"/>
          <w:szCs w:val="18"/>
        </w:rPr>
        <w:t>-</w:t>
      </w:r>
      <w:r w:rsidRPr="00D73BDF">
        <w:rPr>
          <w:rFonts w:ascii="Sylfaen" w:hAnsi="Sylfaen" w:cs="Sylfaen"/>
          <w:sz w:val="18"/>
          <w:szCs w:val="18"/>
        </w:rPr>
        <w:t>ჩაბარების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აქტის</w:t>
      </w:r>
      <w:proofErr w:type="spellEnd"/>
      <w:r w:rsidRPr="00D73BDF">
        <w:rPr>
          <w:rFonts w:cstheme="majorHAnsi"/>
          <w:sz w:val="18"/>
          <w:szCs w:val="18"/>
        </w:rPr>
        <w:t xml:space="preserve"> </w:t>
      </w:r>
      <w:r w:rsidR="004C63AE">
        <w:rPr>
          <w:rFonts w:ascii="Sylfaen" w:hAnsi="Sylfaen" w:cstheme="majorHAnsi"/>
          <w:sz w:val="18"/>
          <w:szCs w:val="18"/>
          <w:lang w:val="ka-GE"/>
        </w:rPr>
        <w:t>(</w:t>
      </w:r>
      <w:proofErr w:type="spellStart"/>
      <w:r w:rsidRPr="00D73BDF">
        <w:rPr>
          <w:rFonts w:ascii="Sylfaen" w:hAnsi="Sylfaen" w:cs="Sylfaen"/>
          <w:sz w:val="18"/>
          <w:szCs w:val="18"/>
        </w:rPr>
        <w:t>ფორმა</w:t>
      </w:r>
      <w:proofErr w:type="spellEnd"/>
      <w:r w:rsidR="004C63AE">
        <w:rPr>
          <w:rFonts w:cstheme="majorHAnsi"/>
          <w:sz w:val="18"/>
          <w:szCs w:val="18"/>
        </w:rPr>
        <w:t xml:space="preserve"> №2, №3</w:t>
      </w:r>
      <w:r w:rsidR="004C63AE">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გაფორმებით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ხელმოწერით</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წესითა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ვადებში</w:t>
      </w:r>
      <w:proofErr w:type="spellEnd"/>
      <w:r w:rsidRPr="00D73BDF">
        <w:rPr>
          <w:rFonts w:cstheme="majorHAnsi"/>
          <w:sz w:val="18"/>
          <w:szCs w:val="18"/>
        </w:rPr>
        <w:t>.</w:t>
      </w:r>
    </w:p>
    <w:p w14:paraId="3FAB0E02" w14:textId="5712CB1F" w:rsidR="004B6084" w:rsidRPr="00D73BDF" w:rsidRDefault="00A74260" w:rsidP="00185C20">
      <w:pPr>
        <w:jc w:val="both"/>
        <w:rPr>
          <w:rFonts w:cstheme="majorHAnsi"/>
          <w:sz w:val="18"/>
          <w:szCs w:val="18"/>
        </w:rPr>
      </w:pPr>
      <w:r w:rsidRPr="00D73BDF">
        <w:rPr>
          <w:rFonts w:cstheme="majorHAnsi"/>
          <w:sz w:val="18"/>
          <w:szCs w:val="18"/>
        </w:rPr>
        <w:t xml:space="preserve">3.2.3. </w:t>
      </w:r>
      <w:proofErr w:type="spellStart"/>
      <w:r w:rsidRPr="00D73BDF">
        <w:rPr>
          <w:rFonts w:ascii="Sylfaen" w:hAnsi="Sylfaen" w:cs="Sylfaen"/>
          <w:sz w:val="18"/>
          <w:szCs w:val="18"/>
        </w:rPr>
        <w:t>მიაწოდოს</w:t>
      </w:r>
      <w:proofErr w:type="spellEnd"/>
      <w:r w:rsidRPr="00D73BDF">
        <w:rPr>
          <w:rFonts w:cstheme="majorHAnsi"/>
          <w:sz w:val="18"/>
          <w:szCs w:val="18"/>
        </w:rPr>
        <w:t xml:space="preserve"> </w:t>
      </w:r>
      <w:r w:rsidR="004C63AE">
        <w:rPr>
          <w:rFonts w:ascii="Sylfaen" w:hAnsi="Sylfaen" w:cs="Sylfaen"/>
          <w:sz w:val="18"/>
          <w:szCs w:val="18"/>
          <w:lang w:val="ka-GE"/>
        </w:rPr>
        <w:t>მენარდეს</w:t>
      </w:r>
      <w:r w:rsidRPr="00D73BDF">
        <w:rPr>
          <w:rFonts w:cstheme="majorHAnsi"/>
          <w:sz w:val="18"/>
          <w:szCs w:val="18"/>
        </w:rPr>
        <w:t xml:space="preserve"> </w:t>
      </w:r>
      <w:proofErr w:type="spellStart"/>
      <w:r w:rsidRPr="00D73BDF">
        <w:rPr>
          <w:rFonts w:ascii="Sylfaen" w:hAnsi="Sylfaen" w:cs="Sylfaen"/>
          <w:sz w:val="18"/>
          <w:szCs w:val="18"/>
        </w:rPr>
        <w:t>მის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წერილობით</w:t>
      </w:r>
      <w:proofErr w:type="spellEnd"/>
      <w:r w:rsidRPr="00D73BDF">
        <w:rPr>
          <w:rFonts w:cstheme="majorHAnsi"/>
          <w:sz w:val="18"/>
          <w:szCs w:val="18"/>
        </w:rPr>
        <w:t xml:space="preserve"> </w:t>
      </w:r>
      <w:proofErr w:type="spellStart"/>
      <w:r w:rsidRPr="00D73BDF">
        <w:rPr>
          <w:rFonts w:ascii="Sylfaen" w:hAnsi="Sylfaen" w:cs="Sylfaen"/>
          <w:sz w:val="18"/>
          <w:szCs w:val="18"/>
        </w:rPr>
        <w:t>მოთხოვნილი</w:t>
      </w:r>
      <w:proofErr w:type="spellEnd"/>
      <w:r w:rsidRPr="00D73BDF">
        <w:rPr>
          <w:rFonts w:cstheme="majorHAnsi"/>
          <w:sz w:val="18"/>
          <w:szCs w:val="18"/>
        </w:rPr>
        <w:t xml:space="preserve"> </w:t>
      </w:r>
      <w:proofErr w:type="spellStart"/>
      <w:r w:rsidRPr="00D73BDF">
        <w:rPr>
          <w:rFonts w:ascii="Sylfaen" w:hAnsi="Sylfaen" w:cs="Sylfaen"/>
          <w:sz w:val="18"/>
          <w:szCs w:val="18"/>
        </w:rPr>
        <w:t>მშენებლობის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წარმოებისათვის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აუცილებელი</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დოკუმენტაცია</w:t>
      </w:r>
      <w:proofErr w:type="spellEnd"/>
      <w:r w:rsidRPr="00D73BDF">
        <w:rPr>
          <w:rFonts w:cstheme="majorHAnsi"/>
          <w:sz w:val="18"/>
          <w:szCs w:val="18"/>
        </w:rPr>
        <w:t xml:space="preserve">. </w:t>
      </w:r>
    </w:p>
    <w:p w14:paraId="20453EE4" w14:textId="79CF8146" w:rsidR="004B6084" w:rsidRDefault="00A74260" w:rsidP="00185C20">
      <w:pPr>
        <w:jc w:val="both"/>
        <w:rPr>
          <w:rFonts w:cstheme="majorHAnsi"/>
          <w:sz w:val="18"/>
          <w:szCs w:val="18"/>
        </w:rPr>
      </w:pPr>
      <w:r w:rsidRPr="00D73BDF">
        <w:rPr>
          <w:rFonts w:cstheme="majorHAnsi"/>
          <w:sz w:val="18"/>
          <w:szCs w:val="18"/>
        </w:rPr>
        <w:t xml:space="preserve">3.2.4.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მოქმედების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მთელ</w:t>
      </w:r>
      <w:proofErr w:type="spellEnd"/>
      <w:r w:rsidRPr="00D73BDF">
        <w:rPr>
          <w:rFonts w:cstheme="majorHAnsi"/>
          <w:sz w:val="18"/>
          <w:szCs w:val="18"/>
        </w:rPr>
        <w:t xml:space="preserve"> </w:t>
      </w:r>
      <w:proofErr w:type="spellStart"/>
      <w:r w:rsidRPr="00D73BDF">
        <w:rPr>
          <w:rFonts w:ascii="Sylfaen" w:hAnsi="Sylfaen" w:cs="Sylfaen"/>
          <w:sz w:val="18"/>
          <w:szCs w:val="18"/>
        </w:rPr>
        <w:t>პერიოდზე</w:t>
      </w:r>
      <w:proofErr w:type="spellEnd"/>
      <w:r w:rsidRPr="00D73BDF">
        <w:rPr>
          <w:rFonts w:cstheme="majorHAnsi"/>
          <w:sz w:val="18"/>
          <w:szCs w:val="18"/>
        </w:rPr>
        <w:t xml:space="preserve"> </w:t>
      </w:r>
      <w:proofErr w:type="spellStart"/>
      <w:r w:rsidRPr="00D73BDF">
        <w:rPr>
          <w:rFonts w:ascii="Sylfaen" w:hAnsi="Sylfaen" w:cs="Sylfaen"/>
          <w:sz w:val="18"/>
          <w:szCs w:val="18"/>
        </w:rPr>
        <w:t>დანიშნოს</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წერილობით</w:t>
      </w:r>
      <w:proofErr w:type="spellEnd"/>
      <w:r w:rsidRPr="00D73BDF">
        <w:rPr>
          <w:rFonts w:cstheme="majorHAnsi"/>
          <w:sz w:val="18"/>
          <w:szCs w:val="18"/>
        </w:rPr>
        <w:t xml:space="preserve"> </w:t>
      </w:r>
      <w:proofErr w:type="spellStart"/>
      <w:r w:rsidRPr="00D73BDF">
        <w:rPr>
          <w:rFonts w:ascii="Sylfaen" w:hAnsi="Sylfaen" w:cs="Sylfaen"/>
          <w:sz w:val="18"/>
          <w:szCs w:val="18"/>
        </w:rPr>
        <w:t>შეატყობინოს</w:t>
      </w:r>
      <w:proofErr w:type="spellEnd"/>
      <w:r w:rsidRPr="00D73BDF">
        <w:rPr>
          <w:rFonts w:cstheme="majorHAnsi"/>
          <w:sz w:val="18"/>
          <w:szCs w:val="18"/>
        </w:rPr>
        <w:t xml:space="preserve"> </w:t>
      </w:r>
      <w:r w:rsidR="004C63AE">
        <w:rPr>
          <w:rFonts w:ascii="Sylfaen" w:hAnsi="Sylfaen" w:cs="Sylfaen"/>
          <w:sz w:val="18"/>
          <w:szCs w:val="18"/>
          <w:lang w:val="ka-GE"/>
        </w:rPr>
        <w:t xml:space="preserve">მენარდეს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სრულუფლებიანი</w:t>
      </w:r>
      <w:proofErr w:type="spellEnd"/>
      <w:r w:rsidRPr="00D73BDF">
        <w:rPr>
          <w:rFonts w:cstheme="majorHAnsi"/>
          <w:sz w:val="18"/>
          <w:szCs w:val="18"/>
        </w:rPr>
        <w:t xml:space="preserve"> </w:t>
      </w:r>
      <w:proofErr w:type="spellStart"/>
      <w:r w:rsidRPr="00D73BDF">
        <w:rPr>
          <w:rFonts w:ascii="Sylfaen" w:hAnsi="Sylfaen" w:cs="Sylfaen"/>
          <w:sz w:val="18"/>
          <w:szCs w:val="18"/>
        </w:rPr>
        <w:t>წარმომადგენლ</w:t>
      </w:r>
      <w:proofErr w:type="spellEnd"/>
      <w:r w:rsidRPr="00D73BDF">
        <w:rPr>
          <w:rFonts w:cstheme="majorHAnsi"/>
          <w:sz w:val="18"/>
          <w:szCs w:val="18"/>
        </w:rPr>
        <w:t>(</w:t>
      </w:r>
      <w:proofErr w:type="spellStart"/>
      <w:r w:rsidRPr="00D73BDF">
        <w:rPr>
          <w:rFonts w:ascii="Sylfaen" w:hAnsi="Sylfaen" w:cs="Sylfaen"/>
          <w:sz w:val="18"/>
          <w:szCs w:val="18"/>
        </w:rPr>
        <w:t>ებ</w:t>
      </w:r>
      <w:proofErr w:type="spellEnd"/>
      <w:r w:rsidRPr="00D73BDF">
        <w:rPr>
          <w:rFonts w:cstheme="majorHAnsi"/>
          <w:sz w:val="18"/>
          <w:szCs w:val="18"/>
        </w:rPr>
        <w:t>)</w:t>
      </w:r>
      <w:proofErr w:type="spellStart"/>
      <w:r w:rsidRPr="00D73BDF">
        <w:rPr>
          <w:rFonts w:ascii="Sylfaen" w:hAnsi="Sylfaen" w:cs="Sylfaen"/>
          <w:sz w:val="18"/>
          <w:szCs w:val="18"/>
        </w:rPr>
        <w:t>ის</w:t>
      </w:r>
      <w:proofErr w:type="spellEnd"/>
      <w:r w:rsidRPr="00D73BDF">
        <w:rPr>
          <w:rFonts w:cstheme="majorHAnsi"/>
          <w:sz w:val="18"/>
          <w:szCs w:val="18"/>
        </w:rPr>
        <w:t xml:space="preserve"> </w:t>
      </w:r>
      <w:proofErr w:type="spellStart"/>
      <w:r w:rsidRPr="00D73BDF">
        <w:rPr>
          <w:rFonts w:ascii="Sylfaen" w:hAnsi="Sylfaen" w:cs="Sylfaen"/>
          <w:sz w:val="18"/>
          <w:szCs w:val="18"/>
        </w:rPr>
        <w:t>ვინაობა</w:t>
      </w:r>
      <w:proofErr w:type="spellEnd"/>
      <w:r w:rsidRPr="00D73BDF">
        <w:rPr>
          <w:rFonts w:cstheme="majorHAnsi"/>
          <w:sz w:val="18"/>
          <w:szCs w:val="18"/>
        </w:rPr>
        <w:t xml:space="preserve">, </w:t>
      </w:r>
      <w:proofErr w:type="spellStart"/>
      <w:r w:rsidRPr="00D73BDF">
        <w:rPr>
          <w:rFonts w:ascii="Sylfaen" w:hAnsi="Sylfaen" w:cs="Sylfaen"/>
          <w:sz w:val="18"/>
          <w:szCs w:val="18"/>
        </w:rPr>
        <w:t>რომელსაც</w:t>
      </w:r>
      <w:proofErr w:type="spellEnd"/>
      <w:r w:rsidRPr="00D73BDF">
        <w:rPr>
          <w:rFonts w:cstheme="majorHAnsi"/>
          <w:sz w:val="18"/>
          <w:szCs w:val="18"/>
        </w:rPr>
        <w:t xml:space="preserve"> </w:t>
      </w:r>
      <w:proofErr w:type="spellStart"/>
      <w:r w:rsidRPr="00D73BDF">
        <w:rPr>
          <w:rFonts w:ascii="Sylfaen" w:hAnsi="Sylfaen" w:cs="Sylfaen"/>
          <w:sz w:val="18"/>
          <w:szCs w:val="18"/>
        </w:rPr>
        <w:t>ექნება</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w:t>
      </w:r>
      <w:proofErr w:type="spellEnd"/>
      <w:r w:rsidRPr="00D73BDF">
        <w:rPr>
          <w:rFonts w:cstheme="majorHAnsi"/>
          <w:sz w:val="18"/>
          <w:szCs w:val="18"/>
        </w:rPr>
        <w:t xml:space="preserve">, </w:t>
      </w:r>
      <w:proofErr w:type="spellStart"/>
      <w:r w:rsidRPr="00D73BDF">
        <w:rPr>
          <w:rFonts w:ascii="Sylfaen" w:hAnsi="Sylfaen" w:cs="Sylfaen"/>
          <w:sz w:val="18"/>
          <w:szCs w:val="18"/>
        </w:rPr>
        <w:t>იმოქმედოს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lastRenderedPageBreak/>
        <w:t>სახელით</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დაადასტუროს</w:t>
      </w:r>
      <w:proofErr w:type="spellEnd"/>
      <w:r w:rsidRPr="00D73BDF">
        <w:rPr>
          <w:rFonts w:cstheme="majorHAnsi"/>
          <w:sz w:val="18"/>
          <w:szCs w:val="18"/>
        </w:rPr>
        <w:t xml:space="preserve"> </w:t>
      </w:r>
      <w:proofErr w:type="spellStart"/>
      <w:r w:rsidRPr="00D73BDF">
        <w:rPr>
          <w:rFonts w:ascii="Sylfaen" w:hAnsi="Sylfaen" w:cs="Sylfaen"/>
          <w:sz w:val="18"/>
          <w:szCs w:val="18"/>
        </w:rPr>
        <w:t>ხელმოწერებით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ფარული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აქტები</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მიღება</w:t>
      </w:r>
      <w:r w:rsidRPr="00D73BDF">
        <w:rPr>
          <w:rFonts w:cstheme="majorHAnsi"/>
          <w:sz w:val="18"/>
          <w:szCs w:val="18"/>
        </w:rPr>
        <w:t>-</w:t>
      </w:r>
      <w:r w:rsidRPr="00D73BDF">
        <w:rPr>
          <w:rFonts w:ascii="Sylfaen" w:hAnsi="Sylfaen" w:cs="Sylfaen"/>
          <w:sz w:val="18"/>
          <w:szCs w:val="18"/>
        </w:rPr>
        <w:t>ჩაბარების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აქტები</w:t>
      </w:r>
      <w:proofErr w:type="spellEnd"/>
      <w:r w:rsidRPr="00D73BDF">
        <w:rPr>
          <w:rFonts w:cstheme="majorHAnsi"/>
          <w:sz w:val="18"/>
          <w:szCs w:val="18"/>
        </w:rPr>
        <w:t xml:space="preserve"> </w:t>
      </w:r>
      <w:r w:rsidR="004C63AE">
        <w:rPr>
          <w:rFonts w:ascii="Sylfaen" w:hAnsi="Sylfaen" w:cstheme="majorHAnsi"/>
          <w:sz w:val="18"/>
          <w:szCs w:val="18"/>
          <w:lang w:val="ka-GE"/>
        </w:rPr>
        <w:t>(</w:t>
      </w:r>
      <w:proofErr w:type="spellStart"/>
      <w:r w:rsidRPr="00D73BDF">
        <w:rPr>
          <w:rFonts w:ascii="Sylfaen" w:hAnsi="Sylfaen" w:cs="Sylfaen"/>
          <w:sz w:val="18"/>
          <w:szCs w:val="18"/>
        </w:rPr>
        <w:t>ფორმა</w:t>
      </w:r>
      <w:proofErr w:type="spellEnd"/>
      <w:r w:rsidRPr="00D73BDF">
        <w:rPr>
          <w:rFonts w:cstheme="majorHAnsi"/>
          <w:sz w:val="18"/>
          <w:szCs w:val="18"/>
        </w:rPr>
        <w:t xml:space="preserve"> №2, №3</w:t>
      </w:r>
      <w:r w:rsidR="004C63AE">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ტექნიკური</w:t>
      </w:r>
      <w:proofErr w:type="spellEnd"/>
      <w:r w:rsidRPr="00D73BDF">
        <w:rPr>
          <w:rFonts w:cstheme="majorHAnsi"/>
          <w:sz w:val="18"/>
          <w:szCs w:val="18"/>
        </w:rPr>
        <w:t xml:space="preserve">, </w:t>
      </w:r>
      <w:proofErr w:type="spellStart"/>
      <w:r w:rsidRPr="00D73BDF">
        <w:rPr>
          <w:rFonts w:ascii="Sylfaen" w:hAnsi="Sylfaen" w:cs="Sylfaen"/>
          <w:sz w:val="18"/>
          <w:szCs w:val="18"/>
        </w:rPr>
        <w:t>საბუღალტრო</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სხვა</w:t>
      </w:r>
      <w:proofErr w:type="spellEnd"/>
      <w:r w:rsidRPr="00D73BDF">
        <w:rPr>
          <w:rFonts w:cstheme="majorHAnsi"/>
          <w:sz w:val="18"/>
          <w:szCs w:val="18"/>
        </w:rPr>
        <w:t xml:space="preserve"> </w:t>
      </w:r>
      <w:proofErr w:type="spellStart"/>
      <w:r w:rsidRPr="00D73BDF">
        <w:rPr>
          <w:rFonts w:ascii="Sylfaen" w:hAnsi="Sylfaen" w:cs="Sylfaen"/>
          <w:sz w:val="18"/>
          <w:szCs w:val="18"/>
        </w:rPr>
        <w:t>სახის</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დოკუმენტაცია</w:t>
      </w:r>
      <w:proofErr w:type="spellEnd"/>
      <w:r w:rsidRPr="00D73BDF">
        <w:rPr>
          <w:rFonts w:cstheme="majorHAnsi"/>
          <w:sz w:val="18"/>
          <w:szCs w:val="18"/>
        </w:rPr>
        <w:t>.</w:t>
      </w:r>
    </w:p>
    <w:p w14:paraId="25491EA7" w14:textId="1103C8A0" w:rsidR="003E0131" w:rsidRPr="00D73BDF" w:rsidRDefault="003E0131" w:rsidP="00185C20">
      <w:pPr>
        <w:jc w:val="both"/>
        <w:rPr>
          <w:rFonts w:cstheme="majorHAnsi"/>
          <w:sz w:val="18"/>
          <w:szCs w:val="18"/>
        </w:rPr>
      </w:pPr>
      <w:r w:rsidRPr="00D73BDF">
        <w:rPr>
          <w:rFonts w:cstheme="majorHAnsi"/>
          <w:sz w:val="18"/>
          <w:szCs w:val="18"/>
        </w:rPr>
        <w:t>3.2.</w:t>
      </w:r>
      <w:r w:rsidR="00D170A3">
        <w:rPr>
          <w:rFonts w:ascii="Sylfaen" w:hAnsi="Sylfaen" w:cstheme="majorHAnsi"/>
          <w:sz w:val="18"/>
          <w:szCs w:val="18"/>
          <w:lang w:val="ka-GE"/>
        </w:rPr>
        <w:t>5</w:t>
      </w:r>
      <w:r w:rsidRPr="00D73BDF">
        <w:rPr>
          <w:rFonts w:cstheme="majorHAnsi"/>
          <w:sz w:val="18"/>
          <w:szCs w:val="18"/>
        </w:rPr>
        <w:t xml:space="preserve">. </w:t>
      </w:r>
      <w:proofErr w:type="spellStart"/>
      <w:r w:rsidRPr="00D73BDF">
        <w:rPr>
          <w:rFonts w:ascii="Sylfaen" w:hAnsi="Sylfaen" w:cs="Sylfaen"/>
          <w:sz w:val="18"/>
          <w:szCs w:val="18"/>
        </w:rPr>
        <w:t>უზრუნველყოს</w:t>
      </w:r>
      <w:proofErr w:type="spellEnd"/>
      <w:r w:rsidRPr="00D73BDF">
        <w:rPr>
          <w:rFonts w:cstheme="majorHAnsi"/>
          <w:sz w:val="18"/>
          <w:szCs w:val="18"/>
        </w:rPr>
        <w:t xml:space="preserve"> </w:t>
      </w:r>
      <w:r>
        <w:rPr>
          <w:rFonts w:ascii="Sylfaen" w:hAnsi="Sylfaen" w:cs="Sylfaen"/>
          <w:sz w:val="18"/>
          <w:szCs w:val="18"/>
          <w:lang w:val="ka-GE"/>
        </w:rPr>
        <w:t xml:space="preserve">ქვაბულის და მიწის </w:t>
      </w:r>
      <w:proofErr w:type="spellStart"/>
      <w:r w:rsidRPr="00D73BDF">
        <w:rPr>
          <w:rFonts w:ascii="Sylfaen" w:hAnsi="Sylfaen" w:cs="Sylfaen"/>
          <w:sz w:val="18"/>
          <w:szCs w:val="18"/>
        </w:rPr>
        <w:t>სამუშაოები</w:t>
      </w:r>
      <w:proofErr w:type="spellEnd"/>
      <w:r w:rsidRPr="00D73BDF">
        <w:rPr>
          <w:rFonts w:cstheme="majorHAnsi"/>
          <w:sz w:val="18"/>
          <w:szCs w:val="18"/>
        </w:rPr>
        <w:t xml:space="preserve"> </w:t>
      </w:r>
      <w:proofErr w:type="spellStart"/>
      <w:r w:rsidRPr="00D73BDF">
        <w:rPr>
          <w:rFonts w:ascii="Sylfaen" w:hAnsi="Sylfaen" w:cs="Sylfaen"/>
          <w:sz w:val="18"/>
          <w:szCs w:val="18"/>
        </w:rPr>
        <w:t>წინამდებარე</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6.1 </w:t>
      </w:r>
      <w:proofErr w:type="spellStart"/>
      <w:r w:rsidRPr="00D73BDF">
        <w:rPr>
          <w:rFonts w:ascii="Sylfaen" w:hAnsi="Sylfaen" w:cs="Sylfaen"/>
          <w:sz w:val="18"/>
          <w:szCs w:val="18"/>
        </w:rPr>
        <w:t>მუხლით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განსაზღვრული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მასალით</w:t>
      </w:r>
      <w:proofErr w:type="spellEnd"/>
      <w:r w:rsidRPr="00D73BDF">
        <w:rPr>
          <w:rFonts w:cstheme="majorHAnsi"/>
          <w:sz w:val="18"/>
          <w:szCs w:val="18"/>
        </w:rPr>
        <w:t xml:space="preserve">, </w:t>
      </w:r>
      <w:r w:rsidRPr="00D73BDF">
        <w:rPr>
          <w:rFonts w:ascii="Sylfaen" w:hAnsi="Sylfaen" w:cs="Sylfaen"/>
          <w:sz w:val="18"/>
          <w:szCs w:val="18"/>
        </w:rPr>
        <w:t>მე</w:t>
      </w:r>
      <w:r w:rsidRPr="00D73BDF">
        <w:rPr>
          <w:rFonts w:cstheme="majorHAnsi"/>
          <w:sz w:val="18"/>
          <w:szCs w:val="18"/>
        </w:rPr>
        <w:t xml:space="preserve">-6 </w:t>
      </w:r>
      <w:proofErr w:type="spellStart"/>
      <w:r w:rsidRPr="00D73BDF">
        <w:rPr>
          <w:rFonts w:ascii="Sylfaen" w:hAnsi="Sylfaen" w:cs="Sylfaen"/>
          <w:sz w:val="18"/>
          <w:szCs w:val="18"/>
        </w:rPr>
        <w:t>მუხლით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განსაზღვრული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პირობების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დაცვით</w:t>
      </w:r>
      <w:proofErr w:type="spellEnd"/>
      <w:r w:rsidRPr="00D73BDF">
        <w:rPr>
          <w:rFonts w:cstheme="majorHAnsi"/>
          <w:sz w:val="18"/>
          <w:szCs w:val="18"/>
        </w:rPr>
        <w:t>.</w:t>
      </w:r>
    </w:p>
    <w:p w14:paraId="299DFA55" w14:textId="4979B2F6" w:rsidR="004B6084" w:rsidRPr="00D73BDF" w:rsidRDefault="00A74260" w:rsidP="00185C20">
      <w:pPr>
        <w:jc w:val="both"/>
        <w:rPr>
          <w:rFonts w:cstheme="majorHAnsi"/>
          <w:sz w:val="18"/>
          <w:szCs w:val="18"/>
        </w:rPr>
      </w:pPr>
      <w:r w:rsidRPr="00D73BDF">
        <w:rPr>
          <w:rFonts w:cstheme="majorHAnsi"/>
          <w:sz w:val="18"/>
          <w:szCs w:val="18"/>
        </w:rPr>
        <w:t>3.2.</w:t>
      </w:r>
      <w:r w:rsidR="00D170A3">
        <w:rPr>
          <w:rFonts w:ascii="Sylfaen" w:hAnsi="Sylfaen" w:cstheme="majorHAnsi"/>
          <w:sz w:val="18"/>
          <w:szCs w:val="18"/>
          <w:lang w:val="ka-GE"/>
        </w:rPr>
        <w:t>6</w:t>
      </w:r>
      <w:r w:rsidRPr="00D73BDF">
        <w:rPr>
          <w:rFonts w:cstheme="majorHAnsi"/>
          <w:sz w:val="18"/>
          <w:szCs w:val="18"/>
        </w:rPr>
        <w:t xml:space="preserve">. </w:t>
      </w:r>
      <w:proofErr w:type="spellStart"/>
      <w:r w:rsidRPr="00D73BDF">
        <w:rPr>
          <w:rFonts w:ascii="Sylfaen" w:hAnsi="Sylfaen" w:cs="Sylfaen"/>
          <w:sz w:val="18"/>
          <w:szCs w:val="18"/>
        </w:rPr>
        <w:t>წინამდებარე</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ხელმოწერიდან</w:t>
      </w:r>
      <w:proofErr w:type="spellEnd"/>
      <w:r w:rsidRPr="00D73BDF">
        <w:rPr>
          <w:rFonts w:cstheme="majorHAnsi"/>
          <w:sz w:val="18"/>
          <w:szCs w:val="18"/>
        </w:rPr>
        <w:t xml:space="preserve"> </w:t>
      </w:r>
      <w:proofErr w:type="spellStart"/>
      <w:r w:rsidRPr="00D73BDF">
        <w:rPr>
          <w:rFonts w:ascii="Sylfaen" w:hAnsi="Sylfaen" w:cs="Sylfaen"/>
          <w:sz w:val="18"/>
          <w:szCs w:val="18"/>
        </w:rPr>
        <w:t>არაუგვიანეს</w:t>
      </w:r>
      <w:proofErr w:type="spellEnd"/>
      <w:r w:rsidRPr="00D73BDF">
        <w:rPr>
          <w:rFonts w:cstheme="majorHAnsi"/>
          <w:sz w:val="18"/>
          <w:szCs w:val="18"/>
        </w:rPr>
        <w:t xml:space="preserve"> 14 (</w:t>
      </w:r>
      <w:proofErr w:type="spellStart"/>
      <w:r w:rsidRPr="00D73BDF">
        <w:rPr>
          <w:rFonts w:ascii="Sylfaen" w:hAnsi="Sylfaen" w:cs="Sylfaen"/>
          <w:sz w:val="18"/>
          <w:szCs w:val="18"/>
        </w:rPr>
        <w:t>თოთხმეტი</w:t>
      </w:r>
      <w:proofErr w:type="spellEnd"/>
      <w:r w:rsidRPr="00D73BDF">
        <w:rPr>
          <w:rFonts w:cstheme="majorHAnsi"/>
          <w:sz w:val="18"/>
          <w:szCs w:val="18"/>
        </w:rPr>
        <w:t xml:space="preserve">) </w:t>
      </w:r>
      <w:proofErr w:type="spellStart"/>
      <w:r w:rsidRPr="00D73BDF">
        <w:rPr>
          <w:rFonts w:ascii="Sylfaen" w:hAnsi="Sylfaen" w:cs="Sylfaen"/>
          <w:sz w:val="18"/>
          <w:szCs w:val="18"/>
        </w:rPr>
        <w:t>კალენდარული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დღის</w:t>
      </w:r>
      <w:proofErr w:type="spellEnd"/>
      <w:r w:rsidRPr="00D73BDF">
        <w:rPr>
          <w:rFonts w:cstheme="majorHAnsi"/>
          <w:sz w:val="18"/>
          <w:szCs w:val="18"/>
        </w:rPr>
        <w:t xml:space="preserve"> </w:t>
      </w:r>
      <w:proofErr w:type="spellStart"/>
      <w:r w:rsidRPr="00D73BDF">
        <w:rPr>
          <w:rFonts w:ascii="Sylfaen" w:hAnsi="Sylfaen" w:cs="Sylfaen"/>
          <w:sz w:val="18"/>
          <w:szCs w:val="18"/>
        </w:rPr>
        <w:t>ვადაში</w:t>
      </w:r>
      <w:proofErr w:type="spellEnd"/>
      <w:r w:rsidRPr="00D73BDF">
        <w:rPr>
          <w:rFonts w:cstheme="majorHAnsi"/>
          <w:sz w:val="18"/>
          <w:szCs w:val="18"/>
        </w:rPr>
        <w:t xml:space="preserve"> </w:t>
      </w:r>
      <w:proofErr w:type="spellStart"/>
      <w:r w:rsidRPr="00D73BDF">
        <w:rPr>
          <w:rFonts w:ascii="Sylfaen" w:hAnsi="Sylfaen" w:cs="Sylfaen"/>
          <w:sz w:val="18"/>
          <w:szCs w:val="18"/>
        </w:rPr>
        <w:t>მიაწოდოს</w:t>
      </w:r>
      <w:proofErr w:type="spellEnd"/>
      <w:r w:rsidRPr="00D73BDF">
        <w:rPr>
          <w:rFonts w:cstheme="majorHAnsi"/>
          <w:sz w:val="18"/>
          <w:szCs w:val="18"/>
        </w:rPr>
        <w:t xml:space="preserve"> </w:t>
      </w:r>
      <w:r w:rsidR="004C63AE">
        <w:rPr>
          <w:rFonts w:ascii="Sylfaen" w:hAnsi="Sylfaen" w:cs="Sylfaen"/>
          <w:sz w:val="18"/>
          <w:szCs w:val="18"/>
          <w:lang w:val="ka-GE"/>
        </w:rPr>
        <w:t>მენარდეს</w:t>
      </w:r>
      <w:r w:rsidRPr="00D73BDF">
        <w:rPr>
          <w:rFonts w:cstheme="majorHAnsi"/>
          <w:sz w:val="18"/>
          <w:szCs w:val="18"/>
        </w:rPr>
        <w:t xml:space="preserve"> </w:t>
      </w:r>
      <w:proofErr w:type="spellStart"/>
      <w:r w:rsidRPr="00D73BDF">
        <w:rPr>
          <w:rFonts w:ascii="Sylfaen" w:hAnsi="Sylfaen" w:cs="Sylfaen"/>
          <w:sz w:val="18"/>
          <w:szCs w:val="18"/>
        </w:rPr>
        <w:t>საპროექტო</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დოკუმენტაცია</w:t>
      </w:r>
      <w:proofErr w:type="spellEnd"/>
      <w:r w:rsidRPr="00D73BDF">
        <w:rPr>
          <w:rFonts w:cstheme="majorHAnsi"/>
          <w:sz w:val="18"/>
          <w:szCs w:val="18"/>
        </w:rPr>
        <w:t xml:space="preserve">. </w:t>
      </w:r>
      <w:proofErr w:type="spellStart"/>
      <w:r w:rsidRPr="00D73BDF">
        <w:rPr>
          <w:rFonts w:ascii="Sylfaen" w:hAnsi="Sylfaen" w:cs="Sylfaen"/>
          <w:sz w:val="18"/>
          <w:szCs w:val="18"/>
        </w:rPr>
        <w:t>მხარეები</w:t>
      </w:r>
      <w:proofErr w:type="spellEnd"/>
      <w:r w:rsidRPr="00D73BDF">
        <w:rPr>
          <w:rFonts w:cstheme="majorHAnsi"/>
          <w:sz w:val="18"/>
          <w:szCs w:val="18"/>
        </w:rPr>
        <w:t xml:space="preserve"> </w:t>
      </w:r>
      <w:proofErr w:type="spellStart"/>
      <w:r w:rsidRPr="00D73BDF">
        <w:rPr>
          <w:rFonts w:ascii="Sylfaen" w:hAnsi="Sylfaen" w:cs="Sylfaen"/>
          <w:sz w:val="18"/>
          <w:szCs w:val="18"/>
        </w:rPr>
        <w:t>ვთანმდებით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რომ</w:t>
      </w:r>
      <w:proofErr w:type="spellEnd"/>
      <w:r w:rsidRPr="00D73BDF">
        <w:rPr>
          <w:rFonts w:cstheme="majorHAnsi"/>
          <w:sz w:val="18"/>
          <w:szCs w:val="18"/>
        </w:rPr>
        <w:t xml:space="preserve"> </w:t>
      </w:r>
      <w:proofErr w:type="spellStart"/>
      <w:r w:rsidRPr="00D73BDF">
        <w:rPr>
          <w:rFonts w:ascii="Sylfaen" w:hAnsi="Sylfaen" w:cs="Sylfaen"/>
          <w:sz w:val="18"/>
          <w:szCs w:val="18"/>
        </w:rPr>
        <w:t>ამ</w:t>
      </w:r>
      <w:proofErr w:type="spellEnd"/>
      <w:r w:rsidRPr="00D73BDF">
        <w:rPr>
          <w:rFonts w:cstheme="majorHAnsi"/>
          <w:sz w:val="18"/>
          <w:szCs w:val="18"/>
        </w:rPr>
        <w:t xml:space="preserve"> </w:t>
      </w:r>
      <w:proofErr w:type="spellStart"/>
      <w:r w:rsidRPr="00D73BDF">
        <w:rPr>
          <w:rFonts w:ascii="Sylfaen" w:hAnsi="Sylfaen" w:cs="Sylfaen"/>
          <w:sz w:val="18"/>
          <w:szCs w:val="18"/>
        </w:rPr>
        <w:t>მუხლის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მიზნებისათვის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ტერმინში</w:t>
      </w:r>
      <w:proofErr w:type="spellEnd"/>
      <w:r w:rsidRPr="00D73BDF">
        <w:rPr>
          <w:rFonts w:cstheme="majorHAnsi"/>
          <w:sz w:val="18"/>
          <w:szCs w:val="18"/>
        </w:rPr>
        <w:t xml:space="preserve"> „</w:t>
      </w:r>
      <w:proofErr w:type="spellStart"/>
      <w:r w:rsidRPr="00D73BDF">
        <w:rPr>
          <w:rFonts w:ascii="Sylfaen" w:hAnsi="Sylfaen" w:cs="Sylfaen"/>
          <w:sz w:val="18"/>
          <w:szCs w:val="18"/>
        </w:rPr>
        <w:t>საპროექტო</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დოკუმენტაცია</w:t>
      </w:r>
      <w:proofErr w:type="spellEnd"/>
      <w:r w:rsidRPr="00D73BDF">
        <w:rPr>
          <w:rFonts w:cstheme="majorHAnsi"/>
          <w:sz w:val="18"/>
          <w:szCs w:val="18"/>
        </w:rPr>
        <w:t>“</w:t>
      </w:r>
      <w:r w:rsidR="004C63AE">
        <w:rPr>
          <w:rFonts w:ascii="Sylfaen" w:hAnsi="Sylfaen" w:cstheme="majorHAnsi"/>
          <w:sz w:val="18"/>
          <w:szCs w:val="18"/>
          <w:lang w:val="ka-GE"/>
        </w:rPr>
        <w:t xml:space="preserve"> </w:t>
      </w:r>
      <w:proofErr w:type="spellStart"/>
      <w:r w:rsidRPr="00D73BDF">
        <w:rPr>
          <w:rFonts w:ascii="Sylfaen" w:hAnsi="Sylfaen" w:cs="Sylfaen"/>
          <w:sz w:val="18"/>
          <w:szCs w:val="18"/>
        </w:rPr>
        <w:t>იგულისხმება</w:t>
      </w:r>
      <w:proofErr w:type="spellEnd"/>
      <w:r w:rsidRPr="00D73BDF">
        <w:rPr>
          <w:rFonts w:cstheme="majorHAnsi"/>
          <w:sz w:val="18"/>
          <w:szCs w:val="18"/>
        </w:rPr>
        <w:t xml:space="preserve">: </w:t>
      </w:r>
      <w:r w:rsidR="00D170A3">
        <w:rPr>
          <w:rFonts w:ascii="Sylfaen" w:hAnsi="Sylfaen" w:cs="Sylfaen"/>
          <w:sz w:val="18"/>
          <w:szCs w:val="18"/>
          <w:lang w:val="ka-GE"/>
        </w:rPr>
        <w:t>ქვაბულის და მიწის სამუშაოების საპროექტო დოკუმენტაცია</w:t>
      </w:r>
      <w:r w:rsidRPr="00D73BDF">
        <w:rPr>
          <w:rFonts w:cstheme="majorHAnsi"/>
          <w:sz w:val="18"/>
          <w:szCs w:val="18"/>
        </w:rPr>
        <w:t xml:space="preserve">, </w:t>
      </w:r>
      <w:proofErr w:type="spellStart"/>
      <w:r w:rsidRPr="00D73BDF">
        <w:rPr>
          <w:rFonts w:ascii="Sylfaen" w:hAnsi="Sylfaen" w:cs="Sylfaen"/>
          <w:sz w:val="18"/>
          <w:szCs w:val="18"/>
        </w:rPr>
        <w:t>მიწისქვეშა</w:t>
      </w:r>
      <w:proofErr w:type="spellEnd"/>
      <w:r w:rsidRPr="00D73BDF">
        <w:rPr>
          <w:rFonts w:cstheme="majorHAnsi"/>
          <w:sz w:val="18"/>
          <w:szCs w:val="18"/>
        </w:rPr>
        <w:t xml:space="preserve"> </w:t>
      </w:r>
      <w:proofErr w:type="spellStart"/>
      <w:r w:rsidRPr="00D73BDF">
        <w:rPr>
          <w:rFonts w:ascii="Sylfaen" w:hAnsi="Sylfaen" w:cs="Sylfaen"/>
          <w:sz w:val="18"/>
          <w:szCs w:val="18"/>
        </w:rPr>
        <w:t>კომუნიკაციების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სქემები</w:t>
      </w:r>
      <w:proofErr w:type="spellEnd"/>
      <w:r w:rsidRPr="00D73BDF">
        <w:rPr>
          <w:rFonts w:cstheme="majorHAnsi"/>
          <w:sz w:val="18"/>
          <w:szCs w:val="18"/>
        </w:rPr>
        <w:t xml:space="preserve"> </w:t>
      </w:r>
      <w:r w:rsidR="004C63AE">
        <w:rPr>
          <w:rFonts w:ascii="Sylfaen" w:hAnsi="Sylfaen" w:cstheme="majorHAnsi"/>
          <w:sz w:val="18"/>
          <w:szCs w:val="18"/>
          <w:lang w:val="ka-GE"/>
        </w:rPr>
        <w:t>(</w:t>
      </w:r>
      <w:proofErr w:type="spellStart"/>
      <w:r w:rsidRPr="00D73BDF">
        <w:rPr>
          <w:rFonts w:ascii="Sylfaen" w:hAnsi="Sylfaen" w:cs="Sylfaen"/>
          <w:sz w:val="18"/>
          <w:szCs w:val="18"/>
        </w:rPr>
        <w:t>ასეთის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არსებობის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004C63AE">
        <w:rPr>
          <w:rFonts w:ascii="Sylfaen" w:hAnsi="Sylfaen" w:cs="Sylfaen"/>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გეოდეზიური</w:t>
      </w:r>
      <w:proofErr w:type="spellEnd"/>
      <w:r w:rsidRPr="00D73BDF">
        <w:rPr>
          <w:rFonts w:cstheme="majorHAnsi"/>
          <w:sz w:val="18"/>
          <w:szCs w:val="18"/>
        </w:rPr>
        <w:t xml:space="preserve"> </w:t>
      </w:r>
      <w:proofErr w:type="spellStart"/>
      <w:r w:rsidRPr="00D73BDF">
        <w:rPr>
          <w:rFonts w:ascii="Sylfaen" w:hAnsi="Sylfaen" w:cs="Sylfaen"/>
          <w:sz w:val="18"/>
          <w:szCs w:val="18"/>
        </w:rPr>
        <w:t>ნიშნულები</w:t>
      </w:r>
      <w:proofErr w:type="spellEnd"/>
      <w:r w:rsidRPr="00D73BDF">
        <w:rPr>
          <w:rFonts w:cstheme="majorHAnsi"/>
          <w:sz w:val="18"/>
          <w:szCs w:val="18"/>
        </w:rPr>
        <w:t xml:space="preserve">, </w:t>
      </w:r>
      <w:proofErr w:type="spellStart"/>
      <w:r w:rsidRPr="00D73BDF">
        <w:rPr>
          <w:rFonts w:ascii="Sylfaen" w:hAnsi="Sylfaen" w:cs="Sylfaen"/>
          <w:sz w:val="18"/>
          <w:szCs w:val="18"/>
        </w:rPr>
        <w:t>ასევე</w:t>
      </w:r>
      <w:proofErr w:type="spellEnd"/>
      <w:r w:rsidRPr="00D73BDF">
        <w:rPr>
          <w:rFonts w:cstheme="majorHAnsi"/>
          <w:sz w:val="18"/>
          <w:szCs w:val="18"/>
        </w:rPr>
        <w:t xml:space="preserve"> </w:t>
      </w:r>
      <w:proofErr w:type="spellStart"/>
      <w:r w:rsidRPr="00D73BDF">
        <w:rPr>
          <w:rFonts w:ascii="Sylfaen" w:hAnsi="Sylfaen" w:cs="Sylfaen"/>
          <w:sz w:val="18"/>
          <w:szCs w:val="18"/>
        </w:rPr>
        <w:t>მშენებლობის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ნებართვა</w:t>
      </w:r>
      <w:proofErr w:type="spellEnd"/>
      <w:r w:rsidRPr="00D73BDF">
        <w:rPr>
          <w:rFonts w:cstheme="majorHAnsi"/>
          <w:sz w:val="18"/>
          <w:szCs w:val="18"/>
        </w:rPr>
        <w:t xml:space="preserve">. </w:t>
      </w:r>
      <w:proofErr w:type="spellStart"/>
      <w:r w:rsidR="00D170A3" w:rsidRPr="00D73BDF">
        <w:rPr>
          <w:rFonts w:ascii="Sylfaen" w:hAnsi="Sylfaen" w:cs="Sylfaen"/>
          <w:sz w:val="18"/>
          <w:szCs w:val="18"/>
        </w:rPr>
        <w:t>დამკვეთი</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ვალდებულია</w:t>
      </w:r>
      <w:proofErr w:type="spellEnd"/>
      <w:r w:rsidR="00D170A3" w:rsidRPr="00D73BDF">
        <w:rPr>
          <w:rFonts w:cstheme="majorHAnsi"/>
          <w:sz w:val="18"/>
          <w:szCs w:val="18"/>
        </w:rPr>
        <w:t xml:space="preserve"> </w:t>
      </w:r>
      <w:r w:rsidR="00D170A3">
        <w:rPr>
          <w:rFonts w:ascii="Sylfaen" w:hAnsi="Sylfaen" w:cs="Sylfaen"/>
          <w:sz w:val="18"/>
          <w:szCs w:val="18"/>
          <w:lang w:val="ka-GE"/>
        </w:rPr>
        <w:t xml:space="preserve">მენარდეს </w:t>
      </w:r>
      <w:proofErr w:type="spellStart"/>
      <w:r w:rsidR="00D170A3" w:rsidRPr="00D73BDF">
        <w:rPr>
          <w:rFonts w:ascii="Sylfaen" w:hAnsi="Sylfaen" w:cs="Sylfaen"/>
          <w:sz w:val="18"/>
          <w:szCs w:val="18"/>
        </w:rPr>
        <w:t>მიაწოდოს</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ბეჭდური</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სახით</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ხელმოწერით</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დადასტურებული</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კონსტრუქციული</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პროექტი</w:t>
      </w:r>
      <w:proofErr w:type="spellEnd"/>
      <w:r w:rsidR="00D170A3" w:rsidRPr="00D73BDF">
        <w:rPr>
          <w:rFonts w:cstheme="majorHAnsi"/>
          <w:sz w:val="18"/>
          <w:szCs w:val="18"/>
        </w:rPr>
        <w:t xml:space="preserve"> 2 </w:t>
      </w:r>
      <w:r w:rsidR="00D170A3">
        <w:rPr>
          <w:rFonts w:ascii="Sylfaen" w:hAnsi="Sylfaen" w:cstheme="majorHAnsi"/>
          <w:sz w:val="18"/>
          <w:szCs w:val="18"/>
          <w:lang w:val="ka-GE"/>
        </w:rPr>
        <w:t>(</w:t>
      </w:r>
      <w:proofErr w:type="spellStart"/>
      <w:r w:rsidR="00D170A3" w:rsidRPr="00D73BDF">
        <w:rPr>
          <w:rFonts w:ascii="Sylfaen" w:hAnsi="Sylfaen" w:cs="Sylfaen"/>
          <w:sz w:val="18"/>
          <w:szCs w:val="18"/>
        </w:rPr>
        <w:t>ორი</w:t>
      </w:r>
      <w:proofErr w:type="spellEnd"/>
      <w:r w:rsidR="00D170A3">
        <w:rPr>
          <w:rFonts w:ascii="Sylfaen" w:hAnsi="Sylfaen" w:cs="Sylfaen"/>
          <w:sz w:val="18"/>
          <w:szCs w:val="18"/>
          <w:lang w:val="ka-GE"/>
        </w:rPr>
        <w:t>)</w:t>
      </w:r>
      <w:r w:rsidR="00D170A3" w:rsidRPr="00D73BDF">
        <w:rPr>
          <w:rFonts w:cstheme="majorHAnsi"/>
          <w:sz w:val="18"/>
          <w:szCs w:val="18"/>
        </w:rPr>
        <w:t xml:space="preserve"> </w:t>
      </w:r>
      <w:proofErr w:type="spellStart"/>
      <w:r w:rsidR="00D170A3" w:rsidRPr="00D73BDF">
        <w:rPr>
          <w:rFonts w:ascii="Sylfaen" w:hAnsi="Sylfaen" w:cs="Sylfaen"/>
          <w:sz w:val="18"/>
          <w:szCs w:val="18"/>
        </w:rPr>
        <w:t>ეგზემპლარად</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ასევე</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ელექტრონული</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ვერსია</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რომლის</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შედარებისა</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და</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დადასტურების</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სამუშაოები</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უნდა</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განახორციელოს</w:t>
      </w:r>
      <w:proofErr w:type="spellEnd"/>
      <w:r w:rsidR="00D170A3" w:rsidRPr="00D73BDF">
        <w:rPr>
          <w:rFonts w:cstheme="majorHAnsi"/>
          <w:sz w:val="18"/>
          <w:szCs w:val="18"/>
        </w:rPr>
        <w:t xml:space="preserve"> </w:t>
      </w:r>
      <w:r w:rsidR="00D170A3">
        <w:rPr>
          <w:rFonts w:ascii="Sylfaen" w:hAnsi="Sylfaen" w:cs="Sylfaen"/>
          <w:sz w:val="18"/>
          <w:szCs w:val="18"/>
          <w:lang w:val="ka-GE"/>
        </w:rPr>
        <w:t>მენარდემ.</w:t>
      </w:r>
      <w:r w:rsidR="00D170A3" w:rsidRPr="00D73BDF">
        <w:rPr>
          <w:rFonts w:cstheme="majorHAnsi"/>
          <w:sz w:val="18"/>
          <w:szCs w:val="18"/>
        </w:rPr>
        <w:t xml:space="preserve"> </w:t>
      </w:r>
      <w:proofErr w:type="spellStart"/>
      <w:r w:rsidR="00D170A3" w:rsidRPr="00D73BDF">
        <w:rPr>
          <w:rFonts w:ascii="Sylfaen" w:hAnsi="Sylfaen" w:cs="Sylfaen"/>
          <w:sz w:val="18"/>
          <w:szCs w:val="18"/>
        </w:rPr>
        <w:t>საპროექტო</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დოკუმენტაციის</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გადაცემა</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უნდა</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გაფორმდეს</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მიღება</w:t>
      </w:r>
      <w:r w:rsidR="00D170A3" w:rsidRPr="00D73BDF">
        <w:rPr>
          <w:rFonts w:cstheme="majorHAnsi"/>
          <w:sz w:val="18"/>
          <w:szCs w:val="18"/>
        </w:rPr>
        <w:t>-</w:t>
      </w:r>
      <w:r w:rsidR="00D170A3" w:rsidRPr="00D73BDF">
        <w:rPr>
          <w:rFonts w:ascii="Sylfaen" w:hAnsi="Sylfaen" w:cs="Sylfaen"/>
          <w:sz w:val="18"/>
          <w:szCs w:val="18"/>
        </w:rPr>
        <w:t>ჩაბარების</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აქტის</w:t>
      </w:r>
      <w:proofErr w:type="spellEnd"/>
      <w:r w:rsidR="00D170A3" w:rsidRPr="00D73BDF">
        <w:rPr>
          <w:rFonts w:cstheme="majorHAnsi"/>
          <w:sz w:val="18"/>
          <w:szCs w:val="18"/>
        </w:rPr>
        <w:t xml:space="preserve"> </w:t>
      </w:r>
      <w:proofErr w:type="spellStart"/>
      <w:r w:rsidR="00D170A3" w:rsidRPr="00D73BDF">
        <w:rPr>
          <w:rFonts w:ascii="Sylfaen" w:hAnsi="Sylfaen" w:cs="Sylfaen"/>
          <w:sz w:val="18"/>
          <w:szCs w:val="18"/>
        </w:rPr>
        <w:t>გაფორმებით</w:t>
      </w:r>
      <w:proofErr w:type="spellEnd"/>
      <w:r w:rsidR="00D170A3" w:rsidRPr="00D73BDF">
        <w:rPr>
          <w:rFonts w:cstheme="majorHAnsi"/>
          <w:sz w:val="18"/>
          <w:szCs w:val="18"/>
        </w:rPr>
        <w:t>.</w:t>
      </w:r>
    </w:p>
    <w:p w14:paraId="2C9968B8" w14:textId="738977E4" w:rsidR="004B6084" w:rsidRPr="00A009C6" w:rsidRDefault="001F4CA1" w:rsidP="00185C20">
      <w:pPr>
        <w:jc w:val="both"/>
        <w:rPr>
          <w:rFonts w:cstheme="majorHAnsi"/>
          <w:b/>
          <w:bCs/>
          <w:sz w:val="20"/>
          <w:szCs w:val="20"/>
        </w:rPr>
      </w:pPr>
      <w:r>
        <w:rPr>
          <w:rFonts w:ascii="Sylfaen" w:hAnsi="Sylfaen" w:cstheme="majorHAnsi"/>
          <w:b/>
          <w:bCs/>
          <w:sz w:val="20"/>
          <w:szCs w:val="20"/>
          <w:lang w:val="ka-GE"/>
        </w:rPr>
        <w:t xml:space="preserve">3.3. </w:t>
      </w:r>
      <w:r w:rsidR="00CE1C44">
        <w:rPr>
          <w:rFonts w:ascii="Sylfaen" w:hAnsi="Sylfaen" w:cs="Sylfaen"/>
          <w:b/>
          <w:bCs/>
          <w:sz w:val="20"/>
          <w:szCs w:val="20"/>
          <w:lang w:val="ka-GE"/>
        </w:rPr>
        <w:t>მენარდე</w:t>
      </w:r>
      <w:r w:rsidR="00A74260" w:rsidRPr="00A009C6">
        <w:rPr>
          <w:rFonts w:cstheme="majorHAnsi"/>
          <w:b/>
          <w:bCs/>
          <w:sz w:val="20"/>
          <w:szCs w:val="20"/>
        </w:rPr>
        <w:t xml:space="preserve"> </w:t>
      </w:r>
      <w:proofErr w:type="spellStart"/>
      <w:r w:rsidR="00A74260" w:rsidRPr="00A009C6">
        <w:rPr>
          <w:rFonts w:ascii="Sylfaen" w:hAnsi="Sylfaen" w:cs="Sylfaen"/>
          <w:b/>
          <w:bCs/>
          <w:sz w:val="20"/>
          <w:szCs w:val="20"/>
        </w:rPr>
        <w:t>ვალდებულია</w:t>
      </w:r>
      <w:proofErr w:type="spellEnd"/>
      <w:r w:rsidR="00A74260" w:rsidRPr="00A009C6">
        <w:rPr>
          <w:rFonts w:cstheme="majorHAnsi"/>
          <w:b/>
          <w:bCs/>
          <w:sz w:val="20"/>
          <w:szCs w:val="20"/>
        </w:rPr>
        <w:t>:</w:t>
      </w:r>
    </w:p>
    <w:p w14:paraId="14532C85" w14:textId="77777777" w:rsidR="004B6084" w:rsidRPr="00D73BDF" w:rsidRDefault="00A74260" w:rsidP="00185C20">
      <w:pPr>
        <w:jc w:val="both"/>
        <w:rPr>
          <w:rFonts w:cstheme="majorHAnsi"/>
          <w:sz w:val="18"/>
          <w:szCs w:val="18"/>
        </w:rPr>
      </w:pPr>
      <w:r w:rsidRPr="00D73BDF">
        <w:rPr>
          <w:rFonts w:cstheme="majorHAnsi"/>
          <w:sz w:val="18"/>
          <w:szCs w:val="18"/>
        </w:rPr>
        <w:t xml:space="preserve">3.3.1. </w:t>
      </w:r>
      <w:proofErr w:type="spellStart"/>
      <w:r w:rsidRPr="00D73BDF">
        <w:rPr>
          <w:rFonts w:ascii="Sylfaen" w:hAnsi="Sylfaen" w:cs="Sylfaen"/>
          <w:sz w:val="18"/>
          <w:szCs w:val="18"/>
        </w:rPr>
        <w:t>ხელშეკრულებით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სამუშაოები</w:t>
      </w:r>
      <w:proofErr w:type="spellEnd"/>
      <w:r w:rsidRPr="00D73BDF">
        <w:rPr>
          <w:rFonts w:cstheme="majorHAnsi"/>
          <w:sz w:val="18"/>
          <w:szCs w:val="18"/>
        </w:rPr>
        <w:t xml:space="preserve"> </w:t>
      </w:r>
      <w:proofErr w:type="spellStart"/>
      <w:r w:rsidRPr="00D73BDF">
        <w:rPr>
          <w:rFonts w:ascii="Sylfaen" w:hAnsi="Sylfaen" w:cs="Sylfaen"/>
          <w:sz w:val="18"/>
          <w:szCs w:val="18"/>
        </w:rPr>
        <w:t>დაასრულოს</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5.1. </w:t>
      </w:r>
      <w:proofErr w:type="spellStart"/>
      <w:r w:rsidRPr="00D73BDF">
        <w:rPr>
          <w:rFonts w:ascii="Sylfaen" w:hAnsi="Sylfaen" w:cs="Sylfaen"/>
          <w:sz w:val="18"/>
          <w:szCs w:val="18"/>
        </w:rPr>
        <w:t>მუხლით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განსაზღვრულ</w:t>
      </w:r>
      <w:proofErr w:type="spellEnd"/>
      <w:r w:rsidRPr="00D73BDF">
        <w:rPr>
          <w:rFonts w:cstheme="majorHAnsi"/>
          <w:sz w:val="18"/>
          <w:szCs w:val="18"/>
        </w:rPr>
        <w:t xml:space="preserve"> </w:t>
      </w:r>
      <w:proofErr w:type="spellStart"/>
      <w:r w:rsidRPr="00D73BDF">
        <w:rPr>
          <w:rFonts w:ascii="Sylfaen" w:hAnsi="Sylfaen" w:cs="Sylfaen"/>
          <w:sz w:val="18"/>
          <w:szCs w:val="18"/>
        </w:rPr>
        <w:t>ვადაში</w:t>
      </w:r>
      <w:proofErr w:type="spellEnd"/>
      <w:r w:rsidRPr="00D73BDF">
        <w:rPr>
          <w:rFonts w:cstheme="majorHAnsi"/>
          <w:sz w:val="18"/>
          <w:szCs w:val="18"/>
        </w:rPr>
        <w:t xml:space="preserve">. </w:t>
      </w:r>
    </w:p>
    <w:p w14:paraId="55DF9D57" w14:textId="77777777" w:rsidR="004B6084" w:rsidRPr="00D73BDF" w:rsidRDefault="00A74260" w:rsidP="00185C20">
      <w:pPr>
        <w:jc w:val="both"/>
        <w:rPr>
          <w:rFonts w:cstheme="majorHAnsi"/>
          <w:sz w:val="18"/>
          <w:szCs w:val="18"/>
        </w:rPr>
      </w:pPr>
      <w:r w:rsidRPr="00D73BDF">
        <w:rPr>
          <w:rFonts w:cstheme="majorHAnsi"/>
          <w:sz w:val="18"/>
          <w:szCs w:val="18"/>
        </w:rPr>
        <w:t xml:space="preserve">3.3.2. </w:t>
      </w:r>
      <w:proofErr w:type="spellStart"/>
      <w:r w:rsidRPr="00D73BDF">
        <w:rPr>
          <w:rFonts w:ascii="Sylfaen" w:hAnsi="Sylfaen" w:cs="Sylfaen"/>
          <w:sz w:val="18"/>
          <w:szCs w:val="18"/>
        </w:rPr>
        <w:t>ხელშეკრულებით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სამუშაოები</w:t>
      </w:r>
      <w:proofErr w:type="spellEnd"/>
      <w:r w:rsidRPr="00D73BDF">
        <w:rPr>
          <w:rFonts w:cstheme="majorHAnsi"/>
          <w:sz w:val="18"/>
          <w:szCs w:val="18"/>
        </w:rPr>
        <w:t xml:space="preserve"> </w:t>
      </w:r>
      <w:proofErr w:type="spellStart"/>
      <w:r w:rsidRPr="00D73BDF">
        <w:rPr>
          <w:rFonts w:ascii="Sylfaen" w:hAnsi="Sylfaen" w:cs="Sylfaen"/>
          <w:sz w:val="18"/>
          <w:szCs w:val="18"/>
        </w:rPr>
        <w:t>აწარმოოს</w:t>
      </w:r>
      <w:proofErr w:type="spellEnd"/>
      <w:r w:rsidRPr="00D73BDF">
        <w:rPr>
          <w:rFonts w:cstheme="majorHAnsi"/>
          <w:sz w:val="18"/>
          <w:szCs w:val="18"/>
        </w:rPr>
        <w:t xml:space="preserve"> </w:t>
      </w:r>
      <w:proofErr w:type="spellStart"/>
      <w:r w:rsidRPr="00D73BDF">
        <w:rPr>
          <w:rFonts w:ascii="Sylfaen" w:hAnsi="Sylfaen" w:cs="Sylfaen"/>
          <w:sz w:val="18"/>
          <w:szCs w:val="18"/>
        </w:rPr>
        <w:t>ხარჯთაღრიცხვით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განსაზღვრული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მოცულობით</w:t>
      </w:r>
      <w:proofErr w:type="spellEnd"/>
      <w:r w:rsidRPr="00D73BDF">
        <w:rPr>
          <w:rFonts w:cstheme="majorHAnsi"/>
          <w:sz w:val="18"/>
          <w:szCs w:val="18"/>
        </w:rPr>
        <w:t xml:space="preserve">, </w:t>
      </w:r>
      <w:proofErr w:type="spellStart"/>
      <w:r w:rsidRPr="00D73BDF">
        <w:rPr>
          <w:rFonts w:ascii="Sylfaen" w:hAnsi="Sylfaen" w:cs="Sylfaen"/>
          <w:sz w:val="18"/>
          <w:szCs w:val="18"/>
        </w:rPr>
        <w:t>საპროექტო</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მიხედვით</w:t>
      </w:r>
      <w:proofErr w:type="spellEnd"/>
      <w:r w:rsidRPr="00D73BDF">
        <w:rPr>
          <w:rFonts w:cstheme="majorHAnsi"/>
          <w:sz w:val="18"/>
          <w:szCs w:val="18"/>
        </w:rPr>
        <w:t>.</w:t>
      </w:r>
    </w:p>
    <w:p w14:paraId="7EA40731" w14:textId="60F31D45" w:rsidR="004B6084" w:rsidRPr="00D73BDF" w:rsidRDefault="00A74260" w:rsidP="00185C20">
      <w:pPr>
        <w:jc w:val="both"/>
        <w:rPr>
          <w:rFonts w:cstheme="majorHAnsi"/>
          <w:sz w:val="18"/>
          <w:szCs w:val="18"/>
        </w:rPr>
      </w:pPr>
      <w:r w:rsidRPr="00D73BDF">
        <w:rPr>
          <w:rFonts w:cstheme="majorHAnsi"/>
          <w:sz w:val="18"/>
          <w:szCs w:val="18"/>
        </w:rPr>
        <w:t>3.3.3.</w:t>
      </w:r>
      <w:r w:rsidR="00F4347A">
        <w:rPr>
          <w:rFonts w:ascii="Sylfaen" w:hAnsi="Sylfaen" w:cstheme="majorHAnsi"/>
          <w:sz w:val="18"/>
          <w:szCs w:val="18"/>
          <w:lang w:val="ka-GE"/>
        </w:rPr>
        <w:t xml:space="preserve"> </w:t>
      </w:r>
      <w:r w:rsidR="00A009C6">
        <w:rPr>
          <w:rFonts w:ascii="Sylfaen" w:hAnsi="Sylfaen" w:cs="Sylfaen"/>
          <w:sz w:val="18"/>
          <w:szCs w:val="18"/>
          <w:lang w:val="ka-GE"/>
        </w:rPr>
        <w:t xml:space="preserve">სამშენებლო </w:t>
      </w:r>
      <w:proofErr w:type="spellStart"/>
      <w:r w:rsidRPr="00D73BDF">
        <w:rPr>
          <w:rFonts w:ascii="Sylfaen" w:hAnsi="Sylfaen" w:cs="Sylfaen"/>
          <w:sz w:val="18"/>
          <w:szCs w:val="18"/>
        </w:rPr>
        <w:t>სამუშაოები</w:t>
      </w:r>
      <w:proofErr w:type="spellEnd"/>
      <w:r w:rsidRPr="00D73BDF">
        <w:rPr>
          <w:rFonts w:cstheme="majorHAnsi"/>
          <w:sz w:val="18"/>
          <w:szCs w:val="18"/>
        </w:rPr>
        <w:t xml:space="preserve"> </w:t>
      </w:r>
      <w:proofErr w:type="spellStart"/>
      <w:r w:rsidRPr="00D73BDF">
        <w:rPr>
          <w:rFonts w:ascii="Sylfaen" w:hAnsi="Sylfaen" w:cs="Sylfaen"/>
          <w:sz w:val="18"/>
          <w:szCs w:val="18"/>
        </w:rPr>
        <w:t>შეასრულოს</w:t>
      </w:r>
      <w:proofErr w:type="spellEnd"/>
      <w:r w:rsidRPr="00D73BDF">
        <w:rPr>
          <w:rFonts w:cstheme="majorHAnsi"/>
          <w:sz w:val="18"/>
          <w:szCs w:val="18"/>
        </w:rPr>
        <w:t xml:space="preserve"> </w:t>
      </w:r>
      <w:proofErr w:type="spellStart"/>
      <w:r w:rsidRPr="00D73BDF">
        <w:rPr>
          <w:rFonts w:ascii="Sylfaen" w:hAnsi="Sylfaen" w:cs="Sylfaen"/>
          <w:sz w:val="18"/>
          <w:szCs w:val="18"/>
        </w:rPr>
        <w:t>მაღალპროფესიულ</w:t>
      </w:r>
      <w:proofErr w:type="spellEnd"/>
      <w:r w:rsidRPr="00D73BDF">
        <w:rPr>
          <w:rFonts w:cstheme="majorHAnsi"/>
          <w:sz w:val="18"/>
          <w:szCs w:val="18"/>
        </w:rPr>
        <w:t xml:space="preserve"> </w:t>
      </w:r>
      <w:proofErr w:type="spellStart"/>
      <w:r w:rsidRPr="00D73BDF">
        <w:rPr>
          <w:rFonts w:ascii="Sylfaen" w:hAnsi="Sylfaen" w:cs="Sylfaen"/>
          <w:sz w:val="18"/>
          <w:szCs w:val="18"/>
        </w:rPr>
        <w:t>დონეზე</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r w:rsidR="004F452B">
        <w:rPr>
          <w:rFonts w:ascii="Sylfaen" w:hAnsi="Sylfaen" w:cs="Sylfaen"/>
          <w:sz w:val="18"/>
          <w:szCs w:val="18"/>
          <w:lang w:val="ka-GE"/>
        </w:rPr>
        <w:t>სამშენებლო</w:t>
      </w:r>
      <w:r w:rsidR="00A009C6">
        <w:rPr>
          <w:rFonts w:ascii="Sylfaen" w:hAnsi="Sylfaen" w:cs="Sylfaen"/>
          <w:sz w:val="18"/>
          <w:szCs w:val="18"/>
          <w:lang w:val="ka-GE"/>
        </w:rPr>
        <w:t xml:space="preserve"> მოწყობის</w:t>
      </w:r>
      <w:r w:rsidR="00A009C6" w:rsidRPr="00D73BDF">
        <w:rPr>
          <w:rFonts w:cstheme="majorHAnsi"/>
          <w:sz w:val="18"/>
          <w:szCs w:val="18"/>
        </w:rPr>
        <w:t xml:space="preserve"> </w:t>
      </w:r>
      <w:proofErr w:type="spellStart"/>
      <w:r w:rsidRPr="00D73BDF">
        <w:rPr>
          <w:rFonts w:ascii="Sylfaen" w:hAnsi="Sylfaen" w:cs="Sylfaen"/>
          <w:sz w:val="18"/>
          <w:szCs w:val="18"/>
        </w:rPr>
        <w:t>ნორმებისა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წესების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დაცვით</w:t>
      </w:r>
      <w:proofErr w:type="spellEnd"/>
      <w:r w:rsidR="00F4347A">
        <w:rPr>
          <w:rFonts w:cstheme="majorHAnsi"/>
          <w:sz w:val="18"/>
          <w:szCs w:val="18"/>
        </w:rPr>
        <w:t>.</w:t>
      </w:r>
    </w:p>
    <w:p w14:paraId="75B4D4EA" w14:textId="4BF47CDA" w:rsidR="004B6084" w:rsidRPr="00F4347A" w:rsidRDefault="00A74260" w:rsidP="00185C20">
      <w:pPr>
        <w:jc w:val="both"/>
        <w:rPr>
          <w:rFonts w:ascii="Sylfaen" w:hAnsi="Sylfaen" w:cstheme="majorHAnsi"/>
          <w:sz w:val="18"/>
          <w:szCs w:val="18"/>
          <w:lang w:val="ka-GE"/>
        </w:rPr>
      </w:pPr>
      <w:r w:rsidRPr="00D73BDF">
        <w:rPr>
          <w:rFonts w:cstheme="majorHAnsi"/>
          <w:sz w:val="18"/>
          <w:szCs w:val="18"/>
        </w:rPr>
        <w:t xml:space="preserve">3.3.4. </w:t>
      </w:r>
      <w:proofErr w:type="spellStart"/>
      <w:r w:rsidRPr="00D73BDF">
        <w:rPr>
          <w:rFonts w:ascii="Sylfaen" w:hAnsi="Sylfaen" w:cs="Sylfaen"/>
          <w:sz w:val="18"/>
          <w:szCs w:val="18"/>
        </w:rPr>
        <w:t>შეარჩიოს</w:t>
      </w:r>
      <w:proofErr w:type="spellEnd"/>
      <w:r w:rsidRPr="00D73BDF">
        <w:rPr>
          <w:rFonts w:cstheme="majorHAnsi"/>
          <w:sz w:val="18"/>
          <w:szCs w:val="18"/>
        </w:rPr>
        <w:t xml:space="preserve"> </w:t>
      </w:r>
      <w:proofErr w:type="spellStart"/>
      <w:r w:rsidRPr="00D73BDF">
        <w:rPr>
          <w:rFonts w:ascii="Sylfaen" w:hAnsi="Sylfaen" w:cs="Sylfaen"/>
          <w:sz w:val="18"/>
          <w:szCs w:val="18"/>
        </w:rPr>
        <w:t>წინამდებარე</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შესასრულებლად</w:t>
      </w:r>
      <w:proofErr w:type="spellEnd"/>
      <w:r w:rsidRPr="00D73BDF">
        <w:rPr>
          <w:rFonts w:cstheme="majorHAnsi"/>
          <w:sz w:val="18"/>
          <w:szCs w:val="18"/>
        </w:rPr>
        <w:t xml:space="preserve"> </w:t>
      </w:r>
      <w:proofErr w:type="spellStart"/>
      <w:r w:rsidRPr="00D73BDF">
        <w:rPr>
          <w:rFonts w:ascii="Sylfaen" w:hAnsi="Sylfaen" w:cs="Sylfaen"/>
          <w:sz w:val="18"/>
          <w:szCs w:val="18"/>
        </w:rPr>
        <w:t>კვალიფიციური</w:t>
      </w:r>
      <w:proofErr w:type="spellEnd"/>
      <w:r w:rsidRPr="00D73BDF">
        <w:rPr>
          <w:rFonts w:cstheme="majorHAnsi"/>
          <w:sz w:val="18"/>
          <w:szCs w:val="18"/>
        </w:rPr>
        <w:t xml:space="preserve"> </w:t>
      </w:r>
      <w:proofErr w:type="spellStart"/>
      <w:r w:rsidRPr="00D73BDF">
        <w:rPr>
          <w:rFonts w:ascii="Sylfaen" w:hAnsi="Sylfaen" w:cs="Sylfaen"/>
          <w:sz w:val="18"/>
          <w:szCs w:val="18"/>
        </w:rPr>
        <w:t>მუშახელი</w:t>
      </w:r>
      <w:proofErr w:type="spellEnd"/>
      <w:r w:rsidR="00CE1C44">
        <w:rPr>
          <w:rFonts w:ascii="Sylfaen" w:hAnsi="Sylfaen" w:cs="Sylfaen"/>
          <w:sz w:val="18"/>
          <w:szCs w:val="18"/>
          <w:lang w:val="ka-GE"/>
        </w:rPr>
        <w:t xml:space="preserve"> (</w:t>
      </w:r>
      <w:proofErr w:type="spellStart"/>
      <w:r w:rsidRPr="00D73BDF">
        <w:rPr>
          <w:rFonts w:ascii="Sylfaen" w:hAnsi="Sylfaen" w:cs="Sylfaen"/>
          <w:sz w:val="18"/>
          <w:szCs w:val="18"/>
        </w:rPr>
        <w:t>პერსონალი</w:t>
      </w:r>
      <w:proofErr w:type="spellEnd"/>
      <w:r w:rsidR="00CE1C44">
        <w:rPr>
          <w:rFonts w:ascii="Sylfaen" w:hAnsi="Sylfaen" w:cstheme="majorHAnsi"/>
          <w:sz w:val="18"/>
          <w:szCs w:val="18"/>
          <w:lang w:val="ka-GE"/>
        </w:rPr>
        <w:t>)</w:t>
      </w:r>
      <w:r w:rsidR="00F4347A">
        <w:rPr>
          <w:rFonts w:ascii="Sylfaen" w:hAnsi="Sylfaen" w:cstheme="majorHAnsi"/>
          <w:sz w:val="18"/>
          <w:szCs w:val="18"/>
          <w:lang w:val="ka-GE"/>
        </w:rPr>
        <w:t>.</w:t>
      </w:r>
    </w:p>
    <w:p w14:paraId="3559076D" w14:textId="2E97F3DC" w:rsidR="004B6084" w:rsidRPr="00D73BDF" w:rsidRDefault="00A74260" w:rsidP="00185C20">
      <w:pPr>
        <w:jc w:val="both"/>
        <w:rPr>
          <w:rFonts w:cstheme="majorHAnsi"/>
          <w:sz w:val="18"/>
          <w:szCs w:val="18"/>
        </w:rPr>
      </w:pPr>
      <w:r w:rsidRPr="00D73BDF">
        <w:rPr>
          <w:rFonts w:cstheme="majorHAnsi"/>
          <w:sz w:val="18"/>
          <w:szCs w:val="18"/>
        </w:rPr>
        <w:t xml:space="preserve">3.3.5.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მოქმედების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პერიოდში</w:t>
      </w:r>
      <w:proofErr w:type="spellEnd"/>
      <w:r w:rsidRPr="00D73BDF">
        <w:rPr>
          <w:rFonts w:cstheme="majorHAnsi"/>
          <w:sz w:val="18"/>
          <w:szCs w:val="18"/>
        </w:rPr>
        <w:t xml:space="preserve"> </w:t>
      </w:r>
      <w:proofErr w:type="spellStart"/>
      <w:r w:rsidRPr="00D73BDF">
        <w:rPr>
          <w:rFonts w:ascii="Sylfaen" w:hAnsi="Sylfaen" w:cs="Sylfaen"/>
          <w:sz w:val="18"/>
          <w:szCs w:val="18"/>
        </w:rPr>
        <w:t>საპროექტო</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დოკუმენტაციაში</w:t>
      </w:r>
      <w:proofErr w:type="spellEnd"/>
      <w:r w:rsidRPr="00D73BDF">
        <w:rPr>
          <w:rFonts w:cstheme="majorHAnsi"/>
          <w:sz w:val="18"/>
          <w:szCs w:val="18"/>
        </w:rPr>
        <w:t xml:space="preserve"> </w:t>
      </w:r>
      <w:proofErr w:type="spellStart"/>
      <w:r w:rsidRPr="00D73BDF">
        <w:rPr>
          <w:rFonts w:ascii="Sylfaen" w:hAnsi="Sylfaen" w:cs="Sylfaen"/>
          <w:sz w:val="18"/>
          <w:szCs w:val="18"/>
        </w:rPr>
        <w:t>შეუსაბამობის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აღმოჩენის</w:t>
      </w:r>
      <w:proofErr w:type="spellEnd"/>
      <w:r w:rsidRPr="00D73BDF">
        <w:rPr>
          <w:rFonts w:cstheme="majorHAnsi"/>
          <w:sz w:val="18"/>
          <w:szCs w:val="18"/>
        </w:rPr>
        <w:t xml:space="preserve"> </w:t>
      </w:r>
      <w:r w:rsidR="00C11DBA">
        <w:rPr>
          <w:rFonts w:ascii="Sylfaen" w:hAnsi="Sylfaen" w:cstheme="majorHAnsi"/>
          <w:sz w:val="18"/>
          <w:szCs w:val="18"/>
          <w:lang w:val="ka-GE"/>
        </w:rPr>
        <w:t xml:space="preserve">ყველა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წერილობით</w:t>
      </w:r>
      <w:proofErr w:type="spellEnd"/>
      <w:r w:rsidRPr="00D73BDF">
        <w:rPr>
          <w:rFonts w:cstheme="majorHAnsi"/>
          <w:sz w:val="18"/>
          <w:szCs w:val="18"/>
        </w:rPr>
        <w:t xml:space="preserve"> </w:t>
      </w:r>
      <w:proofErr w:type="spellStart"/>
      <w:r w:rsidRPr="00D73BDF">
        <w:rPr>
          <w:rFonts w:ascii="Sylfaen" w:hAnsi="Sylfaen" w:cs="Sylfaen"/>
          <w:sz w:val="18"/>
          <w:szCs w:val="18"/>
        </w:rPr>
        <w:t>შეატყობინოს</w:t>
      </w:r>
      <w:proofErr w:type="spellEnd"/>
      <w:r w:rsidR="00C11DBA">
        <w:rPr>
          <w:rFonts w:ascii="Sylfaen" w:hAnsi="Sylfaen" w:cs="Sylfaen"/>
          <w:sz w:val="18"/>
          <w:szCs w:val="18"/>
          <w:lang w:val="ka-GE"/>
        </w:rPr>
        <w:t xml:space="preserve"> და განუმარტოს</w:t>
      </w:r>
      <w:r w:rsidRPr="00D73BDF">
        <w:rPr>
          <w:rFonts w:cstheme="majorHAnsi"/>
          <w:sz w:val="18"/>
          <w:szCs w:val="18"/>
        </w:rPr>
        <w:t xml:space="preserve"> </w:t>
      </w:r>
      <w:proofErr w:type="spellStart"/>
      <w:r w:rsidRPr="00D73BDF">
        <w:rPr>
          <w:rFonts w:ascii="Sylfaen" w:hAnsi="Sylfaen" w:cs="Sylfaen"/>
          <w:sz w:val="18"/>
          <w:szCs w:val="18"/>
        </w:rPr>
        <w:t>დამკვეთს</w:t>
      </w:r>
      <w:proofErr w:type="spellEnd"/>
      <w:r w:rsidRPr="00D73BDF">
        <w:rPr>
          <w:rFonts w:cstheme="majorHAnsi"/>
          <w:sz w:val="18"/>
          <w:szCs w:val="18"/>
        </w:rPr>
        <w:t xml:space="preserve"> </w:t>
      </w:r>
      <w:proofErr w:type="spellStart"/>
      <w:r w:rsidRPr="00D73BDF">
        <w:rPr>
          <w:rFonts w:ascii="Sylfaen" w:hAnsi="Sylfaen" w:cs="Sylfaen"/>
          <w:sz w:val="18"/>
          <w:szCs w:val="18"/>
        </w:rPr>
        <w:t>დაუყოვნებლივ</w:t>
      </w:r>
      <w:proofErr w:type="spellEnd"/>
      <w:r w:rsidRPr="00D73BDF">
        <w:rPr>
          <w:rFonts w:cstheme="majorHAnsi"/>
          <w:sz w:val="18"/>
          <w:szCs w:val="18"/>
        </w:rPr>
        <w:t xml:space="preserve">. </w:t>
      </w:r>
      <w:proofErr w:type="spellStart"/>
      <w:r w:rsidRPr="00D73BDF">
        <w:rPr>
          <w:rFonts w:ascii="Sylfaen" w:hAnsi="Sylfaen" w:cs="Sylfaen"/>
          <w:sz w:val="18"/>
          <w:szCs w:val="18"/>
        </w:rPr>
        <w:t>პროექტების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ხარვეზი</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შესაბამისად</w:t>
      </w:r>
      <w:proofErr w:type="spellEnd"/>
      <w:r w:rsidRPr="00D73BDF">
        <w:rPr>
          <w:rFonts w:cstheme="majorHAnsi"/>
          <w:sz w:val="18"/>
          <w:szCs w:val="18"/>
        </w:rPr>
        <w:t xml:space="preserve"> </w:t>
      </w:r>
      <w:proofErr w:type="spellStart"/>
      <w:r w:rsidRPr="00D73BDF">
        <w:rPr>
          <w:rFonts w:ascii="Sylfaen" w:hAnsi="Sylfaen" w:cs="Sylfaen"/>
          <w:sz w:val="18"/>
          <w:szCs w:val="18"/>
        </w:rPr>
        <w:t>დამდგარი</w:t>
      </w:r>
      <w:proofErr w:type="spellEnd"/>
      <w:r w:rsidRPr="00D73BDF">
        <w:rPr>
          <w:rFonts w:cstheme="majorHAnsi"/>
          <w:sz w:val="18"/>
          <w:szCs w:val="18"/>
        </w:rPr>
        <w:t xml:space="preserve"> </w:t>
      </w:r>
      <w:proofErr w:type="spellStart"/>
      <w:r w:rsidRPr="00D73BDF">
        <w:rPr>
          <w:rFonts w:ascii="Sylfaen" w:hAnsi="Sylfaen" w:cs="Sylfaen"/>
          <w:sz w:val="18"/>
          <w:szCs w:val="18"/>
        </w:rPr>
        <w:t>შედეგები</w:t>
      </w:r>
      <w:proofErr w:type="spellEnd"/>
      <w:r w:rsidRPr="00D73BDF">
        <w:rPr>
          <w:rFonts w:cstheme="majorHAnsi"/>
          <w:sz w:val="18"/>
          <w:szCs w:val="18"/>
        </w:rPr>
        <w:t xml:space="preserve"> </w:t>
      </w:r>
      <w:proofErr w:type="spellStart"/>
      <w:r w:rsidRPr="00D73BDF">
        <w:rPr>
          <w:rFonts w:ascii="Sylfaen" w:hAnsi="Sylfaen" w:cs="Sylfaen"/>
          <w:sz w:val="18"/>
          <w:szCs w:val="18"/>
        </w:rPr>
        <w:t>განეკუთვნება</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პასუხისმგებლობას</w:t>
      </w:r>
      <w:proofErr w:type="spellEnd"/>
      <w:r w:rsidR="00C11DBA">
        <w:rPr>
          <w:rFonts w:cstheme="majorHAnsi"/>
          <w:sz w:val="18"/>
          <w:szCs w:val="18"/>
          <w:lang w:val="ka-GE"/>
        </w:rPr>
        <w:t xml:space="preserve">, </w:t>
      </w:r>
      <w:r w:rsidR="00C11DBA" w:rsidRPr="00C11DBA">
        <w:rPr>
          <w:rFonts w:ascii="Sylfaen" w:hAnsi="Sylfaen" w:cs="Sylfaen"/>
          <w:sz w:val="18"/>
          <w:szCs w:val="18"/>
          <w:lang w:val="ka-GE"/>
        </w:rPr>
        <w:t>გარდა</w:t>
      </w:r>
      <w:r w:rsidR="00C11DBA" w:rsidRPr="00C11DBA">
        <w:rPr>
          <w:rFonts w:cstheme="majorHAnsi"/>
          <w:sz w:val="18"/>
          <w:szCs w:val="18"/>
          <w:lang w:val="ka-GE"/>
        </w:rPr>
        <w:t xml:space="preserve"> </w:t>
      </w:r>
      <w:r w:rsidR="00C11DBA" w:rsidRPr="00C11DBA">
        <w:rPr>
          <w:rFonts w:ascii="Sylfaen" w:hAnsi="Sylfaen" w:cs="Sylfaen"/>
          <w:sz w:val="18"/>
          <w:szCs w:val="18"/>
          <w:lang w:val="ka-GE"/>
        </w:rPr>
        <w:t>იმ</w:t>
      </w:r>
      <w:r w:rsidR="00C11DBA" w:rsidRPr="00C11DBA">
        <w:rPr>
          <w:rFonts w:cstheme="majorHAnsi"/>
          <w:sz w:val="18"/>
          <w:szCs w:val="18"/>
          <w:lang w:val="ka-GE"/>
        </w:rPr>
        <w:t xml:space="preserve"> </w:t>
      </w:r>
      <w:r w:rsidR="00C11DBA" w:rsidRPr="00C11DBA">
        <w:rPr>
          <w:rFonts w:ascii="Sylfaen" w:hAnsi="Sylfaen" w:cs="Sylfaen"/>
          <w:sz w:val="18"/>
          <w:szCs w:val="18"/>
          <w:lang w:val="ka-GE"/>
        </w:rPr>
        <w:t>შემთხვევისა</w:t>
      </w:r>
      <w:r w:rsidR="00C11DBA" w:rsidRPr="00C11DBA">
        <w:rPr>
          <w:rFonts w:cstheme="majorHAnsi"/>
          <w:sz w:val="18"/>
          <w:szCs w:val="18"/>
          <w:lang w:val="ka-GE"/>
        </w:rPr>
        <w:t xml:space="preserve">, </w:t>
      </w:r>
      <w:r w:rsidR="00C11DBA" w:rsidRPr="00C11DBA">
        <w:rPr>
          <w:rFonts w:ascii="Sylfaen" w:hAnsi="Sylfaen" w:cs="Sylfaen"/>
          <w:sz w:val="18"/>
          <w:szCs w:val="18"/>
          <w:lang w:val="ka-GE"/>
        </w:rPr>
        <w:t>როდესაც</w:t>
      </w:r>
      <w:r w:rsidR="00C11DBA" w:rsidRPr="00C11DBA">
        <w:rPr>
          <w:rFonts w:cstheme="majorHAnsi"/>
          <w:sz w:val="18"/>
          <w:szCs w:val="18"/>
          <w:lang w:val="ka-GE"/>
        </w:rPr>
        <w:t xml:space="preserve"> </w:t>
      </w:r>
      <w:r w:rsidR="00C11DBA" w:rsidRPr="00C11DBA">
        <w:rPr>
          <w:rFonts w:ascii="Sylfaen" w:hAnsi="Sylfaen" w:cs="Sylfaen"/>
          <w:sz w:val="18"/>
          <w:szCs w:val="18"/>
          <w:lang w:val="ka-GE"/>
        </w:rPr>
        <w:t>მენარდემ</w:t>
      </w:r>
      <w:r w:rsidR="00C11DBA" w:rsidRPr="00C11DBA">
        <w:rPr>
          <w:rFonts w:cstheme="majorHAnsi"/>
          <w:sz w:val="18"/>
          <w:szCs w:val="18"/>
          <w:lang w:val="ka-GE"/>
        </w:rPr>
        <w:t xml:space="preserve"> </w:t>
      </w:r>
      <w:r w:rsidR="00C11DBA" w:rsidRPr="00C11DBA">
        <w:rPr>
          <w:rFonts w:ascii="Sylfaen" w:hAnsi="Sylfaen" w:cs="Sylfaen"/>
          <w:sz w:val="18"/>
          <w:szCs w:val="18"/>
          <w:lang w:val="ka-GE"/>
        </w:rPr>
        <w:t>იცოდა</w:t>
      </w:r>
      <w:r w:rsidR="00C11DBA" w:rsidRPr="00C11DBA">
        <w:rPr>
          <w:rFonts w:cstheme="majorHAnsi"/>
          <w:sz w:val="18"/>
          <w:szCs w:val="18"/>
          <w:lang w:val="ka-GE"/>
        </w:rPr>
        <w:t xml:space="preserve"> </w:t>
      </w:r>
      <w:r w:rsidR="00C11DBA" w:rsidRPr="00C11DBA">
        <w:rPr>
          <w:rFonts w:ascii="Sylfaen" w:hAnsi="Sylfaen" w:cs="Sylfaen"/>
          <w:sz w:val="18"/>
          <w:szCs w:val="18"/>
          <w:lang w:val="ka-GE"/>
        </w:rPr>
        <w:t>აღნიშნული</w:t>
      </w:r>
      <w:r w:rsidR="00C11DBA" w:rsidRPr="00C11DBA">
        <w:rPr>
          <w:rFonts w:cstheme="majorHAnsi"/>
          <w:sz w:val="18"/>
          <w:szCs w:val="18"/>
          <w:lang w:val="ka-GE"/>
        </w:rPr>
        <w:t xml:space="preserve"> </w:t>
      </w:r>
      <w:r w:rsidR="00C11DBA" w:rsidRPr="00C11DBA">
        <w:rPr>
          <w:rFonts w:ascii="Sylfaen" w:hAnsi="Sylfaen" w:cs="Sylfaen"/>
          <w:sz w:val="18"/>
          <w:szCs w:val="18"/>
          <w:lang w:val="ka-GE"/>
        </w:rPr>
        <w:t>ხარვეზის</w:t>
      </w:r>
      <w:r w:rsidR="00C11DBA" w:rsidRPr="00C11DBA">
        <w:rPr>
          <w:rFonts w:cstheme="majorHAnsi"/>
          <w:sz w:val="18"/>
          <w:szCs w:val="18"/>
          <w:lang w:val="ka-GE"/>
        </w:rPr>
        <w:t xml:space="preserve"> </w:t>
      </w:r>
      <w:r w:rsidR="00C11DBA" w:rsidRPr="00C11DBA">
        <w:rPr>
          <w:rFonts w:ascii="Sylfaen" w:hAnsi="Sylfaen" w:cs="Sylfaen"/>
          <w:sz w:val="18"/>
          <w:szCs w:val="18"/>
          <w:lang w:val="ka-GE"/>
        </w:rPr>
        <w:t>შესახებ</w:t>
      </w:r>
      <w:r w:rsidR="00C11DBA" w:rsidRPr="00C11DBA">
        <w:rPr>
          <w:rFonts w:cstheme="majorHAnsi"/>
          <w:sz w:val="18"/>
          <w:szCs w:val="18"/>
          <w:lang w:val="ka-GE"/>
        </w:rPr>
        <w:t xml:space="preserve"> </w:t>
      </w:r>
      <w:r w:rsidR="00C11DBA" w:rsidRPr="00C11DBA">
        <w:rPr>
          <w:rFonts w:ascii="Sylfaen" w:hAnsi="Sylfaen" w:cs="Sylfaen"/>
          <w:sz w:val="18"/>
          <w:szCs w:val="18"/>
          <w:lang w:val="ka-GE"/>
        </w:rPr>
        <w:t>და</w:t>
      </w:r>
      <w:r w:rsidR="00C11DBA" w:rsidRPr="00C11DBA">
        <w:rPr>
          <w:rFonts w:cstheme="majorHAnsi"/>
          <w:sz w:val="18"/>
          <w:szCs w:val="18"/>
          <w:lang w:val="ka-GE"/>
        </w:rPr>
        <w:t xml:space="preserve"> </w:t>
      </w:r>
      <w:r w:rsidR="00C11DBA" w:rsidRPr="00C11DBA">
        <w:rPr>
          <w:rFonts w:ascii="Sylfaen" w:hAnsi="Sylfaen" w:cs="Sylfaen"/>
          <w:sz w:val="18"/>
          <w:szCs w:val="18"/>
          <w:lang w:val="ka-GE"/>
        </w:rPr>
        <w:t>ამის</w:t>
      </w:r>
      <w:r w:rsidR="00C11DBA" w:rsidRPr="00C11DBA">
        <w:rPr>
          <w:rFonts w:cstheme="majorHAnsi"/>
          <w:sz w:val="18"/>
          <w:szCs w:val="18"/>
          <w:lang w:val="ka-GE"/>
        </w:rPr>
        <w:t xml:space="preserve"> </w:t>
      </w:r>
      <w:r w:rsidR="00C11DBA" w:rsidRPr="00C11DBA">
        <w:rPr>
          <w:rFonts w:ascii="Sylfaen" w:hAnsi="Sylfaen" w:cs="Sylfaen"/>
          <w:sz w:val="18"/>
          <w:szCs w:val="18"/>
          <w:lang w:val="ka-GE"/>
        </w:rPr>
        <w:t>მიუხედავად</w:t>
      </w:r>
      <w:r w:rsidR="00C11DBA" w:rsidRPr="00C11DBA">
        <w:rPr>
          <w:rFonts w:cstheme="majorHAnsi"/>
          <w:sz w:val="18"/>
          <w:szCs w:val="18"/>
          <w:lang w:val="ka-GE"/>
        </w:rPr>
        <w:t xml:space="preserve"> </w:t>
      </w:r>
      <w:r w:rsidR="00C11DBA" w:rsidRPr="00C11DBA">
        <w:rPr>
          <w:rFonts w:ascii="Sylfaen" w:hAnsi="Sylfaen" w:cs="Sylfaen"/>
          <w:sz w:val="18"/>
          <w:szCs w:val="18"/>
          <w:lang w:val="ka-GE"/>
        </w:rPr>
        <w:t>გააგრძელა</w:t>
      </w:r>
      <w:r w:rsidR="00C11DBA" w:rsidRPr="00C11DBA">
        <w:rPr>
          <w:rFonts w:cstheme="majorHAnsi"/>
          <w:sz w:val="18"/>
          <w:szCs w:val="18"/>
          <w:lang w:val="ka-GE"/>
        </w:rPr>
        <w:t xml:space="preserve"> </w:t>
      </w:r>
      <w:r w:rsidR="00C11DBA" w:rsidRPr="00C11DBA">
        <w:rPr>
          <w:rFonts w:ascii="Sylfaen" w:hAnsi="Sylfaen" w:cs="Sylfaen"/>
          <w:sz w:val="18"/>
          <w:szCs w:val="18"/>
          <w:lang w:val="ka-GE"/>
        </w:rPr>
        <w:t>სამუშაოების</w:t>
      </w:r>
      <w:r w:rsidR="00C11DBA" w:rsidRPr="00C11DBA">
        <w:rPr>
          <w:rFonts w:cstheme="majorHAnsi"/>
          <w:sz w:val="18"/>
          <w:szCs w:val="18"/>
          <w:lang w:val="ka-GE"/>
        </w:rPr>
        <w:t xml:space="preserve"> </w:t>
      </w:r>
      <w:r w:rsidR="00C11DBA" w:rsidRPr="00C11DBA">
        <w:rPr>
          <w:rFonts w:ascii="Sylfaen" w:hAnsi="Sylfaen" w:cs="Sylfaen"/>
          <w:sz w:val="18"/>
          <w:szCs w:val="18"/>
          <w:lang w:val="ka-GE"/>
        </w:rPr>
        <w:t>შესრულება</w:t>
      </w:r>
      <w:r w:rsidR="00C11DBA" w:rsidRPr="00C11DBA">
        <w:rPr>
          <w:rFonts w:cstheme="majorHAnsi"/>
          <w:sz w:val="18"/>
          <w:szCs w:val="18"/>
          <w:lang w:val="ka-GE"/>
        </w:rPr>
        <w:t xml:space="preserve">, </w:t>
      </w:r>
      <w:r w:rsidR="00C11DBA" w:rsidRPr="00C11DBA">
        <w:rPr>
          <w:rFonts w:ascii="Sylfaen" w:hAnsi="Sylfaen" w:cs="Sylfaen"/>
          <w:sz w:val="18"/>
          <w:szCs w:val="18"/>
          <w:lang w:val="ka-GE"/>
        </w:rPr>
        <w:t>რაც</w:t>
      </w:r>
      <w:r w:rsidR="00C11DBA" w:rsidRPr="00C11DBA">
        <w:rPr>
          <w:rFonts w:cstheme="majorHAnsi"/>
          <w:sz w:val="18"/>
          <w:szCs w:val="18"/>
          <w:lang w:val="ka-GE"/>
        </w:rPr>
        <w:t xml:space="preserve"> </w:t>
      </w:r>
      <w:r w:rsidR="00C11DBA" w:rsidRPr="00C11DBA">
        <w:rPr>
          <w:rFonts w:ascii="Sylfaen" w:hAnsi="Sylfaen" w:cs="Sylfaen"/>
          <w:sz w:val="18"/>
          <w:szCs w:val="18"/>
          <w:lang w:val="ka-GE"/>
        </w:rPr>
        <w:t>გახდა</w:t>
      </w:r>
      <w:r w:rsidR="00C11DBA" w:rsidRPr="00C11DBA">
        <w:rPr>
          <w:rFonts w:cstheme="majorHAnsi"/>
          <w:sz w:val="18"/>
          <w:szCs w:val="18"/>
          <w:lang w:val="ka-GE"/>
        </w:rPr>
        <w:t xml:space="preserve"> </w:t>
      </w:r>
      <w:r w:rsidR="00C11DBA" w:rsidRPr="00C11DBA">
        <w:rPr>
          <w:rFonts w:ascii="Sylfaen" w:hAnsi="Sylfaen" w:cs="Sylfaen"/>
          <w:sz w:val="18"/>
          <w:szCs w:val="18"/>
          <w:lang w:val="ka-GE"/>
        </w:rPr>
        <w:t>დამდგარი</w:t>
      </w:r>
      <w:r w:rsidR="00C11DBA" w:rsidRPr="00C11DBA">
        <w:rPr>
          <w:rFonts w:cstheme="majorHAnsi"/>
          <w:sz w:val="18"/>
          <w:szCs w:val="18"/>
          <w:lang w:val="ka-GE"/>
        </w:rPr>
        <w:t xml:space="preserve"> </w:t>
      </w:r>
      <w:r w:rsidR="00C11DBA" w:rsidRPr="00C11DBA">
        <w:rPr>
          <w:rFonts w:ascii="Sylfaen" w:hAnsi="Sylfaen" w:cs="Sylfaen"/>
          <w:sz w:val="18"/>
          <w:szCs w:val="18"/>
          <w:lang w:val="ka-GE"/>
        </w:rPr>
        <w:t>შედეგის</w:t>
      </w:r>
      <w:r w:rsidR="00C11DBA" w:rsidRPr="00C11DBA">
        <w:rPr>
          <w:rFonts w:cstheme="majorHAnsi"/>
          <w:sz w:val="18"/>
          <w:szCs w:val="18"/>
          <w:lang w:val="ka-GE"/>
        </w:rPr>
        <w:t xml:space="preserve"> </w:t>
      </w:r>
      <w:r w:rsidR="00C11DBA" w:rsidRPr="00C11DBA">
        <w:rPr>
          <w:rFonts w:ascii="Sylfaen" w:hAnsi="Sylfaen" w:cs="Sylfaen"/>
          <w:sz w:val="18"/>
          <w:szCs w:val="18"/>
          <w:lang w:val="ka-GE"/>
        </w:rPr>
        <w:t>მიზეზი</w:t>
      </w:r>
      <w:r w:rsidR="00C11DBA">
        <w:rPr>
          <w:rFonts w:cstheme="majorHAnsi"/>
          <w:sz w:val="18"/>
          <w:szCs w:val="18"/>
          <w:lang w:val="ka-GE"/>
        </w:rPr>
        <w:t>,</w:t>
      </w:r>
      <w:r w:rsidR="00C11DBA" w:rsidRPr="00C11DBA">
        <w:rPr>
          <w:rFonts w:cstheme="majorHAnsi"/>
          <w:sz w:val="18"/>
          <w:szCs w:val="18"/>
          <w:lang w:val="ka-GE"/>
        </w:rPr>
        <w:t xml:space="preserve"> </w:t>
      </w:r>
      <w:r w:rsidR="00C11DBA" w:rsidRPr="00C11DBA">
        <w:rPr>
          <w:rFonts w:ascii="Sylfaen" w:hAnsi="Sylfaen" w:cs="Sylfaen"/>
          <w:sz w:val="18"/>
          <w:szCs w:val="18"/>
          <w:lang w:val="ka-GE"/>
        </w:rPr>
        <w:t>ასეთ</w:t>
      </w:r>
      <w:r w:rsidR="00C11DBA" w:rsidRPr="00C11DBA">
        <w:rPr>
          <w:rFonts w:cstheme="majorHAnsi"/>
          <w:sz w:val="18"/>
          <w:szCs w:val="18"/>
          <w:lang w:val="ka-GE"/>
        </w:rPr>
        <w:t xml:space="preserve"> </w:t>
      </w:r>
      <w:r w:rsidR="00C11DBA" w:rsidRPr="00C11DBA">
        <w:rPr>
          <w:rFonts w:ascii="Sylfaen" w:hAnsi="Sylfaen" w:cs="Sylfaen"/>
          <w:sz w:val="18"/>
          <w:szCs w:val="18"/>
          <w:lang w:val="ka-GE"/>
        </w:rPr>
        <w:t>შემთხვევაში</w:t>
      </w:r>
      <w:r w:rsidR="00C11DBA" w:rsidRPr="00C11DBA">
        <w:rPr>
          <w:rFonts w:cstheme="majorHAnsi"/>
          <w:sz w:val="18"/>
          <w:szCs w:val="18"/>
          <w:lang w:val="ka-GE"/>
        </w:rPr>
        <w:t xml:space="preserve"> </w:t>
      </w:r>
      <w:r w:rsidR="00C11DBA" w:rsidRPr="00C11DBA">
        <w:rPr>
          <w:rFonts w:ascii="Sylfaen" w:hAnsi="Sylfaen" w:cs="Sylfaen"/>
          <w:sz w:val="18"/>
          <w:szCs w:val="18"/>
          <w:lang w:val="ka-GE"/>
        </w:rPr>
        <w:t>პასუხისმგებლობა</w:t>
      </w:r>
      <w:r w:rsidR="00C11DBA" w:rsidRPr="00C11DBA">
        <w:rPr>
          <w:rFonts w:cstheme="majorHAnsi"/>
          <w:sz w:val="18"/>
          <w:szCs w:val="18"/>
          <w:lang w:val="ka-GE"/>
        </w:rPr>
        <w:t xml:space="preserve"> </w:t>
      </w:r>
      <w:r w:rsidR="00C11DBA" w:rsidRPr="00C11DBA">
        <w:rPr>
          <w:rFonts w:ascii="Sylfaen" w:hAnsi="Sylfaen" w:cs="Sylfaen"/>
          <w:sz w:val="18"/>
          <w:szCs w:val="18"/>
          <w:lang w:val="ka-GE"/>
        </w:rPr>
        <w:t>ეკისრება</w:t>
      </w:r>
      <w:r w:rsidR="00C11DBA" w:rsidRPr="00C11DBA">
        <w:rPr>
          <w:rFonts w:cstheme="majorHAnsi"/>
          <w:sz w:val="18"/>
          <w:szCs w:val="18"/>
          <w:lang w:val="ka-GE"/>
        </w:rPr>
        <w:t xml:space="preserve"> </w:t>
      </w:r>
      <w:r w:rsidR="00C11DBA" w:rsidRPr="00C11DBA">
        <w:rPr>
          <w:rFonts w:ascii="Sylfaen" w:hAnsi="Sylfaen" w:cs="Sylfaen"/>
          <w:sz w:val="18"/>
          <w:szCs w:val="18"/>
          <w:lang w:val="ka-GE"/>
        </w:rPr>
        <w:t>მენარდეს</w:t>
      </w:r>
      <w:r w:rsidR="00C11DBA" w:rsidRPr="00C11DBA">
        <w:rPr>
          <w:rFonts w:cstheme="majorHAnsi"/>
          <w:sz w:val="18"/>
          <w:szCs w:val="18"/>
          <w:lang w:val="ka-GE"/>
        </w:rPr>
        <w:t>.</w:t>
      </w:r>
      <w:r w:rsidRPr="00D73BDF">
        <w:rPr>
          <w:rFonts w:cstheme="majorHAnsi"/>
          <w:sz w:val="18"/>
          <w:szCs w:val="18"/>
        </w:rPr>
        <w:t xml:space="preserve"> </w:t>
      </w:r>
    </w:p>
    <w:p w14:paraId="337EA229" w14:textId="0DD97F90" w:rsidR="004B6084" w:rsidRPr="00D73BDF" w:rsidRDefault="00A74260" w:rsidP="00185C20">
      <w:pPr>
        <w:jc w:val="both"/>
        <w:rPr>
          <w:rFonts w:cstheme="majorHAnsi"/>
          <w:sz w:val="18"/>
          <w:szCs w:val="18"/>
        </w:rPr>
      </w:pPr>
      <w:r w:rsidRPr="00D73BDF">
        <w:rPr>
          <w:rFonts w:cstheme="majorHAnsi"/>
          <w:sz w:val="18"/>
          <w:szCs w:val="18"/>
        </w:rPr>
        <w:t xml:space="preserve">3.3.6.  </w:t>
      </w:r>
      <w:proofErr w:type="spellStart"/>
      <w:r w:rsidRPr="00D73BDF">
        <w:rPr>
          <w:rFonts w:ascii="Sylfaen" w:hAnsi="Sylfaen" w:cs="Sylfaen"/>
          <w:sz w:val="18"/>
          <w:szCs w:val="18"/>
        </w:rPr>
        <w:t>მენარდისთვის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გადაცემულ</w:t>
      </w:r>
      <w:proofErr w:type="spellEnd"/>
      <w:r w:rsidRPr="00D73BDF">
        <w:rPr>
          <w:rFonts w:cstheme="majorHAnsi"/>
          <w:sz w:val="18"/>
          <w:szCs w:val="18"/>
        </w:rPr>
        <w:t xml:space="preserve"> </w:t>
      </w:r>
      <w:proofErr w:type="spellStart"/>
      <w:r w:rsidRPr="00D73BDF">
        <w:rPr>
          <w:rFonts w:ascii="Sylfaen" w:hAnsi="Sylfaen" w:cs="Sylfaen"/>
          <w:sz w:val="18"/>
          <w:szCs w:val="18"/>
        </w:rPr>
        <w:t>საპროექტო</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დოკუმენტაციასთან</w:t>
      </w:r>
      <w:proofErr w:type="spellEnd"/>
      <w:r w:rsidR="00F52072">
        <w:rPr>
          <w:rFonts w:ascii="Sylfaen" w:hAnsi="Sylfaen" w:cs="Sylfaen"/>
          <w:sz w:val="18"/>
          <w:szCs w:val="18"/>
        </w:rPr>
        <w:t xml:space="preserve"> </w:t>
      </w:r>
      <w:r w:rsidR="00F52072" w:rsidRPr="00AE4949">
        <w:rPr>
          <w:rFonts w:ascii="Sylfaen" w:hAnsi="Sylfaen" w:cs="Sylfaen"/>
          <w:color w:val="000000" w:themeColor="text1"/>
          <w:sz w:val="18"/>
          <w:szCs w:val="18"/>
          <w:lang w:val="ka-GE"/>
        </w:rPr>
        <w:t>შესრულებული სამუ</w:t>
      </w:r>
      <w:r w:rsidR="00811744" w:rsidRPr="00AE4949">
        <w:rPr>
          <w:rFonts w:ascii="Sylfaen" w:hAnsi="Sylfaen" w:cs="Sylfaen"/>
          <w:color w:val="000000" w:themeColor="text1"/>
          <w:sz w:val="18"/>
          <w:szCs w:val="18"/>
          <w:lang w:val="ka-GE"/>
        </w:rPr>
        <w:t>შ</w:t>
      </w:r>
      <w:r w:rsidR="00F52072" w:rsidRPr="00AE4949">
        <w:rPr>
          <w:rFonts w:ascii="Sylfaen" w:hAnsi="Sylfaen" w:cs="Sylfaen"/>
          <w:color w:val="000000" w:themeColor="text1"/>
          <w:sz w:val="18"/>
          <w:szCs w:val="18"/>
          <w:lang w:val="ka-GE"/>
        </w:rPr>
        <w:t>აოების</w:t>
      </w:r>
      <w:r w:rsidRPr="00AE4949">
        <w:rPr>
          <w:rFonts w:cstheme="majorHAnsi"/>
          <w:color w:val="000000" w:themeColor="text1"/>
          <w:sz w:val="18"/>
          <w:szCs w:val="18"/>
        </w:rPr>
        <w:t xml:space="preserve"> </w:t>
      </w:r>
      <w:proofErr w:type="spellStart"/>
      <w:r w:rsidRPr="00D73BDF">
        <w:rPr>
          <w:rFonts w:ascii="Sylfaen" w:hAnsi="Sylfaen" w:cs="Sylfaen"/>
          <w:sz w:val="18"/>
          <w:szCs w:val="18"/>
        </w:rPr>
        <w:t>შეუსაბამობის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დადგენის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იკისროს</w:t>
      </w:r>
      <w:proofErr w:type="spellEnd"/>
      <w:r w:rsidRPr="00D73BDF">
        <w:rPr>
          <w:rFonts w:cstheme="majorHAnsi"/>
          <w:sz w:val="18"/>
          <w:szCs w:val="18"/>
        </w:rPr>
        <w:t xml:space="preserve"> </w:t>
      </w:r>
      <w:proofErr w:type="spellStart"/>
      <w:r w:rsidRPr="00D73BDF">
        <w:rPr>
          <w:rFonts w:ascii="Sylfaen" w:hAnsi="Sylfaen" w:cs="Sylfaen"/>
          <w:sz w:val="18"/>
          <w:szCs w:val="18"/>
        </w:rPr>
        <w:t>პასუხისგებლობა</w:t>
      </w:r>
      <w:proofErr w:type="spellEnd"/>
      <w:r w:rsidRPr="00D73BDF">
        <w:rPr>
          <w:rFonts w:cstheme="majorHAnsi"/>
          <w:sz w:val="18"/>
          <w:szCs w:val="18"/>
        </w:rPr>
        <w:t xml:space="preserve"> </w:t>
      </w:r>
      <w:proofErr w:type="spellStart"/>
      <w:r w:rsidRPr="00D73BDF">
        <w:rPr>
          <w:rFonts w:ascii="Sylfaen" w:hAnsi="Sylfaen" w:cs="Sylfaen"/>
          <w:sz w:val="18"/>
          <w:szCs w:val="18"/>
        </w:rPr>
        <w:t>საჯარიმო</w:t>
      </w:r>
      <w:proofErr w:type="spellEnd"/>
      <w:r w:rsidRPr="00D73BDF">
        <w:rPr>
          <w:rFonts w:cstheme="majorHAnsi"/>
          <w:sz w:val="18"/>
          <w:szCs w:val="18"/>
        </w:rPr>
        <w:t xml:space="preserve"> </w:t>
      </w:r>
      <w:proofErr w:type="spellStart"/>
      <w:r w:rsidRPr="00D73BDF">
        <w:rPr>
          <w:rFonts w:ascii="Sylfaen" w:hAnsi="Sylfaen" w:cs="Sylfaen"/>
          <w:sz w:val="18"/>
          <w:szCs w:val="18"/>
        </w:rPr>
        <w:t>სანქციებზე</w:t>
      </w:r>
      <w:proofErr w:type="spellEnd"/>
      <w:r w:rsidRPr="00D73BDF">
        <w:rPr>
          <w:rFonts w:cstheme="majorHAnsi"/>
          <w:sz w:val="18"/>
          <w:szCs w:val="18"/>
        </w:rPr>
        <w:t xml:space="preserve">. </w:t>
      </w:r>
      <w:proofErr w:type="spellStart"/>
      <w:r w:rsidRPr="00D73BDF">
        <w:rPr>
          <w:rFonts w:ascii="Sylfaen" w:hAnsi="Sylfaen" w:cs="Sylfaen"/>
          <w:sz w:val="18"/>
          <w:szCs w:val="18"/>
        </w:rPr>
        <w:t>აგრეთვე</w:t>
      </w:r>
      <w:proofErr w:type="spellEnd"/>
      <w:r w:rsidRPr="00D73BDF">
        <w:rPr>
          <w:rFonts w:cstheme="majorHAnsi"/>
          <w:sz w:val="18"/>
          <w:szCs w:val="18"/>
        </w:rPr>
        <w:t xml:space="preserve"> </w:t>
      </w:r>
      <w:proofErr w:type="spellStart"/>
      <w:r w:rsidRPr="00D73BDF">
        <w:rPr>
          <w:rFonts w:ascii="Sylfaen" w:hAnsi="Sylfaen" w:cs="Sylfaen"/>
          <w:sz w:val="18"/>
          <w:szCs w:val="18"/>
        </w:rPr>
        <w:t>იკისროს</w:t>
      </w:r>
      <w:proofErr w:type="spellEnd"/>
      <w:r w:rsidRPr="00D73BDF">
        <w:rPr>
          <w:rFonts w:cstheme="majorHAnsi"/>
          <w:sz w:val="18"/>
          <w:szCs w:val="18"/>
        </w:rPr>
        <w:t xml:space="preserve"> </w:t>
      </w:r>
      <w:proofErr w:type="spellStart"/>
      <w:r w:rsidRPr="00D73BDF">
        <w:rPr>
          <w:rFonts w:ascii="Sylfaen" w:hAnsi="Sylfaen" w:cs="Sylfaen"/>
          <w:sz w:val="18"/>
          <w:szCs w:val="18"/>
        </w:rPr>
        <w:t>პასუხისგებლობა</w:t>
      </w:r>
      <w:proofErr w:type="spellEnd"/>
      <w:r w:rsidRPr="00D73BDF">
        <w:rPr>
          <w:rFonts w:cstheme="majorHAnsi"/>
          <w:sz w:val="18"/>
          <w:szCs w:val="18"/>
        </w:rPr>
        <w:t xml:space="preserve"> </w:t>
      </w:r>
      <w:proofErr w:type="spellStart"/>
      <w:r w:rsidRPr="00D73BDF">
        <w:rPr>
          <w:rFonts w:ascii="Sylfaen" w:hAnsi="Sylfaen" w:cs="Sylfaen"/>
          <w:sz w:val="18"/>
          <w:szCs w:val="18"/>
        </w:rPr>
        <w:t>საქართველოს</w:t>
      </w:r>
      <w:proofErr w:type="spellEnd"/>
      <w:r w:rsidRPr="00D73BDF">
        <w:rPr>
          <w:rFonts w:cstheme="majorHAnsi"/>
          <w:sz w:val="18"/>
          <w:szCs w:val="18"/>
        </w:rPr>
        <w:t xml:space="preserve"> </w:t>
      </w:r>
      <w:proofErr w:type="spellStart"/>
      <w:r w:rsidRPr="00D73BDF">
        <w:rPr>
          <w:rFonts w:ascii="Sylfaen" w:hAnsi="Sylfaen" w:cs="Sylfaen"/>
          <w:sz w:val="18"/>
          <w:szCs w:val="18"/>
        </w:rPr>
        <w:t>კანონმდებლობით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ნორმების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დარღვევის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თუ</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w:t>
      </w:r>
      <w:proofErr w:type="spellEnd"/>
      <w:r w:rsidRPr="00D73BDF">
        <w:rPr>
          <w:rFonts w:cstheme="majorHAnsi"/>
          <w:sz w:val="18"/>
          <w:szCs w:val="18"/>
        </w:rPr>
        <w:t xml:space="preserve"> </w:t>
      </w:r>
      <w:proofErr w:type="spellStart"/>
      <w:r w:rsidRPr="00D73BDF">
        <w:rPr>
          <w:rFonts w:ascii="Sylfaen" w:hAnsi="Sylfaen" w:cs="Sylfaen"/>
          <w:sz w:val="18"/>
          <w:szCs w:val="18"/>
        </w:rPr>
        <w:t>დარღვევა</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გამოწვეულია</w:t>
      </w:r>
      <w:proofErr w:type="spellEnd"/>
      <w:r w:rsidRPr="00D73BDF">
        <w:rPr>
          <w:rFonts w:cstheme="majorHAnsi"/>
          <w:sz w:val="18"/>
          <w:szCs w:val="18"/>
        </w:rPr>
        <w:t xml:space="preserve"> </w:t>
      </w:r>
      <w:proofErr w:type="spellStart"/>
      <w:r w:rsidRPr="00D73BDF">
        <w:rPr>
          <w:rFonts w:ascii="Sylfaen" w:hAnsi="Sylfaen" w:cs="Sylfaen"/>
          <w:sz w:val="18"/>
          <w:szCs w:val="18"/>
        </w:rPr>
        <w:t>მენარდის</w:t>
      </w:r>
      <w:proofErr w:type="spellEnd"/>
      <w:r w:rsidRPr="00D73BDF">
        <w:rPr>
          <w:rFonts w:cstheme="majorHAnsi"/>
          <w:sz w:val="18"/>
          <w:szCs w:val="18"/>
        </w:rPr>
        <w:t xml:space="preserve"> </w:t>
      </w:r>
      <w:proofErr w:type="spellStart"/>
      <w:r w:rsidRPr="00D73BDF">
        <w:rPr>
          <w:rFonts w:ascii="Sylfaen" w:hAnsi="Sylfaen" w:cs="Sylfaen"/>
          <w:sz w:val="18"/>
          <w:szCs w:val="18"/>
        </w:rPr>
        <w:t>ბრალით</w:t>
      </w:r>
      <w:proofErr w:type="spellEnd"/>
      <w:r w:rsidRPr="00D73BDF">
        <w:rPr>
          <w:rFonts w:cstheme="majorHAnsi"/>
          <w:sz w:val="18"/>
          <w:szCs w:val="18"/>
        </w:rPr>
        <w:t xml:space="preserve">. </w:t>
      </w:r>
      <w:proofErr w:type="spellStart"/>
      <w:r w:rsidRPr="00D73BDF">
        <w:rPr>
          <w:rFonts w:ascii="Sylfaen" w:hAnsi="Sylfaen" w:cs="Sylfaen"/>
          <w:sz w:val="18"/>
          <w:szCs w:val="18"/>
        </w:rPr>
        <w:t>იმ</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თუ</w:t>
      </w:r>
      <w:proofErr w:type="spellEnd"/>
      <w:r w:rsidRPr="00D73BDF">
        <w:rPr>
          <w:rFonts w:cstheme="majorHAnsi"/>
          <w:sz w:val="18"/>
          <w:szCs w:val="18"/>
        </w:rPr>
        <w:t xml:space="preserve"> </w:t>
      </w:r>
      <w:proofErr w:type="spellStart"/>
      <w:r w:rsidRPr="00D73BDF">
        <w:rPr>
          <w:rFonts w:ascii="Sylfaen" w:hAnsi="Sylfaen" w:cs="Sylfaen"/>
          <w:sz w:val="18"/>
          <w:szCs w:val="18"/>
        </w:rPr>
        <w:t>საჯარიმო</w:t>
      </w:r>
      <w:proofErr w:type="spellEnd"/>
      <w:r w:rsidRPr="00D73BDF">
        <w:rPr>
          <w:rFonts w:cstheme="majorHAnsi"/>
          <w:sz w:val="18"/>
          <w:szCs w:val="18"/>
        </w:rPr>
        <w:t xml:space="preserve"> </w:t>
      </w:r>
      <w:proofErr w:type="spellStart"/>
      <w:r w:rsidRPr="00D73BDF">
        <w:rPr>
          <w:rFonts w:ascii="Sylfaen" w:hAnsi="Sylfaen" w:cs="Sylfaen"/>
          <w:sz w:val="18"/>
          <w:szCs w:val="18"/>
        </w:rPr>
        <w:t>სანქცია</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გამოწვეულია</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00C45EA9">
        <w:rPr>
          <w:rFonts w:ascii="Sylfaen" w:hAnsi="Sylfaen" w:cs="Sylfaen"/>
          <w:sz w:val="18"/>
          <w:szCs w:val="18"/>
          <w:lang w:val="ka-GE"/>
        </w:rPr>
        <w:t xml:space="preserve"> </w:t>
      </w:r>
      <w:proofErr w:type="spellStart"/>
      <w:r w:rsidRPr="00D73BDF">
        <w:rPr>
          <w:rFonts w:ascii="Sylfaen" w:hAnsi="Sylfaen" w:cs="Sylfaen"/>
          <w:sz w:val="18"/>
          <w:szCs w:val="18"/>
        </w:rPr>
        <w:t>ნაკლით</w:t>
      </w:r>
      <w:proofErr w:type="spellEnd"/>
      <w:r w:rsidRPr="00D73BDF">
        <w:rPr>
          <w:rFonts w:cstheme="majorHAnsi"/>
          <w:sz w:val="18"/>
          <w:szCs w:val="18"/>
        </w:rPr>
        <w:t xml:space="preserve">, </w:t>
      </w:r>
      <w:proofErr w:type="spellStart"/>
      <w:r w:rsidRPr="00D73BDF">
        <w:rPr>
          <w:rFonts w:ascii="Sylfaen" w:hAnsi="Sylfaen" w:cs="Sylfaen"/>
          <w:sz w:val="18"/>
          <w:szCs w:val="18"/>
        </w:rPr>
        <w:t>მათ</w:t>
      </w:r>
      <w:proofErr w:type="spellEnd"/>
      <w:r w:rsidRPr="00D73BDF">
        <w:rPr>
          <w:rFonts w:cstheme="majorHAnsi"/>
          <w:sz w:val="18"/>
          <w:szCs w:val="18"/>
        </w:rPr>
        <w:t xml:space="preserve"> </w:t>
      </w:r>
      <w:proofErr w:type="spellStart"/>
      <w:r w:rsidRPr="00D73BDF">
        <w:rPr>
          <w:rFonts w:ascii="Sylfaen" w:hAnsi="Sylfaen" w:cs="Sylfaen"/>
          <w:sz w:val="18"/>
          <w:szCs w:val="18"/>
        </w:rPr>
        <w:t>შორის</w:t>
      </w:r>
      <w:proofErr w:type="spellEnd"/>
      <w:r w:rsidRPr="00D73BDF">
        <w:rPr>
          <w:rFonts w:cstheme="majorHAnsi"/>
          <w:sz w:val="18"/>
          <w:szCs w:val="18"/>
        </w:rPr>
        <w:t xml:space="preserve"> </w:t>
      </w:r>
      <w:proofErr w:type="spellStart"/>
      <w:r w:rsidRPr="00D73BDF">
        <w:rPr>
          <w:rFonts w:ascii="Sylfaen" w:hAnsi="Sylfaen" w:cs="Sylfaen"/>
          <w:sz w:val="18"/>
          <w:szCs w:val="18"/>
        </w:rPr>
        <w:t>ფარული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ნაკლით</w:t>
      </w:r>
      <w:proofErr w:type="spellEnd"/>
      <w:r w:rsidRPr="00D73BDF">
        <w:rPr>
          <w:rFonts w:cstheme="majorHAnsi"/>
          <w:sz w:val="18"/>
          <w:szCs w:val="18"/>
        </w:rPr>
        <w:t xml:space="preserve"> </w:t>
      </w:r>
      <w:r w:rsidR="00C45EA9">
        <w:rPr>
          <w:rFonts w:ascii="Sylfaen" w:hAnsi="Sylfaen" w:cstheme="majorHAnsi"/>
          <w:sz w:val="18"/>
          <w:szCs w:val="18"/>
          <w:lang w:val="ka-GE"/>
        </w:rPr>
        <w:t>(</w:t>
      </w:r>
      <w:proofErr w:type="spellStart"/>
      <w:r w:rsidRPr="00D73BDF">
        <w:rPr>
          <w:rFonts w:ascii="Sylfaen" w:hAnsi="Sylfaen" w:cs="Sylfaen"/>
          <w:sz w:val="18"/>
          <w:szCs w:val="18"/>
        </w:rPr>
        <w:t>ნაკლი</w:t>
      </w:r>
      <w:proofErr w:type="spellEnd"/>
      <w:r w:rsidR="00713193">
        <w:rPr>
          <w:rFonts w:ascii="Sylfaen" w:hAnsi="Sylfaen" w:cs="Sylfaen"/>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რომლის</w:t>
      </w:r>
      <w:proofErr w:type="spellEnd"/>
      <w:r w:rsidRPr="00D73BDF">
        <w:rPr>
          <w:rFonts w:cstheme="majorHAnsi"/>
          <w:sz w:val="18"/>
          <w:szCs w:val="18"/>
        </w:rPr>
        <w:t xml:space="preserve"> </w:t>
      </w:r>
      <w:proofErr w:type="spellStart"/>
      <w:r w:rsidRPr="00D73BDF">
        <w:rPr>
          <w:rFonts w:ascii="Sylfaen" w:hAnsi="Sylfaen" w:cs="Sylfaen"/>
          <w:sz w:val="18"/>
          <w:szCs w:val="18"/>
        </w:rPr>
        <w:t>იდენტიფიცირებაც</w:t>
      </w:r>
      <w:proofErr w:type="spellEnd"/>
      <w:r w:rsidRPr="00D73BDF">
        <w:rPr>
          <w:rFonts w:cstheme="majorHAnsi"/>
          <w:sz w:val="18"/>
          <w:szCs w:val="18"/>
        </w:rPr>
        <w:t xml:space="preserve"> </w:t>
      </w:r>
      <w:proofErr w:type="spellStart"/>
      <w:r w:rsidRPr="00D73BDF">
        <w:rPr>
          <w:rFonts w:ascii="Sylfaen" w:hAnsi="Sylfaen" w:cs="Sylfaen"/>
          <w:sz w:val="18"/>
          <w:szCs w:val="18"/>
        </w:rPr>
        <w:t>მყისიერად</w:t>
      </w:r>
      <w:proofErr w:type="spellEnd"/>
      <w:r w:rsidRPr="00D73BDF">
        <w:rPr>
          <w:rFonts w:cstheme="majorHAnsi"/>
          <w:sz w:val="18"/>
          <w:szCs w:val="18"/>
        </w:rPr>
        <w:t xml:space="preserve"> </w:t>
      </w:r>
      <w:proofErr w:type="spellStart"/>
      <w:r w:rsidRPr="00D73BDF">
        <w:rPr>
          <w:rFonts w:ascii="Sylfaen" w:hAnsi="Sylfaen" w:cs="Sylfaen"/>
          <w:sz w:val="18"/>
          <w:szCs w:val="18"/>
        </w:rPr>
        <w:t>შეუძლებელია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გამოვლინდება</w:t>
      </w:r>
      <w:proofErr w:type="spellEnd"/>
      <w:r w:rsidRPr="00D73BDF">
        <w:rPr>
          <w:rFonts w:cstheme="majorHAnsi"/>
          <w:sz w:val="18"/>
          <w:szCs w:val="18"/>
        </w:rPr>
        <w:t xml:space="preserve"> </w:t>
      </w:r>
      <w:proofErr w:type="spellStart"/>
      <w:r w:rsidRPr="00D73BDF">
        <w:rPr>
          <w:rFonts w:ascii="Sylfaen" w:hAnsi="Sylfaen" w:cs="Sylfaen"/>
          <w:sz w:val="18"/>
          <w:szCs w:val="18"/>
        </w:rPr>
        <w:t>დროთა</w:t>
      </w:r>
      <w:proofErr w:type="spellEnd"/>
      <w:r w:rsidRPr="00D73BDF">
        <w:rPr>
          <w:rFonts w:cstheme="majorHAnsi"/>
          <w:sz w:val="18"/>
          <w:szCs w:val="18"/>
        </w:rPr>
        <w:t xml:space="preserve"> </w:t>
      </w:r>
      <w:proofErr w:type="spellStart"/>
      <w:r w:rsidRPr="00D73BDF">
        <w:rPr>
          <w:rFonts w:ascii="Sylfaen" w:hAnsi="Sylfaen" w:cs="Sylfaen"/>
          <w:sz w:val="18"/>
          <w:szCs w:val="18"/>
        </w:rPr>
        <w:t>განმავლობაში</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 xml:space="preserve"> </w:t>
      </w:r>
      <w:proofErr w:type="spellStart"/>
      <w:r w:rsidRPr="00D73BDF">
        <w:rPr>
          <w:rFonts w:ascii="Sylfaen" w:hAnsi="Sylfaen" w:cs="Sylfaen"/>
          <w:sz w:val="18"/>
          <w:szCs w:val="18"/>
        </w:rPr>
        <w:t>სხვა</w:t>
      </w:r>
      <w:proofErr w:type="spellEnd"/>
      <w:r w:rsidRPr="00D73BDF">
        <w:rPr>
          <w:rFonts w:cstheme="majorHAnsi"/>
          <w:sz w:val="18"/>
          <w:szCs w:val="18"/>
        </w:rPr>
        <w:t xml:space="preserve"> </w:t>
      </w:r>
      <w:proofErr w:type="spellStart"/>
      <w:r w:rsidRPr="00D73BDF">
        <w:rPr>
          <w:rFonts w:ascii="Sylfaen" w:hAnsi="Sylfaen" w:cs="Sylfaen"/>
          <w:sz w:val="18"/>
          <w:szCs w:val="18"/>
        </w:rPr>
        <w:t>მიზეზებით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გარკვეული</w:t>
      </w:r>
      <w:proofErr w:type="spellEnd"/>
      <w:r w:rsidRPr="00D73BDF">
        <w:rPr>
          <w:rFonts w:cstheme="majorHAnsi"/>
          <w:sz w:val="18"/>
          <w:szCs w:val="18"/>
        </w:rPr>
        <w:t xml:space="preserve"> </w:t>
      </w:r>
      <w:proofErr w:type="spellStart"/>
      <w:r w:rsidRPr="00D73BDF">
        <w:rPr>
          <w:rFonts w:ascii="Sylfaen" w:hAnsi="Sylfaen" w:cs="Sylfaen"/>
          <w:sz w:val="18"/>
          <w:szCs w:val="18"/>
        </w:rPr>
        <w:t>დროის</w:t>
      </w:r>
      <w:proofErr w:type="spellEnd"/>
      <w:r w:rsidRPr="00D73BDF">
        <w:rPr>
          <w:rFonts w:cstheme="majorHAnsi"/>
          <w:sz w:val="18"/>
          <w:szCs w:val="18"/>
        </w:rPr>
        <w:t xml:space="preserve"> </w:t>
      </w:r>
      <w:proofErr w:type="spellStart"/>
      <w:r w:rsidRPr="00D73BDF">
        <w:rPr>
          <w:rFonts w:ascii="Sylfaen" w:hAnsi="Sylfaen" w:cs="Sylfaen"/>
          <w:sz w:val="18"/>
          <w:szCs w:val="18"/>
        </w:rPr>
        <w:t>მერე</w:t>
      </w:r>
      <w:proofErr w:type="spellEnd"/>
      <w:r w:rsidR="00C45EA9">
        <w:rPr>
          <w:rFonts w:ascii="Sylfaen" w:hAnsi="Sylfaen" w:cs="Sylfaen"/>
          <w:sz w:val="18"/>
          <w:szCs w:val="18"/>
          <w:lang w:val="ka-GE"/>
        </w:rPr>
        <w:t>)</w:t>
      </w:r>
      <w:r w:rsidRPr="00D73BDF">
        <w:rPr>
          <w:rFonts w:cstheme="majorHAnsi"/>
          <w:sz w:val="18"/>
          <w:szCs w:val="18"/>
        </w:rPr>
        <w:t xml:space="preserve">, </w:t>
      </w:r>
      <w:r w:rsidR="00C45EA9">
        <w:rPr>
          <w:rFonts w:ascii="Sylfaen" w:hAnsi="Sylfaen" w:cs="Sylfaen"/>
          <w:sz w:val="18"/>
          <w:szCs w:val="18"/>
          <w:lang w:val="ka-GE"/>
        </w:rPr>
        <w:t xml:space="preserve">მენარდე </w:t>
      </w:r>
      <w:proofErr w:type="spellStart"/>
      <w:r w:rsidRPr="00D73BDF">
        <w:rPr>
          <w:rFonts w:ascii="Sylfaen" w:hAnsi="Sylfaen" w:cs="Sylfaen"/>
          <w:sz w:val="18"/>
          <w:szCs w:val="18"/>
        </w:rPr>
        <w:t>აგრეთვე</w:t>
      </w:r>
      <w:proofErr w:type="spellEnd"/>
      <w:r w:rsidRPr="00D73BDF">
        <w:rPr>
          <w:rFonts w:cstheme="majorHAnsi"/>
          <w:sz w:val="18"/>
          <w:szCs w:val="18"/>
        </w:rPr>
        <w:t xml:space="preserve"> </w:t>
      </w:r>
      <w:proofErr w:type="spellStart"/>
      <w:r w:rsidRPr="00D73BDF">
        <w:rPr>
          <w:rFonts w:ascii="Sylfaen" w:hAnsi="Sylfaen" w:cs="Sylfaen"/>
          <w:sz w:val="18"/>
          <w:szCs w:val="18"/>
        </w:rPr>
        <w:t>პასუხისმგებელი</w:t>
      </w:r>
      <w:proofErr w:type="spellEnd"/>
      <w:r w:rsidRPr="00D73BDF">
        <w:rPr>
          <w:rFonts w:cstheme="majorHAnsi"/>
          <w:sz w:val="18"/>
          <w:szCs w:val="18"/>
        </w:rPr>
        <w:t xml:space="preserve"> </w:t>
      </w:r>
      <w:proofErr w:type="spellStart"/>
      <w:r w:rsidRPr="00D73BDF">
        <w:rPr>
          <w:rFonts w:ascii="Sylfaen" w:hAnsi="Sylfaen" w:cs="Sylfaen"/>
          <w:sz w:val="18"/>
          <w:szCs w:val="18"/>
        </w:rPr>
        <w:t>იქნება</w:t>
      </w:r>
      <w:proofErr w:type="spellEnd"/>
      <w:r w:rsidRPr="00D73BDF">
        <w:rPr>
          <w:rFonts w:cstheme="majorHAnsi"/>
          <w:sz w:val="18"/>
          <w:szCs w:val="18"/>
        </w:rPr>
        <w:t xml:space="preserve"> </w:t>
      </w:r>
      <w:proofErr w:type="spellStart"/>
      <w:r w:rsidRPr="00D73BDF">
        <w:rPr>
          <w:rFonts w:ascii="Sylfaen" w:hAnsi="Sylfaen" w:cs="Sylfaen"/>
          <w:sz w:val="18"/>
          <w:szCs w:val="18"/>
        </w:rPr>
        <w:t>ამგვარი</w:t>
      </w:r>
      <w:proofErr w:type="spellEnd"/>
      <w:r w:rsidRPr="00D73BDF">
        <w:rPr>
          <w:rFonts w:cstheme="majorHAnsi"/>
          <w:sz w:val="18"/>
          <w:szCs w:val="18"/>
        </w:rPr>
        <w:t xml:space="preserve"> </w:t>
      </w:r>
      <w:proofErr w:type="spellStart"/>
      <w:r w:rsidRPr="00D73BDF">
        <w:rPr>
          <w:rFonts w:ascii="Sylfaen" w:hAnsi="Sylfaen" w:cs="Sylfaen"/>
          <w:sz w:val="18"/>
          <w:szCs w:val="18"/>
        </w:rPr>
        <w:t>ნაკლის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გამო</w:t>
      </w:r>
      <w:proofErr w:type="spellEnd"/>
      <w:r w:rsidRPr="00D73BDF">
        <w:rPr>
          <w:rFonts w:cstheme="majorHAnsi"/>
          <w:sz w:val="18"/>
          <w:szCs w:val="18"/>
        </w:rPr>
        <w:t xml:space="preserve"> </w:t>
      </w:r>
      <w:proofErr w:type="spellStart"/>
      <w:r w:rsidRPr="00D73BDF">
        <w:rPr>
          <w:rFonts w:ascii="Sylfaen" w:hAnsi="Sylfaen" w:cs="Sylfaen"/>
          <w:sz w:val="18"/>
          <w:szCs w:val="18"/>
        </w:rPr>
        <w:t>დამდგარ</w:t>
      </w:r>
      <w:proofErr w:type="spellEnd"/>
      <w:r w:rsidRPr="00D73BDF">
        <w:rPr>
          <w:rFonts w:cstheme="majorHAnsi"/>
          <w:sz w:val="18"/>
          <w:szCs w:val="18"/>
        </w:rPr>
        <w:t xml:space="preserve"> </w:t>
      </w:r>
      <w:proofErr w:type="spellStart"/>
      <w:r w:rsidRPr="00D73BDF">
        <w:rPr>
          <w:rFonts w:ascii="Sylfaen" w:hAnsi="Sylfaen" w:cs="Sylfaen"/>
          <w:sz w:val="18"/>
          <w:szCs w:val="18"/>
        </w:rPr>
        <w:t>ნებისმიერ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ზიანზე</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საჯარიმო</w:t>
      </w:r>
      <w:proofErr w:type="spellEnd"/>
      <w:r w:rsidRPr="00D73BDF">
        <w:rPr>
          <w:rFonts w:cstheme="majorHAnsi"/>
          <w:sz w:val="18"/>
          <w:szCs w:val="18"/>
        </w:rPr>
        <w:t xml:space="preserve"> </w:t>
      </w:r>
      <w:proofErr w:type="spellStart"/>
      <w:r w:rsidRPr="00D73BDF">
        <w:rPr>
          <w:rFonts w:ascii="Sylfaen" w:hAnsi="Sylfaen" w:cs="Sylfaen"/>
          <w:sz w:val="18"/>
          <w:szCs w:val="18"/>
        </w:rPr>
        <w:t>სანქციაზე</w:t>
      </w:r>
      <w:proofErr w:type="spellEnd"/>
      <w:r w:rsidRPr="00D73BDF">
        <w:rPr>
          <w:rFonts w:cstheme="majorHAnsi"/>
          <w:sz w:val="18"/>
          <w:szCs w:val="18"/>
        </w:rPr>
        <w:t xml:space="preserve">, </w:t>
      </w:r>
      <w:proofErr w:type="spellStart"/>
      <w:r w:rsidRPr="00D73BDF">
        <w:rPr>
          <w:rFonts w:ascii="Sylfaen" w:hAnsi="Sylfaen" w:cs="Sylfaen"/>
          <w:sz w:val="18"/>
          <w:szCs w:val="18"/>
        </w:rPr>
        <w:t>მიუხედავად</w:t>
      </w:r>
      <w:proofErr w:type="spellEnd"/>
      <w:r w:rsidRPr="00D73BDF">
        <w:rPr>
          <w:rFonts w:cstheme="majorHAnsi"/>
          <w:sz w:val="18"/>
          <w:szCs w:val="18"/>
        </w:rPr>
        <w:t xml:space="preserve"> </w:t>
      </w:r>
      <w:proofErr w:type="spellStart"/>
      <w:r w:rsidRPr="00D73BDF">
        <w:rPr>
          <w:rFonts w:ascii="Sylfaen" w:hAnsi="Sylfaen" w:cs="Sylfaen"/>
          <w:sz w:val="18"/>
          <w:szCs w:val="18"/>
        </w:rPr>
        <w:t>იმისა</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მოხდა</w:t>
      </w:r>
      <w:proofErr w:type="spellEnd"/>
      <w:r w:rsidRPr="00D73BDF">
        <w:rPr>
          <w:rFonts w:cstheme="majorHAnsi"/>
          <w:sz w:val="18"/>
          <w:szCs w:val="18"/>
        </w:rPr>
        <w:t xml:space="preserve"> </w:t>
      </w:r>
      <w:proofErr w:type="spellStart"/>
      <w:r w:rsidRPr="00D73BDF">
        <w:rPr>
          <w:rFonts w:ascii="Sylfaen" w:hAnsi="Sylfaen" w:cs="Sylfaen"/>
          <w:sz w:val="18"/>
          <w:szCs w:val="18"/>
        </w:rPr>
        <w:t>თუ</w:t>
      </w:r>
      <w:proofErr w:type="spellEnd"/>
      <w:r w:rsidRPr="00D73BDF">
        <w:rPr>
          <w:rFonts w:cstheme="majorHAnsi"/>
          <w:sz w:val="18"/>
          <w:szCs w:val="18"/>
        </w:rPr>
        <w:t xml:space="preserve"> </w:t>
      </w:r>
      <w:proofErr w:type="spellStart"/>
      <w:r w:rsidRPr="00D73BDF">
        <w:rPr>
          <w:rFonts w:ascii="Sylfaen" w:hAnsi="Sylfaen" w:cs="Sylfaen"/>
          <w:sz w:val="18"/>
          <w:szCs w:val="18"/>
        </w:rPr>
        <w:t>არა</w:t>
      </w:r>
      <w:proofErr w:type="spellEnd"/>
      <w:r w:rsidRPr="00D73BDF">
        <w:rPr>
          <w:rFonts w:cstheme="majorHAnsi"/>
          <w:sz w:val="18"/>
          <w:szCs w:val="18"/>
        </w:rPr>
        <w:t xml:space="preserve"> </w:t>
      </w:r>
      <w:proofErr w:type="spellStart"/>
      <w:r w:rsidRPr="00D73BDF">
        <w:rPr>
          <w:rFonts w:ascii="Sylfaen" w:hAnsi="Sylfaen" w:cs="Sylfaen"/>
          <w:sz w:val="18"/>
          <w:szCs w:val="18"/>
        </w:rPr>
        <w:t>ამგვარი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შემოწმება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მიღება</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წესით</w:t>
      </w:r>
      <w:proofErr w:type="spellEnd"/>
      <w:r w:rsidR="00C45EA9">
        <w:rPr>
          <w:rFonts w:cstheme="majorHAnsi"/>
          <w:sz w:val="18"/>
          <w:szCs w:val="18"/>
        </w:rPr>
        <w:t>.</w:t>
      </w:r>
    </w:p>
    <w:p w14:paraId="1C1FD643" w14:textId="3250D66E" w:rsidR="004B6084" w:rsidRPr="00D73BDF" w:rsidRDefault="00A74260" w:rsidP="00185C20">
      <w:pPr>
        <w:jc w:val="both"/>
        <w:rPr>
          <w:rFonts w:cstheme="majorHAnsi"/>
          <w:sz w:val="18"/>
          <w:szCs w:val="18"/>
        </w:rPr>
      </w:pPr>
      <w:r w:rsidRPr="00D73BDF">
        <w:rPr>
          <w:rFonts w:cstheme="majorHAnsi"/>
          <w:sz w:val="18"/>
          <w:szCs w:val="18"/>
        </w:rPr>
        <w:t xml:space="preserve">3.3.7. </w:t>
      </w:r>
      <w:proofErr w:type="spellStart"/>
      <w:r w:rsidRPr="00D73BDF">
        <w:rPr>
          <w:rFonts w:ascii="Sylfaen" w:hAnsi="Sylfaen" w:cs="Sylfaen"/>
          <w:sz w:val="18"/>
          <w:szCs w:val="18"/>
        </w:rPr>
        <w:t>დაიცვას</w:t>
      </w:r>
      <w:proofErr w:type="spellEnd"/>
      <w:r w:rsidRPr="00D73BDF">
        <w:rPr>
          <w:rFonts w:cstheme="majorHAnsi"/>
          <w:sz w:val="18"/>
          <w:szCs w:val="18"/>
        </w:rPr>
        <w:t xml:space="preserve"> </w:t>
      </w:r>
      <w:r w:rsidR="001E6721">
        <w:rPr>
          <w:rFonts w:ascii="Sylfaen" w:hAnsi="Sylfaen" w:cs="Sylfaen"/>
          <w:sz w:val="18"/>
          <w:szCs w:val="18"/>
          <w:lang w:val="ka-GE"/>
        </w:rPr>
        <w:t>სამშენებლო</w:t>
      </w:r>
      <w:r w:rsidRPr="00D73BDF">
        <w:rPr>
          <w:rFonts w:cstheme="majorHAnsi"/>
          <w:sz w:val="18"/>
          <w:szCs w:val="18"/>
        </w:rPr>
        <w:t xml:space="preserve"> </w:t>
      </w:r>
      <w:proofErr w:type="spellStart"/>
      <w:r w:rsidRPr="00D73BDF">
        <w:rPr>
          <w:rFonts w:ascii="Sylfaen" w:hAnsi="Sylfaen" w:cs="Sylfaen"/>
          <w:sz w:val="18"/>
          <w:szCs w:val="18"/>
        </w:rPr>
        <w:t>ნორმები</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წესები</w:t>
      </w:r>
      <w:proofErr w:type="spellEnd"/>
      <w:r w:rsidRPr="00D73BDF">
        <w:rPr>
          <w:rFonts w:cstheme="majorHAnsi"/>
          <w:sz w:val="18"/>
          <w:szCs w:val="18"/>
        </w:rPr>
        <w:t xml:space="preserve">, </w:t>
      </w:r>
      <w:proofErr w:type="spellStart"/>
      <w:r w:rsidRPr="00D73BDF">
        <w:rPr>
          <w:rFonts w:ascii="Sylfaen" w:hAnsi="Sylfaen" w:cs="Sylfaen"/>
          <w:sz w:val="18"/>
          <w:szCs w:val="18"/>
        </w:rPr>
        <w:t>უსაფრთხოების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ნორმები</w:t>
      </w:r>
      <w:proofErr w:type="spellEnd"/>
      <w:r w:rsidRPr="00D73BDF">
        <w:rPr>
          <w:rFonts w:cstheme="majorHAnsi"/>
          <w:sz w:val="18"/>
          <w:szCs w:val="18"/>
        </w:rPr>
        <w:t>, „</w:t>
      </w:r>
      <w:proofErr w:type="spellStart"/>
      <w:r w:rsidRPr="00D73BDF">
        <w:rPr>
          <w:rFonts w:ascii="Sylfaen" w:hAnsi="Sylfaen" w:cs="Sylfaen"/>
          <w:sz w:val="18"/>
          <w:szCs w:val="18"/>
        </w:rPr>
        <w:t>შრომის</w:t>
      </w:r>
      <w:proofErr w:type="spellEnd"/>
      <w:r w:rsidRPr="00D73BDF">
        <w:rPr>
          <w:rFonts w:cstheme="majorHAnsi"/>
          <w:sz w:val="18"/>
          <w:szCs w:val="18"/>
        </w:rPr>
        <w:t xml:space="preserve"> </w:t>
      </w:r>
      <w:proofErr w:type="spellStart"/>
      <w:r w:rsidRPr="00D73BDF">
        <w:rPr>
          <w:rFonts w:ascii="Sylfaen" w:hAnsi="Sylfaen" w:cs="Sylfaen"/>
          <w:sz w:val="18"/>
          <w:szCs w:val="18"/>
        </w:rPr>
        <w:t>უსაფრთხოების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შესახებ</w:t>
      </w:r>
      <w:proofErr w:type="spellEnd"/>
      <w:r w:rsidRPr="00D73BDF">
        <w:rPr>
          <w:rFonts w:cstheme="majorHAnsi"/>
          <w:sz w:val="18"/>
          <w:szCs w:val="18"/>
        </w:rPr>
        <w:t>“</w:t>
      </w:r>
      <w:r w:rsidR="00C45EA9">
        <w:rPr>
          <w:rFonts w:ascii="Sylfaen" w:hAnsi="Sylfaen" w:cstheme="majorHAnsi"/>
          <w:sz w:val="18"/>
          <w:szCs w:val="18"/>
          <w:lang w:val="ka-GE"/>
        </w:rPr>
        <w:t xml:space="preserve"> </w:t>
      </w:r>
      <w:proofErr w:type="spellStart"/>
      <w:r w:rsidRPr="00D73BDF">
        <w:rPr>
          <w:rFonts w:ascii="Sylfaen" w:hAnsi="Sylfaen" w:cs="Sylfaen"/>
          <w:sz w:val="18"/>
          <w:szCs w:val="18"/>
        </w:rPr>
        <w:t>საქართველოს</w:t>
      </w:r>
      <w:proofErr w:type="spellEnd"/>
      <w:r w:rsidRPr="00D73BDF">
        <w:rPr>
          <w:rFonts w:cstheme="majorHAnsi"/>
          <w:sz w:val="18"/>
          <w:szCs w:val="18"/>
        </w:rPr>
        <w:t xml:space="preserve"> </w:t>
      </w:r>
      <w:proofErr w:type="spellStart"/>
      <w:r w:rsidRPr="00D73BDF">
        <w:rPr>
          <w:rFonts w:ascii="Sylfaen" w:hAnsi="Sylfaen" w:cs="Sylfaen"/>
          <w:sz w:val="18"/>
          <w:szCs w:val="18"/>
        </w:rPr>
        <w:t>ორგანული</w:t>
      </w:r>
      <w:proofErr w:type="spellEnd"/>
      <w:r w:rsidRPr="00D73BDF">
        <w:rPr>
          <w:rFonts w:cstheme="majorHAnsi"/>
          <w:sz w:val="18"/>
          <w:szCs w:val="18"/>
        </w:rPr>
        <w:t xml:space="preserve"> </w:t>
      </w:r>
      <w:proofErr w:type="spellStart"/>
      <w:r w:rsidRPr="00D73BDF">
        <w:rPr>
          <w:rFonts w:ascii="Sylfaen" w:hAnsi="Sylfaen" w:cs="Sylfaen"/>
          <w:sz w:val="18"/>
          <w:szCs w:val="18"/>
        </w:rPr>
        <w:t>კანონით</w:t>
      </w:r>
      <w:proofErr w:type="spellEnd"/>
      <w:r w:rsidRPr="00D73BDF">
        <w:rPr>
          <w:rFonts w:cstheme="majorHAnsi"/>
          <w:sz w:val="18"/>
          <w:szCs w:val="18"/>
        </w:rPr>
        <w:t xml:space="preserve"> </w:t>
      </w:r>
      <w:proofErr w:type="spellStart"/>
      <w:r w:rsidRPr="00D73BDF">
        <w:rPr>
          <w:rFonts w:ascii="Sylfaen" w:hAnsi="Sylfaen" w:cs="Sylfaen"/>
          <w:sz w:val="18"/>
          <w:szCs w:val="18"/>
        </w:rPr>
        <w:t>დადგენილი</w:t>
      </w:r>
      <w:proofErr w:type="spellEnd"/>
      <w:r w:rsidRPr="00D73BDF">
        <w:rPr>
          <w:rFonts w:cstheme="majorHAnsi"/>
          <w:sz w:val="18"/>
          <w:szCs w:val="18"/>
        </w:rPr>
        <w:t xml:space="preserve"> </w:t>
      </w:r>
      <w:proofErr w:type="spellStart"/>
      <w:r w:rsidRPr="00D73BDF">
        <w:rPr>
          <w:rFonts w:ascii="Sylfaen" w:hAnsi="Sylfaen" w:cs="Sylfaen"/>
          <w:sz w:val="18"/>
          <w:szCs w:val="18"/>
        </w:rPr>
        <w:t>მოთხოვნები</w:t>
      </w:r>
      <w:proofErr w:type="spellEnd"/>
      <w:r w:rsidRPr="00D73BDF">
        <w:rPr>
          <w:rFonts w:cstheme="majorHAnsi"/>
          <w:sz w:val="18"/>
          <w:szCs w:val="18"/>
        </w:rPr>
        <w:t xml:space="preserve">, </w:t>
      </w:r>
      <w:proofErr w:type="spellStart"/>
      <w:r w:rsidRPr="00D73BDF">
        <w:rPr>
          <w:rFonts w:ascii="Sylfaen" w:hAnsi="Sylfaen" w:cs="Sylfaen"/>
          <w:sz w:val="18"/>
          <w:szCs w:val="18"/>
        </w:rPr>
        <w:t>მათ</w:t>
      </w:r>
      <w:proofErr w:type="spellEnd"/>
      <w:r w:rsidRPr="00D73BDF">
        <w:rPr>
          <w:rFonts w:cstheme="majorHAnsi"/>
          <w:sz w:val="18"/>
          <w:szCs w:val="18"/>
        </w:rPr>
        <w:t xml:space="preserve"> </w:t>
      </w:r>
      <w:proofErr w:type="spellStart"/>
      <w:r w:rsidRPr="00D73BDF">
        <w:rPr>
          <w:rFonts w:ascii="Sylfaen" w:hAnsi="Sylfaen" w:cs="Sylfaen"/>
          <w:sz w:val="18"/>
          <w:szCs w:val="18"/>
        </w:rPr>
        <w:t>შორის</w:t>
      </w:r>
      <w:proofErr w:type="spellEnd"/>
      <w:r w:rsidRPr="00D73BDF">
        <w:rPr>
          <w:rFonts w:cstheme="majorHAnsi"/>
          <w:sz w:val="18"/>
          <w:szCs w:val="18"/>
        </w:rPr>
        <w:t xml:space="preserve"> </w:t>
      </w:r>
      <w:proofErr w:type="spellStart"/>
      <w:r w:rsidRPr="00D73BDF">
        <w:rPr>
          <w:rFonts w:ascii="Sylfaen" w:hAnsi="Sylfaen" w:cs="Sylfaen"/>
          <w:sz w:val="18"/>
          <w:szCs w:val="18"/>
        </w:rPr>
        <w:t>უზრუნველყოს</w:t>
      </w:r>
      <w:proofErr w:type="spellEnd"/>
      <w:r w:rsidRPr="00D73BDF">
        <w:rPr>
          <w:rFonts w:cstheme="majorHAnsi"/>
          <w:sz w:val="18"/>
          <w:szCs w:val="18"/>
        </w:rPr>
        <w:t xml:space="preserve"> </w:t>
      </w:r>
      <w:proofErr w:type="spellStart"/>
      <w:r w:rsidRPr="00D73BDF">
        <w:rPr>
          <w:rFonts w:ascii="Sylfaen" w:hAnsi="Sylfaen" w:cs="Sylfaen"/>
          <w:sz w:val="18"/>
          <w:szCs w:val="18"/>
        </w:rPr>
        <w:t>შრომის</w:t>
      </w:r>
      <w:proofErr w:type="spellEnd"/>
      <w:r w:rsidRPr="00D73BDF">
        <w:rPr>
          <w:rFonts w:cstheme="majorHAnsi"/>
          <w:sz w:val="18"/>
          <w:szCs w:val="18"/>
        </w:rPr>
        <w:t xml:space="preserve"> </w:t>
      </w:r>
      <w:proofErr w:type="spellStart"/>
      <w:r w:rsidRPr="00D73BDF">
        <w:rPr>
          <w:rFonts w:ascii="Sylfaen" w:hAnsi="Sylfaen" w:cs="Sylfaen"/>
          <w:sz w:val="18"/>
          <w:szCs w:val="18"/>
        </w:rPr>
        <w:t>უსაფრთხოების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პრევენციული</w:t>
      </w:r>
      <w:proofErr w:type="spellEnd"/>
      <w:r w:rsidRPr="00D73BDF">
        <w:rPr>
          <w:rFonts w:cstheme="majorHAnsi"/>
          <w:sz w:val="18"/>
          <w:szCs w:val="18"/>
        </w:rPr>
        <w:t xml:space="preserve"> </w:t>
      </w:r>
      <w:proofErr w:type="spellStart"/>
      <w:r w:rsidRPr="00D73BDF">
        <w:rPr>
          <w:rFonts w:ascii="Sylfaen" w:hAnsi="Sylfaen" w:cs="Sylfaen"/>
          <w:sz w:val="18"/>
          <w:szCs w:val="18"/>
        </w:rPr>
        <w:t>ღონისძიებების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განხორციელება</w:t>
      </w:r>
      <w:proofErr w:type="spellEnd"/>
      <w:r w:rsidRPr="00D73BDF">
        <w:rPr>
          <w:rFonts w:cstheme="majorHAnsi"/>
          <w:sz w:val="18"/>
          <w:szCs w:val="18"/>
        </w:rPr>
        <w:t xml:space="preserve"> 41-</w:t>
      </w:r>
      <w:r w:rsidRPr="00D73BDF">
        <w:rPr>
          <w:rFonts w:ascii="Sylfaen" w:hAnsi="Sylfaen" w:cs="Sylfaen"/>
          <w:sz w:val="18"/>
          <w:szCs w:val="18"/>
        </w:rPr>
        <w:t>ე</w:t>
      </w:r>
      <w:r w:rsidRPr="00D73BDF">
        <w:rPr>
          <w:rFonts w:cstheme="majorHAnsi"/>
          <w:sz w:val="18"/>
          <w:szCs w:val="18"/>
        </w:rPr>
        <w:t xml:space="preserve"> </w:t>
      </w:r>
      <w:proofErr w:type="spellStart"/>
      <w:r w:rsidRPr="00D73BDF">
        <w:rPr>
          <w:rFonts w:ascii="Sylfaen" w:hAnsi="Sylfaen" w:cs="Sylfaen"/>
          <w:sz w:val="18"/>
          <w:szCs w:val="18"/>
        </w:rPr>
        <w:t>დადგენილების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შესაბამისად</w:t>
      </w:r>
      <w:proofErr w:type="spellEnd"/>
      <w:r w:rsidRPr="00D73BDF">
        <w:rPr>
          <w:rFonts w:cstheme="majorHAnsi"/>
          <w:sz w:val="18"/>
          <w:szCs w:val="18"/>
        </w:rPr>
        <w:t xml:space="preserve">. </w:t>
      </w:r>
      <w:proofErr w:type="spellStart"/>
      <w:r w:rsidRPr="00D73BDF">
        <w:rPr>
          <w:rFonts w:ascii="Sylfaen" w:hAnsi="Sylfaen" w:cs="Sylfaen"/>
          <w:sz w:val="18"/>
          <w:szCs w:val="18"/>
        </w:rPr>
        <w:t>ამასთან</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დაკავშირებით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შეასრულოს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წარმომადგენლების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ოფიციალური</w:t>
      </w:r>
      <w:proofErr w:type="spellEnd"/>
      <w:r w:rsidRPr="00D73BDF">
        <w:rPr>
          <w:rFonts w:cstheme="majorHAnsi"/>
          <w:sz w:val="18"/>
          <w:szCs w:val="18"/>
        </w:rPr>
        <w:t xml:space="preserve"> </w:t>
      </w:r>
      <w:proofErr w:type="spellStart"/>
      <w:r w:rsidRPr="00D73BDF">
        <w:rPr>
          <w:rFonts w:ascii="Sylfaen" w:hAnsi="Sylfaen" w:cs="Sylfaen"/>
          <w:sz w:val="18"/>
          <w:szCs w:val="18"/>
        </w:rPr>
        <w:t>მითითებები</w:t>
      </w:r>
      <w:proofErr w:type="spellEnd"/>
      <w:r w:rsidRPr="00D73BDF">
        <w:rPr>
          <w:rFonts w:cstheme="majorHAnsi"/>
          <w:sz w:val="18"/>
          <w:szCs w:val="18"/>
        </w:rPr>
        <w:t xml:space="preserve">, </w:t>
      </w:r>
      <w:proofErr w:type="spellStart"/>
      <w:r w:rsidRPr="00D73BDF">
        <w:rPr>
          <w:rFonts w:ascii="Sylfaen" w:hAnsi="Sylfaen" w:cs="Sylfaen"/>
          <w:sz w:val="18"/>
          <w:szCs w:val="18"/>
        </w:rPr>
        <w:t>რომელიც</w:t>
      </w:r>
      <w:proofErr w:type="spellEnd"/>
      <w:r w:rsidRPr="00D73BDF">
        <w:rPr>
          <w:rFonts w:cstheme="majorHAnsi"/>
          <w:sz w:val="18"/>
          <w:szCs w:val="18"/>
        </w:rPr>
        <w:t xml:space="preserve"> </w:t>
      </w:r>
      <w:proofErr w:type="spellStart"/>
      <w:r w:rsidRPr="00D73BDF">
        <w:rPr>
          <w:rFonts w:ascii="Sylfaen" w:hAnsi="Sylfaen" w:cs="Sylfaen"/>
          <w:sz w:val="18"/>
          <w:szCs w:val="18"/>
        </w:rPr>
        <w:t>გაიცემა</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1</w:t>
      </w:r>
      <w:r w:rsidR="00D170A3">
        <w:rPr>
          <w:rFonts w:ascii="Sylfaen" w:hAnsi="Sylfaen" w:cstheme="majorHAnsi"/>
          <w:sz w:val="18"/>
          <w:szCs w:val="18"/>
          <w:lang w:val="ka-GE"/>
        </w:rPr>
        <w:t>2</w:t>
      </w:r>
      <w:r w:rsidRPr="00D73BDF">
        <w:rPr>
          <w:rFonts w:cstheme="majorHAnsi"/>
          <w:sz w:val="18"/>
          <w:szCs w:val="18"/>
        </w:rPr>
        <w:t xml:space="preserve">.8. </w:t>
      </w:r>
      <w:proofErr w:type="spellStart"/>
      <w:r w:rsidRPr="00D73BDF">
        <w:rPr>
          <w:rFonts w:ascii="Sylfaen" w:hAnsi="Sylfaen" w:cs="Sylfaen"/>
          <w:sz w:val="18"/>
          <w:szCs w:val="18"/>
        </w:rPr>
        <w:t>მუხლით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ფორმით</w:t>
      </w:r>
      <w:proofErr w:type="spellEnd"/>
      <w:r w:rsidRPr="00D73BDF">
        <w:rPr>
          <w:rFonts w:cstheme="majorHAnsi"/>
          <w:sz w:val="18"/>
          <w:szCs w:val="18"/>
        </w:rPr>
        <w:t xml:space="preserve">, </w:t>
      </w:r>
      <w:proofErr w:type="spellStart"/>
      <w:r w:rsidRPr="00D73BDF">
        <w:rPr>
          <w:rFonts w:ascii="Sylfaen" w:hAnsi="Sylfaen" w:cs="Sylfaen"/>
          <w:sz w:val="18"/>
          <w:szCs w:val="18"/>
        </w:rPr>
        <w:t>საკანონმდებლო</w:t>
      </w:r>
      <w:proofErr w:type="spellEnd"/>
      <w:r w:rsidRPr="00D73BDF">
        <w:rPr>
          <w:rFonts w:cstheme="majorHAnsi"/>
          <w:sz w:val="18"/>
          <w:szCs w:val="18"/>
        </w:rPr>
        <w:t xml:space="preserve"> </w:t>
      </w:r>
      <w:proofErr w:type="spellStart"/>
      <w:r w:rsidRPr="00D73BDF">
        <w:rPr>
          <w:rFonts w:ascii="Sylfaen" w:hAnsi="Sylfaen" w:cs="Sylfaen"/>
          <w:sz w:val="18"/>
          <w:szCs w:val="18"/>
        </w:rPr>
        <w:t>მოთხოვნებიდან</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გამომდინარე</w:t>
      </w:r>
      <w:proofErr w:type="spellEnd"/>
      <w:r w:rsidRPr="00D73BDF">
        <w:rPr>
          <w:rFonts w:cstheme="majorHAnsi"/>
          <w:sz w:val="18"/>
          <w:szCs w:val="18"/>
        </w:rPr>
        <w:t>.</w:t>
      </w:r>
    </w:p>
    <w:p w14:paraId="0C6B9A3D" w14:textId="6B94A21B" w:rsidR="004B6084" w:rsidRPr="00D73BDF" w:rsidRDefault="00A74260" w:rsidP="00185C20">
      <w:pPr>
        <w:jc w:val="both"/>
        <w:rPr>
          <w:rFonts w:cstheme="majorHAnsi"/>
          <w:sz w:val="18"/>
          <w:szCs w:val="18"/>
        </w:rPr>
      </w:pPr>
      <w:r w:rsidRPr="00D73BDF">
        <w:rPr>
          <w:rFonts w:cstheme="majorHAnsi"/>
          <w:sz w:val="18"/>
          <w:szCs w:val="18"/>
        </w:rPr>
        <w:lastRenderedPageBreak/>
        <w:t xml:space="preserve">3.3.8. </w:t>
      </w:r>
      <w:proofErr w:type="spellStart"/>
      <w:r w:rsidRPr="00D73BDF">
        <w:rPr>
          <w:rFonts w:ascii="Sylfaen" w:hAnsi="Sylfaen" w:cs="Sylfaen"/>
          <w:sz w:val="18"/>
          <w:szCs w:val="18"/>
        </w:rPr>
        <w:t>საკუთარი</w:t>
      </w:r>
      <w:proofErr w:type="spellEnd"/>
      <w:r w:rsidRPr="00D73BDF">
        <w:rPr>
          <w:rFonts w:cstheme="majorHAnsi"/>
          <w:sz w:val="18"/>
          <w:szCs w:val="18"/>
        </w:rPr>
        <w:t xml:space="preserve"> </w:t>
      </w:r>
      <w:proofErr w:type="spellStart"/>
      <w:r w:rsidRPr="00D73BDF">
        <w:rPr>
          <w:rFonts w:ascii="Sylfaen" w:hAnsi="Sylfaen" w:cs="Sylfaen"/>
          <w:sz w:val="18"/>
          <w:szCs w:val="18"/>
        </w:rPr>
        <w:t>ხარჯებით</w:t>
      </w:r>
      <w:proofErr w:type="spellEnd"/>
      <w:r w:rsidRPr="00D73BDF">
        <w:rPr>
          <w:rFonts w:cstheme="majorHAnsi"/>
          <w:sz w:val="18"/>
          <w:szCs w:val="18"/>
        </w:rPr>
        <w:t xml:space="preserve"> </w:t>
      </w:r>
      <w:r w:rsidR="00C45EA9">
        <w:rPr>
          <w:rFonts w:ascii="Sylfaen" w:hAnsi="Sylfaen" w:cstheme="majorHAnsi"/>
          <w:sz w:val="18"/>
          <w:szCs w:val="18"/>
          <w:lang w:val="ka-GE"/>
        </w:rPr>
        <w:t>(</w:t>
      </w:r>
      <w:proofErr w:type="spellStart"/>
      <w:r w:rsidRPr="00D73BDF">
        <w:rPr>
          <w:rFonts w:ascii="Sylfaen" w:hAnsi="Sylfaen" w:cs="Sylfaen"/>
          <w:sz w:val="18"/>
          <w:szCs w:val="18"/>
        </w:rPr>
        <w:t>მათ</w:t>
      </w:r>
      <w:proofErr w:type="spellEnd"/>
      <w:r w:rsidRPr="00D73BDF">
        <w:rPr>
          <w:rFonts w:cstheme="majorHAnsi"/>
          <w:sz w:val="18"/>
          <w:szCs w:val="18"/>
        </w:rPr>
        <w:t xml:space="preserve"> </w:t>
      </w:r>
      <w:proofErr w:type="spellStart"/>
      <w:r w:rsidRPr="00D73BDF">
        <w:rPr>
          <w:rFonts w:ascii="Sylfaen" w:hAnsi="Sylfaen" w:cs="Sylfaen"/>
          <w:sz w:val="18"/>
          <w:szCs w:val="18"/>
        </w:rPr>
        <w:t>შორის</w:t>
      </w:r>
      <w:proofErr w:type="spellEnd"/>
      <w:r w:rsidRPr="00D73BDF">
        <w:rPr>
          <w:rFonts w:cstheme="majorHAnsi"/>
          <w:sz w:val="18"/>
          <w:szCs w:val="18"/>
        </w:rPr>
        <w:t xml:space="preserve">, </w:t>
      </w:r>
      <w:proofErr w:type="spellStart"/>
      <w:r w:rsidRPr="00D73BDF">
        <w:rPr>
          <w:rFonts w:ascii="Sylfaen" w:hAnsi="Sylfaen" w:cs="Sylfaen"/>
          <w:sz w:val="18"/>
          <w:szCs w:val="18"/>
        </w:rPr>
        <w:t>მუშახელით</w:t>
      </w:r>
      <w:proofErr w:type="spellEnd"/>
      <w:r w:rsidR="00C45EA9">
        <w:rPr>
          <w:rFonts w:ascii="Sylfaen" w:hAnsi="Sylfaen" w:cs="Sylfaen"/>
          <w:sz w:val="18"/>
          <w:szCs w:val="18"/>
          <w:lang w:val="ka-GE"/>
        </w:rPr>
        <w:t xml:space="preserve">) </w:t>
      </w:r>
      <w:proofErr w:type="spellStart"/>
      <w:r w:rsidRPr="00D73BDF">
        <w:rPr>
          <w:rFonts w:ascii="Sylfaen" w:hAnsi="Sylfaen" w:cs="Sylfaen"/>
          <w:sz w:val="18"/>
          <w:szCs w:val="18"/>
        </w:rPr>
        <w:t>აღმოფხვრას</w:t>
      </w:r>
      <w:proofErr w:type="spellEnd"/>
      <w:r w:rsidRPr="00D73BDF">
        <w:rPr>
          <w:rFonts w:cstheme="majorHAnsi"/>
          <w:sz w:val="18"/>
          <w:szCs w:val="18"/>
        </w:rPr>
        <w:t xml:space="preserve"> </w:t>
      </w:r>
      <w:proofErr w:type="spellStart"/>
      <w:r w:rsidRPr="00D73BDF">
        <w:rPr>
          <w:rFonts w:ascii="Sylfaen" w:hAnsi="Sylfaen" w:cs="Sylfaen"/>
          <w:sz w:val="18"/>
          <w:szCs w:val="18"/>
        </w:rPr>
        <w:t>მის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უფლებამოსილი</w:t>
      </w:r>
      <w:proofErr w:type="spellEnd"/>
      <w:r w:rsidRPr="00D73BDF">
        <w:rPr>
          <w:rFonts w:cstheme="majorHAnsi"/>
          <w:sz w:val="18"/>
          <w:szCs w:val="18"/>
        </w:rPr>
        <w:t xml:space="preserve"> </w:t>
      </w:r>
      <w:proofErr w:type="spellStart"/>
      <w:r w:rsidRPr="00D73BDF">
        <w:rPr>
          <w:rFonts w:ascii="Sylfaen" w:hAnsi="Sylfaen" w:cs="Sylfaen"/>
          <w:sz w:val="18"/>
          <w:szCs w:val="18"/>
        </w:rPr>
        <w:t>წარმომადგენლის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შემოწმების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შედეგად</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გამოვლენილი</w:t>
      </w:r>
      <w:proofErr w:type="spellEnd"/>
      <w:r w:rsidRPr="00D73BDF">
        <w:rPr>
          <w:rFonts w:cstheme="majorHAnsi"/>
          <w:sz w:val="18"/>
          <w:szCs w:val="18"/>
        </w:rPr>
        <w:t xml:space="preserve"> </w:t>
      </w:r>
      <w:proofErr w:type="spellStart"/>
      <w:r w:rsidRPr="00D73BDF">
        <w:rPr>
          <w:rFonts w:ascii="Sylfaen" w:hAnsi="Sylfaen" w:cs="Sylfaen"/>
          <w:sz w:val="18"/>
          <w:szCs w:val="18"/>
        </w:rPr>
        <w:t>ნაკლი</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w:t>
      </w:r>
      <w:r w:rsidR="00521466">
        <w:rPr>
          <w:rFonts w:ascii="Sylfaen" w:hAnsi="Sylfaen" w:cstheme="majorHAnsi"/>
          <w:sz w:val="18"/>
          <w:szCs w:val="18"/>
          <w:lang w:val="ka-GE"/>
        </w:rPr>
        <w:t>8</w:t>
      </w:r>
      <w:r w:rsidRPr="00D73BDF">
        <w:rPr>
          <w:rFonts w:cstheme="majorHAnsi"/>
          <w:sz w:val="18"/>
          <w:szCs w:val="18"/>
        </w:rPr>
        <w:t xml:space="preserve">.5 </w:t>
      </w:r>
      <w:proofErr w:type="spellStart"/>
      <w:r w:rsidRPr="00D73BDF">
        <w:rPr>
          <w:rFonts w:ascii="Sylfaen" w:hAnsi="Sylfaen" w:cs="Sylfaen"/>
          <w:sz w:val="18"/>
          <w:szCs w:val="18"/>
        </w:rPr>
        <w:t>მუხლით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ვადაში</w:t>
      </w:r>
      <w:proofErr w:type="spellEnd"/>
      <w:r w:rsidRPr="00D73BDF">
        <w:rPr>
          <w:rFonts w:cstheme="majorHAnsi"/>
          <w:sz w:val="18"/>
          <w:szCs w:val="18"/>
        </w:rPr>
        <w:t xml:space="preserve">. </w:t>
      </w:r>
      <w:proofErr w:type="spellStart"/>
      <w:r w:rsidRPr="00D73BDF">
        <w:rPr>
          <w:rFonts w:ascii="Sylfaen" w:hAnsi="Sylfaen" w:cs="Sylfaen"/>
          <w:sz w:val="18"/>
          <w:szCs w:val="18"/>
        </w:rPr>
        <w:t>ხოლო</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უფლებამოსილი</w:t>
      </w:r>
      <w:proofErr w:type="spellEnd"/>
      <w:r w:rsidRPr="00D73BDF">
        <w:rPr>
          <w:rFonts w:cstheme="majorHAnsi"/>
          <w:sz w:val="18"/>
          <w:szCs w:val="18"/>
        </w:rPr>
        <w:t xml:space="preserve"> </w:t>
      </w:r>
      <w:proofErr w:type="spellStart"/>
      <w:r w:rsidRPr="00D73BDF">
        <w:rPr>
          <w:rFonts w:ascii="Sylfaen" w:hAnsi="Sylfaen" w:cs="Sylfaen"/>
          <w:sz w:val="18"/>
          <w:szCs w:val="18"/>
        </w:rPr>
        <w:t>ორგანოს</w:t>
      </w:r>
      <w:proofErr w:type="spellEnd"/>
      <w:r w:rsidRPr="00D73BDF">
        <w:rPr>
          <w:rFonts w:cstheme="majorHAnsi"/>
          <w:sz w:val="18"/>
          <w:szCs w:val="18"/>
        </w:rPr>
        <w:t>/</w:t>
      </w:r>
      <w:proofErr w:type="spellStart"/>
      <w:r w:rsidRPr="00D73BDF">
        <w:rPr>
          <w:rFonts w:ascii="Sylfaen" w:hAnsi="Sylfaen" w:cs="Sylfaen"/>
          <w:sz w:val="18"/>
          <w:szCs w:val="18"/>
        </w:rPr>
        <w:t>პირის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შემოწმების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შედეგად</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გამოვლენილი</w:t>
      </w:r>
      <w:proofErr w:type="spellEnd"/>
      <w:r w:rsidRPr="00D73BDF">
        <w:rPr>
          <w:rFonts w:cstheme="majorHAnsi"/>
          <w:sz w:val="18"/>
          <w:szCs w:val="18"/>
        </w:rPr>
        <w:t xml:space="preserve"> </w:t>
      </w:r>
      <w:proofErr w:type="spellStart"/>
      <w:r w:rsidRPr="00D73BDF">
        <w:rPr>
          <w:rFonts w:ascii="Sylfaen" w:hAnsi="Sylfaen" w:cs="Sylfaen"/>
          <w:sz w:val="18"/>
          <w:szCs w:val="18"/>
        </w:rPr>
        <w:t>ნაკლი</w:t>
      </w:r>
      <w:proofErr w:type="spellEnd"/>
      <w:r w:rsidRPr="00D73BDF">
        <w:rPr>
          <w:rFonts w:cstheme="majorHAnsi"/>
          <w:sz w:val="18"/>
          <w:szCs w:val="18"/>
        </w:rPr>
        <w:t xml:space="preserve"> </w:t>
      </w:r>
      <w:proofErr w:type="spellStart"/>
      <w:r w:rsidRPr="00D73BDF">
        <w:rPr>
          <w:rFonts w:ascii="Sylfaen" w:hAnsi="Sylfaen" w:cs="Sylfaen"/>
          <w:sz w:val="18"/>
          <w:szCs w:val="18"/>
        </w:rPr>
        <w:t>კი</w:t>
      </w:r>
      <w:proofErr w:type="spellEnd"/>
      <w:r w:rsidRPr="00D73BDF">
        <w:rPr>
          <w:rFonts w:cstheme="majorHAnsi"/>
          <w:sz w:val="18"/>
          <w:szCs w:val="18"/>
        </w:rPr>
        <w:t xml:space="preserve"> </w:t>
      </w:r>
      <w:proofErr w:type="spellStart"/>
      <w:r w:rsidRPr="00D73BDF">
        <w:rPr>
          <w:rFonts w:ascii="Sylfaen" w:hAnsi="Sylfaen" w:cs="Sylfaen"/>
          <w:sz w:val="18"/>
          <w:szCs w:val="18"/>
        </w:rPr>
        <w:t>აღმოფხვრას</w:t>
      </w:r>
      <w:proofErr w:type="spellEnd"/>
      <w:r w:rsidRPr="00D73BDF">
        <w:rPr>
          <w:rFonts w:cstheme="majorHAnsi"/>
          <w:sz w:val="18"/>
          <w:szCs w:val="18"/>
        </w:rPr>
        <w:t xml:space="preserve"> </w:t>
      </w:r>
      <w:proofErr w:type="spellStart"/>
      <w:r w:rsidRPr="00D73BDF">
        <w:rPr>
          <w:rFonts w:ascii="Sylfaen" w:hAnsi="Sylfaen" w:cs="Sylfaen"/>
          <w:sz w:val="18"/>
          <w:szCs w:val="18"/>
        </w:rPr>
        <w:t>ასევე</w:t>
      </w:r>
      <w:proofErr w:type="spellEnd"/>
      <w:r w:rsidRPr="00D73BDF">
        <w:rPr>
          <w:rFonts w:cstheme="majorHAnsi"/>
          <w:sz w:val="18"/>
          <w:szCs w:val="18"/>
        </w:rPr>
        <w:t xml:space="preserve"> </w:t>
      </w:r>
      <w:proofErr w:type="spellStart"/>
      <w:r w:rsidRPr="00D73BDF">
        <w:rPr>
          <w:rFonts w:ascii="Sylfaen" w:hAnsi="Sylfaen" w:cs="Sylfaen"/>
          <w:sz w:val="18"/>
          <w:szCs w:val="18"/>
        </w:rPr>
        <w:t>საკუთარი</w:t>
      </w:r>
      <w:proofErr w:type="spellEnd"/>
      <w:r w:rsidRPr="00D73BDF">
        <w:rPr>
          <w:rFonts w:cstheme="majorHAnsi"/>
          <w:sz w:val="18"/>
          <w:szCs w:val="18"/>
        </w:rPr>
        <w:t xml:space="preserve"> </w:t>
      </w:r>
      <w:proofErr w:type="spellStart"/>
      <w:r w:rsidRPr="00D73BDF">
        <w:rPr>
          <w:rFonts w:ascii="Sylfaen" w:hAnsi="Sylfaen" w:cs="Sylfaen"/>
          <w:sz w:val="18"/>
          <w:szCs w:val="18"/>
        </w:rPr>
        <w:t>ხარჯებით</w:t>
      </w:r>
      <w:proofErr w:type="spellEnd"/>
      <w:r w:rsidRPr="00D73BDF">
        <w:rPr>
          <w:rFonts w:cstheme="majorHAnsi"/>
          <w:sz w:val="18"/>
          <w:szCs w:val="18"/>
        </w:rPr>
        <w:t xml:space="preserve"> </w:t>
      </w:r>
      <w:r w:rsidR="00C45EA9">
        <w:rPr>
          <w:rFonts w:ascii="Sylfaen" w:hAnsi="Sylfaen" w:cstheme="majorHAnsi"/>
          <w:sz w:val="18"/>
          <w:szCs w:val="18"/>
          <w:lang w:val="ka-GE"/>
        </w:rPr>
        <w:t>(</w:t>
      </w:r>
      <w:proofErr w:type="spellStart"/>
      <w:r w:rsidRPr="00D73BDF">
        <w:rPr>
          <w:rFonts w:ascii="Sylfaen" w:hAnsi="Sylfaen" w:cs="Sylfaen"/>
          <w:sz w:val="18"/>
          <w:szCs w:val="18"/>
        </w:rPr>
        <w:t>მათ</w:t>
      </w:r>
      <w:proofErr w:type="spellEnd"/>
      <w:r w:rsidRPr="00D73BDF">
        <w:rPr>
          <w:rFonts w:cstheme="majorHAnsi"/>
          <w:sz w:val="18"/>
          <w:szCs w:val="18"/>
        </w:rPr>
        <w:t xml:space="preserve"> </w:t>
      </w:r>
      <w:proofErr w:type="spellStart"/>
      <w:r w:rsidRPr="00D73BDF">
        <w:rPr>
          <w:rFonts w:ascii="Sylfaen" w:hAnsi="Sylfaen" w:cs="Sylfaen"/>
          <w:sz w:val="18"/>
          <w:szCs w:val="18"/>
        </w:rPr>
        <w:t>შორის</w:t>
      </w:r>
      <w:proofErr w:type="spellEnd"/>
      <w:r w:rsidRPr="00D73BDF">
        <w:rPr>
          <w:rFonts w:cstheme="majorHAnsi"/>
          <w:sz w:val="18"/>
          <w:szCs w:val="18"/>
        </w:rPr>
        <w:t xml:space="preserve">, </w:t>
      </w:r>
      <w:proofErr w:type="spellStart"/>
      <w:r w:rsidRPr="00D73BDF">
        <w:rPr>
          <w:rFonts w:ascii="Sylfaen" w:hAnsi="Sylfaen" w:cs="Sylfaen"/>
          <w:sz w:val="18"/>
          <w:szCs w:val="18"/>
        </w:rPr>
        <w:t>მუშახელით</w:t>
      </w:r>
      <w:proofErr w:type="spellEnd"/>
      <w:r w:rsidR="00C45EA9">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w:t>
      </w:r>
      <w:proofErr w:type="spellEnd"/>
      <w:r w:rsidRPr="00D73BDF">
        <w:rPr>
          <w:rFonts w:cstheme="majorHAnsi"/>
          <w:sz w:val="18"/>
          <w:szCs w:val="18"/>
        </w:rPr>
        <w:t xml:space="preserve"> </w:t>
      </w:r>
      <w:proofErr w:type="spellStart"/>
      <w:r w:rsidRPr="00D73BDF">
        <w:rPr>
          <w:rFonts w:ascii="Sylfaen" w:hAnsi="Sylfaen" w:cs="Sylfaen"/>
          <w:sz w:val="18"/>
          <w:szCs w:val="18"/>
        </w:rPr>
        <w:t>ორგანოს</w:t>
      </w:r>
      <w:proofErr w:type="spellEnd"/>
      <w:r w:rsidRPr="00D73BDF">
        <w:rPr>
          <w:rFonts w:cstheme="majorHAnsi"/>
          <w:sz w:val="18"/>
          <w:szCs w:val="18"/>
        </w:rPr>
        <w:t>/</w:t>
      </w:r>
      <w:proofErr w:type="spellStart"/>
      <w:r w:rsidRPr="00D73BDF">
        <w:rPr>
          <w:rFonts w:ascii="Sylfaen" w:hAnsi="Sylfaen" w:cs="Sylfaen"/>
          <w:sz w:val="18"/>
          <w:szCs w:val="18"/>
        </w:rPr>
        <w:t>პირის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განსაზღვრულ</w:t>
      </w:r>
      <w:proofErr w:type="spellEnd"/>
      <w:r w:rsidRPr="00D73BDF">
        <w:rPr>
          <w:rFonts w:cstheme="majorHAnsi"/>
          <w:sz w:val="18"/>
          <w:szCs w:val="18"/>
        </w:rPr>
        <w:t xml:space="preserve"> </w:t>
      </w:r>
      <w:proofErr w:type="spellStart"/>
      <w:r w:rsidRPr="00D73BDF">
        <w:rPr>
          <w:rFonts w:ascii="Sylfaen" w:hAnsi="Sylfaen" w:cs="Sylfaen"/>
          <w:sz w:val="18"/>
          <w:szCs w:val="18"/>
        </w:rPr>
        <w:t>ვადაში</w:t>
      </w:r>
      <w:proofErr w:type="spellEnd"/>
      <w:r w:rsidRPr="00D73BDF">
        <w:rPr>
          <w:rFonts w:cstheme="majorHAnsi"/>
          <w:sz w:val="18"/>
          <w:szCs w:val="18"/>
        </w:rPr>
        <w:t>.</w:t>
      </w:r>
    </w:p>
    <w:p w14:paraId="4A3D0095" w14:textId="5BE795A0" w:rsidR="004B6084" w:rsidRPr="00D73BDF" w:rsidRDefault="00A74260" w:rsidP="00185C20">
      <w:pPr>
        <w:jc w:val="both"/>
        <w:rPr>
          <w:rFonts w:cstheme="majorHAnsi"/>
          <w:sz w:val="18"/>
          <w:szCs w:val="18"/>
        </w:rPr>
      </w:pPr>
      <w:r w:rsidRPr="00D73BDF">
        <w:rPr>
          <w:rFonts w:cstheme="majorHAnsi"/>
          <w:sz w:val="18"/>
          <w:szCs w:val="18"/>
        </w:rPr>
        <w:t>3.3.</w:t>
      </w:r>
      <w:r w:rsidR="00713193">
        <w:rPr>
          <w:rFonts w:cstheme="majorHAnsi"/>
          <w:sz w:val="18"/>
          <w:szCs w:val="18"/>
          <w:lang w:val="ka-GE"/>
        </w:rPr>
        <w:t>9</w:t>
      </w:r>
      <w:r w:rsidRPr="00D73BDF">
        <w:rPr>
          <w:rFonts w:cstheme="majorHAnsi"/>
          <w:sz w:val="18"/>
          <w:szCs w:val="18"/>
        </w:rPr>
        <w:t xml:space="preserve">. </w:t>
      </w:r>
      <w:proofErr w:type="spellStart"/>
      <w:r w:rsidRPr="00D73BDF">
        <w:rPr>
          <w:rFonts w:ascii="Sylfaen" w:hAnsi="Sylfaen" w:cs="Sylfaen"/>
          <w:sz w:val="18"/>
          <w:szCs w:val="18"/>
        </w:rPr>
        <w:t>ყოველკვირეულად</w:t>
      </w:r>
      <w:proofErr w:type="spellEnd"/>
      <w:r w:rsidRPr="00D73BDF">
        <w:rPr>
          <w:rFonts w:cstheme="majorHAnsi"/>
          <w:sz w:val="18"/>
          <w:szCs w:val="18"/>
        </w:rPr>
        <w:t xml:space="preserve"> </w:t>
      </w:r>
      <w:proofErr w:type="spellStart"/>
      <w:r w:rsidRPr="00D73BDF">
        <w:rPr>
          <w:rFonts w:ascii="Sylfaen" w:hAnsi="Sylfaen" w:cs="Sylfaen"/>
          <w:sz w:val="18"/>
          <w:szCs w:val="18"/>
        </w:rPr>
        <w:t>წარუდგინოს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დამკვეთს</w:t>
      </w:r>
      <w:proofErr w:type="spellEnd"/>
      <w:r w:rsidRPr="00D73BDF">
        <w:rPr>
          <w:rFonts w:cstheme="majorHAnsi"/>
          <w:sz w:val="18"/>
          <w:szCs w:val="18"/>
        </w:rPr>
        <w:t xml:space="preserve"> </w:t>
      </w:r>
      <w:proofErr w:type="spellStart"/>
      <w:r w:rsidRPr="00D73BDF">
        <w:rPr>
          <w:rFonts w:ascii="Sylfaen" w:hAnsi="Sylfaen" w:cs="Sylfaen"/>
          <w:sz w:val="18"/>
          <w:szCs w:val="18"/>
        </w:rPr>
        <w:t>მშენებლობის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პროგრესის</w:t>
      </w:r>
      <w:proofErr w:type="spellEnd"/>
      <w:r w:rsidRPr="00D73BDF">
        <w:rPr>
          <w:rFonts w:cstheme="majorHAnsi"/>
          <w:sz w:val="18"/>
          <w:szCs w:val="18"/>
        </w:rPr>
        <w:t xml:space="preserve"> </w:t>
      </w:r>
      <w:proofErr w:type="spellStart"/>
      <w:r w:rsidRPr="00D73BDF">
        <w:rPr>
          <w:rFonts w:ascii="Sylfaen" w:hAnsi="Sylfaen" w:cs="Sylfaen"/>
          <w:sz w:val="18"/>
          <w:szCs w:val="18"/>
        </w:rPr>
        <w:t>ამსახველი</w:t>
      </w:r>
      <w:proofErr w:type="spellEnd"/>
      <w:r w:rsidRPr="00D73BDF">
        <w:rPr>
          <w:rFonts w:cstheme="majorHAnsi"/>
          <w:sz w:val="18"/>
          <w:szCs w:val="18"/>
        </w:rPr>
        <w:t xml:space="preserve"> </w:t>
      </w:r>
      <w:r w:rsidR="00876CA8">
        <w:rPr>
          <w:rFonts w:ascii="Sylfaen" w:hAnsi="Sylfaen" w:cs="Sylfaen"/>
          <w:sz w:val="18"/>
          <w:szCs w:val="18"/>
          <w:lang w:val="ka-GE"/>
        </w:rPr>
        <w:t>ანგარიში</w:t>
      </w:r>
      <w:r w:rsidRPr="00D73BDF">
        <w:rPr>
          <w:rFonts w:cstheme="majorHAnsi"/>
          <w:sz w:val="18"/>
          <w:szCs w:val="18"/>
        </w:rPr>
        <w:t xml:space="preserve">, </w:t>
      </w:r>
      <w:r w:rsidR="00876CA8">
        <w:rPr>
          <w:rFonts w:ascii="Sylfaen" w:hAnsi="Sylfaen" w:cs="Sylfaen"/>
          <w:sz w:val="18"/>
          <w:szCs w:val="18"/>
          <w:lang w:val="ka-GE"/>
        </w:rPr>
        <w:t>რომელიც</w:t>
      </w:r>
      <w:r w:rsidRPr="00D73BDF">
        <w:rPr>
          <w:rFonts w:cstheme="majorHAnsi"/>
          <w:sz w:val="18"/>
          <w:szCs w:val="18"/>
        </w:rPr>
        <w:t xml:space="preserve"> </w:t>
      </w:r>
      <w:proofErr w:type="spellStart"/>
      <w:r w:rsidRPr="00D73BDF">
        <w:rPr>
          <w:rFonts w:ascii="Sylfaen" w:hAnsi="Sylfaen" w:cs="Sylfaen"/>
          <w:sz w:val="18"/>
          <w:szCs w:val="18"/>
        </w:rPr>
        <w:t>უნდა</w:t>
      </w:r>
      <w:proofErr w:type="spellEnd"/>
      <w:r w:rsidRPr="00D73BDF">
        <w:rPr>
          <w:rFonts w:cstheme="majorHAnsi"/>
          <w:sz w:val="18"/>
          <w:szCs w:val="18"/>
        </w:rPr>
        <w:t xml:space="preserve"> </w:t>
      </w:r>
      <w:proofErr w:type="spellStart"/>
      <w:r w:rsidRPr="00D73BDF">
        <w:rPr>
          <w:rFonts w:ascii="Sylfaen" w:hAnsi="Sylfaen" w:cs="Sylfaen"/>
          <w:sz w:val="18"/>
          <w:szCs w:val="18"/>
        </w:rPr>
        <w:t>მოიცავდეს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შემდეგს</w:t>
      </w:r>
      <w:proofErr w:type="spellEnd"/>
      <w:r w:rsidRPr="00D73BDF">
        <w:rPr>
          <w:rFonts w:cstheme="majorHAnsi"/>
          <w:sz w:val="18"/>
          <w:szCs w:val="18"/>
        </w:rPr>
        <w:t xml:space="preserve">: </w:t>
      </w:r>
    </w:p>
    <w:p w14:paraId="214C2102" w14:textId="5E63FA48" w:rsidR="004B6084" w:rsidRPr="00D73BDF" w:rsidRDefault="00A74260" w:rsidP="00185C20">
      <w:pPr>
        <w:jc w:val="both"/>
        <w:rPr>
          <w:rFonts w:cstheme="majorHAnsi"/>
          <w:sz w:val="18"/>
          <w:szCs w:val="18"/>
        </w:rPr>
      </w:pPr>
      <w:r w:rsidRPr="00D73BDF">
        <w:rPr>
          <w:rFonts w:ascii="Sylfaen" w:hAnsi="Sylfaen" w:cs="Sylfaen"/>
          <w:sz w:val="18"/>
          <w:szCs w:val="18"/>
        </w:rPr>
        <w:t>ა</w:t>
      </w:r>
      <w:r w:rsidR="00C45EA9">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მიმდინარე</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აღწერა</w:t>
      </w:r>
      <w:proofErr w:type="spellEnd"/>
      <w:r w:rsidR="00876CA8">
        <w:rPr>
          <w:rFonts w:cstheme="majorHAnsi"/>
          <w:sz w:val="18"/>
          <w:szCs w:val="18"/>
          <w:lang w:val="ka-GE"/>
        </w:rPr>
        <w:t>;</w:t>
      </w:r>
    </w:p>
    <w:p w14:paraId="009B0B25" w14:textId="26B553A0" w:rsidR="004B6084" w:rsidRPr="00D73BDF" w:rsidRDefault="00A74260" w:rsidP="00185C20">
      <w:pPr>
        <w:jc w:val="both"/>
        <w:rPr>
          <w:rFonts w:cstheme="majorHAnsi"/>
          <w:sz w:val="18"/>
          <w:szCs w:val="18"/>
        </w:rPr>
      </w:pPr>
      <w:r w:rsidRPr="00D73BDF">
        <w:rPr>
          <w:rFonts w:ascii="Sylfaen" w:hAnsi="Sylfaen" w:cs="Sylfaen"/>
          <w:sz w:val="18"/>
          <w:szCs w:val="18"/>
        </w:rPr>
        <w:t>ბ</w:t>
      </w:r>
      <w:r w:rsidR="00C45EA9">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მიმდინარე</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დასრულებული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ამსახველი</w:t>
      </w:r>
      <w:proofErr w:type="spellEnd"/>
      <w:r w:rsidRPr="00D73BDF">
        <w:rPr>
          <w:rFonts w:cstheme="majorHAnsi"/>
          <w:sz w:val="18"/>
          <w:szCs w:val="18"/>
        </w:rPr>
        <w:t xml:space="preserve"> </w:t>
      </w:r>
      <w:proofErr w:type="spellStart"/>
      <w:r w:rsidRPr="00D73BDF">
        <w:rPr>
          <w:rFonts w:ascii="Sylfaen" w:hAnsi="Sylfaen" w:cs="Sylfaen"/>
          <w:sz w:val="18"/>
          <w:szCs w:val="18"/>
        </w:rPr>
        <w:t>ფოტომასალა</w:t>
      </w:r>
      <w:proofErr w:type="spellEnd"/>
      <w:r w:rsidRPr="00D73BDF">
        <w:rPr>
          <w:rFonts w:cstheme="majorHAnsi"/>
          <w:sz w:val="18"/>
          <w:szCs w:val="18"/>
        </w:rPr>
        <w:t>;</w:t>
      </w:r>
    </w:p>
    <w:p w14:paraId="57072D82" w14:textId="35735876" w:rsidR="004B6084" w:rsidRPr="00D73BDF" w:rsidRDefault="00A74260" w:rsidP="00185C20">
      <w:pPr>
        <w:jc w:val="both"/>
        <w:rPr>
          <w:rFonts w:cstheme="majorHAnsi"/>
          <w:sz w:val="18"/>
          <w:szCs w:val="18"/>
        </w:rPr>
      </w:pPr>
      <w:r w:rsidRPr="00D73BDF">
        <w:rPr>
          <w:rFonts w:ascii="Sylfaen" w:hAnsi="Sylfaen" w:cs="Sylfaen"/>
          <w:sz w:val="18"/>
          <w:szCs w:val="18"/>
        </w:rPr>
        <w:t>გ</w:t>
      </w:r>
      <w:r w:rsidR="00C45EA9">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მომუშავე</w:t>
      </w:r>
      <w:proofErr w:type="spellEnd"/>
      <w:r w:rsidRPr="00D73BDF">
        <w:rPr>
          <w:rFonts w:cstheme="majorHAnsi"/>
          <w:sz w:val="18"/>
          <w:szCs w:val="18"/>
        </w:rPr>
        <w:t xml:space="preserve"> </w:t>
      </w:r>
      <w:proofErr w:type="spellStart"/>
      <w:r w:rsidRPr="00D73BDF">
        <w:rPr>
          <w:rFonts w:ascii="Sylfaen" w:hAnsi="Sylfaen" w:cs="Sylfaen"/>
          <w:sz w:val="18"/>
          <w:szCs w:val="18"/>
        </w:rPr>
        <w:t>პერსონალის</w:t>
      </w:r>
      <w:proofErr w:type="spellEnd"/>
      <w:r w:rsidRPr="00D73BDF">
        <w:rPr>
          <w:rFonts w:cstheme="majorHAnsi"/>
          <w:sz w:val="18"/>
          <w:szCs w:val="18"/>
        </w:rPr>
        <w:t xml:space="preserve"> </w:t>
      </w:r>
      <w:proofErr w:type="spellStart"/>
      <w:r w:rsidRPr="00D73BDF">
        <w:rPr>
          <w:rFonts w:ascii="Sylfaen" w:hAnsi="Sylfaen" w:cs="Sylfaen"/>
          <w:sz w:val="18"/>
          <w:szCs w:val="18"/>
        </w:rPr>
        <w:t>რაოდენობა</w:t>
      </w:r>
      <w:proofErr w:type="spellEnd"/>
      <w:r w:rsidRPr="00D73BDF">
        <w:rPr>
          <w:rFonts w:cstheme="majorHAnsi"/>
          <w:sz w:val="18"/>
          <w:szCs w:val="18"/>
        </w:rPr>
        <w:t xml:space="preserve"> </w:t>
      </w:r>
      <w:r w:rsidR="00C45EA9">
        <w:rPr>
          <w:rFonts w:ascii="Sylfaen" w:hAnsi="Sylfaen" w:cstheme="majorHAnsi"/>
          <w:sz w:val="18"/>
          <w:szCs w:val="18"/>
          <w:lang w:val="ka-GE"/>
        </w:rPr>
        <w:t>(</w:t>
      </w:r>
      <w:proofErr w:type="spellStart"/>
      <w:r w:rsidRPr="00D73BDF">
        <w:rPr>
          <w:rFonts w:ascii="Sylfaen" w:hAnsi="Sylfaen" w:cs="Sylfaen"/>
          <w:sz w:val="18"/>
          <w:szCs w:val="18"/>
        </w:rPr>
        <w:t>ყოველდღიური</w:t>
      </w:r>
      <w:proofErr w:type="spellEnd"/>
      <w:r w:rsidRPr="00D73BDF">
        <w:rPr>
          <w:rFonts w:cstheme="majorHAnsi"/>
          <w:sz w:val="18"/>
          <w:szCs w:val="18"/>
        </w:rPr>
        <w:t xml:space="preserve"> </w:t>
      </w:r>
      <w:proofErr w:type="spellStart"/>
      <w:r w:rsidRPr="00D73BDF">
        <w:rPr>
          <w:rFonts w:ascii="Sylfaen" w:hAnsi="Sylfaen" w:cs="Sylfaen"/>
          <w:sz w:val="18"/>
          <w:szCs w:val="18"/>
        </w:rPr>
        <w:t>აღრიცხვა</w:t>
      </w:r>
      <w:proofErr w:type="spellEnd"/>
      <w:r w:rsidR="00C45EA9">
        <w:rPr>
          <w:rFonts w:ascii="Sylfaen" w:hAnsi="Sylfaen" w:cs="Sylfaen"/>
          <w:sz w:val="18"/>
          <w:szCs w:val="18"/>
          <w:lang w:val="ka-GE"/>
        </w:rPr>
        <w:t>)</w:t>
      </w:r>
      <w:r w:rsidRPr="00D73BDF">
        <w:rPr>
          <w:rFonts w:cstheme="majorHAnsi"/>
          <w:sz w:val="18"/>
          <w:szCs w:val="18"/>
        </w:rPr>
        <w:t xml:space="preserve"> </w:t>
      </w:r>
      <w:r w:rsidR="00C45EA9">
        <w:rPr>
          <w:rFonts w:ascii="Sylfaen" w:hAnsi="Sylfaen" w:cstheme="majorHAnsi"/>
          <w:sz w:val="18"/>
          <w:szCs w:val="18"/>
          <w:lang w:val="ka-GE"/>
        </w:rPr>
        <w:t>(</w:t>
      </w:r>
      <w:proofErr w:type="spellStart"/>
      <w:r w:rsidRPr="00D73BDF">
        <w:rPr>
          <w:rFonts w:ascii="Sylfaen" w:hAnsi="Sylfaen" w:cs="Sylfaen"/>
          <w:sz w:val="18"/>
          <w:szCs w:val="18"/>
        </w:rPr>
        <w:t>მაგ</w:t>
      </w:r>
      <w:proofErr w:type="spellEnd"/>
      <w:r w:rsidRPr="00D73BDF">
        <w:rPr>
          <w:rFonts w:cstheme="majorHAnsi"/>
          <w:sz w:val="18"/>
          <w:szCs w:val="18"/>
        </w:rPr>
        <w:t xml:space="preserve">: </w:t>
      </w:r>
      <w:r w:rsidR="00797F20">
        <w:rPr>
          <w:rFonts w:ascii="Sylfaen" w:hAnsi="Sylfaen" w:cs="Sylfaen"/>
          <w:sz w:val="18"/>
          <w:szCs w:val="18"/>
          <w:lang w:val="ka-GE"/>
        </w:rPr>
        <w:t>მემონტაჟე</w:t>
      </w:r>
      <w:r w:rsidR="00797F20" w:rsidRPr="00D73BDF">
        <w:rPr>
          <w:rFonts w:cstheme="majorHAnsi"/>
          <w:sz w:val="18"/>
          <w:szCs w:val="18"/>
        </w:rPr>
        <w:t xml:space="preserve"> </w:t>
      </w:r>
      <w:r w:rsidRPr="00D73BDF">
        <w:rPr>
          <w:rFonts w:cstheme="majorHAnsi"/>
          <w:sz w:val="18"/>
          <w:szCs w:val="18"/>
        </w:rPr>
        <w:t xml:space="preserve">- 5; </w:t>
      </w:r>
      <w:proofErr w:type="spellStart"/>
      <w:r w:rsidRPr="00D73BDF">
        <w:rPr>
          <w:rFonts w:ascii="Sylfaen" w:hAnsi="Sylfaen" w:cs="Sylfaen"/>
          <w:sz w:val="18"/>
          <w:szCs w:val="18"/>
        </w:rPr>
        <w:t>ინჟინერი</w:t>
      </w:r>
      <w:proofErr w:type="spellEnd"/>
      <w:r w:rsidRPr="00D73BDF">
        <w:rPr>
          <w:rFonts w:cstheme="majorHAnsi"/>
          <w:sz w:val="18"/>
          <w:szCs w:val="18"/>
        </w:rPr>
        <w:t xml:space="preserve"> - 1; </w:t>
      </w:r>
      <w:proofErr w:type="spellStart"/>
      <w:r w:rsidRPr="00D73BDF">
        <w:rPr>
          <w:rFonts w:ascii="Sylfaen" w:hAnsi="Sylfaen" w:cs="Sylfaen"/>
          <w:sz w:val="18"/>
          <w:szCs w:val="18"/>
        </w:rPr>
        <w:t>დამხმარე</w:t>
      </w:r>
      <w:proofErr w:type="spellEnd"/>
      <w:r w:rsidRPr="00D73BDF">
        <w:rPr>
          <w:rFonts w:cstheme="majorHAnsi"/>
          <w:sz w:val="18"/>
          <w:szCs w:val="18"/>
        </w:rPr>
        <w:t xml:space="preserve"> </w:t>
      </w:r>
      <w:proofErr w:type="spellStart"/>
      <w:r w:rsidRPr="00D73BDF">
        <w:rPr>
          <w:rFonts w:ascii="Sylfaen" w:hAnsi="Sylfaen" w:cs="Sylfaen"/>
          <w:sz w:val="18"/>
          <w:szCs w:val="18"/>
        </w:rPr>
        <w:t>მუშა</w:t>
      </w:r>
      <w:proofErr w:type="spellEnd"/>
      <w:r w:rsidRPr="00D73BDF">
        <w:rPr>
          <w:rFonts w:cstheme="majorHAnsi"/>
          <w:sz w:val="18"/>
          <w:szCs w:val="18"/>
        </w:rPr>
        <w:t xml:space="preserve"> -5</w:t>
      </w:r>
      <w:r w:rsidR="00C45EA9">
        <w:rPr>
          <w:rFonts w:ascii="Sylfaen" w:hAnsi="Sylfaen" w:cstheme="majorHAnsi"/>
          <w:sz w:val="18"/>
          <w:szCs w:val="18"/>
          <w:lang w:val="ka-GE"/>
        </w:rPr>
        <w:t>)</w:t>
      </w:r>
      <w:r w:rsidRPr="00D73BDF">
        <w:rPr>
          <w:rFonts w:cstheme="majorHAnsi"/>
          <w:sz w:val="18"/>
          <w:szCs w:val="18"/>
        </w:rPr>
        <w:t>;</w:t>
      </w:r>
    </w:p>
    <w:p w14:paraId="4969AE5E" w14:textId="3C859039" w:rsidR="004B6084" w:rsidRPr="00D73BDF" w:rsidRDefault="00A74260" w:rsidP="00185C20">
      <w:pPr>
        <w:jc w:val="both"/>
        <w:rPr>
          <w:rFonts w:cstheme="majorHAnsi"/>
          <w:sz w:val="18"/>
          <w:szCs w:val="18"/>
        </w:rPr>
      </w:pPr>
      <w:r w:rsidRPr="00D73BDF">
        <w:rPr>
          <w:rFonts w:cstheme="majorHAnsi"/>
          <w:sz w:val="18"/>
          <w:szCs w:val="18"/>
        </w:rPr>
        <w:t>3.3.1</w:t>
      </w:r>
      <w:r w:rsidR="00713193">
        <w:rPr>
          <w:rFonts w:cstheme="majorHAnsi"/>
          <w:sz w:val="18"/>
          <w:szCs w:val="18"/>
          <w:lang w:val="ka-GE"/>
        </w:rPr>
        <w:t>0</w:t>
      </w:r>
      <w:r w:rsidRPr="00D73BDF">
        <w:rPr>
          <w:rFonts w:cstheme="majorHAnsi"/>
          <w:sz w:val="18"/>
          <w:szCs w:val="18"/>
        </w:rPr>
        <w:t xml:space="preserve">. </w:t>
      </w:r>
      <w:proofErr w:type="spellStart"/>
      <w:r w:rsidRPr="00D73BDF">
        <w:rPr>
          <w:rFonts w:ascii="Sylfaen" w:hAnsi="Sylfaen" w:cs="Sylfaen"/>
          <w:sz w:val="18"/>
          <w:szCs w:val="18"/>
        </w:rPr>
        <w:t>შრომის</w:t>
      </w:r>
      <w:proofErr w:type="spellEnd"/>
      <w:r w:rsidRPr="00D73BDF">
        <w:rPr>
          <w:rFonts w:cstheme="majorHAnsi"/>
          <w:sz w:val="18"/>
          <w:szCs w:val="18"/>
        </w:rPr>
        <w:t xml:space="preserve"> </w:t>
      </w:r>
      <w:proofErr w:type="spellStart"/>
      <w:r w:rsidRPr="00D73BDF">
        <w:rPr>
          <w:rFonts w:ascii="Sylfaen" w:hAnsi="Sylfaen" w:cs="Sylfaen"/>
          <w:sz w:val="18"/>
          <w:szCs w:val="18"/>
        </w:rPr>
        <w:t>უსაფრთხოების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კანონმდებლობის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მოთხოვნების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შესაბამისად</w:t>
      </w:r>
      <w:proofErr w:type="spellEnd"/>
      <w:r w:rsidRPr="00D73BDF">
        <w:rPr>
          <w:rFonts w:cstheme="majorHAnsi"/>
          <w:sz w:val="18"/>
          <w:szCs w:val="18"/>
        </w:rPr>
        <w:t xml:space="preserve"> </w:t>
      </w:r>
      <w:proofErr w:type="spellStart"/>
      <w:r w:rsidRPr="00D73BDF">
        <w:rPr>
          <w:rFonts w:ascii="Sylfaen" w:hAnsi="Sylfaen" w:cs="Sylfaen"/>
          <w:sz w:val="18"/>
          <w:szCs w:val="18"/>
        </w:rPr>
        <w:t>უზრუნველყოს</w:t>
      </w:r>
      <w:proofErr w:type="spellEnd"/>
      <w:r w:rsidRPr="00D73BDF">
        <w:rPr>
          <w:rFonts w:cstheme="majorHAnsi"/>
          <w:sz w:val="18"/>
          <w:szCs w:val="18"/>
        </w:rPr>
        <w:t xml:space="preserve"> </w:t>
      </w:r>
      <w:proofErr w:type="spellStart"/>
      <w:r w:rsidRPr="00D73BDF">
        <w:rPr>
          <w:rFonts w:ascii="Sylfaen" w:hAnsi="Sylfaen" w:cs="Sylfaen"/>
          <w:sz w:val="18"/>
          <w:szCs w:val="18"/>
        </w:rPr>
        <w:t>ყველა</w:t>
      </w:r>
      <w:proofErr w:type="spellEnd"/>
      <w:r w:rsidRPr="00D73BDF">
        <w:rPr>
          <w:rFonts w:cstheme="majorHAnsi"/>
          <w:sz w:val="18"/>
          <w:szCs w:val="18"/>
        </w:rPr>
        <w:t xml:space="preserve"> </w:t>
      </w:r>
      <w:proofErr w:type="spellStart"/>
      <w:r w:rsidRPr="00D73BDF">
        <w:rPr>
          <w:rFonts w:ascii="Sylfaen" w:hAnsi="Sylfaen" w:cs="Sylfaen"/>
          <w:sz w:val="18"/>
          <w:szCs w:val="18"/>
        </w:rPr>
        <w:t>მისი</w:t>
      </w:r>
      <w:proofErr w:type="spellEnd"/>
      <w:r w:rsidRPr="00D73BDF">
        <w:rPr>
          <w:rFonts w:cstheme="majorHAnsi"/>
          <w:sz w:val="18"/>
          <w:szCs w:val="18"/>
        </w:rPr>
        <w:t xml:space="preserve"> </w:t>
      </w:r>
      <w:proofErr w:type="spellStart"/>
      <w:r w:rsidRPr="00D73BDF">
        <w:rPr>
          <w:rFonts w:ascii="Sylfaen" w:hAnsi="Sylfaen" w:cs="Sylfaen"/>
          <w:sz w:val="18"/>
          <w:szCs w:val="18"/>
        </w:rPr>
        <w:t>თანამშრომლის</w:t>
      </w:r>
      <w:proofErr w:type="spellEnd"/>
      <w:r w:rsidRPr="00D73BDF">
        <w:rPr>
          <w:rFonts w:cstheme="majorHAnsi"/>
          <w:sz w:val="18"/>
          <w:szCs w:val="18"/>
        </w:rPr>
        <w:t xml:space="preserve"> </w:t>
      </w:r>
      <w:proofErr w:type="spellStart"/>
      <w:r w:rsidRPr="00D73BDF">
        <w:rPr>
          <w:rFonts w:ascii="Sylfaen" w:hAnsi="Sylfaen" w:cs="Sylfaen"/>
          <w:sz w:val="18"/>
          <w:szCs w:val="18"/>
        </w:rPr>
        <w:t>მუდმივად</w:t>
      </w:r>
      <w:proofErr w:type="spellEnd"/>
      <w:r w:rsidRPr="00D73BDF">
        <w:rPr>
          <w:rFonts w:cstheme="majorHAnsi"/>
          <w:sz w:val="18"/>
          <w:szCs w:val="18"/>
        </w:rPr>
        <w:t xml:space="preserve"> </w:t>
      </w:r>
      <w:proofErr w:type="spellStart"/>
      <w:r w:rsidRPr="00D73BDF">
        <w:rPr>
          <w:rFonts w:ascii="Sylfaen" w:hAnsi="Sylfaen" w:cs="Sylfaen"/>
          <w:sz w:val="18"/>
          <w:szCs w:val="18"/>
        </w:rPr>
        <w:t>დაზღვევა</w:t>
      </w:r>
      <w:proofErr w:type="spellEnd"/>
      <w:r w:rsidRPr="00D73BDF">
        <w:rPr>
          <w:rFonts w:cstheme="majorHAnsi"/>
          <w:sz w:val="18"/>
          <w:szCs w:val="18"/>
        </w:rPr>
        <w:t xml:space="preserve">, </w:t>
      </w:r>
      <w:proofErr w:type="spellStart"/>
      <w:r w:rsidRPr="00D73BDF">
        <w:rPr>
          <w:rFonts w:ascii="Sylfaen" w:hAnsi="Sylfaen" w:cs="Sylfaen"/>
          <w:sz w:val="18"/>
          <w:szCs w:val="18"/>
        </w:rPr>
        <w:t>რომლებიც</w:t>
      </w:r>
      <w:proofErr w:type="spellEnd"/>
      <w:r w:rsidRPr="00D73BDF">
        <w:rPr>
          <w:rFonts w:cstheme="majorHAnsi"/>
          <w:sz w:val="18"/>
          <w:szCs w:val="18"/>
        </w:rPr>
        <w:t xml:space="preserve"> </w:t>
      </w:r>
      <w:proofErr w:type="spellStart"/>
      <w:r w:rsidRPr="00D73BDF">
        <w:rPr>
          <w:rFonts w:ascii="Sylfaen" w:hAnsi="Sylfaen" w:cs="Sylfaen"/>
          <w:sz w:val="18"/>
          <w:szCs w:val="18"/>
        </w:rPr>
        <w:t>ახორციელებენ</w:t>
      </w:r>
      <w:proofErr w:type="spellEnd"/>
      <w:r w:rsidRPr="00D73BDF">
        <w:rPr>
          <w:rFonts w:cstheme="majorHAnsi"/>
          <w:sz w:val="18"/>
          <w:szCs w:val="18"/>
        </w:rPr>
        <w:t xml:space="preserve"> </w:t>
      </w:r>
      <w:proofErr w:type="spellStart"/>
      <w:r w:rsidRPr="00D73BDF">
        <w:rPr>
          <w:rFonts w:ascii="Sylfaen" w:hAnsi="Sylfaen" w:cs="Sylfaen"/>
          <w:sz w:val="18"/>
          <w:szCs w:val="18"/>
        </w:rPr>
        <w:t>წინამდებარე</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სამუშაოებს</w:t>
      </w:r>
      <w:proofErr w:type="spellEnd"/>
      <w:r w:rsidRPr="00D73BDF">
        <w:rPr>
          <w:rFonts w:cstheme="majorHAnsi"/>
          <w:sz w:val="18"/>
          <w:szCs w:val="18"/>
        </w:rPr>
        <w:t xml:space="preserve">, </w:t>
      </w:r>
      <w:proofErr w:type="spellStart"/>
      <w:r w:rsidRPr="00D73BDF">
        <w:rPr>
          <w:rFonts w:ascii="Sylfaen" w:hAnsi="Sylfaen" w:cs="Sylfaen"/>
          <w:sz w:val="18"/>
          <w:szCs w:val="18"/>
        </w:rPr>
        <w:t>ამასთან</w:t>
      </w:r>
      <w:proofErr w:type="spellEnd"/>
      <w:r w:rsidRPr="00D73BDF">
        <w:rPr>
          <w:rFonts w:cstheme="majorHAnsi"/>
          <w:sz w:val="18"/>
          <w:szCs w:val="18"/>
        </w:rPr>
        <w:t xml:space="preserve"> </w:t>
      </w:r>
      <w:proofErr w:type="spellStart"/>
      <w:r w:rsidRPr="00D73BDF">
        <w:rPr>
          <w:rFonts w:ascii="Sylfaen" w:hAnsi="Sylfaen" w:cs="Sylfaen"/>
          <w:sz w:val="18"/>
          <w:szCs w:val="18"/>
        </w:rPr>
        <w:t>ყოველ</w:t>
      </w:r>
      <w:proofErr w:type="spellEnd"/>
      <w:r w:rsidRPr="00D73BDF">
        <w:rPr>
          <w:rFonts w:cstheme="majorHAnsi"/>
          <w:sz w:val="18"/>
          <w:szCs w:val="18"/>
        </w:rPr>
        <w:t xml:space="preserve"> </w:t>
      </w:r>
      <w:proofErr w:type="spellStart"/>
      <w:r w:rsidRPr="00D73BDF">
        <w:rPr>
          <w:rFonts w:ascii="Sylfaen" w:hAnsi="Sylfaen" w:cs="Sylfaen"/>
          <w:sz w:val="18"/>
          <w:szCs w:val="18"/>
        </w:rPr>
        <w:t>ჯერზე</w:t>
      </w:r>
      <w:proofErr w:type="spellEnd"/>
      <w:r w:rsidRPr="00D73BDF">
        <w:rPr>
          <w:rFonts w:cstheme="majorHAnsi"/>
          <w:sz w:val="18"/>
          <w:szCs w:val="18"/>
        </w:rPr>
        <w:t xml:space="preserve"> </w:t>
      </w:r>
      <w:proofErr w:type="spellStart"/>
      <w:r w:rsidRPr="00D73BDF">
        <w:rPr>
          <w:rFonts w:ascii="Sylfaen" w:hAnsi="Sylfaen" w:cs="Sylfaen"/>
          <w:sz w:val="18"/>
          <w:szCs w:val="18"/>
        </w:rPr>
        <w:t>ახალი</w:t>
      </w:r>
      <w:proofErr w:type="spellEnd"/>
      <w:r w:rsidRPr="00D73BDF">
        <w:rPr>
          <w:rFonts w:cstheme="majorHAnsi"/>
          <w:sz w:val="18"/>
          <w:szCs w:val="18"/>
        </w:rPr>
        <w:t xml:space="preserve"> </w:t>
      </w:r>
      <w:proofErr w:type="spellStart"/>
      <w:r w:rsidRPr="00D73BDF">
        <w:rPr>
          <w:rFonts w:ascii="Sylfaen" w:hAnsi="Sylfaen" w:cs="Sylfaen"/>
          <w:sz w:val="18"/>
          <w:szCs w:val="18"/>
        </w:rPr>
        <w:t>თანამშრომლის</w:t>
      </w:r>
      <w:proofErr w:type="spellEnd"/>
      <w:r w:rsidRPr="00D73BDF">
        <w:rPr>
          <w:rFonts w:cstheme="majorHAnsi"/>
          <w:sz w:val="18"/>
          <w:szCs w:val="18"/>
        </w:rPr>
        <w:t xml:space="preserve"> </w:t>
      </w:r>
      <w:proofErr w:type="spellStart"/>
      <w:r w:rsidRPr="00D73BDF">
        <w:rPr>
          <w:rFonts w:ascii="Sylfaen" w:hAnsi="Sylfaen" w:cs="Sylfaen"/>
          <w:sz w:val="18"/>
          <w:szCs w:val="18"/>
        </w:rPr>
        <w:t>ობიექტზე</w:t>
      </w:r>
      <w:proofErr w:type="spellEnd"/>
      <w:r w:rsidRPr="00D73BDF">
        <w:rPr>
          <w:rFonts w:cstheme="majorHAnsi"/>
          <w:sz w:val="18"/>
          <w:szCs w:val="18"/>
        </w:rPr>
        <w:t xml:space="preserve"> </w:t>
      </w:r>
      <w:proofErr w:type="spellStart"/>
      <w:r w:rsidRPr="00D73BDF">
        <w:rPr>
          <w:rFonts w:ascii="Sylfaen" w:hAnsi="Sylfaen" w:cs="Sylfaen"/>
          <w:sz w:val="18"/>
          <w:szCs w:val="18"/>
        </w:rPr>
        <w:t>წარმოდგენის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r w:rsidR="00325B50">
        <w:rPr>
          <w:rFonts w:ascii="Sylfaen" w:hAnsi="Sylfaen" w:cs="Sylfaen"/>
          <w:sz w:val="18"/>
          <w:szCs w:val="18"/>
          <w:lang w:val="ka-GE"/>
        </w:rPr>
        <w:t>მენარდე</w:t>
      </w:r>
      <w:r w:rsidRPr="00D73BDF">
        <w:rPr>
          <w:rFonts w:cstheme="majorHAnsi"/>
          <w:sz w:val="18"/>
          <w:szCs w:val="18"/>
        </w:rPr>
        <w:t xml:space="preserve"> </w:t>
      </w:r>
      <w:proofErr w:type="spellStart"/>
      <w:r w:rsidRPr="00D73BDF">
        <w:rPr>
          <w:rFonts w:ascii="Sylfaen" w:hAnsi="Sylfaen" w:cs="Sylfaen"/>
          <w:sz w:val="18"/>
          <w:szCs w:val="18"/>
        </w:rPr>
        <w:t>ვალდებულია</w:t>
      </w:r>
      <w:proofErr w:type="spellEnd"/>
      <w:r w:rsidRPr="00D73BDF">
        <w:rPr>
          <w:rFonts w:cstheme="majorHAnsi"/>
          <w:sz w:val="18"/>
          <w:szCs w:val="18"/>
        </w:rPr>
        <w:t xml:space="preserve"> </w:t>
      </w:r>
      <w:proofErr w:type="spellStart"/>
      <w:r w:rsidRPr="00D73BDF">
        <w:rPr>
          <w:rFonts w:ascii="Sylfaen" w:hAnsi="Sylfaen" w:cs="Sylfaen"/>
          <w:sz w:val="18"/>
          <w:szCs w:val="18"/>
        </w:rPr>
        <w:t>დააზღვიოს</w:t>
      </w:r>
      <w:proofErr w:type="spellEnd"/>
      <w:r w:rsidRPr="00D73BDF">
        <w:rPr>
          <w:rFonts w:cstheme="majorHAnsi"/>
          <w:sz w:val="18"/>
          <w:szCs w:val="18"/>
        </w:rPr>
        <w:t xml:space="preserve"> </w:t>
      </w:r>
      <w:proofErr w:type="spellStart"/>
      <w:r w:rsidRPr="00D73BDF">
        <w:rPr>
          <w:rFonts w:ascii="Sylfaen" w:hAnsi="Sylfaen" w:cs="Sylfaen"/>
          <w:sz w:val="18"/>
          <w:szCs w:val="18"/>
        </w:rPr>
        <w:t>ახალი</w:t>
      </w:r>
      <w:proofErr w:type="spellEnd"/>
      <w:r w:rsidRPr="00D73BDF">
        <w:rPr>
          <w:rFonts w:cstheme="majorHAnsi"/>
          <w:sz w:val="18"/>
          <w:szCs w:val="18"/>
        </w:rPr>
        <w:t xml:space="preserve"> </w:t>
      </w:r>
      <w:proofErr w:type="spellStart"/>
      <w:r w:rsidRPr="00D73BDF">
        <w:rPr>
          <w:rFonts w:ascii="Sylfaen" w:hAnsi="Sylfaen" w:cs="Sylfaen"/>
          <w:sz w:val="18"/>
          <w:szCs w:val="18"/>
        </w:rPr>
        <w:t>თანამშრომლები</w:t>
      </w:r>
      <w:proofErr w:type="spellEnd"/>
      <w:r w:rsidRPr="00D73BDF">
        <w:rPr>
          <w:rFonts w:cstheme="majorHAnsi"/>
          <w:sz w:val="18"/>
          <w:szCs w:val="18"/>
        </w:rPr>
        <w:t xml:space="preserve"> </w:t>
      </w:r>
      <w:proofErr w:type="spellStart"/>
      <w:r w:rsidRPr="00D73BDF">
        <w:rPr>
          <w:rFonts w:ascii="Sylfaen" w:hAnsi="Sylfaen" w:cs="Sylfaen"/>
          <w:sz w:val="18"/>
          <w:szCs w:val="18"/>
        </w:rPr>
        <w:t>არაუგვიანეს</w:t>
      </w:r>
      <w:proofErr w:type="spellEnd"/>
      <w:r w:rsidRPr="00D73BDF">
        <w:rPr>
          <w:rFonts w:cstheme="majorHAnsi"/>
          <w:sz w:val="18"/>
          <w:szCs w:val="18"/>
        </w:rPr>
        <w:t xml:space="preserve"> </w:t>
      </w:r>
      <w:proofErr w:type="spellStart"/>
      <w:r w:rsidRPr="00D73BDF">
        <w:rPr>
          <w:rFonts w:ascii="Sylfaen" w:hAnsi="Sylfaen" w:cs="Sylfaen"/>
          <w:sz w:val="18"/>
          <w:szCs w:val="18"/>
        </w:rPr>
        <w:t>ახალი</w:t>
      </w:r>
      <w:proofErr w:type="spellEnd"/>
      <w:r w:rsidRPr="00D73BDF">
        <w:rPr>
          <w:rFonts w:cstheme="majorHAnsi"/>
          <w:sz w:val="18"/>
          <w:szCs w:val="18"/>
        </w:rPr>
        <w:t xml:space="preserve"> </w:t>
      </w:r>
      <w:proofErr w:type="spellStart"/>
      <w:r w:rsidRPr="00D73BDF">
        <w:rPr>
          <w:rFonts w:ascii="Sylfaen" w:hAnsi="Sylfaen" w:cs="Sylfaen"/>
          <w:sz w:val="18"/>
          <w:szCs w:val="18"/>
        </w:rPr>
        <w:t>თანამშრომლ</w:t>
      </w:r>
      <w:proofErr w:type="spellEnd"/>
      <w:r w:rsidRPr="00D73BDF">
        <w:rPr>
          <w:rFonts w:cstheme="majorHAnsi"/>
          <w:sz w:val="18"/>
          <w:szCs w:val="18"/>
        </w:rPr>
        <w:t>(</w:t>
      </w:r>
      <w:proofErr w:type="spellStart"/>
      <w:r w:rsidRPr="00D73BDF">
        <w:rPr>
          <w:rFonts w:ascii="Sylfaen" w:hAnsi="Sylfaen" w:cs="Sylfaen"/>
          <w:sz w:val="18"/>
          <w:szCs w:val="18"/>
        </w:rPr>
        <w:t>ებ</w:t>
      </w:r>
      <w:proofErr w:type="spellEnd"/>
      <w:r w:rsidRPr="00D73BDF">
        <w:rPr>
          <w:rFonts w:cstheme="majorHAnsi"/>
          <w:sz w:val="18"/>
          <w:szCs w:val="18"/>
        </w:rPr>
        <w:t>)</w:t>
      </w:r>
      <w:proofErr w:type="spellStart"/>
      <w:r w:rsidRPr="00D73BDF">
        <w:rPr>
          <w:rFonts w:ascii="Sylfaen" w:hAnsi="Sylfaen" w:cs="Sylfaen"/>
          <w:sz w:val="18"/>
          <w:szCs w:val="18"/>
        </w:rPr>
        <w:t>ის</w:t>
      </w:r>
      <w:proofErr w:type="spellEnd"/>
      <w:r w:rsidRPr="00D73BDF">
        <w:rPr>
          <w:rFonts w:cstheme="majorHAnsi"/>
          <w:sz w:val="18"/>
          <w:szCs w:val="18"/>
        </w:rPr>
        <w:t xml:space="preserve"> </w:t>
      </w:r>
      <w:proofErr w:type="spellStart"/>
      <w:r w:rsidRPr="00D73BDF">
        <w:rPr>
          <w:rFonts w:ascii="Sylfaen" w:hAnsi="Sylfaen" w:cs="Sylfaen"/>
          <w:sz w:val="18"/>
          <w:szCs w:val="18"/>
        </w:rPr>
        <w:t>ობიექტზე</w:t>
      </w:r>
      <w:proofErr w:type="spellEnd"/>
      <w:r w:rsidRPr="00D73BDF">
        <w:rPr>
          <w:rFonts w:cstheme="majorHAnsi"/>
          <w:sz w:val="18"/>
          <w:szCs w:val="18"/>
        </w:rPr>
        <w:t xml:space="preserve"> </w:t>
      </w:r>
      <w:proofErr w:type="spellStart"/>
      <w:r w:rsidRPr="00D73BDF">
        <w:rPr>
          <w:rFonts w:ascii="Sylfaen" w:hAnsi="Sylfaen" w:cs="Sylfaen"/>
          <w:sz w:val="18"/>
          <w:szCs w:val="18"/>
        </w:rPr>
        <w:t>შემოსვლიდან</w:t>
      </w:r>
      <w:proofErr w:type="spellEnd"/>
      <w:r w:rsidRPr="00D73BDF">
        <w:rPr>
          <w:rFonts w:cstheme="majorHAnsi"/>
          <w:sz w:val="18"/>
          <w:szCs w:val="18"/>
        </w:rPr>
        <w:t xml:space="preserve"> 1 (</w:t>
      </w:r>
      <w:proofErr w:type="spellStart"/>
      <w:r w:rsidRPr="00D73BDF">
        <w:rPr>
          <w:rFonts w:ascii="Sylfaen" w:hAnsi="Sylfaen" w:cs="Sylfaen"/>
          <w:sz w:val="18"/>
          <w:szCs w:val="18"/>
        </w:rPr>
        <w:t>ერთი</w:t>
      </w:r>
      <w:proofErr w:type="spellEnd"/>
      <w:r w:rsidRPr="00D73BDF">
        <w:rPr>
          <w:rFonts w:cstheme="majorHAnsi"/>
          <w:sz w:val="18"/>
          <w:szCs w:val="18"/>
        </w:rPr>
        <w:t xml:space="preserve">) </w:t>
      </w:r>
      <w:proofErr w:type="spellStart"/>
      <w:r w:rsidRPr="00D73BDF">
        <w:rPr>
          <w:rFonts w:ascii="Sylfaen" w:hAnsi="Sylfaen" w:cs="Sylfaen"/>
          <w:sz w:val="18"/>
          <w:szCs w:val="18"/>
        </w:rPr>
        <w:t>კვირის</w:t>
      </w:r>
      <w:proofErr w:type="spellEnd"/>
      <w:r w:rsidRPr="00D73BDF">
        <w:rPr>
          <w:rFonts w:cstheme="majorHAnsi"/>
          <w:sz w:val="18"/>
          <w:szCs w:val="18"/>
        </w:rPr>
        <w:t xml:space="preserve"> </w:t>
      </w:r>
      <w:proofErr w:type="spellStart"/>
      <w:r w:rsidRPr="00D73BDF">
        <w:rPr>
          <w:rFonts w:ascii="Sylfaen" w:hAnsi="Sylfaen" w:cs="Sylfaen"/>
          <w:sz w:val="18"/>
          <w:szCs w:val="18"/>
        </w:rPr>
        <w:t>ვადაში</w:t>
      </w:r>
      <w:proofErr w:type="spellEnd"/>
      <w:r w:rsidRPr="00D73BDF">
        <w:rPr>
          <w:rFonts w:cstheme="majorHAnsi"/>
          <w:sz w:val="18"/>
          <w:szCs w:val="18"/>
        </w:rPr>
        <w:t xml:space="preserve">.  </w:t>
      </w:r>
      <w:proofErr w:type="spellStart"/>
      <w:r w:rsidRPr="00D73BDF">
        <w:rPr>
          <w:rFonts w:ascii="Sylfaen" w:hAnsi="Sylfaen" w:cs="Sylfaen"/>
          <w:sz w:val="18"/>
          <w:szCs w:val="18"/>
        </w:rPr>
        <w:t>ყოველი</w:t>
      </w:r>
      <w:proofErr w:type="spellEnd"/>
      <w:r w:rsidRPr="00D73BDF">
        <w:rPr>
          <w:rFonts w:cstheme="majorHAnsi"/>
          <w:sz w:val="18"/>
          <w:szCs w:val="18"/>
        </w:rPr>
        <w:t xml:space="preserve"> </w:t>
      </w:r>
      <w:proofErr w:type="spellStart"/>
      <w:r w:rsidRPr="00D73BDF">
        <w:rPr>
          <w:rFonts w:ascii="Sylfaen" w:hAnsi="Sylfaen" w:cs="Sylfaen"/>
          <w:sz w:val="18"/>
          <w:szCs w:val="18"/>
        </w:rPr>
        <w:t>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ბოლოს</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მოთხოვნილ</w:t>
      </w:r>
      <w:proofErr w:type="spellEnd"/>
      <w:r w:rsidRPr="00D73BDF">
        <w:rPr>
          <w:rFonts w:cstheme="majorHAnsi"/>
          <w:sz w:val="18"/>
          <w:szCs w:val="18"/>
        </w:rPr>
        <w:t xml:space="preserve"> </w:t>
      </w:r>
      <w:proofErr w:type="spellStart"/>
      <w:r w:rsidRPr="00D73BDF">
        <w:rPr>
          <w:rFonts w:ascii="Sylfaen" w:hAnsi="Sylfaen" w:cs="Sylfaen"/>
          <w:sz w:val="18"/>
          <w:szCs w:val="18"/>
        </w:rPr>
        <w:t>ვადაში</w:t>
      </w:r>
      <w:proofErr w:type="spellEnd"/>
      <w:r w:rsidRPr="00D73BDF">
        <w:rPr>
          <w:rFonts w:cstheme="majorHAnsi"/>
          <w:sz w:val="18"/>
          <w:szCs w:val="18"/>
        </w:rPr>
        <w:t xml:space="preserve"> </w:t>
      </w:r>
      <w:r w:rsidR="00C933BB">
        <w:rPr>
          <w:rFonts w:ascii="Sylfaen" w:hAnsi="Sylfaen" w:cs="Sylfaen"/>
          <w:sz w:val="18"/>
          <w:szCs w:val="18"/>
          <w:lang w:val="ka-GE"/>
        </w:rPr>
        <w:t>მენარდემ</w:t>
      </w:r>
      <w:r w:rsidRPr="00D73BDF">
        <w:rPr>
          <w:rFonts w:cstheme="majorHAnsi"/>
          <w:sz w:val="18"/>
          <w:szCs w:val="18"/>
        </w:rPr>
        <w:t xml:space="preserve"> </w:t>
      </w:r>
      <w:proofErr w:type="spellStart"/>
      <w:r w:rsidRPr="00D73BDF">
        <w:rPr>
          <w:rFonts w:ascii="Sylfaen" w:hAnsi="Sylfaen" w:cs="Sylfaen"/>
          <w:sz w:val="18"/>
          <w:szCs w:val="18"/>
        </w:rPr>
        <w:t>უნდა</w:t>
      </w:r>
      <w:proofErr w:type="spellEnd"/>
      <w:r w:rsidRPr="00D73BDF">
        <w:rPr>
          <w:rFonts w:cstheme="majorHAnsi"/>
          <w:sz w:val="18"/>
          <w:szCs w:val="18"/>
        </w:rPr>
        <w:t xml:space="preserve"> </w:t>
      </w:r>
      <w:proofErr w:type="spellStart"/>
      <w:r w:rsidRPr="00D73BDF">
        <w:rPr>
          <w:rFonts w:ascii="Sylfaen" w:hAnsi="Sylfaen" w:cs="Sylfaen"/>
          <w:sz w:val="18"/>
          <w:szCs w:val="18"/>
        </w:rPr>
        <w:t>წარუდგინოს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დამკვეთს</w:t>
      </w:r>
      <w:proofErr w:type="spellEnd"/>
      <w:r w:rsidRPr="00D73BDF">
        <w:rPr>
          <w:rFonts w:cstheme="majorHAnsi"/>
          <w:sz w:val="18"/>
          <w:szCs w:val="18"/>
        </w:rPr>
        <w:t xml:space="preserve"> </w:t>
      </w:r>
      <w:proofErr w:type="spellStart"/>
      <w:r w:rsidRPr="00D73BDF">
        <w:rPr>
          <w:rFonts w:ascii="Sylfaen" w:hAnsi="Sylfaen" w:cs="Sylfaen"/>
          <w:sz w:val="18"/>
          <w:szCs w:val="18"/>
        </w:rPr>
        <w:t>ყველა</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დოკუმენტაცია</w:t>
      </w:r>
      <w:proofErr w:type="spellEnd"/>
      <w:r w:rsidRPr="00D73BDF">
        <w:rPr>
          <w:rFonts w:cstheme="majorHAnsi"/>
          <w:sz w:val="18"/>
          <w:szCs w:val="18"/>
        </w:rPr>
        <w:t xml:space="preserve"> </w:t>
      </w:r>
      <w:proofErr w:type="spellStart"/>
      <w:r w:rsidRPr="00D73BDF">
        <w:rPr>
          <w:rFonts w:ascii="Sylfaen" w:hAnsi="Sylfaen" w:cs="Sylfaen"/>
          <w:sz w:val="18"/>
          <w:szCs w:val="18"/>
        </w:rPr>
        <w:t>შრომის</w:t>
      </w:r>
      <w:proofErr w:type="spellEnd"/>
      <w:r w:rsidRPr="00D73BDF">
        <w:rPr>
          <w:rFonts w:cstheme="majorHAnsi"/>
          <w:sz w:val="18"/>
          <w:szCs w:val="18"/>
        </w:rPr>
        <w:t xml:space="preserve"> </w:t>
      </w:r>
      <w:proofErr w:type="spellStart"/>
      <w:r w:rsidRPr="00D73BDF">
        <w:rPr>
          <w:rFonts w:ascii="Sylfaen" w:hAnsi="Sylfaen" w:cs="Sylfaen"/>
          <w:sz w:val="18"/>
          <w:szCs w:val="18"/>
        </w:rPr>
        <w:t>უსაფრთხოების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შესახებ</w:t>
      </w:r>
      <w:proofErr w:type="spellEnd"/>
      <w:r w:rsidRPr="00D73BDF">
        <w:rPr>
          <w:rFonts w:cstheme="majorHAnsi"/>
          <w:sz w:val="18"/>
          <w:szCs w:val="18"/>
        </w:rPr>
        <w:t xml:space="preserve"> </w:t>
      </w:r>
      <w:proofErr w:type="spellStart"/>
      <w:r w:rsidRPr="00D73BDF">
        <w:rPr>
          <w:rFonts w:ascii="Sylfaen" w:hAnsi="Sylfaen" w:cs="Sylfaen"/>
          <w:sz w:val="18"/>
          <w:szCs w:val="18"/>
        </w:rPr>
        <w:t>საქართველოს</w:t>
      </w:r>
      <w:proofErr w:type="spellEnd"/>
      <w:r w:rsidRPr="00D73BDF">
        <w:rPr>
          <w:rFonts w:cstheme="majorHAnsi"/>
          <w:sz w:val="18"/>
          <w:szCs w:val="18"/>
        </w:rPr>
        <w:t xml:space="preserve"> </w:t>
      </w:r>
      <w:proofErr w:type="spellStart"/>
      <w:r w:rsidRPr="00D73BDF">
        <w:rPr>
          <w:rFonts w:ascii="Sylfaen" w:hAnsi="Sylfaen" w:cs="Sylfaen"/>
          <w:sz w:val="18"/>
          <w:szCs w:val="18"/>
        </w:rPr>
        <w:t>კანონმდებლობის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შესაბამისად</w:t>
      </w:r>
      <w:proofErr w:type="spellEnd"/>
      <w:r w:rsidRPr="00D73BDF">
        <w:rPr>
          <w:rFonts w:cstheme="majorHAnsi"/>
          <w:sz w:val="18"/>
          <w:szCs w:val="18"/>
        </w:rPr>
        <w:t xml:space="preserve">, </w:t>
      </w:r>
      <w:proofErr w:type="spellStart"/>
      <w:r w:rsidRPr="00D73BDF">
        <w:rPr>
          <w:rFonts w:ascii="Sylfaen" w:hAnsi="Sylfaen" w:cs="Sylfaen"/>
          <w:sz w:val="18"/>
          <w:szCs w:val="18"/>
        </w:rPr>
        <w:t>ასევე</w:t>
      </w:r>
      <w:proofErr w:type="spellEnd"/>
      <w:r w:rsidRPr="00D73BDF">
        <w:rPr>
          <w:rFonts w:cstheme="majorHAnsi"/>
          <w:sz w:val="18"/>
          <w:szCs w:val="18"/>
        </w:rPr>
        <w:t xml:space="preserve"> </w:t>
      </w:r>
      <w:proofErr w:type="spellStart"/>
      <w:r w:rsidRPr="00D73BDF">
        <w:rPr>
          <w:rFonts w:ascii="Sylfaen" w:hAnsi="Sylfaen" w:cs="Sylfaen"/>
          <w:sz w:val="18"/>
          <w:szCs w:val="18"/>
        </w:rPr>
        <w:t>დაზღვევის</w:t>
      </w:r>
      <w:proofErr w:type="spellEnd"/>
      <w:r w:rsidRPr="00D73BDF">
        <w:rPr>
          <w:rFonts w:cstheme="majorHAnsi"/>
          <w:sz w:val="18"/>
          <w:szCs w:val="18"/>
        </w:rPr>
        <w:t xml:space="preserve"> </w:t>
      </w:r>
      <w:proofErr w:type="spellStart"/>
      <w:r w:rsidRPr="00D73BDF">
        <w:rPr>
          <w:rFonts w:ascii="Sylfaen" w:hAnsi="Sylfaen" w:cs="Sylfaen"/>
          <w:sz w:val="18"/>
          <w:szCs w:val="18"/>
        </w:rPr>
        <w:t>პოლისი</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დაზღვეული</w:t>
      </w:r>
      <w:proofErr w:type="spellEnd"/>
      <w:r w:rsidRPr="00D73BDF">
        <w:rPr>
          <w:rFonts w:cstheme="majorHAnsi"/>
          <w:sz w:val="18"/>
          <w:szCs w:val="18"/>
        </w:rPr>
        <w:t xml:space="preserve"> </w:t>
      </w:r>
      <w:proofErr w:type="spellStart"/>
      <w:r w:rsidRPr="00D73BDF">
        <w:rPr>
          <w:rFonts w:ascii="Sylfaen" w:hAnsi="Sylfaen" w:cs="Sylfaen"/>
          <w:sz w:val="18"/>
          <w:szCs w:val="18"/>
        </w:rPr>
        <w:t>პირების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სია</w:t>
      </w:r>
      <w:proofErr w:type="spellEnd"/>
      <w:r w:rsidRPr="00D73BDF">
        <w:rPr>
          <w:rFonts w:cstheme="majorHAnsi"/>
          <w:sz w:val="18"/>
          <w:szCs w:val="18"/>
        </w:rPr>
        <w:t>.</w:t>
      </w:r>
    </w:p>
    <w:p w14:paraId="76531ECB" w14:textId="383B59A6" w:rsidR="004B6084" w:rsidRPr="00B31749" w:rsidRDefault="00A74260" w:rsidP="00185C20">
      <w:pPr>
        <w:jc w:val="both"/>
        <w:rPr>
          <w:rFonts w:ascii="Sylfaen" w:hAnsi="Sylfaen" w:cstheme="majorHAnsi"/>
          <w:sz w:val="18"/>
          <w:szCs w:val="18"/>
          <w:lang w:val="ka-GE"/>
        </w:rPr>
      </w:pPr>
      <w:r w:rsidRPr="00D73BDF">
        <w:rPr>
          <w:rFonts w:cstheme="majorHAnsi"/>
          <w:sz w:val="18"/>
          <w:szCs w:val="18"/>
        </w:rPr>
        <w:t>3.3.1</w:t>
      </w:r>
      <w:r w:rsidR="00713193">
        <w:rPr>
          <w:rFonts w:cstheme="majorHAnsi"/>
          <w:sz w:val="18"/>
          <w:szCs w:val="18"/>
          <w:lang w:val="ka-GE"/>
        </w:rPr>
        <w:t>1</w:t>
      </w:r>
      <w:r w:rsidRPr="00D73BDF">
        <w:rPr>
          <w:rFonts w:cstheme="majorHAnsi"/>
          <w:sz w:val="18"/>
          <w:szCs w:val="18"/>
        </w:rPr>
        <w:t xml:space="preserve">. </w:t>
      </w:r>
      <w:proofErr w:type="spellStart"/>
      <w:r w:rsidRPr="00D73BDF">
        <w:rPr>
          <w:rFonts w:ascii="Sylfaen" w:hAnsi="Sylfaen" w:cs="Sylfaen"/>
          <w:sz w:val="18"/>
          <w:szCs w:val="18"/>
        </w:rPr>
        <w:t>ყოველთვიურად</w:t>
      </w:r>
      <w:proofErr w:type="spellEnd"/>
      <w:r w:rsidRPr="00D73BDF">
        <w:rPr>
          <w:rFonts w:cstheme="majorHAnsi"/>
          <w:sz w:val="18"/>
          <w:szCs w:val="18"/>
        </w:rPr>
        <w:t xml:space="preserve"> </w:t>
      </w:r>
      <w:proofErr w:type="spellStart"/>
      <w:r w:rsidRPr="00D73BDF">
        <w:rPr>
          <w:rFonts w:ascii="Sylfaen" w:hAnsi="Sylfaen" w:cs="Sylfaen"/>
          <w:sz w:val="18"/>
          <w:szCs w:val="18"/>
        </w:rPr>
        <w:t>წარუდგინოს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დამკვეთს</w:t>
      </w:r>
      <w:proofErr w:type="spellEnd"/>
      <w:r w:rsidRPr="00D73BDF">
        <w:rPr>
          <w:rFonts w:cstheme="majorHAnsi"/>
          <w:sz w:val="18"/>
          <w:szCs w:val="18"/>
        </w:rPr>
        <w:t xml:space="preserve"> </w:t>
      </w:r>
      <w:r w:rsidR="003831D3">
        <w:rPr>
          <w:rFonts w:ascii="Sylfaen" w:hAnsi="Sylfaen" w:cs="Sylfaen"/>
          <w:sz w:val="18"/>
          <w:szCs w:val="18"/>
          <w:lang w:val="ka-GE"/>
        </w:rPr>
        <w:t>შესრულებული სამუშოები</w:t>
      </w:r>
      <w:r w:rsidR="00876CA8">
        <w:rPr>
          <w:rFonts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ამასთან</w:t>
      </w:r>
      <w:proofErr w:type="spellEnd"/>
      <w:r w:rsidRPr="00D73BDF">
        <w:rPr>
          <w:rFonts w:cstheme="majorHAnsi"/>
          <w:sz w:val="18"/>
          <w:szCs w:val="18"/>
        </w:rPr>
        <w:t xml:space="preserve">, </w:t>
      </w:r>
      <w:proofErr w:type="spellStart"/>
      <w:r w:rsidRPr="00D73BDF">
        <w:rPr>
          <w:rFonts w:ascii="Sylfaen" w:hAnsi="Sylfaen" w:cs="Sylfaen"/>
          <w:sz w:val="18"/>
          <w:szCs w:val="18"/>
        </w:rPr>
        <w:t>მენარდის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w:t>
      </w:r>
      <w:proofErr w:type="spellEnd"/>
      <w:r w:rsidRPr="00D73BDF">
        <w:rPr>
          <w:rFonts w:cstheme="majorHAnsi"/>
          <w:sz w:val="18"/>
          <w:szCs w:val="18"/>
        </w:rPr>
        <w:t xml:space="preserve"> </w:t>
      </w:r>
      <w:proofErr w:type="spellStart"/>
      <w:r w:rsidRPr="00D73BDF">
        <w:rPr>
          <w:rFonts w:ascii="Sylfaen" w:hAnsi="Sylfaen" w:cs="Sylfaen"/>
          <w:sz w:val="18"/>
          <w:szCs w:val="18"/>
        </w:rPr>
        <w:t>ვალდებულების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შეუსრულებლობის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უფლებამოსილია</w:t>
      </w:r>
      <w:proofErr w:type="spellEnd"/>
      <w:r w:rsidRPr="00D73BDF">
        <w:rPr>
          <w:rFonts w:cstheme="majorHAnsi"/>
          <w:sz w:val="18"/>
          <w:szCs w:val="18"/>
        </w:rPr>
        <w:t xml:space="preserve"> </w:t>
      </w:r>
      <w:proofErr w:type="spellStart"/>
      <w:r w:rsidRPr="00D73BDF">
        <w:rPr>
          <w:rFonts w:ascii="Sylfaen" w:hAnsi="Sylfaen" w:cs="Sylfaen"/>
          <w:sz w:val="18"/>
          <w:szCs w:val="18"/>
        </w:rPr>
        <w:t>არ</w:t>
      </w:r>
      <w:proofErr w:type="spellEnd"/>
      <w:r w:rsidRPr="00D73BDF">
        <w:rPr>
          <w:rFonts w:cstheme="majorHAnsi"/>
          <w:sz w:val="18"/>
          <w:szCs w:val="18"/>
        </w:rPr>
        <w:t xml:space="preserve"> </w:t>
      </w:r>
      <w:proofErr w:type="spellStart"/>
      <w:r w:rsidRPr="00D73BDF">
        <w:rPr>
          <w:rFonts w:ascii="Sylfaen" w:hAnsi="Sylfaen" w:cs="Sylfaen"/>
          <w:sz w:val="18"/>
          <w:szCs w:val="18"/>
        </w:rPr>
        <w:t>დაუდასტუროს</w:t>
      </w:r>
      <w:proofErr w:type="spellEnd"/>
      <w:r w:rsidRPr="00D73BDF">
        <w:rPr>
          <w:rFonts w:cstheme="majorHAnsi"/>
          <w:sz w:val="18"/>
          <w:szCs w:val="18"/>
        </w:rPr>
        <w:t xml:space="preserve"> </w:t>
      </w:r>
      <w:r w:rsidR="00B31749">
        <w:rPr>
          <w:rFonts w:ascii="Sylfaen" w:hAnsi="Sylfaen" w:cs="Sylfaen"/>
          <w:sz w:val="18"/>
          <w:szCs w:val="18"/>
          <w:lang w:val="ka-GE"/>
        </w:rPr>
        <w:t>მენარდეს</w:t>
      </w:r>
      <w:r w:rsidRPr="00D73BDF">
        <w:rPr>
          <w:rFonts w:cstheme="majorHAnsi"/>
          <w:sz w:val="18"/>
          <w:szCs w:val="18"/>
        </w:rPr>
        <w:t xml:space="preserve"> </w:t>
      </w:r>
      <w:proofErr w:type="spellStart"/>
      <w:r w:rsidRPr="00D73BDF">
        <w:rPr>
          <w:rFonts w:ascii="Sylfaen" w:hAnsi="Sylfaen" w:cs="Sylfaen"/>
          <w:sz w:val="18"/>
          <w:szCs w:val="18"/>
        </w:rPr>
        <w:t>ფორმა</w:t>
      </w:r>
      <w:proofErr w:type="spellEnd"/>
      <w:r w:rsidRPr="00D73BDF">
        <w:rPr>
          <w:rFonts w:cstheme="majorHAnsi"/>
          <w:sz w:val="18"/>
          <w:szCs w:val="18"/>
        </w:rPr>
        <w:t xml:space="preserve"> N2</w:t>
      </w:r>
      <w:r w:rsidR="00B31749">
        <w:rPr>
          <w:rFonts w:ascii="Sylfaen" w:hAnsi="Sylfaen" w:cstheme="majorHAnsi"/>
          <w:sz w:val="18"/>
          <w:szCs w:val="18"/>
          <w:lang w:val="ka-GE"/>
        </w:rPr>
        <w:t>.</w:t>
      </w:r>
    </w:p>
    <w:p w14:paraId="6DD138FF" w14:textId="57EB0B8C" w:rsidR="004B6084" w:rsidRPr="00D73BDF" w:rsidRDefault="00A74260" w:rsidP="00185C20">
      <w:pPr>
        <w:jc w:val="both"/>
        <w:rPr>
          <w:rFonts w:cstheme="majorHAnsi"/>
          <w:sz w:val="18"/>
          <w:szCs w:val="18"/>
        </w:rPr>
      </w:pPr>
      <w:r w:rsidRPr="00D73BDF">
        <w:rPr>
          <w:rFonts w:cstheme="majorHAnsi"/>
          <w:sz w:val="18"/>
          <w:szCs w:val="18"/>
        </w:rPr>
        <w:t>3.3.1</w:t>
      </w:r>
      <w:r w:rsidR="00713193">
        <w:rPr>
          <w:rFonts w:cstheme="majorHAnsi"/>
          <w:sz w:val="18"/>
          <w:szCs w:val="18"/>
          <w:lang w:val="ka-GE"/>
        </w:rPr>
        <w:t>2</w:t>
      </w:r>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დასაბუთებული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მოთხოვნის</w:t>
      </w:r>
      <w:proofErr w:type="spellEnd"/>
      <w:r w:rsidRPr="00D73BDF">
        <w:rPr>
          <w:rFonts w:cstheme="majorHAnsi"/>
          <w:sz w:val="18"/>
          <w:szCs w:val="18"/>
        </w:rPr>
        <w:t xml:space="preserve"> </w:t>
      </w:r>
      <w:proofErr w:type="spellStart"/>
      <w:r w:rsidRPr="00D73BDF">
        <w:rPr>
          <w:rFonts w:ascii="Sylfaen" w:hAnsi="Sylfaen" w:cs="Sylfaen"/>
          <w:sz w:val="18"/>
          <w:szCs w:val="18"/>
        </w:rPr>
        <w:t>საფუძველზე</w:t>
      </w:r>
      <w:proofErr w:type="spellEnd"/>
      <w:r w:rsidRPr="00D73BDF">
        <w:rPr>
          <w:rFonts w:cstheme="majorHAnsi"/>
          <w:sz w:val="18"/>
          <w:szCs w:val="18"/>
        </w:rPr>
        <w:t xml:space="preserve">, </w:t>
      </w:r>
      <w:proofErr w:type="spellStart"/>
      <w:r w:rsidRPr="00D73BDF">
        <w:rPr>
          <w:rFonts w:ascii="Sylfaen" w:hAnsi="Sylfaen" w:cs="Sylfaen"/>
          <w:sz w:val="18"/>
          <w:szCs w:val="18"/>
        </w:rPr>
        <w:t>დაუყოვნებლივ</w:t>
      </w:r>
      <w:proofErr w:type="spellEnd"/>
      <w:r w:rsidRPr="00D73BDF">
        <w:rPr>
          <w:rFonts w:cstheme="majorHAnsi"/>
          <w:sz w:val="18"/>
          <w:szCs w:val="18"/>
        </w:rPr>
        <w:t xml:space="preserve"> </w:t>
      </w:r>
      <w:proofErr w:type="spellStart"/>
      <w:r w:rsidRPr="00D73BDF">
        <w:rPr>
          <w:rFonts w:ascii="Sylfaen" w:hAnsi="Sylfaen" w:cs="Sylfaen"/>
          <w:sz w:val="18"/>
          <w:szCs w:val="18"/>
        </w:rPr>
        <w:t>გაათავისუფლოს</w:t>
      </w:r>
      <w:proofErr w:type="spellEnd"/>
      <w:r w:rsidRPr="00D73BDF">
        <w:rPr>
          <w:rFonts w:cstheme="majorHAnsi"/>
          <w:sz w:val="18"/>
          <w:szCs w:val="18"/>
        </w:rPr>
        <w:t xml:space="preserve"> </w:t>
      </w:r>
      <w:proofErr w:type="spellStart"/>
      <w:r w:rsidRPr="00D73BDF">
        <w:rPr>
          <w:rFonts w:ascii="Sylfaen" w:hAnsi="Sylfaen" w:cs="Sylfaen"/>
          <w:sz w:val="18"/>
          <w:szCs w:val="18"/>
        </w:rPr>
        <w:t>მის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ნაკისრი</w:t>
      </w:r>
      <w:proofErr w:type="spellEnd"/>
      <w:r w:rsidRPr="00D73BDF">
        <w:rPr>
          <w:rFonts w:cstheme="majorHAnsi"/>
          <w:sz w:val="18"/>
          <w:szCs w:val="18"/>
        </w:rPr>
        <w:t xml:space="preserve"> </w:t>
      </w:r>
      <w:proofErr w:type="spellStart"/>
      <w:r w:rsidRPr="00D73BDF">
        <w:rPr>
          <w:rFonts w:ascii="Sylfaen" w:hAnsi="Sylfaen" w:cs="Sylfaen"/>
          <w:sz w:val="18"/>
          <w:szCs w:val="18"/>
        </w:rPr>
        <w:t>ვალდებულებების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შესასრულებლად</w:t>
      </w:r>
      <w:proofErr w:type="spellEnd"/>
      <w:r w:rsidRPr="00D73BDF">
        <w:rPr>
          <w:rFonts w:cstheme="majorHAnsi"/>
          <w:sz w:val="18"/>
          <w:szCs w:val="18"/>
        </w:rPr>
        <w:t xml:space="preserve"> </w:t>
      </w:r>
      <w:proofErr w:type="spellStart"/>
      <w:r w:rsidRPr="00D73BDF">
        <w:rPr>
          <w:rFonts w:ascii="Sylfaen" w:hAnsi="Sylfaen" w:cs="Sylfaen"/>
          <w:sz w:val="18"/>
          <w:szCs w:val="18"/>
        </w:rPr>
        <w:t>დაქირავებული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ნებისმიერი</w:t>
      </w:r>
      <w:proofErr w:type="spellEnd"/>
      <w:r w:rsidRPr="00D73BDF">
        <w:rPr>
          <w:rFonts w:cstheme="majorHAnsi"/>
          <w:sz w:val="18"/>
          <w:szCs w:val="18"/>
        </w:rPr>
        <w:t xml:space="preserve"> </w:t>
      </w:r>
      <w:proofErr w:type="spellStart"/>
      <w:r w:rsidRPr="00D73BDF">
        <w:rPr>
          <w:rFonts w:ascii="Sylfaen" w:hAnsi="Sylfaen" w:cs="Sylfaen"/>
          <w:sz w:val="18"/>
          <w:szCs w:val="18"/>
        </w:rPr>
        <w:t>პირი</w:t>
      </w:r>
      <w:proofErr w:type="spellEnd"/>
      <w:r w:rsidRPr="00D73BDF">
        <w:rPr>
          <w:rFonts w:cstheme="majorHAnsi"/>
          <w:sz w:val="18"/>
          <w:szCs w:val="18"/>
        </w:rPr>
        <w:t xml:space="preserve"> </w:t>
      </w:r>
      <w:r w:rsidR="00A009C6">
        <w:rPr>
          <w:rFonts w:ascii="Sylfaen" w:hAnsi="Sylfaen" w:cs="Sylfaen"/>
          <w:sz w:val="18"/>
          <w:szCs w:val="18"/>
          <w:lang w:val="ka-GE"/>
        </w:rPr>
        <w:t>სამშენებლო</w:t>
      </w:r>
      <w:r w:rsidRPr="00D73BDF">
        <w:rPr>
          <w:rFonts w:cstheme="majorHAnsi"/>
          <w:sz w:val="18"/>
          <w:szCs w:val="18"/>
        </w:rPr>
        <w:t xml:space="preserve"> </w:t>
      </w:r>
      <w:proofErr w:type="spellStart"/>
      <w:r w:rsidRPr="00D73BDF">
        <w:rPr>
          <w:rFonts w:ascii="Sylfaen" w:hAnsi="Sylfaen" w:cs="Sylfaen"/>
          <w:sz w:val="18"/>
          <w:szCs w:val="18"/>
        </w:rPr>
        <w:t>მოედნიდან</w:t>
      </w:r>
      <w:proofErr w:type="spellEnd"/>
      <w:r w:rsidRPr="00D73BDF">
        <w:rPr>
          <w:rFonts w:cstheme="majorHAnsi"/>
          <w:sz w:val="18"/>
          <w:szCs w:val="18"/>
        </w:rPr>
        <w:t xml:space="preserve">, </w:t>
      </w:r>
      <w:proofErr w:type="spellStart"/>
      <w:r w:rsidRPr="00D73BDF">
        <w:rPr>
          <w:rFonts w:ascii="Sylfaen" w:hAnsi="Sylfaen" w:cs="Sylfaen"/>
          <w:sz w:val="18"/>
          <w:szCs w:val="18"/>
        </w:rPr>
        <w:t>ობიექტზე</w:t>
      </w:r>
      <w:proofErr w:type="spellEnd"/>
      <w:r w:rsidRPr="00D73BDF">
        <w:rPr>
          <w:rFonts w:cstheme="majorHAnsi"/>
          <w:sz w:val="18"/>
          <w:szCs w:val="18"/>
        </w:rPr>
        <w:t xml:space="preserve"> </w:t>
      </w:r>
      <w:proofErr w:type="spellStart"/>
      <w:r w:rsidRPr="00D73BDF">
        <w:rPr>
          <w:rFonts w:ascii="Sylfaen" w:hAnsi="Sylfaen" w:cs="Sylfaen"/>
          <w:sz w:val="18"/>
          <w:szCs w:val="18"/>
        </w:rPr>
        <w:t>შემდგომი</w:t>
      </w:r>
      <w:proofErr w:type="spellEnd"/>
      <w:r w:rsidRPr="00D73BDF">
        <w:rPr>
          <w:rFonts w:cstheme="majorHAnsi"/>
          <w:sz w:val="18"/>
          <w:szCs w:val="18"/>
        </w:rPr>
        <w:t xml:space="preserve"> </w:t>
      </w:r>
      <w:proofErr w:type="spellStart"/>
      <w:r w:rsidRPr="00D73BDF">
        <w:rPr>
          <w:rFonts w:ascii="Sylfaen" w:hAnsi="Sylfaen" w:cs="Sylfaen"/>
          <w:sz w:val="18"/>
          <w:szCs w:val="18"/>
        </w:rPr>
        <w:t>წვდომის</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შეზღუდვით</w:t>
      </w:r>
      <w:proofErr w:type="spellEnd"/>
      <w:r w:rsidRPr="00D73BDF">
        <w:rPr>
          <w:rFonts w:cstheme="majorHAnsi"/>
          <w:sz w:val="18"/>
          <w:szCs w:val="18"/>
        </w:rPr>
        <w:t>.</w:t>
      </w:r>
    </w:p>
    <w:p w14:paraId="0E84742B" w14:textId="6F26D651" w:rsidR="004B6084" w:rsidRPr="00D73BDF" w:rsidRDefault="00A74260" w:rsidP="00185C20">
      <w:pPr>
        <w:jc w:val="both"/>
        <w:rPr>
          <w:rFonts w:cstheme="majorHAnsi"/>
          <w:sz w:val="18"/>
          <w:szCs w:val="18"/>
        </w:rPr>
      </w:pPr>
      <w:r w:rsidRPr="00D73BDF">
        <w:rPr>
          <w:rFonts w:cstheme="majorHAnsi"/>
          <w:sz w:val="18"/>
          <w:szCs w:val="18"/>
        </w:rPr>
        <w:t>3.3.1</w:t>
      </w:r>
      <w:r w:rsidR="00713193">
        <w:rPr>
          <w:rFonts w:cstheme="majorHAnsi"/>
          <w:sz w:val="18"/>
          <w:szCs w:val="18"/>
          <w:lang w:val="ka-GE"/>
        </w:rPr>
        <w:t>3</w:t>
      </w:r>
      <w:r w:rsidRPr="00D73BDF">
        <w:rPr>
          <w:rFonts w:cstheme="majorHAnsi"/>
          <w:sz w:val="18"/>
          <w:szCs w:val="18"/>
        </w:rPr>
        <w:t xml:space="preserve">. </w:t>
      </w:r>
      <w:r w:rsidR="002C61B6">
        <w:rPr>
          <w:rFonts w:ascii="Sylfaen" w:hAnsi="Sylfaen" w:cs="Sylfaen"/>
          <w:sz w:val="18"/>
          <w:szCs w:val="18"/>
          <w:lang w:val="ka-GE"/>
        </w:rPr>
        <w:t>მენარდე</w:t>
      </w:r>
      <w:r w:rsidRPr="00D73BDF">
        <w:rPr>
          <w:rFonts w:cstheme="majorHAnsi"/>
          <w:sz w:val="18"/>
          <w:szCs w:val="18"/>
        </w:rPr>
        <w:t xml:space="preserve"> </w:t>
      </w:r>
      <w:proofErr w:type="spellStart"/>
      <w:r w:rsidRPr="00D73BDF">
        <w:rPr>
          <w:rFonts w:ascii="Sylfaen" w:hAnsi="Sylfaen" w:cs="Sylfaen"/>
          <w:sz w:val="18"/>
          <w:szCs w:val="18"/>
        </w:rPr>
        <w:t>ვალდებულია</w:t>
      </w:r>
      <w:proofErr w:type="spellEnd"/>
      <w:r w:rsidRPr="00D73BDF">
        <w:rPr>
          <w:rFonts w:cstheme="majorHAnsi"/>
          <w:sz w:val="18"/>
          <w:szCs w:val="18"/>
        </w:rPr>
        <w:t xml:space="preserve"> </w:t>
      </w:r>
      <w:proofErr w:type="spellStart"/>
      <w:r w:rsidRPr="00D73BDF">
        <w:rPr>
          <w:rFonts w:ascii="Sylfaen" w:hAnsi="Sylfaen" w:cs="Sylfaen"/>
          <w:sz w:val="18"/>
          <w:szCs w:val="18"/>
        </w:rPr>
        <w:t>მუდმივად</w:t>
      </w:r>
      <w:proofErr w:type="spellEnd"/>
      <w:r w:rsidRPr="00D73BDF">
        <w:rPr>
          <w:rFonts w:cstheme="majorHAnsi"/>
          <w:sz w:val="18"/>
          <w:szCs w:val="18"/>
        </w:rPr>
        <w:t xml:space="preserve"> </w:t>
      </w:r>
      <w:proofErr w:type="spellStart"/>
      <w:r w:rsidRPr="00D73BDF">
        <w:rPr>
          <w:rFonts w:ascii="Sylfaen" w:hAnsi="Sylfaen" w:cs="Sylfaen"/>
          <w:sz w:val="18"/>
          <w:szCs w:val="18"/>
        </w:rPr>
        <w:t>ჰქონდეს</w:t>
      </w:r>
      <w:proofErr w:type="spellEnd"/>
      <w:r w:rsidRPr="00D73BDF">
        <w:rPr>
          <w:rFonts w:cstheme="majorHAnsi"/>
          <w:sz w:val="18"/>
          <w:szCs w:val="18"/>
        </w:rPr>
        <w:t xml:space="preserve"> </w:t>
      </w:r>
      <w:proofErr w:type="spellStart"/>
      <w:r w:rsidRPr="00D73BDF">
        <w:rPr>
          <w:rFonts w:ascii="Sylfaen" w:hAnsi="Sylfaen" w:cs="Sylfaen"/>
          <w:sz w:val="18"/>
          <w:szCs w:val="18"/>
        </w:rPr>
        <w:t>მოწესრიგებულ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მდგომარეობაში</w:t>
      </w:r>
      <w:proofErr w:type="spellEnd"/>
      <w:r w:rsidRPr="00D73BDF">
        <w:rPr>
          <w:rFonts w:cstheme="majorHAnsi"/>
          <w:sz w:val="18"/>
          <w:szCs w:val="18"/>
        </w:rPr>
        <w:t xml:space="preserve">  </w:t>
      </w:r>
      <w:proofErr w:type="spellStart"/>
      <w:r w:rsidRPr="00D73BDF">
        <w:rPr>
          <w:rFonts w:ascii="Sylfaen" w:hAnsi="Sylfaen" w:cs="Sylfaen"/>
          <w:sz w:val="18"/>
          <w:szCs w:val="18"/>
        </w:rPr>
        <w:t>ტერიტორია</w:t>
      </w:r>
      <w:proofErr w:type="spellEnd"/>
      <w:r w:rsidRPr="00D73BDF">
        <w:rPr>
          <w:rFonts w:cstheme="majorHAnsi"/>
          <w:sz w:val="18"/>
          <w:szCs w:val="18"/>
        </w:rPr>
        <w:t xml:space="preserve">, </w:t>
      </w:r>
      <w:proofErr w:type="spellStart"/>
      <w:r w:rsidRPr="00D73BDF">
        <w:rPr>
          <w:rFonts w:ascii="Sylfaen" w:hAnsi="Sylfaen" w:cs="Sylfaen"/>
          <w:sz w:val="18"/>
          <w:szCs w:val="18"/>
        </w:rPr>
        <w:t>უზრუნველყოს</w:t>
      </w:r>
      <w:proofErr w:type="spellEnd"/>
      <w:r w:rsidRPr="00D73BDF">
        <w:rPr>
          <w:rFonts w:cstheme="majorHAnsi"/>
          <w:sz w:val="18"/>
          <w:szCs w:val="18"/>
        </w:rPr>
        <w:t xml:space="preserve"> </w:t>
      </w:r>
      <w:proofErr w:type="spellStart"/>
      <w:r w:rsidRPr="00D73BDF">
        <w:rPr>
          <w:rFonts w:ascii="Sylfaen" w:hAnsi="Sylfaen" w:cs="Sylfaen"/>
          <w:sz w:val="18"/>
          <w:szCs w:val="18"/>
        </w:rPr>
        <w:t>მისი</w:t>
      </w:r>
      <w:proofErr w:type="spellEnd"/>
      <w:r w:rsidRPr="00D73BDF">
        <w:rPr>
          <w:rFonts w:cstheme="majorHAnsi"/>
          <w:sz w:val="18"/>
          <w:szCs w:val="18"/>
        </w:rPr>
        <w:t xml:space="preserve">  </w:t>
      </w:r>
      <w:proofErr w:type="spellStart"/>
      <w:r w:rsidRPr="00D73BDF">
        <w:rPr>
          <w:rFonts w:ascii="Sylfaen" w:hAnsi="Sylfaen" w:cs="Sylfaen"/>
          <w:sz w:val="18"/>
          <w:szCs w:val="18"/>
        </w:rPr>
        <w:t>დასუფთავებული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მდგომარეობის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მუდმივად</w:t>
      </w:r>
      <w:proofErr w:type="spellEnd"/>
      <w:r w:rsidRPr="00D73BDF">
        <w:rPr>
          <w:rFonts w:cstheme="majorHAnsi"/>
          <w:sz w:val="18"/>
          <w:szCs w:val="18"/>
        </w:rPr>
        <w:t xml:space="preserve"> </w:t>
      </w:r>
      <w:proofErr w:type="spellStart"/>
      <w:r w:rsidRPr="00D73BDF">
        <w:rPr>
          <w:rFonts w:ascii="Sylfaen" w:hAnsi="Sylfaen" w:cs="Sylfaen"/>
          <w:sz w:val="18"/>
          <w:szCs w:val="18"/>
        </w:rPr>
        <w:t>შენარჩუნება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ნარჩენის</w:t>
      </w:r>
      <w:proofErr w:type="spellEnd"/>
      <w:r w:rsidRPr="00D73BDF">
        <w:rPr>
          <w:rFonts w:cstheme="majorHAnsi"/>
          <w:sz w:val="18"/>
          <w:szCs w:val="18"/>
        </w:rPr>
        <w:t xml:space="preserve"> </w:t>
      </w:r>
      <w:r w:rsidR="002C61B6">
        <w:rPr>
          <w:rFonts w:ascii="Sylfaen" w:hAnsi="Sylfaen" w:cstheme="majorHAnsi"/>
          <w:sz w:val="18"/>
          <w:szCs w:val="18"/>
          <w:lang w:val="ka-GE"/>
        </w:rPr>
        <w:t>(</w:t>
      </w:r>
      <w:proofErr w:type="spellStart"/>
      <w:r w:rsidRPr="00D73BDF">
        <w:rPr>
          <w:rFonts w:ascii="Sylfaen" w:hAnsi="Sylfaen" w:cs="Sylfaen"/>
          <w:sz w:val="18"/>
          <w:szCs w:val="18"/>
        </w:rPr>
        <w:t>ნაგავის</w:t>
      </w:r>
      <w:proofErr w:type="spellEnd"/>
      <w:r w:rsidR="002C61B6">
        <w:rPr>
          <w:rFonts w:ascii="Sylfaen" w:hAnsi="Sylfaen" w:cs="Sylfaen"/>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გატანა</w:t>
      </w:r>
      <w:proofErr w:type="spellEnd"/>
      <w:r w:rsidRPr="00D73BDF">
        <w:rPr>
          <w:rFonts w:cstheme="majorHAnsi"/>
          <w:sz w:val="18"/>
          <w:szCs w:val="18"/>
        </w:rPr>
        <w:t xml:space="preserve"> </w:t>
      </w:r>
      <w:proofErr w:type="spellStart"/>
      <w:r w:rsidRPr="00D73BDF">
        <w:rPr>
          <w:rFonts w:ascii="Sylfaen" w:hAnsi="Sylfaen" w:cs="Sylfaen"/>
          <w:sz w:val="18"/>
          <w:szCs w:val="18"/>
        </w:rPr>
        <w:t>ობიექტიდან</w:t>
      </w:r>
      <w:proofErr w:type="spellEnd"/>
      <w:r w:rsidRPr="00D73BDF">
        <w:rPr>
          <w:rFonts w:cstheme="majorHAnsi"/>
          <w:sz w:val="18"/>
          <w:szCs w:val="18"/>
        </w:rPr>
        <w:t xml:space="preserve"> </w:t>
      </w:r>
      <w:proofErr w:type="spellStart"/>
      <w:r w:rsidRPr="00D73BDF">
        <w:rPr>
          <w:rFonts w:ascii="Sylfaen" w:hAnsi="Sylfaen" w:cs="Sylfaen"/>
          <w:sz w:val="18"/>
          <w:szCs w:val="18"/>
        </w:rPr>
        <w:t>სისტემატიურად</w:t>
      </w:r>
      <w:proofErr w:type="spellEnd"/>
      <w:r w:rsidRPr="00D73BDF">
        <w:rPr>
          <w:rFonts w:cstheme="majorHAnsi"/>
          <w:sz w:val="18"/>
          <w:szCs w:val="18"/>
        </w:rPr>
        <w:t xml:space="preserve">, </w:t>
      </w:r>
      <w:proofErr w:type="spellStart"/>
      <w:r w:rsidRPr="00D73BDF">
        <w:rPr>
          <w:rFonts w:ascii="Sylfaen" w:hAnsi="Sylfaen" w:cs="Sylfaen"/>
          <w:sz w:val="18"/>
          <w:szCs w:val="18"/>
        </w:rPr>
        <w:t>გატანამდე</w:t>
      </w:r>
      <w:proofErr w:type="spellEnd"/>
      <w:r w:rsidRPr="00D73BDF">
        <w:rPr>
          <w:rFonts w:cstheme="majorHAnsi"/>
          <w:sz w:val="18"/>
          <w:szCs w:val="18"/>
        </w:rPr>
        <w:t xml:space="preserve"> </w:t>
      </w:r>
      <w:proofErr w:type="spellStart"/>
      <w:r w:rsidRPr="00D73BDF">
        <w:rPr>
          <w:rFonts w:ascii="Sylfaen" w:hAnsi="Sylfaen" w:cs="Sylfaen"/>
          <w:sz w:val="18"/>
          <w:szCs w:val="18"/>
        </w:rPr>
        <w:t>კი</w:t>
      </w:r>
      <w:proofErr w:type="spellEnd"/>
      <w:r w:rsidRPr="00D73BDF">
        <w:rPr>
          <w:rFonts w:cstheme="majorHAnsi"/>
          <w:sz w:val="18"/>
          <w:szCs w:val="18"/>
        </w:rPr>
        <w:t xml:space="preserve"> </w:t>
      </w:r>
      <w:proofErr w:type="spellStart"/>
      <w:r w:rsidRPr="00D73BDF">
        <w:rPr>
          <w:rFonts w:ascii="Sylfaen" w:hAnsi="Sylfaen" w:cs="Sylfaen"/>
          <w:sz w:val="18"/>
          <w:szCs w:val="18"/>
        </w:rPr>
        <w:t>ვალდებულია</w:t>
      </w:r>
      <w:proofErr w:type="spellEnd"/>
      <w:r w:rsidRPr="00D73BDF">
        <w:rPr>
          <w:rFonts w:cstheme="majorHAnsi"/>
          <w:sz w:val="18"/>
          <w:szCs w:val="18"/>
        </w:rPr>
        <w:t xml:space="preserve"> </w:t>
      </w:r>
      <w:proofErr w:type="spellStart"/>
      <w:r w:rsidRPr="00D73BDF">
        <w:rPr>
          <w:rFonts w:ascii="Sylfaen" w:hAnsi="Sylfaen" w:cs="Sylfaen"/>
          <w:sz w:val="18"/>
          <w:szCs w:val="18"/>
        </w:rPr>
        <w:t>არსებული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ნაგავი</w:t>
      </w:r>
      <w:proofErr w:type="spellEnd"/>
      <w:r w:rsidRPr="00D73BDF">
        <w:rPr>
          <w:rFonts w:cstheme="majorHAnsi"/>
          <w:sz w:val="18"/>
          <w:szCs w:val="18"/>
        </w:rPr>
        <w:t xml:space="preserve"> </w:t>
      </w:r>
      <w:proofErr w:type="spellStart"/>
      <w:r w:rsidRPr="00D73BDF">
        <w:rPr>
          <w:rFonts w:ascii="Sylfaen" w:hAnsi="Sylfaen" w:cs="Sylfaen"/>
          <w:sz w:val="18"/>
          <w:szCs w:val="18"/>
        </w:rPr>
        <w:t>მოათავსოს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დახურული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ტიპის</w:t>
      </w:r>
      <w:proofErr w:type="spellEnd"/>
      <w:r w:rsidRPr="00D73BDF">
        <w:rPr>
          <w:rFonts w:cstheme="majorHAnsi"/>
          <w:sz w:val="18"/>
          <w:szCs w:val="18"/>
        </w:rPr>
        <w:t xml:space="preserve"> </w:t>
      </w:r>
      <w:proofErr w:type="spellStart"/>
      <w:r w:rsidRPr="00D73BDF">
        <w:rPr>
          <w:rFonts w:ascii="Sylfaen" w:hAnsi="Sylfaen" w:cs="Sylfaen"/>
          <w:sz w:val="18"/>
          <w:szCs w:val="18"/>
        </w:rPr>
        <w:t>ურნაში</w:t>
      </w:r>
      <w:proofErr w:type="spellEnd"/>
      <w:r w:rsidRPr="00D73BDF">
        <w:rPr>
          <w:rFonts w:cstheme="majorHAnsi"/>
          <w:sz w:val="18"/>
          <w:szCs w:val="18"/>
        </w:rPr>
        <w:t xml:space="preserve">, </w:t>
      </w:r>
      <w:proofErr w:type="spellStart"/>
      <w:r w:rsidRPr="00D73BDF">
        <w:rPr>
          <w:rFonts w:ascii="Sylfaen" w:hAnsi="Sylfaen" w:cs="Sylfaen"/>
          <w:sz w:val="18"/>
          <w:szCs w:val="18"/>
        </w:rPr>
        <w:t>იმგვარად</w:t>
      </w:r>
      <w:proofErr w:type="spellEnd"/>
      <w:r w:rsidRPr="00D73BDF">
        <w:rPr>
          <w:rFonts w:cstheme="majorHAnsi"/>
          <w:sz w:val="18"/>
          <w:szCs w:val="18"/>
        </w:rPr>
        <w:t xml:space="preserve">, </w:t>
      </w:r>
      <w:proofErr w:type="spellStart"/>
      <w:r w:rsidRPr="00D73BDF">
        <w:rPr>
          <w:rFonts w:ascii="Sylfaen" w:hAnsi="Sylfaen" w:cs="Sylfaen"/>
          <w:sz w:val="18"/>
          <w:szCs w:val="18"/>
        </w:rPr>
        <w:t>რომ</w:t>
      </w:r>
      <w:proofErr w:type="spellEnd"/>
      <w:r w:rsidRPr="00D73BDF">
        <w:rPr>
          <w:rFonts w:cstheme="majorHAnsi"/>
          <w:sz w:val="18"/>
          <w:szCs w:val="18"/>
        </w:rPr>
        <w:t xml:space="preserve"> </w:t>
      </w:r>
      <w:proofErr w:type="spellStart"/>
      <w:r w:rsidRPr="00D73BDF">
        <w:rPr>
          <w:rFonts w:ascii="Sylfaen" w:hAnsi="Sylfaen" w:cs="Sylfaen"/>
          <w:sz w:val="18"/>
          <w:szCs w:val="18"/>
        </w:rPr>
        <w:t>გარემოს</w:t>
      </w:r>
      <w:proofErr w:type="spellEnd"/>
      <w:r w:rsidRPr="00D73BDF">
        <w:rPr>
          <w:rFonts w:cstheme="majorHAnsi"/>
          <w:sz w:val="18"/>
          <w:szCs w:val="18"/>
        </w:rPr>
        <w:t xml:space="preserve"> </w:t>
      </w:r>
      <w:proofErr w:type="spellStart"/>
      <w:r w:rsidRPr="00D73BDF">
        <w:rPr>
          <w:rFonts w:ascii="Sylfaen" w:hAnsi="Sylfaen" w:cs="Sylfaen"/>
          <w:sz w:val="18"/>
          <w:szCs w:val="18"/>
        </w:rPr>
        <w:t>იერსახე</w:t>
      </w:r>
      <w:proofErr w:type="spellEnd"/>
      <w:r w:rsidRPr="00D73BDF">
        <w:rPr>
          <w:rFonts w:cstheme="majorHAnsi"/>
          <w:sz w:val="18"/>
          <w:szCs w:val="18"/>
        </w:rPr>
        <w:t xml:space="preserve"> </w:t>
      </w:r>
      <w:proofErr w:type="spellStart"/>
      <w:r w:rsidRPr="00D73BDF">
        <w:rPr>
          <w:rFonts w:ascii="Sylfaen" w:hAnsi="Sylfaen" w:cs="Sylfaen"/>
          <w:sz w:val="18"/>
          <w:szCs w:val="18"/>
        </w:rPr>
        <w:t>იყოს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დასუფთავებული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ობიექტზე</w:t>
      </w:r>
      <w:proofErr w:type="spellEnd"/>
      <w:r w:rsidRPr="00D73BDF">
        <w:rPr>
          <w:rFonts w:cstheme="majorHAnsi"/>
          <w:sz w:val="18"/>
          <w:szCs w:val="18"/>
        </w:rPr>
        <w:t xml:space="preserve"> </w:t>
      </w:r>
      <w:proofErr w:type="spellStart"/>
      <w:r w:rsidRPr="00D73BDF">
        <w:rPr>
          <w:rFonts w:ascii="Sylfaen" w:hAnsi="Sylfaen" w:cs="Sylfaen"/>
          <w:sz w:val="18"/>
          <w:szCs w:val="18"/>
        </w:rPr>
        <w:t>ნაგვის</w:t>
      </w:r>
      <w:proofErr w:type="spellEnd"/>
      <w:r w:rsidRPr="00D73BDF">
        <w:rPr>
          <w:rFonts w:cstheme="majorHAnsi"/>
          <w:sz w:val="18"/>
          <w:szCs w:val="18"/>
        </w:rPr>
        <w:t xml:space="preserve"> </w:t>
      </w:r>
      <w:proofErr w:type="spellStart"/>
      <w:r w:rsidRPr="00D73BDF">
        <w:rPr>
          <w:rFonts w:ascii="Sylfaen" w:hAnsi="Sylfaen" w:cs="Sylfaen"/>
          <w:sz w:val="18"/>
          <w:szCs w:val="18"/>
        </w:rPr>
        <w:t>აღმოჩენის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r w:rsidR="002C61B6">
        <w:rPr>
          <w:rFonts w:ascii="Sylfaen" w:hAnsi="Sylfaen" w:cs="Sylfaen"/>
          <w:sz w:val="18"/>
          <w:szCs w:val="18"/>
          <w:lang w:val="ka-GE"/>
        </w:rPr>
        <w:t>მენარდე</w:t>
      </w:r>
      <w:r w:rsidRPr="00D73BDF">
        <w:rPr>
          <w:rFonts w:cstheme="majorHAnsi"/>
          <w:sz w:val="18"/>
          <w:szCs w:val="18"/>
        </w:rPr>
        <w:t xml:space="preserve"> </w:t>
      </w:r>
      <w:proofErr w:type="spellStart"/>
      <w:r w:rsidRPr="00D73BDF">
        <w:rPr>
          <w:rFonts w:ascii="Sylfaen" w:hAnsi="Sylfaen" w:cs="Sylfaen"/>
          <w:sz w:val="18"/>
          <w:szCs w:val="18"/>
        </w:rPr>
        <w:t>ვალდებულია</w:t>
      </w:r>
      <w:proofErr w:type="spellEnd"/>
      <w:r w:rsidRPr="00D73BDF">
        <w:rPr>
          <w:rFonts w:cstheme="majorHAnsi"/>
          <w:sz w:val="18"/>
          <w:szCs w:val="18"/>
        </w:rPr>
        <w:t xml:space="preserve"> </w:t>
      </w:r>
      <w:proofErr w:type="spellStart"/>
      <w:r w:rsidRPr="00D73BDF">
        <w:rPr>
          <w:rFonts w:ascii="Sylfaen" w:hAnsi="Sylfaen" w:cs="Sylfaen"/>
          <w:sz w:val="18"/>
          <w:szCs w:val="18"/>
        </w:rPr>
        <w:t>მოახდინოს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დაუყოვნებლივ</w:t>
      </w:r>
      <w:proofErr w:type="spellEnd"/>
      <w:r w:rsidRPr="00D73BDF">
        <w:rPr>
          <w:rFonts w:cstheme="majorHAnsi"/>
          <w:sz w:val="18"/>
          <w:szCs w:val="18"/>
        </w:rPr>
        <w:t xml:space="preserve"> </w:t>
      </w:r>
      <w:proofErr w:type="spellStart"/>
      <w:r w:rsidRPr="00D73BDF">
        <w:rPr>
          <w:rFonts w:ascii="Sylfaen" w:hAnsi="Sylfaen" w:cs="Sylfaen"/>
          <w:sz w:val="18"/>
          <w:szCs w:val="18"/>
        </w:rPr>
        <w:t>რეაგირება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უზრუნველყოს</w:t>
      </w:r>
      <w:proofErr w:type="spellEnd"/>
      <w:r w:rsidRPr="00D73BDF">
        <w:rPr>
          <w:rFonts w:cstheme="majorHAnsi"/>
          <w:sz w:val="18"/>
          <w:szCs w:val="18"/>
        </w:rPr>
        <w:t xml:space="preserve"> </w:t>
      </w:r>
      <w:proofErr w:type="spellStart"/>
      <w:r w:rsidRPr="00D73BDF">
        <w:rPr>
          <w:rFonts w:ascii="Sylfaen" w:hAnsi="Sylfaen" w:cs="Sylfaen"/>
          <w:sz w:val="18"/>
          <w:szCs w:val="18"/>
        </w:rPr>
        <w:t>ნაგვის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გატანა</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გაფრთხილებიდან</w:t>
      </w:r>
      <w:proofErr w:type="spellEnd"/>
      <w:r w:rsidRPr="00D73BDF">
        <w:rPr>
          <w:rFonts w:cstheme="majorHAnsi"/>
          <w:sz w:val="18"/>
          <w:szCs w:val="18"/>
        </w:rPr>
        <w:t xml:space="preserve"> </w:t>
      </w:r>
      <w:proofErr w:type="spellStart"/>
      <w:r w:rsidRPr="00D73BDF">
        <w:rPr>
          <w:rFonts w:ascii="Sylfaen" w:hAnsi="Sylfaen" w:cs="Sylfaen"/>
          <w:sz w:val="18"/>
          <w:szCs w:val="18"/>
        </w:rPr>
        <w:t>არაუგვინეს</w:t>
      </w:r>
      <w:proofErr w:type="spellEnd"/>
      <w:r w:rsidR="002C61B6">
        <w:rPr>
          <w:rFonts w:cstheme="majorHAnsi"/>
          <w:sz w:val="18"/>
          <w:szCs w:val="18"/>
        </w:rPr>
        <w:t xml:space="preserve"> 2 </w:t>
      </w:r>
      <w:r w:rsidR="002C61B6">
        <w:rPr>
          <w:rFonts w:ascii="Sylfaen" w:hAnsi="Sylfaen" w:cstheme="majorHAnsi"/>
          <w:sz w:val="18"/>
          <w:szCs w:val="18"/>
          <w:lang w:val="ka-GE"/>
        </w:rPr>
        <w:t>(</w:t>
      </w:r>
      <w:proofErr w:type="spellStart"/>
      <w:r w:rsidRPr="00D73BDF">
        <w:rPr>
          <w:rFonts w:ascii="Sylfaen" w:hAnsi="Sylfaen" w:cs="Sylfaen"/>
          <w:sz w:val="18"/>
          <w:szCs w:val="18"/>
        </w:rPr>
        <w:t>ორი</w:t>
      </w:r>
      <w:proofErr w:type="spellEnd"/>
      <w:r w:rsidR="002C61B6">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კალენდარული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დღის</w:t>
      </w:r>
      <w:proofErr w:type="spellEnd"/>
      <w:r w:rsidRPr="00D73BDF">
        <w:rPr>
          <w:rFonts w:cstheme="majorHAnsi"/>
          <w:sz w:val="18"/>
          <w:szCs w:val="18"/>
        </w:rPr>
        <w:t xml:space="preserve"> </w:t>
      </w:r>
      <w:proofErr w:type="spellStart"/>
      <w:r w:rsidRPr="00D73BDF">
        <w:rPr>
          <w:rFonts w:ascii="Sylfaen" w:hAnsi="Sylfaen" w:cs="Sylfaen"/>
          <w:sz w:val="18"/>
          <w:szCs w:val="18"/>
        </w:rPr>
        <w:t>ვადაში</w:t>
      </w:r>
      <w:proofErr w:type="spellEnd"/>
      <w:r w:rsidRPr="00D73BDF">
        <w:rPr>
          <w:rFonts w:cstheme="majorHAnsi"/>
          <w:sz w:val="18"/>
          <w:szCs w:val="18"/>
        </w:rPr>
        <w:t xml:space="preserve">. </w:t>
      </w:r>
    </w:p>
    <w:p w14:paraId="0A694DE5" w14:textId="3FF8E72C" w:rsidR="004B6084" w:rsidRPr="00D73BDF" w:rsidRDefault="00A74260" w:rsidP="00185C20">
      <w:pPr>
        <w:jc w:val="both"/>
        <w:rPr>
          <w:rFonts w:cstheme="majorHAnsi"/>
          <w:sz w:val="18"/>
          <w:szCs w:val="18"/>
        </w:rPr>
      </w:pPr>
      <w:r w:rsidRPr="00D73BDF">
        <w:rPr>
          <w:rFonts w:cstheme="majorHAnsi"/>
          <w:sz w:val="18"/>
          <w:szCs w:val="18"/>
        </w:rPr>
        <w:t>3.3.1</w:t>
      </w:r>
      <w:r w:rsidR="00876CA8">
        <w:rPr>
          <w:rFonts w:cstheme="majorHAnsi"/>
          <w:sz w:val="18"/>
          <w:szCs w:val="18"/>
          <w:lang w:val="ka-GE"/>
        </w:rPr>
        <w:t>3</w:t>
      </w:r>
      <w:r w:rsidRPr="00D73BDF">
        <w:rPr>
          <w:rFonts w:cstheme="majorHAnsi"/>
          <w:sz w:val="18"/>
          <w:szCs w:val="18"/>
        </w:rPr>
        <w:t xml:space="preserve">.1 </w:t>
      </w:r>
      <w:r w:rsidR="002C61B6">
        <w:rPr>
          <w:rFonts w:ascii="Sylfaen" w:hAnsi="Sylfaen" w:cs="Sylfaen"/>
          <w:sz w:val="18"/>
          <w:szCs w:val="18"/>
          <w:lang w:val="ka-GE"/>
        </w:rPr>
        <w:t>მენარდე</w:t>
      </w:r>
      <w:r w:rsidRPr="00D73BDF">
        <w:rPr>
          <w:rFonts w:cstheme="majorHAnsi"/>
          <w:sz w:val="18"/>
          <w:szCs w:val="18"/>
        </w:rPr>
        <w:t xml:space="preserve"> </w:t>
      </w:r>
      <w:proofErr w:type="spellStart"/>
      <w:r w:rsidRPr="00D73BDF">
        <w:rPr>
          <w:rFonts w:ascii="Sylfaen" w:hAnsi="Sylfaen" w:cs="Sylfaen"/>
          <w:sz w:val="18"/>
          <w:szCs w:val="18"/>
        </w:rPr>
        <w:t>ვალდებულია</w:t>
      </w:r>
      <w:proofErr w:type="spellEnd"/>
      <w:r w:rsidRPr="00D73BDF">
        <w:rPr>
          <w:rFonts w:cstheme="majorHAnsi"/>
          <w:sz w:val="18"/>
          <w:szCs w:val="18"/>
        </w:rPr>
        <w:t xml:space="preserve">, </w:t>
      </w:r>
      <w:proofErr w:type="spellStart"/>
      <w:r w:rsidRPr="00D73BDF">
        <w:rPr>
          <w:rFonts w:ascii="Sylfaen" w:hAnsi="Sylfaen" w:cs="Sylfaen"/>
          <w:sz w:val="18"/>
          <w:szCs w:val="18"/>
        </w:rPr>
        <w:t>უზრუნველყოს</w:t>
      </w:r>
      <w:proofErr w:type="spellEnd"/>
      <w:r w:rsidRPr="00D73BDF">
        <w:rPr>
          <w:rFonts w:cstheme="majorHAnsi"/>
          <w:sz w:val="18"/>
          <w:szCs w:val="18"/>
        </w:rPr>
        <w:t xml:space="preserve"> </w:t>
      </w:r>
      <w:proofErr w:type="spellStart"/>
      <w:r w:rsidRPr="00D73BDF">
        <w:rPr>
          <w:rFonts w:ascii="Sylfaen" w:hAnsi="Sylfaen" w:cs="Sylfaen"/>
          <w:sz w:val="18"/>
          <w:szCs w:val="18"/>
        </w:rPr>
        <w:t>ნარჩენების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მართვა</w:t>
      </w:r>
      <w:proofErr w:type="spellEnd"/>
      <w:r w:rsidRPr="00D73BDF">
        <w:rPr>
          <w:rFonts w:cstheme="majorHAnsi"/>
          <w:sz w:val="18"/>
          <w:szCs w:val="18"/>
        </w:rPr>
        <w:t xml:space="preserve"> </w:t>
      </w:r>
      <w:proofErr w:type="spellStart"/>
      <w:r w:rsidRPr="00D73BDF">
        <w:rPr>
          <w:rFonts w:ascii="Sylfaen" w:hAnsi="Sylfaen" w:cs="Sylfaen"/>
          <w:sz w:val="18"/>
          <w:szCs w:val="18"/>
        </w:rPr>
        <w:t>საქართველოს</w:t>
      </w:r>
      <w:proofErr w:type="spellEnd"/>
      <w:r w:rsidRPr="00D73BDF">
        <w:rPr>
          <w:rFonts w:cstheme="majorHAnsi"/>
          <w:sz w:val="18"/>
          <w:szCs w:val="18"/>
        </w:rPr>
        <w:t xml:space="preserve"> </w:t>
      </w:r>
      <w:proofErr w:type="spellStart"/>
      <w:r w:rsidRPr="00D73BDF">
        <w:rPr>
          <w:rFonts w:ascii="Sylfaen" w:hAnsi="Sylfaen" w:cs="Sylfaen"/>
          <w:sz w:val="18"/>
          <w:szCs w:val="18"/>
        </w:rPr>
        <w:t>კანონმდებლობის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შესაბამისად</w:t>
      </w:r>
      <w:proofErr w:type="spellEnd"/>
      <w:r w:rsidRPr="00D73BDF">
        <w:rPr>
          <w:rFonts w:cstheme="majorHAnsi"/>
          <w:sz w:val="18"/>
          <w:szCs w:val="18"/>
        </w:rPr>
        <w:t xml:space="preserve">, </w:t>
      </w:r>
      <w:proofErr w:type="spellStart"/>
      <w:r w:rsidRPr="00D73BDF">
        <w:rPr>
          <w:rFonts w:ascii="Sylfaen" w:hAnsi="Sylfaen" w:cs="Sylfaen"/>
          <w:sz w:val="18"/>
          <w:szCs w:val="18"/>
        </w:rPr>
        <w:t>მათ</w:t>
      </w:r>
      <w:proofErr w:type="spellEnd"/>
      <w:r w:rsidRPr="00D73BDF">
        <w:rPr>
          <w:rFonts w:cstheme="majorHAnsi"/>
          <w:sz w:val="18"/>
          <w:szCs w:val="18"/>
        </w:rPr>
        <w:t xml:space="preserve"> </w:t>
      </w:r>
      <w:proofErr w:type="spellStart"/>
      <w:r w:rsidRPr="00D73BDF">
        <w:rPr>
          <w:rFonts w:ascii="Sylfaen" w:hAnsi="Sylfaen" w:cs="Sylfaen"/>
          <w:sz w:val="18"/>
          <w:szCs w:val="18"/>
        </w:rPr>
        <w:t>შორის</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არა</w:t>
      </w:r>
      <w:proofErr w:type="spellEnd"/>
      <w:r w:rsidRPr="00D73BDF">
        <w:rPr>
          <w:rFonts w:cstheme="majorHAnsi"/>
          <w:sz w:val="18"/>
          <w:szCs w:val="18"/>
        </w:rPr>
        <w:t xml:space="preserve"> </w:t>
      </w:r>
      <w:proofErr w:type="spellStart"/>
      <w:r w:rsidRPr="00D73BDF">
        <w:rPr>
          <w:rFonts w:ascii="Sylfaen" w:hAnsi="Sylfaen" w:cs="Sylfaen"/>
          <w:sz w:val="18"/>
          <w:szCs w:val="18"/>
        </w:rPr>
        <w:t>მხოლოდ</w:t>
      </w:r>
      <w:proofErr w:type="spellEnd"/>
      <w:r w:rsidRPr="00D73BDF">
        <w:rPr>
          <w:rFonts w:cstheme="majorHAnsi"/>
          <w:sz w:val="18"/>
          <w:szCs w:val="18"/>
        </w:rPr>
        <w:t xml:space="preserve">, </w:t>
      </w:r>
      <w:proofErr w:type="spellStart"/>
      <w:r w:rsidRPr="00D73BDF">
        <w:rPr>
          <w:rFonts w:ascii="Sylfaen" w:hAnsi="Sylfaen" w:cs="Sylfaen"/>
          <w:sz w:val="18"/>
          <w:szCs w:val="18"/>
        </w:rPr>
        <w:t>ნარჩენების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მართვასთან</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დაკავშირებული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უზრუნველყოფა</w:t>
      </w:r>
      <w:proofErr w:type="spellEnd"/>
      <w:r w:rsidRPr="00D73BDF">
        <w:rPr>
          <w:rFonts w:cstheme="majorHAnsi"/>
          <w:sz w:val="18"/>
          <w:szCs w:val="18"/>
        </w:rPr>
        <w:t xml:space="preserve"> </w:t>
      </w:r>
      <w:r w:rsidR="001A1086">
        <w:rPr>
          <w:rFonts w:ascii="Sylfaen" w:hAnsi="Sylfaen" w:cstheme="majorHAnsi"/>
          <w:sz w:val="18"/>
          <w:szCs w:val="18"/>
          <w:lang w:val="ka-GE"/>
        </w:rPr>
        <w:t>(</w:t>
      </w:r>
      <w:proofErr w:type="spellStart"/>
      <w:r w:rsidRPr="00D73BDF">
        <w:rPr>
          <w:rFonts w:ascii="Sylfaen" w:hAnsi="Sylfaen" w:cs="Sylfaen"/>
          <w:sz w:val="18"/>
          <w:szCs w:val="18"/>
        </w:rPr>
        <w:t>მათ</w:t>
      </w:r>
      <w:proofErr w:type="spellEnd"/>
      <w:r w:rsidRPr="00D73BDF">
        <w:rPr>
          <w:rFonts w:cstheme="majorHAnsi"/>
          <w:sz w:val="18"/>
          <w:szCs w:val="18"/>
        </w:rPr>
        <w:t xml:space="preserve"> </w:t>
      </w:r>
      <w:proofErr w:type="spellStart"/>
      <w:r w:rsidRPr="00D73BDF">
        <w:rPr>
          <w:rFonts w:ascii="Sylfaen" w:hAnsi="Sylfaen" w:cs="Sylfaen"/>
          <w:sz w:val="18"/>
          <w:szCs w:val="18"/>
        </w:rPr>
        <w:t>შორის</w:t>
      </w:r>
      <w:proofErr w:type="spellEnd"/>
      <w:r w:rsidRPr="00D73BDF">
        <w:rPr>
          <w:rFonts w:cstheme="majorHAnsi"/>
          <w:sz w:val="18"/>
          <w:szCs w:val="18"/>
        </w:rPr>
        <w:t xml:space="preserve"> </w:t>
      </w:r>
      <w:proofErr w:type="spellStart"/>
      <w:r w:rsidRPr="00D73BDF">
        <w:rPr>
          <w:rFonts w:ascii="Sylfaen" w:hAnsi="Sylfaen" w:cs="Sylfaen"/>
          <w:sz w:val="18"/>
          <w:szCs w:val="18"/>
        </w:rPr>
        <w:t>ნარჩენების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მართვის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გეგმის</w:t>
      </w:r>
      <w:proofErr w:type="spellEnd"/>
      <w:r w:rsidRPr="00D73BDF">
        <w:rPr>
          <w:rFonts w:cstheme="majorHAnsi"/>
          <w:sz w:val="18"/>
          <w:szCs w:val="18"/>
        </w:rPr>
        <w:t xml:space="preserve"> </w:t>
      </w:r>
      <w:proofErr w:type="spellStart"/>
      <w:r w:rsidRPr="00D73BDF">
        <w:rPr>
          <w:rFonts w:ascii="Sylfaen" w:hAnsi="Sylfaen" w:cs="Sylfaen"/>
          <w:sz w:val="18"/>
          <w:szCs w:val="18"/>
        </w:rPr>
        <w:t>მომზადება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უფლებამოსილ</w:t>
      </w:r>
      <w:proofErr w:type="spellEnd"/>
      <w:r w:rsidRPr="00D73BDF">
        <w:rPr>
          <w:rFonts w:cstheme="majorHAnsi"/>
          <w:sz w:val="18"/>
          <w:szCs w:val="18"/>
        </w:rPr>
        <w:t xml:space="preserve"> </w:t>
      </w:r>
      <w:proofErr w:type="spellStart"/>
      <w:r w:rsidRPr="00D73BDF">
        <w:rPr>
          <w:rFonts w:ascii="Sylfaen" w:hAnsi="Sylfaen" w:cs="Sylfaen"/>
          <w:sz w:val="18"/>
          <w:szCs w:val="18"/>
        </w:rPr>
        <w:t>ადმინისტრაციულ</w:t>
      </w:r>
      <w:proofErr w:type="spellEnd"/>
      <w:r w:rsidRPr="00D73BDF">
        <w:rPr>
          <w:rFonts w:cstheme="majorHAnsi"/>
          <w:sz w:val="18"/>
          <w:szCs w:val="18"/>
        </w:rPr>
        <w:t xml:space="preserve"> </w:t>
      </w:r>
      <w:proofErr w:type="spellStart"/>
      <w:r w:rsidRPr="00D73BDF">
        <w:rPr>
          <w:rFonts w:ascii="Sylfaen" w:hAnsi="Sylfaen" w:cs="Sylfaen"/>
          <w:sz w:val="18"/>
          <w:szCs w:val="18"/>
        </w:rPr>
        <w:t>ორგანოსთან</w:t>
      </w:r>
      <w:proofErr w:type="spellEnd"/>
      <w:r w:rsidRPr="00D73BDF">
        <w:rPr>
          <w:rFonts w:cstheme="majorHAnsi"/>
          <w:sz w:val="18"/>
          <w:szCs w:val="18"/>
        </w:rPr>
        <w:t xml:space="preserve"> </w:t>
      </w:r>
      <w:proofErr w:type="spellStart"/>
      <w:r w:rsidRPr="00D73BDF">
        <w:rPr>
          <w:rFonts w:ascii="Sylfaen" w:hAnsi="Sylfaen" w:cs="Sylfaen"/>
          <w:sz w:val="18"/>
          <w:szCs w:val="18"/>
        </w:rPr>
        <w:t>შეთანხმება</w:t>
      </w:r>
      <w:proofErr w:type="spellEnd"/>
      <w:r w:rsidRPr="00D73BDF">
        <w:rPr>
          <w:rFonts w:cstheme="majorHAnsi"/>
          <w:sz w:val="18"/>
          <w:szCs w:val="18"/>
        </w:rPr>
        <w:t xml:space="preserve">, </w:t>
      </w:r>
      <w:proofErr w:type="spellStart"/>
      <w:r w:rsidRPr="00D73BDF">
        <w:rPr>
          <w:rFonts w:ascii="Sylfaen" w:hAnsi="Sylfaen" w:cs="Sylfaen"/>
          <w:sz w:val="18"/>
          <w:szCs w:val="18"/>
        </w:rPr>
        <w:t>შეთანხმებულ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ნარჩენების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მართვის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გეგმაში</w:t>
      </w:r>
      <w:proofErr w:type="spellEnd"/>
      <w:r w:rsidRPr="00D73BDF">
        <w:rPr>
          <w:rFonts w:cstheme="majorHAnsi"/>
          <w:sz w:val="18"/>
          <w:szCs w:val="18"/>
        </w:rPr>
        <w:t xml:space="preserve"> </w:t>
      </w:r>
      <w:proofErr w:type="spellStart"/>
      <w:r w:rsidRPr="00D73BDF">
        <w:rPr>
          <w:rFonts w:ascii="Sylfaen" w:hAnsi="Sylfaen" w:cs="Sylfaen"/>
          <w:sz w:val="18"/>
          <w:szCs w:val="18"/>
        </w:rPr>
        <w:t>ცვლილებ</w:t>
      </w:r>
      <w:proofErr w:type="spellEnd"/>
      <w:r w:rsidR="001A1086">
        <w:rPr>
          <w:rFonts w:ascii="Sylfaen" w:hAnsi="Sylfaen" w:cstheme="majorHAnsi"/>
          <w:sz w:val="18"/>
          <w:szCs w:val="18"/>
          <w:lang w:val="ka-GE"/>
        </w:rPr>
        <w:t>(</w:t>
      </w:r>
      <w:proofErr w:type="spellStart"/>
      <w:r w:rsidRPr="00D73BDF">
        <w:rPr>
          <w:rFonts w:ascii="Sylfaen" w:hAnsi="Sylfaen" w:cs="Sylfaen"/>
          <w:sz w:val="18"/>
          <w:szCs w:val="18"/>
        </w:rPr>
        <w:t>ებ</w:t>
      </w:r>
      <w:proofErr w:type="spellEnd"/>
      <w:r w:rsidR="001A1086">
        <w:rPr>
          <w:rFonts w:ascii="Sylfaen" w:hAnsi="Sylfaen" w:cstheme="majorHAnsi"/>
          <w:sz w:val="18"/>
          <w:szCs w:val="18"/>
          <w:lang w:val="ka-GE"/>
        </w:rPr>
        <w:t>)</w:t>
      </w:r>
      <w:proofErr w:type="spellStart"/>
      <w:r w:rsidRPr="00D73BDF">
        <w:rPr>
          <w:rFonts w:ascii="Sylfaen" w:hAnsi="Sylfaen" w:cs="Sylfaen"/>
          <w:sz w:val="18"/>
          <w:szCs w:val="18"/>
        </w:rPr>
        <w:t>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განხორციელება</w:t>
      </w:r>
      <w:proofErr w:type="spellEnd"/>
      <w:r w:rsidRPr="00D73BDF">
        <w:rPr>
          <w:rFonts w:cstheme="majorHAnsi"/>
          <w:sz w:val="18"/>
          <w:szCs w:val="18"/>
        </w:rPr>
        <w:t xml:space="preserve"> </w:t>
      </w:r>
      <w:r w:rsidR="001A1086">
        <w:rPr>
          <w:rFonts w:ascii="Sylfaen" w:hAnsi="Sylfaen" w:cstheme="majorHAnsi"/>
          <w:sz w:val="18"/>
          <w:szCs w:val="18"/>
          <w:lang w:val="ka-GE"/>
        </w:rPr>
        <w:t>(</w:t>
      </w:r>
      <w:proofErr w:type="spellStart"/>
      <w:r w:rsidRPr="00D73BDF">
        <w:rPr>
          <w:rFonts w:ascii="Sylfaen" w:hAnsi="Sylfaen" w:cs="Sylfaen"/>
          <w:sz w:val="18"/>
          <w:szCs w:val="18"/>
        </w:rPr>
        <w:t>ასეთის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საჭიროების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001A1086">
        <w:rPr>
          <w:rFonts w:ascii="Sylfaen" w:hAnsi="Sylfaen" w:cs="Sylfaen"/>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რაც</w:t>
      </w:r>
      <w:proofErr w:type="spellEnd"/>
      <w:r w:rsidRPr="00D73BDF">
        <w:rPr>
          <w:rFonts w:cstheme="majorHAnsi"/>
          <w:sz w:val="18"/>
          <w:szCs w:val="18"/>
        </w:rPr>
        <w:t xml:space="preserve"> </w:t>
      </w:r>
      <w:proofErr w:type="spellStart"/>
      <w:r w:rsidRPr="00D73BDF">
        <w:rPr>
          <w:rFonts w:ascii="Sylfaen" w:hAnsi="Sylfaen" w:cs="Sylfaen"/>
          <w:sz w:val="18"/>
          <w:szCs w:val="18"/>
        </w:rPr>
        <w:t>ამავდროულად</w:t>
      </w:r>
      <w:proofErr w:type="spellEnd"/>
      <w:r w:rsidRPr="00D73BDF">
        <w:rPr>
          <w:rFonts w:cstheme="majorHAnsi"/>
          <w:sz w:val="18"/>
          <w:szCs w:val="18"/>
        </w:rPr>
        <w:t xml:space="preserve"> </w:t>
      </w:r>
      <w:proofErr w:type="spellStart"/>
      <w:r w:rsidRPr="00D73BDF">
        <w:rPr>
          <w:rFonts w:ascii="Sylfaen" w:hAnsi="Sylfaen" w:cs="Sylfaen"/>
          <w:sz w:val="18"/>
          <w:szCs w:val="18"/>
        </w:rPr>
        <w:t>მოიაზრებს</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w:t>
      </w:r>
      <w:proofErr w:type="spellEnd"/>
      <w:r w:rsidRPr="00D73BDF">
        <w:rPr>
          <w:rFonts w:cstheme="majorHAnsi"/>
          <w:sz w:val="18"/>
          <w:szCs w:val="18"/>
        </w:rPr>
        <w:t xml:space="preserve"> </w:t>
      </w:r>
      <w:proofErr w:type="spellStart"/>
      <w:r w:rsidRPr="00D73BDF">
        <w:rPr>
          <w:rFonts w:ascii="Sylfaen" w:hAnsi="Sylfaen" w:cs="Sylfaen"/>
          <w:sz w:val="18"/>
          <w:szCs w:val="18"/>
        </w:rPr>
        <w:t>ცვლილებების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შეთანხმებას</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უფლებამოსილ</w:t>
      </w:r>
      <w:proofErr w:type="spellEnd"/>
      <w:r w:rsidRPr="00D73BDF">
        <w:rPr>
          <w:rFonts w:cstheme="majorHAnsi"/>
          <w:sz w:val="18"/>
          <w:szCs w:val="18"/>
        </w:rPr>
        <w:t xml:space="preserve"> </w:t>
      </w:r>
      <w:proofErr w:type="spellStart"/>
      <w:r w:rsidRPr="00D73BDF">
        <w:rPr>
          <w:rFonts w:ascii="Sylfaen" w:hAnsi="Sylfaen" w:cs="Sylfaen"/>
          <w:sz w:val="18"/>
          <w:szCs w:val="18"/>
        </w:rPr>
        <w:t>ადმინისტრაციულ</w:t>
      </w:r>
      <w:proofErr w:type="spellEnd"/>
      <w:r w:rsidRPr="00D73BDF">
        <w:rPr>
          <w:rFonts w:cstheme="majorHAnsi"/>
          <w:sz w:val="18"/>
          <w:szCs w:val="18"/>
        </w:rPr>
        <w:t xml:space="preserve"> </w:t>
      </w:r>
      <w:proofErr w:type="spellStart"/>
      <w:r w:rsidRPr="00D73BDF">
        <w:rPr>
          <w:rFonts w:ascii="Sylfaen" w:hAnsi="Sylfaen" w:cs="Sylfaen"/>
          <w:sz w:val="18"/>
          <w:szCs w:val="18"/>
        </w:rPr>
        <w:t>ორგანოსთან</w:t>
      </w:r>
      <w:proofErr w:type="spellEnd"/>
      <w:r w:rsidRPr="00D73BDF">
        <w:rPr>
          <w:rFonts w:cstheme="majorHAnsi"/>
          <w:sz w:val="18"/>
          <w:szCs w:val="18"/>
        </w:rPr>
        <w:t xml:space="preserve">), </w:t>
      </w:r>
      <w:proofErr w:type="spellStart"/>
      <w:r w:rsidRPr="00D73BDF">
        <w:rPr>
          <w:rFonts w:ascii="Sylfaen" w:hAnsi="Sylfaen" w:cs="Sylfaen"/>
          <w:sz w:val="18"/>
          <w:szCs w:val="18"/>
        </w:rPr>
        <w:t>ნარჩენების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მმართველის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დანიშვნა</w:t>
      </w:r>
      <w:proofErr w:type="spellEnd"/>
      <w:r w:rsidRPr="00D73BDF">
        <w:rPr>
          <w:rFonts w:cstheme="majorHAnsi"/>
          <w:sz w:val="18"/>
          <w:szCs w:val="18"/>
        </w:rPr>
        <w:t xml:space="preserve">, </w:t>
      </w:r>
      <w:proofErr w:type="spellStart"/>
      <w:r w:rsidRPr="00D73BDF">
        <w:rPr>
          <w:rFonts w:ascii="Sylfaen" w:hAnsi="Sylfaen" w:cs="Sylfaen"/>
          <w:sz w:val="18"/>
          <w:szCs w:val="18"/>
        </w:rPr>
        <w:t>ნარჩენების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ტრანსპორტირებასა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საბოლოო</w:t>
      </w:r>
      <w:proofErr w:type="spellEnd"/>
      <w:r w:rsidRPr="00D73BDF">
        <w:rPr>
          <w:rFonts w:cstheme="majorHAnsi"/>
          <w:sz w:val="18"/>
          <w:szCs w:val="18"/>
        </w:rPr>
        <w:t xml:space="preserve"> </w:t>
      </w:r>
      <w:proofErr w:type="spellStart"/>
      <w:r w:rsidRPr="00D73BDF">
        <w:rPr>
          <w:rFonts w:ascii="Sylfaen" w:hAnsi="Sylfaen" w:cs="Sylfaen"/>
          <w:sz w:val="18"/>
          <w:szCs w:val="18"/>
        </w:rPr>
        <w:t>დანიშნულების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ადგილზე</w:t>
      </w:r>
      <w:proofErr w:type="spellEnd"/>
      <w:r w:rsidRPr="00D73BDF">
        <w:rPr>
          <w:rFonts w:cstheme="majorHAnsi"/>
          <w:sz w:val="18"/>
          <w:szCs w:val="18"/>
        </w:rPr>
        <w:t xml:space="preserve"> </w:t>
      </w:r>
      <w:proofErr w:type="spellStart"/>
      <w:r w:rsidRPr="00D73BDF">
        <w:rPr>
          <w:rFonts w:ascii="Sylfaen" w:hAnsi="Sylfaen" w:cs="Sylfaen"/>
          <w:sz w:val="18"/>
          <w:szCs w:val="18"/>
        </w:rPr>
        <w:t>განთავსებასთან</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დაკავშირებული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ვალდებულებები</w:t>
      </w:r>
      <w:proofErr w:type="spellEnd"/>
      <w:r w:rsidRPr="00D73BDF">
        <w:rPr>
          <w:rFonts w:cstheme="majorHAnsi"/>
          <w:sz w:val="18"/>
          <w:szCs w:val="18"/>
        </w:rPr>
        <w:t xml:space="preserve"> </w:t>
      </w:r>
      <w:proofErr w:type="spellStart"/>
      <w:r w:rsidRPr="00D73BDF">
        <w:rPr>
          <w:rFonts w:ascii="Sylfaen" w:hAnsi="Sylfaen" w:cs="Sylfaen"/>
          <w:sz w:val="18"/>
          <w:szCs w:val="18"/>
        </w:rPr>
        <w:t>ასეთი</w:t>
      </w:r>
      <w:proofErr w:type="spellEnd"/>
      <w:r w:rsidRPr="00D73BDF">
        <w:rPr>
          <w:rFonts w:cstheme="majorHAnsi"/>
          <w:sz w:val="18"/>
          <w:szCs w:val="18"/>
        </w:rPr>
        <w:t xml:space="preserve"> </w:t>
      </w:r>
      <w:proofErr w:type="spellStart"/>
      <w:r w:rsidRPr="00D73BDF">
        <w:rPr>
          <w:rFonts w:ascii="Sylfaen" w:hAnsi="Sylfaen" w:cs="Sylfaen"/>
          <w:sz w:val="18"/>
          <w:szCs w:val="18"/>
        </w:rPr>
        <w:t>მოქმედების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განხორციელებისათვის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შესაბამისი</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უფლებამოსილი</w:t>
      </w:r>
      <w:proofErr w:type="spellEnd"/>
      <w:r w:rsidRPr="00D73BDF">
        <w:rPr>
          <w:rFonts w:cstheme="majorHAnsi"/>
          <w:sz w:val="18"/>
          <w:szCs w:val="18"/>
        </w:rPr>
        <w:t xml:space="preserve"> </w:t>
      </w:r>
      <w:proofErr w:type="spellStart"/>
      <w:r w:rsidRPr="00D73BDF">
        <w:rPr>
          <w:rFonts w:ascii="Sylfaen" w:hAnsi="Sylfaen" w:cs="Sylfaen"/>
          <w:sz w:val="18"/>
          <w:szCs w:val="18"/>
        </w:rPr>
        <w:t>პირების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მონაწილეობით</w:t>
      </w:r>
      <w:proofErr w:type="spellEnd"/>
      <w:r w:rsidRPr="00D73BDF">
        <w:rPr>
          <w:rFonts w:cstheme="majorHAnsi"/>
          <w:sz w:val="18"/>
          <w:szCs w:val="18"/>
        </w:rPr>
        <w:t xml:space="preserve">, </w:t>
      </w:r>
      <w:proofErr w:type="spellStart"/>
      <w:r w:rsidRPr="00D73BDF">
        <w:rPr>
          <w:rFonts w:ascii="Sylfaen" w:hAnsi="Sylfaen" w:cs="Sylfaen"/>
          <w:sz w:val="18"/>
          <w:szCs w:val="18"/>
        </w:rPr>
        <w:t>ნარჩენების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მართვის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გეგმის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უზრუნველყოფა</w:t>
      </w:r>
      <w:proofErr w:type="spellEnd"/>
      <w:r w:rsidRPr="00D73BDF">
        <w:rPr>
          <w:rFonts w:cstheme="majorHAnsi"/>
          <w:sz w:val="18"/>
          <w:szCs w:val="18"/>
        </w:rPr>
        <w:t xml:space="preserve">, </w:t>
      </w:r>
      <w:proofErr w:type="spellStart"/>
      <w:r w:rsidRPr="00D73BDF">
        <w:rPr>
          <w:rFonts w:ascii="Sylfaen" w:hAnsi="Sylfaen" w:cs="Sylfaen"/>
          <w:sz w:val="18"/>
          <w:szCs w:val="18"/>
        </w:rPr>
        <w:t>მათ</w:t>
      </w:r>
      <w:proofErr w:type="spellEnd"/>
      <w:r w:rsidRPr="00D73BDF">
        <w:rPr>
          <w:rFonts w:cstheme="majorHAnsi"/>
          <w:sz w:val="18"/>
          <w:szCs w:val="18"/>
        </w:rPr>
        <w:t xml:space="preserve"> </w:t>
      </w:r>
      <w:proofErr w:type="spellStart"/>
      <w:r w:rsidRPr="00D73BDF">
        <w:rPr>
          <w:rFonts w:ascii="Sylfaen" w:hAnsi="Sylfaen" w:cs="Sylfaen"/>
          <w:sz w:val="18"/>
          <w:szCs w:val="18"/>
        </w:rPr>
        <w:t>შორის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r w:rsidR="001A1086">
        <w:rPr>
          <w:rFonts w:ascii="Sylfaen" w:hAnsi="Sylfaen" w:cstheme="majorHAnsi"/>
          <w:sz w:val="18"/>
          <w:szCs w:val="18"/>
          <w:lang w:val="ka-GE"/>
        </w:rPr>
        <w:t>(</w:t>
      </w:r>
      <w:proofErr w:type="spellStart"/>
      <w:r w:rsidRPr="00D73BDF">
        <w:rPr>
          <w:rFonts w:ascii="Sylfaen" w:hAnsi="Sylfaen" w:cs="Sylfaen"/>
          <w:sz w:val="18"/>
          <w:szCs w:val="18"/>
        </w:rPr>
        <w:t>ქვე</w:t>
      </w:r>
      <w:proofErr w:type="spellEnd"/>
      <w:r w:rsidR="001A1086">
        <w:rPr>
          <w:rFonts w:ascii="Sylfaen" w:hAnsi="Sylfaen" w:cs="Sylfaen"/>
          <w:sz w:val="18"/>
          <w:szCs w:val="18"/>
          <w:lang w:val="ka-GE"/>
        </w:rPr>
        <w:t>)</w:t>
      </w:r>
      <w:proofErr w:type="spellStart"/>
      <w:r w:rsidRPr="00D73BDF">
        <w:rPr>
          <w:rFonts w:ascii="Sylfaen" w:hAnsi="Sylfaen" w:cs="Sylfaen"/>
          <w:sz w:val="18"/>
          <w:szCs w:val="18"/>
        </w:rPr>
        <w:t>კონტაქრტორების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კონტროლი</w:t>
      </w:r>
      <w:proofErr w:type="spellEnd"/>
      <w:r w:rsidRPr="00D73BDF">
        <w:rPr>
          <w:rFonts w:cstheme="majorHAnsi"/>
          <w:sz w:val="18"/>
          <w:szCs w:val="18"/>
        </w:rPr>
        <w:t xml:space="preserve"> </w:t>
      </w:r>
      <w:proofErr w:type="spellStart"/>
      <w:r w:rsidRPr="00D73BDF">
        <w:rPr>
          <w:rFonts w:ascii="Sylfaen" w:hAnsi="Sylfaen" w:cs="Sylfaen"/>
          <w:sz w:val="18"/>
          <w:szCs w:val="18"/>
        </w:rPr>
        <w:t>შეთანხმებული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ნარჩენების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მართვის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გეგმის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თვალსაზრისით</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აღნიშნულის</w:t>
      </w:r>
      <w:proofErr w:type="spellEnd"/>
      <w:r w:rsidRPr="00D73BDF">
        <w:rPr>
          <w:rFonts w:cstheme="majorHAnsi"/>
          <w:sz w:val="18"/>
          <w:szCs w:val="18"/>
        </w:rPr>
        <w:t xml:space="preserve"> </w:t>
      </w:r>
      <w:proofErr w:type="spellStart"/>
      <w:r w:rsidRPr="00D73BDF">
        <w:rPr>
          <w:rFonts w:ascii="Sylfaen" w:hAnsi="Sylfaen" w:cs="Sylfaen"/>
          <w:sz w:val="18"/>
          <w:szCs w:val="18"/>
        </w:rPr>
        <w:t>თაობაზე</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დამკვეთისათვის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ინფორმაციის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მიწოდება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ა</w:t>
      </w:r>
      <w:r w:rsidRPr="00D73BDF">
        <w:rPr>
          <w:rFonts w:cstheme="majorHAnsi"/>
          <w:sz w:val="18"/>
          <w:szCs w:val="18"/>
        </w:rPr>
        <w:t>.</w:t>
      </w:r>
      <w:r w:rsidRPr="00D73BDF">
        <w:rPr>
          <w:rFonts w:ascii="Sylfaen" w:hAnsi="Sylfaen" w:cs="Sylfaen"/>
          <w:sz w:val="18"/>
          <w:szCs w:val="18"/>
        </w:rPr>
        <w:t>შ</w:t>
      </w:r>
      <w:proofErr w:type="spellEnd"/>
      <w:r w:rsidRPr="00D73BDF">
        <w:rPr>
          <w:rFonts w:cstheme="majorHAnsi"/>
          <w:sz w:val="18"/>
          <w:szCs w:val="18"/>
        </w:rPr>
        <w:t xml:space="preserve">.  </w:t>
      </w:r>
      <w:proofErr w:type="spellStart"/>
      <w:r w:rsidRPr="00D73BDF">
        <w:rPr>
          <w:rFonts w:ascii="Sylfaen" w:hAnsi="Sylfaen" w:cs="Sylfaen"/>
          <w:sz w:val="18"/>
          <w:szCs w:val="18"/>
        </w:rPr>
        <w:t>ყოველგვარი</w:t>
      </w:r>
      <w:proofErr w:type="spellEnd"/>
      <w:r w:rsidRPr="00D73BDF">
        <w:rPr>
          <w:rFonts w:cstheme="majorHAnsi"/>
          <w:sz w:val="18"/>
          <w:szCs w:val="18"/>
        </w:rPr>
        <w:t xml:space="preserve"> </w:t>
      </w:r>
      <w:proofErr w:type="spellStart"/>
      <w:r w:rsidRPr="00D73BDF">
        <w:rPr>
          <w:rFonts w:ascii="Sylfaen" w:hAnsi="Sylfaen" w:cs="Sylfaen"/>
          <w:sz w:val="18"/>
          <w:szCs w:val="18"/>
        </w:rPr>
        <w:t>ეჭვის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გამორიცხვის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მიზნით</w:t>
      </w:r>
      <w:proofErr w:type="spellEnd"/>
      <w:r w:rsidRPr="00D73BDF">
        <w:rPr>
          <w:rFonts w:cstheme="majorHAnsi"/>
          <w:sz w:val="18"/>
          <w:szCs w:val="18"/>
        </w:rPr>
        <w:t xml:space="preserve">, </w:t>
      </w:r>
      <w:r w:rsidR="001A1086">
        <w:rPr>
          <w:rFonts w:ascii="Sylfaen" w:hAnsi="Sylfaen" w:cs="Sylfaen"/>
          <w:sz w:val="18"/>
          <w:szCs w:val="18"/>
          <w:lang w:val="ka-GE"/>
        </w:rPr>
        <w:t>მენარდე</w:t>
      </w:r>
      <w:r w:rsidRPr="00D73BDF">
        <w:rPr>
          <w:rFonts w:cstheme="majorHAnsi"/>
          <w:sz w:val="18"/>
          <w:szCs w:val="18"/>
        </w:rPr>
        <w:t xml:space="preserve"> </w:t>
      </w:r>
      <w:proofErr w:type="spellStart"/>
      <w:r w:rsidRPr="00D73BDF">
        <w:rPr>
          <w:rFonts w:ascii="Sylfaen" w:hAnsi="Sylfaen" w:cs="Sylfaen"/>
          <w:sz w:val="18"/>
          <w:szCs w:val="18"/>
        </w:rPr>
        <w:t>თავად</w:t>
      </w:r>
      <w:proofErr w:type="spellEnd"/>
      <w:r w:rsidRPr="00D73BDF">
        <w:rPr>
          <w:rFonts w:cstheme="majorHAnsi"/>
          <w:sz w:val="18"/>
          <w:szCs w:val="18"/>
        </w:rPr>
        <w:t xml:space="preserve"> </w:t>
      </w:r>
      <w:proofErr w:type="spellStart"/>
      <w:r w:rsidRPr="00D73BDF">
        <w:rPr>
          <w:rFonts w:ascii="Sylfaen" w:hAnsi="Sylfaen" w:cs="Sylfaen"/>
          <w:sz w:val="18"/>
          <w:szCs w:val="18"/>
        </w:rPr>
        <w:lastRenderedPageBreak/>
        <w:t>განახორციელებს</w:t>
      </w:r>
      <w:proofErr w:type="spellEnd"/>
      <w:r w:rsidRPr="00D73BDF">
        <w:rPr>
          <w:rFonts w:cstheme="majorHAnsi"/>
          <w:sz w:val="18"/>
          <w:szCs w:val="18"/>
        </w:rPr>
        <w:t xml:space="preserve"> </w:t>
      </w:r>
      <w:proofErr w:type="spellStart"/>
      <w:r w:rsidRPr="00D73BDF">
        <w:rPr>
          <w:rFonts w:ascii="Sylfaen" w:hAnsi="Sylfaen" w:cs="Sylfaen"/>
          <w:sz w:val="18"/>
          <w:szCs w:val="18"/>
        </w:rPr>
        <w:t>ნარჩენების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მართვასთან</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დაკავშირებით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საქართველოს</w:t>
      </w:r>
      <w:proofErr w:type="spellEnd"/>
      <w:r w:rsidRPr="00D73BDF">
        <w:rPr>
          <w:rFonts w:cstheme="majorHAnsi"/>
          <w:sz w:val="18"/>
          <w:szCs w:val="18"/>
        </w:rPr>
        <w:t xml:space="preserve"> </w:t>
      </w:r>
      <w:proofErr w:type="spellStart"/>
      <w:r w:rsidRPr="00D73BDF">
        <w:rPr>
          <w:rFonts w:ascii="Sylfaen" w:hAnsi="Sylfaen" w:cs="Sylfaen"/>
          <w:sz w:val="18"/>
          <w:szCs w:val="18"/>
        </w:rPr>
        <w:t>კანონმდებლობით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განსაზღვრული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მოთხოვნების</w:t>
      </w:r>
      <w:proofErr w:type="spellEnd"/>
      <w:r w:rsidRPr="00D73BDF">
        <w:rPr>
          <w:rFonts w:cstheme="majorHAnsi"/>
          <w:sz w:val="18"/>
          <w:szCs w:val="18"/>
        </w:rPr>
        <w:t>/</w:t>
      </w:r>
      <w:proofErr w:type="spellStart"/>
      <w:r w:rsidRPr="00D73BDF">
        <w:rPr>
          <w:rFonts w:ascii="Sylfaen" w:hAnsi="Sylfaen" w:cs="Sylfaen"/>
          <w:sz w:val="18"/>
          <w:szCs w:val="18"/>
        </w:rPr>
        <w:t>ვალდებულებების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შესრულებასა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შესაბამისობას</w:t>
      </w:r>
      <w:proofErr w:type="spellEnd"/>
      <w:r w:rsidRPr="00D73BDF">
        <w:rPr>
          <w:rFonts w:cstheme="majorHAnsi"/>
          <w:sz w:val="18"/>
          <w:szCs w:val="18"/>
        </w:rPr>
        <w:t xml:space="preserve"> </w:t>
      </w:r>
      <w:proofErr w:type="spellStart"/>
      <w:r w:rsidRPr="00D73BDF">
        <w:rPr>
          <w:rFonts w:ascii="Sylfaen" w:hAnsi="Sylfaen" w:cs="Sylfaen"/>
          <w:sz w:val="18"/>
          <w:szCs w:val="18"/>
        </w:rPr>
        <w:t>ხსენებულ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კანონმდებლობასთან</w:t>
      </w:r>
      <w:proofErr w:type="spellEnd"/>
      <w:r w:rsidRPr="00D73BDF">
        <w:rPr>
          <w:rFonts w:cstheme="majorHAnsi"/>
          <w:sz w:val="18"/>
          <w:szCs w:val="18"/>
        </w:rPr>
        <w:t>.</w:t>
      </w:r>
    </w:p>
    <w:p w14:paraId="04DE0D7B" w14:textId="6C5804A3" w:rsidR="004B6084" w:rsidRPr="001A1086" w:rsidRDefault="00A74260" w:rsidP="00185C20">
      <w:pPr>
        <w:jc w:val="both"/>
        <w:rPr>
          <w:rFonts w:cstheme="majorHAnsi"/>
          <w:sz w:val="18"/>
          <w:szCs w:val="18"/>
          <w:lang w:val="ka-GE"/>
        </w:rPr>
      </w:pPr>
      <w:r w:rsidRPr="00D73BDF">
        <w:rPr>
          <w:rFonts w:cstheme="majorHAnsi"/>
          <w:sz w:val="18"/>
          <w:szCs w:val="18"/>
        </w:rPr>
        <w:t>3.3.1</w:t>
      </w:r>
      <w:r w:rsidR="00876CA8">
        <w:rPr>
          <w:rFonts w:cstheme="majorHAnsi"/>
          <w:sz w:val="18"/>
          <w:szCs w:val="18"/>
          <w:lang w:val="ka-GE"/>
        </w:rPr>
        <w:t>3</w:t>
      </w:r>
      <w:r w:rsidRPr="00D73BDF">
        <w:rPr>
          <w:rFonts w:cstheme="majorHAnsi"/>
          <w:sz w:val="18"/>
          <w:szCs w:val="18"/>
        </w:rPr>
        <w:t xml:space="preserve">.2 </w:t>
      </w:r>
      <w:proofErr w:type="spellStart"/>
      <w:r w:rsidRPr="00D73BDF">
        <w:rPr>
          <w:rFonts w:ascii="Sylfaen" w:hAnsi="Sylfaen" w:cs="Sylfaen"/>
          <w:sz w:val="18"/>
          <w:szCs w:val="18"/>
        </w:rPr>
        <w:t>ნარჩენების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მართვასთან</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 xml:space="preserve"> </w:t>
      </w:r>
      <w:proofErr w:type="spellStart"/>
      <w:r w:rsidRPr="00D73BDF">
        <w:rPr>
          <w:rFonts w:ascii="Sylfaen" w:hAnsi="Sylfaen" w:cs="Sylfaen"/>
          <w:sz w:val="18"/>
          <w:szCs w:val="18"/>
        </w:rPr>
        <w:t>მის</w:t>
      </w:r>
      <w:proofErr w:type="spellEnd"/>
      <w:r w:rsidRPr="00D73BDF">
        <w:rPr>
          <w:rFonts w:cstheme="majorHAnsi"/>
          <w:sz w:val="18"/>
          <w:szCs w:val="18"/>
        </w:rPr>
        <w:t xml:space="preserve"> </w:t>
      </w:r>
      <w:proofErr w:type="spellStart"/>
      <w:r w:rsidRPr="00D73BDF">
        <w:rPr>
          <w:rFonts w:ascii="Sylfaen" w:hAnsi="Sylfaen" w:cs="Sylfaen"/>
          <w:sz w:val="18"/>
          <w:szCs w:val="18"/>
        </w:rPr>
        <w:t>რეალიზაციასთან</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დაკავშირებული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მოქმედებების</w:t>
      </w:r>
      <w:proofErr w:type="spellEnd"/>
      <w:r w:rsidR="001A1086">
        <w:rPr>
          <w:rFonts w:cstheme="majorHAnsi"/>
          <w:sz w:val="18"/>
          <w:szCs w:val="18"/>
        </w:rPr>
        <w:t xml:space="preserve"> </w:t>
      </w:r>
      <w:r w:rsidR="00CD5235">
        <w:rPr>
          <w:rFonts w:ascii="Sylfaen" w:hAnsi="Sylfaen" w:cstheme="majorHAnsi"/>
          <w:sz w:val="18"/>
          <w:szCs w:val="18"/>
          <w:lang w:val="ka-GE"/>
        </w:rPr>
        <w:t xml:space="preserve">ან </w:t>
      </w:r>
      <w:proofErr w:type="spellStart"/>
      <w:r w:rsidRPr="00D73BDF">
        <w:rPr>
          <w:rFonts w:ascii="Sylfaen" w:hAnsi="Sylfaen" w:cs="Sylfaen"/>
          <w:sz w:val="18"/>
          <w:szCs w:val="18"/>
        </w:rPr>
        <w:t>უმოქმედობის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გამო</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მიმართ</w:t>
      </w:r>
      <w:proofErr w:type="spellEnd"/>
      <w:r w:rsidRPr="00D73BDF">
        <w:rPr>
          <w:rFonts w:cstheme="majorHAnsi"/>
          <w:sz w:val="18"/>
          <w:szCs w:val="18"/>
        </w:rPr>
        <w:t xml:space="preserve"> </w:t>
      </w:r>
      <w:proofErr w:type="spellStart"/>
      <w:r w:rsidRPr="00D73BDF">
        <w:rPr>
          <w:rFonts w:ascii="Sylfaen" w:hAnsi="Sylfaen" w:cs="Sylfaen"/>
          <w:sz w:val="18"/>
          <w:szCs w:val="18"/>
        </w:rPr>
        <w:t>ადმინისტრაციულ</w:t>
      </w:r>
      <w:proofErr w:type="spellEnd"/>
      <w:r w:rsidRPr="00D73BDF">
        <w:rPr>
          <w:rFonts w:cstheme="majorHAnsi"/>
          <w:sz w:val="18"/>
          <w:szCs w:val="18"/>
        </w:rPr>
        <w:t xml:space="preserve"> </w:t>
      </w:r>
      <w:proofErr w:type="spellStart"/>
      <w:r w:rsidRPr="00D73BDF">
        <w:rPr>
          <w:rFonts w:ascii="Sylfaen" w:hAnsi="Sylfaen" w:cs="Sylfaen"/>
          <w:sz w:val="18"/>
          <w:szCs w:val="18"/>
        </w:rPr>
        <w:t>ორგანოთა</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 xml:space="preserve"> </w:t>
      </w:r>
      <w:proofErr w:type="spellStart"/>
      <w:r w:rsidRPr="00D73BDF">
        <w:rPr>
          <w:rFonts w:ascii="Sylfaen" w:hAnsi="Sylfaen" w:cs="Sylfaen"/>
          <w:sz w:val="18"/>
          <w:szCs w:val="18"/>
        </w:rPr>
        <w:t>კერძო</w:t>
      </w:r>
      <w:proofErr w:type="spellEnd"/>
      <w:r w:rsidRPr="00D73BDF">
        <w:rPr>
          <w:rFonts w:cstheme="majorHAnsi"/>
          <w:sz w:val="18"/>
          <w:szCs w:val="18"/>
        </w:rPr>
        <w:t xml:space="preserve"> </w:t>
      </w:r>
      <w:proofErr w:type="spellStart"/>
      <w:r w:rsidRPr="00D73BDF">
        <w:rPr>
          <w:rFonts w:ascii="Sylfaen" w:hAnsi="Sylfaen" w:cs="Sylfaen"/>
          <w:sz w:val="18"/>
          <w:szCs w:val="18"/>
        </w:rPr>
        <w:t>სამართლის</w:t>
      </w:r>
      <w:proofErr w:type="spellEnd"/>
      <w:r w:rsidRPr="00D73BDF">
        <w:rPr>
          <w:rFonts w:cstheme="majorHAnsi"/>
          <w:sz w:val="18"/>
          <w:szCs w:val="18"/>
        </w:rPr>
        <w:t xml:space="preserve"> </w:t>
      </w:r>
      <w:proofErr w:type="spellStart"/>
      <w:r w:rsidRPr="00D73BDF">
        <w:rPr>
          <w:rFonts w:ascii="Sylfaen" w:hAnsi="Sylfaen" w:cs="Sylfaen"/>
          <w:sz w:val="18"/>
          <w:szCs w:val="18"/>
        </w:rPr>
        <w:t>პირთა</w:t>
      </w:r>
      <w:proofErr w:type="spellEnd"/>
      <w:r w:rsidRPr="00D73BDF">
        <w:rPr>
          <w:rFonts w:cstheme="majorHAnsi"/>
          <w:sz w:val="18"/>
          <w:szCs w:val="18"/>
        </w:rPr>
        <w:t xml:space="preserve"> </w:t>
      </w:r>
      <w:proofErr w:type="spellStart"/>
      <w:r w:rsidRPr="00D73BDF">
        <w:rPr>
          <w:rFonts w:ascii="Sylfaen" w:hAnsi="Sylfaen" w:cs="Sylfaen"/>
          <w:sz w:val="18"/>
          <w:szCs w:val="18"/>
        </w:rPr>
        <w:t>მხრიდან</w:t>
      </w:r>
      <w:proofErr w:type="spellEnd"/>
      <w:r w:rsidRPr="00D73BDF">
        <w:rPr>
          <w:rFonts w:cstheme="majorHAnsi"/>
          <w:sz w:val="18"/>
          <w:szCs w:val="18"/>
        </w:rPr>
        <w:t xml:space="preserve"> </w:t>
      </w:r>
      <w:proofErr w:type="spellStart"/>
      <w:r w:rsidRPr="00D73BDF">
        <w:rPr>
          <w:rFonts w:ascii="Sylfaen" w:hAnsi="Sylfaen" w:cs="Sylfaen"/>
          <w:sz w:val="18"/>
          <w:szCs w:val="18"/>
        </w:rPr>
        <w:t>ჯარიმის</w:t>
      </w:r>
      <w:proofErr w:type="spellEnd"/>
      <w:r w:rsidRPr="00D73BDF">
        <w:rPr>
          <w:rFonts w:cstheme="majorHAnsi"/>
          <w:sz w:val="18"/>
          <w:szCs w:val="18"/>
        </w:rPr>
        <w:t xml:space="preserve">, </w:t>
      </w:r>
      <w:proofErr w:type="spellStart"/>
      <w:r w:rsidRPr="00D73BDF">
        <w:rPr>
          <w:rFonts w:ascii="Sylfaen" w:hAnsi="Sylfaen" w:cs="Sylfaen"/>
          <w:sz w:val="18"/>
          <w:szCs w:val="18"/>
        </w:rPr>
        <w:t>ზიანის</w:t>
      </w:r>
      <w:proofErr w:type="spellEnd"/>
      <w:r w:rsidRPr="00D73BDF">
        <w:rPr>
          <w:rFonts w:cstheme="majorHAnsi"/>
          <w:sz w:val="18"/>
          <w:szCs w:val="18"/>
        </w:rPr>
        <w:t xml:space="preserve"> </w:t>
      </w:r>
      <w:proofErr w:type="spellStart"/>
      <w:r w:rsidRPr="00D73BDF">
        <w:rPr>
          <w:rFonts w:ascii="Sylfaen" w:hAnsi="Sylfaen" w:cs="Sylfaen"/>
          <w:sz w:val="18"/>
          <w:szCs w:val="18"/>
        </w:rPr>
        <w:t>ანაზღაურების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სხვა</w:t>
      </w:r>
      <w:proofErr w:type="spellEnd"/>
      <w:r w:rsidRPr="00D73BDF">
        <w:rPr>
          <w:rFonts w:cstheme="majorHAnsi"/>
          <w:sz w:val="18"/>
          <w:szCs w:val="18"/>
        </w:rPr>
        <w:t xml:space="preserve"> </w:t>
      </w:r>
      <w:proofErr w:type="spellStart"/>
      <w:r w:rsidRPr="00D73BDF">
        <w:rPr>
          <w:rFonts w:ascii="Sylfaen" w:hAnsi="Sylfaen" w:cs="Sylfaen"/>
          <w:sz w:val="18"/>
          <w:szCs w:val="18"/>
        </w:rPr>
        <w:t>სახის</w:t>
      </w:r>
      <w:proofErr w:type="spellEnd"/>
      <w:r w:rsidRPr="00D73BDF">
        <w:rPr>
          <w:rFonts w:cstheme="majorHAnsi"/>
          <w:sz w:val="18"/>
          <w:szCs w:val="18"/>
        </w:rPr>
        <w:t xml:space="preserve"> </w:t>
      </w:r>
      <w:proofErr w:type="spellStart"/>
      <w:r w:rsidRPr="00D73BDF">
        <w:rPr>
          <w:rFonts w:ascii="Sylfaen" w:hAnsi="Sylfaen" w:cs="Sylfaen"/>
          <w:sz w:val="18"/>
          <w:szCs w:val="18"/>
        </w:rPr>
        <w:t>ადმინისტრაციული</w:t>
      </w:r>
      <w:proofErr w:type="spellEnd"/>
      <w:r w:rsidRPr="00D73BDF">
        <w:rPr>
          <w:rFonts w:cstheme="majorHAnsi"/>
          <w:sz w:val="18"/>
          <w:szCs w:val="18"/>
        </w:rPr>
        <w:t xml:space="preserve"> </w:t>
      </w:r>
      <w:proofErr w:type="spellStart"/>
      <w:r w:rsidRPr="00D73BDF">
        <w:rPr>
          <w:rFonts w:ascii="Sylfaen" w:hAnsi="Sylfaen" w:cs="Sylfaen"/>
          <w:sz w:val="18"/>
          <w:szCs w:val="18"/>
        </w:rPr>
        <w:t>თუ</w:t>
      </w:r>
      <w:proofErr w:type="spellEnd"/>
      <w:r w:rsidRPr="00D73BDF">
        <w:rPr>
          <w:rFonts w:cstheme="majorHAnsi"/>
          <w:sz w:val="18"/>
          <w:szCs w:val="18"/>
        </w:rPr>
        <w:t xml:space="preserve"> </w:t>
      </w:r>
      <w:proofErr w:type="spellStart"/>
      <w:r w:rsidRPr="00D73BDF">
        <w:rPr>
          <w:rFonts w:ascii="Sylfaen" w:hAnsi="Sylfaen" w:cs="Sylfaen"/>
          <w:sz w:val="18"/>
          <w:szCs w:val="18"/>
        </w:rPr>
        <w:t>სხვა</w:t>
      </w:r>
      <w:proofErr w:type="spellEnd"/>
      <w:r w:rsidRPr="00D73BDF">
        <w:rPr>
          <w:rFonts w:cstheme="majorHAnsi"/>
          <w:sz w:val="18"/>
          <w:szCs w:val="18"/>
        </w:rPr>
        <w:t xml:space="preserve"> </w:t>
      </w:r>
      <w:proofErr w:type="spellStart"/>
      <w:r w:rsidRPr="00D73BDF">
        <w:rPr>
          <w:rFonts w:ascii="Sylfaen" w:hAnsi="Sylfaen" w:cs="Sylfaen"/>
          <w:sz w:val="18"/>
          <w:szCs w:val="18"/>
        </w:rPr>
        <w:t>ტიპის</w:t>
      </w:r>
      <w:proofErr w:type="spellEnd"/>
      <w:r w:rsidR="001A1086">
        <w:rPr>
          <w:rFonts w:ascii="Sylfaen" w:hAnsi="Sylfaen" w:cs="Sylfaen"/>
          <w:sz w:val="18"/>
          <w:szCs w:val="18"/>
          <w:lang w:val="ka-GE"/>
        </w:rPr>
        <w:t xml:space="preserve"> </w:t>
      </w:r>
      <w:proofErr w:type="spellStart"/>
      <w:r w:rsidRPr="00D73BDF">
        <w:rPr>
          <w:rFonts w:ascii="Sylfaen" w:hAnsi="Sylfaen" w:cs="Sylfaen"/>
          <w:sz w:val="18"/>
          <w:szCs w:val="18"/>
        </w:rPr>
        <w:t>სახდელის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დაკისრების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მხრიდან</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შესაბამისი</w:t>
      </w:r>
      <w:proofErr w:type="spellEnd"/>
      <w:r w:rsidRPr="00D73BDF">
        <w:rPr>
          <w:rFonts w:cstheme="majorHAnsi"/>
          <w:sz w:val="18"/>
          <w:szCs w:val="18"/>
        </w:rPr>
        <w:t xml:space="preserve"> </w:t>
      </w:r>
      <w:proofErr w:type="spellStart"/>
      <w:r w:rsidRPr="00D73BDF">
        <w:rPr>
          <w:rFonts w:ascii="Sylfaen" w:hAnsi="Sylfaen" w:cs="Sylfaen"/>
          <w:sz w:val="18"/>
          <w:szCs w:val="18"/>
        </w:rPr>
        <w:t>მოთხოვნის</w:t>
      </w:r>
      <w:proofErr w:type="spellEnd"/>
      <w:r w:rsidRPr="00D73BDF">
        <w:rPr>
          <w:rFonts w:cstheme="majorHAnsi"/>
          <w:sz w:val="18"/>
          <w:szCs w:val="18"/>
        </w:rPr>
        <w:t xml:space="preserve"> </w:t>
      </w:r>
      <w:proofErr w:type="spellStart"/>
      <w:r w:rsidRPr="00D73BDF">
        <w:rPr>
          <w:rFonts w:ascii="Sylfaen" w:hAnsi="Sylfaen" w:cs="Sylfaen"/>
          <w:sz w:val="18"/>
          <w:szCs w:val="18"/>
        </w:rPr>
        <w:t>არსებობის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001A1086">
        <w:rPr>
          <w:rFonts w:ascii="Sylfaen" w:hAnsi="Sylfaen" w:cstheme="majorHAnsi"/>
          <w:sz w:val="18"/>
          <w:szCs w:val="18"/>
          <w:lang w:val="ka-GE"/>
        </w:rPr>
        <w:t xml:space="preserve">, მენარდე </w:t>
      </w:r>
      <w:proofErr w:type="spellStart"/>
      <w:r w:rsidRPr="00D73BDF">
        <w:rPr>
          <w:rFonts w:ascii="Sylfaen" w:hAnsi="Sylfaen" w:cs="Sylfaen"/>
          <w:sz w:val="18"/>
          <w:szCs w:val="18"/>
        </w:rPr>
        <w:t>რეგრესის</w:t>
      </w:r>
      <w:proofErr w:type="spellEnd"/>
      <w:r w:rsidRPr="00D73BDF">
        <w:rPr>
          <w:rFonts w:cstheme="majorHAnsi"/>
          <w:sz w:val="18"/>
          <w:szCs w:val="18"/>
        </w:rPr>
        <w:t xml:space="preserve"> </w:t>
      </w:r>
      <w:proofErr w:type="spellStart"/>
      <w:r w:rsidRPr="00D73BDF">
        <w:rPr>
          <w:rFonts w:ascii="Sylfaen" w:hAnsi="Sylfaen" w:cs="Sylfaen"/>
          <w:sz w:val="18"/>
          <w:szCs w:val="18"/>
        </w:rPr>
        <w:t>წესით</w:t>
      </w:r>
      <w:proofErr w:type="spellEnd"/>
      <w:r w:rsidRPr="00D73BDF">
        <w:rPr>
          <w:rFonts w:cstheme="majorHAnsi"/>
          <w:sz w:val="18"/>
          <w:szCs w:val="18"/>
        </w:rPr>
        <w:t xml:space="preserve"> </w:t>
      </w:r>
      <w:proofErr w:type="spellStart"/>
      <w:r w:rsidRPr="00D73BDF">
        <w:rPr>
          <w:rFonts w:ascii="Sylfaen" w:hAnsi="Sylfaen" w:cs="Sylfaen"/>
          <w:sz w:val="18"/>
          <w:szCs w:val="18"/>
        </w:rPr>
        <w:t>აანაზღაურებს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დამკვეთისათვის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დაკისრებულ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w:t>
      </w:r>
      <w:proofErr w:type="spellStart"/>
      <w:r w:rsidRPr="00D73BDF">
        <w:rPr>
          <w:rFonts w:ascii="Sylfaen" w:hAnsi="Sylfaen" w:cs="Sylfaen"/>
          <w:sz w:val="18"/>
          <w:szCs w:val="18"/>
        </w:rPr>
        <w:t>ან</w:t>
      </w:r>
      <w:proofErr w:type="spellEnd"/>
      <w:r w:rsidRPr="00D73BDF">
        <w:rPr>
          <w:rFonts w:cstheme="majorHAnsi"/>
          <w:sz w:val="18"/>
          <w:szCs w:val="18"/>
        </w:rPr>
        <w:t xml:space="preserve"> </w:t>
      </w:r>
      <w:proofErr w:type="spellStart"/>
      <w:r w:rsidRPr="00D73BDF">
        <w:rPr>
          <w:rFonts w:ascii="Sylfaen" w:hAnsi="Sylfaen" w:cs="Sylfaen"/>
          <w:sz w:val="18"/>
          <w:szCs w:val="18"/>
        </w:rPr>
        <w:t>უკვე</w:t>
      </w:r>
      <w:proofErr w:type="spellEnd"/>
      <w:r w:rsidRPr="00D73BDF">
        <w:rPr>
          <w:rFonts w:cstheme="majorHAnsi"/>
          <w:sz w:val="18"/>
          <w:szCs w:val="18"/>
        </w:rPr>
        <w:t xml:space="preserve"> </w:t>
      </w:r>
      <w:proofErr w:type="spellStart"/>
      <w:r w:rsidRPr="00D73BDF">
        <w:rPr>
          <w:rFonts w:ascii="Sylfaen" w:hAnsi="Sylfaen" w:cs="Sylfaen"/>
          <w:sz w:val="18"/>
          <w:szCs w:val="18"/>
        </w:rPr>
        <w:t>გადახდილ</w:t>
      </w:r>
      <w:proofErr w:type="spellEnd"/>
      <w:r w:rsidRPr="00D73BDF">
        <w:rPr>
          <w:rFonts w:cstheme="majorHAnsi"/>
          <w:sz w:val="18"/>
          <w:szCs w:val="18"/>
        </w:rPr>
        <w:t xml:space="preserve"> </w:t>
      </w:r>
      <w:proofErr w:type="spellStart"/>
      <w:r w:rsidRPr="00D73BDF">
        <w:rPr>
          <w:rFonts w:ascii="Sylfaen" w:hAnsi="Sylfaen" w:cs="Sylfaen"/>
          <w:sz w:val="18"/>
          <w:szCs w:val="18"/>
        </w:rPr>
        <w:t>თანხებს</w:t>
      </w:r>
      <w:proofErr w:type="spellEnd"/>
      <w:r w:rsidR="001A1086">
        <w:rPr>
          <w:rFonts w:ascii="Sylfaen" w:hAnsi="Sylfaen" w:cs="Sylfaen"/>
          <w:sz w:val="18"/>
          <w:szCs w:val="18"/>
          <w:lang w:val="ka-GE"/>
        </w:rPr>
        <w:t>.</w:t>
      </w:r>
    </w:p>
    <w:p w14:paraId="55B7DF81" w14:textId="07B6DBA7" w:rsidR="004B6084" w:rsidRPr="00D73BDF" w:rsidRDefault="00A74260" w:rsidP="00185C20">
      <w:pPr>
        <w:jc w:val="both"/>
        <w:rPr>
          <w:rFonts w:cstheme="majorHAnsi"/>
          <w:sz w:val="18"/>
          <w:szCs w:val="18"/>
        </w:rPr>
      </w:pPr>
      <w:r w:rsidRPr="00D73BDF">
        <w:rPr>
          <w:rFonts w:cstheme="majorHAnsi"/>
          <w:sz w:val="18"/>
          <w:szCs w:val="18"/>
        </w:rPr>
        <w:t>3.3.1</w:t>
      </w:r>
      <w:r w:rsidR="00876CA8">
        <w:rPr>
          <w:rFonts w:cstheme="majorHAnsi"/>
          <w:sz w:val="18"/>
          <w:szCs w:val="18"/>
          <w:lang w:val="ka-GE"/>
        </w:rPr>
        <w:t>4</w:t>
      </w:r>
      <w:r w:rsidRPr="00D73BDF">
        <w:rPr>
          <w:rFonts w:cstheme="majorHAnsi"/>
          <w:sz w:val="18"/>
          <w:szCs w:val="18"/>
        </w:rPr>
        <w:t xml:space="preserve">. </w:t>
      </w:r>
      <w:proofErr w:type="spellStart"/>
      <w:r w:rsidRPr="00D73BDF">
        <w:rPr>
          <w:rFonts w:ascii="Sylfaen" w:hAnsi="Sylfaen" w:cs="Sylfaen"/>
          <w:sz w:val="18"/>
          <w:szCs w:val="18"/>
        </w:rPr>
        <w:t>წარმოადგინოს</w:t>
      </w:r>
      <w:proofErr w:type="spellEnd"/>
      <w:r w:rsidR="001A1086">
        <w:rPr>
          <w:rFonts w:ascii="Sylfaen" w:hAnsi="Sylfaen" w:cs="Sylfaen"/>
          <w:sz w:val="18"/>
          <w:szCs w:val="18"/>
          <w:lang w:val="ka-GE"/>
        </w:rPr>
        <w:t xml:space="preserve"> </w:t>
      </w:r>
      <w:proofErr w:type="spellStart"/>
      <w:r w:rsidRPr="00D73BDF">
        <w:rPr>
          <w:rFonts w:ascii="Sylfaen" w:hAnsi="Sylfaen" w:cs="Sylfaen"/>
          <w:sz w:val="18"/>
          <w:szCs w:val="18"/>
        </w:rPr>
        <w:t>ობიექტზე</w:t>
      </w:r>
      <w:proofErr w:type="spellEnd"/>
      <w:r w:rsidRPr="00D73BDF">
        <w:rPr>
          <w:rFonts w:cstheme="majorHAnsi"/>
          <w:sz w:val="18"/>
          <w:szCs w:val="18"/>
        </w:rPr>
        <w:t xml:space="preserve"> </w:t>
      </w:r>
      <w:proofErr w:type="spellStart"/>
      <w:r w:rsidRPr="00D73BDF">
        <w:rPr>
          <w:rFonts w:ascii="Sylfaen" w:hAnsi="Sylfaen" w:cs="Sylfaen"/>
          <w:sz w:val="18"/>
          <w:szCs w:val="18"/>
        </w:rPr>
        <w:t>უსაფრთხოების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საკითხებთან</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დაკავშირებული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ყველა</w:t>
      </w:r>
      <w:proofErr w:type="spellEnd"/>
      <w:r w:rsidRPr="00D73BDF">
        <w:rPr>
          <w:rFonts w:cstheme="majorHAnsi"/>
          <w:sz w:val="18"/>
          <w:szCs w:val="18"/>
        </w:rPr>
        <w:t xml:space="preserve"> </w:t>
      </w:r>
      <w:proofErr w:type="spellStart"/>
      <w:r w:rsidRPr="00D73BDF">
        <w:rPr>
          <w:rFonts w:ascii="Sylfaen" w:hAnsi="Sylfaen" w:cs="Sylfaen"/>
          <w:sz w:val="18"/>
          <w:szCs w:val="18"/>
        </w:rPr>
        <w:t>ინფორმაცია</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დოკუმენტაცია</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r w:rsidR="001A1086">
        <w:rPr>
          <w:rFonts w:ascii="Sylfaen" w:hAnsi="Sylfaen" w:cstheme="majorHAnsi"/>
          <w:sz w:val="18"/>
          <w:szCs w:val="18"/>
          <w:lang w:val="ka-GE"/>
        </w:rPr>
        <w:t>(</w:t>
      </w:r>
      <w:proofErr w:type="spellStart"/>
      <w:r w:rsidRPr="00D73BDF">
        <w:rPr>
          <w:rFonts w:ascii="Sylfaen" w:hAnsi="Sylfaen" w:cs="Sylfaen"/>
          <w:sz w:val="18"/>
          <w:szCs w:val="18"/>
        </w:rPr>
        <w:t>მისი</w:t>
      </w:r>
      <w:proofErr w:type="spellEnd"/>
      <w:r w:rsidRPr="00D73BDF">
        <w:rPr>
          <w:rFonts w:cstheme="majorHAnsi"/>
          <w:sz w:val="18"/>
          <w:szCs w:val="18"/>
        </w:rPr>
        <w:t xml:space="preserve"> </w:t>
      </w:r>
      <w:proofErr w:type="spellStart"/>
      <w:r w:rsidRPr="00D73BDF">
        <w:rPr>
          <w:rFonts w:ascii="Sylfaen" w:hAnsi="Sylfaen" w:cs="Sylfaen"/>
          <w:sz w:val="18"/>
          <w:szCs w:val="18"/>
        </w:rPr>
        <w:t>წარმომადგენლ</w:t>
      </w:r>
      <w:proofErr w:type="spellEnd"/>
      <w:r w:rsidR="001A1086">
        <w:rPr>
          <w:rFonts w:ascii="Sylfaen" w:hAnsi="Sylfaen" w:cs="Sylfaen"/>
          <w:sz w:val="18"/>
          <w:szCs w:val="18"/>
          <w:lang w:val="ka-GE"/>
        </w:rPr>
        <w:t>(</w:t>
      </w:r>
      <w:proofErr w:type="spellStart"/>
      <w:r w:rsidRPr="00D73BDF">
        <w:rPr>
          <w:rFonts w:ascii="Sylfaen" w:hAnsi="Sylfaen" w:cs="Sylfaen"/>
          <w:sz w:val="18"/>
          <w:szCs w:val="18"/>
        </w:rPr>
        <w:t>ებ</w:t>
      </w:r>
      <w:proofErr w:type="spellEnd"/>
      <w:r w:rsidR="001A1086">
        <w:rPr>
          <w:rFonts w:ascii="Sylfaen" w:hAnsi="Sylfaen" w:cs="Sylfaen"/>
          <w:sz w:val="18"/>
          <w:szCs w:val="18"/>
          <w:lang w:val="ka-GE"/>
        </w:rPr>
        <w:t>)</w:t>
      </w:r>
      <w:proofErr w:type="spellStart"/>
      <w:r w:rsidRPr="00D73BDF">
        <w:rPr>
          <w:rFonts w:ascii="Sylfaen" w:hAnsi="Sylfaen" w:cs="Sylfaen"/>
          <w:sz w:val="18"/>
          <w:szCs w:val="18"/>
        </w:rPr>
        <w:t>ის</w:t>
      </w:r>
      <w:proofErr w:type="spellEnd"/>
      <w:r w:rsidR="001A1086">
        <w:rPr>
          <w:rFonts w:ascii="Sylfaen" w:hAnsi="Sylfaen" w:cs="Sylfaen"/>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მოთხოვნიდან</w:t>
      </w:r>
      <w:proofErr w:type="spellEnd"/>
      <w:r w:rsidR="001A1086">
        <w:rPr>
          <w:rFonts w:cstheme="majorHAnsi"/>
          <w:sz w:val="18"/>
          <w:szCs w:val="18"/>
        </w:rPr>
        <w:t xml:space="preserve"> 2 </w:t>
      </w:r>
      <w:r w:rsidR="001A1086">
        <w:rPr>
          <w:rFonts w:ascii="Sylfaen" w:hAnsi="Sylfaen" w:cstheme="majorHAnsi"/>
          <w:sz w:val="18"/>
          <w:szCs w:val="18"/>
          <w:lang w:val="ka-GE"/>
        </w:rPr>
        <w:t>(</w:t>
      </w:r>
      <w:proofErr w:type="spellStart"/>
      <w:r w:rsidRPr="00D73BDF">
        <w:rPr>
          <w:rFonts w:ascii="Sylfaen" w:hAnsi="Sylfaen" w:cs="Sylfaen"/>
          <w:sz w:val="18"/>
          <w:szCs w:val="18"/>
        </w:rPr>
        <w:t>ორი</w:t>
      </w:r>
      <w:proofErr w:type="spellEnd"/>
      <w:r w:rsidR="001A1086">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სამუშაო</w:t>
      </w:r>
      <w:proofErr w:type="spellEnd"/>
      <w:r w:rsidRPr="00D73BDF">
        <w:rPr>
          <w:rFonts w:cstheme="majorHAnsi"/>
          <w:sz w:val="18"/>
          <w:szCs w:val="18"/>
        </w:rPr>
        <w:t xml:space="preserve"> </w:t>
      </w:r>
      <w:proofErr w:type="spellStart"/>
      <w:r w:rsidRPr="00D73BDF">
        <w:rPr>
          <w:rFonts w:ascii="Sylfaen" w:hAnsi="Sylfaen" w:cs="Sylfaen"/>
          <w:sz w:val="18"/>
          <w:szCs w:val="18"/>
        </w:rPr>
        <w:t>დღის</w:t>
      </w:r>
      <w:proofErr w:type="spellEnd"/>
      <w:r w:rsidRPr="00D73BDF">
        <w:rPr>
          <w:rFonts w:cstheme="majorHAnsi"/>
          <w:sz w:val="18"/>
          <w:szCs w:val="18"/>
        </w:rPr>
        <w:t xml:space="preserve"> </w:t>
      </w:r>
      <w:proofErr w:type="spellStart"/>
      <w:r w:rsidRPr="00D73BDF">
        <w:rPr>
          <w:rFonts w:ascii="Sylfaen" w:hAnsi="Sylfaen" w:cs="Sylfaen"/>
          <w:sz w:val="18"/>
          <w:szCs w:val="18"/>
        </w:rPr>
        <w:t>ვადაში</w:t>
      </w:r>
      <w:proofErr w:type="spellEnd"/>
      <w:r w:rsidRPr="00D73BDF">
        <w:rPr>
          <w:rFonts w:cstheme="majorHAnsi"/>
          <w:sz w:val="18"/>
          <w:szCs w:val="18"/>
        </w:rPr>
        <w:t>.</w:t>
      </w:r>
    </w:p>
    <w:p w14:paraId="767E664F" w14:textId="0D1541A8" w:rsidR="0048741B" w:rsidRPr="00900040" w:rsidRDefault="00A74260" w:rsidP="00185C20">
      <w:pPr>
        <w:pStyle w:val="CommentText"/>
        <w:jc w:val="both"/>
        <w:rPr>
          <w:rFonts w:ascii="Sylfaen" w:hAnsi="Sylfaen"/>
          <w:sz w:val="18"/>
          <w:szCs w:val="18"/>
        </w:rPr>
      </w:pPr>
      <w:r w:rsidRPr="00D73BDF">
        <w:rPr>
          <w:rFonts w:cstheme="majorHAnsi"/>
          <w:sz w:val="18"/>
          <w:szCs w:val="18"/>
        </w:rPr>
        <w:t>3.</w:t>
      </w:r>
      <w:r w:rsidR="001E6721">
        <w:rPr>
          <w:rFonts w:ascii="Sylfaen" w:hAnsi="Sylfaen" w:cstheme="majorHAnsi"/>
          <w:sz w:val="18"/>
          <w:szCs w:val="18"/>
          <w:lang w:val="ka-GE"/>
        </w:rPr>
        <w:t>3</w:t>
      </w:r>
      <w:r w:rsidRPr="00D73BDF">
        <w:rPr>
          <w:rFonts w:cstheme="majorHAnsi"/>
          <w:sz w:val="18"/>
          <w:szCs w:val="18"/>
        </w:rPr>
        <w:t>.1</w:t>
      </w:r>
      <w:r w:rsidR="00876CA8">
        <w:rPr>
          <w:rFonts w:cstheme="majorHAnsi"/>
          <w:sz w:val="18"/>
          <w:szCs w:val="18"/>
          <w:lang w:val="ka-GE"/>
        </w:rPr>
        <w:t>5</w:t>
      </w:r>
      <w:r w:rsidRPr="00D73BDF">
        <w:rPr>
          <w:rFonts w:cstheme="majorHAnsi"/>
          <w:sz w:val="18"/>
          <w:szCs w:val="18"/>
        </w:rPr>
        <w:t xml:space="preserve">. </w:t>
      </w:r>
      <w:proofErr w:type="spellStart"/>
      <w:r w:rsidRPr="00D73BDF">
        <w:rPr>
          <w:rFonts w:ascii="Sylfaen" w:hAnsi="Sylfaen" w:cs="Sylfaen"/>
          <w:sz w:val="18"/>
          <w:szCs w:val="18"/>
        </w:rPr>
        <w:t>შეადგინოს</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წარუდგინოს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დამკვეთს</w:t>
      </w:r>
      <w:proofErr w:type="spellEnd"/>
      <w:r w:rsidRPr="00D73BDF">
        <w:rPr>
          <w:rFonts w:cstheme="majorHAnsi"/>
          <w:sz w:val="18"/>
          <w:szCs w:val="18"/>
        </w:rPr>
        <w:t xml:space="preserve"> </w:t>
      </w:r>
      <w:proofErr w:type="spellStart"/>
      <w:r w:rsidRPr="00D73BDF">
        <w:rPr>
          <w:rFonts w:ascii="Sylfaen" w:hAnsi="Sylfaen" w:cs="Sylfaen"/>
          <w:sz w:val="18"/>
          <w:szCs w:val="18"/>
        </w:rPr>
        <w:t>ხელმოსაწერად</w:t>
      </w:r>
      <w:proofErr w:type="spellEnd"/>
      <w:r w:rsidRPr="00D73BDF">
        <w:rPr>
          <w:rFonts w:cstheme="majorHAnsi"/>
          <w:sz w:val="18"/>
          <w:szCs w:val="18"/>
        </w:rPr>
        <w:t xml:space="preserve"> </w:t>
      </w:r>
      <w:proofErr w:type="spellStart"/>
      <w:r w:rsidRPr="00D73BDF">
        <w:rPr>
          <w:rFonts w:ascii="Sylfaen" w:hAnsi="Sylfaen" w:cs="Sylfaen"/>
          <w:sz w:val="18"/>
          <w:szCs w:val="18"/>
        </w:rPr>
        <w:t>ფარული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შესახებ</w:t>
      </w:r>
      <w:proofErr w:type="spellEnd"/>
      <w:r w:rsidRPr="00D73BDF">
        <w:rPr>
          <w:rFonts w:cstheme="majorHAnsi"/>
          <w:sz w:val="18"/>
          <w:szCs w:val="18"/>
        </w:rPr>
        <w:t xml:space="preserve"> </w:t>
      </w:r>
      <w:proofErr w:type="spellStart"/>
      <w:r w:rsidRPr="00D73BDF">
        <w:rPr>
          <w:rFonts w:ascii="Sylfaen" w:hAnsi="Sylfaen" w:cs="Sylfaen"/>
          <w:sz w:val="18"/>
          <w:szCs w:val="18"/>
        </w:rPr>
        <w:t>აქტი</w:t>
      </w:r>
      <w:proofErr w:type="spellEnd"/>
      <w:r w:rsidRPr="00D73BDF">
        <w:rPr>
          <w:rFonts w:cstheme="majorHAnsi"/>
          <w:sz w:val="18"/>
          <w:szCs w:val="18"/>
        </w:rPr>
        <w:t xml:space="preserve">, </w:t>
      </w:r>
      <w:proofErr w:type="spellStart"/>
      <w:r w:rsidRPr="00D73BDF">
        <w:rPr>
          <w:rFonts w:ascii="Sylfaen" w:hAnsi="Sylfaen" w:cs="Sylfaen"/>
          <w:sz w:val="18"/>
          <w:szCs w:val="18"/>
        </w:rPr>
        <w:t>ყოველი</w:t>
      </w:r>
      <w:proofErr w:type="spellEnd"/>
      <w:r w:rsidRPr="00D73BDF">
        <w:rPr>
          <w:rFonts w:cstheme="majorHAnsi"/>
          <w:sz w:val="18"/>
          <w:szCs w:val="18"/>
        </w:rPr>
        <w:t xml:space="preserve"> </w:t>
      </w:r>
      <w:proofErr w:type="spellStart"/>
      <w:r w:rsidRPr="00D73BDF">
        <w:rPr>
          <w:rFonts w:ascii="Sylfaen" w:hAnsi="Sylfaen" w:cs="Sylfaen"/>
          <w:sz w:val="18"/>
          <w:szCs w:val="18"/>
        </w:rPr>
        <w:t>ასეთი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შესრულებიდან</w:t>
      </w:r>
      <w:proofErr w:type="spellEnd"/>
      <w:r w:rsidRPr="00D73BDF">
        <w:rPr>
          <w:rFonts w:cstheme="majorHAnsi"/>
          <w:sz w:val="18"/>
          <w:szCs w:val="18"/>
        </w:rPr>
        <w:t xml:space="preserve"> 5 (</w:t>
      </w:r>
      <w:proofErr w:type="spellStart"/>
      <w:r w:rsidRPr="00D73BDF">
        <w:rPr>
          <w:rFonts w:ascii="Sylfaen" w:hAnsi="Sylfaen" w:cs="Sylfaen"/>
          <w:sz w:val="18"/>
          <w:szCs w:val="18"/>
        </w:rPr>
        <w:t>ხუთი</w:t>
      </w:r>
      <w:proofErr w:type="spellEnd"/>
      <w:r w:rsidRPr="00D73BDF">
        <w:rPr>
          <w:rFonts w:cstheme="majorHAnsi"/>
          <w:sz w:val="18"/>
          <w:szCs w:val="18"/>
        </w:rPr>
        <w:t xml:space="preserve">) </w:t>
      </w:r>
      <w:proofErr w:type="spellStart"/>
      <w:r w:rsidRPr="00D73BDF">
        <w:rPr>
          <w:rFonts w:ascii="Sylfaen" w:hAnsi="Sylfaen" w:cs="Sylfaen"/>
          <w:sz w:val="18"/>
          <w:szCs w:val="18"/>
        </w:rPr>
        <w:t>კალენდარული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დღის</w:t>
      </w:r>
      <w:proofErr w:type="spellEnd"/>
      <w:r w:rsidRPr="00D73BDF">
        <w:rPr>
          <w:rFonts w:cstheme="majorHAnsi"/>
          <w:sz w:val="18"/>
          <w:szCs w:val="18"/>
        </w:rPr>
        <w:t xml:space="preserve"> </w:t>
      </w:r>
      <w:proofErr w:type="spellStart"/>
      <w:r w:rsidRPr="00D73BDF">
        <w:rPr>
          <w:rFonts w:ascii="Sylfaen" w:hAnsi="Sylfaen" w:cs="Sylfaen"/>
          <w:sz w:val="18"/>
          <w:szCs w:val="18"/>
        </w:rPr>
        <w:t>ვადაში</w:t>
      </w:r>
      <w:proofErr w:type="spellEnd"/>
      <w:r w:rsidRPr="00D73BDF">
        <w:rPr>
          <w:rFonts w:cstheme="majorHAnsi"/>
          <w:sz w:val="18"/>
          <w:szCs w:val="18"/>
        </w:rPr>
        <w:t>.</w:t>
      </w:r>
      <w:r w:rsidR="0048741B">
        <w:rPr>
          <w:rFonts w:ascii="Sylfaen" w:hAnsi="Sylfaen" w:cstheme="majorHAnsi"/>
          <w:sz w:val="18"/>
          <w:szCs w:val="18"/>
          <w:lang w:val="ka-GE"/>
        </w:rPr>
        <w:t xml:space="preserve"> </w:t>
      </w:r>
      <w:proofErr w:type="spellStart"/>
      <w:r w:rsidR="0048741B" w:rsidRPr="00900040">
        <w:rPr>
          <w:rFonts w:ascii="Sylfaen" w:hAnsi="Sylfaen"/>
          <w:sz w:val="18"/>
          <w:szCs w:val="18"/>
        </w:rPr>
        <w:t>ფარული</w:t>
      </w:r>
      <w:proofErr w:type="spellEnd"/>
      <w:r w:rsidR="0048741B" w:rsidRPr="00900040">
        <w:rPr>
          <w:rFonts w:ascii="Sylfaen" w:hAnsi="Sylfaen"/>
          <w:sz w:val="18"/>
          <w:szCs w:val="18"/>
        </w:rPr>
        <w:t xml:space="preserve"> </w:t>
      </w:r>
      <w:proofErr w:type="spellStart"/>
      <w:r w:rsidR="0048741B" w:rsidRPr="00900040">
        <w:rPr>
          <w:rFonts w:ascii="Sylfaen" w:hAnsi="Sylfaen"/>
          <w:sz w:val="18"/>
          <w:szCs w:val="18"/>
        </w:rPr>
        <w:t>სამუშაოს</w:t>
      </w:r>
      <w:proofErr w:type="spellEnd"/>
      <w:r w:rsidR="0048741B" w:rsidRPr="00900040">
        <w:rPr>
          <w:rFonts w:ascii="Sylfaen" w:hAnsi="Sylfaen"/>
          <w:sz w:val="18"/>
          <w:szCs w:val="18"/>
        </w:rPr>
        <w:t xml:space="preserve"> </w:t>
      </w:r>
      <w:proofErr w:type="spellStart"/>
      <w:r w:rsidR="0048741B" w:rsidRPr="00900040">
        <w:rPr>
          <w:rFonts w:ascii="Sylfaen" w:hAnsi="Sylfaen"/>
          <w:sz w:val="18"/>
          <w:szCs w:val="18"/>
        </w:rPr>
        <w:t>აქტი</w:t>
      </w:r>
      <w:proofErr w:type="spellEnd"/>
      <w:r w:rsidR="0048741B" w:rsidRPr="00900040">
        <w:rPr>
          <w:rFonts w:ascii="Sylfaen" w:hAnsi="Sylfaen"/>
          <w:sz w:val="18"/>
          <w:szCs w:val="18"/>
        </w:rPr>
        <w:t xml:space="preserve"> </w:t>
      </w:r>
      <w:proofErr w:type="spellStart"/>
      <w:r w:rsidR="0048741B" w:rsidRPr="00900040">
        <w:rPr>
          <w:rFonts w:ascii="Sylfaen" w:hAnsi="Sylfaen"/>
          <w:sz w:val="18"/>
          <w:szCs w:val="18"/>
        </w:rPr>
        <w:t>უნდა</w:t>
      </w:r>
      <w:proofErr w:type="spellEnd"/>
      <w:r w:rsidR="0048741B" w:rsidRPr="00900040">
        <w:rPr>
          <w:rFonts w:ascii="Sylfaen" w:hAnsi="Sylfaen"/>
          <w:sz w:val="18"/>
          <w:szCs w:val="18"/>
        </w:rPr>
        <w:t xml:space="preserve"> </w:t>
      </w:r>
      <w:proofErr w:type="spellStart"/>
      <w:r w:rsidR="0048741B" w:rsidRPr="00900040">
        <w:rPr>
          <w:rFonts w:ascii="Sylfaen" w:hAnsi="Sylfaen"/>
          <w:sz w:val="18"/>
          <w:szCs w:val="18"/>
        </w:rPr>
        <w:t>შედგეს</w:t>
      </w:r>
      <w:proofErr w:type="spellEnd"/>
      <w:r w:rsidR="0048741B" w:rsidRPr="00900040">
        <w:rPr>
          <w:rFonts w:ascii="Sylfaen" w:hAnsi="Sylfaen"/>
          <w:sz w:val="18"/>
          <w:szCs w:val="18"/>
        </w:rPr>
        <w:t xml:space="preserve"> </w:t>
      </w:r>
      <w:proofErr w:type="spellStart"/>
      <w:r w:rsidR="0048741B" w:rsidRPr="00900040">
        <w:rPr>
          <w:rFonts w:ascii="Sylfaen" w:hAnsi="Sylfaen"/>
          <w:sz w:val="18"/>
          <w:szCs w:val="18"/>
        </w:rPr>
        <w:t>და</w:t>
      </w:r>
      <w:proofErr w:type="spellEnd"/>
      <w:r w:rsidR="0048741B" w:rsidRPr="00900040">
        <w:rPr>
          <w:rFonts w:ascii="Sylfaen" w:hAnsi="Sylfaen"/>
          <w:sz w:val="18"/>
          <w:szCs w:val="18"/>
        </w:rPr>
        <w:t xml:space="preserve"> </w:t>
      </w:r>
      <w:proofErr w:type="spellStart"/>
      <w:r w:rsidR="0048741B" w:rsidRPr="00900040">
        <w:rPr>
          <w:rFonts w:ascii="Sylfaen" w:hAnsi="Sylfaen"/>
          <w:sz w:val="18"/>
          <w:szCs w:val="18"/>
        </w:rPr>
        <w:t>დადასტურდეს</w:t>
      </w:r>
      <w:proofErr w:type="spellEnd"/>
      <w:r w:rsidR="0048741B" w:rsidRPr="00900040">
        <w:rPr>
          <w:rFonts w:ascii="Sylfaen" w:hAnsi="Sylfaen"/>
          <w:sz w:val="18"/>
          <w:szCs w:val="18"/>
        </w:rPr>
        <w:t xml:space="preserve"> </w:t>
      </w:r>
      <w:proofErr w:type="spellStart"/>
      <w:r w:rsidR="0048741B" w:rsidRPr="00900040">
        <w:rPr>
          <w:rFonts w:ascii="Sylfaen" w:hAnsi="Sylfaen"/>
          <w:sz w:val="18"/>
          <w:szCs w:val="18"/>
        </w:rPr>
        <w:t>აღნიშნული</w:t>
      </w:r>
      <w:proofErr w:type="spellEnd"/>
      <w:r w:rsidR="0048741B" w:rsidRPr="00900040">
        <w:rPr>
          <w:rFonts w:ascii="Sylfaen" w:hAnsi="Sylfaen"/>
          <w:sz w:val="18"/>
          <w:szCs w:val="18"/>
        </w:rPr>
        <w:t xml:space="preserve"> </w:t>
      </w:r>
      <w:proofErr w:type="spellStart"/>
      <w:r w:rsidR="0048741B" w:rsidRPr="00900040">
        <w:rPr>
          <w:rFonts w:ascii="Sylfaen" w:hAnsi="Sylfaen"/>
          <w:sz w:val="18"/>
          <w:szCs w:val="18"/>
        </w:rPr>
        <w:t>სამუშაოს</w:t>
      </w:r>
      <w:proofErr w:type="spellEnd"/>
      <w:r w:rsidR="0048741B" w:rsidRPr="00900040">
        <w:rPr>
          <w:rFonts w:ascii="Sylfaen" w:hAnsi="Sylfaen"/>
          <w:sz w:val="18"/>
          <w:szCs w:val="18"/>
        </w:rPr>
        <w:t xml:space="preserve"> </w:t>
      </w:r>
      <w:proofErr w:type="spellStart"/>
      <w:r w:rsidR="0048741B" w:rsidRPr="00900040">
        <w:rPr>
          <w:rFonts w:ascii="Sylfaen" w:hAnsi="Sylfaen"/>
          <w:sz w:val="18"/>
          <w:szCs w:val="18"/>
        </w:rPr>
        <w:t>დახურვამდე</w:t>
      </w:r>
      <w:proofErr w:type="spellEnd"/>
      <w:r w:rsidR="0048741B" w:rsidRPr="00900040">
        <w:rPr>
          <w:rFonts w:ascii="Sylfaen" w:hAnsi="Sylfaen"/>
          <w:sz w:val="18"/>
          <w:szCs w:val="18"/>
        </w:rPr>
        <w:t>.</w:t>
      </w:r>
    </w:p>
    <w:p w14:paraId="282F91B0" w14:textId="7D66881D" w:rsidR="004B6084" w:rsidRPr="000A658A" w:rsidRDefault="00A74260" w:rsidP="00185C20">
      <w:pPr>
        <w:jc w:val="both"/>
        <w:rPr>
          <w:rFonts w:cstheme="majorHAnsi"/>
          <w:sz w:val="18"/>
          <w:szCs w:val="18"/>
          <w:lang w:val="ka-GE"/>
        </w:rPr>
      </w:pPr>
      <w:r w:rsidRPr="00D73BDF">
        <w:rPr>
          <w:rFonts w:cstheme="majorHAnsi"/>
          <w:sz w:val="18"/>
          <w:szCs w:val="18"/>
        </w:rPr>
        <w:t>3.3.1</w:t>
      </w:r>
      <w:r w:rsidR="00876CA8">
        <w:rPr>
          <w:rFonts w:ascii="Sylfaen" w:hAnsi="Sylfaen" w:cstheme="majorHAnsi"/>
          <w:sz w:val="18"/>
          <w:szCs w:val="18"/>
          <w:lang w:val="ka-GE"/>
        </w:rPr>
        <w:t>6</w:t>
      </w:r>
      <w:r w:rsidR="009E743E">
        <w:rPr>
          <w:rFonts w:ascii="Sylfaen" w:hAnsi="Sylfaen" w:cstheme="majorHAnsi"/>
          <w:sz w:val="18"/>
          <w:szCs w:val="18"/>
          <w:lang w:val="ka-GE"/>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w:t>
      </w:r>
      <w:proofErr w:type="spellStart"/>
      <w:r w:rsidRPr="00D73BDF">
        <w:rPr>
          <w:rFonts w:ascii="Sylfaen" w:hAnsi="Sylfaen" w:cs="Sylfaen"/>
          <w:sz w:val="18"/>
          <w:szCs w:val="18"/>
        </w:rPr>
        <w:t>პროექტის</w:t>
      </w:r>
      <w:proofErr w:type="spellEnd"/>
      <w:r w:rsidRPr="00D73BDF">
        <w:rPr>
          <w:rFonts w:cstheme="majorHAnsi"/>
          <w:sz w:val="18"/>
          <w:szCs w:val="18"/>
        </w:rPr>
        <w:t xml:space="preserve"> </w:t>
      </w:r>
      <w:proofErr w:type="spellStart"/>
      <w:r w:rsidRPr="00D73BDF">
        <w:rPr>
          <w:rFonts w:ascii="Sylfaen" w:hAnsi="Sylfaen" w:cs="Sylfaen"/>
          <w:sz w:val="18"/>
          <w:szCs w:val="18"/>
        </w:rPr>
        <w:t>საავტორო</w:t>
      </w:r>
      <w:proofErr w:type="spellEnd"/>
      <w:r w:rsidRPr="00D73BDF">
        <w:rPr>
          <w:rFonts w:cstheme="majorHAnsi"/>
          <w:sz w:val="18"/>
          <w:szCs w:val="18"/>
        </w:rPr>
        <w:t xml:space="preserve"> </w:t>
      </w:r>
      <w:proofErr w:type="spellStart"/>
      <w:r w:rsidRPr="00D73BDF">
        <w:rPr>
          <w:rFonts w:ascii="Sylfaen" w:hAnsi="Sylfaen" w:cs="Sylfaen"/>
          <w:sz w:val="18"/>
          <w:szCs w:val="18"/>
        </w:rPr>
        <w:t>ზედამხედველის</w:t>
      </w:r>
      <w:proofErr w:type="spellEnd"/>
      <w:r w:rsidRPr="00D73BDF">
        <w:rPr>
          <w:rFonts w:cstheme="majorHAnsi"/>
          <w:sz w:val="18"/>
          <w:szCs w:val="18"/>
        </w:rPr>
        <w:t xml:space="preserve"> </w:t>
      </w:r>
      <w:proofErr w:type="spellStart"/>
      <w:r w:rsidRPr="00D73BDF">
        <w:rPr>
          <w:rFonts w:ascii="Sylfaen" w:hAnsi="Sylfaen" w:cs="Sylfaen"/>
          <w:sz w:val="18"/>
          <w:szCs w:val="18"/>
        </w:rPr>
        <w:t>მხრიდან</w:t>
      </w:r>
      <w:proofErr w:type="spellEnd"/>
      <w:r w:rsidRPr="00D73BDF">
        <w:rPr>
          <w:rFonts w:cstheme="majorHAnsi"/>
          <w:sz w:val="18"/>
          <w:szCs w:val="18"/>
        </w:rPr>
        <w:t xml:space="preserve"> </w:t>
      </w:r>
      <w:proofErr w:type="spellStart"/>
      <w:r w:rsidRPr="00D73BDF">
        <w:rPr>
          <w:rFonts w:ascii="Sylfaen" w:hAnsi="Sylfaen" w:cs="Sylfaen"/>
          <w:sz w:val="18"/>
          <w:szCs w:val="18"/>
        </w:rPr>
        <w:t>დაფიქსირებული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ხარვეზების</w:t>
      </w:r>
      <w:proofErr w:type="spellEnd"/>
      <w:r w:rsidRPr="00D73BDF">
        <w:rPr>
          <w:rFonts w:cstheme="majorHAnsi"/>
          <w:sz w:val="18"/>
          <w:szCs w:val="18"/>
        </w:rPr>
        <w:t>/</w:t>
      </w:r>
      <w:proofErr w:type="spellStart"/>
      <w:r w:rsidRPr="00D73BDF">
        <w:rPr>
          <w:rFonts w:ascii="Sylfaen" w:hAnsi="Sylfaen" w:cs="Sylfaen"/>
          <w:sz w:val="18"/>
          <w:szCs w:val="18"/>
        </w:rPr>
        <w:t>ნებისმიერი</w:t>
      </w:r>
      <w:proofErr w:type="spellEnd"/>
      <w:r w:rsidRPr="00D73BDF">
        <w:rPr>
          <w:rFonts w:cstheme="majorHAnsi"/>
          <w:sz w:val="18"/>
          <w:szCs w:val="18"/>
        </w:rPr>
        <w:t xml:space="preserve"> </w:t>
      </w:r>
      <w:proofErr w:type="spellStart"/>
      <w:r w:rsidRPr="00D73BDF">
        <w:rPr>
          <w:rFonts w:ascii="Sylfaen" w:hAnsi="Sylfaen" w:cs="Sylfaen"/>
          <w:sz w:val="18"/>
          <w:szCs w:val="18"/>
        </w:rPr>
        <w:t>ნაკლის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მათ</w:t>
      </w:r>
      <w:proofErr w:type="spellEnd"/>
      <w:r w:rsidRPr="00D73BDF">
        <w:rPr>
          <w:rFonts w:cstheme="majorHAnsi"/>
          <w:sz w:val="18"/>
          <w:szCs w:val="18"/>
        </w:rPr>
        <w:t xml:space="preserve"> </w:t>
      </w:r>
      <w:proofErr w:type="spellStart"/>
      <w:r w:rsidRPr="00D73BDF">
        <w:rPr>
          <w:rFonts w:ascii="Sylfaen" w:hAnsi="Sylfaen" w:cs="Sylfaen"/>
          <w:sz w:val="18"/>
          <w:szCs w:val="18"/>
        </w:rPr>
        <w:t>შორის</w:t>
      </w:r>
      <w:proofErr w:type="spellEnd"/>
      <w:r w:rsidRPr="00D73BDF">
        <w:rPr>
          <w:rFonts w:cstheme="majorHAnsi"/>
          <w:sz w:val="18"/>
          <w:szCs w:val="18"/>
        </w:rPr>
        <w:t xml:space="preserve"> </w:t>
      </w:r>
      <w:r w:rsidR="00CD5235">
        <w:rPr>
          <w:rFonts w:ascii="Sylfaen" w:hAnsi="Sylfaen" w:cstheme="majorHAnsi"/>
          <w:sz w:val="18"/>
          <w:szCs w:val="18"/>
          <w:lang w:val="ka-GE"/>
        </w:rPr>
        <w:t>ა</w:t>
      </w:r>
      <w:r w:rsidR="00CD5235">
        <w:rPr>
          <w:rFonts w:ascii="Sylfaen" w:hAnsi="Sylfaen" w:cs="Sylfaen"/>
          <w:sz w:val="18"/>
          <w:szCs w:val="18"/>
          <w:lang w:val="ka-GE"/>
        </w:rPr>
        <w:t>ნგარიშებში</w:t>
      </w:r>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ზეპირსიტყვიერად</w:t>
      </w:r>
      <w:proofErr w:type="spellEnd"/>
      <w:r w:rsidRPr="00D73BDF">
        <w:rPr>
          <w:rFonts w:cstheme="majorHAnsi"/>
          <w:sz w:val="18"/>
          <w:szCs w:val="18"/>
        </w:rPr>
        <w:t xml:space="preserve"> </w:t>
      </w:r>
      <w:proofErr w:type="spellStart"/>
      <w:r w:rsidRPr="00D73BDF">
        <w:rPr>
          <w:rFonts w:ascii="Sylfaen" w:hAnsi="Sylfaen" w:cs="Sylfaen"/>
          <w:sz w:val="18"/>
          <w:szCs w:val="18"/>
        </w:rPr>
        <w:t>ხარვეზების</w:t>
      </w:r>
      <w:proofErr w:type="spellEnd"/>
      <w:r w:rsidRPr="00D73BDF">
        <w:rPr>
          <w:rFonts w:cstheme="majorHAnsi"/>
          <w:sz w:val="18"/>
          <w:szCs w:val="18"/>
        </w:rPr>
        <w:t>/</w:t>
      </w:r>
      <w:proofErr w:type="spellStart"/>
      <w:r w:rsidRPr="00D73BDF">
        <w:rPr>
          <w:rFonts w:ascii="Sylfaen" w:hAnsi="Sylfaen" w:cs="Sylfaen"/>
          <w:sz w:val="18"/>
          <w:szCs w:val="18"/>
        </w:rPr>
        <w:t>ნაკლის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გამოსწორების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წესების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მითითების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w:t>
      </w:r>
      <w:proofErr w:type="spellEnd"/>
      <w:r w:rsidRPr="00D73BDF">
        <w:rPr>
          <w:rFonts w:cstheme="majorHAnsi"/>
          <w:sz w:val="18"/>
          <w:szCs w:val="18"/>
        </w:rPr>
        <w:t xml:space="preserve"> </w:t>
      </w:r>
      <w:proofErr w:type="spellStart"/>
      <w:r w:rsidRPr="00D73BDF">
        <w:rPr>
          <w:rFonts w:ascii="Sylfaen" w:hAnsi="Sylfaen" w:cs="Sylfaen"/>
          <w:sz w:val="18"/>
          <w:szCs w:val="18"/>
        </w:rPr>
        <w:t>ხარვეზ</w:t>
      </w:r>
      <w:proofErr w:type="spellEnd"/>
      <w:r w:rsidR="000A658A">
        <w:rPr>
          <w:rFonts w:ascii="Sylfaen" w:hAnsi="Sylfaen" w:cs="Sylfaen"/>
          <w:sz w:val="18"/>
          <w:szCs w:val="18"/>
          <w:lang w:val="ka-GE"/>
        </w:rPr>
        <w:t>(</w:t>
      </w:r>
      <w:proofErr w:type="spellStart"/>
      <w:r w:rsidRPr="00D73BDF">
        <w:rPr>
          <w:rFonts w:ascii="Sylfaen" w:hAnsi="Sylfaen" w:cs="Sylfaen"/>
          <w:sz w:val="18"/>
          <w:szCs w:val="18"/>
        </w:rPr>
        <w:t>ებ</w:t>
      </w:r>
      <w:proofErr w:type="spellEnd"/>
      <w:r w:rsidR="000A658A">
        <w:rPr>
          <w:rFonts w:ascii="Sylfaen" w:hAnsi="Sylfaen" w:cs="Sylfaen"/>
          <w:sz w:val="18"/>
          <w:szCs w:val="18"/>
          <w:lang w:val="ka-GE"/>
        </w:rPr>
        <w:t>)</w:t>
      </w:r>
      <w:proofErr w:type="spellStart"/>
      <w:r w:rsidRPr="00D73BDF">
        <w:rPr>
          <w:rFonts w:ascii="Sylfaen" w:hAnsi="Sylfaen" w:cs="Sylfaen"/>
          <w:sz w:val="18"/>
          <w:szCs w:val="18"/>
        </w:rPr>
        <w:t>ის</w:t>
      </w:r>
      <w:proofErr w:type="spellEnd"/>
      <w:r w:rsidRPr="00D73BDF">
        <w:rPr>
          <w:rFonts w:cstheme="majorHAnsi"/>
          <w:sz w:val="18"/>
          <w:szCs w:val="18"/>
        </w:rPr>
        <w:t>/</w:t>
      </w:r>
      <w:proofErr w:type="spellStart"/>
      <w:r w:rsidRPr="00D73BDF">
        <w:rPr>
          <w:rFonts w:ascii="Sylfaen" w:hAnsi="Sylfaen" w:cs="Sylfaen"/>
          <w:sz w:val="18"/>
          <w:szCs w:val="18"/>
        </w:rPr>
        <w:t>ნაკლის</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r w:rsidR="00353196">
        <w:rPr>
          <w:rFonts w:ascii="Sylfaen" w:hAnsi="Sylfaen" w:cs="Sylfaen"/>
          <w:sz w:val="18"/>
          <w:szCs w:val="18"/>
          <w:lang w:val="ka-GE"/>
        </w:rPr>
        <w:t xml:space="preserve">წესების </w:t>
      </w:r>
      <w:proofErr w:type="spellStart"/>
      <w:r w:rsidRPr="00D73BDF">
        <w:rPr>
          <w:rFonts w:ascii="Sylfaen" w:hAnsi="Sylfaen" w:cs="Sylfaen"/>
          <w:sz w:val="18"/>
          <w:szCs w:val="18"/>
        </w:rPr>
        <w:t>თანახმად</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გამოსწორებასთან</w:t>
      </w:r>
      <w:proofErr w:type="spellEnd"/>
      <w:r w:rsidRPr="00D73BDF">
        <w:rPr>
          <w:rFonts w:cstheme="majorHAnsi"/>
          <w:sz w:val="18"/>
          <w:szCs w:val="18"/>
        </w:rPr>
        <w:t xml:space="preserve"> </w:t>
      </w:r>
      <w:proofErr w:type="spellStart"/>
      <w:r w:rsidRPr="00D73BDF">
        <w:rPr>
          <w:rFonts w:ascii="Sylfaen" w:hAnsi="Sylfaen" w:cs="Sylfaen"/>
          <w:sz w:val="18"/>
          <w:szCs w:val="18"/>
        </w:rPr>
        <w:t>ერთად</w:t>
      </w:r>
      <w:proofErr w:type="spellEnd"/>
      <w:r w:rsidRPr="00D73BDF">
        <w:rPr>
          <w:rFonts w:cstheme="majorHAnsi"/>
          <w:sz w:val="18"/>
          <w:szCs w:val="18"/>
        </w:rPr>
        <w:t xml:space="preserve">, </w:t>
      </w:r>
      <w:r w:rsidR="000A658A">
        <w:rPr>
          <w:rFonts w:ascii="Sylfaen" w:hAnsi="Sylfaen" w:cs="Sylfaen"/>
          <w:sz w:val="18"/>
          <w:szCs w:val="18"/>
          <w:lang w:val="ka-GE"/>
        </w:rPr>
        <w:t>მენარდე</w:t>
      </w:r>
      <w:r w:rsidRPr="00D73BDF">
        <w:rPr>
          <w:rFonts w:cstheme="majorHAnsi"/>
          <w:sz w:val="18"/>
          <w:szCs w:val="18"/>
        </w:rPr>
        <w:t xml:space="preserve"> </w:t>
      </w:r>
      <w:proofErr w:type="spellStart"/>
      <w:r w:rsidRPr="00D73BDF">
        <w:rPr>
          <w:rFonts w:ascii="Sylfaen" w:hAnsi="Sylfaen" w:cs="Sylfaen"/>
          <w:sz w:val="18"/>
          <w:szCs w:val="18"/>
        </w:rPr>
        <w:t>ასევე</w:t>
      </w:r>
      <w:proofErr w:type="spellEnd"/>
      <w:r w:rsidRPr="00D73BDF">
        <w:rPr>
          <w:rFonts w:cstheme="majorHAnsi"/>
          <w:sz w:val="18"/>
          <w:szCs w:val="18"/>
        </w:rPr>
        <w:t xml:space="preserve"> </w:t>
      </w:r>
      <w:proofErr w:type="spellStart"/>
      <w:r w:rsidRPr="00D73BDF">
        <w:rPr>
          <w:rFonts w:ascii="Sylfaen" w:hAnsi="Sylfaen" w:cs="Sylfaen"/>
          <w:sz w:val="18"/>
          <w:szCs w:val="18"/>
        </w:rPr>
        <w:t>ვალდებულია</w:t>
      </w:r>
      <w:proofErr w:type="spellEnd"/>
      <w:r w:rsidRPr="00D73BDF">
        <w:rPr>
          <w:rFonts w:cstheme="majorHAnsi"/>
          <w:sz w:val="18"/>
          <w:szCs w:val="18"/>
        </w:rPr>
        <w:t xml:space="preserve"> </w:t>
      </w:r>
      <w:proofErr w:type="spellStart"/>
      <w:r w:rsidRPr="00D73BDF">
        <w:rPr>
          <w:rFonts w:ascii="Sylfaen" w:hAnsi="Sylfaen" w:cs="Sylfaen"/>
          <w:sz w:val="18"/>
          <w:szCs w:val="18"/>
        </w:rPr>
        <w:t>მიაწოდოს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დამკვეთს</w:t>
      </w:r>
      <w:proofErr w:type="spellEnd"/>
      <w:r w:rsidRPr="00D73BDF">
        <w:rPr>
          <w:rFonts w:cstheme="majorHAnsi"/>
          <w:sz w:val="18"/>
          <w:szCs w:val="18"/>
        </w:rPr>
        <w:t xml:space="preserve"> </w:t>
      </w:r>
      <w:proofErr w:type="spellStart"/>
      <w:r w:rsidRPr="00D73BDF">
        <w:rPr>
          <w:rFonts w:ascii="Sylfaen" w:hAnsi="Sylfaen" w:cs="Sylfaen"/>
          <w:sz w:val="18"/>
          <w:szCs w:val="18"/>
        </w:rPr>
        <w:t>ასეთი</w:t>
      </w:r>
      <w:proofErr w:type="spellEnd"/>
      <w:r w:rsidRPr="00D73BDF">
        <w:rPr>
          <w:rFonts w:cstheme="majorHAnsi"/>
          <w:sz w:val="18"/>
          <w:szCs w:val="18"/>
        </w:rPr>
        <w:t xml:space="preserve"> </w:t>
      </w:r>
      <w:proofErr w:type="spellStart"/>
      <w:r w:rsidRPr="00D73BDF">
        <w:rPr>
          <w:rFonts w:ascii="Sylfaen" w:hAnsi="Sylfaen" w:cs="Sylfaen"/>
          <w:sz w:val="18"/>
          <w:szCs w:val="18"/>
        </w:rPr>
        <w:t>ხარვეზ</w:t>
      </w:r>
      <w:proofErr w:type="spellEnd"/>
      <w:r w:rsidR="000A658A">
        <w:rPr>
          <w:rFonts w:ascii="Sylfaen" w:hAnsi="Sylfaen" w:cs="Sylfaen"/>
          <w:sz w:val="18"/>
          <w:szCs w:val="18"/>
          <w:lang w:val="ka-GE"/>
        </w:rPr>
        <w:t>(</w:t>
      </w:r>
      <w:proofErr w:type="spellStart"/>
      <w:r w:rsidRPr="00D73BDF">
        <w:rPr>
          <w:rFonts w:ascii="Sylfaen" w:hAnsi="Sylfaen" w:cs="Sylfaen"/>
          <w:sz w:val="18"/>
          <w:szCs w:val="18"/>
        </w:rPr>
        <w:t>ებ</w:t>
      </w:r>
      <w:proofErr w:type="spellEnd"/>
      <w:r w:rsidR="000A658A">
        <w:rPr>
          <w:rFonts w:ascii="Sylfaen" w:hAnsi="Sylfaen" w:cstheme="majorHAnsi"/>
          <w:sz w:val="18"/>
          <w:szCs w:val="18"/>
          <w:lang w:val="ka-GE"/>
        </w:rPr>
        <w:t>)</w:t>
      </w:r>
      <w:proofErr w:type="spellStart"/>
      <w:r w:rsidRPr="00D73BDF">
        <w:rPr>
          <w:rFonts w:ascii="Sylfaen" w:hAnsi="Sylfaen" w:cs="Sylfaen"/>
          <w:sz w:val="18"/>
          <w:szCs w:val="18"/>
        </w:rPr>
        <w:t>ის</w:t>
      </w:r>
      <w:proofErr w:type="spellEnd"/>
      <w:r w:rsidRPr="00D73BDF">
        <w:rPr>
          <w:rFonts w:cstheme="majorHAnsi"/>
          <w:sz w:val="18"/>
          <w:szCs w:val="18"/>
        </w:rPr>
        <w:t>/</w:t>
      </w:r>
      <w:proofErr w:type="spellStart"/>
      <w:r w:rsidRPr="00D73BDF">
        <w:rPr>
          <w:rFonts w:ascii="Sylfaen" w:hAnsi="Sylfaen" w:cs="Sylfaen"/>
          <w:sz w:val="18"/>
          <w:szCs w:val="18"/>
        </w:rPr>
        <w:t>ნაკლის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გამოსწორების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მათ</w:t>
      </w:r>
      <w:proofErr w:type="spellEnd"/>
      <w:r w:rsidRPr="00D73BDF">
        <w:rPr>
          <w:rFonts w:cstheme="majorHAnsi"/>
          <w:sz w:val="18"/>
          <w:szCs w:val="18"/>
        </w:rPr>
        <w:t xml:space="preserve"> </w:t>
      </w:r>
      <w:proofErr w:type="spellStart"/>
      <w:r w:rsidRPr="00D73BDF">
        <w:rPr>
          <w:rFonts w:ascii="Sylfaen" w:hAnsi="Sylfaen" w:cs="Sylfaen"/>
          <w:sz w:val="18"/>
          <w:szCs w:val="18"/>
        </w:rPr>
        <w:t>შორის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გამოსწორების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საშუალებების</w:t>
      </w:r>
      <w:proofErr w:type="spellEnd"/>
      <w:r w:rsidRPr="00D73BDF">
        <w:rPr>
          <w:rFonts w:cstheme="majorHAnsi"/>
          <w:sz w:val="18"/>
          <w:szCs w:val="18"/>
        </w:rPr>
        <w:t>/</w:t>
      </w:r>
      <w:proofErr w:type="spellStart"/>
      <w:r w:rsidRPr="00D73BDF">
        <w:rPr>
          <w:rFonts w:ascii="Sylfaen" w:hAnsi="Sylfaen" w:cs="Sylfaen"/>
          <w:sz w:val="18"/>
          <w:szCs w:val="18"/>
        </w:rPr>
        <w:t>წესების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ამსახველი</w:t>
      </w:r>
      <w:proofErr w:type="spellEnd"/>
      <w:r w:rsidRPr="00D73BDF">
        <w:rPr>
          <w:rFonts w:cstheme="majorHAnsi"/>
          <w:sz w:val="18"/>
          <w:szCs w:val="18"/>
        </w:rPr>
        <w:t xml:space="preserve"> </w:t>
      </w:r>
      <w:proofErr w:type="spellStart"/>
      <w:r w:rsidRPr="00D73BDF">
        <w:rPr>
          <w:rFonts w:ascii="Sylfaen" w:hAnsi="Sylfaen" w:cs="Sylfaen"/>
          <w:sz w:val="18"/>
          <w:szCs w:val="18"/>
        </w:rPr>
        <w:t>ფოტომასალა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შესაბამისი</w:t>
      </w:r>
      <w:proofErr w:type="spellEnd"/>
      <w:r w:rsidRPr="00D73BDF">
        <w:rPr>
          <w:rFonts w:cstheme="majorHAnsi"/>
          <w:sz w:val="18"/>
          <w:szCs w:val="18"/>
        </w:rPr>
        <w:t xml:space="preserve"> </w:t>
      </w:r>
      <w:proofErr w:type="spellStart"/>
      <w:r w:rsidRPr="00D73BDF">
        <w:rPr>
          <w:rFonts w:ascii="Sylfaen" w:hAnsi="Sylfaen" w:cs="Sylfaen"/>
          <w:sz w:val="18"/>
          <w:szCs w:val="18"/>
        </w:rPr>
        <w:t>წერილობითი</w:t>
      </w:r>
      <w:proofErr w:type="spellEnd"/>
      <w:r w:rsidRPr="00D73BDF">
        <w:rPr>
          <w:rFonts w:cstheme="majorHAnsi"/>
          <w:sz w:val="18"/>
          <w:szCs w:val="18"/>
        </w:rPr>
        <w:t xml:space="preserve"> </w:t>
      </w:r>
      <w:proofErr w:type="spellStart"/>
      <w:r w:rsidRPr="00D73BDF">
        <w:rPr>
          <w:rFonts w:ascii="Sylfaen" w:hAnsi="Sylfaen" w:cs="Sylfaen"/>
          <w:sz w:val="18"/>
          <w:szCs w:val="18"/>
        </w:rPr>
        <w:t>ინფორმაცია</w:t>
      </w:r>
      <w:proofErr w:type="spellEnd"/>
      <w:r w:rsidR="000A658A">
        <w:rPr>
          <w:rFonts w:ascii="Sylfaen" w:hAnsi="Sylfaen" w:cs="Sylfaen"/>
          <w:sz w:val="18"/>
          <w:szCs w:val="18"/>
          <w:lang w:val="ka-GE"/>
        </w:rPr>
        <w:t xml:space="preserve"> </w:t>
      </w:r>
      <w:proofErr w:type="spellStart"/>
      <w:r w:rsidRPr="00D73BDF">
        <w:rPr>
          <w:rFonts w:ascii="Sylfaen" w:hAnsi="Sylfaen" w:cs="Sylfaen"/>
          <w:sz w:val="18"/>
          <w:szCs w:val="18"/>
        </w:rPr>
        <w:t>აღნიშნული</w:t>
      </w:r>
      <w:proofErr w:type="spellEnd"/>
      <w:r w:rsidRPr="00D73BDF">
        <w:rPr>
          <w:rFonts w:cstheme="majorHAnsi"/>
          <w:sz w:val="18"/>
          <w:szCs w:val="18"/>
        </w:rPr>
        <w:t xml:space="preserve"> </w:t>
      </w:r>
      <w:proofErr w:type="spellStart"/>
      <w:r w:rsidRPr="00D73BDF">
        <w:rPr>
          <w:rFonts w:ascii="Sylfaen" w:hAnsi="Sylfaen" w:cs="Sylfaen"/>
          <w:sz w:val="18"/>
          <w:szCs w:val="18"/>
        </w:rPr>
        <w:t>ხარვეზების</w:t>
      </w:r>
      <w:proofErr w:type="spellEnd"/>
      <w:r w:rsidRPr="00D73BDF">
        <w:rPr>
          <w:rFonts w:cstheme="majorHAnsi"/>
          <w:sz w:val="18"/>
          <w:szCs w:val="18"/>
        </w:rPr>
        <w:t>/</w:t>
      </w:r>
      <w:proofErr w:type="spellStart"/>
      <w:r w:rsidRPr="00D73BDF">
        <w:rPr>
          <w:rFonts w:ascii="Sylfaen" w:hAnsi="Sylfaen" w:cs="Sylfaen"/>
          <w:sz w:val="18"/>
          <w:szCs w:val="18"/>
        </w:rPr>
        <w:t>ნაკლის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გამოსწორებისთანავე</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პროექტის</w:t>
      </w:r>
      <w:proofErr w:type="spellEnd"/>
      <w:r w:rsidRPr="00D73BDF">
        <w:rPr>
          <w:rFonts w:cstheme="majorHAnsi"/>
          <w:sz w:val="18"/>
          <w:szCs w:val="18"/>
        </w:rPr>
        <w:t xml:space="preserve"> </w:t>
      </w:r>
      <w:proofErr w:type="spellStart"/>
      <w:r w:rsidRPr="00D73BDF">
        <w:rPr>
          <w:rFonts w:ascii="Sylfaen" w:hAnsi="Sylfaen" w:cs="Sylfaen"/>
          <w:sz w:val="18"/>
          <w:szCs w:val="18"/>
        </w:rPr>
        <w:t>საავტორო</w:t>
      </w:r>
      <w:proofErr w:type="spellEnd"/>
      <w:r w:rsidRPr="00D73BDF">
        <w:rPr>
          <w:rFonts w:cstheme="majorHAnsi"/>
          <w:sz w:val="18"/>
          <w:szCs w:val="18"/>
        </w:rPr>
        <w:t xml:space="preserve"> </w:t>
      </w:r>
      <w:proofErr w:type="spellStart"/>
      <w:r w:rsidRPr="00D73BDF">
        <w:rPr>
          <w:rFonts w:ascii="Sylfaen" w:hAnsi="Sylfaen" w:cs="Sylfaen"/>
          <w:sz w:val="18"/>
          <w:szCs w:val="18"/>
        </w:rPr>
        <w:t>ზედამხედველის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მითითების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შესაბამისად</w:t>
      </w:r>
      <w:proofErr w:type="spellEnd"/>
      <w:r w:rsidRPr="00D73BDF">
        <w:rPr>
          <w:rFonts w:cstheme="majorHAnsi"/>
          <w:sz w:val="18"/>
          <w:szCs w:val="18"/>
        </w:rPr>
        <w:t xml:space="preserve">. </w:t>
      </w:r>
      <w:proofErr w:type="spellStart"/>
      <w:r w:rsidRPr="00D73BDF">
        <w:rPr>
          <w:rFonts w:ascii="Sylfaen" w:hAnsi="Sylfaen" w:cs="Sylfaen"/>
          <w:sz w:val="18"/>
          <w:szCs w:val="18"/>
        </w:rPr>
        <w:t>ამ</w:t>
      </w:r>
      <w:proofErr w:type="spellEnd"/>
      <w:r w:rsidRPr="00D73BDF">
        <w:rPr>
          <w:rFonts w:cstheme="majorHAnsi"/>
          <w:sz w:val="18"/>
          <w:szCs w:val="18"/>
        </w:rPr>
        <w:t xml:space="preserve"> </w:t>
      </w:r>
      <w:proofErr w:type="spellStart"/>
      <w:r w:rsidRPr="00D73BDF">
        <w:rPr>
          <w:rFonts w:ascii="Sylfaen" w:hAnsi="Sylfaen" w:cs="Sylfaen"/>
          <w:sz w:val="18"/>
          <w:szCs w:val="18"/>
        </w:rPr>
        <w:t>პუნქტით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განსაზღვრული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ვალდებულების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შეუსრულებლობის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000A658A">
        <w:rPr>
          <w:rFonts w:ascii="Sylfaen" w:hAnsi="Sylfaen" w:cs="Sylfaen"/>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დამკვეთი</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უფლებამოსილია</w:t>
      </w:r>
      <w:proofErr w:type="spellEnd"/>
      <w:r w:rsidRPr="00D73BDF">
        <w:rPr>
          <w:rFonts w:cstheme="majorHAnsi"/>
          <w:sz w:val="18"/>
          <w:szCs w:val="18"/>
        </w:rPr>
        <w:t xml:space="preserve"> </w:t>
      </w:r>
      <w:proofErr w:type="spellStart"/>
      <w:r w:rsidRPr="00D73BDF">
        <w:rPr>
          <w:rFonts w:ascii="Sylfaen" w:hAnsi="Sylfaen" w:cs="Sylfaen"/>
          <w:sz w:val="18"/>
          <w:szCs w:val="18"/>
        </w:rPr>
        <w:t>დააკისროს</w:t>
      </w:r>
      <w:proofErr w:type="spellEnd"/>
      <w:r w:rsidRPr="00D73BDF">
        <w:rPr>
          <w:rFonts w:cstheme="majorHAnsi"/>
          <w:sz w:val="18"/>
          <w:szCs w:val="18"/>
        </w:rPr>
        <w:t xml:space="preserve"> </w:t>
      </w:r>
      <w:r w:rsidR="000A658A">
        <w:rPr>
          <w:rFonts w:ascii="Sylfaen" w:hAnsi="Sylfaen" w:cs="Sylfaen"/>
          <w:sz w:val="18"/>
          <w:szCs w:val="18"/>
          <w:lang w:val="ka-GE"/>
        </w:rPr>
        <w:t>მენარდეს</w:t>
      </w:r>
      <w:r w:rsidRPr="00D73BDF">
        <w:rPr>
          <w:rFonts w:cstheme="majorHAnsi"/>
          <w:sz w:val="18"/>
          <w:szCs w:val="18"/>
        </w:rPr>
        <w:t xml:space="preserve"> </w:t>
      </w:r>
      <w:proofErr w:type="spellStart"/>
      <w:r w:rsidRPr="00D73BDF">
        <w:rPr>
          <w:rFonts w:ascii="Sylfaen" w:hAnsi="Sylfaen" w:cs="Sylfaen"/>
          <w:sz w:val="18"/>
          <w:szCs w:val="18"/>
        </w:rPr>
        <w:t>ჯარიმა</w:t>
      </w:r>
      <w:proofErr w:type="spellEnd"/>
      <w:r w:rsidRPr="00D73BDF">
        <w:rPr>
          <w:rFonts w:cstheme="majorHAnsi"/>
          <w:sz w:val="18"/>
          <w:szCs w:val="18"/>
        </w:rPr>
        <w:t xml:space="preserve"> </w:t>
      </w:r>
      <w:proofErr w:type="spellStart"/>
      <w:r w:rsidRPr="00D73BDF">
        <w:rPr>
          <w:rFonts w:ascii="Sylfaen" w:hAnsi="Sylfaen" w:cs="Sylfaen"/>
          <w:sz w:val="18"/>
          <w:szCs w:val="18"/>
        </w:rPr>
        <w:t>დახარვეზებული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ღირებულების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ოდენობით</w:t>
      </w:r>
      <w:proofErr w:type="spellEnd"/>
      <w:r w:rsidR="000A658A">
        <w:rPr>
          <w:rFonts w:ascii="Sylfaen" w:hAnsi="Sylfaen" w:cs="Sylfaen"/>
          <w:sz w:val="18"/>
          <w:szCs w:val="18"/>
          <w:lang w:val="ka-GE"/>
        </w:rPr>
        <w:t>.</w:t>
      </w:r>
    </w:p>
    <w:p w14:paraId="43F4DAA3" w14:textId="26760D5C" w:rsidR="004B6084" w:rsidRPr="00D73BDF" w:rsidRDefault="00A74260" w:rsidP="00185C20">
      <w:pPr>
        <w:jc w:val="both"/>
        <w:rPr>
          <w:rFonts w:cstheme="majorHAnsi"/>
          <w:sz w:val="18"/>
          <w:szCs w:val="18"/>
        </w:rPr>
      </w:pPr>
      <w:r w:rsidRPr="00D73BDF">
        <w:rPr>
          <w:rFonts w:cstheme="majorHAnsi"/>
          <w:sz w:val="18"/>
          <w:szCs w:val="18"/>
        </w:rPr>
        <w:t>3.3.</w:t>
      </w:r>
      <w:r w:rsidR="009E743E">
        <w:rPr>
          <w:rFonts w:ascii="Sylfaen" w:hAnsi="Sylfaen" w:cstheme="majorHAnsi"/>
          <w:sz w:val="18"/>
          <w:szCs w:val="18"/>
          <w:lang w:val="ka-GE"/>
        </w:rPr>
        <w:t>1</w:t>
      </w:r>
      <w:r w:rsidR="00876CA8">
        <w:rPr>
          <w:rFonts w:ascii="Sylfaen" w:hAnsi="Sylfaen" w:cstheme="majorHAnsi"/>
          <w:sz w:val="18"/>
          <w:szCs w:val="18"/>
          <w:lang w:val="ka-GE"/>
        </w:rPr>
        <w:t>7</w:t>
      </w:r>
      <w:r w:rsidR="009E743E">
        <w:rPr>
          <w:rFonts w:ascii="Sylfaen" w:hAnsi="Sylfaen" w:cstheme="majorHAnsi"/>
          <w:sz w:val="18"/>
          <w:szCs w:val="18"/>
          <w:lang w:val="ka-GE"/>
        </w:rPr>
        <w:t xml:space="preserve">. </w:t>
      </w:r>
      <w:r w:rsidRPr="00D73BDF">
        <w:rPr>
          <w:rFonts w:cstheme="majorHAnsi"/>
          <w:sz w:val="18"/>
          <w:szCs w:val="18"/>
        </w:rPr>
        <w:t xml:space="preserve"> </w:t>
      </w:r>
      <w:proofErr w:type="spellStart"/>
      <w:r w:rsidRPr="00D73BDF">
        <w:rPr>
          <w:rFonts w:ascii="Sylfaen" w:hAnsi="Sylfaen" w:cs="Sylfaen"/>
          <w:sz w:val="18"/>
          <w:szCs w:val="18"/>
        </w:rPr>
        <w:t>წინამდებარე</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ხელშკრულების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მოქმედების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პერიოდში</w:t>
      </w:r>
      <w:proofErr w:type="spellEnd"/>
      <w:r w:rsidRPr="00D73BDF">
        <w:rPr>
          <w:rFonts w:cstheme="majorHAnsi"/>
          <w:sz w:val="18"/>
          <w:szCs w:val="18"/>
        </w:rPr>
        <w:t xml:space="preserve"> </w:t>
      </w:r>
      <w:r w:rsidR="000A658A">
        <w:rPr>
          <w:rFonts w:ascii="Sylfaen" w:hAnsi="Sylfaen" w:cs="Sylfaen"/>
          <w:sz w:val="18"/>
          <w:szCs w:val="18"/>
          <w:lang w:val="ka-GE"/>
        </w:rPr>
        <w:t>მენარდე</w:t>
      </w:r>
      <w:r w:rsidRPr="00D73BDF">
        <w:rPr>
          <w:rFonts w:cstheme="majorHAnsi"/>
          <w:sz w:val="18"/>
          <w:szCs w:val="18"/>
        </w:rPr>
        <w:t xml:space="preserve"> </w:t>
      </w:r>
      <w:proofErr w:type="spellStart"/>
      <w:r w:rsidRPr="00D73BDF">
        <w:rPr>
          <w:rFonts w:ascii="Sylfaen" w:hAnsi="Sylfaen" w:cs="Sylfaen"/>
          <w:sz w:val="18"/>
          <w:szCs w:val="18"/>
        </w:rPr>
        <w:t>უზრუნველყოფს</w:t>
      </w:r>
      <w:proofErr w:type="spellEnd"/>
      <w:r w:rsidRPr="00D73BDF">
        <w:rPr>
          <w:rFonts w:cstheme="majorHAnsi"/>
          <w:sz w:val="18"/>
          <w:szCs w:val="18"/>
        </w:rPr>
        <w:t xml:space="preserve"> </w:t>
      </w:r>
      <w:proofErr w:type="spellStart"/>
      <w:r w:rsidRPr="00D73BDF">
        <w:rPr>
          <w:rFonts w:ascii="Sylfaen" w:hAnsi="Sylfaen" w:cs="Sylfaen"/>
          <w:sz w:val="18"/>
          <w:szCs w:val="18"/>
        </w:rPr>
        <w:t>ინჟინერისა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პროექტის</w:t>
      </w:r>
      <w:proofErr w:type="spellEnd"/>
      <w:r w:rsidRPr="00D73BDF">
        <w:rPr>
          <w:rFonts w:cstheme="majorHAnsi"/>
          <w:sz w:val="18"/>
          <w:szCs w:val="18"/>
        </w:rPr>
        <w:t xml:space="preserve"> </w:t>
      </w:r>
      <w:proofErr w:type="spellStart"/>
      <w:r w:rsidRPr="00D73BDF">
        <w:rPr>
          <w:rFonts w:ascii="Sylfaen" w:hAnsi="Sylfaen" w:cs="Sylfaen"/>
          <w:sz w:val="18"/>
          <w:szCs w:val="18"/>
        </w:rPr>
        <w:t>ზედამხედველობის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განმახორციელებ</w:t>
      </w:r>
      <w:r w:rsidR="00604DD7">
        <w:rPr>
          <w:rFonts w:ascii="Sylfaen" w:hAnsi="Sylfaen" w:cs="Sylfaen"/>
          <w:sz w:val="18"/>
          <w:szCs w:val="18"/>
        </w:rPr>
        <w:t>ე</w:t>
      </w:r>
      <w:r w:rsidRPr="00D73BDF">
        <w:rPr>
          <w:rFonts w:ascii="Sylfaen" w:hAnsi="Sylfaen" w:cs="Sylfaen"/>
          <w:sz w:val="18"/>
          <w:szCs w:val="18"/>
        </w:rPr>
        <w:t>ლი</w:t>
      </w:r>
      <w:proofErr w:type="spellEnd"/>
      <w:r w:rsidRPr="00D73BDF">
        <w:rPr>
          <w:rFonts w:cstheme="majorHAnsi"/>
          <w:sz w:val="18"/>
          <w:szCs w:val="18"/>
        </w:rPr>
        <w:t xml:space="preserve"> </w:t>
      </w:r>
      <w:proofErr w:type="spellStart"/>
      <w:r w:rsidRPr="00D73BDF">
        <w:rPr>
          <w:rFonts w:ascii="Sylfaen" w:hAnsi="Sylfaen" w:cs="Sylfaen"/>
          <w:sz w:val="18"/>
          <w:szCs w:val="18"/>
        </w:rPr>
        <w:t>პირების</w:t>
      </w:r>
      <w:proofErr w:type="spellEnd"/>
      <w:r w:rsidR="00624F91">
        <w:rPr>
          <w:rFonts w:ascii="Sylfaen" w:hAnsi="Sylfaen" w:cstheme="majorHAnsi"/>
          <w:sz w:val="18"/>
          <w:szCs w:val="18"/>
        </w:rPr>
        <w:t xml:space="preserve"> </w:t>
      </w:r>
      <w:proofErr w:type="spellStart"/>
      <w:r w:rsidRPr="00D73BDF">
        <w:rPr>
          <w:rFonts w:ascii="Sylfaen" w:hAnsi="Sylfaen" w:cs="Sylfaen"/>
          <w:sz w:val="18"/>
          <w:szCs w:val="18"/>
        </w:rPr>
        <w:t>ყოფნას</w:t>
      </w:r>
      <w:proofErr w:type="spellEnd"/>
      <w:r w:rsidRPr="00D73BDF">
        <w:rPr>
          <w:rFonts w:cstheme="majorHAnsi"/>
          <w:sz w:val="18"/>
          <w:szCs w:val="18"/>
        </w:rPr>
        <w:t xml:space="preserve"> </w:t>
      </w:r>
      <w:proofErr w:type="spellStart"/>
      <w:r w:rsidRPr="00D73BDF">
        <w:rPr>
          <w:rFonts w:ascii="Sylfaen" w:hAnsi="Sylfaen" w:cs="Sylfaen"/>
          <w:sz w:val="18"/>
          <w:szCs w:val="18"/>
        </w:rPr>
        <w:t>ობიექტზე</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w:t>
      </w:r>
      <w:proofErr w:type="spellEnd"/>
      <w:r w:rsidRPr="00D73BDF">
        <w:rPr>
          <w:rFonts w:cstheme="majorHAnsi"/>
          <w:sz w:val="18"/>
          <w:szCs w:val="18"/>
        </w:rPr>
        <w:t xml:space="preserve"> </w:t>
      </w:r>
      <w:proofErr w:type="spellStart"/>
      <w:r w:rsidRPr="00D73BDF">
        <w:rPr>
          <w:rFonts w:ascii="Sylfaen" w:hAnsi="Sylfaen" w:cs="Sylfaen"/>
          <w:sz w:val="18"/>
          <w:szCs w:val="18"/>
        </w:rPr>
        <w:t>საათების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განმავლობაში</w:t>
      </w:r>
      <w:proofErr w:type="spellEnd"/>
      <w:r w:rsidRPr="00D73BDF">
        <w:rPr>
          <w:rFonts w:cstheme="majorHAnsi"/>
          <w:sz w:val="18"/>
          <w:szCs w:val="18"/>
        </w:rPr>
        <w:t xml:space="preserve">. </w:t>
      </w:r>
      <w:proofErr w:type="spellStart"/>
      <w:r w:rsidRPr="00D73BDF">
        <w:rPr>
          <w:rFonts w:ascii="Sylfaen" w:hAnsi="Sylfaen" w:cs="Sylfaen"/>
          <w:sz w:val="18"/>
          <w:szCs w:val="18"/>
        </w:rPr>
        <w:t>იმ</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თუ</w:t>
      </w:r>
      <w:proofErr w:type="spellEnd"/>
      <w:r w:rsidRPr="00D73BDF">
        <w:rPr>
          <w:rFonts w:cstheme="majorHAnsi"/>
          <w:sz w:val="18"/>
          <w:szCs w:val="18"/>
        </w:rPr>
        <w:t xml:space="preserve"> </w:t>
      </w:r>
      <w:proofErr w:type="spellStart"/>
      <w:r w:rsidRPr="00D73BDF">
        <w:rPr>
          <w:rFonts w:ascii="Sylfaen" w:hAnsi="Sylfaen" w:cs="Sylfaen"/>
          <w:sz w:val="18"/>
          <w:szCs w:val="18"/>
        </w:rPr>
        <w:t>ხსენებული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პირები</w:t>
      </w:r>
      <w:proofErr w:type="spellEnd"/>
      <w:r w:rsidRPr="00D73BDF">
        <w:rPr>
          <w:rFonts w:cstheme="majorHAnsi"/>
          <w:sz w:val="18"/>
          <w:szCs w:val="18"/>
        </w:rPr>
        <w:t xml:space="preserve"> </w:t>
      </w:r>
      <w:proofErr w:type="spellStart"/>
      <w:r w:rsidRPr="00D73BDF">
        <w:rPr>
          <w:rFonts w:ascii="Sylfaen" w:hAnsi="Sylfaen" w:cs="Sylfaen"/>
          <w:sz w:val="18"/>
          <w:szCs w:val="18"/>
        </w:rPr>
        <w:t>წინამდებარე</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მოქმედების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პერიოდში</w:t>
      </w:r>
      <w:proofErr w:type="spellEnd"/>
      <w:r w:rsidRPr="00D73BDF">
        <w:rPr>
          <w:rFonts w:cstheme="majorHAnsi"/>
          <w:sz w:val="18"/>
          <w:szCs w:val="18"/>
        </w:rPr>
        <w:t xml:space="preserve"> </w:t>
      </w:r>
      <w:proofErr w:type="spellStart"/>
      <w:r w:rsidRPr="00D73BDF">
        <w:rPr>
          <w:rFonts w:ascii="Sylfaen" w:hAnsi="Sylfaen" w:cs="Sylfaen"/>
          <w:sz w:val="18"/>
          <w:szCs w:val="18"/>
        </w:rPr>
        <w:t>ნებისმიერი</w:t>
      </w:r>
      <w:proofErr w:type="spellEnd"/>
      <w:r w:rsidRPr="00D73BDF">
        <w:rPr>
          <w:rFonts w:cstheme="majorHAnsi"/>
          <w:sz w:val="18"/>
          <w:szCs w:val="18"/>
        </w:rPr>
        <w:t xml:space="preserve"> </w:t>
      </w:r>
      <w:proofErr w:type="spellStart"/>
      <w:r w:rsidRPr="00D73BDF">
        <w:rPr>
          <w:rFonts w:ascii="Sylfaen" w:hAnsi="Sylfaen" w:cs="Sylfaen"/>
          <w:sz w:val="18"/>
          <w:szCs w:val="18"/>
        </w:rPr>
        <w:t>მიზეზით</w:t>
      </w:r>
      <w:proofErr w:type="spellEnd"/>
      <w:r w:rsidRPr="00D73BDF">
        <w:rPr>
          <w:rFonts w:cstheme="majorHAnsi"/>
          <w:sz w:val="18"/>
          <w:szCs w:val="18"/>
        </w:rPr>
        <w:t xml:space="preserve"> </w:t>
      </w:r>
      <w:proofErr w:type="spellStart"/>
      <w:r w:rsidRPr="00D73BDF">
        <w:rPr>
          <w:rFonts w:ascii="Sylfaen" w:hAnsi="Sylfaen" w:cs="Sylfaen"/>
          <w:sz w:val="18"/>
          <w:szCs w:val="18"/>
        </w:rPr>
        <w:t>დატოვებენ</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თანამდებობას</w:t>
      </w:r>
      <w:proofErr w:type="spellEnd"/>
      <w:r w:rsidRPr="00D73BDF">
        <w:rPr>
          <w:rFonts w:cstheme="majorHAnsi"/>
          <w:sz w:val="18"/>
          <w:szCs w:val="18"/>
        </w:rPr>
        <w:t xml:space="preserve">, </w:t>
      </w:r>
      <w:r w:rsidR="000A658A">
        <w:rPr>
          <w:rFonts w:ascii="Sylfaen" w:hAnsi="Sylfaen" w:cs="Sylfaen"/>
          <w:sz w:val="18"/>
          <w:szCs w:val="18"/>
          <w:lang w:val="ka-GE"/>
        </w:rPr>
        <w:t>მენარდე</w:t>
      </w:r>
      <w:r w:rsidRPr="00D73BDF">
        <w:rPr>
          <w:rFonts w:cstheme="majorHAnsi"/>
          <w:sz w:val="18"/>
          <w:szCs w:val="18"/>
        </w:rPr>
        <w:t xml:space="preserve"> </w:t>
      </w:r>
      <w:proofErr w:type="spellStart"/>
      <w:r w:rsidRPr="00D73BDF">
        <w:rPr>
          <w:rFonts w:ascii="Sylfaen" w:hAnsi="Sylfaen" w:cs="Sylfaen"/>
          <w:sz w:val="18"/>
          <w:szCs w:val="18"/>
        </w:rPr>
        <w:t>ვალდებულია</w:t>
      </w:r>
      <w:proofErr w:type="spellEnd"/>
      <w:r w:rsidRPr="00D73BDF">
        <w:rPr>
          <w:rFonts w:cstheme="majorHAnsi"/>
          <w:sz w:val="18"/>
          <w:szCs w:val="18"/>
        </w:rPr>
        <w:t xml:space="preserve"> </w:t>
      </w:r>
      <w:proofErr w:type="spellStart"/>
      <w:r w:rsidRPr="00D73BDF">
        <w:rPr>
          <w:rFonts w:ascii="Sylfaen" w:hAnsi="Sylfaen" w:cs="Sylfaen"/>
          <w:sz w:val="18"/>
          <w:szCs w:val="18"/>
        </w:rPr>
        <w:t>დაუყოვნებლივ</w:t>
      </w:r>
      <w:proofErr w:type="spellEnd"/>
      <w:r w:rsidRPr="00D73BDF">
        <w:rPr>
          <w:rFonts w:cstheme="majorHAnsi"/>
          <w:sz w:val="18"/>
          <w:szCs w:val="18"/>
        </w:rPr>
        <w:t xml:space="preserve"> </w:t>
      </w:r>
      <w:proofErr w:type="spellStart"/>
      <w:r w:rsidRPr="00D73BDF">
        <w:rPr>
          <w:rFonts w:ascii="Sylfaen" w:hAnsi="Sylfaen" w:cs="Sylfaen"/>
          <w:sz w:val="18"/>
          <w:szCs w:val="18"/>
        </w:rPr>
        <w:t>აცნობოს</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შესახებ</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დამკვეთს</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შესათანხმებლად</w:t>
      </w:r>
      <w:proofErr w:type="spellEnd"/>
      <w:r w:rsidRPr="00D73BDF">
        <w:rPr>
          <w:rFonts w:cstheme="majorHAnsi"/>
          <w:sz w:val="18"/>
          <w:szCs w:val="18"/>
        </w:rPr>
        <w:t xml:space="preserve"> </w:t>
      </w:r>
      <w:proofErr w:type="spellStart"/>
      <w:r w:rsidRPr="00D73BDF">
        <w:rPr>
          <w:rFonts w:ascii="Sylfaen" w:hAnsi="Sylfaen" w:cs="Sylfaen"/>
          <w:sz w:val="18"/>
          <w:szCs w:val="18"/>
        </w:rPr>
        <w:t>წარუდგინოს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დამკვეთს</w:t>
      </w:r>
      <w:proofErr w:type="spellEnd"/>
      <w:r w:rsidRPr="00D73BDF">
        <w:rPr>
          <w:rFonts w:cstheme="majorHAnsi"/>
          <w:sz w:val="18"/>
          <w:szCs w:val="18"/>
        </w:rPr>
        <w:t xml:space="preserve"> </w:t>
      </w:r>
      <w:proofErr w:type="spellStart"/>
      <w:r w:rsidRPr="00D73BDF">
        <w:rPr>
          <w:rFonts w:ascii="Sylfaen" w:hAnsi="Sylfaen" w:cs="Sylfaen"/>
          <w:sz w:val="18"/>
          <w:szCs w:val="18"/>
        </w:rPr>
        <w:t>მისთვის</w:t>
      </w:r>
      <w:proofErr w:type="spellEnd"/>
      <w:r w:rsidRPr="00D73BDF">
        <w:rPr>
          <w:rFonts w:cstheme="majorHAnsi"/>
          <w:sz w:val="18"/>
          <w:szCs w:val="18"/>
        </w:rPr>
        <w:t xml:space="preserve"> </w:t>
      </w:r>
      <w:r w:rsidR="000A658A">
        <w:rPr>
          <w:rFonts w:ascii="Sylfaen" w:hAnsi="Sylfaen" w:cstheme="majorHAnsi"/>
          <w:sz w:val="18"/>
          <w:szCs w:val="18"/>
          <w:lang w:val="ka-GE"/>
        </w:rPr>
        <w:t>(</w:t>
      </w:r>
      <w:proofErr w:type="spellStart"/>
      <w:r w:rsidRPr="00D73BDF">
        <w:rPr>
          <w:rFonts w:ascii="Sylfaen" w:hAnsi="Sylfaen" w:cs="Sylfaen"/>
          <w:sz w:val="18"/>
          <w:szCs w:val="18"/>
        </w:rPr>
        <w:t>დამკვეთისათვის</w:t>
      </w:r>
      <w:proofErr w:type="spellEnd"/>
      <w:r w:rsidR="000A658A">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მისაღები</w:t>
      </w:r>
      <w:proofErr w:type="spellEnd"/>
      <w:r w:rsidRPr="00D73BDF">
        <w:rPr>
          <w:rFonts w:cstheme="majorHAnsi"/>
          <w:sz w:val="18"/>
          <w:szCs w:val="18"/>
        </w:rPr>
        <w:t xml:space="preserve"> </w:t>
      </w:r>
      <w:proofErr w:type="spellStart"/>
      <w:r w:rsidRPr="00D73BDF">
        <w:rPr>
          <w:rFonts w:ascii="Sylfaen" w:hAnsi="Sylfaen" w:cs="Sylfaen"/>
          <w:sz w:val="18"/>
          <w:szCs w:val="18"/>
        </w:rPr>
        <w:t>კვალიფიკაციის</w:t>
      </w:r>
      <w:proofErr w:type="spellEnd"/>
      <w:r w:rsidRPr="00D73BDF">
        <w:rPr>
          <w:rFonts w:cstheme="majorHAnsi"/>
          <w:sz w:val="18"/>
          <w:szCs w:val="18"/>
        </w:rPr>
        <w:t xml:space="preserve"> </w:t>
      </w:r>
      <w:proofErr w:type="spellStart"/>
      <w:r w:rsidRPr="00D73BDF">
        <w:rPr>
          <w:rFonts w:ascii="Sylfaen" w:hAnsi="Sylfaen" w:cs="Sylfaen"/>
          <w:sz w:val="18"/>
          <w:szCs w:val="18"/>
        </w:rPr>
        <w:t>მქონე</w:t>
      </w:r>
      <w:proofErr w:type="spellEnd"/>
      <w:r w:rsidRPr="00D73BDF">
        <w:rPr>
          <w:rFonts w:cstheme="majorHAnsi"/>
          <w:sz w:val="18"/>
          <w:szCs w:val="18"/>
        </w:rPr>
        <w:t xml:space="preserve"> </w:t>
      </w:r>
      <w:proofErr w:type="spellStart"/>
      <w:r w:rsidRPr="00D73BDF">
        <w:rPr>
          <w:rFonts w:ascii="Sylfaen" w:hAnsi="Sylfaen" w:cs="Sylfaen"/>
          <w:sz w:val="18"/>
          <w:szCs w:val="18"/>
        </w:rPr>
        <w:t>სპეციალისტები</w:t>
      </w:r>
      <w:proofErr w:type="spellEnd"/>
      <w:r w:rsidRPr="00D73BDF">
        <w:rPr>
          <w:rFonts w:cstheme="majorHAnsi"/>
          <w:sz w:val="18"/>
          <w:szCs w:val="18"/>
        </w:rPr>
        <w:t xml:space="preserve">, </w:t>
      </w:r>
      <w:proofErr w:type="spellStart"/>
      <w:r w:rsidRPr="00D73BDF">
        <w:rPr>
          <w:rFonts w:ascii="Sylfaen" w:hAnsi="Sylfaen" w:cs="Sylfaen"/>
          <w:sz w:val="18"/>
          <w:szCs w:val="18"/>
        </w:rPr>
        <w:t>რომლებიც</w:t>
      </w:r>
      <w:proofErr w:type="spellEnd"/>
      <w:r w:rsidRPr="00D73BDF">
        <w:rPr>
          <w:rFonts w:cstheme="majorHAnsi"/>
          <w:sz w:val="18"/>
          <w:szCs w:val="18"/>
        </w:rPr>
        <w:t xml:space="preserve"> </w:t>
      </w:r>
      <w:proofErr w:type="spellStart"/>
      <w:r w:rsidRPr="00D73BDF">
        <w:rPr>
          <w:rFonts w:ascii="Sylfaen" w:hAnsi="Sylfaen" w:cs="Sylfaen"/>
          <w:sz w:val="18"/>
          <w:szCs w:val="18"/>
        </w:rPr>
        <w:t>აღჭურვილნი</w:t>
      </w:r>
      <w:proofErr w:type="spellEnd"/>
      <w:r w:rsidR="000A658A">
        <w:rPr>
          <w:rFonts w:ascii="Sylfaen" w:hAnsi="Sylfaen" w:cs="Sylfaen"/>
          <w:sz w:val="18"/>
          <w:szCs w:val="18"/>
          <w:lang w:val="ka-GE"/>
        </w:rPr>
        <w:t xml:space="preserve"> </w:t>
      </w:r>
      <w:proofErr w:type="spellStart"/>
      <w:r w:rsidRPr="00D73BDF">
        <w:rPr>
          <w:rFonts w:ascii="Sylfaen" w:hAnsi="Sylfaen" w:cs="Sylfaen"/>
          <w:sz w:val="18"/>
          <w:szCs w:val="18"/>
        </w:rPr>
        <w:t>იქნებიან</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შესაბამისი</w:t>
      </w:r>
      <w:proofErr w:type="spellEnd"/>
      <w:r w:rsidRPr="00D73BDF">
        <w:rPr>
          <w:rFonts w:cstheme="majorHAnsi"/>
          <w:sz w:val="18"/>
          <w:szCs w:val="18"/>
        </w:rPr>
        <w:t xml:space="preserve"> </w:t>
      </w:r>
      <w:proofErr w:type="spellStart"/>
      <w:r w:rsidRPr="00D73BDF">
        <w:rPr>
          <w:rFonts w:ascii="Sylfaen" w:hAnsi="Sylfaen" w:cs="Sylfaen"/>
          <w:sz w:val="18"/>
          <w:szCs w:val="18"/>
        </w:rPr>
        <w:t>სერთიფიკატებით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რომლებიც</w:t>
      </w:r>
      <w:proofErr w:type="spellEnd"/>
      <w:r w:rsidRPr="00D73BDF">
        <w:rPr>
          <w:rFonts w:cstheme="majorHAnsi"/>
          <w:sz w:val="18"/>
          <w:szCs w:val="18"/>
        </w:rPr>
        <w:t xml:space="preserve"> </w:t>
      </w:r>
      <w:proofErr w:type="spellStart"/>
      <w:r w:rsidRPr="00D73BDF">
        <w:rPr>
          <w:rFonts w:ascii="Sylfaen" w:hAnsi="Sylfaen" w:cs="Sylfaen"/>
          <w:sz w:val="18"/>
          <w:szCs w:val="18"/>
        </w:rPr>
        <w:t>ჩაანაცვლებენ</w:t>
      </w:r>
      <w:proofErr w:type="spellEnd"/>
      <w:r w:rsidRPr="00D73BDF">
        <w:rPr>
          <w:rFonts w:cstheme="majorHAnsi"/>
          <w:sz w:val="18"/>
          <w:szCs w:val="18"/>
        </w:rPr>
        <w:t xml:space="preserve"> </w:t>
      </w:r>
      <w:proofErr w:type="spellStart"/>
      <w:r w:rsidRPr="00D73BDF">
        <w:rPr>
          <w:rFonts w:ascii="Sylfaen" w:hAnsi="Sylfaen" w:cs="Sylfaen"/>
          <w:sz w:val="18"/>
          <w:szCs w:val="18"/>
        </w:rPr>
        <w:t>გათავისუფლებულ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პირებს</w:t>
      </w:r>
      <w:proofErr w:type="spellEnd"/>
      <w:r w:rsidRPr="00D73BDF">
        <w:rPr>
          <w:rFonts w:cstheme="majorHAnsi"/>
          <w:sz w:val="18"/>
          <w:szCs w:val="18"/>
        </w:rPr>
        <w:t xml:space="preserve">. </w:t>
      </w:r>
      <w:proofErr w:type="spellStart"/>
      <w:r w:rsidRPr="00D73BDF">
        <w:rPr>
          <w:rFonts w:ascii="Sylfaen" w:hAnsi="Sylfaen" w:cs="Sylfaen"/>
          <w:sz w:val="18"/>
          <w:szCs w:val="18"/>
        </w:rPr>
        <w:t>იმ</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თუ</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დამკვეთისათვის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მიუღებელი</w:t>
      </w:r>
      <w:proofErr w:type="spellEnd"/>
      <w:r w:rsidRPr="00D73BDF">
        <w:rPr>
          <w:rFonts w:cstheme="majorHAnsi"/>
          <w:sz w:val="18"/>
          <w:szCs w:val="18"/>
        </w:rPr>
        <w:t xml:space="preserve"> </w:t>
      </w:r>
      <w:proofErr w:type="spellStart"/>
      <w:r w:rsidRPr="00D73BDF">
        <w:rPr>
          <w:rFonts w:ascii="Sylfaen" w:hAnsi="Sylfaen" w:cs="Sylfaen"/>
          <w:sz w:val="18"/>
          <w:szCs w:val="18"/>
        </w:rPr>
        <w:t>აღმოჩნდა</w:t>
      </w:r>
      <w:proofErr w:type="spellEnd"/>
      <w:r w:rsidRPr="00D73BDF">
        <w:rPr>
          <w:rFonts w:cstheme="majorHAnsi"/>
          <w:sz w:val="18"/>
          <w:szCs w:val="18"/>
        </w:rPr>
        <w:t xml:space="preserve"> </w:t>
      </w:r>
      <w:proofErr w:type="spellStart"/>
      <w:r w:rsidRPr="00D73BDF">
        <w:rPr>
          <w:rFonts w:ascii="Sylfaen" w:hAnsi="Sylfaen" w:cs="Sylfaen"/>
          <w:sz w:val="18"/>
          <w:szCs w:val="18"/>
        </w:rPr>
        <w:t>ახალი</w:t>
      </w:r>
      <w:proofErr w:type="spellEnd"/>
      <w:r w:rsidRPr="00D73BDF">
        <w:rPr>
          <w:rFonts w:cstheme="majorHAnsi"/>
          <w:sz w:val="18"/>
          <w:szCs w:val="18"/>
        </w:rPr>
        <w:t xml:space="preserve"> </w:t>
      </w:r>
      <w:proofErr w:type="spellStart"/>
      <w:r w:rsidRPr="00D73BDF">
        <w:rPr>
          <w:rFonts w:ascii="Sylfaen" w:hAnsi="Sylfaen" w:cs="Sylfaen"/>
          <w:sz w:val="18"/>
          <w:szCs w:val="18"/>
        </w:rPr>
        <w:t>კანდიდატ</w:t>
      </w:r>
      <w:proofErr w:type="spellEnd"/>
      <w:r w:rsidR="000A658A">
        <w:rPr>
          <w:rFonts w:ascii="Sylfaen" w:hAnsi="Sylfaen" w:cstheme="majorHAnsi"/>
          <w:sz w:val="18"/>
          <w:szCs w:val="18"/>
          <w:lang w:val="ka-GE"/>
        </w:rPr>
        <w:t>(</w:t>
      </w:r>
      <w:proofErr w:type="spellStart"/>
      <w:r w:rsidRPr="00D73BDF">
        <w:rPr>
          <w:rFonts w:ascii="Sylfaen" w:hAnsi="Sylfaen" w:cs="Sylfaen"/>
          <w:sz w:val="18"/>
          <w:szCs w:val="18"/>
        </w:rPr>
        <w:t>ებ</w:t>
      </w:r>
      <w:proofErr w:type="spellEnd"/>
      <w:r w:rsidR="000A658A">
        <w:rPr>
          <w:rFonts w:ascii="Sylfaen" w:hAnsi="Sylfaen" w:cstheme="majorHAnsi"/>
          <w:sz w:val="18"/>
          <w:szCs w:val="18"/>
          <w:lang w:val="ka-GE"/>
        </w:rPr>
        <w:t>)</w:t>
      </w:r>
      <w:r w:rsidRPr="00D73BDF">
        <w:rPr>
          <w:rFonts w:ascii="Sylfaen" w:hAnsi="Sylfaen" w:cs="Sylfaen"/>
          <w:sz w:val="18"/>
          <w:szCs w:val="18"/>
        </w:rPr>
        <w:t>ი</w:t>
      </w:r>
      <w:r w:rsidRPr="00D73BDF">
        <w:rPr>
          <w:rFonts w:cstheme="majorHAnsi"/>
          <w:sz w:val="18"/>
          <w:szCs w:val="18"/>
        </w:rPr>
        <w:t xml:space="preserve">, </w:t>
      </w:r>
      <w:proofErr w:type="spellStart"/>
      <w:r w:rsidRPr="00D73BDF">
        <w:rPr>
          <w:rFonts w:ascii="Sylfaen" w:hAnsi="Sylfaen" w:cs="Sylfaen"/>
          <w:sz w:val="18"/>
          <w:szCs w:val="18"/>
        </w:rPr>
        <w:t>იგი</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უფლებამოსილია</w:t>
      </w:r>
      <w:proofErr w:type="spellEnd"/>
      <w:r w:rsidRPr="00D73BDF">
        <w:rPr>
          <w:rFonts w:cstheme="majorHAnsi"/>
          <w:sz w:val="18"/>
          <w:szCs w:val="18"/>
        </w:rPr>
        <w:t xml:space="preserve"> </w:t>
      </w:r>
      <w:proofErr w:type="spellStart"/>
      <w:r w:rsidRPr="00D73BDF">
        <w:rPr>
          <w:rFonts w:ascii="Sylfaen" w:hAnsi="Sylfaen" w:cs="Sylfaen"/>
          <w:sz w:val="18"/>
          <w:szCs w:val="18"/>
        </w:rPr>
        <w:t>ვადაზე</w:t>
      </w:r>
      <w:proofErr w:type="spellEnd"/>
      <w:r w:rsidRPr="00D73BDF">
        <w:rPr>
          <w:rFonts w:cstheme="majorHAnsi"/>
          <w:sz w:val="18"/>
          <w:szCs w:val="18"/>
        </w:rPr>
        <w:t xml:space="preserve"> </w:t>
      </w:r>
      <w:proofErr w:type="spellStart"/>
      <w:r w:rsidRPr="00D73BDF">
        <w:rPr>
          <w:rFonts w:ascii="Sylfaen" w:hAnsi="Sylfaen" w:cs="Sylfaen"/>
          <w:sz w:val="18"/>
          <w:szCs w:val="18"/>
        </w:rPr>
        <w:t>ადრე</w:t>
      </w:r>
      <w:proofErr w:type="spellEnd"/>
      <w:r w:rsidRPr="00D73BDF">
        <w:rPr>
          <w:rFonts w:cstheme="majorHAnsi"/>
          <w:sz w:val="18"/>
          <w:szCs w:val="18"/>
        </w:rPr>
        <w:t xml:space="preserve"> </w:t>
      </w:r>
      <w:proofErr w:type="spellStart"/>
      <w:r w:rsidRPr="00D73BDF">
        <w:rPr>
          <w:rFonts w:ascii="Sylfaen" w:hAnsi="Sylfaen" w:cs="Sylfaen"/>
          <w:sz w:val="18"/>
          <w:szCs w:val="18"/>
        </w:rPr>
        <w:t>შეწყვიტოს</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ხელშეკრულება</w:t>
      </w:r>
      <w:proofErr w:type="spellEnd"/>
      <w:r w:rsidR="000A658A">
        <w:rPr>
          <w:rFonts w:cstheme="majorHAnsi"/>
          <w:sz w:val="18"/>
          <w:szCs w:val="18"/>
        </w:rPr>
        <w:t>.</w:t>
      </w:r>
    </w:p>
    <w:p w14:paraId="7FD9F849" w14:textId="19EB55F8" w:rsidR="00846B8F" w:rsidRPr="00846B8F" w:rsidRDefault="00A74260" w:rsidP="00185C20">
      <w:pPr>
        <w:jc w:val="both"/>
        <w:rPr>
          <w:rFonts w:cstheme="majorHAnsi"/>
          <w:sz w:val="18"/>
          <w:szCs w:val="18"/>
        </w:rPr>
      </w:pPr>
      <w:r w:rsidRPr="00D73BDF">
        <w:rPr>
          <w:rFonts w:cstheme="majorHAnsi"/>
          <w:sz w:val="18"/>
          <w:szCs w:val="18"/>
        </w:rPr>
        <w:t>3.3.</w:t>
      </w:r>
      <w:r w:rsidR="009E743E">
        <w:rPr>
          <w:rFonts w:ascii="Sylfaen" w:hAnsi="Sylfaen" w:cstheme="majorHAnsi"/>
          <w:sz w:val="18"/>
          <w:szCs w:val="18"/>
          <w:lang w:val="ka-GE"/>
        </w:rPr>
        <w:t>1</w:t>
      </w:r>
      <w:r w:rsidR="00876CA8">
        <w:rPr>
          <w:rFonts w:ascii="Sylfaen" w:hAnsi="Sylfaen" w:cstheme="majorHAnsi"/>
          <w:sz w:val="18"/>
          <w:szCs w:val="18"/>
          <w:lang w:val="ka-GE"/>
        </w:rPr>
        <w:t>8</w:t>
      </w:r>
      <w:r w:rsidR="009E743E">
        <w:rPr>
          <w:rFonts w:ascii="Sylfaen" w:hAnsi="Sylfaen" w:cstheme="majorHAnsi"/>
          <w:sz w:val="18"/>
          <w:szCs w:val="18"/>
          <w:lang w:val="ka-GE"/>
        </w:rPr>
        <w:t xml:space="preserve">. </w:t>
      </w:r>
      <w:r w:rsidR="000A658A">
        <w:rPr>
          <w:rFonts w:ascii="Sylfaen" w:hAnsi="Sylfaen" w:cs="Sylfaen"/>
          <w:sz w:val="18"/>
          <w:szCs w:val="18"/>
          <w:lang w:val="ka-GE"/>
        </w:rPr>
        <w:t xml:space="preserve">მენარდეს </w:t>
      </w:r>
      <w:proofErr w:type="spellStart"/>
      <w:r w:rsidRPr="00D73BDF">
        <w:rPr>
          <w:rFonts w:ascii="Sylfaen" w:hAnsi="Sylfaen" w:cs="Sylfaen"/>
          <w:sz w:val="18"/>
          <w:szCs w:val="18"/>
        </w:rPr>
        <w:t>კატეგორიულად</w:t>
      </w:r>
      <w:proofErr w:type="spellEnd"/>
      <w:r w:rsidRPr="00D73BDF">
        <w:rPr>
          <w:rFonts w:cstheme="majorHAnsi"/>
          <w:sz w:val="18"/>
          <w:szCs w:val="18"/>
        </w:rPr>
        <w:t xml:space="preserve"> </w:t>
      </w:r>
      <w:proofErr w:type="spellStart"/>
      <w:r w:rsidRPr="00D73BDF">
        <w:rPr>
          <w:rFonts w:ascii="Sylfaen" w:hAnsi="Sylfaen" w:cs="Sylfaen"/>
          <w:sz w:val="18"/>
          <w:szCs w:val="18"/>
        </w:rPr>
        <w:t>ეკრძალება</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ნებისმიერ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თანამშრომელთან</w:t>
      </w:r>
      <w:proofErr w:type="spellEnd"/>
      <w:r w:rsidR="000A658A">
        <w:rPr>
          <w:rFonts w:cstheme="majorHAnsi"/>
          <w:sz w:val="18"/>
          <w:szCs w:val="18"/>
        </w:rPr>
        <w:t xml:space="preserve"> </w:t>
      </w:r>
      <w:r w:rsidR="000A658A">
        <w:rPr>
          <w:rFonts w:ascii="Sylfaen" w:hAnsi="Sylfaen" w:cstheme="majorHAnsi"/>
          <w:sz w:val="18"/>
          <w:szCs w:val="18"/>
          <w:lang w:val="ka-GE"/>
        </w:rPr>
        <w:t>(</w:t>
      </w:r>
      <w:proofErr w:type="spellStart"/>
      <w:r w:rsidRPr="00D73BDF">
        <w:rPr>
          <w:rFonts w:ascii="Sylfaen" w:hAnsi="Sylfaen" w:cs="Sylfaen"/>
          <w:sz w:val="18"/>
          <w:szCs w:val="18"/>
        </w:rPr>
        <w:t>მათ</w:t>
      </w:r>
      <w:proofErr w:type="spellEnd"/>
      <w:r w:rsidRPr="00D73BDF">
        <w:rPr>
          <w:rFonts w:cstheme="majorHAnsi"/>
          <w:sz w:val="18"/>
          <w:szCs w:val="18"/>
        </w:rPr>
        <w:t xml:space="preserve"> </w:t>
      </w:r>
      <w:proofErr w:type="spellStart"/>
      <w:r w:rsidRPr="00D73BDF">
        <w:rPr>
          <w:rFonts w:ascii="Sylfaen" w:hAnsi="Sylfaen" w:cs="Sylfaen"/>
          <w:sz w:val="18"/>
          <w:szCs w:val="18"/>
        </w:rPr>
        <w:t>შორის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დამკვეთთან</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დაკავშირებულ</w:t>
      </w:r>
      <w:proofErr w:type="spellEnd"/>
      <w:r w:rsidRPr="00D73BDF">
        <w:rPr>
          <w:rFonts w:cstheme="majorHAnsi"/>
          <w:sz w:val="18"/>
          <w:szCs w:val="18"/>
        </w:rPr>
        <w:t>/</w:t>
      </w:r>
      <w:proofErr w:type="spellStart"/>
      <w:r w:rsidRPr="00D73BDF">
        <w:rPr>
          <w:rFonts w:ascii="Sylfaen" w:hAnsi="Sylfaen" w:cs="Sylfaen"/>
          <w:sz w:val="18"/>
          <w:szCs w:val="18"/>
        </w:rPr>
        <w:t>აფილირებულ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ნებისმიერ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პირთან</w:t>
      </w:r>
      <w:proofErr w:type="spellEnd"/>
      <w:r w:rsidR="000A658A">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ნებისმიერ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წარმომადგენელთან</w:t>
      </w:r>
      <w:proofErr w:type="spellEnd"/>
      <w:r w:rsidRPr="00D73BDF">
        <w:rPr>
          <w:rFonts w:cstheme="majorHAnsi"/>
          <w:sz w:val="18"/>
          <w:szCs w:val="18"/>
        </w:rPr>
        <w:t xml:space="preserve"> </w:t>
      </w:r>
      <w:proofErr w:type="spellStart"/>
      <w:r w:rsidRPr="00D73BDF">
        <w:rPr>
          <w:rFonts w:ascii="Sylfaen" w:hAnsi="Sylfaen" w:cs="Sylfaen"/>
          <w:sz w:val="18"/>
          <w:szCs w:val="18"/>
        </w:rPr>
        <w:t>ისეთ</w:t>
      </w:r>
      <w:proofErr w:type="spellEnd"/>
      <w:r w:rsidRPr="00D73BDF">
        <w:rPr>
          <w:rFonts w:cstheme="majorHAnsi"/>
          <w:sz w:val="18"/>
          <w:szCs w:val="18"/>
        </w:rPr>
        <w:t xml:space="preserve"> </w:t>
      </w:r>
      <w:proofErr w:type="spellStart"/>
      <w:r w:rsidRPr="00D73BDF">
        <w:rPr>
          <w:rFonts w:ascii="Sylfaen" w:hAnsi="Sylfaen" w:cs="Sylfaen"/>
          <w:sz w:val="18"/>
          <w:szCs w:val="18"/>
        </w:rPr>
        <w:t>კომუნიკაციაში</w:t>
      </w:r>
      <w:proofErr w:type="spellEnd"/>
      <w:r w:rsidRPr="00D73BDF">
        <w:rPr>
          <w:rFonts w:cstheme="majorHAnsi"/>
          <w:sz w:val="18"/>
          <w:szCs w:val="18"/>
        </w:rPr>
        <w:t xml:space="preserve"> </w:t>
      </w:r>
      <w:proofErr w:type="spellStart"/>
      <w:r w:rsidRPr="00D73BDF">
        <w:rPr>
          <w:rFonts w:ascii="Sylfaen" w:hAnsi="Sylfaen" w:cs="Sylfaen"/>
          <w:sz w:val="18"/>
          <w:szCs w:val="18"/>
        </w:rPr>
        <w:t>შესვლა</w:t>
      </w:r>
      <w:proofErr w:type="spellEnd"/>
      <w:r w:rsidRPr="00D73BDF">
        <w:rPr>
          <w:rFonts w:cstheme="majorHAnsi"/>
          <w:sz w:val="18"/>
          <w:szCs w:val="18"/>
        </w:rPr>
        <w:t xml:space="preserve">, </w:t>
      </w:r>
      <w:proofErr w:type="spellStart"/>
      <w:r w:rsidRPr="00D73BDF">
        <w:rPr>
          <w:rFonts w:ascii="Sylfaen" w:hAnsi="Sylfaen" w:cs="Sylfaen"/>
          <w:sz w:val="18"/>
          <w:szCs w:val="18"/>
        </w:rPr>
        <w:t>რაც</w:t>
      </w:r>
      <w:proofErr w:type="spellEnd"/>
      <w:r w:rsidRPr="00D73BDF">
        <w:rPr>
          <w:rFonts w:cstheme="majorHAnsi"/>
          <w:sz w:val="18"/>
          <w:szCs w:val="18"/>
        </w:rPr>
        <w:t xml:space="preserve"> </w:t>
      </w:r>
      <w:proofErr w:type="spellStart"/>
      <w:r w:rsidRPr="00D73BDF">
        <w:rPr>
          <w:rFonts w:ascii="Sylfaen" w:hAnsi="Sylfaen" w:cs="Sylfaen"/>
          <w:sz w:val="18"/>
          <w:szCs w:val="18"/>
        </w:rPr>
        <w:t>არ</w:t>
      </w:r>
      <w:proofErr w:type="spellEnd"/>
      <w:r w:rsidRPr="00D73BDF">
        <w:rPr>
          <w:rFonts w:cstheme="majorHAnsi"/>
          <w:sz w:val="18"/>
          <w:szCs w:val="18"/>
        </w:rPr>
        <w:t xml:space="preserve"> </w:t>
      </w:r>
      <w:proofErr w:type="spellStart"/>
      <w:r w:rsidRPr="00D73BDF">
        <w:rPr>
          <w:rFonts w:ascii="Sylfaen" w:hAnsi="Sylfaen" w:cs="Sylfaen"/>
          <w:sz w:val="18"/>
          <w:szCs w:val="18"/>
        </w:rPr>
        <w:t>არის</w:t>
      </w:r>
      <w:proofErr w:type="spellEnd"/>
      <w:r w:rsidRPr="00D73BDF">
        <w:rPr>
          <w:rFonts w:cstheme="majorHAnsi"/>
          <w:sz w:val="18"/>
          <w:szCs w:val="18"/>
        </w:rPr>
        <w:t xml:space="preserve"> </w:t>
      </w:r>
      <w:proofErr w:type="spellStart"/>
      <w:r w:rsidRPr="00D73BDF">
        <w:rPr>
          <w:rFonts w:ascii="Sylfaen" w:hAnsi="Sylfaen" w:cs="Sylfaen"/>
          <w:sz w:val="18"/>
          <w:szCs w:val="18"/>
        </w:rPr>
        <w:t>კავშირში</w:t>
      </w:r>
      <w:proofErr w:type="spellEnd"/>
      <w:r w:rsidRPr="00D73BDF">
        <w:rPr>
          <w:rFonts w:cstheme="majorHAnsi"/>
          <w:sz w:val="18"/>
          <w:szCs w:val="18"/>
        </w:rPr>
        <w:t xml:space="preserve"> </w:t>
      </w:r>
      <w:proofErr w:type="spellStart"/>
      <w:r w:rsidRPr="00D73BDF">
        <w:rPr>
          <w:rFonts w:ascii="Sylfaen" w:hAnsi="Sylfaen" w:cs="Sylfaen"/>
          <w:sz w:val="18"/>
          <w:szCs w:val="18"/>
        </w:rPr>
        <w:t>მისი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აღწერილობასთან</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მენარდის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შესასრულებელ</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სამუშაოსთან</w:t>
      </w:r>
      <w:proofErr w:type="spellEnd"/>
      <w:r w:rsidRPr="00D73BDF">
        <w:rPr>
          <w:rFonts w:cstheme="majorHAnsi"/>
          <w:sz w:val="18"/>
          <w:szCs w:val="18"/>
        </w:rPr>
        <w:t xml:space="preserve">. </w:t>
      </w:r>
      <w:r w:rsidR="000A658A">
        <w:rPr>
          <w:rFonts w:ascii="Sylfaen" w:hAnsi="Sylfaen" w:cs="Sylfaen"/>
          <w:sz w:val="18"/>
          <w:szCs w:val="18"/>
          <w:lang w:val="ka-GE"/>
        </w:rPr>
        <w:t>მენარდეს</w:t>
      </w:r>
      <w:r w:rsidRPr="00D73BDF">
        <w:rPr>
          <w:rFonts w:cstheme="majorHAnsi"/>
          <w:sz w:val="18"/>
          <w:szCs w:val="18"/>
        </w:rPr>
        <w:t xml:space="preserve"> </w:t>
      </w:r>
      <w:proofErr w:type="spellStart"/>
      <w:r w:rsidRPr="00D73BDF">
        <w:rPr>
          <w:rFonts w:ascii="Sylfaen" w:hAnsi="Sylfaen" w:cs="Sylfaen"/>
          <w:sz w:val="18"/>
          <w:szCs w:val="18"/>
        </w:rPr>
        <w:t>ეკრძალება</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თანამშრომლის</w:t>
      </w:r>
      <w:proofErr w:type="spellEnd"/>
      <w:r w:rsidRPr="00D73BDF">
        <w:rPr>
          <w:rFonts w:cstheme="majorHAnsi"/>
          <w:sz w:val="18"/>
          <w:szCs w:val="18"/>
        </w:rPr>
        <w:t>/</w:t>
      </w:r>
      <w:proofErr w:type="spellStart"/>
      <w:r w:rsidRPr="00D73BDF">
        <w:rPr>
          <w:rFonts w:ascii="Sylfaen" w:hAnsi="Sylfaen" w:cs="Sylfaen"/>
          <w:sz w:val="18"/>
          <w:szCs w:val="18"/>
        </w:rPr>
        <w:t>დამკვეთთან</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დაკავშირებული</w:t>
      </w:r>
      <w:proofErr w:type="spellEnd"/>
      <w:r w:rsidRPr="00D73BDF">
        <w:rPr>
          <w:rFonts w:cstheme="majorHAnsi"/>
          <w:sz w:val="18"/>
          <w:szCs w:val="18"/>
        </w:rPr>
        <w:t>/</w:t>
      </w:r>
      <w:proofErr w:type="spellStart"/>
      <w:r w:rsidRPr="00D73BDF">
        <w:rPr>
          <w:rFonts w:ascii="Sylfaen" w:hAnsi="Sylfaen" w:cs="Sylfaen"/>
          <w:sz w:val="18"/>
          <w:szCs w:val="18"/>
        </w:rPr>
        <w:t>აფილირებული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ნებისმიერი</w:t>
      </w:r>
      <w:proofErr w:type="spellEnd"/>
      <w:r w:rsidRPr="00D73BDF">
        <w:rPr>
          <w:rFonts w:cstheme="majorHAnsi"/>
          <w:sz w:val="18"/>
          <w:szCs w:val="18"/>
        </w:rPr>
        <w:t xml:space="preserve"> </w:t>
      </w:r>
      <w:proofErr w:type="spellStart"/>
      <w:r w:rsidRPr="00D73BDF">
        <w:rPr>
          <w:rFonts w:ascii="Sylfaen" w:hAnsi="Sylfaen" w:cs="Sylfaen"/>
          <w:sz w:val="18"/>
          <w:szCs w:val="18"/>
        </w:rPr>
        <w:t>პირის</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ნებისმიერი</w:t>
      </w:r>
      <w:proofErr w:type="spellEnd"/>
      <w:r w:rsidRPr="00D73BDF">
        <w:rPr>
          <w:rFonts w:cstheme="majorHAnsi"/>
          <w:sz w:val="18"/>
          <w:szCs w:val="18"/>
        </w:rPr>
        <w:t xml:space="preserve"> </w:t>
      </w:r>
      <w:proofErr w:type="spellStart"/>
      <w:r w:rsidRPr="00D73BDF">
        <w:rPr>
          <w:rFonts w:ascii="Sylfaen" w:hAnsi="Sylfaen" w:cs="Sylfaen"/>
          <w:sz w:val="18"/>
          <w:szCs w:val="18"/>
        </w:rPr>
        <w:t>წარმომადგენლის</w:t>
      </w:r>
      <w:proofErr w:type="spellEnd"/>
      <w:r w:rsidRPr="00D73BDF">
        <w:rPr>
          <w:rFonts w:cstheme="majorHAnsi"/>
          <w:sz w:val="18"/>
          <w:szCs w:val="18"/>
        </w:rPr>
        <w:t xml:space="preserve"> </w:t>
      </w:r>
      <w:proofErr w:type="spellStart"/>
      <w:r w:rsidRPr="00D73BDF">
        <w:rPr>
          <w:rFonts w:ascii="Sylfaen" w:hAnsi="Sylfaen" w:cs="Sylfaen"/>
          <w:sz w:val="18"/>
          <w:szCs w:val="18"/>
        </w:rPr>
        <w:t>წახალისება</w:t>
      </w:r>
      <w:proofErr w:type="spellEnd"/>
      <w:r w:rsidRPr="00D73BDF">
        <w:rPr>
          <w:rFonts w:cstheme="majorHAnsi"/>
          <w:sz w:val="18"/>
          <w:szCs w:val="18"/>
        </w:rPr>
        <w:t>/</w:t>
      </w:r>
      <w:proofErr w:type="spellStart"/>
      <w:r w:rsidRPr="00D73BDF">
        <w:rPr>
          <w:rFonts w:ascii="Sylfaen" w:hAnsi="Sylfaen" w:cs="Sylfaen"/>
          <w:sz w:val="18"/>
          <w:szCs w:val="18"/>
        </w:rPr>
        <w:t>მოტივირება</w:t>
      </w:r>
      <w:proofErr w:type="spellEnd"/>
      <w:r w:rsidRPr="00D73BDF">
        <w:rPr>
          <w:rFonts w:cstheme="majorHAnsi"/>
          <w:sz w:val="18"/>
          <w:szCs w:val="18"/>
        </w:rPr>
        <w:t xml:space="preserve">, </w:t>
      </w:r>
      <w:proofErr w:type="spellStart"/>
      <w:r w:rsidRPr="00D73BDF">
        <w:rPr>
          <w:rFonts w:ascii="Sylfaen" w:hAnsi="Sylfaen" w:cs="Sylfaen"/>
          <w:sz w:val="18"/>
          <w:szCs w:val="18"/>
        </w:rPr>
        <w:t>რაც</w:t>
      </w:r>
      <w:proofErr w:type="spellEnd"/>
      <w:r w:rsidRPr="00D73BDF">
        <w:rPr>
          <w:rFonts w:cstheme="majorHAnsi"/>
          <w:sz w:val="18"/>
          <w:szCs w:val="18"/>
        </w:rPr>
        <w:t xml:space="preserve"> </w:t>
      </w:r>
      <w:proofErr w:type="spellStart"/>
      <w:r w:rsidRPr="00D73BDF">
        <w:rPr>
          <w:rFonts w:ascii="Sylfaen" w:hAnsi="Sylfaen" w:cs="Sylfaen"/>
          <w:sz w:val="18"/>
          <w:szCs w:val="18"/>
        </w:rPr>
        <w:t>შეიძლება</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გამოიხატებოდეს</w:t>
      </w:r>
      <w:proofErr w:type="spellEnd"/>
      <w:r w:rsidRPr="00D73BDF">
        <w:rPr>
          <w:rFonts w:cstheme="majorHAnsi"/>
          <w:sz w:val="18"/>
          <w:szCs w:val="18"/>
        </w:rPr>
        <w:t xml:space="preserve">, </w:t>
      </w:r>
      <w:proofErr w:type="spellStart"/>
      <w:r w:rsidRPr="00D73BDF">
        <w:rPr>
          <w:rFonts w:ascii="Sylfaen" w:hAnsi="Sylfaen" w:cs="Sylfaen"/>
          <w:sz w:val="18"/>
          <w:szCs w:val="18"/>
        </w:rPr>
        <w:t>როგორც</w:t>
      </w:r>
      <w:proofErr w:type="spellEnd"/>
      <w:r w:rsidRPr="00D73BDF">
        <w:rPr>
          <w:rFonts w:cstheme="majorHAnsi"/>
          <w:sz w:val="18"/>
          <w:szCs w:val="18"/>
        </w:rPr>
        <w:t xml:space="preserve"> </w:t>
      </w:r>
      <w:proofErr w:type="spellStart"/>
      <w:r w:rsidRPr="00D73BDF">
        <w:rPr>
          <w:rFonts w:ascii="Sylfaen" w:hAnsi="Sylfaen" w:cs="Sylfaen"/>
          <w:sz w:val="18"/>
          <w:szCs w:val="18"/>
        </w:rPr>
        <w:t>ფულადი</w:t>
      </w:r>
      <w:proofErr w:type="spellEnd"/>
      <w:r w:rsidRPr="00D73BDF">
        <w:rPr>
          <w:rFonts w:cstheme="majorHAnsi"/>
          <w:sz w:val="18"/>
          <w:szCs w:val="18"/>
        </w:rPr>
        <w:t xml:space="preserve">, </w:t>
      </w:r>
      <w:proofErr w:type="spellStart"/>
      <w:r w:rsidRPr="00D73BDF">
        <w:rPr>
          <w:rFonts w:ascii="Sylfaen" w:hAnsi="Sylfaen" w:cs="Sylfaen"/>
          <w:sz w:val="18"/>
          <w:szCs w:val="18"/>
        </w:rPr>
        <w:t>ასევე</w:t>
      </w:r>
      <w:proofErr w:type="spellEnd"/>
      <w:r w:rsidRPr="00D73BDF">
        <w:rPr>
          <w:rFonts w:cstheme="majorHAnsi"/>
          <w:sz w:val="18"/>
          <w:szCs w:val="18"/>
        </w:rPr>
        <w:t xml:space="preserve"> - </w:t>
      </w:r>
      <w:proofErr w:type="spellStart"/>
      <w:r w:rsidRPr="00D73BDF">
        <w:rPr>
          <w:rFonts w:ascii="Sylfaen" w:hAnsi="Sylfaen" w:cs="Sylfaen"/>
          <w:sz w:val="18"/>
          <w:szCs w:val="18"/>
        </w:rPr>
        <w:t>არაფულადი</w:t>
      </w:r>
      <w:proofErr w:type="spellEnd"/>
      <w:r w:rsidRPr="00D73BDF">
        <w:rPr>
          <w:rFonts w:cstheme="majorHAnsi"/>
          <w:sz w:val="18"/>
          <w:szCs w:val="18"/>
        </w:rPr>
        <w:t xml:space="preserve"> </w:t>
      </w:r>
      <w:proofErr w:type="spellStart"/>
      <w:r w:rsidRPr="00D73BDF">
        <w:rPr>
          <w:rFonts w:ascii="Sylfaen" w:hAnsi="Sylfaen" w:cs="Sylfaen"/>
          <w:sz w:val="18"/>
          <w:szCs w:val="18"/>
        </w:rPr>
        <w:t>სახით</w:t>
      </w:r>
      <w:proofErr w:type="spellEnd"/>
      <w:r w:rsidRPr="00D73BDF">
        <w:rPr>
          <w:rFonts w:cstheme="majorHAnsi"/>
          <w:sz w:val="18"/>
          <w:szCs w:val="18"/>
        </w:rPr>
        <w:t xml:space="preserve">, </w:t>
      </w:r>
      <w:proofErr w:type="spellStart"/>
      <w:r w:rsidRPr="00D73BDF">
        <w:rPr>
          <w:rFonts w:ascii="Sylfaen" w:hAnsi="Sylfaen" w:cs="Sylfaen"/>
          <w:sz w:val="18"/>
          <w:szCs w:val="18"/>
        </w:rPr>
        <w:t>მისთვის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ნებისმიერი</w:t>
      </w:r>
      <w:proofErr w:type="spellEnd"/>
      <w:r w:rsidRPr="00D73BDF">
        <w:rPr>
          <w:rFonts w:cstheme="majorHAnsi"/>
          <w:sz w:val="18"/>
          <w:szCs w:val="18"/>
        </w:rPr>
        <w:t xml:space="preserve"> </w:t>
      </w:r>
      <w:proofErr w:type="spellStart"/>
      <w:r w:rsidRPr="00D73BDF">
        <w:rPr>
          <w:rFonts w:ascii="Sylfaen" w:hAnsi="Sylfaen" w:cs="Sylfaen"/>
          <w:sz w:val="18"/>
          <w:szCs w:val="18"/>
        </w:rPr>
        <w:t>სახის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შეღავათის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გაწევაში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მენარდის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არასათანადოდ</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ვალდებულებ</w:t>
      </w:r>
      <w:proofErr w:type="spellEnd"/>
      <w:r w:rsidR="000A658A">
        <w:rPr>
          <w:rFonts w:ascii="Sylfaen" w:hAnsi="Sylfaen" w:cstheme="majorHAnsi"/>
          <w:sz w:val="18"/>
          <w:szCs w:val="18"/>
          <w:lang w:val="ka-GE"/>
        </w:rPr>
        <w:t>(</w:t>
      </w:r>
      <w:proofErr w:type="spellStart"/>
      <w:r w:rsidRPr="00D73BDF">
        <w:rPr>
          <w:rFonts w:ascii="Sylfaen" w:hAnsi="Sylfaen" w:cs="Sylfaen"/>
          <w:sz w:val="18"/>
          <w:szCs w:val="18"/>
        </w:rPr>
        <w:t>ებ</w:t>
      </w:r>
      <w:proofErr w:type="spellEnd"/>
      <w:r w:rsidR="000A658A">
        <w:rPr>
          <w:rFonts w:ascii="Sylfaen" w:hAnsi="Sylfaen" w:cstheme="majorHAnsi"/>
          <w:sz w:val="18"/>
          <w:szCs w:val="18"/>
          <w:lang w:val="ka-GE"/>
        </w:rPr>
        <w:t>)</w:t>
      </w:r>
      <w:proofErr w:type="spellStart"/>
      <w:r w:rsidRPr="00D73BDF">
        <w:rPr>
          <w:rFonts w:ascii="Sylfaen" w:hAnsi="Sylfaen" w:cs="Sylfaen"/>
          <w:sz w:val="18"/>
          <w:szCs w:val="18"/>
        </w:rPr>
        <w:t>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შესახებ</w:t>
      </w:r>
      <w:proofErr w:type="spellEnd"/>
      <w:r w:rsidRPr="00D73BDF">
        <w:rPr>
          <w:rFonts w:cstheme="majorHAnsi"/>
          <w:sz w:val="18"/>
          <w:szCs w:val="18"/>
        </w:rPr>
        <w:t xml:space="preserve"> </w:t>
      </w:r>
      <w:proofErr w:type="spellStart"/>
      <w:r w:rsidRPr="00D73BDF">
        <w:rPr>
          <w:rFonts w:ascii="Sylfaen" w:hAnsi="Sylfaen" w:cs="Sylfaen"/>
          <w:sz w:val="18"/>
          <w:szCs w:val="18"/>
        </w:rPr>
        <w:t>ინფორმაციის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თანამშრომლის</w:t>
      </w:r>
      <w:proofErr w:type="spellEnd"/>
      <w:r w:rsidRPr="00D73BDF">
        <w:rPr>
          <w:rFonts w:cstheme="majorHAnsi"/>
          <w:sz w:val="18"/>
          <w:szCs w:val="18"/>
        </w:rPr>
        <w:t xml:space="preserve"> </w:t>
      </w:r>
      <w:r w:rsidR="000A658A">
        <w:rPr>
          <w:rFonts w:ascii="Sylfaen" w:hAnsi="Sylfaen" w:cstheme="majorHAnsi"/>
          <w:sz w:val="18"/>
          <w:szCs w:val="18"/>
          <w:lang w:val="ka-GE"/>
        </w:rPr>
        <w:t>(</w:t>
      </w:r>
      <w:proofErr w:type="spellStart"/>
      <w:r w:rsidRPr="00D73BDF">
        <w:rPr>
          <w:rFonts w:ascii="Sylfaen" w:hAnsi="Sylfaen" w:cs="Sylfaen"/>
          <w:sz w:val="18"/>
          <w:szCs w:val="18"/>
        </w:rPr>
        <w:t>მათ</w:t>
      </w:r>
      <w:proofErr w:type="spellEnd"/>
      <w:r w:rsidRPr="00D73BDF">
        <w:rPr>
          <w:rFonts w:cstheme="majorHAnsi"/>
          <w:sz w:val="18"/>
          <w:szCs w:val="18"/>
        </w:rPr>
        <w:t xml:space="preserve"> </w:t>
      </w:r>
      <w:proofErr w:type="spellStart"/>
      <w:r w:rsidRPr="00D73BDF">
        <w:rPr>
          <w:rFonts w:ascii="Sylfaen" w:hAnsi="Sylfaen" w:cs="Sylfaen"/>
          <w:sz w:val="18"/>
          <w:szCs w:val="18"/>
        </w:rPr>
        <w:t>შორის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დამკვეთთან</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დაკავშირებული</w:t>
      </w:r>
      <w:proofErr w:type="spellEnd"/>
      <w:r w:rsidRPr="00D73BDF">
        <w:rPr>
          <w:rFonts w:cstheme="majorHAnsi"/>
          <w:sz w:val="18"/>
          <w:szCs w:val="18"/>
        </w:rPr>
        <w:t>/</w:t>
      </w:r>
      <w:proofErr w:type="spellStart"/>
      <w:r w:rsidRPr="00D73BDF">
        <w:rPr>
          <w:rFonts w:ascii="Sylfaen" w:hAnsi="Sylfaen" w:cs="Sylfaen"/>
          <w:sz w:val="18"/>
          <w:szCs w:val="18"/>
        </w:rPr>
        <w:t>აფილირებულ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ნებისმიერი</w:t>
      </w:r>
      <w:proofErr w:type="spellEnd"/>
      <w:r w:rsidRPr="00D73BDF">
        <w:rPr>
          <w:rFonts w:cstheme="majorHAnsi"/>
          <w:sz w:val="18"/>
          <w:szCs w:val="18"/>
        </w:rPr>
        <w:t xml:space="preserve"> </w:t>
      </w:r>
      <w:proofErr w:type="spellStart"/>
      <w:r w:rsidRPr="00D73BDF">
        <w:rPr>
          <w:rFonts w:ascii="Sylfaen" w:hAnsi="Sylfaen" w:cs="Sylfaen"/>
          <w:sz w:val="18"/>
          <w:szCs w:val="18"/>
        </w:rPr>
        <w:t>პირის</w:t>
      </w:r>
      <w:proofErr w:type="spellEnd"/>
      <w:r w:rsidR="000A658A">
        <w:rPr>
          <w:rFonts w:ascii="Sylfaen" w:hAnsi="Sylfaen" w:cs="Sylfaen"/>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გაუზიარებლობაში</w:t>
      </w:r>
      <w:proofErr w:type="spellEnd"/>
      <w:r w:rsidRPr="00D73BDF">
        <w:rPr>
          <w:rFonts w:cstheme="majorHAnsi"/>
          <w:sz w:val="18"/>
          <w:szCs w:val="18"/>
        </w:rPr>
        <w:t xml:space="preserve">; </w:t>
      </w:r>
      <w:proofErr w:type="spellStart"/>
      <w:r w:rsidRPr="00D73BDF">
        <w:rPr>
          <w:rFonts w:ascii="Sylfaen" w:hAnsi="Sylfaen" w:cs="Sylfaen"/>
          <w:sz w:val="18"/>
          <w:szCs w:val="18"/>
        </w:rPr>
        <w:t>მენარდის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ამ</w:t>
      </w:r>
      <w:proofErr w:type="spellEnd"/>
      <w:r w:rsidRPr="00D73BDF">
        <w:rPr>
          <w:rFonts w:cstheme="majorHAnsi"/>
          <w:sz w:val="18"/>
          <w:szCs w:val="18"/>
        </w:rPr>
        <w:t xml:space="preserve"> </w:t>
      </w:r>
      <w:proofErr w:type="spellStart"/>
      <w:r w:rsidRPr="00D73BDF">
        <w:rPr>
          <w:rFonts w:ascii="Sylfaen" w:hAnsi="Sylfaen" w:cs="Sylfaen"/>
          <w:sz w:val="18"/>
          <w:szCs w:val="18"/>
        </w:rPr>
        <w:t>პუნქტით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ვალდებულების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შეუსრულებლობის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უფლებამოსილია</w:t>
      </w:r>
      <w:proofErr w:type="spellEnd"/>
      <w:r w:rsidRPr="00D73BDF">
        <w:rPr>
          <w:rFonts w:cstheme="majorHAnsi"/>
          <w:sz w:val="18"/>
          <w:szCs w:val="18"/>
        </w:rPr>
        <w:t xml:space="preserve">, </w:t>
      </w:r>
      <w:proofErr w:type="spellStart"/>
      <w:r w:rsidRPr="00D73BDF">
        <w:rPr>
          <w:rFonts w:ascii="Sylfaen" w:hAnsi="Sylfaen" w:cs="Sylfaen"/>
          <w:sz w:val="18"/>
          <w:szCs w:val="18"/>
        </w:rPr>
        <w:t>დააკისროს</w:t>
      </w:r>
      <w:proofErr w:type="spellEnd"/>
      <w:r w:rsidRPr="00D73BDF">
        <w:rPr>
          <w:rFonts w:cstheme="majorHAnsi"/>
          <w:sz w:val="18"/>
          <w:szCs w:val="18"/>
        </w:rPr>
        <w:t xml:space="preserve"> </w:t>
      </w:r>
      <w:r w:rsidR="000A658A">
        <w:rPr>
          <w:rFonts w:ascii="Sylfaen" w:hAnsi="Sylfaen" w:cs="Sylfaen"/>
          <w:sz w:val="18"/>
          <w:szCs w:val="18"/>
          <w:lang w:val="ka-GE"/>
        </w:rPr>
        <w:t>მენარდეს</w:t>
      </w:r>
      <w:r w:rsidRPr="00D73BDF">
        <w:rPr>
          <w:rFonts w:cstheme="majorHAnsi"/>
          <w:sz w:val="18"/>
          <w:szCs w:val="18"/>
        </w:rPr>
        <w:t xml:space="preserve"> </w:t>
      </w:r>
      <w:proofErr w:type="spellStart"/>
      <w:r w:rsidRPr="00D73BDF">
        <w:rPr>
          <w:rFonts w:ascii="Sylfaen" w:hAnsi="Sylfaen" w:cs="Sylfaen"/>
          <w:sz w:val="18"/>
          <w:szCs w:val="18"/>
        </w:rPr>
        <w:t>პირგასამტეხლო</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w:t>
      </w:r>
      <w:proofErr w:type="spellStart"/>
      <w:r w:rsidRPr="00AE4949">
        <w:rPr>
          <w:rFonts w:ascii="Sylfaen" w:hAnsi="Sylfaen" w:cs="Sylfaen"/>
          <w:sz w:val="18"/>
          <w:szCs w:val="18"/>
        </w:rPr>
        <w:t>მთლიანი</w:t>
      </w:r>
      <w:proofErr w:type="spellEnd"/>
      <w:r w:rsidRPr="00AE4949">
        <w:rPr>
          <w:rFonts w:cstheme="majorHAnsi"/>
          <w:sz w:val="18"/>
          <w:szCs w:val="18"/>
        </w:rPr>
        <w:t xml:space="preserve"> </w:t>
      </w:r>
      <w:proofErr w:type="spellStart"/>
      <w:r w:rsidRPr="00AE4949">
        <w:rPr>
          <w:rFonts w:ascii="Sylfaen" w:hAnsi="Sylfaen" w:cs="Sylfaen"/>
          <w:sz w:val="18"/>
          <w:szCs w:val="18"/>
        </w:rPr>
        <w:t>ღირებულების</w:t>
      </w:r>
      <w:proofErr w:type="spellEnd"/>
      <w:r w:rsidRPr="00AE4949">
        <w:rPr>
          <w:rFonts w:cstheme="majorHAnsi"/>
          <w:sz w:val="18"/>
          <w:szCs w:val="18"/>
        </w:rPr>
        <w:t xml:space="preserve"> 5%-</w:t>
      </w:r>
      <w:proofErr w:type="spellStart"/>
      <w:r w:rsidRPr="00AE4949">
        <w:rPr>
          <w:rFonts w:ascii="Sylfaen" w:hAnsi="Sylfaen" w:cs="Sylfaen"/>
          <w:sz w:val="18"/>
          <w:szCs w:val="18"/>
        </w:rPr>
        <w:t>ის</w:t>
      </w:r>
      <w:proofErr w:type="spellEnd"/>
      <w:r w:rsidRPr="00AE4949">
        <w:rPr>
          <w:rFonts w:cstheme="majorHAnsi"/>
          <w:sz w:val="18"/>
          <w:szCs w:val="18"/>
        </w:rPr>
        <w:t xml:space="preserve"> </w:t>
      </w:r>
      <w:proofErr w:type="spellStart"/>
      <w:r w:rsidRPr="00AE4949">
        <w:rPr>
          <w:rFonts w:ascii="Sylfaen" w:hAnsi="Sylfaen" w:cs="Sylfaen"/>
          <w:sz w:val="18"/>
          <w:szCs w:val="18"/>
        </w:rPr>
        <w:t>მოცულობით</w:t>
      </w:r>
      <w:proofErr w:type="spellEnd"/>
      <w:r w:rsidRPr="00AE4949">
        <w:rPr>
          <w:rFonts w:cstheme="majorHAnsi"/>
          <w:sz w:val="18"/>
          <w:szCs w:val="18"/>
        </w:rPr>
        <w:t>,</w:t>
      </w:r>
      <w:r w:rsidRPr="00D73BDF">
        <w:rPr>
          <w:rFonts w:cstheme="majorHAnsi"/>
          <w:sz w:val="18"/>
          <w:szCs w:val="18"/>
        </w:rPr>
        <w:t xml:space="preserve"> </w:t>
      </w:r>
      <w:proofErr w:type="spellStart"/>
      <w:r w:rsidRPr="00D73BDF">
        <w:rPr>
          <w:rFonts w:ascii="Sylfaen" w:hAnsi="Sylfaen" w:cs="Sylfaen"/>
          <w:sz w:val="18"/>
          <w:szCs w:val="18"/>
        </w:rPr>
        <w:t>ყოველ</w:t>
      </w:r>
      <w:proofErr w:type="spellEnd"/>
      <w:r w:rsidRPr="00D73BDF">
        <w:rPr>
          <w:rFonts w:cstheme="majorHAnsi"/>
          <w:sz w:val="18"/>
          <w:szCs w:val="18"/>
        </w:rPr>
        <w:t xml:space="preserve"> </w:t>
      </w:r>
      <w:proofErr w:type="spellStart"/>
      <w:r w:rsidRPr="00D73BDF">
        <w:rPr>
          <w:rFonts w:ascii="Sylfaen" w:hAnsi="Sylfaen" w:cs="Sylfaen"/>
          <w:sz w:val="18"/>
          <w:szCs w:val="18"/>
        </w:rPr>
        <w:t>ასეთ</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გამოვლენილ</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შემთხვევაზე</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უფლებამოსილია</w:t>
      </w:r>
      <w:proofErr w:type="spellEnd"/>
      <w:r w:rsidRPr="00D73BDF">
        <w:rPr>
          <w:rFonts w:cstheme="majorHAnsi"/>
          <w:sz w:val="18"/>
          <w:szCs w:val="18"/>
        </w:rPr>
        <w:t xml:space="preserve">, </w:t>
      </w:r>
      <w:proofErr w:type="spellStart"/>
      <w:r w:rsidRPr="00D73BDF">
        <w:rPr>
          <w:rFonts w:ascii="Sylfaen" w:hAnsi="Sylfaen" w:cs="Sylfaen"/>
          <w:sz w:val="18"/>
          <w:szCs w:val="18"/>
        </w:rPr>
        <w:t>ამ</w:t>
      </w:r>
      <w:proofErr w:type="spellEnd"/>
      <w:r w:rsidRPr="00D73BDF">
        <w:rPr>
          <w:rFonts w:cstheme="majorHAnsi"/>
          <w:sz w:val="18"/>
          <w:szCs w:val="18"/>
        </w:rPr>
        <w:t xml:space="preserve"> </w:t>
      </w:r>
      <w:proofErr w:type="spellStart"/>
      <w:r w:rsidRPr="00D73BDF">
        <w:rPr>
          <w:rFonts w:ascii="Sylfaen" w:hAnsi="Sylfaen" w:cs="Sylfaen"/>
          <w:sz w:val="18"/>
          <w:szCs w:val="18"/>
        </w:rPr>
        <w:t>პუნქტით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პირგასამტეხლო</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გამოქვითოს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მენარდის</w:t>
      </w:r>
      <w:proofErr w:type="spellEnd"/>
      <w:r w:rsidRPr="00D73BDF">
        <w:rPr>
          <w:rFonts w:cstheme="majorHAnsi"/>
          <w:sz w:val="18"/>
          <w:szCs w:val="18"/>
        </w:rPr>
        <w:t xml:space="preserve"> </w:t>
      </w:r>
      <w:proofErr w:type="spellStart"/>
      <w:r w:rsidRPr="00D73BDF">
        <w:rPr>
          <w:rFonts w:ascii="Sylfaen" w:hAnsi="Sylfaen" w:cs="Sylfaen"/>
          <w:sz w:val="18"/>
          <w:szCs w:val="18"/>
        </w:rPr>
        <w:t>სასარგებლოდ</w:t>
      </w:r>
      <w:proofErr w:type="spellEnd"/>
      <w:r w:rsidRPr="00D73BDF">
        <w:rPr>
          <w:rFonts w:cstheme="majorHAnsi"/>
          <w:sz w:val="18"/>
          <w:szCs w:val="18"/>
        </w:rPr>
        <w:t xml:space="preserve"> </w:t>
      </w:r>
      <w:proofErr w:type="spellStart"/>
      <w:r w:rsidRPr="00D73BDF">
        <w:rPr>
          <w:rFonts w:ascii="Sylfaen" w:hAnsi="Sylfaen" w:cs="Sylfaen"/>
          <w:sz w:val="18"/>
          <w:szCs w:val="18"/>
        </w:rPr>
        <w:t>გადასახდელი</w:t>
      </w:r>
      <w:proofErr w:type="spellEnd"/>
      <w:r w:rsidRPr="00D73BDF">
        <w:rPr>
          <w:rFonts w:cstheme="majorHAnsi"/>
          <w:sz w:val="18"/>
          <w:szCs w:val="18"/>
        </w:rPr>
        <w:t xml:space="preserve"> </w:t>
      </w:r>
      <w:proofErr w:type="spellStart"/>
      <w:r w:rsidRPr="00D73BDF">
        <w:rPr>
          <w:rFonts w:ascii="Sylfaen" w:hAnsi="Sylfaen" w:cs="Sylfaen"/>
          <w:sz w:val="18"/>
          <w:szCs w:val="18"/>
        </w:rPr>
        <w:t>ნებისმიერი</w:t>
      </w:r>
      <w:proofErr w:type="spellEnd"/>
      <w:r w:rsidRPr="00D73BDF">
        <w:rPr>
          <w:rFonts w:cstheme="majorHAnsi"/>
          <w:sz w:val="18"/>
          <w:szCs w:val="18"/>
        </w:rPr>
        <w:t xml:space="preserve"> </w:t>
      </w:r>
      <w:proofErr w:type="spellStart"/>
      <w:r w:rsidRPr="00D73BDF">
        <w:rPr>
          <w:rFonts w:ascii="Sylfaen" w:hAnsi="Sylfaen" w:cs="Sylfaen"/>
          <w:sz w:val="18"/>
          <w:szCs w:val="18"/>
        </w:rPr>
        <w:t>თანხიდან</w:t>
      </w:r>
      <w:proofErr w:type="spellEnd"/>
      <w:r w:rsidRPr="00D73BDF">
        <w:rPr>
          <w:rFonts w:cstheme="majorHAnsi"/>
          <w:sz w:val="18"/>
          <w:szCs w:val="18"/>
        </w:rPr>
        <w:t xml:space="preserve">, </w:t>
      </w:r>
      <w:proofErr w:type="spellStart"/>
      <w:r w:rsidRPr="00D73BDF">
        <w:rPr>
          <w:rFonts w:ascii="Sylfaen" w:hAnsi="Sylfaen" w:cs="Sylfaen"/>
          <w:sz w:val="18"/>
          <w:szCs w:val="18"/>
        </w:rPr>
        <w:t>პირგასამტეხლოს</w:t>
      </w:r>
      <w:proofErr w:type="spellEnd"/>
      <w:r w:rsidRPr="00D73BDF">
        <w:rPr>
          <w:rFonts w:cstheme="majorHAnsi"/>
          <w:sz w:val="18"/>
          <w:szCs w:val="18"/>
        </w:rPr>
        <w:t xml:space="preserve"> </w:t>
      </w:r>
      <w:proofErr w:type="spellStart"/>
      <w:r w:rsidRPr="00D73BDF">
        <w:rPr>
          <w:rFonts w:ascii="Sylfaen" w:hAnsi="Sylfaen" w:cs="Sylfaen"/>
          <w:sz w:val="18"/>
          <w:szCs w:val="18"/>
        </w:rPr>
        <w:t>ოდენობის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თანხის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გზით</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პირგასამტეხლოს</w:t>
      </w:r>
      <w:proofErr w:type="spellEnd"/>
      <w:r w:rsidRPr="00D73BDF">
        <w:rPr>
          <w:rFonts w:cstheme="majorHAnsi"/>
          <w:sz w:val="18"/>
          <w:szCs w:val="18"/>
        </w:rPr>
        <w:t xml:space="preserve"> </w:t>
      </w:r>
      <w:proofErr w:type="spellStart"/>
      <w:r w:rsidRPr="00D73BDF">
        <w:rPr>
          <w:rFonts w:ascii="Sylfaen" w:hAnsi="Sylfaen" w:cs="Sylfaen"/>
          <w:sz w:val="18"/>
          <w:szCs w:val="18"/>
        </w:rPr>
        <w:t>ოდენობის</w:t>
      </w:r>
      <w:proofErr w:type="spellEnd"/>
      <w:r w:rsidRPr="00D73BDF">
        <w:rPr>
          <w:rFonts w:cstheme="majorHAnsi"/>
          <w:sz w:val="18"/>
          <w:szCs w:val="18"/>
        </w:rPr>
        <w:t xml:space="preserve"> </w:t>
      </w:r>
      <w:proofErr w:type="spellStart"/>
      <w:r w:rsidRPr="00D73BDF">
        <w:rPr>
          <w:rFonts w:ascii="Sylfaen" w:hAnsi="Sylfaen" w:cs="Sylfaen"/>
          <w:sz w:val="18"/>
          <w:szCs w:val="18"/>
        </w:rPr>
        <w:t>თანხის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დაკავება</w:t>
      </w:r>
      <w:proofErr w:type="spellEnd"/>
      <w:r w:rsidRPr="00D73BDF">
        <w:rPr>
          <w:rFonts w:cstheme="majorHAnsi"/>
          <w:sz w:val="18"/>
          <w:szCs w:val="18"/>
        </w:rPr>
        <w:t xml:space="preserve"> </w:t>
      </w:r>
      <w:proofErr w:type="spellStart"/>
      <w:r w:rsidRPr="00D73BDF">
        <w:rPr>
          <w:rFonts w:ascii="Sylfaen" w:hAnsi="Sylfaen" w:cs="Sylfaen"/>
          <w:sz w:val="18"/>
          <w:szCs w:val="18"/>
        </w:rPr>
        <w:lastRenderedPageBreak/>
        <w:t>განხორციელდება</w:t>
      </w:r>
      <w:proofErr w:type="spellEnd"/>
      <w:r w:rsidRPr="00D73BDF">
        <w:rPr>
          <w:rFonts w:cstheme="majorHAnsi"/>
          <w:sz w:val="18"/>
          <w:szCs w:val="18"/>
        </w:rPr>
        <w:t xml:space="preserve">, </w:t>
      </w:r>
      <w:proofErr w:type="spellStart"/>
      <w:r w:rsidRPr="00D73BDF">
        <w:rPr>
          <w:rFonts w:ascii="Sylfaen" w:hAnsi="Sylfaen" w:cs="Sylfaen"/>
          <w:sz w:val="18"/>
          <w:szCs w:val="18"/>
        </w:rPr>
        <w:t>მთლიანად</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 xml:space="preserve"> </w:t>
      </w:r>
      <w:proofErr w:type="spellStart"/>
      <w:r w:rsidRPr="00D73BDF">
        <w:rPr>
          <w:rFonts w:ascii="Sylfaen" w:hAnsi="Sylfaen" w:cs="Sylfaen"/>
          <w:sz w:val="18"/>
          <w:szCs w:val="18"/>
        </w:rPr>
        <w:t>ნაწილობრივ</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შეხედულებისამებრ</w:t>
      </w:r>
      <w:proofErr w:type="spellEnd"/>
      <w:r w:rsidRPr="00D73BDF">
        <w:rPr>
          <w:rFonts w:cstheme="majorHAnsi"/>
          <w:sz w:val="18"/>
          <w:szCs w:val="18"/>
        </w:rPr>
        <w:t xml:space="preserve">. </w:t>
      </w:r>
      <w:proofErr w:type="spellStart"/>
      <w:r w:rsidRPr="00D73BDF">
        <w:rPr>
          <w:rFonts w:ascii="Sylfaen" w:hAnsi="Sylfaen" w:cs="Sylfaen"/>
          <w:sz w:val="18"/>
          <w:szCs w:val="18"/>
        </w:rPr>
        <w:t>თუ</w:t>
      </w:r>
      <w:proofErr w:type="spellEnd"/>
      <w:r w:rsidRPr="00D73BDF">
        <w:rPr>
          <w:rFonts w:cstheme="majorHAnsi"/>
          <w:sz w:val="18"/>
          <w:szCs w:val="18"/>
        </w:rPr>
        <w:t xml:space="preserve"> </w:t>
      </w:r>
      <w:proofErr w:type="spellStart"/>
      <w:r w:rsidRPr="00D73BDF">
        <w:rPr>
          <w:rFonts w:ascii="Sylfaen" w:hAnsi="Sylfaen" w:cs="Sylfaen"/>
          <w:sz w:val="18"/>
          <w:szCs w:val="18"/>
        </w:rPr>
        <w:t>პირგასამტეხლოს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დაკისრების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მომენტისთვის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გაქვითვის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წყარო</w:t>
      </w:r>
      <w:proofErr w:type="spellEnd"/>
      <w:r w:rsidRPr="00D73BDF">
        <w:rPr>
          <w:rFonts w:cstheme="majorHAnsi"/>
          <w:sz w:val="18"/>
          <w:szCs w:val="18"/>
        </w:rPr>
        <w:t xml:space="preserve"> </w:t>
      </w:r>
      <w:proofErr w:type="spellStart"/>
      <w:r w:rsidRPr="00D73BDF">
        <w:rPr>
          <w:rFonts w:ascii="Sylfaen" w:hAnsi="Sylfaen" w:cs="Sylfaen"/>
          <w:sz w:val="18"/>
          <w:szCs w:val="18"/>
        </w:rPr>
        <w:t>არ</w:t>
      </w:r>
      <w:proofErr w:type="spellEnd"/>
      <w:r w:rsidRPr="00D73BDF">
        <w:rPr>
          <w:rFonts w:cstheme="majorHAnsi"/>
          <w:sz w:val="18"/>
          <w:szCs w:val="18"/>
        </w:rPr>
        <w:t xml:space="preserve"> </w:t>
      </w:r>
      <w:proofErr w:type="spellStart"/>
      <w:r w:rsidRPr="00D73BDF">
        <w:rPr>
          <w:rFonts w:ascii="Sylfaen" w:hAnsi="Sylfaen" w:cs="Sylfaen"/>
          <w:sz w:val="18"/>
          <w:szCs w:val="18"/>
        </w:rPr>
        <w:t>იარსებებს</w:t>
      </w:r>
      <w:proofErr w:type="spellEnd"/>
      <w:r w:rsidRPr="00D73BDF">
        <w:rPr>
          <w:rFonts w:cstheme="majorHAnsi"/>
          <w:sz w:val="18"/>
          <w:szCs w:val="18"/>
        </w:rPr>
        <w:t xml:space="preserve">, </w:t>
      </w:r>
      <w:proofErr w:type="spellStart"/>
      <w:r w:rsidRPr="00D73BDF">
        <w:rPr>
          <w:rFonts w:ascii="Sylfaen" w:hAnsi="Sylfaen" w:cs="Sylfaen"/>
          <w:sz w:val="18"/>
          <w:szCs w:val="18"/>
        </w:rPr>
        <w:t>თანხა</w:t>
      </w:r>
      <w:proofErr w:type="spellEnd"/>
      <w:r w:rsidRPr="00D73BDF">
        <w:rPr>
          <w:rFonts w:cstheme="majorHAnsi"/>
          <w:sz w:val="18"/>
          <w:szCs w:val="18"/>
        </w:rPr>
        <w:t xml:space="preserve"> </w:t>
      </w:r>
      <w:proofErr w:type="spellStart"/>
      <w:r w:rsidRPr="00D73BDF">
        <w:rPr>
          <w:rFonts w:ascii="Sylfaen" w:hAnsi="Sylfaen" w:cs="Sylfaen"/>
          <w:sz w:val="18"/>
          <w:szCs w:val="18"/>
        </w:rPr>
        <w:t>ჩაითვლება</w:t>
      </w:r>
      <w:proofErr w:type="spellEnd"/>
      <w:r w:rsidRPr="00D73BDF">
        <w:rPr>
          <w:rFonts w:cstheme="majorHAnsi"/>
          <w:sz w:val="18"/>
          <w:szCs w:val="18"/>
        </w:rPr>
        <w:t xml:space="preserve"> </w:t>
      </w:r>
      <w:proofErr w:type="spellStart"/>
      <w:r w:rsidRPr="00D73BDF">
        <w:rPr>
          <w:rFonts w:ascii="Sylfaen" w:hAnsi="Sylfaen" w:cs="Sylfaen"/>
          <w:sz w:val="18"/>
          <w:szCs w:val="18"/>
        </w:rPr>
        <w:t>მენარდის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დავალიანებად</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მისი</w:t>
      </w:r>
      <w:proofErr w:type="spellEnd"/>
      <w:r w:rsidRPr="00D73BDF">
        <w:rPr>
          <w:rFonts w:cstheme="majorHAnsi"/>
          <w:sz w:val="18"/>
          <w:szCs w:val="18"/>
        </w:rPr>
        <w:t xml:space="preserve"> </w:t>
      </w:r>
      <w:proofErr w:type="spellStart"/>
      <w:r w:rsidRPr="00D73BDF">
        <w:rPr>
          <w:rFonts w:ascii="Sylfaen" w:hAnsi="Sylfaen" w:cs="Sylfaen"/>
          <w:sz w:val="18"/>
          <w:szCs w:val="18"/>
        </w:rPr>
        <w:t>გადახდევინება</w:t>
      </w:r>
      <w:proofErr w:type="spellEnd"/>
      <w:r w:rsidRPr="00D73BDF">
        <w:rPr>
          <w:rFonts w:cstheme="majorHAnsi"/>
          <w:sz w:val="18"/>
          <w:szCs w:val="18"/>
        </w:rPr>
        <w:t xml:space="preserve"> </w:t>
      </w:r>
      <w:proofErr w:type="spellStart"/>
      <w:r w:rsidRPr="00D73BDF">
        <w:rPr>
          <w:rFonts w:ascii="Sylfaen" w:hAnsi="Sylfaen" w:cs="Sylfaen"/>
          <w:sz w:val="18"/>
          <w:szCs w:val="18"/>
        </w:rPr>
        <w:t>განხორციელდება</w:t>
      </w:r>
      <w:proofErr w:type="spellEnd"/>
      <w:r w:rsidRPr="00D73BDF">
        <w:rPr>
          <w:rFonts w:cstheme="majorHAnsi"/>
          <w:sz w:val="18"/>
          <w:szCs w:val="18"/>
        </w:rPr>
        <w:t xml:space="preserve"> </w:t>
      </w:r>
      <w:proofErr w:type="spellStart"/>
      <w:r w:rsidRPr="00D73BDF">
        <w:rPr>
          <w:rFonts w:ascii="Sylfaen" w:hAnsi="Sylfaen" w:cs="Sylfaen"/>
          <w:sz w:val="18"/>
          <w:szCs w:val="18"/>
        </w:rPr>
        <w:t>პირველი</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შესაძლებლობისთანავე</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მოთხოვნის</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w:t>
      </w:r>
      <w:proofErr w:type="spellEnd"/>
      <w:r w:rsidRPr="00D73BDF">
        <w:rPr>
          <w:rFonts w:cstheme="majorHAnsi"/>
          <w:sz w:val="18"/>
          <w:szCs w:val="18"/>
        </w:rPr>
        <w:t xml:space="preserve"> </w:t>
      </w:r>
      <w:proofErr w:type="spellStart"/>
      <w:r w:rsidRPr="00D73BDF">
        <w:rPr>
          <w:rFonts w:ascii="Sylfaen" w:hAnsi="Sylfaen" w:cs="Sylfaen"/>
          <w:sz w:val="18"/>
          <w:szCs w:val="18"/>
        </w:rPr>
        <w:t>პირგასამტეხლოს</w:t>
      </w:r>
      <w:proofErr w:type="spellEnd"/>
      <w:r w:rsidRPr="00D73BDF">
        <w:rPr>
          <w:rFonts w:cstheme="majorHAnsi"/>
          <w:sz w:val="18"/>
          <w:szCs w:val="18"/>
        </w:rPr>
        <w:t xml:space="preserve"> </w:t>
      </w:r>
      <w:proofErr w:type="spellStart"/>
      <w:r w:rsidRPr="00D73BDF">
        <w:rPr>
          <w:rFonts w:ascii="Sylfaen" w:hAnsi="Sylfaen" w:cs="Sylfaen"/>
          <w:sz w:val="18"/>
          <w:szCs w:val="18"/>
        </w:rPr>
        <w:t>თანხაზე</w:t>
      </w:r>
      <w:proofErr w:type="spellEnd"/>
      <w:r w:rsidRPr="00D73BDF">
        <w:rPr>
          <w:rFonts w:cstheme="majorHAnsi"/>
          <w:sz w:val="18"/>
          <w:szCs w:val="18"/>
        </w:rPr>
        <w:t xml:space="preserve">, </w:t>
      </w:r>
      <w:proofErr w:type="spellStart"/>
      <w:r w:rsidRPr="00D73BDF">
        <w:rPr>
          <w:rFonts w:ascii="Sylfaen" w:hAnsi="Sylfaen" w:cs="Sylfaen"/>
          <w:sz w:val="18"/>
          <w:szCs w:val="18"/>
        </w:rPr>
        <w:t>შენარჩუნებული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იქნება</w:t>
      </w:r>
      <w:proofErr w:type="spellEnd"/>
      <w:r w:rsidRPr="00D73BDF">
        <w:rPr>
          <w:rFonts w:cstheme="majorHAnsi"/>
          <w:sz w:val="18"/>
          <w:szCs w:val="18"/>
        </w:rPr>
        <w:t xml:space="preserve"> </w:t>
      </w:r>
      <w:proofErr w:type="spellStart"/>
      <w:r w:rsidRPr="00D73BDF">
        <w:rPr>
          <w:rFonts w:ascii="Sylfaen" w:hAnsi="Sylfaen" w:cs="Sylfaen"/>
          <w:sz w:val="18"/>
          <w:szCs w:val="18"/>
        </w:rPr>
        <w:t>პირგასამტეხლოს</w:t>
      </w:r>
      <w:proofErr w:type="spellEnd"/>
      <w:r w:rsidRPr="00D73BDF">
        <w:rPr>
          <w:rFonts w:cstheme="majorHAnsi"/>
          <w:sz w:val="18"/>
          <w:szCs w:val="18"/>
        </w:rPr>
        <w:t xml:space="preserve"> </w:t>
      </w:r>
      <w:proofErr w:type="spellStart"/>
      <w:r w:rsidRPr="00D73BDF">
        <w:rPr>
          <w:rFonts w:ascii="Sylfaen" w:hAnsi="Sylfaen" w:cs="Sylfaen"/>
          <w:sz w:val="18"/>
          <w:szCs w:val="18"/>
        </w:rPr>
        <w:t>თანხის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გადახდევინებამდე</w:t>
      </w:r>
      <w:proofErr w:type="spellEnd"/>
      <w:r w:rsidRPr="00D73BDF">
        <w:rPr>
          <w:rFonts w:cstheme="majorHAnsi"/>
          <w:sz w:val="18"/>
          <w:szCs w:val="18"/>
        </w:rPr>
        <w:t>.</w:t>
      </w:r>
    </w:p>
    <w:p w14:paraId="71FB74A3" w14:textId="4254770D" w:rsidR="004B6084" w:rsidRDefault="00846B8F" w:rsidP="00185C20">
      <w:pPr>
        <w:jc w:val="both"/>
        <w:rPr>
          <w:rFonts w:cstheme="majorHAnsi"/>
          <w:sz w:val="18"/>
          <w:szCs w:val="18"/>
        </w:rPr>
      </w:pPr>
      <w:r>
        <w:rPr>
          <w:rFonts w:cstheme="majorHAnsi"/>
          <w:sz w:val="18"/>
          <w:szCs w:val="18"/>
          <w:lang w:val="ka-GE"/>
        </w:rPr>
        <w:t xml:space="preserve">3.3.19. </w:t>
      </w:r>
      <w:r w:rsidRPr="00846B8F">
        <w:rPr>
          <w:rFonts w:ascii="Sylfaen" w:hAnsi="Sylfaen" w:cs="Sylfaen"/>
          <w:sz w:val="18"/>
          <w:szCs w:val="18"/>
          <w:lang w:val="ka-GE"/>
        </w:rPr>
        <w:t>უზრუნველყოს</w:t>
      </w:r>
      <w:r w:rsidRPr="00846B8F">
        <w:rPr>
          <w:rFonts w:cstheme="majorHAnsi"/>
          <w:sz w:val="18"/>
          <w:szCs w:val="18"/>
          <w:lang w:val="ka-GE"/>
        </w:rPr>
        <w:t xml:space="preserve"> </w:t>
      </w:r>
      <w:r w:rsidRPr="00846B8F">
        <w:rPr>
          <w:rFonts w:ascii="Sylfaen" w:hAnsi="Sylfaen" w:cs="Sylfaen"/>
          <w:sz w:val="18"/>
          <w:szCs w:val="18"/>
          <w:lang w:val="ka-GE"/>
        </w:rPr>
        <w:t>პირადად</w:t>
      </w:r>
      <w:r w:rsidRPr="00846B8F">
        <w:rPr>
          <w:rFonts w:cstheme="majorHAnsi"/>
          <w:sz w:val="18"/>
          <w:szCs w:val="18"/>
          <w:lang w:val="ka-GE"/>
        </w:rPr>
        <w:t xml:space="preserve"> </w:t>
      </w:r>
      <w:r w:rsidRPr="00846B8F">
        <w:rPr>
          <w:rFonts w:ascii="Sylfaen" w:hAnsi="Sylfaen" w:cs="Sylfaen"/>
          <w:sz w:val="18"/>
          <w:szCs w:val="18"/>
          <w:lang w:val="ka-GE"/>
        </w:rPr>
        <w:t>და</w:t>
      </w:r>
      <w:r w:rsidRPr="00846B8F">
        <w:rPr>
          <w:rFonts w:cstheme="majorHAnsi"/>
          <w:sz w:val="18"/>
          <w:szCs w:val="18"/>
          <w:lang w:val="ka-GE"/>
        </w:rPr>
        <w:t xml:space="preserve"> </w:t>
      </w:r>
      <w:r w:rsidRPr="00846B8F">
        <w:rPr>
          <w:rFonts w:ascii="Sylfaen" w:hAnsi="Sylfaen" w:cs="Sylfaen"/>
          <w:sz w:val="18"/>
          <w:szCs w:val="18"/>
          <w:lang w:val="ka-GE"/>
        </w:rPr>
        <w:t>სამშენებლო</w:t>
      </w:r>
      <w:r w:rsidRPr="00846B8F">
        <w:rPr>
          <w:rFonts w:cstheme="majorHAnsi"/>
          <w:sz w:val="18"/>
          <w:szCs w:val="18"/>
          <w:lang w:val="ka-GE"/>
        </w:rPr>
        <w:t xml:space="preserve"> </w:t>
      </w:r>
      <w:r w:rsidRPr="00846B8F">
        <w:rPr>
          <w:rFonts w:ascii="Sylfaen" w:hAnsi="Sylfaen" w:cs="Sylfaen"/>
          <w:sz w:val="18"/>
          <w:szCs w:val="18"/>
          <w:lang w:val="ka-GE"/>
        </w:rPr>
        <w:t>მოედანზე</w:t>
      </w:r>
      <w:r w:rsidRPr="00846B8F">
        <w:rPr>
          <w:rFonts w:cstheme="majorHAnsi"/>
          <w:sz w:val="18"/>
          <w:szCs w:val="18"/>
          <w:lang w:val="ka-GE"/>
        </w:rPr>
        <w:t xml:space="preserve"> </w:t>
      </w:r>
      <w:r w:rsidRPr="00846B8F">
        <w:rPr>
          <w:rFonts w:ascii="Sylfaen" w:hAnsi="Sylfaen" w:cs="Sylfaen"/>
          <w:sz w:val="18"/>
          <w:szCs w:val="18"/>
          <w:lang w:val="ka-GE"/>
        </w:rPr>
        <w:t>დასაქმებული</w:t>
      </w:r>
      <w:r w:rsidRPr="00846B8F">
        <w:rPr>
          <w:rFonts w:cstheme="majorHAnsi"/>
          <w:sz w:val="18"/>
          <w:szCs w:val="18"/>
          <w:lang w:val="ka-GE"/>
        </w:rPr>
        <w:t xml:space="preserve"> </w:t>
      </w:r>
      <w:r w:rsidRPr="00846B8F">
        <w:rPr>
          <w:rFonts w:ascii="Sylfaen" w:hAnsi="Sylfaen" w:cs="Sylfaen"/>
          <w:sz w:val="18"/>
          <w:szCs w:val="18"/>
          <w:lang w:val="ka-GE"/>
        </w:rPr>
        <w:t>პირების</w:t>
      </w:r>
      <w:r w:rsidRPr="00846B8F">
        <w:rPr>
          <w:rFonts w:cstheme="majorHAnsi"/>
          <w:sz w:val="18"/>
          <w:szCs w:val="18"/>
          <w:lang w:val="ka-GE"/>
        </w:rPr>
        <w:t xml:space="preserve"> </w:t>
      </w:r>
      <w:r w:rsidRPr="00846B8F">
        <w:rPr>
          <w:rFonts w:ascii="Sylfaen" w:hAnsi="Sylfaen" w:cs="Sylfaen"/>
          <w:sz w:val="18"/>
          <w:szCs w:val="18"/>
          <w:lang w:val="ka-GE"/>
        </w:rPr>
        <w:t>მხრიდან</w:t>
      </w:r>
      <w:r w:rsidRPr="00846B8F">
        <w:rPr>
          <w:rFonts w:cstheme="majorHAnsi"/>
          <w:sz w:val="18"/>
          <w:szCs w:val="18"/>
          <w:lang w:val="ka-GE"/>
        </w:rPr>
        <w:t xml:space="preserve"> </w:t>
      </w:r>
      <w:r w:rsidRPr="00846B8F">
        <w:rPr>
          <w:rFonts w:ascii="Sylfaen" w:hAnsi="Sylfaen" w:cs="Sylfaen"/>
          <w:sz w:val="18"/>
          <w:szCs w:val="18"/>
          <w:lang w:val="ka-GE"/>
        </w:rPr>
        <w:t>მესამე</w:t>
      </w:r>
      <w:r w:rsidRPr="00846B8F">
        <w:rPr>
          <w:rFonts w:cstheme="majorHAnsi"/>
          <w:sz w:val="18"/>
          <w:szCs w:val="18"/>
          <w:lang w:val="ka-GE"/>
        </w:rPr>
        <w:t xml:space="preserve"> </w:t>
      </w:r>
      <w:r w:rsidRPr="00846B8F">
        <w:rPr>
          <w:rFonts w:ascii="Sylfaen" w:hAnsi="Sylfaen" w:cs="Sylfaen"/>
          <w:sz w:val="18"/>
          <w:szCs w:val="18"/>
          <w:lang w:val="ka-GE"/>
        </w:rPr>
        <w:t>პირთა</w:t>
      </w:r>
      <w:r w:rsidRPr="00846B8F">
        <w:rPr>
          <w:rFonts w:cstheme="majorHAnsi"/>
          <w:sz w:val="18"/>
          <w:szCs w:val="18"/>
          <w:lang w:val="ka-GE"/>
        </w:rPr>
        <w:t xml:space="preserve"> (</w:t>
      </w:r>
      <w:r w:rsidRPr="00846B8F">
        <w:rPr>
          <w:rFonts w:ascii="Sylfaen" w:hAnsi="Sylfaen" w:cs="Sylfaen"/>
          <w:sz w:val="18"/>
          <w:szCs w:val="18"/>
          <w:lang w:val="ka-GE"/>
        </w:rPr>
        <w:t>მათ</w:t>
      </w:r>
      <w:r w:rsidRPr="00846B8F">
        <w:rPr>
          <w:rFonts w:cstheme="majorHAnsi"/>
          <w:sz w:val="18"/>
          <w:szCs w:val="18"/>
          <w:lang w:val="ka-GE"/>
        </w:rPr>
        <w:t xml:space="preserve"> </w:t>
      </w:r>
      <w:r w:rsidRPr="00846B8F">
        <w:rPr>
          <w:rFonts w:ascii="Sylfaen" w:hAnsi="Sylfaen" w:cs="Sylfaen"/>
          <w:sz w:val="18"/>
          <w:szCs w:val="18"/>
          <w:lang w:val="ka-GE"/>
        </w:rPr>
        <w:t>შორის</w:t>
      </w:r>
      <w:r w:rsidRPr="00846B8F">
        <w:rPr>
          <w:rFonts w:cstheme="majorHAnsi"/>
          <w:sz w:val="18"/>
          <w:szCs w:val="18"/>
          <w:lang w:val="ka-GE"/>
        </w:rPr>
        <w:t xml:space="preserve">: </w:t>
      </w:r>
      <w:r w:rsidRPr="00846B8F">
        <w:rPr>
          <w:rFonts w:ascii="Sylfaen" w:hAnsi="Sylfaen" w:cs="Sylfaen"/>
          <w:sz w:val="18"/>
          <w:szCs w:val="18"/>
          <w:lang w:val="ka-GE"/>
        </w:rPr>
        <w:t>დამკვეთის</w:t>
      </w:r>
      <w:r w:rsidRPr="00846B8F">
        <w:rPr>
          <w:rFonts w:cstheme="majorHAnsi"/>
          <w:sz w:val="18"/>
          <w:szCs w:val="18"/>
          <w:lang w:val="ka-GE"/>
        </w:rPr>
        <w:t xml:space="preserve"> </w:t>
      </w:r>
      <w:r w:rsidRPr="00846B8F">
        <w:rPr>
          <w:rFonts w:ascii="Sylfaen" w:hAnsi="Sylfaen" w:cs="Sylfaen"/>
          <w:sz w:val="18"/>
          <w:szCs w:val="18"/>
          <w:lang w:val="ka-GE"/>
        </w:rPr>
        <w:t>პოტენციური</w:t>
      </w:r>
      <w:r w:rsidRPr="00846B8F">
        <w:rPr>
          <w:rFonts w:cstheme="majorHAnsi"/>
          <w:sz w:val="18"/>
          <w:szCs w:val="18"/>
          <w:lang w:val="ka-GE"/>
        </w:rPr>
        <w:t xml:space="preserve"> </w:t>
      </w:r>
      <w:r w:rsidRPr="00846B8F">
        <w:rPr>
          <w:rFonts w:ascii="Sylfaen" w:hAnsi="Sylfaen" w:cs="Sylfaen"/>
          <w:sz w:val="18"/>
          <w:szCs w:val="18"/>
          <w:lang w:val="ka-GE"/>
        </w:rPr>
        <w:t>ან</w:t>
      </w:r>
      <w:r w:rsidRPr="00846B8F">
        <w:rPr>
          <w:rFonts w:cstheme="majorHAnsi"/>
          <w:sz w:val="18"/>
          <w:szCs w:val="18"/>
          <w:lang w:val="ka-GE"/>
        </w:rPr>
        <w:t xml:space="preserve"> </w:t>
      </w:r>
      <w:r w:rsidRPr="00846B8F">
        <w:rPr>
          <w:rFonts w:ascii="Sylfaen" w:hAnsi="Sylfaen" w:cs="Sylfaen"/>
          <w:sz w:val="18"/>
          <w:szCs w:val="18"/>
          <w:lang w:val="ka-GE"/>
        </w:rPr>
        <w:t>არსებული</w:t>
      </w:r>
      <w:r w:rsidRPr="00846B8F">
        <w:rPr>
          <w:rFonts w:cstheme="majorHAnsi"/>
          <w:sz w:val="18"/>
          <w:szCs w:val="18"/>
          <w:lang w:val="ka-GE"/>
        </w:rPr>
        <w:t xml:space="preserve"> </w:t>
      </w:r>
      <w:r w:rsidRPr="00846B8F">
        <w:rPr>
          <w:rFonts w:ascii="Sylfaen" w:hAnsi="Sylfaen" w:cs="Sylfaen"/>
          <w:sz w:val="18"/>
          <w:szCs w:val="18"/>
          <w:lang w:val="ka-GE"/>
        </w:rPr>
        <w:t>კლიენტები</w:t>
      </w:r>
      <w:r w:rsidRPr="00846B8F">
        <w:rPr>
          <w:rFonts w:cstheme="majorHAnsi"/>
          <w:sz w:val="18"/>
          <w:szCs w:val="18"/>
          <w:lang w:val="ka-GE"/>
        </w:rPr>
        <w:t xml:space="preserve">, </w:t>
      </w:r>
      <w:r w:rsidRPr="00846B8F">
        <w:rPr>
          <w:rFonts w:ascii="Sylfaen" w:hAnsi="Sylfaen" w:cs="Sylfaen"/>
          <w:sz w:val="18"/>
          <w:szCs w:val="18"/>
          <w:lang w:val="ka-GE"/>
        </w:rPr>
        <w:t>მეზობელი</w:t>
      </w:r>
      <w:r w:rsidRPr="00846B8F">
        <w:rPr>
          <w:rFonts w:cstheme="majorHAnsi"/>
          <w:sz w:val="18"/>
          <w:szCs w:val="18"/>
          <w:lang w:val="ka-GE"/>
        </w:rPr>
        <w:t xml:space="preserve"> </w:t>
      </w:r>
      <w:r w:rsidRPr="00846B8F">
        <w:rPr>
          <w:rFonts w:ascii="Sylfaen" w:hAnsi="Sylfaen" w:cs="Sylfaen"/>
          <w:sz w:val="18"/>
          <w:szCs w:val="18"/>
          <w:lang w:val="ka-GE"/>
        </w:rPr>
        <w:t>ნაკვეთების</w:t>
      </w:r>
      <w:r w:rsidRPr="00846B8F">
        <w:rPr>
          <w:rFonts w:cstheme="majorHAnsi"/>
          <w:sz w:val="18"/>
          <w:szCs w:val="18"/>
          <w:lang w:val="ka-GE"/>
        </w:rPr>
        <w:t xml:space="preserve"> </w:t>
      </w:r>
      <w:r w:rsidRPr="00846B8F">
        <w:rPr>
          <w:rFonts w:ascii="Sylfaen" w:hAnsi="Sylfaen" w:cs="Sylfaen"/>
          <w:sz w:val="18"/>
          <w:szCs w:val="18"/>
          <w:lang w:val="ka-GE"/>
        </w:rPr>
        <w:t>მესაკუთრეები</w:t>
      </w:r>
      <w:r w:rsidRPr="00846B8F">
        <w:rPr>
          <w:rFonts w:cstheme="majorHAnsi"/>
          <w:sz w:val="18"/>
          <w:szCs w:val="18"/>
          <w:lang w:val="ka-GE"/>
        </w:rPr>
        <w:t xml:space="preserve"> </w:t>
      </w:r>
      <w:r w:rsidRPr="00846B8F">
        <w:rPr>
          <w:rFonts w:ascii="Sylfaen" w:hAnsi="Sylfaen" w:cs="Sylfaen"/>
          <w:sz w:val="18"/>
          <w:szCs w:val="18"/>
          <w:lang w:val="ka-GE"/>
        </w:rPr>
        <w:t>და</w:t>
      </w:r>
      <w:r w:rsidRPr="00846B8F">
        <w:rPr>
          <w:rFonts w:cstheme="majorHAnsi"/>
          <w:sz w:val="18"/>
          <w:szCs w:val="18"/>
          <w:lang w:val="ka-GE"/>
        </w:rPr>
        <w:t xml:space="preserve"> </w:t>
      </w:r>
      <w:r w:rsidRPr="00846B8F">
        <w:rPr>
          <w:rFonts w:ascii="Sylfaen" w:hAnsi="Sylfaen" w:cs="Sylfaen"/>
          <w:sz w:val="18"/>
          <w:szCs w:val="18"/>
          <w:lang w:val="ka-GE"/>
        </w:rPr>
        <w:t>ა</w:t>
      </w:r>
      <w:r w:rsidRPr="00846B8F">
        <w:rPr>
          <w:rFonts w:cstheme="majorHAnsi"/>
          <w:sz w:val="18"/>
          <w:szCs w:val="18"/>
          <w:lang w:val="ka-GE"/>
        </w:rPr>
        <w:t>.</w:t>
      </w:r>
      <w:r w:rsidRPr="00846B8F">
        <w:rPr>
          <w:rFonts w:ascii="Sylfaen" w:hAnsi="Sylfaen" w:cs="Sylfaen"/>
          <w:sz w:val="18"/>
          <w:szCs w:val="18"/>
          <w:lang w:val="ka-GE"/>
        </w:rPr>
        <w:t>შ</w:t>
      </w:r>
      <w:r w:rsidRPr="00846B8F">
        <w:rPr>
          <w:rFonts w:cstheme="majorHAnsi"/>
          <w:sz w:val="18"/>
          <w:szCs w:val="18"/>
          <w:lang w:val="ka-GE"/>
        </w:rPr>
        <w:t xml:space="preserve">.) </w:t>
      </w:r>
      <w:r w:rsidRPr="00846B8F">
        <w:rPr>
          <w:rFonts w:ascii="Sylfaen" w:hAnsi="Sylfaen" w:cs="Sylfaen"/>
          <w:sz w:val="18"/>
          <w:szCs w:val="18"/>
          <w:lang w:val="ka-GE"/>
        </w:rPr>
        <w:t>მიმართ</w:t>
      </w:r>
      <w:r w:rsidRPr="00846B8F">
        <w:rPr>
          <w:rFonts w:cstheme="majorHAnsi"/>
          <w:sz w:val="18"/>
          <w:szCs w:val="18"/>
          <w:lang w:val="ka-GE"/>
        </w:rPr>
        <w:t xml:space="preserve"> </w:t>
      </w:r>
      <w:r w:rsidRPr="00846B8F">
        <w:rPr>
          <w:rFonts w:ascii="Sylfaen" w:hAnsi="Sylfaen" w:cs="Sylfaen"/>
          <w:sz w:val="18"/>
          <w:szCs w:val="18"/>
          <w:lang w:val="ka-GE"/>
        </w:rPr>
        <w:t>ნებისმიერი</w:t>
      </w:r>
      <w:r w:rsidRPr="00846B8F">
        <w:rPr>
          <w:rFonts w:cstheme="majorHAnsi"/>
          <w:sz w:val="18"/>
          <w:szCs w:val="18"/>
          <w:lang w:val="ka-GE"/>
        </w:rPr>
        <w:t xml:space="preserve"> </w:t>
      </w:r>
      <w:r w:rsidRPr="00846B8F">
        <w:rPr>
          <w:rFonts w:ascii="Sylfaen" w:hAnsi="Sylfaen" w:cs="Sylfaen"/>
          <w:sz w:val="18"/>
          <w:szCs w:val="18"/>
          <w:lang w:val="ka-GE"/>
        </w:rPr>
        <w:t>სახის</w:t>
      </w:r>
      <w:r w:rsidRPr="00846B8F">
        <w:rPr>
          <w:rFonts w:cstheme="majorHAnsi"/>
          <w:sz w:val="18"/>
          <w:szCs w:val="18"/>
          <w:lang w:val="ka-GE"/>
        </w:rPr>
        <w:t xml:space="preserve"> </w:t>
      </w:r>
      <w:r w:rsidRPr="00846B8F">
        <w:rPr>
          <w:rFonts w:ascii="Sylfaen" w:hAnsi="Sylfaen" w:cs="Sylfaen"/>
          <w:sz w:val="18"/>
          <w:szCs w:val="18"/>
          <w:lang w:val="ka-GE"/>
        </w:rPr>
        <w:t>ინფორმაციის</w:t>
      </w:r>
      <w:r w:rsidRPr="00846B8F">
        <w:rPr>
          <w:rFonts w:cstheme="majorHAnsi"/>
          <w:sz w:val="18"/>
          <w:szCs w:val="18"/>
          <w:lang w:val="ka-GE"/>
        </w:rPr>
        <w:t xml:space="preserve"> </w:t>
      </w:r>
      <w:r w:rsidRPr="00846B8F">
        <w:rPr>
          <w:rFonts w:ascii="Sylfaen" w:hAnsi="Sylfaen" w:cs="Sylfaen"/>
          <w:sz w:val="18"/>
          <w:szCs w:val="18"/>
          <w:lang w:val="ka-GE"/>
        </w:rPr>
        <w:t>ან</w:t>
      </w:r>
      <w:r w:rsidRPr="00846B8F">
        <w:rPr>
          <w:rFonts w:cstheme="majorHAnsi"/>
          <w:sz w:val="18"/>
          <w:szCs w:val="18"/>
          <w:lang w:val="ka-GE"/>
        </w:rPr>
        <w:t xml:space="preserve"> </w:t>
      </w:r>
      <w:r w:rsidRPr="00846B8F">
        <w:rPr>
          <w:rFonts w:ascii="Sylfaen" w:hAnsi="Sylfaen" w:cs="Sylfaen"/>
          <w:sz w:val="18"/>
          <w:szCs w:val="18"/>
          <w:lang w:val="ka-GE"/>
        </w:rPr>
        <w:t>დეზინფორმაციის</w:t>
      </w:r>
      <w:r w:rsidRPr="00846B8F">
        <w:rPr>
          <w:rFonts w:cstheme="majorHAnsi"/>
          <w:sz w:val="18"/>
          <w:szCs w:val="18"/>
          <w:lang w:val="ka-GE"/>
        </w:rPr>
        <w:t xml:space="preserve"> </w:t>
      </w:r>
      <w:r w:rsidRPr="00846B8F">
        <w:rPr>
          <w:rFonts w:ascii="Sylfaen" w:hAnsi="Sylfaen" w:cs="Sylfaen"/>
          <w:sz w:val="18"/>
          <w:szCs w:val="18"/>
          <w:lang w:val="ka-GE"/>
        </w:rPr>
        <w:t>გაუვრცელებლობა</w:t>
      </w:r>
      <w:r w:rsidRPr="00846B8F">
        <w:rPr>
          <w:rFonts w:cstheme="majorHAnsi"/>
          <w:sz w:val="18"/>
          <w:szCs w:val="18"/>
          <w:lang w:val="ka-GE"/>
        </w:rPr>
        <w:t xml:space="preserve">, </w:t>
      </w:r>
      <w:r w:rsidRPr="00846B8F">
        <w:rPr>
          <w:rFonts w:ascii="Sylfaen" w:hAnsi="Sylfaen" w:cs="Sylfaen"/>
          <w:sz w:val="18"/>
          <w:szCs w:val="18"/>
          <w:lang w:val="ka-GE"/>
        </w:rPr>
        <w:t>მათ</w:t>
      </w:r>
      <w:r w:rsidRPr="00846B8F">
        <w:rPr>
          <w:rFonts w:cstheme="majorHAnsi"/>
          <w:sz w:val="18"/>
          <w:szCs w:val="18"/>
          <w:lang w:val="ka-GE"/>
        </w:rPr>
        <w:t xml:space="preserve"> </w:t>
      </w:r>
      <w:r w:rsidRPr="00846B8F">
        <w:rPr>
          <w:rFonts w:ascii="Sylfaen" w:hAnsi="Sylfaen" w:cs="Sylfaen"/>
          <w:sz w:val="18"/>
          <w:szCs w:val="18"/>
          <w:lang w:val="ka-GE"/>
        </w:rPr>
        <w:t>შორის</w:t>
      </w:r>
      <w:r w:rsidRPr="00846B8F">
        <w:rPr>
          <w:rFonts w:cstheme="majorHAnsi"/>
          <w:sz w:val="18"/>
          <w:szCs w:val="18"/>
          <w:lang w:val="ka-GE"/>
        </w:rPr>
        <w:t xml:space="preserve"> </w:t>
      </w:r>
      <w:r w:rsidRPr="00846B8F">
        <w:rPr>
          <w:rFonts w:ascii="Sylfaen" w:hAnsi="Sylfaen" w:cs="Sylfaen"/>
          <w:sz w:val="18"/>
          <w:szCs w:val="18"/>
          <w:lang w:val="ka-GE"/>
        </w:rPr>
        <w:t>ინფორმაცია</w:t>
      </w:r>
      <w:r w:rsidRPr="00846B8F">
        <w:rPr>
          <w:rFonts w:cstheme="majorHAnsi"/>
          <w:sz w:val="18"/>
          <w:szCs w:val="18"/>
          <w:lang w:val="ka-GE"/>
        </w:rPr>
        <w:t xml:space="preserve"> </w:t>
      </w:r>
      <w:r w:rsidRPr="00846B8F">
        <w:rPr>
          <w:rFonts w:ascii="Sylfaen" w:hAnsi="Sylfaen" w:cs="Sylfaen"/>
          <w:sz w:val="18"/>
          <w:szCs w:val="18"/>
          <w:lang w:val="ka-GE"/>
        </w:rPr>
        <w:t>მშენებლობის</w:t>
      </w:r>
      <w:r w:rsidRPr="00846B8F">
        <w:rPr>
          <w:rFonts w:cstheme="majorHAnsi"/>
          <w:sz w:val="18"/>
          <w:szCs w:val="18"/>
          <w:lang w:val="ka-GE"/>
        </w:rPr>
        <w:t xml:space="preserve"> </w:t>
      </w:r>
      <w:r w:rsidRPr="00846B8F">
        <w:rPr>
          <w:rFonts w:ascii="Sylfaen" w:hAnsi="Sylfaen" w:cs="Sylfaen"/>
          <w:sz w:val="18"/>
          <w:szCs w:val="18"/>
          <w:lang w:val="ka-GE"/>
        </w:rPr>
        <w:t>მიმდინარეობაზე</w:t>
      </w:r>
      <w:r w:rsidRPr="00846B8F">
        <w:rPr>
          <w:rFonts w:cstheme="majorHAnsi"/>
          <w:sz w:val="18"/>
          <w:szCs w:val="18"/>
          <w:lang w:val="ka-GE"/>
        </w:rPr>
        <w:t xml:space="preserve">, </w:t>
      </w:r>
      <w:r w:rsidRPr="00846B8F">
        <w:rPr>
          <w:rFonts w:ascii="Sylfaen" w:hAnsi="Sylfaen" w:cs="Sylfaen"/>
          <w:sz w:val="18"/>
          <w:szCs w:val="18"/>
          <w:lang w:val="ka-GE"/>
        </w:rPr>
        <w:t>ვადებზე</w:t>
      </w:r>
      <w:r w:rsidRPr="00846B8F">
        <w:rPr>
          <w:rFonts w:cstheme="majorHAnsi"/>
          <w:sz w:val="18"/>
          <w:szCs w:val="18"/>
          <w:lang w:val="ka-GE"/>
        </w:rPr>
        <w:t xml:space="preserve">, </w:t>
      </w:r>
      <w:r w:rsidRPr="00846B8F">
        <w:rPr>
          <w:rFonts w:ascii="Sylfaen" w:hAnsi="Sylfaen" w:cs="Sylfaen"/>
          <w:sz w:val="18"/>
          <w:szCs w:val="18"/>
          <w:lang w:val="ka-GE"/>
        </w:rPr>
        <w:t>მასალებზე</w:t>
      </w:r>
      <w:r w:rsidRPr="00846B8F">
        <w:rPr>
          <w:rFonts w:cstheme="majorHAnsi"/>
          <w:sz w:val="18"/>
          <w:szCs w:val="18"/>
          <w:lang w:val="ka-GE"/>
        </w:rPr>
        <w:t xml:space="preserve"> </w:t>
      </w:r>
      <w:r w:rsidRPr="00846B8F">
        <w:rPr>
          <w:rFonts w:ascii="Sylfaen" w:hAnsi="Sylfaen" w:cs="Sylfaen"/>
          <w:sz w:val="18"/>
          <w:szCs w:val="18"/>
          <w:lang w:val="ka-GE"/>
        </w:rPr>
        <w:t>და</w:t>
      </w:r>
      <w:r w:rsidRPr="00846B8F">
        <w:rPr>
          <w:rFonts w:cstheme="majorHAnsi"/>
          <w:sz w:val="18"/>
          <w:szCs w:val="18"/>
          <w:lang w:val="ka-GE"/>
        </w:rPr>
        <w:t xml:space="preserve"> </w:t>
      </w:r>
      <w:r w:rsidRPr="00846B8F">
        <w:rPr>
          <w:rFonts w:ascii="Sylfaen" w:hAnsi="Sylfaen" w:cs="Sylfaen"/>
          <w:sz w:val="18"/>
          <w:szCs w:val="18"/>
          <w:lang w:val="ka-GE"/>
        </w:rPr>
        <w:t>ა</w:t>
      </w:r>
      <w:r w:rsidRPr="00846B8F">
        <w:rPr>
          <w:rFonts w:cstheme="majorHAnsi"/>
          <w:sz w:val="18"/>
          <w:szCs w:val="18"/>
          <w:lang w:val="ka-GE"/>
        </w:rPr>
        <w:t>.</w:t>
      </w:r>
      <w:r w:rsidRPr="00846B8F">
        <w:rPr>
          <w:rFonts w:ascii="Sylfaen" w:hAnsi="Sylfaen" w:cs="Sylfaen"/>
          <w:sz w:val="18"/>
          <w:szCs w:val="18"/>
          <w:lang w:val="ka-GE"/>
        </w:rPr>
        <w:t>შ</w:t>
      </w:r>
      <w:r w:rsidRPr="00846B8F">
        <w:rPr>
          <w:rFonts w:cstheme="majorHAnsi"/>
          <w:sz w:val="18"/>
          <w:szCs w:val="18"/>
          <w:lang w:val="ka-GE"/>
        </w:rPr>
        <w:t>.</w:t>
      </w:r>
    </w:p>
    <w:p w14:paraId="2DF59B52" w14:textId="77777777" w:rsidR="00DD0C81" w:rsidRPr="00D73BDF" w:rsidRDefault="00DD0C81" w:rsidP="00185C20">
      <w:pPr>
        <w:jc w:val="both"/>
        <w:rPr>
          <w:rFonts w:cstheme="majorHAnsi"/>
          <w:sz w:val="18"/>
          <w:szCs w:val="18"/>
        </w:rPr>
      </w:pPr>
    </w:p>
    <w:p w14:paraId="56B67E62" w14:textId="5A4AE28F" w:rsidR="004B6084" w:rsidRPr="00353196" w:rsidRDefault="00A74260" w:rsidP="00185C20">
      <w:pPr>
        <w:pStyle w:val="ListParagraph"/>
        <w:numPr>
          <w:ilvl w:val="0"/>
          <w:numId w:val="13"/>
        </w:numPr>
        <w:jc w:val="both"/>
        <w:rPr>
          <w:rFonts w:cstheme="majorHAnsi"/>
          <w:b/>
          <w:bCs/>
          <w:sz w:val="20"/>
          <w:szCs w:val="20"/>
        </w:rPr>
      </w:pPr>
      <w:proofErr w:type="spellStart"/>
      <w:r w:rsidRPr="00353196">
        <w:rPr>
          <w:rFonts w:ascii="Sylfaen" w:hAnsi="Sylfaen" w:cs="Sylfaen"/>
          <w:b/>
          <w:bCs/>
          <w:sz w:val="20"/>
          <w:szCs w:val="20"/>
        </w:rPr>
        <w:t>ფასი</w:t>
      </w:r>
      <w:proofErr w:type="spellEnd"/>
      <w:r w:rsidRPr="00353196">
        <w:rPr>
          <w:rFonts w:cstheme="majorHAnsi"/>
          <w:b/>
          <w:bCs/>
          <w:sz w:val="20"/>
          <w:szCs w:val="20"/>
        </w:rPr>
        <w:t xml:space="preserve"> </w:t>
      </w:r>
      <w:proofErr w:type="spellStart"/>
      <w:r w:rsidRPr="00353196">
        <w:rPr>
          <w:rFonts w:ascii="Sylfaen" w:hAnsi="Sylfaen" w:cs="Sylfaen"/>
          <w:b/>
          <w:bCs/>
          <w:sz w:val="20"/>
          <w:szCs w:val="20"/>
        </w:rPr>
        <w:t>და</w:t>
      </w:r>
      <w:proofErr w:type="spellEnd"/>
      <w:r w:rsidRPr="00353196">
        <w:rPr>
          <w:rFonts w:cstheme="majorHAnsi"/>
          <w:b/>
          <w:bCs/>
          <w:sz w:val="20"/>
          <w:szCs w:val="20"/>
        </w:rPr>
        <w:t xml:space="preserve"> </w:t>
      </w:r>
      <w:proofErr w:type="spellStart"/>
      <w:r w:rsidRPr="00353196">
        <w:rPr>
          <w:rFonts w:ascii="Sylfaen" w:hAnsi="Sylfaen" w:cs="Sylfaen"/>
          <w:b/>
          <w:bCs/>
          <w:sz w:val="20"/>
          <w:szCs w:val="20"/>
        </w:rPr>
        <w:t>გადახდის</w:t>
      </w:r>
      <w:proofErr w:type="spellEnd"/>
      <w:r w:rsidRPr="00353196">
        <w:rPr>
          <w:rFonts w:cstheme="majorHAnsi"/>
          <w:b/>
          <w:bCs/>
          <w:sz w:val="20"/>
          <w:szCs w:val="20"/>
        </w:rPr>
        <w:t xml:space="preserve"> </w:t>
      </w:r>
      <w:proofErr w:type="spellStart"/>
      <w:r w:rsidRPr="00353196">
        <w:rPr>
          <w:rFonts w:ascii="Sylfaen" w:hAnsi="Sylfaen" w:cs="Sylfaen"/>
          <w:b/>
          <w:bCs/>
          <w:sz w:val="20"/>
          <w:szCs w:val="20"/>
        </w:rPr>
        <w:t>პირობები</w:t>
      </w:r>
      <w:proofErr w:type="spellEnd"/>
      <w:r w:rsidRPr="00353196">
        <w:rPr>
          <w:rFonts w:cstheme="majorHAnsi"/>
          <w:b/>
          <w:bCs/>
          <w:sz w:val="20"/>
          <w:szCs w:val="20"/>
        </w:rPr>
        <w:t xml:space="preserve"> </w:t>
      </w:r>
    </w:p>
    <w:p w14:paraId="321B6878" w14:textId="77777777" w:rsidR="004B6084" w:rsidRPr="00353196" w:rsidRDefault="00A74260" w:rsidP="00185C20">
      <w:pPr>
        <w:jc w:val="both"/>
        <w:rPr>
          <w:rFonts w:cstheme="majorHAnsi"/>
          <w:b/>
          <w:bCs/>
          <w:sz w:val="18"/>
          <w:szCs w:val="18"/>
          <w:u w:val="single"/>
        </w:rPr>
      </w:pPr>
      <w:proofErr w:type="spellStart"/>
      <w:r w:rsidRPr="00353196">
        <w:rPr>
          <w:rFonts w:ascii="Sylfaen" w:hAnsi="Sylfaen" w:cs="Sylfaen"/>
          <w:b/>
          <w:bCs/>
          <w:sz w:val="18"/>
          <w:szCs w:val="18"/>
          <w:u w:val="single"/>
        </w:rPr>
        <w:t>სამუშაოს</w:t>
      </w:r>
      <w:proofErr w:type="spellEnd"/>
      <w:r w:rsidRPr="00353196">
        <w:rPr>
          <w:rFonts w:cstheme="majorHAnsi"/>
          <w:b/>
          <w:bCs/>
          <w:sz w:val="18"/>
          <w:szCs w:val="18"/>
          <w:u w:val="single"/>
        </w:rPr>
        <w:t xml:space="preserve"> </w:t>
      </w:r>
      <w:proofErr w:type="spellStart"/>
      <w:r w:rsidRPr="00353196">
        <w:rPr>
          <w:rFonts w:ascii="Sylfaen" w:hAnsi="Sylfaen" w:cs="Sylfaen"/>
          <w:b/>
          <w:bCs/>
          <w:sz w:val="18"/>
          <w:szCs w:val="18"/>
          <w:u w:val="single"/>
        </w:rPr>
        <w:t>ღირებულება</w:t>
      </w:r>
      <w:proofErr w:type="spellEnd"/>
      <w:r w:rsidRPr="00353196">
        <w:rPr>
          <w:rFonts w:cstheme="majorHAnsi"/>
          <w:b/>
          <w:bCs/>
          <w:sz w:val="18"/>
          <w:szCs w:val="18"/>
          <w:u w:val="single"/>
        </w:rPr>
        <w:t>:</w:t>
      </w:r>
    </w:p>
    <w:p w14:paraId="31198114" w14:textId="711632E4" w:rsidR="004B6084" w:rsidRPr="00353196" w:rsidRDefault="00A74260" w:rsidP="00125F84">
      <w:pPr>
        <w:pStyle w:val="ListParagraph"/>
        <w:numPr>
          <w:ilvl w:val="1"/>
          <w:numId w:val="13"/>
        </w:numPr>
        <w:ind w:left="360"/>
        <w:jc w:val="both"/>
        <w:rPr>
          <w:rFonts w:cstheme="majorHAnsi"/>
          <w:sz w:val="18"/>
          <w:szCs w:val="18"/>
        </w:rPr>
      </w:pPr>
      <w:proofErr w:type="spellStart"/>
      <w:r w:rsidRPr="00353196">
        <w:rPr>
          <w:rFonts w:ascii="Sylfaen" w:hAnsi="Sylfaen" w:cs="Sylfaen"/>
          <w:sz w:val="18"/>
          <w:szCs w:val="18"/>
        </w:rPr>
        <w:t>წინამდებარე</w:t>
      </w:r>
      <w:proofErr w:type="spellEnd"/>
      <w:r w:rsidRPr="00353196">
        <w:rPr>
          <w:rFonts w:cstheme="majorHAnsi"/>
          <w:sz w:val="18"/>
          <w:szCs w:val="18"/>
        </w:rPr>
        <w:t xml:space="preserve"> </w:t>
      </w:r>
      <w:proofErr w:type="spellStart"/>
      <w:r w:rsidRPr="00353196">
        <w:rPr>
          <w:rFonts w:ascii="Sylfaen" w:hAnsi="Sylfaen" w:cs="Sylfaen"/>
          <w:sz w:val="18"/>
          <w:szCs w:val="18"/>
        </w:rPr>
        <w:t>ხელშეკრულებით</w:t>
      </w:r>
      <w:proofErr w:type="spellEnd"/>
      <w:r w:rsidRPr="00353196">
        <w:rPr>
          <w:rFonts w:cstheme="majorHAnsi"/>
          <w:sz w:val="18"/>
          <w:szCs w:val="18"/>
        </w:rPr>
        <w:t xml:space="preserve"> </w:t>
      </w:r>
      <w:proofErr w:type="spellStart"/>
      <w:r w:rsidRPr="00353196">
        <w:rPr>
          <w:rFonts w:ascii="Sylfaen" w:hAnsi="Sylfaen" w:cs="Sylfaen"/>
          <w:sz w:val="18"/>
          <w:szCs w:val="18"/>
        </w:rPr>
        <w:t>განსაზღვრული</w:t>
      </w:r>
      <w:proofErr w:type="spellEnd"/>
      <w:r w:rsidRPr="00353196">
        <w:rPr>
          <w:rFonts w:cstheme="majorHAnsi"/>
          <w:sz w:val="18"/>
          <w:szCs w:val="18"/>
        </w:rPr>
        <w:t xml:space="preserve"> </w:t>
      </w:r>
      <w:proofErr w:type="spellStart"/>
      <w:r w:rsidRPr="00353196">
        <w:rPr>
          <w:rFonts w:ascii="Sylfaen" w:hAnsi="Sylfaen" w:cs="Sylfaen"/>
          <w:sz w:val="18"/>
          <w:szCs w:val="18"/>
        </w:rPr>
        <w:t>სამუშაოების</w:t>
      </w:r>
      <w:proofErr w:type="spellEnd"/>
      <w:r w:rsidRPr="00353196">
        <w:rPr>
          <w:rFonts w:cstheme="majorHAnsi"/>
          <w:sz w:val="18"/>
          <w:szCs w:val="18"/>
        </w:rPr>
        <w:t xml:space="preserve"> </w:t>
      </w:r>
      <w:proofErr w:type="spellStart"/>
      <w:r w:rsidRPr="00353196">
        <w:rPr>
          <w:rFonts w:ascii="Sylfaen" w:hAnsi="Sylfaen" w:cs="Sylfaen"/>
          <w:sz w:val="18"/>
          <w:szCs w:val="18"/>
        </w:rPr>
        <w:t>მთლიანი</w:t>
      </w:r>
      <w:proofErr w:type="spellEnd"/>
      <w:r w:rsidRPr="00353196">
        <w:rPr>
          <w:rFonts w:cstheme="majorHAnsi"/>
          <w:sz w:val="18"/>
          <w:szCs w:val="18"/>
        </w:rPr>
        <w:t xml:space="preserve"> </w:t>
      </w:r>
      <w:proofErr w:type="spellStart"/>
      <w:r w:rsidRPr="00353196">
        <w:rPr>
          <w:rFonts w:ascii="Sylfaen" w:hAnsi="Sylfaen" w:cs="Sylfaen"/>
          <w:sz w:val="18"/>
          <w:szCs w:val="18"/>
        </w:rPr>
        <w:t>ღირებულება</w:t>
      </w:r>
      <w:proofErr w:type="spellEnd"/>
      <w:r w:rsidRPr="00353196">
        <w:rPr>
          <w:rFonts w:cstheme="majorHAnsi"/>
          <w:sz w:val="18"/>
          <w:szCs w:val="18"/>
        </w:rPr>
        <w:t xml:space="preserve">, </w:t>
      </w:r>
      <w:r w:rsidR="000A5EC2">
        <w:rPr>
          <w:rFonts w:ascii="Sylfaen" w:hAnsi="Sylfaen" w:cs="Sylfaen"/>
          <w:sz w:val="18"/>
          <w:szCs w:val="18"/>
          <w:lang w:val="ka-GE"/>
        </w:rPr>
        <w:t xml:space="preserve">დამატებული </w:t>
      </w:r>
      <w:proofErr w:type="spellStart"/>
      <w:r w:rsidRPr="00353196">
        <w:rPr>
          <w:rFonts w:ascii="Sylfaen" w:hAnsi="Sylfaen" w:cs="Sylfaen"/>
          <w:sz w:val="18"/>
          <w:szCs w:val="18"/>
        </w:rPr>
        <w:t>ღირებულების</w:t>
      </w:r>
      <w:proofErr w:type="spellEnd"/>
      <w:r w:rsidRPr="00353196">
        <w:rPr>
          <w:rFonts w:cstheme="majorHAnsi"/>
          <w:sz w:val="18"/>
          <w:szCs w:val="18"/>
        </w:rPr>
        <w:t xml:space="preserve"> </w:t>
      </w:r>
      <w:proofErr w:type="spellStart"/>
      <w:r w:rsidRPr="00353196">
        <w:rPr>
          <w:rFonts w:ascii="Sylfaen" w:hAnsi="Sylfaen" w:cs="Sylfaen"/>
          <w:sz w:val="18"/>
          <w:szCs w:val="18"/>
        </w:rPr>
        <w:t>გადასახადის</w:t>
      </w:r>
      <w:proofErr w:type="spellEnd"/>
      <w:r w:rsidRPr="00353196">
        <w:rPr>
          <w:rFonts w:cstheme="majorHAnsi"/>
          <w:sz w:val="18"/>
          <w:szCs w:val="18"/>
        </w:rPr>
        <w:t xml:space="preserve"> </w:t>
      </w:r>
      <w:r w:rsidR="00024720">
        <w:rPr>
          <w:rFonts w:ascii="Sylfaen" w:hAnsi="Sylfaen" w:cstheme="majorHAnsi"/>
          <w:sz w:val="18"/>
          <w:szCs w:val="18"/>
          <w:lang w:val="ka-GE"/>
        </w:rPr>
        <w:t xml:space="preserve">(დღგ) </w:t>
      </w:r>
      <w:r w:rsidR="00024720">
        <w:rPr>
          <w:rFonts w:ascii="Sylfaen" w:hAnsi="Sylfaen" w:cs="Sylfaen"/>
          <w:sz w:val="18"/>
          <w:szCs w:val="18"/>
          <w:lang w:val="ka-GE"/>
        </w:rPr>
        <w:t>ჩათვლით</w:t>
      </w:r>
      <w:r w:rsidRPr="00353196">
        <w:rPr>
          <w:rFonts w:cstheme="majorHAnsi"/>
          <w:sz w:val="18"/>
          <w:szCs w:val="18"/>
        </w:rPr>
        <w:t xml:space="preserve">, </w:t>
      </w:r>
      <w:proofErr w:type="spellStart"/>
      <w:r w:rsidRPr="00353196">
        <w:rPr>
          <w:rFonts w:ascii="Sylfaen" w:hAnsi="Sylfaen" w:cs="Sylfaen"/>
          <w:sz w:val="18"/>
          <w:szCs w:val="18"/>
        </w:rPr>
        <w:t>შეადგენს</w:t>
      </w:r>
      <w:proofErr w:type="spellEnd"/>
      <w:r w:rsidRPr="00353196">
        <w:rPr>
          <w:rFonts w:cstheme="majorHAnsi"/>
          <w:sz w:val="18"/>
          <w:szCs w:val="18"/>
        </w:rPr>
        <w:t xml:space="preserve"> -  </w:t>
      </w:r>
      <w:r w:rsidR="001A10DC">
        <w:rPr>
          <w:rFonts w:ascii="Sylfaen" w:hAnsi="Sylfaen" w:cstheme="majorHAnsi"/>
          <w:b/>
          <w:bCs/>
          <w:sz w:val="18"/>
          <w:szCs w:val="18"/>
          <w:lang w:val="ka-GE"/>
        </w:rPr>
        <w:t>____</w:t>
      </w:r>
      <w:r w:rsidRPr="00353196">
        <w:rPr>
          <w:rFonts w:cstheme="majorHAnsi"/>
          <w:sz w:val="18"/>
          <w:szCs w:val="18"/>
        </w:rPr>
        <w:t xml:space="preserve"> </w:t>
      </w:r>
      <w:r w:rsidR="00F6688E">
        <w:rPr>
          <w:rFonts w:cstheme="majorHAnsi"/>
          <w:sz w:val="18"/>
          <w:szCs w:val="18"/>
          <w:lang w:val="ka-GE"/>
        </w:rPr>
        <w:t>(</w:t>
      </w:r>
      <w:r w:rsidR="001A10DC">
        <w:rPr>
          <w:rFonts w:ascii="Sylfaen" w:hAnsi="Sylfaen" w:cstheme="majorHAnsi"/>
          <w:sz w:val="18"/>
          <w:szCs w:val="18"/>
          <w:lang w:val="ka-GE"/>
        </w:rPr>
        <w:t>____</w:t>
      </w:r>
      <w:r w:rsidR="000A658A">
        <w:rPr>
          <w:rFonts w:ascii="Sylfaen" w:hAnsi="Sylfaen" w:cstheme="majorHAnsi"/>
          <w:sz w:val="18"/>
          <w:szCs w:val="18"/>
          <w:lang w:val="ka-GE"/>
        </w:rPr>
        <w:t>)</w:t>
      </w:r>
      <w:r w:rsidRPr="00353196">
        <w:rPr>
          <w:rFonts w:cstheme="majorHAnsi"/>
          <w:sz w:val="18"/>
          <w:szCs w:val="18"/>
        </w:rPr>
        <w:t xml:space="preserve"> </w:t>
      </w:r>
      <w:r w:rsidR="00291403">
        <w:rPr>
          <w:rFonts w:ascii="Sylfaen" w:hAnsi="Sylfaen" w:cstheme="majorHAnsi"/>
          <w:sz w:val="18"/>
          <w:szCs w:val="18"/>
          <w:lang w:val="ka-GE"/>
        </w:rPr>
        <w:t xml:space="preserve">ლარს </w:t>
      </w:r>
      <w:r w:rsidR="000A658A">
        <w:rPr>
          <w:rFonts w:ascii="Sylfaen" w:hAnsi="Sylfaen" w:cstheme="majorHAnsi"/>
          <w:sz w:val="18"/>
          <w:szCs w:val="18"/>
          <w:lang w:val="ka-GE"/>
        </w:rPr>
        <w:t>(</w:t>
      </w:r>
      <w:proofErr w:type="spellStart"/>
      <w:r w:rsidRPr="00353196">
        <w:rPr>
          <w:rFonts w:ascii="Sylfaen" w:hAnsi="Sylfaen" w:cs="Sylfaen"/>
          <w:sz w:val="18"/>
          <w:szCs w:val="18"/>
        </w:rPr>
        <w:t>შემდგომში</w:t>
      </w:r>
      <w:proofErr w:type="spellEnd"/>
      <w:r w:rsidRPr="00353196">
        <w:rPr>
          <w:rFonts w:cstheme="majorHAnsi"/>
          <w:sz w:val="18"/>
          <w:szCs w:val="18"/>
        </w:rPr>
        <w:t xml:space="preserve"> „</w:t>
      </w:r>
      <w:proofErr w:type="spellStart"/>
      <w:r w:rsidRPr="00353196">
        <w:rPr>
          <w:rFonts w:ascii="Sylfaen" w:hAnsi="Sylfaen" w:cs="Sylfaen"/>
          <w:sz w:val="18"/>
          <w:szCs w:val="18"/>
        </w:rPr>
        <w:t>საერთო</w:t>
      </w:r>
      <w:proofErr w:type="spellEnd"/>
      <w:r w:rsidRPr="00353196">
        <w:rPr>
          <w:rFonts w:cstheme="majorHAnsi"/>
          <w:sz w:val="18"/>
          <w:szCs w:val="18"/>
        </w:rPr>
        <w:t xml:space="preserve"> </w:t>
      </w:r>
      <w:proofErr w:type="spellStart"/>
      <w:r w:rsidRPr="00353196">
        <w:rPr>
          <w:rFonts w:ascii="Sylfaen" w:hAnsi="Sylfaen" w:cs="Sylfaen"/>
          <w:sz w:val="18"/>
          <w:szCs w:val="18"/>
        </w:rPr>
        <w:t>ღირებულება</w:t>
      </w:r>
      <w:proofErr w:type="spellEnd"/>
      <w:r w:rsidR="000A658A">
        <w:rPr>
          <w:rFonts w:cstheme="majorHAnsi"/>
          <w:sz w:val="18"/>
          <w:szCs w:val="18"/>
        </w:rPr>
        <w:t>“</w:t>
      </w:r>
      <w:r w:rsidR="000A658A">
        <w:rPr>
          <w:rFonts w:ascii="Sylfaen" w:hAnsi="Sylfaen" w:cstheme="majorHAnsi"/>
          <w:sz w:val="18"/>
          <w:szCs w:val="18"/>
          <w:lang w:val="ka-GE"/>
        </w:rPr>
        <w:t>)</w:t>
      </w:r>
      <w:r w:rsidRPr="00353196">
        <w:rPr>
          <w:rFonts w:cstheme="majorHAnsi"/>
          <w:sz w:val="18"/>
          <w:szCs w:val="18"/>
        </w:rPr>
        <w:t>.</w:t>
      </w:r>
      <w:r w:rsidR="00353196">
        <w:rPr>
          <w:rFonts w:cstheme="majorHAnsi"/>
          <w:sz w:val="18"/>
          <w:szCs w:val="18"/>
        </w:rPr>
        <w:br/>
      </w:r>
      <w:r w:rsidR="00353196">
        <w:rPr>
          <w:rFonts w:ascii="Sylfaen" w:hAnsi="Sylfaen" w:cstheme="majorHAnsi"/>
          <w:sz w:val="18"/>
          <w:szCs w:val="18"/>
          <w:lang w:val="ka-GE"/>
        </w:rPr>
        <w:t xml:space="preserve">4.1.1. </w:t>
      </w:r>
      <w:proofErr w:type="spellStart"/>
      <w:r w:rsidRPr="00353196">
        <w:rPr>
          <w:rFonts w:ascii="Sylfaen" w:hAnsi="Sylfaen" w:cs="Sylfaen"/>
          <w:sz w:val="18"/>
          <w:szCs w:val="18"/>
        </w:rPr>
        <w:t>თუ</w:t>
      </w:r>
      <w:proofErr w:type="spellEnd"/>
      <w:r w:rsidRPr="00353196">
        <w:rPr>
          <w:rFonts w:cstheme="majorHAnsi"/>
          <w:sz w:val="18"/>
          <w:szCs w:val="18"/>
        </w:rPr>
        <w:t xml:space="preserve"> </w:t>
      </w:r>
      <w:proofErr w:type="spellStart"/>
      <w:r w:rsidRPr="00353196">
        <w:rPr>
          <w:rFonts w:ascii="Sylfaen" w:hAnsi="Sylfaen" w:cs="Sylfaen"/>
          <w:sz w:val="18"/>
          <w:szCs w:val="18"/>
        </w:rPr>
        <w:t>სამუშაოს</w:t>
      </w:r>
      <w:proofErr w:type="spellEnd"/>
      <w:r w:rsidRPr="00353196">
        <w:rPr>
          <w:rFonts w:cstheme="majorHAnsi"/>
          <w:sz w:val="18"/>
          <w:szCs w:val="18"/>
        </w:rPr>
        <w:t xml:space="preserve"> </w:t>
      </w:r>
      <w:proofErr w:type="spellStart"/>
      <w:r w:rsidRPr="00353196">
        <w:rPr>
          <w:rFonts w:ascii="Sylfaen" w:hAnsi="Sylfaen" w:cs="Sylfaen"/>
          <w:sz w:val="18"/>
          <w:szCs w:val="18"/>
        </w:rPr>
        <w:t>შესრულების</w:t>
      </w:r>
      <w:proofErr w:type="spellEnd"/>
      <w:r w:rsidRPr="00353196">
        <w:rPr>
          <w:rFonts w:cstheme="majorHAnsi"/>
          <w:sz w:val="18"/>
          <w:szCs w:val="18"/>
        </w:rPr>
        <w:t xml:space="preserve"> </w:t>
      </w:r>
      <w:proofErr w:type="spellStart"/>
      <w:r w:rsidRPr="00353196">
        <w:rPr>
          <w:rFonts w:ascii="Sylfaen" w:hAnsi="Sylfaen" w:cs="Sylfaen"/>
          <w:sz w:val="18"/>
          <w:szCs w:val="18"/>
        </w:rPr>
        <w:t>პროცესში</w:t>
      </w:r>
      <w:proofErr w:type="spellEnd"/>
      <w:r w:rsidRPr="00353196">
        <w:rPr>
          <w:rFonts w:cstheme="majorHAnsi"/>
          <w:sz w:val="18"/>
          <w:szCs w:val="18"/>
        </w:rPr>
        <w:t xml:space="preserve"> </w:t>
      </w:r>
      <w:proofErr w:type="spellStart"/>
      <w:r w:rsidRPr="00353196">
        <w:rPr>
          <w:rFonts w:ascii="Sylfaen" w:hAnsi="Sylfaen" w:cs="Sylfaen"/>
          <w:sz w:val="18"/>
          <w:szCs w:val="18"/>
        </w:rPr>
        <w:t>დამკვეთი</w:t>
      </w:r>
      <w:proofErr w:type="spellEnd"/>
      <w:r w:rsidRPr="00353196">
        <w:rPr>
          <w:rFonts w:cstheme="majorHAnsi"/>
          <w:sz w:val="18"/>
          <w:szCs w:val="18"/>
        </w:rPr>
        <w:t xml:space="preserve"> </w:t>
      </w:r>
      <w:proofErr w:type="spellStart"/>
      <w:r w:rsidRPr="00353196">
        <w:rPr>
          <w:rFonts w:ascii="Sylfaen" w:hAnsi="Sylfaen" w:cs="Sylfaen"/>
          <w:sz w:val="18"/>
          <w:szCs w:val="18"/>
        </w:rPr>
        <w:t>მოითხოვს</w:t>
      </w:r>
      <w:proofErr w:type="spellEnd"/>
      <w:r w:rsidRPr="00353196">
        <w:rPr>
          <w:rFonts w:cstheme="majorHAnsi"/>
          <w:sz w:val="18"/>
          <w:szCs w:val="18"/>
        </w:rPr>
        <w:t xml:space="preserve"> </w:t>
      </w:r>
      <w:proofErr w:type="spellStart"/>
      <w:r w:rsidRPr="00353196">
        <w:rPr>
          <w:rFonts w:ascii="Sylfaen" w:hAnsi="Sylfaen" w:cs="Sylfaen"/>
          <w:sz w:val="18"/>
          <w:szCs w:val="18"/>
        </w:rPr>
        <w:t>დამატებითი</w:t>
      </w:r>
      <w:proofErr w:type="spellEnd"/>
      <w:r w:rsidRPr="00353196">
        <w:rPr>
          <w:rFonts w:cstheme="majorHAnsi"/>
          <w:sz w:val="18"/>
          <w:szCs w:val="18"/>
        </w:rPr>
        <w:t xml:space="preserve"> </w:t>
      </w:r>
      <w:proofErr w:type="spellStart"/>
      <w:r w:rsidRPr="00353196">
        <w:rPr>
          <w:rFonts w:ascii="Sylfaen" w:hAnsi="Sylfaen" w:cs="Sylfaen"/>
          <w:sz w:val="18"/>
          <w:szCs w:val="18"/>
        </w:rPr>
        <w:t>მოცულობის</w:t>
      </w:r>
      <w:proofErr w:type="spellEnd"/>
      <w:r w:rsidRPr="00353196">
        <w:rPr>
          <w:rFonts w:cstheme="majorHAnsi"/>
          <w:sz w:val="18"/>
          <w:szCs w:val="18"/>
        </w:rPr>
        <w:t xml:space="preserve"> </w:t>
      </w:r>
      <w:proofErr w:type="spellStart"/>
      <w:r w:rsidRPr="00353196">
        <w:rPr>
          <w:rFonts w:ascii="Sylfaen" w:hAnsi="Sylfaen" w:cs="Sylfaen"/>
          <w:sz w:val="18"/>
          <w:szCs w:val="18"/>
        </w:rPr>
        <w:t>სამუშაოს</w:t>
      </w:r>
      <w:proofErr w:type="spellEnd"/>
      <w:r w:rsidRPr="00353196">
        <w:rPr>
          <w:rFonts w:cstheme="majorHAnsi"/>
          <w:sz w:val="18"/>
          <w:szCs w:val="18"/>
        </w:rPr>
        <w:t xml:space="preserve"> </w:t>
      </w:r>
      <w:proofErr w:type="spellStart"/>
      <w:r w:rsidRPr="00353196">
        <w:rPr>
          <w:rFonts w:ascii="Sylfaen" w:hAnsi="Sylfaen" w:cs="Sylfaen"/>
          <w:sz w:val="18"/>
          <w:szCs w:val="18"/>
        </w:rPr>
        <w:t>შესრულებას</w:t>
      </w:r>
      <w:proofErr w:type="spellEnd"/>
      <w:r w:rsidRPr="00353196">
        <w:rPr>
          <w:rFonts w:cstheme="majorHAnsi"/>
          <w:sz w:val="18"/>
          <w:szCs w:val="18"/>
        </w:rPr>
        <w:t xml:space="preserve">, </w:t>
      </w:r>
      <w:proofErr w:type="spellStart"/>
      <w:r w:rsidRPr="00353196">
        <w:rPr>
          <w:rFonts w:ascii="Sylfaen" w:hAnsi="Sylfaen" w:cs="Sylfaen"/>
          <w:sz w:val="18"/>
          <w:szCs w:val="18"/>
        </w:rPr>
        <w:t>რაზეც</w:t>
      </w:r>
      <w:proofErr w:type="spellEnd"/>
      <w:r w:rsidRPr="00353196">
        <w:rPr>
          <w:rFonts w:cstheme="majorHAnsi"/>
          <w:sz w:val="18"/>
          <w:szCs w:val="18"/>
        </w:rPr>
        <w:t xml:space="preserve"> </w:t>
      </w:r>
      <w:r w:rsidR="000A658A">
        <w:rPr>
          <w:rFonts w:ascii="Sylfaen" w:hAnsi="Sylfaen" w:cs="Sylfaen"/>
          <w:sz w:val="18"/>
          <w:szCs w:val="18"/>
          <w:lang w:val="ka-GE"/>
        </w:rPr>
        <w:t>მენარდეს</w:t>
      </w:r>
      <w:r w:rsidRPr="00353196">
        <w:rPr>
          <w:rFonts w:cstheme="majorHAnsi"/>
          <w:sz w:val="18"/>
          <w:szCs w:val="18"/>
        </w:rPr>
        <w:t xml:space="preserve"> </w:t>
      </w:r>
      <w:proofErr w:type="spellStart"/>
      <w:r w:rsidRPr="00353196">
        <w:rPr>
          <w:rFonts w:ascii="Sylfaen" w:hAnsi="Sylfaen" w:cs="Sylfaen"/>
          <w:sz w:val="18"/>
          <w:szCs w:val="18"/>
        </w:rPr>
        <w:t>მისცემს</w:t>
      </w:r>
      <w:proofErr w:type="spellEnd"/>
      <w:r w:rsidRPr="00353196">
        <w:rPr>
          <w:rFonts w:cstheme="majorHAnsi"/>
          <w:sz w:val="18"/>
          <w:szCs w:val="18"/>
        </w:rPr>
        <w:t xml:space="preserve"> </w:t>
      </w:r>
      <w:proofErr w:type="spellStart"/>
      <w:r w:rsidRPr="00353196">
        <w:rPr>
          <w:rFonts w:ascii="Sylfaen" w:hAnsi="Sylfaen" w:cs="Sylfaen"/>
          <w:sz w:val="18"/>
          <w:szCs w:val="18"/>
        </w:rPr>
        <w:t>შესაბამის</w:t>
      </w:r>
      <w:proofErr w:type="spellEnd"/>
      <w:r w:rsidRPr="00353196">
        <w:rPr>
          <w:rFonts w:cstheme="majorHAnsi"/>
          <w:sz w:val="18"/>
          <w:szCs w:val="18"/>
        </w:rPr>
        <w:t xml:space="preserve"> </w:t>
      </w:r>
      <w:proofErr w:type="spellStart"/>
      <w:r w:rsidRPr="00353196">
        <w:rPr>
          <w:rFonts w:ascii="Sylfaen" w:hAnsi="Sylfaen" w:cs="Sylfaen"/>
          <w:sz w:val="18"/>
          <w:szCs w:val="18"/>
        </w:rPr>
        <w:t>წერილობით</w:t>
      </w:r>
      <w:proofErr w:type="spellEnd"/>
      <w:r w:rsidRPr="00353196">
        <w:rPr>
          <w:rFonts w:cstheme="majorHAnsi"/>
          <w:sz w:val="18"/>
          <w:szCs w:val="18"/>
        </w:rPr>
        <w:t xml:space="preserve"> </w:t>
      </w:r>
      <w:proofErr w:type="spellStart"/>
      <w:r w:rsidRPr="00353196">
        <w:rPr>
          <w:rFonts w:ascii="Sylfaen" w:hAnsi="Sylfaen" w:cs="Sylfaen"/>
          <w:sz w:val="18"/>
          <w:szCs w:val="18"/>
        </w:rPr>
        <w:t>დავალებას</w:t>
      </w:r>
      <w:proofErr w:type="spellEnd"/>
      <w:r w:rsidRPr="00353196">
        <w:rPr>
          <w:rFonts w:cstheme="majorHAnsi"/>
          <w:sz w:val="18"/>
          <w:szCs w:val="18"/>
        </w:rPr>
        <w:t xml:space="preserve">, </w:t>
      </w:r>
      <w:proofErr w:type="spellStart"/>
      <w:r w:rsidRPr="00353196">
        <w:rPr>
          <w:rFonts w:ascii="Sylfaen" w:hAnsi="Sylfaen" w:cs="Sylfaen"/>
          <w:sz w:val="18"/>
          <w:szCs w:val="18"/>
        </w:rPr>
        <w:t>ან</w:t>
      </w:r>
      <w:proofErr w:type="spellEnd"/>
      <w:r w:rsidRPr="00353196">
        <w:rPr>
          <w:rFonts w:cstheme="majorHAnsi"/>
          <w:sz w:val="18"/>
          <w:szCs w:val="18"/>
        </w:rPr>
        <w:t xml:space="preserve"> </w:t>
      </w:r>
      <w:proofErr w:type="spellStart"/>
      <w:r w:rsidRPr="00353196">
        <w:rPr>
          <w:rFonts w:ascii="Sylfaen" w:hAnsi="Sylfaen" w:cs="Sylfaen"/>
          <w:sz w:val="18"/>
          <w:szCs w:val="18"/>
        </w:rPr>
        <w:t>დამატებითი</w:t>
      </w:r>
      <w:proofErr w:type="spellEnd"/>
      <w:r w:rsidRPr="00353196">
        <w:rPr>
          <w:rFonts w:cstheme="majorHAnsi"/>
          <w:sz w:val="18"/>
          <w:szCs w:val="18"/>
        </w:rPr>
        <w:t xml:space="preserve"> </w:t>
      </w:r>
      <w:proofErr w:type="spellStart"/>
      <w:r w:rsidRPr="00353196">
        <w:rPr>
          <w:rFonts w:ascii="Sylfaen" w:hAnsi="Sylfaen" w:cs="Sylfaen"/>
          <w:sz w:val="18"/>
          <w:szCs w:val="18"/>
        </w:rPr>
        <w:t>სამუშაოს</w:t>
      </w:r>
      <w:proofErr w:type="spellEnd"/>
      <w:r w:rsidRPr="00353196">
        <w:rPr>
          <w:rFonts w:cstheme="majorHAnsi"/>
          <w:sz w:val="18"/>
          <w:szCs w:val="18"/>
        </w:rPr>
        <w:t xml:space="preserve"> </w:t>
      </w:r>
      <w:proofErr w:type="spellStart"/>
      <w:r w:rsidRPr="00353196">
        <w:rPr>
          <w:rFonts w:ascii="Sylfaen" w:hAnsi="Sylfaen" w:cs="Sylfaen"/>
          <w:sz w:val="18"/>
          <w:szCs w:val="18"/>
        </w:rPr>
        <w:t>შესრულების</w:t>
      </w:r>
      <w:proofErr w:type="spellEnd"/>
      <w:r w:rsidRPr="00353196">
        <w:rPr>
          <w:rFonts w:cstheme="majorHAnsi"/>
          <w:sz w:val="18"/>
          <w:szCs w:val="18"/>
        </w:rPr>
        <w:t xml:space="preserve"> </w:t>
      </w:r>
      <w:proofErr w:type="spellStart"/>
      <w:r w:rsidRPr="00353196">
        <w:rPr>
          <w:rFonts w:ascii="Sylfaen" w:hAnsi="Sylfaen" w:cs="Sylfaen"/>
          <w:sz w:val="18"/>
          <w:szCs w:val="18"/>
        </w:rPr>
        <w:t>აუცილებლობა</w:t>
      </w:r>
      <w:proofErr w:type="spellEnd"/>
      <w:r w:rsidRPr="00353196">
        <w:rPr>
          <w:rFonts w:cstheme="majorHAnsi"/>
          <w:sz w:val="18"/>
          <w:szCs w:val="18"/>
        </w:rPr>
        <w:t xml:space="preserve"> </w:t>
      </w:r>
      <w:proofErr w:type="spellStart"/>
      <w:r w:rsidRPr="00353196">
        <w:rPr>
          <w:rFonts w:ascii="Sylfaen" w:hAnsi="Sylfaen" w:cs="Sylfaen"/>
          <w:sz w:val="18"/>
          <w:szCs w:val="18"/>
        </w:rPr>
        <w:t>დადგება</w:t>
      </w:r>
      <w:proofErr w:type="spellEnd"/>
      <w:r w:rsidRPr="00353196">
        <w:rPr>
          <w:rFonts w:cstheme="majorHAnsi"/>
          <w:sz w:val="18"/>
          <w:szCs w:val="18"/>
        </w:rPr>
        <w:t xml:space="preserve"> </w:t>
      </w:r>
      <w:proofErr w:type="spellStart"/>
      <w:r w:rsidRPr="00353196">
        <w:rPr>
          <w:rFonts w:ascii="Sylfaen" w:hAnsi="Sylfaen" w:cs="Sylfaen"/>
          <w:sz w:val="18"/>
          <w:szCs w:val="18"/>
        </w:rPr>
        <w:t>სხვა</w:t>
      </w:r>
      <w:proofErr w:type="spellEnd"/>
      <w:r w:rsidRPr="00353196">
        <w:rPr>
          <w:rFonts w:cstheme="majorHAnsi"/>
          <w:sz w:val="18"/>
          <w:szCs w:val="18"/>
        </w:rPr>
        <w:t xml:space="preserve"> </w:t>
      </w:r>
      <w:proofErr w:type="spellStart"/>
      <w:r w:rsidRPr="00353196">
        <w:rPr>
          <w:rFonts w:ascii="Sylfaen" w:hAnsi="Sylfaen" w:cs="Sylfaen"/>
          <w:sz w:val="18"/>
          <w:szCs w:val="18"/>
        </w:rPr>
        <w:t>ობიექტური</w:t>
      </w:r>
      <w:proofErr w:type="spellEnd"/>
      <w:r w:rsidRPr="00353196">
        <w:rPr>
          <w:rFonts w:cstheme="majorHAnsi"/>
          <w:sz w:val="18"/>
          <w:szCs w:val="18"/>
        </w:rPr>
        <w:t xml:space="preserve"> </w:t>
      </w:r>
      <w:proofErr w:type="spellStart"/>
      <w:r w:rsidRPr="00353196">
        <w:rPr>
          <w:rFonts w:ascii="Sylfaen" w:hAnsi="Sylfaen" w:cs="Sylfaen"/>
          <w:sz w:val="18"/>
          <w:szCs w:val="18"/>
        </w:rPr>
        <w:t>გარემოებებიდან</w:t>
      </w:r>
      <w:proofErr w:type="spellEnd"/>
      <w:r w:rsidRPr="00353196">
        <w:rPr>
          <w:rFonts w:cstheme="majorHAnsi"/>
          <w:sz w:val="18"/>
          <w:szCs w:val="18"/>
        </w:rPr>
        <w:t xml:space="preserve"> </w:t>
      </w:r>
      <w:proofErr w:type="spellStart"/>
      <w:r w:rsidRPr="00353196">
        <w:rPr>
          <w:rFonts w:ascii="Sylfaen" w:hAnsi="Sylfaen" w:cs="Sylfaen"/>
          <w:sz w:val="18"/>
          <w:szCs w:val="18"/>
        </w:rPr>
        <w:t>გამომდინარე</w:t>
      </w:r>
      <w:proofErr w:type="spellEnd"/>
      <w:r w:rsidRPr="00353196">
        <w:rPr>
          <w:rFonts w:cstheme="majorHAnsi"/>
          <w:sz w:val="18"/>
          <w:szCs w:val="18"/>
        </w:rPr>
        <w:t xml:space="preserve">, </w:t>
      </w:r>
      <w:proofErr w:type="spellStart"/>
      <w:r w:rsidRPr="00353196">
        <w:rPr>
          <w:rFonts w:ascii="Sylfaen" w:hAnsi="Sylfaen" w:cs="Sylfaen"/>
          <w:sz w:val="18"/>
          <w:szCs w:val="18"/>
        </w:rPr>
        <w:t>რაზედაც</w:t>
      </w:r>
      <w:proofErr w:type="spellEnd"/>
      <w:r w:rsidRPr="00353196">
        <w:rPr>
          <w:rFonts w:cstheme="majorHAnsi"/>
          <w:sz w:val="18"/>
          <w:szCs w:val="18"/>
        </w:rPr>
        <w:t xml:space="preserve"> </w:t>
      </w:r>
      <w:r w:rsidR="000A658A">
        <w:rPr>
          <w:rFonts w:ascii="Sylfaen" w:hAnsi="Sylfaen" w:cs="Sylfaen"/>
          <w:sz w:val="18"/>
          <w:szCs w:val="18"/>
          <w:lang w:val="ka-GE"/>
        </w:rPr>
        <w:t xml:space="preserve">მენარდე </w:t>
      </w:r>
      <w:proofErr w:type="spellStart"/>
      <w:r w:rsidRPr="00353196">
        <w:rPr>
          <w:rFonts w:ascii="Sylfaen" w:hAnsi="Sylfaen" w:cs="Sylfaen"/>
          <w:sz w:val="18"/>
          <w:szCs w:val="18"/>
        </w:rPr>
        <w:t>შესაბამისი</w:t>
      </w:r>
      <w:proofErr w:type="spellEnd"/>
      <w:r w:rsidRPr="00353196">
        <w:rPr>
          <w:rFonts w:cstheme="majorHAnsi"/>
          <w:sz w:val="18"/>
          <w:szCs w:val="18"/>
        </w:rPr>
        <w:t xml:space="preserve"> </w:t>
      </w:r>
      <w:proofErr w:type="spellStart"/>
      <w:r w:rsidRPr="00353196">
        <w:rPr>
          <w:rFonts w:ascii="Sylfaen" w:hAnsi="Sylfaen" w:cs="Sylfaen"/>
          <w:sz w:val="18"/>
          <w:szCs w:val="18"/>
        </w:rPr>
        <w:t>დასაბუთებით</w:t>
      </w:r>
      <w:proofErr w:type="spellEnd"/>
      <w:r w:rsidRPr="00353196">
        <w:rPr>
          <w:rFonts w:cstheme="majorHAnsi"/>
          <w:sz w:val="18"/>
          <w:szCs w:val="18"/>
        </w:rPr>
        <w:t xml:space="preserve"> </w:t>
      </w:r>
      <w:proofErr w:type="spellStart"/>
      <w:r w:rsidRPr="00353196">
        <w:rPr>
          <w:rFonts w:ascii="Sylfaen" w:hAnsi="Sylfaen" w:cs="Sylfaen"/>
          <w:sz w:val="18"/>
          <w:szCs w:val="18"/>
        </w:rPr>
        <w:t>წერილობით</w:t>
      </w:r>
      <w:proofErr w:type="spellEnd"/>
      <w:r w:rsidRPr="00353196">
        <w:rPr>
          <w:rFonts w:cstheme="majorHAnsi"/>
          <w:sz w:val="18"/>
          <w:szCs w:val="18"/>
        </w:rPr>
        <w:t xml:space="preserve"> </w:t>
      </w:r>
      <w:proofErr w:type="spellStart"/>
      <w:r w:rsidRPr="00353196">
        <w:rPr>
          <w:rFonts w:ascii="Sylfaen" w:hAnsi="Sylfaen" w:cs="Sylfaen"/>
          <w:sz w:val="18"/>
          <w:szCs w:val="18"/>
        </w:rPr>
        <w:t>შეატყობინებს</w:t>
      </w:r>
      <w:proofErr w:type="spellEnd"/>
      <w:r w:rsidRPr="00353196">
        <w:rPr>
          <w:rFonts w:cstheme="majorHAnsi"/>
          <w:sz w:val="18"/>
          <w:szCs w:val="18"/>
        </w:rPr>
        <w:t xml:space="preserve"> </w:t>
      </w:r>
      <w:proofErr w:type="spellStart"/>
      <w:r w:rsidRPr="00353196">
        <w:rPr>
          <w:rFonts w:ascii="Sylfaen" w:hAnsi="Sylfaen" w:cs="Sylfaen"/>
          <w:sz w:val="18"/>
          <w:szCs w:val="18"/>
        </w:rPr>
        <w:t>დამკვეთს</w:t>
      </w:r>
      <w:proofErr w:type="spellEnd"/>
      <w:r w:rsidRPr="00353196">
        <w:rPr>
          <w:rFonts w:cstheme="majorHAnsi"/>
          <w:sz w:val="18"/>
          <w:szCs w:val="18"/>
        </w:rPr>
        <w:t xml:space="preserve"> </w:t>
      </w:r>
      <w:proofErr w:type="spellStart"/>
      <w:r w:rsidRPr="00353196">
        <w:rPr>
          <w:rFonts w:ascii="Sylfaen" w:hAnsi="Sylfaen" w:cs="Sylfaen"/>
          <w:sz w:val="18"/>
          <w:szCs w:val="18"/>
        </w:rPr>
        <w:t>და</w:t>
      </w:r>
      <w:proofErr w:type="spellEnd"/>
      <w:r w:rsidRPr="00353196">
        <w:rPr>
          <w:rFonts w:cstheme="majorHAnsi"/>
          <w:sz w:val="18"/>
          <w:szCs w:val="18"/>
        </w:rPr>
        <w:t xml:space="preserve"> </w:t>
      </w:r>
      <w:proofErr w:type="spellStart"/>
      <w:r w:rsidRPr="00353196">
        <w:rPr>
          <w:rFonts w:ascii="Sylfaen" w:hAnsi="Sylfaen" w:cs="Sylfaen"/>
          <w:sz w:val="18"/>
          <w:szCs w:val="18"/>
        </w:rPr>
        <w:t>ამაზე</w:t>
      </w:r>
      <w:proofErr w:type="spellEnd"/>
      <w:r w:rsidRPr="00353196">
        <w:rPr>
          <w:rFonts w:cstheme="majorHAnsi"/>
          <w:sz w:val="18"/>
          <w:szCs w:val="18"/>
        </w:rPr>
        <w:t xml:space="preserve"> </w:t>
      </w:r>
      <w:proofErr w:type="spellStart"/>
      <w:r w:rsidRPr="00353196">
        <w:rPr>
          <w:rFonts w:ascii="Sylfaen" w:hAnsi="Sylfaen" w:cs="Sylfaen"/>
          <w:sz w:val="18"/>
          <w:szCs w:val="18"/>
        </w:rPr>
        <w:t>დამკვეთიც</w:t>
      </w:r>
      <w:proofErr w:type="spellEnd"/>
      <w:r w:rsidRPr="00353196">
        <w:rPr>
          <w:rFonts w:cstheme="majorHAnsi"/>
          <w:sz w:val="18"/>
          <w:szCs w:val="18"/>
        </w:rPr>
        <w:t xml:space="preserve"> </w:t>
      </w:r>
      <w:proofErr w:type="spellStart"/>
      <w:r w:rsidRPr="00353196">
        <w:rPr>
          <w:rFonts w:ascii="Sylfaen" w:hAnsi="Sylfaen" w:cs="Sylfaen"/>
          <w:sz w:val="18"/>
          <w:szCs w:val="18"/>
        </w:rPr>
        <w:t>დაეთანხმება</w:t>
      </w:r>
      <w:proofErr w:type="spellEnd"/>
      <w:r w:rsidRPr="00353196">
        <w:rPr>
          <w:rFonts w:cstheme="majorHAnsi"/>
          <w:sz w:val="18"/>
          <w:szCs w:val="18"/>
        </w:rPr>
        <w:t xml:space="preserve"> </w:t>
      </w:r>
      <w:proofErr w:type="spellStart"/>
      <w:r w:rsidRPr="00353196">
        <w:rPr>
          <w:rFonts w:ascii="Sylfaen" w:hAnsi="Sylfaen" w:cs="Sylfaen"/>
          <w:sz w:val="18"/>
          <w:szCs w:val="18"/>
        </w:rPr>
        <w:t>წერილობით</w:t>
      </w:r>
      <w:proofErr w:type="spellEnd"/>
      <w:r w:rsidRPr="00353196">
        <w:rPr>
          <w:rFonts w:cstheme="majorHAnsi"/>
          <w:sz w:val="18"/>
          <w:szCs w:val="18"/>
        </w:rPr>
        <w:t xml:space="preserve">, </w:t>
      </w:r>
      <w:proofErr w:type="spellStart"/>
      <w:r w:rsidRPr="00353196">
        <w:rPr>
          <w:rFonts w:ascii="Sylfaen" w:hAnsi="Sylfaen" w:cs="Sylfaen"/>
          <w:sz w:val="18"/>
          <w:szCs w:val="18"/>
        </w:rPr>
        <w:t>მაშინ</w:t>
      </w:r>
      <w:proofErr w:type="spellEnd"/>
      <w:r w:rsidRPr="00353196">
        <w:rPr>
          <w:rFonts w:cstheme="majorHAnsi"/>
          <w:sz w:val="18"/>
          <w:szCs w:val="18"/>
        </w:rPr>
        <w:t xml:space="preserve"> </w:t>
      </w:r>
      <w:proofErr w:type="spellStart"/>
      <w:r w:rsidRPr="00353196">
        <w:rPr>
          <w:rFonts w:ascii="Sylfaen" w:hAnsi="Sylfaen" w:cs="Sylfaen"/>
          <w:sz w:val="18"/>
          <w:szCs w:val="18"/>
        </w:rPr>
        <w:t>წინამდებარე</w:t>
      </w:r>
      <w:proofErr w:type="spellEnd"/>
      <w:r w:rsidRPr="00353196">
        <w:rPr>
          <w:rFonts w:cstheme="majorHAnsi"/>
          <w:sz w:val="18"/>
          <w:szCs w:val="18"/>
        </w:rPr>
        <w:t xml:space="preserve"> </w:t>
      </w:r>
      <w:proofErr w:type="spellStart"/>
      <w:r w:rsidRPr="00353196">
        <w:rPr>
          <w:rFonts w:ascii="Sylfaen" w:hAnsi="Sylfaen" w:cs="Sylfaen"/>
          <w:sz w:val="18"/>
          <w:szCs w:val="18"/>
        </w:rPr>
        <w:t>ხელშეკრულების</w:t>
      </w:r>
      <w:proofErr w:type="spellEnd"/>
      <w:r w:rsidRPr="00353196">
        <w:rPr>
          <w:rFonts w:cstheme="majorHAnsi"/>
          <w:sz w:val="18"/>
          <w:szCs w:val="18"/>
        </w:rPr>
        <w:t xml:space="preserve"> 4.1. </w:t>
      </w:r>
      <w:proofErr w:type="spellStart"/>
      <w:r w:rsidRPr="00353196">
        <w:rPr>
          <w:rFonts w:ascii="Sylfaen" w:hAnsi="Sylfaen" w:cs="Sylfaen"/>
          <w:sz w:val="18"/>
          <w:szCs w:val="18"/>
        </w:rPr>
        <w:t>მუხლით</w:t>
      </w:r>
      <w:proofErr w:type="spellEnd"/>
      <w:r w:rsidRPr="00353196">
        <w:rPr>
          <w:rFonts w:cstheme="majorHAnsi"/>
          <w:sz w:val="18"/>
          <w:szCs w:val="18"/>
        </w:rPr>
        <w:t xml:space="preserve"> </w:t>
      </w:r>
      <w:proofErr w:type="spellStart"/>
      <w:r w:rsidRPr="00353196">
        <w:rPr>
          <w:rFonts w:ascii="Sylfaen" w:hAnsi="Sylfaen" w:cs="Sylfaen"/>
          <w:sz w:val="18"/>
          <w:szCs w:val="18"/>
        </w:rPr>
        <w:t>განსაზღვრული</w:t>
      </w:r>
      <w:proofErr w:type="spellEnd"/>
      <w:r w:rsidRPr="00353196">
        <w:rPr>
          <w:rFonts w:cstheme="majorHAnsi"/>
          <w:sz w:val="18"/>
          <w:szCs w:val="18"/>
        </w:rPr>
        <w:t xml:space="preserve"> </w:t>
      </w:r>
      <w:proofErr w:type="spellStart"/>
      <w:r w:rsidRPr="00353196">
        <w:rPr>
          <w:rFonts w:ascii="Sylfaen" w:hAnsi="Sylfaen" w:cs="Sylfaen"/>
          <w:sz w:val="18"/>
          <w:szCs w:val="18"/>
        </w:rPr>
        <w:t>შესასრულებელი</w:t>
      </w:r>
      <w:proofErr w:type="spellEnd"/>
      <w:r w:rsidRPr="00353196">
        <w:rPr>
          <w:rFonts w:cstheme="majorHAnsi"/>
          <w:sz w:val="18"/>
          <w:szCs w:val="18"/>
        </w:rPr>
        <w:t xml:space="preserve"> </w:t>
      </w:r>
      <w:proofErr w:type="spellStart"/>
      <w:r w:rsidRPr="00353196">
        <w:rPr>
          <w:rFonts w:ascii="Sylfaen" w:hAnsi="Sylfaen" w:cs="Sylfaen"/>
          <w:sz w:val="18"/>
          <w:szCs w:val="18"/>
        </w:rPr>
        <w:t>სამუშაოს</w:t>
      </w:r>
      <w:proofErr w:type="spellEnd"/>
      <w:r w:rsidRPr="00353196">
        <w:rPr>
          <w:rFonts w:cstheme="majorHAnsi"/>
          <w:sz w:val="18"/>
          <w:szCs w:val="18"/>
        </w:rPr>
        <w:t xml:space="preserve"> </w:t>
      </w:r>
      <w:proofErr w:type="spellStart"/>
      <w:r w:rsidRPr="00353196">
        <w:rPr>
          <w:rFonts w:ascii="Sylfaen" w:hAnsi="Sylfaen" w:cs="Sylfaen"/>
          <w:sz w:val="18"/>
          <w:szCs w:val="18"/>
        </w:rPr>
        <w:t>საერთო</w:t>
      </w:r>
      <w:proofErr w:type="spellEnd"/>
      <w:r w:rsidRPr="00353196">
        <w:rPr>
          <w:rFonts w:cstheme="majorHAnsi"/>
          <w:sz w:val="18"/>
          <w:szCs w:val="18"/>
        </w:rPr>
        <w:t xml:space="preserve"> </w:t>
      </w:r>
      <w:proofErr w:type="spellStart"/>
      <w:r w:rsidRPr="00353196">
        <w:rPr>
          <w:rFonts w:ascii="Sylfaen" w:hAnsi="Sylfaen" w:cs="Sylfaen"/>
          <w:sz w:val="18"/>
          <w:szCs w:val="18"/>
        </w:rPr>
        <w:t>ღირებულება</w:t>
      </w:r>
      <w:proofErr w:type="spellEnd"/>
      <w:r w:rsidRPr="00353196">
        <w:rPr>
          <w:rFonts w:cstheme="majorHAnsi"/>
          <w:sz w:val="18"/>
          <w:szCs w:val="18"/>
        </w:rPr>
        <w:t xml:space="preserve"> </w:t>
      </w:r>
      <w:proofErr w:type="spellStart"/>
      <w:r w:rsidRPr="00353196">
        <w:rPr>
          <w:rFonts w:ascii="Sylfaen" w:hAnsi="Sylfaen" w:cs="Sylfaen"/>
          <w:sz w:val="18"/>
          <w:szCs w:val="18"/>
        </w:rPr>
        <w:t>შეიცვლება</w:t>
      </w:r>
      <w:proofErr w:type="spellEnd"/>
      <w:r w:rsidRPr="00353196">
        <w:rPr>
          <w:rFonts w:cstheme="majorHAnsi"/>
          <w:sz w:val="18"/>
          <w:szCs w:val="18"/>
        </w:rPr>
        <w:t xml:space="preserve"> </w:t>
      </w:r>
      <w:proofErr w:type="spellStart"/>
      <w:r w:rsidRPr="00353196">
        <w:rPr>
          <w:rFonts w:ascii="Sylfaen" w:hAnsi="Sylfaen" w:cs="Sylfaen"/>
          <w:sz w:val="18"/>
          <w:szCs w:val="18"/>
        </w:rPr>
        <w:t>და</w:t>
      </w:r>
      <w:proofErr w:type="spellEnd"/>
      <w:r w:rsidRPr="00353196">
        <w:rPr>
          <w:rFonts w:cstheme="majorHAnsi"/>
          <w:sz w:val="18"/>
          <w:szCs w:val="18"/>
        </w:rPr>
        <w:t xml:space="preserve"> </w:t>
      </w:r>
      <w:proofErr w:type="spellStart"/>
      <w:r w:rsidRPr="00353196">
        <w:rPr>
          <w:rFonts w:ascii="Sylfaen" w:hAnsi="Sylfaen" w:cs="Sylfaen"/>
          <w:sz w:val="18"/>
          <w:szCs w:val="18"/>
        </w:rPr>
        <w:t>მიესადაგება</w:t>
      </w:r>
      <w:proofErr w:type="spellEnd"/>
      <w:r w:rsidRPr="00353196">
        <w:rPr>
          <w:rFonts w:cstheme="majorHAnsi"/>
          <w:sz w:val="18"/>
          <w:szCs w:val="18"/>
        </w:rPr>
        <w:t xml:space="preserve"> </w:t>
      </w:r>
      <w:proofErr w:type="spellStart"/>
      <w:r w:rsidRPr="00353196">
        <w:rPr>
          <w:rFonts w:ascii="Sylfaen" w:hAnsi="Sylfaen" w:cs="Sylfaen"/>
          <w:sz w:val="18"/>
          <w:szCs w:val="18"/>
        </w:rPr>
        <w:t>ფაქტ</w:t>
      </w:r>
      <w:proofErr w:type="spellEnd"/>
      <w:r w:rsidR="00F6688E">
        <w:rPr>
          <w:rFonts w:ascii="Sylfaen" w:hAnsi="Sylfaen" w:cs="Sylfaen"/>
          <w:sz w:val="18"/>
          <w:szCs w:val="18"/>
          <w:lang w:val="ka-GE"/>
        </w:rPr>
        <w:t>ობრივად</w:t>
      </w:r>
      <w:r w:rsidRPr="00353196">
        <w:rPr>
          <w:rFonts w:cstheme="majorHAnsi"/>
          <w:sz w:val="18"/>
          <w:szCs w:val="18"/>
        </w:rPr>
        <w:t xml:space="preserve"> </w:t>
      </w:r>
      <w:proofErr w:type="spellStart"/>
      <w:r w:rsidRPr="00353196">
        <w:rPr>
          <w:rFonts w:ascii="Sylfaen" w:hAnsi="Sylfaen" w:cs="Sylfaen"/>
          <w:sz w:val="18"/>
          <w:szCs w:val="18"/>
        </w:rPr>
        <w:t>შესრულებული</w:t>
      </w:r>
      <w:proofErr w:type="spellEnd"/>
      <w:r w:rsidRPr="00353196">
        <w:rPr>
          <w:rFonts w:cstheme="majorHAnsi"/>
          <w:sz w:val="18"/>
          <w:szCs w:val="18"/>
        </w:rPr>
        <w:t>/</w:t>
      </w:r>
      <w:proofErr w:type="spellStart"/>
      <w:r w:rsidRPr="00353196">
        <w:rPr>
          <w:rFonts w:ascii="Sylfaen" w:hAnsi="Sylfaen" w:cs="Sylfaen"/>
          <w:sz w:val="18"/>
          <w:szCs w:val="18"/>
        </w:rPr>
        <w:t>შესასრულებელი</w:t>
      </w:r>
      <w:proofErr w:type="spellEnd"/>
      <w:r w:rsidRPr="00353196">
        <w:rPr>
          <w:rFonts w:cstheme="majorHAnsi"/>
          <w:sz w:val="18"/>
          <w:szCs w:val="18"/>
        </w:rPr>
        <w:t xml:space="preserve"> </w:t>
      </w:r>
      <w:proofErr w:type="spellStart"/>
      <w:r w:rsidRPr="00353196">
        <w:rPr>
          <w:rFonts w:ascii="Sylfaen" w:hAnsi="Sylfaen" w:cs="Sylfaen"/>
          <w:sz w:val="18"/>
          <w:szCs w:val="18"/>
        </w:rPr>
        <w:t>სამუშაოს</w:t>
      </w:r>
      <w:proofErr w:type="spellEnd"/>
      <w:r w:rsidRPr="00353196">
        <w:rPr>
          <w:rFonts w:cstheme="majorHAnsi"/>
          <w:sz w:val="18"/>
          <w:szCs w:val="18"/>
        </w:rPr>
        <w:t xml:space="preserve"> </w:t>
      </w:r>
      <w:proofErr w:type="spellStart"/>
      <w:r w:rsidRPr="00353196">
        <w:rPr>
          <w:rFonts w:ascii="Sylfaen" w:hAnsi="Sylfaen" w:cs="Sylfaen"/>
          <w:sz w:val="18"/>
          <w:szCs w:val="18"/>
        </w:rPr>
        <w:t>ღირებულებას</w:t>
      </w:r>
      <w:proofErr w:type="spellEnd"/>
      <w:r w:rsidRPr="00353196">
        <w:rPr>
          <w:rFonts w:cstheme="majorHAnsi"/>
          <w:sz w:val="18"/>
          <w:szCs w:val="18"/>
        </w:rPr>
        <w:t xml:space="preserve">. </w:t>
      </w:r>
      <w:proofErr w:type="spellStart"/>
      <w:r w:rsidRPr="00353196">
        <w:rPr>
          <w:rFonts w:ascii="Sylfaen" w:hAnsi="Sylfaen" w:cs="Sylfaen"/>
          <w:sz w:val="18"/>
          <w:szCs w:val="18"/>
        </w:rPr>
        <w:t>დამატებითი</w:t>
      </w:r>
      <w:proofErr w:type="spellEnd"/>
      <w:r w:rsidRPr="00353196">
        <w:rPr>
          <w:rFonts w:cstheme="majorHAnsi"/>
          <w:sz w:val="18"/>
          <w:szCs w:val="18"/>
        </w:rPr>
        <w:t xml:space="preserve"> </w:t>
      </w:r>
      <w:proofErr w:type="spellStart"/>
      <w:r w:rsidRPr="00353196">
        <w:rPr>
          <w:rFonts w:ascii="Sylfaen" w:hAnsi="Sylfaen" w:cs="Sylfaen"/>
          <w:sz w:val="18"/>
          <w:szCs w:val="18"/>
        </w:rPr>
        <w:t>მოცულობის</w:t>
      </w:r>
      <w:proofErr w:type="spellEnd"/>
      <w:r w:rsidRPr="00353196">
        <w:rPr>
          <w:rFonts w:cstheme="majorHAnsi"/>
          <w:sz w:val="18"/>
          <w:szCs w:val="18"/>
        </w:rPr>
        <w:t xml:space="preserve"> </w:t>
      </w:r>
      <w:proofErr w:type="spellStart"/>
      <w:r w:rsidRPr="00353196">
        <w:rPr>
          <w:rFonts w:ascii="Sylfaen" w:hAnsi="Sylfaen" w:cs="Sylfaen"/>
          <w:sz w:val="18"/>
          <w:szCs w:val="18"/>
        </w:rPr>
        <w:t>სამუშაოს</w:t>
      </w:r>
      <w:proofErr w:type="spellEnd"/>
      <w:r w:rsidRPr="00353196">
        <w:rPr>
          <w:rFonts w:cstheme="majorHAnsi"/>
          <w:sz w:val="18"/>
          <w:szCs w:val="18"/>
        </w:rPr>
        <w:t xml:space="preserve"> </w:t>
      </w:r>
      <w:proofErr w:type="spellStart"/>
      <w:r w:rsidRPr="00353196">
        <w:rPr>
          <w:rFonts w:ascii="Sylfaen" w:hAnsi="Sylfaen" w:cs="Sylfaen"/>
          <w:sz w:val="18"/>
          <w:szCs w:val="18"/>
        </w:rPr>
        <w:t>ღირებულებას</w:t>
      </w:r>
      <w:proofErr w:type="spellEnd"/>
      <w:r w:rsidRPr="00353196">
        <w:rPr>
          <w:rFonts w:cstheme="majorHAnsi"/>
          <w:sz w:val="18"/>
          <w:szCs w:val="18"/>
        </w:rPr>
        <w:t xml:space="preserve"> </w:t>
      </w:r>
      <w:proofErr w:type="spellStart"/>
      <w:r w:rsidRPr="00353196">
        <w:rPr>
          <w:rFonts w:ascii="Sylfaen" w:hAnsi="Sylfaen" w:cs="Sylfaen"/>
          <w:sz w:val="18"/>
          <w:szCs w:val="18"/>
        </w:rPr>
        <w:t>და</w:t>
      </w:r>
      <w:proofErr w:type="spellEnd"/>
      <w:r w:rsidRPr="00353196">
        <w:rPr>
          <w:rFonts w:cstheme="majorHAnsi"/>
          <w:sz w:val="18"/>
          <w:szCs w:val="18"/>
        </w:rPr>
        <w:t xml:space="preserve"> </w:t>
      </w:r>
      <w:proofErr w:type="spellStart"/>
      <w:r w:rsidRPr="00353196">
        <w:rPr>
          <w:rFonts w:ascii="Sylfaen" w:hAnsi="Sylfaen" w:cs="Sylfaen"/>
          <w:sz w:val="18"/>
          <w:szCs w:val="18"/>
        </w:rPr>
        <w:t>შესრულების</w:t>
      </w:r>
      <w:proofErr w:type="spellEnd"/>
      <w:r w:rsidRPr="00353196">
        <w:rPr>
          <w:rFonts w:cstheme="majorHAnsi"/>
          <w:sz w:val="18"/>
          <w:szCs w:val="18"/>
        </w:rPr>
        <w:t xml:space="preserve"> </w:t>
      </w:r>
      <w:proofErr w:type="spellStart"/>
      <w:r w:rsidRPr="00353196">
        <w:rPr>
          <w:rFonts w:ascii="Sylfaen" w:hAnsi="Sylfaen" w:cs="Sylfaen"/>
          <w:sz w:val="18"/>
          <w:szCs w:val="18"/>
        </w:rPr>
        <w:t>პირობას</w:t>
      </w:r>
      <w:proofErr w:type="spellEnd"/>
      <w:r w:rsidRPr="00353196">
        <w:rPr>
          <w:rFonts w:cstheme="majorHAnsi"/>
          <w:sz w:val="18"/>
          <w:szCs w:val="18"/>
        </w:rPr>
        <w:t xml:space="preserve"> </w:t>
      </w:r>
      <w:proofErr w:type="spellStart"/>
      <w:r w:rsidRPr="00353196">
        <w:rPr>
          <w:rFonts w:ascii="Sylfaen" w:hAnsi="Sylfaen" w:cs="Sylfaen"/>
          <w:sz w:val="18"/>
          <w:szCs w:val="18"/>
        </w:rPr>
        <w:t>მხარეები</w:t>
      </w:r>
      <w:proofErr w:type="spellEnd"/>
      <w:r w:rsidRPr="00353196">
        <w:rPr>
          <w:rFonts w:cstheme="majorHAnsi"/>
          <w:sz w:val="18"/>
          <w:szCs w:val="18"/>
        </w:rPr>
        <w:t xml:space="preserve"> </w:t>
      </w:r>
      <w:proofErr w:type="spellStart"/>
      <w:r w:rsidRPr="00353196">
        <w:rPr>
          <w:rFonts w:ascii="Sylfaen" w:hAnsi="Sylfaen" w:cs="Sylfaen"/>
          <w:sz w:val="18"/>
          <w:szCs w:val="18"/>
        </w:rPr>
        <w:t>განსაზღვრავენ</w:t>
      </w:r>
      <w:proofErr w:type="spellEnd"/>
      <w:r w:rsidRPr="00353196">
        <w:rPr>
          <w:rFonts w:cstheme="majorHAnsi"/>
          <w:sz w:val="18"/>
          <w:szCs w:val="18"/>
        </w:rPr>
        <w:t xml:space="preserve"> </w:t>
      </w:r>
      <w:proofErr w:type="spellStart"/>
      <w:r w:rsidRPr="00353196">
        <w:rPr>
          <w:rFonts w:ascii="Sylfaen" w:hAnsi="Sylfaen" w:cs="Sylfaen"/>
          <w:sz w:val="18"/>
          <w:szCs w:val="18"/>
        </w:rPr>
        <w:t>შემდეგი</w:t>
      </w:r>
      <w:proofErr w:type="spellEnd"/>
      <w:r w:rsidRPr="00353196">
        <w:rPr>
          <w:rFonts w:cstheme="majorHAnsi"/>
          <w:sz w:val="18"/>
          <w:szCs w:val="18"/>
        </w:rPr>
        <w:t xml:space="preserve"> </w:t>
      </w:r>
      <w:proofErr w:type="spellStart"/>
      <w:r w:rsidRPr="00353196">
        <w:rPr>
          <w:rFonts w:ascii="Sylfaen" w:hAnsi="Sylfaen" w:cs="Sylfaen"/>
          <w:sz w:val="18"/>
          <w:szCs w:val="18"/>
        </w:rPr>
        <w:t>წესით</w:t>
      </w:r>
      <w:proofErr w:type="spellEnd"/>
      <w:r w:rsidRPr="00353196">
        <w:rPr>
          <w:rFonts w:cstheme="majorHAnsi"/>
          <w:sz w:val="18"/>
          <w:szCs w:val="18"/>
        </w:rPr>
        <w:t>:</w:t>
      </w:r>
    </w:p>
    <w:p w14:paraId="3A79B488" w14:textId="5333521D" w:rsidR="004B6084" w:rsidRPr="00D73BDF" w:rsidRDefault="00A74260" w:rsidP="00185C20">
      <w:pPr>
        <w:jc w:val="both"/>
        <w:rPr>
          <w:rFonts w:cstheme="majorHAnsi"/>
          <w:sz w:val="18"/>
          <w:szCs w:val="18"/>
        </w:rPr>
      </w:pPr>
      <w:r w:rsidRPr="00D73BDF">
        <w:rPr>
          <w:rFonts w:ascii="Sylfaen" w:hAnsi="Sylfaen" w:cs="Sylfaen"/>
          <w:sz w:val="18"/>
          <w:szCs w:val="18"/>
        </w:rPr>
        <w:t>ა</w:t>
      </w:r>
      <w:r w:rsidRPr="00D73BDF">
        <w:rPr>
          <w:rFonts w:cstheme="majorHAnsi"/>
          <w:sz w:val="18"/>
          <w:szCs w:val="18"/>
        </w:rPr>
        <w:t xml:space="preserve">) </w:t>
      </w:r>
      <w:proofErr w:type="spellStart"/>
      <w:r w:rsidRPr="00D73BDF">
        <w:rPr>
          <w:rFonts w:ascii="Sylfaen" w:hAnsi="Sylfaen" w:cs="Sylfaen"/>
          <w:sz w:val="18"/>
          <w:szCs w:val="18"/>
        </w:rPr>
        <w:t>თუ</w:t>
      </w:r>
      <w:proofErr w:type="spellEnd"/>
      <w:r w:rsidRPr="00D73BDF">
        <w:rPr>
          <w:rFonts w:cstheme="majorHAnsi"/>
          <w:sz w:val="18"/>
          <w:szCs w:val="18"/>
        </w:rPr>
        <w:t xml:space="preserve"> </w:t>
      </w:r>
      <w:proofErr w:type="spellStart"/>
      <w:r w:rsidRPr="00D73BDF">
        <w:rPr>
          <w:rFonts w:ascii="Sylfaen" w:hAnsi="Sylfaen" w:cs="Sylfaen"/>
          <w:sz w:val="18"/>
          <w:szCs w:val="18"/>
        </w:rPr>
        <w:t>დამატებითი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w:t>
      </w:r>
      <w:proofErr w:type="spellEnd"/>
      <w:r w:rsidRPr="00D73BDF">
        <w:rPr>
          <w:rFonts w:cstheme="majorHAnsi"/>
          <w:sz w:val="18"/>
          <w:szCs w:val="18"/>
        </w:rPr>
        <w:t xml:space="preserve"> </w:t>
      </w:r>
      <w:proofErr w:type="spellStart"/>
      <w:r w:rsidRPr="00D73BDF">
        <w:rPr>
          <w:rFonts w:ascii="Sylfaen" w:hAnsi="Sylfaen" w:cs="Sylfaen"/>
          <w:sz w:val="18"/>
          <w:szCs w:val="18"/>
        </w:rPr>
        <w:t>თავისი</w:t>
      </w:r>
      <w:proofErr w:type="spellEnd"/>
      <w:r w:rsidRPr="00D73BDF">
        <w:rPr>
          <w:rFonts w:cstheme="majorHAnsi"/>
          <w:sz w:val="18"/>
          <w:szCs w:val="18"/>
        </w:rPr>
        <w:t xml:space="preserve"> </w:t>
      </w:r>
      <w:proofErr w:type="spellStart"/>
      <w:r w:rsidRPr="00D73BDF">
        <w:rPr>
          <w:rFonts w:ascii="Sylfaen" w:hAnsi="Sylfaen" w:cs="Sylfaen"/>
          <w:sz w:val="18"/>
          <w:szCs w:val="18"/>
        </w:rPr>
        <w:t>შინაარსით</w:t>
      </w:r>
      <w:proofErr w:type="spellEnd"/>
      <w:r w:rsidRPr="00D73BDF">
        <w:rPr>
          <w:rFonts w:cstheme="majorHAnsi"/>
          <w:sz w:val="18"/>
          <w:szCs w:val="18"/>
        </w:rPr>
        <w:t xml:space="preserve"> </w:t>
      </w:r>
      <w:proofErr w:type="spellStart"/>
      <w:r w:rsidRPr="00D73BDF">
        <w:rPr>
          <w:rFonts w:ascii="Sylfaen" w:hAnsi="Sylfaen" w:cs="Sylfaen"/>
          <w:sz w:val="18"/>
          <w:szCs w:val="18"/>
        </w:rPr>
        <w:t>წარმოადგენს</w:t>
      </w:r>
      <w:proofErr w:type="spellEnd"/>
      <w:r w:rsidRPr="00D73BDF">
        <w:rPr>
          <w:rFonts w:cstheme="majorHAnsi"/>
          <w:sz w:val="18"/>
          <w:szCs w:val="18"/>
        </w:rPr>
        <w:t xml:space="preserve"> </w:t>
      </w:r>
      <w:proofErr w:type="spellStart"/>
      <w:r w:rsidRPr="00D73BDF">
        <w:rPr>
          <w:rFonts w:ascii="Sylfaen" w:hAnsi="Sylfaen" w:cs="Sylfaen"/>
          <w:sz w:val="18"/>
          <w:szCs w:val="18"/>
        </w:rPr>
        <w:t>ისეთი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დამატებით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მოცულობას</w:t>
      </w:r>
      <w:proofErr w:type="spellEnd"/>
      <w:r w:rsidRPr="00D73BDF">
        <w:rPr>
          <w:rFonts w:cstheme="majorHAnsi"/>
          <w:sz w:val="18"/>
          <w:szCs w:val="18"/>
        </w:rPr>
        <w:t xml:space="preserve">, </w:t>
      </w:r>
      <w:proofErr w:type="spellStart"/>
      <w:r w:rsidRPr="00D73BDF">
        <w:rPr>
          <w:rFonts w:ascii="Sylfaen" w:hAnsi="Sylfaen" w:cs="Sylfaen"/>
          <w:sz w:val="18"/>
          <w:szCs w:val="18"/>
        </w:rPr>
        <w:t>რომლის</w:t>
      </w:r>
      <w:proofErr w:type="spellEnd"/>
      <w:r w:rsidRPr="00D73BDF">
        <w:rPr>
          <w:rFonts w:cstheme="majorHAnsi"/>
          <w:sz w:val="18"/>
          <w:szCs w:val="18"/>
        </w:rPr>
        <w:t xml:space="preserve"> </w:t>
      </w:r>
      <w:proofErr w:type="spellStart"/>
      <w:r w:rsidRPr="00D73BDF">
        <w:rPr>
          <w:rFonts w:ascii="Sylfaen" w:hAnsi="Sylfaen" w:cs="Sylfaen"/>
          <w:sz w:val="18"/>
          <w:szCs w:val="18"/>
        </w:rPr>
        <w:t>ერთეულის</w:t>
      </w:r>
      <w:proofErr w:type="spellEnd"/>
      <w:r w:rsidRPr="00D73BDF">
        <w:rPr>
          <w:rFonts w:cstheme="majorHAnsi"/>
          <w:sz w:val="18"/>
          <w:szCs w:val="18"/>
        </w:rPr>
        <w:t xml:space="preserve"> </w:t>
      </w:r>
      <w:proofErr w:type="spellStart"/>
      <w:r w:rsidRPr="00D73BDF">
        <w:rPr>
          <w:rFonts w:ascii="Sylfaen" w:hAnsi="Sylfaen" w:cs="Sylfaen"/>
          <w:sz w:val="18"/>
          <w:szCs w:val="18"/>
        </w:rPr>
        <w:t>ღირებულებაზე</w:t>
      </w:r>
      <w:proofErr w:type="spellEnd"/>
      <w:r w:rsidRPr="00D73BDF">
        <w:rPr>
          <w:rFonts w:cstheme="majorHAnsi"/>
          <w:sz w:val="18"/>
          <w:szCs w:val="18"/>
        </w:rPr>
        <w:t xml:space="preserve"> </w:t>
      </w:r>
      <w:proofErr w:type="spellStart"/>
      <w:r w:rsidRPr="00D73BDF">
        <w:rPr>
          <w:rFonts w:ascii="Sylfaen" w:hAnsi="Sylfaen" w:cs="Sylfaen"/>
          <w:sz w:val="18"/>
          <w:szCs w:val="18"/>
        </w:rPr>
        <w:t>მხარეები</w:t>
      </w:r>
      <w:proofErr w:type="spellEnd"/>
      <w:r w:rsidRPr="00D73BDF">
        <w:rPr>
          <w:rFonts w:cstheme="majorHAnsi"/>
          <w:sz w:val="18"/>
          <w:szCs w:val="18"/>
        </w:rPr>
        <w:t xml:space="preserve"> </w:t>
      </w:r>
      <w:proofErr w:type="spellStart"/>
      <w:r w:rsidRPr="00D73BDF">
        <w:rPr>
          <w:rFonts w:ascii="Sylfaen" w:hAnsi="Sylfaen" w:cs="Sylfaen"/>
          <w:sz w:val="18"/>
          <w:szCs w:val="18"/>
        </w:rPr>
        <w:t>შეთანხმებული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არიან</w:t>
      </w:r>
      <w:proofErr w:type="spellEnd"/>
      <w:r w:rsidRPr="00D73BDF">
        <w:rPr>
          <w:rFonts w:cstheme="majorHAnsi"/>
          <w:sz w:val="18"/>
          <w:szCs w:val="18"/>
        </w:rPr>
        <w:t xml:space="preserve"> </w:t>
      </w:r>
      <w:proofErr w:type="spellStart"/>
      <w:r w:rsidRPr="00D73BDF">
        <w:rPr>
          <w:rFonts w:ascii="Sylfaen" w:hAnsi="Sylfaen" w:cs="Sylfaen"/>
          <w:sz w:val="18"/>
          <w:szCs w:val="18"/>
        </w:rPr>
        <w:t>სახარჯთაღრიცხვო</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დოკუმენტაციით</w:t>
      </w:r>
      <w:proofErr w:type="spellEnd"/>
      <w:r w:rsidRPr="00D73BDF">
        <w:rPr>
          <w:rFonts w:cstheme="majorHAnsi"/>
          <w:sz w:val="18"/>
          <w:szCs w:val="18"/>
        </w:rPr>
        <w:t xml:space="preserve"> </w:t>
      </w:r>
      <w:r w:rsidR="000A658A">
        <w:rPr>
          <w:rFonts w:ascii="Sylfaen" w:hAnsi="Sylfaen" w:cstheme="majorHAnsi"/>
          <w:sz w:val="18"/>
          <w:szCs w:val="18"/>
          <w:lang w:val="ka-GE"/>
        </w:rPr>
        <w:t>(</w:t>
      </w:r>
      <w:proofErr w:type="spellStart"/>
      <w:r w:rsidRPr="00D73BDF">
        <w:rPr>
          <w:rFonts w:ascii="Sylfaen" w:hAnsi="Sylfaen" w:cs="Sylfaen"/>
          <w:sz w:val="18"/>
          <w:szCs w:val="18"/>
        </w:rPr>
        <w:t>ასეთი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ერთეულის</w:t>
      </w:r>
      <w:proofErr w:type="spellEnd"/>
      <w:r w:rsidRPr="00D73BDF">
        <w:rPr>
          <w:rFonts w:cstheme="majorHAnsi"/>
          <w:sz w:val="18"/>
          <w:szCs w:val="18"/>
        </w:rPr>
        <w:t xml:space="preserve"> </w:t>
      </w:r>
      <w:proofErr w:type="spellStart"/>
      <w:r w:rsidRPr="00D73BDF">
        <w:rPr>
          <w:rFonts w:ascii="Sylfaen" w:hAnsi="Sylfaen" w:cs="Sylfaen"/>
          <w:sz w:val="18"/>
          <w:szCs w:val="18"/>
        </w:rPr>
        <w:t>ღირებულება</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განსაზღვრულია</w:t>
      </w:r>
      <w:proofErr w:type="spellEnd"/>
      <w:r w:rsidRPr="00D73BDF">
        <w:rPr>
          <w:rFonts w:cstheme="majorHAnsi"/>
          <w:sz w:val="18"/>
          <w:szCs w:val="18"/>
        </w:rPr>
        <w:t xml:space="preserve"> </w:t>
      </w:r>
      <w:proofErr w:type="spellStart"/>
      <w:r w:rsidRPr="00D73BDF">
        <w:rPr>
          <w:rFonts w:ascii="Sylfaen" w:hAnsi="Sylfaen" w:cs="Sylfaen"/>
          <w:sz w:val="18"/>
          <w:szCs w:val="18"/>
        </w:rPr>
        <w:t>ხარჯთაღრიცხვაში</w:t>
      </w:r>
      <w:proofErr w:type="spellEnd"/>
      <w:r w:rsidR="000A658A">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მაშინ</w:t>
      </w:r>
      <w:proofErr w:type="spellEnd"/>
      <w:r w:rsidRPr="00D73BDF">
        <w:rPr>
          <w:rFonts w:cstheme="majorHAnsi"/>
          <w:sz w:val="18"/>
          <w:szCs w:val="18"/>
        </w:rPr>
        <w:t xml:space="preserve"> </w:t>
      </w:r>
      <w:proofErr w:type="spellStart"/>
      <w:r w:rsidRPr="00D73BDF">
        <w:rPr>
          <w:rFonts w:ascii="Sylfaen" w:hAnsi="Sylfaen" w:cs="Sylfaen"/>
          <w:sz w:val="18"/>
          <w:szCs w:val="18"/>
        </w:rPr>
        <w:t>ასეთი</w:t>
      </w:r>
      <w:proofErr w:type="spellEnd"/>
      <w:r w:rsidRPr="00D73BDF">
        <w:rPr>
          <w:rFonts w:cstheme="majorHAnsi"/>
          <w:sz w:val="18"/>
          <w:szCs w:val="18"/>
        </w:rPr>
        <w:t xml:space="preserve"> </w:t>
      </w:r>
      <w:proofErr w:type="spellStart"/>
      <w:r w:rsidRPr="00D73BDF">
        <w:rPr>
          <w:rFonts w:ascii="Sylfaen" w:hAnsi="Sylfaen" w:cs="Sylfaen"/>
          <w:sz w:val="18"/>
          <w:szCs w:val="18"/>
        </w:rPr>
        <w:t>დამატებითი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ღირებულების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განსასაზღვრავად</w:t>
      </w:r>
      <w:proofErr w:type="spellEnd"/>
      <w:r w:rsidRPr="00D73BDF">
        <w:rPr>
          <w:rFonts w:cstheme="majorHAnsi"/>
          <w:sz w:val="18"/>
          <w:szCs w:val="18"/>
        </w:rPr>
        <w:t xml:space="preserve"> </w:t>
      </w:r>
      <w:proofErr w:type="spellStart"/>
      <w:r w:rsidRPr="00D73BDF">
        <w:rPr>
          <w:rFonts w:ascii="Sylfaen" w:hAnsi="Sylfaen" w:cs="Sylfaen"/>
          <w:sz w:val="18"/>
          <w:szCs w:val="18"/>
        </w:rPr>
        <w:t>მხარეები</w:t>
      </w:r>
      <w:proofErr w:type="spellEnd"/>
      <w:r w:rsidRPr="00D73BDF">
        <w:rPr>
          <w:rFonts w:cstheme="majorHAnsi"/>
          <w:sz w:val="18"/>
          <w:szCs w:val="18"/>
        </w:rPr>
        <w:t xml:space="preserve"> </w:t>
      </w:r>
      <w:proofErr w:type="spellStart"/>
      <w:r w:rsidRPr="00D73BDF">
        <w:rPr>
          <w:rFonts w:ascii="Sylfaen" w:hAnsi="Sylfaen" w:cs="Sylfaen"/>
          <w:sz w:val="18"/>
          <w:szCs w:val="18"/>
        </w:rPr>
        <w:t>იხელმძღვანელებენ</w:t>
      </w:r>
      <w:proofErr w:type="spellEnd"/>
      <w:r w:rsidRPr="00D73BDF">
        <w:rPr>
          <w:rFonts w:cstheme="majorHAnsi"/>
          <w:sz w:val="18"/>
          <w:szCs w:val="18"/>
        </w:rPr>
        <w:t xml:space="preserve"> </w:t>
      </w:r>
      <w:proofErr w:type="spellStart"/>
      <w:r w:rsidRPr="00D73BDF">
        <w:rPr>
          <w:rFonts w:ascii="Sylfaen" w:hAnsi="Sylfaen" w:cs="Sylfaen"/>
          <w:sz w:val="18"/>
          <w:szCs w:val="18"/>
        </w:rPr>
        <w:t>სახარჯთაღრიცხვო</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დოკუმენტაციაში</w:t>
      </w:r>
      <w:proofErr w:type="spellEnd"/>
      <w:r w:rsidRPr="00D73BDF">
        <w:rPr>
          <w:rFonts w:cstheme="majorHAnsi"/>
          <w:sz w:val="18"/>
          <w:szCs w:val="18"/>
        </w:rPr>
        <w:t xml:space="preserve"> </w:t>
      </w:r>
      <w:proofErr w:type="spellStart"/>
      <w:r w:rsidRPr="00D73BDF">
        <w:rPr>
          <w:rFonts w:ascii="Sylfaen" w:hAnsi="Sylfaen" w:cs="Sylfaen"/>
          <w:sz w:val="18"/>
          <w:szCs w:val="18"/>
        </w:rPr>
        <w:t>მითითებული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w:t>
      </w:r>
      <w:proofErr w:type="spellStart"/>
      <w:r w:rsidRPr="00D73BDF">
        <w:rPr>
          <w:rFonts w:ascii="Sylfaen" w:hAnsi="Sylfaen" w:cs="Sylfaen"/>
          <w:sz w:val="18"/>
          <w:szCs w:val="18"/>
        </w:rPr>
        <w:t>სამუშაოების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ერთეულის</w:t>
      </w:r>
      <w:proofErr w:type="spellEnd"/>
      <w:r w:rsidRPr="00D73BDF">
        <w:rPr>
          <w:rFonts w:cstheme="majorHAnsi"/>
          <w:sz w:val="18"/>
          <w:szCs w:val="18"/>
        </w:rPr>
        <w:t xml:space="preserve"> </w:t>
      </w:r>
      <w:proofErr w:type="spellStart"/>
      <w:r w:rsidRPr="00D73BDF">
        <w:rPr>
          <w:rFonts w:ascii="Sylfaen" w:hAnsi="Sylfaen" w:cs="Sylfaen"/>
          <w:sz w:val="18"/>
          <w:szCs w:val="18"/>
        </w:rPr>
        <w:t>ღირებულებებით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მათზე</w:t>
      </w:r>
      <w:proofErr w:type="spellEnd"/>
      <w:r w:rsidRPr="00D73BDF">
        <w:rPr>
          <w:rFonts w:cstheme="majorHAnsi"/>
          <w:sz w:val="18"/>
          <w:szCs w:val="18"/>
        </w:rPr>
        <w:t xml:space="preserve"> </w:t>
      </w:r>
      <w:proofErr w:type="spellStart"/>
      <w:r w:rsidRPr="00D73BDF">
        <w:rPr>
          <w:rFonts w:ascii="Sylfaen" w:hAnsi="Sylfaen" w:cs="Sylfaen"/>
          <w:sz w:val="18"/>
          <w:szCs w:val="18"/>
        </w:rPr>
        <w:t>გასავრცელებელი</w:t>
      </w:r>
      <w:proofErr w:type="spellEnd"/>
      <w:r w:rsidRPr="00D73BDF">
        <w:rPr>
          <w:rFonts w:cstheme="majorHAnsi"/>
          <w:sz w:val="18"/>
          <w:szCs w:val="18"/>
        </w:rPr>
        <w:t xml:space="preserve"> </w:t>
      </w:r>
      <w:proofErr w:type="spellStart"/>
      <w:r w:rsidRPr="00D73BDF">
        <w:rPr>
          <w:rFonts w:ascii="Sylfaen" w:hAnsi="Sylfaen" w:cs="Sylfaen"/>
          <w:sz w:val="18"/>
          <w:szCs w:val="18"/>
        </w:rPr>
        <w:t>დარიცხვებით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კერძოდ</w:t>
      </w:r>
      <w:proofErr w:type="spellEnd"/>
      <w:r w:rsidRPr="00D73BDF">
        <w:rPr>
          <w:rFonts w:cstheme="majorHAnsi"/>
          <w:sz w:val="18"/>
          <w:szCs w:val="18"/>
        </w:rPr>
        <w:t xml:space="preserve">, </w:t>
      </w:r>
      <w:proofErr w:type="spellStart"/>
      <w:r w:rsidRPr="00D73BDF">
        <w:rPr>
          <w:rFonts w:ascii="Sylfaen" w:hAnsi="Sylfaen" w:cs="Sylfaen"/>
          <w:sz w:val="18"/>
          <w:szCs w:val="18"/>
        </w:rPr>
        <w:t>ხარჯთაღრიცხვით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განსაზღვრული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კონკრეტული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ერთეულის</w:t>
      </w:r>
      <w:proofErr w:type="spellEnd"/>
      <w:r w:rsidRPr="00D73BDF">
        <w:rPr>
          <w:rFonts w:cstheme="majorHAnsi"/>
          <w:sz w:val="18"/>
          <w:szCs w:val="18"/>
        </w:rPr>
        <w:t xml:space="preserve"> </w:t>
      </w:r>
      <w:proofErr w:type="spellStart"/>
      <w:r w:rsidRPr="00D73BDF">
        <w:rPr>
          <w:rFonts w:ascii="Sylfaen" w:hAnsi="Sylfaen" w:cs="Sylfaen"/>
          <w:sz w:val="18"/>
          <w:szCs w:val="18"/>
        </w:rPr>
        <w:t>ღირებულებას</w:t>
      </w:r>
      <w:proofErr w:type="spellEnd"/>
      <w:r w:rsidRPr="00D73BDF">
        <w:rPr>
          <w:rFonts w:cstheme="majorHAnsi"/>
          <w:sz w:val="18"/>
          <w:szCs w:val="18"/>
        </w:rPr>
        <w:t xml:space="preserve"> </w:t>
      </w:r>
      <w:proofErr w:type="spellStart"/>
      <w:r w:rsidRPr="00D73BDF">
        <w:rPr>
          <w:rFonts w:ascii="Sylfaen" w:hAnsi="Sylfaen" w:cs="Sylfaen"/>
          <w:sz w:val="18"/>
          <w:szCs w:val="18"/>
        </w:rPr>
        <w:t>გაამრავლებენ</w:t>
      </w:r>
      <w:proofErr w:type="spellEnd"/>
      <w:r w:rsidRPr="00D73BDF">
        <w:rPr>
          <w:rFonts w:cstheme="majorHAnsi"/>
          <w:sz w:val="18"/>
          <w:szCs w:val="18"/>
        </w:rPr>
        <w:t xml:space="preserve"> </w:t>
      </w:r>
      <w:proofErr w:type="spellStart"/>
      <w:r w:rsidRPr="00D73BDF">
        <w:rPr>
          <w:rFonts w:ascii="Sylfaen" w:hAnsi="Sylfaen" w:cs="Sylfaen"/>
          <w:sz w:val="18"/>
          <w:szCs w:val="18"/>
        </w:rPr>
        <w:t>ფაქტიურად</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შესრულებული</w:t>
      </w:r>
      <w:proofErr w:type="spellEnd"/>
      <w:r w:rsidRPr="00D73BDF">
        <w:rPr>
          <w:rFonts w:cstheme="majorHAnsi"/>
          <w:sz w:val="18"/>
          <w:szCs w:val="18"/>
        </w:rPr>
        <w:t>/</w:t>
      </w:r>
      <w:proofErr w:type="spellStart"/>
      <w:r w:rsidRPr="00D73BDF">
        <w:rPr>
          <w:rFonts w:ascii="Sylfaen" w:hAnsi="Sylfaen" w:cs="Sylfaen"/>
          <w:sz w:val="18"/>
          <w:szCs w:val="18"/>
        </w:rPr>
        <w:t>შესასრულებელი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მოცულობაზე</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მიღებულ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ნამრავლზე</w:t>
      </w:r>
      <w:proofErr w:type="spellEnd"/>
      <w:r w:rsidRPr="00D73BDF">
        <w:rPr>
          <w:rFonts w:cstheme="majorHAnsi"/>
          <w:sz w:val="18"/>
          <w:szCs w:val="18"/>
        </w:rPr>
        <w:t xml:space="preserve"> </w:t>
      </w:r>
      <w:proofErr w:type="spellStart"/>
      <w:r w:rsidRPr="00D73BDF">
        <w:rPr>
          <w:rFonts w:ascii="Sylfaen" w:hAnsi="Sylfaen" w:cs="Sylfaen"/>
          <w:sz w:val="18"/>
          <w:szCs w:val="18"/>
        </w:rPr>
        <w:t>გაავრცელებენ</w:t>
      </w:r>
      <w:proofErr w:type="spellEnd"/>
      <w:r w:rsidRPr="00D73BDF">
        <w:rPr>
          <w:rFonts w:cstheme="majorHAnsi"/>
          <w:sz w:val="18"/>
          <w:szCs w:val="18"/>
        </w:rPr>
        <w:t xml:space="preserve"> </w:t>
      </w:r>
      <w:proofErr w:type="spellStart"/>
      <w:r w:rsidRPr="00D73BDF">
        <w:rPr>
          <w:rFonts w:ascii="Sylfaen" w:hAnsi="Sylfaen" w:cs="Sylfaen"/>
          <w:sz w:val="18"/>
          <w:szCs w:val="18"/>
        </w:rPr>
        <w:t>ხარჯთაღრიცხვით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დარიცხვებს</w:t>
      </w:r>
      <w:proofErr w:type="spellEnd"/>
      <w:r w:rsidRPr="00D73BDF">
        <w:rPr>
          <w:rFonts w:cstheme="majorHAnsi"/>
          <w:sz w:val="18"/>
          <w:szCs w:val="18"/>
        </w:rPr>
        <w:t xml:space="preserve">. </w:t>
      </w:r>
    </w:p>
    <w:p w14:paraId="6A0F9E32" w14:textId="72E1F780" w:rsidR="004B6084" w:rsidRPr="00D73BDF" w:rsidRDefault="00A74260" w:rsidP="00185C20">
      <w:pPr>
        <w:jc w:val="both"/>
        <w:rPr>
          <w:rFonts w:cstheme="majorHAnsi"/>
          <w:sz w:val="18"/>
          <w:szCs w:val="18"/>
        </w:rPr>
      </w:pPr>
      <w:r w:rsidRPr="00D73BDF">
        <w:rPr>
          <w:rFonts w:ascii="Sylfaen" w:hAnsi="Sylfaen" w:cs="Sylfaen"/>
          <w:sz w:val="18"/>
          <w:szCs w:val="18"/>
        </w:rPr>
        <w:t>ბ</w:t>
      </w:r>
      <w:r w:rsidRPr="00D73BDF">
        <w:rPr>
          <w:rFonts w:cstheme="majorHAnsi"/>
          <w:sz w:val="18"/>
          <w:szCs w:val="18"/>
        </w:rPr>
        <w:t xml:space="preserve">)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4.1.1. </w:t>
      </w:r>
      <w:proofErr w:type="spellStart"/>
      <w:r w:rsidRPr="00D73BDF">
        <w:rPr>
          <w:rFonts w:ascii="Sylfaen" w:hAnsi="Sylfaen" w:cs="Sylfaen"/>
          <w:sz w:val="18"/>
          <w:szCs w:val="18"/>
        </w:rPr>
        <w:t>მუხლის</w:t>
      </w:r>
      <w:proofErr w:type="spellEnd"/>
      <w:r w:rsidRPr="00D73BDF">
        <w:rPr>
          <w:rFonts w:cstheme="majorHAnsi"/>
          <w:sz w:val="18"/>
          <w:szCs w:val="18"/>
        </w:rPr>
        <w:t xml:space="preserve"> „</w:t>
      </w:r>
      <w:r w:rsidRPr="00D73BDF">
        <w:rPr>
          <w:rFonts w:ascii="Sylfaen" w:hAnsi="Sylfaen" w:cs="Sylfaen"/>
          <w:sz w:val="18"/>
          <w:szCs w:val="18"/>
        </w:rPr>
        <w:t>ა</w:t>
      </w:r>
      <w:r w:rsidRPr="00D73BDF">
        <w:rPr>
          <w:rFonts w:cstheme="majorHAnsi"/>
          <w:sz w:val="18"/>
          <w:szCs w:val="18"/>
        </w:rPr>
        <w:t xml:space="preserve">“ </w:t>
      </w:r>
      <w:proofErr w:type="spellStart"/>
      <w:r w:rsidRPr="00D73BDF">
        <w:rPr>
          <w:rFonts w:ascii="Sylfaen" w:hAnsi="Sylfaen" w:cs="Sylfaen"/>
          <w:sz w:val="18"/>
          <w:szCs w:val="18"/>
        </w:rPr>
        <w:t>ქვეპუნქტით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განსაზღვრული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დამატებითი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შესასრულებლად</w:t>
      </w:r>
      <w:proofErr w:type="spellEnd"/>
      <w:r w:rsidRPr="00D73BDF">
        <w:rPr>
          <w:rFonts w:cstheme="majorHAnsi"/>
          <w:sz w:val="18"/>
          <w:szCs w:val="18"/>
        </w:rPr>
        <w:t xml:space="preserve"> </w:t>
      </w:r>
      <w:proofErr w:type="spellStart"/>
      <w:r w:rsidRPr="00D73BDF">
        <w:rPr>
          <w:rFonts w:ascii="Sylfaen" w:hAnsi="Sylfaen" w:cs="Sylfaen"/>
          <w:sz w:val="18"/>
          <w:szCs w:val="18"/>
        </w:rPr>
        <w:t>არ</w:t>
      </w:r>
      <w:proofErr w:type="spellEnd"/>
      <w:r w:rsidRPr="00D73BDF">
        <w:rPr>
          <w:rFonts w:cstheme="majorHAnsi"/>
          <w:sz w:val="18"/>
          <w:szCs w:val="18"/>
        </w:rPr>
        <w:t xml:space="preserve"> </w:t>
      </w:r>
      <w:proofErr w:type="spellStart"/>
      <w:r w:rsidRPr="00D73BDF">
        <w:rPr>
          <w:rFonts w:ascii="Sylfaen" w:hAnsi="Sylfaen" w:cs="Sylfaen"/>
          <w:sz w:val="18"/>
          <w:szCs w:val="18"/>
        </w:rPr>
        <w:t>არის</w:t>
      </w:r>
      <w:proofErr w:type="spellEnd"/>
      <w:r w:rsidRPr="00D73BDF">
        <w:rPr>
          <w:rFonts w:cstheme="majorHAnsi"/>
          <w:sz w:val="18"/>
          <w:szCs w:val="18"/>
        </w:rPr>
        <w:t xml:space="preserve"> </w:t>
      </w:r>
      <w:proofErr w:type="spellStart"/>
      <w:r w:rsidRPr="00D73BDF">
        <w:rPr>
          <w:rFonts w:ascii="Sylfaen" w:hAnsi="Sylfaen" w:cs="Sylfaen"/>
          <w:sz w:val="18"/>
          <w:szCs w:val="18"/>
        </w:rPr>
        <w:t>საჭირო</w:t>
      </w:r>
      <w:proofErr w:type="spellEnd"/>
      <w:r w:rsidRPr="00D73BDF">
        <w:rPr>
          <w:rFonts w:cstheme="majorHAnsi"/>
          <w:sz w:val="18"/>
          <w:szCs w:val="18"/>
        </w:rPr>
        <w:t xml:space="preserve"> </w:t>
      </w:r>
      <w:proofErr w:type="spellStart"/>
      <w:r w:rsidRPr="00D73BDF">
        <w:rPr>
          <w:rFonts w:ascii="Sylfaen" w:hAnsi="Sylfaen" w:cs="Sylfaen"/>
          <w:sz w:val="18"/>
          <w:szCs w:val="18"/>
        </w:rPr>
        <w:t>რაიმე</w:t>
      </w:r>
      <w:proofErr w:type="spellEnd"/>
      <w:r w:rsidRPr="00D73BDF">
        <w:rPr>
          <w:rFonts w:cstheme="majorHAnsi"/>
          <w:sz w:val="18"/>
          <w:szCs w:val="18"/>
        </w:rPr>
        <w:t xml:space="preserve"> </w:t>
      </w:r>
      <w:proofErr w:type="spellStart"/>
      <w:r w:rsidRPr="00D73BDF">
        <w:rPr>
          <w:rFonts w:ascii="Sylfaen" w:hAnsi="Sylfaen" w:cs="Sylfaen"/>
          <w:sz w:val="18"/>
          <w:szCs w:val="18"/>
        </w:rPr>
        <w:t>სახის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დამატებითი</w:t>
      </w:r>
      <w:proofErr w:type="spellEnd"/>
      <w:r w:rsidRPr="00D73BDF">
        <w:rPr>
          <w:rFonts w:cstheme="majorHAnsi"/>
          <w:sz w:val="18"/>
          <w:szCs w:val="18"/>
        </w:rPr>
        <w:t xml:space="preserve"> </w:t>
      </w:r>
      <w:proofErr w:type="spellStart"/>
      <w:r w:rsidRPr="00D73BDF">
        <w:rPr>
          <w:rFonts w:ascii="Sylfaen" w:hAnsi="Sylfaen" w:cs="Sylfaen"/>
          <w:sz w:val="18"/>
          <w:szCs w:val="18"/>
        </w:rPr>
        <w:t>შეთანხმების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გაფორმება</w:t>
      </w:r>
      <w:proofErr w:type="spellEnd"/>
      <w:r w:rsidRPr="00D73BDF">
        <w:rPr>
          <w:rFonts w:cstheme="majorHAnsi"/>
          <w:sz w:val="18"/>
          <w:szCs w:val="18"/>
        </w:rPr>
        <w:t xml:space="preserve">, </w:t>
      </w:r>
      <w:proofErr w:type="spellStart"/>
      <w:r w:rsidRPr="00D73BDF">
        <w:rPr>
          <w:rFonts w:ascii="Sylfaen" w:hAnsi="Sylfaen" w:cs="Sylfaen"/>
          <w:sz w:val="18"/>
          <w:szCs w:val="18"/>
        </w:rPr>
        <w:t>თუ</w:t>
      </w:r>
      <w:proofErr w:type="spellEnd"/>
      <w:r w:rsidRPr="00D73BDF">
        <w:rPr>
          <w:rFonts w:cstheme="majorHAnsi"/>
          <w:sz w:val="18"/>
          <w:szCs w:val="18"/>
        </w:rPr>
        <w:t xml:space="preserve"> </w:t>
      </w:r>
      <w:proofErr w:type="spellStart"/>
      <w:r w:rsidRPr="00D73BDF">
        <w:rPr>
          <w:rFonts w:ascii="Sylfaen" w:hAnsi="Sylfaen" w:cs="Sylfaen"/>
          <w:sz w:val="18"/>
          <w:szCs w:val="18"/>
        </w:rPr>
        <w:t>ეს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დამატებითი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w:t>
      </w:r>
      <w:proofErr w:type="spellEnd"/>
      <w:r w:rsidRPr="00D73BDF">
        <w:rPr>
          <w:rFonts w:cstheme="majorHAnsi"/>
          <w:sz w:val="18"/>
          <w:szCs w:val="18"/>
        </w:rPr>
        <w:t xml:space="preserve"> </w:t>
      </w:r>
      <w:proofErr w:type="spellStart"/>
      <w:r w:rsidRPr="00D73BDF">
        <w:rPr>
          <w:rFonts w:ascii="Sylfaen" w:hAnsi="Sylfaen" w:cs="Sylfaen"/>
          <w:sz w:val="18"/>
          <w:szCs w:val="18"/>
        </w:rPr>
        <w:t>არ</w:t>
      </w:r>
      <w:proofErr w:type="spellEnd"/>
      <w:r w:rsidRPr="00D73BDF">
        <w:rPr>
          <w:rFonts w:cstheme="majorHAnsi"/>
          <w:sz w:val="18"/>
          <w:szCs w:val="18"/>
        </w:rPr>
        <w:t xml:space="preserve"> </w:t>
      </w:r>
      <w:proofErr w:type="spellStart"/>
      <w:r w:rsidRPr="00D73BDF">
        <w:rPr>
          <w:rFonts w:ascii="Sylfaen" w:hAnsi="Sylfaen" w:cs="Sylfaen"/>
          <w:sz w:val="18"/>
          <w:szCs w:val="18"/>
        </w:rPr>
        <w:t>იწვევს</w:t>
      </w:r>
      <w:proofErr w:type="spellEnd"/>
      <w:r w:rsidRPr="00D73BDF">
        <w:rPr>
          <w:rFonts w:cstheme="majorHAnsi"/>
          <w:sz w:val="18"/>
          <w:szCs w:val="18"/>
        </w:rPr>
        <w:t>/</w:t>
      </w:r>
      <w:proofErr w:type="spellStart"/>
      <w:r w:rsidRPr="00D73BDF">
        <w:rPr>
          <w:rFonts w:ascii="Sylfaen" w:hAnsi="Sylfaen" w:cs="Sylfaen"/>
          <w:sz w:val="18"/>
          <w:szCs w:val="18"/>
        </w:rPr>
        <w:t>გამოიწვევს</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5.1. </w:t>
      </w:r>
      <w:proofErr w:type="spellStart"/>
      <w:r w:rsidRPr="00D73BDF">
        <w:rPr>
          <w:rFonts w:ascii="Sylfaen" w:hAnsi="Sylfaen" w:cs="Sylfaen"/>
          <w:sz w:val="18"/>
          <w:szCs w:val="18"/>
        </w:rPr>
        <w:t>მუხლით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განსაზღვრული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ვადის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გაზრდას</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 xml:space="preserve"> </w:t>
      </w:r>
      <w:proofErr w:type="spellStart"/>
      <w:r w:rsidRPr="00D73BDF">
        <w:rPr>
          <w:rFonts w:ascii="Sylfaen" w:hAnsi="Sylfaen" w:cs="Sylfaen"/>
          <w:sz w:val="18"/>
          <w:szCs w:val="18"/>
        </w:rPr>
        <w:t>მისი</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შესრულება</w:t>
      </w:r>
      <w:proofErr w:type="spellEnd"/>
      <w:r w:rsidRPr="00D73BDF">
        <w:rPr>
          <w:rFonts w:cstheme="majorHAnsi"/>
          <w:sz w:val="18"/>
          <w:szCs w:val="18"/>
        </w:rPr>
        <w:t xml:space="preserve"> </w:t>
      </w:r>
      <w:proofErr w:type="spellStart"/>
      <w:r w:rsidRPr="00D73BDF">
        <w:rPr>
          <w:rFonts w:ascii="Sylfaen" w:hAnsi="Sylfaen" w:cs="Sylfaen"/>
          <w:sz w:val="18"/>
          <w:szCs w:val="18"/>
        </w:rPr>
        <w:t>არ</w:t>
      </w:r>
      <w:proofErr w:type="spellEnd"/>
      <w:r w:rsidRPr="00D73BDF">
        <w:rPr>
          <w:rFonts w:cstheme="majorHAnsi"/>
          <w:sz w:val="18"/>
          <w:szCs w:val="18"/>
        </w:rPr>
        <w:t xml:space="preserve"> </w:t>
      </w:r>
      <w:proofErr w:type="spellStart"/>
      <w:r w:rsidRPr="00D73BDF">
        <w:rPr>
          <w:rFonts w:ascii="Sylfaen" w:hAnsi="Sylfaen" w:cs="Sylfaen"/>
          <w:sz w:val="18"/>
          <w:szCs w:val="18"/>
        </w:rPr>
        <w:t>არის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დაკავშირებული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განსაკუთრებულ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სირთულეებთან</w:t>
      </w:r>
      <w:proofErr w:type="spellEnd"/>
      <w:r w:rsidRPr="00D73BDF">
        <w:rPr>
          <w:rFonts w:cstheme="majorHAnsi"/>
          <w:sz w:val="18"/>
          <w:szCs w:val="18"/>
        </w:rPr>
        <w:t xml:space="preserve">. </w:t>
      </w:r>
      <w:proofErr w:type="spellStart"/>
      <w:r w:rsidRPr="00D73BDF">
        <w:rPr>
          <w:rFonts w:ascii="Sylfaen" w:hAnsi="Sylfaen" w:cs="Sylfaen"/>
          <w:sz w:val="18"/>
          <w:szCs w:val="18"/>
        </w:rPr>
        <w:t>ასეთი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შესასრულებლად</w:t>
      </w:r>
      <w:proofErr w:type="spellEnd"/>
      <w:r w:rsidRPr="00D73BDF">
        <w:rPr>
          <w:rFonts w:cstheme="majorHAnsi"/>
          <w:sz w:val="18"/>
          <w:szCs w:val="18"/>
        </w:rPr>
        <w:t xml:space="preserve"> </w:t>
      </w:r>
      <w:proofErr w:type="spellStart"/>
      <w:r w:rsidRPr="00D73BDF">
        <w:rPr>
          <w:rFonts w:ascii="Sylfaen" w:hAnsi="Sylfaen" w:cs="Sylfaen"/>
          <w:sz w:val="18"/>
          <w:szCs w:val="18"/>
        </w:rPr>
        <w:t>საკმარისია</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წერილობითი</w:t>
      </w:r>
      <w:proofErr w:type="spellEnd"/>
      <w:r w:rsidRPr="00D73BDF">
        <w:rPr>
          <w:rFonts w:cstheme="majorHAnsi"/>
          <w:sz w:val="18"/>
          <w:szCs w:val="18"/>
        </w:rPr>
        <w:t xml:space="preserve"> </w:t>
      </w:r>
      <w:proofErr w:type="spellStart"/>
      <w:r w:rsidRPr="00D73BDF">
        <w:rPr>
          <w:rFonts w:ascii="Sylfaen" w:hAnsi="Sylfaen" w:cs="Sylfaen"/>
          <w:sz w:val="18"/>
          <w:szCs w:val="18"/>
        </w:rPr>
        <w:t>დავალება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მენარდის</w:t>
      </w:r>
      <w:proofErr w:type="spellEnd"/>
      <w:r w:rsidRPr="00D73BDF">
        <w:rPr>
          <w:rFonts w:cstheme="majorHAnsi"/>
          <w:sz w:val="18"/>
          <w:szCs w:val="18"/>
        </w:rPr>
        <w:t xml:space="preserve"> </w:t>
      </w:r>
      <w:proofErr w:type="spellStart"/>
      <w:r w:rsidRPr="00D73BDF">
        <w:rPr>
          <w:rFonts w:ascii="Sylfaen" w:hAnsi="Sylfaen" w:cs="Sylfaen"/>
          <w:sz w:val="18"/>
          <w:szCs w:val="18"/>
        </w:rPr>
        <w:t>წერილობითი</w:t>
      </w:r>
      <w:proofErr w:type="spellEnd"/>
      <w:r w:rsidRPr="00D73BDF">
        <w:rPr>
          <w:rFonts w:cstheme="majorHAnsi"/>
          <w:sz w:val="18"/>
          <w:szCs w:val="18"/>
        </w:rPr>
        <w:t xml:space="preserve"> </w:t>
      </w:r>
      <w:proofErr w:type="spellStart"/>
      <w:r w:rsidRPr="00D73BDF">
        <w:rPr>
          <w:rFonts w:ascii="Sylfaen" w:hAnsi="Sylfaen" w:cs="Sylfaen"/>
          <w:sz w:val="18"/>
          <w:szCs w:val="18"/>
        </w:rPr>
        <w:t>თანხმობა</w:t>
      </w:r>
      <w:proofErr w:type="spellEnd"/>
      <w:r w:rsidRPr="00D73BDF">
        <w:rPr>
          <w:rFonts w:cstheme="majorHAnsi"/>
          <w:sz w:val="18"/>
          <w:szCs w:val="18"/>
        </w:rPr>
        <w:t>;</w:t>
      </w:r>
    </w:p>
    <w:p w14:paraId="7434C75E" w14:textId="387E6D2A" w:rsidR="004B6084" w:rsidRPr="00D73BDF" w:rsidRDefault="00A74260" w:rsidP="00185C20">
      <w:pPr>
        <w:jc w:val="both"/>
        <w:rPr>
          <w:rFonts w:cstheme="majorHAnsi"/>
          <w:sz w:val="18"/>
          <w:szCs w:val="18"/>
        </w:rPr>
      </w:pPr>
      <w:r w:rsidRPr="00D73BDF">
        <w:rPr>
          <w:rFonts w:ascii="Sylfaen" w:hAnsi="Sylfaen" w:cs="Sylfaen"/>
          <w:sz w:val="18"/>
          <w:szCs w:val="18"/>
        </w:rPr>
        <w:t>გ</w:t>
      </w:r>
      <w:r w:rsidRPr="00D73BDF">
        <w:rPr>
          <w:rFonts w:cstheme="majorHAnsi"/>
          <w:sz w:val="18"/>
          <w:szCs w:val="18"/>
        </w:rPr>
        <w:t xml:space="preserve">) </w:t>
      </w:r>
      <w:proofErr w:type="spellStart"/>
      <w:r w:rsidRPr="00D73BDF">
        <w:rPr>
          <w:rFonts w:ascii="Sylfaen" w:hAnsi="Sylfaen" w:cs="Sylfaen"/>
          <w:sz w:val="18"/>
          <w:szCs w:val="18"/>
        </w:rPr>
        <w:t>თუ</w:t>
      </w:r>
      <w:proofErr w:type="spellEnd"/>
      <w:r w:rsidRPr="00D73BDF">
        <w:rPr>
          <w:rFonts w:cstheme="majorHAnsi"/>
          <w:sz w:val="18"/>
          <w:szCs w:val="18"/>
        </w:rPr>
        <w:t xml:space="preserve"> </w:t>
      </w:r>
      <w:proofErr w:type="spellStart"/>
      <w:r w:rsidRPr="00D73BDF">
        <w:rPr>
          <w:rFonts w:ascii="Sylfaen" w:hAnsi="Sylfaen" w:cs="Sylfaen"/>
          <w:sz w:val="18"/>
          <w:szCs w:val="18"/>
        </w:rPr>
        <w:t>დამატებითი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w:t>
      </w:r>
      <w:proofErr w:type="spellEnd"/>
      <w:r w:rsidRPr="00D73BDF">
        <w:rPr>
          <w:rFonts w:cstheme="majorHAnsi"/>
          <w:sz w:val="18"/>
          <w:szCs w:val="18"/>
        </w:rPr>
        <w:t xml:space="preserve"> </w:t>
      </w:r>
      <w:proofErr w:type="spellStart"/>
      <w:r w:rsidRPr="00D73BDF">
        <w:rPr>
          <w:rFonts w:ascii="Sylfaen" w:hAnsi="Sylfaen" w:cs="Sylfaen"/>
          <w:sz w:val="18"/>
          <w:szCs w:val="18"/>
        </w:rPr>
        <w:t>თავისი</w:t>
      </w:r>
      <w:proofErr w:type="spellEnd"/>
      <w:r w:rsidRPr="00D73BDF">
        <w:rPr>
          <w:rFonts w:cstheme="majorHAnsi"/>
          <w:sz w:val="18"/>
          <w:szCs w:val="18"/>
        </w:rPr>
        <w:t xml:space="preserve"> </w:t>
      </w:r>
      <w:proofErr w:type="spellStart"/>
      <w:r w:rsidRPr="00D73BDF">
        <w:rPr>
          <w:rFonts w:ascii="Sylfaen" w:hAnsi="Sylfaen" w:cs="Sylfaen"/>
          <w:sz w:val="18"/>
          <w:szCs w:val="18"/>
        </w:rPr>
        <w:t>შინაარსით</w:t>
      </w:r>
      <w:proofErr w:type="spellEnd"/>
      <w:r w:rsidRPr="00D73BDF">
        <w:rPr>
          <w:rFonts w:cstheme="majorHAnsi"/>
          <w:sz w:val="18"/>
          <w:szCs w:val="18"/>
        </w:rPr>
        <w:t xml:space="preserve"> </w:t>
      </w:r>
      <w:proofErr w:type="spellStart"/>
      <w:r w:rsidRPr="00D73BDF">
        <w:rPr>
          <w:rFonts w:ascii="Sylfaen" w:hAnsi="Sylfaen" w:cs="Sylfaen"/>
          <w:sz w:val="18"/>
          <w:szCs w:val="18"/>
        </w:rPr>
        <w:t>წარმოადგენს</w:t>
      </w:r>
      <w:proofErr w:type="spellEnd"/>
      <w:r w:rsidRPr="00D73BDF">
        <w:rPr>
          <w:rFonts w:cstheme="majorHAnsi"/>
          <w:sz w:val="18"/>
          <w:szCs w:val="18"/>
        </w:rPr>
        <w:t xml:space="preserve"> </w:t>
      </w:r>
      <w:proofErr w:type="spellStart"/>
      <w:r w:rsidRPr="00D73BDF">
        <w:rPr>
          <w:rFonts w:ascii="Sylfaen" w:hAnsi="Sylfaen" w:cs="Sylfaen"/>
          <w:sz w:val="18"/>
          <w:szCs w:val="18"/>
        </w:rPr>
        <w:t>სახარჯთაღრიცხვო</w:t>
      </w:r>
      <w:proofErr w:type="spellEnd"/>
      <w:r w:rsidRPr="00D73BDF">
        <w:rPr>
          <w:rFonts w:cstheme="majorHAnsi"/>
          <w:sz w:val="18"/>
          <w:szCs w:val="18"/>
        </w:rPr>
        <w:t xml:space="preserve"> </w:t>
      </w:r>
      <w:proofErr w:type="spellStart"/>
      <w:r w:rsidRPr="00D73BDF">
        <w:rPr>
          <w:rFonts w:ascii="Sylfaen" w:hAnsi="Sylfaen" w:cs="Sylfaen"/>
          <w:sz w:val="18"/>
          <w:szCs w:val="18"/>
        </w:rPr>
        <w:t>დოკუმენტაციით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გაუთვალისწინებელ</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r w:rsidR="000A658A">
        <w:rPr>
          <w:rFonts w:ascii="Sylfaen" w:hAnsi="Sylfaen" w:cstheme="majorHAnsi"/>
          <w:sz w:val="18"/>
          <w:szCs w:val="18"/>
          <w:lang w:val="ka-GE"/>
        </w:rPr>
        <w:t>(</w:t>
      </w:r>
      <w:proofErr w:type="spellStart"/>
      <w:r w:rsidRPr="00D73BDF">
        <w:rPr>
          <w:rFonts w:ascii="Sylfaen" w:hAnsi="Sylfaen" w:cs="Sylfaen"/>
          <w:sz w:val="18"/>
          <w:szCs w:val="18"/>
        </w:rPr>
        <w:t>ანუ</w:t>
      </w:r>
      <w:proofErr w:type="spellEnd"/>
      <w:r w:rsidRPr="00D73BDF">
        <w:rPr>
          <w:rFonts w:cstheme="majorHAnsi"/>
          <w:sz w:val="18"/>
          <w:szCs w:val="18"/>
        </w:rPr>
        <w:t xml:space="preserve"> </w:t>
      </w:r>
      <w:proofErr w:type="spellStart"/>
      <w:r w:rsidRPr="00D73BDF">
        <w:rPr>
          <w:rFonts w:ascii="Sylfaen" w:hAnsi="Sylfaen" w:cs="Sylfaen"/>
          <w:sz w:val="18"/>
          <w:szCs w:val="18"/>
        </w:rPr>
        <w:t>მხარეები</w:t>
      </w:r>
      <w:proofErr w:type="spellEnd"/>
      <w:r w:rsidRPr="00D73BDF">
        <w:rPr>
          <w:rFonts w:cstheme="majorHAnsi"/>
          <w:sz w:val="18"/>
          <w:szCs w:val="18"/>
        </w:rPr>
        <w:t xml:space="preserve"> </w:t>
      </w:r>
      <w:proofErr w:type="spellStart"/>
      <w:r w:rsidRPr="00D73BDF">
        <w:rPr>
          <w:rFonts w:ascii="Sylfaen" w:hAnsi="Sylfaen" w:cs="Sylfaen"/>
          <w:sz w:val="18"/>
          <w:szCs w:val="18"/>
        </w:rPr>
        <w:t>ამ</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ერთეულის</w:t>
      </w:r>
      <w:proofErr w:type="spellEnd"/>
      <w:r w:rsidRPr="00D73BDF">
        <w:rPr>
          <w:rFonts w:cstheme="majorHAnsi"/>
          <w:sz w:val="18"/>
          <w:szCs w:val="18"/>
        </w:rPr>
        <w:t xml:space="preserve"> </w:t>
      </w:r>
      <w:proofErr w:type="spellStart"/>
      <w:r w:rsidRPr="00D73BDF">
        <w:rPr>
          <w:rFonts w:ascii="Sylfaen" w:hAnsi="Sylfaen" w:cs="Sylfaen"/>
          <w:sz w:val="18"/>
          <w:szCs w:val="18"/>
        </w:rPr>
        <w:t>ღირებულებაზე</w:t>
      </w:r>
      <w:proofErr w:type="spellEnd"/>
      <w:r w:rsidRPr="00D73BDF">
        <w:rPr>
          <w:rFonts w:cstheme="majorHAnsi"/>
          <w:sz w:val="18"/>
          <w:szCs w:val="18"/>
        </w:rPr>
        <w:t xml:space="preserve"> </w:t>
      </w:r>
      <w:proofErr w:type="spellStart"/>
      <w:r w:rsidRPr="00D73BDF">
        <w:rPr>
          <w:rFonts w:ascii="Sylfaen" w:hAnsi="Sylfaen" w:cs="Sylfaen"/>
          <w:sz w:val="18"/>
          <w:szCs w:val="18"/>
        </w:rPr>
        <w:t>არ</w:t>
      </w:r>
      <w:proofErr w:type="spellEnd"/>
      <w:r w:rsidRPr="00D73BDF">
        <w:rPr>
          <w:rFonts w:cstheme="majorHAnsi"/>
          <w:sz w:val="18"/>
          <w:szCs w:val="18"/>
        </w:rPr>
        <w:t xml:space="preserve"> </w:t>
      </w:r>
      <w:proofErr w:type="spellStart"/>
      <w:r w:rsidRPr="00D73BDF">
        <w:rPr>
          <w:rFonts w:ascii="Sylfaen" w:hAnsi="Sylfaen" w:cs="Sylfaen"/>
          <w:sz w:val="18"/>
          <w:szCs w:val="18"/>
        </w:rPr>
        <w:t>არიან</w:t>
      </w:r>
      <w:proofErr w:type="spellEnd"/>
      <w:r w:rsidRPr="00D73BDF">
        <w:rPr>
          <w:rFonts w:cstheme="majorHAnsi"/>
          <w:sz w:val="18"/>
          <w:szCs w:val="18"/>
        </w:rPr>
        <w:t xml:space="preserve"> </w:t>
      </w:r>
      <w:proofErr w:type="spellStart"/>
      <w:r w:rsidRPr="00D73BDF">
        <w:rPr>
          <w:rFonts w:ascii="Sylfaen" w:hAnsi="Sylfaen" w:cs="Sylfaen"/>
          <w:sz w:val="18"/>
          <w:szCs w:val="18"/>
        </w:rPr>
        <w:t>შეთანხმებულები</w:t>
      </w:r>
      <w:proofErr w:type="spellEnd"/>
      <w:r w:rsidR="000A658A">
        <w:rPr>
          <w:rFonts w:ascii="Sylfaen" w:hAnsi="Sylfaen" w:cstheme="majorHAnsi"/>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მაშინ</w:t>
      </w:r>
      <w:proofErr w:type="spellEnd"/>
      <w:r w:rsidRPr="00D73BDF">
        <w:rPr>
          <w:rFonts w:cstheme="majorHAnsi"/>
          <w:sz w:val="18"/>
          <w:szCs w:val="18"/>
        </w:rPr>
        <w:t xml:space="preserve"> </w:t>
      </w:r>
      <w:proofErr w:type="spellStart"/>
      <w:r w:rsidRPr="00D73BDF">
        <w:rPr>
          <w:rFonts w:ascii="Sylfaen" w:hAnsi="Sylfaen" w:cs="Sylfaen"/>
          <w:sz w:val="18"/>
          <w:szCs w:val="18"/>
        </w:rPr>
        <w:t>ასეთი</w:t>
      </w:r>
      <w:proofErr w:type="spellEnd"/>
      <w:r w:rsidRPr="00D73BDF">
        <w:rPr>
          <w:rFonts w:cstheme="majorHAnsi"/>
          <w:sz w:val="18"/>
          <w:szCs w:val="18"/>
        </w:rPr>
        <w:t xml:space="preserve"> </w:t>
      </w:r>
      <w:proofErr w:type="spellStart"/>
      <w:r w:rsidRPr="00D73BDF">
        <w:rPr>
          <w:rFonts w:ascii="Sylfaen" w:hAnsi="Sylfaen" w:cs="Sylfaen"/>
          <w:sz w:val="18"/>
          <w:szCs w:val="18"/>
        </w:rPr>
        <w:t>დამატებითი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ღირებულებაზე</w:t>
      </w:r>
      <w:proofErr w:type="spellEnd"/>
      <w:r w:rsidRPr="00D73BDF">
        <w:rPr>
          <w:rFonts w:cstheme="majorHAnsi"/>
          <w:sz w:val="18"/>
          <w:szCs w:val="18"/>
        </w:rPr>
        <w:t xml:space="preserve">, </w:t>
      </w:r>
      <w:proofErr w:type="spellStart"/>
      <w:r w:rsidRPr="00D73BDF">
        <w:rPr>
          <w:rFonts w:ascii="Sylfaen" w:hAnsi="Sylfaen" w:cs="Sylfaen"/>
          <w:sz w:val="18"/>
          <w:szCs w:val="18"/>
        </w:rPr>
        <w:t>ვადაზე</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სხვა</w:t>
      </w:r>
      <w:proofErr w:type="spellEnd"/>
      <w:r w:rsidRPr="00D73BDF">
        <w:rPr>
          <w:rFonts w:cstheme="majorHAnsi"/>
          <w:sz w:val="18"/>
          <w:szCs w:val="18"/>
        </w:rPr>
        <w:t xml:space="preserve"> </w:t>
      </w:r>
      <w:proofErr w:type="spellStart"/>
      <w:r w:rsidRPr="00D73BDF">
        <w:rPr>
          <w:rFonts w:ascii="Sylfaen" w:hAnsi="Sylfaen" w:cs="Sylfaen"/>
          <w:sz w:val="18"/>
          <w:szCs w:val="18"/>
        </w:rPr>
        <w:t>პირობებზე</w:t>
      </w:r>
      <w:proofErr w:type="spellEnd"/>
      <w:r w:rsidRPr="00D73BDF">
        <w:rPr>
          <w:rFonts w:cstheme="majorHAnsi"/>
          <w:sz w:val="18"/>
          <w:szCs w:val="18"/>
        </w:rPr>
        <w:t xml:space="preserve"> </w:t>
      </w:r>
      <w:proofErr w:type="spellStart"/>
      <w:r w:rsidRPr="00D73BDF">
        <w:rPr>
          <w:rFonts w:ascii="Sylfaen" w:hAnsi="Sylfaen" w:cs="Sylfaen"/>
          <w:sz w:val="18"/>
          <w:szCs w:val="18"/>
        </w:rPr>
        <w:t>მხარეები</w:t>
      </w:r>
      <w:proofErr w:type="spellEnd"/>
      <w:r w:rsidRPr="00D73BDF">
        <w:rPr>
          <w:rFonts w:cstheme="majorHAnsi"/>
          <w:sz w:val="18"/>
          <w:szCs w:val="18"/>
        </w:rPr>
        <w:t xml:space="preserve"> </w:t>
      </w:r>
      <w:proofErr w:type="spellStart"/>
      <w:r w:rsidRPr="00D73BDF">
        <w:rPr>
          <w:rFonts w:ascii="Sylfaen" w:hAnsi="Sylfaen" w:cs="Sylfaen"/>
          <w:sz w:val="18"/>
          <w:szCs w:val="18"/>
        </w:rPr>
        <w:t>დამატებით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უნდა</w:t>
      </w:r>
      <w:proofErr w:type="spellEnd"/>
      <w:r w:rsidRPr="00D73BDF">
        <w:rPr>
          <w:rFonts w:cstheme="majorHAnsi"/>
          <w:sz w:val="18"/>
          <w:szCs w:val="18"/>
        </w:rPr>
        <w:t xml:space="preserve"> </w:t>
      </w:r>
      <w:proofErr w:type="spellStart"/>
      <w:r w:rsidRPr="00D73BDF">
        <w:rPr>
          <w:rFonts w:ascii="Sylfaen" w:hAnsi="Sylfaen" w:cs="Sylfaen"/>
          <w:sz w:val="18"/>
          <w:szCs w:val="18"/>
        </w:rPr>
        <w:t>შეთანხმდნენ</w:t>
      </w:r>
      <w:proofErr w:type="spellEnd"/>
      <w:r w:rsidRPr="00D73BDF">
        <w:rPr>
          <w:rFonts w:cstheme="majorHAnsi"/>
          <w:sz w:val="18"/>
          <w:szCs w:val="18"/>
        </w:rPr>
        <w:t xml:space="preserve"> </w:t>
      </w:r>
      <w:proofErr w:type="spellStart"/>
      <w:r w:rsidRPr="00D73BDF">
        <w:rPr>
          <w:rFonts w:ascii="Sylfaen" w:hAnsi="Sylfaen" w:cs="Sylfaen"/>
          <w:sz w:val="18"/>
          <w:szCs w:val="18"/>
        </w:rPr>
        <w:t>წერილობით</w:t>
      </w:r>
      <w:proofErr w:type="spellEnd"/>
      <w:r w:rsidRPr="00D73BDF">
        <w:rPr>
          <w:rFonts w:cstheme="majorHAnsi"/>
          <w:sz w:val="18"/>
          <w:szCs w:val="18"/>
        </w:rPr>
        <w:t xml:space="preserve"> </w:t>
      </w:r>
      <w:proofErr w:type="spellStart"/>
      <w:r w:rsidRPr="00D73BDF">
        <w:rPr>
          <w:rFonts w:ascii="Sylfaen" w:hAnsi="Sylfaen" w:cs="Sylfaen"/>
          <w:sz w:val="18"/>
          <w:szCs w:val="18"/>
        </w:rPr>
        <w:t>ასეთი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დაწყებამდე</w:t>
      </w:r>
      <w:proofErr w:type="spellEnd"/>
      <w:r w:rsidRPr="00D73BDF">
        <w:rPr>
          <w:rFonts w:cstheme="majorHAnsi"/>
          <w:sz w:val="18"/>
          <w:szCs w:val="18"/>
        </w:rPr>
        <w:t>.</w:t>
      </w:r>
    </w:p>
    <w:p w14:paraId="27D14DDF" w14:textId="30E98D52" w:rsidR="004B6084" w:rsidRPr="00D73BDF" w:rsidRDefault="00A077FD" w:rsidP="00185C20">
      <w:pPr>
        <w:jc w:val="both"/>
        <w:rPr>
          <w:rFonts w:cstheme="majorHAnsi"/>
          <w:sz w:val="18"/>
          <w:szCs w:val="18"/>
        </w:rPr>
      </w:pPr>
      <w:r>
        <w:rPr>
          <w:rFonts w:ascii="Sylfaen" w:hAnsi="Sylfaen" w:cs="Sylfaen"/>
          <w:sz w:val="18"/>
          <w:szCs w:val="18"/>
          <w:lang w:val="ka-GE"/>
        </w:rPr>
        <w:t xml:space="preserve">დ) </w:t>
      </w:r>
      <w:proofErr w:type="spellStart"/>
      <w:r w:rsidR="00A74260" w:rsidRPr="00D73BDF">
        <w:rPr>
          <w:rFonts w:ascii="Sylfaen" w:hAnsi="Sylfaen" w:cs="Sylfaen"/>
          <w:sz w:val="18"/>
          <w:szCs w:val="18"/>
        </w:rPr>
        <w:t>თუ</w:t>
      </w:r>
      <w:proofErr w:type="spellEnd"/>
      <w:r w:rsidR="00A74260" w:rsidRPr="00D73BDF">
        <w:rPr>
          <w:rFonts w:cstheme="majorHAnsi"/>
          <w:sz w:val="18"/>
          <w:szCs w:val="18"/>
        </w:rPr>
        <w:t xml:space="preserve"> </w:t>
      </w:r>
      <w:r w:rsidR="000A658A">
        <w:rPr>
          <w:rFonts w:ascii="Sylfaen" w:hAnsi="Sylfaen" w:cs="Sylfaen"/>
          <w:sz w:val="18"/>
          <w:szCs w:val="18"/>
          <w:lang w:val="ka-GE"/>
        </w:rPr>
        <w:t xml:space="preserve">მენარდემ </w:t>
      </w:r>
      <w:proofErr w:type="spellStart"/>
      <w:r w:rsidR="00A74260" w:rsidRPr="00D73BDF">
        <w:rPr>
          <w:rFonts w:ascii="Sylfaen" w:hAnsi="Sylfaen" w:cs="Sylfaen"/>
          <w:sz w:val="18"/>
          <w:szCs w:val="18"/>
        </w:rPr>
        <w:t>დამატებითი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რომელთა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შესრულების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თაობაზე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საჭიროა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დამატებითი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შეთანხმების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გაფორმება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შესრულება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დაიწყო</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მხარეთა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შორის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დამატებითი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შეთანხმების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გაფორმებამდე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ხოლო</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მხარეები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ვერ</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lastRenderedPageBreak/>
        <w:t>შეთანხმდნენ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ღირებულებაზე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განხორციელდა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დამკვეთის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თანხმობის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გარეშე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მაშინ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ასეთი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სამუშაოები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ანაზღაურდება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დამკვეთის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მხრიდან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დამკვეთის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მოთხოვნის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შემთხვევაში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მენარდის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მიერ</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უნდა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მოხდეს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იმ</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მდგომარეობის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აღდგენა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რაც</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არსებობდა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ამგვარი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დამატებითი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შესრულების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დაწყებამდე</w:t>
      </w:r>
      <w:proofErr w:type="spellEnd"/>
      <w:r w:rsidR="00A74260" w:rsidRPr="00D73BDF">
        <w:rPr>
          <w:rFonts w:cstheme="majorHAnsi"/>
          <w:sz w:val="18"/>
          <w:szCs w:val="18"/>
        </w:rPr>
        <w:t>.</w:t>
      </w:r>
    </w:p>
    <w:p w14:paraId="23A52D12" w14:textId="72C6C754" w:rsidR="004B6084" w:rsidRPr="00D73BDF" w:rsidRDefault="00ED51A5" w:rsidP="00185C20">
      <w:pPr>
        <w:jc w:val="both"/>
        <w:rPr>
          <w:rFonts w:cstheme="majorHAnsi"/>
          <w:sz w:val="18"/>
          <w:szCs w:val="18"/>
        </w:rPr>
      </w:pPr>
      <w:r>
        <w:rPr>
          <w:rFonts w:ascii="Sylfaen" w:hAnsi="Sylfaen" w:cs="Sylfaen"/>
          <w:sz w:val="18"/>
          <w:szCs w:val="18"/>
          <w:lang w:val="ka-GE"/>
        </w:rPr>
        <w:t>ე</w:t>
      </w:r>
      <w:r w:rsidR="00A74260" w:rsidRPr="00D73BDF">
        <w:rPr>
          <w:rFonts w:cstheme="majorHAnsi"/>
          <w:sz w:val="18"/>
          <w:szCs w:val="18"/>
        </w:rPr>
        <w:t xml:space="preserve">)  </w:t>
      </w:r>
      <w:proofErr w:type="spellStart"/>
      <w:r w:rsidR="00A74260" w:rsidRPr="00D73BDF">
        <w:rPr>
          <w:rFonts w:ascii="Sylfaen" w:hAnsi="Sylfaen" w:cs="Sylfaen"/>
          <w:sz w:val="18"/>
          <w:szCs w:val="18"/>
        </w:rPr>
        <w:t>მხარეები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უფლებამოსილნი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არიან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შეიტანონ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ცვლილებები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დაგეგმილ</w:t>
      </w:r>
      <w:proofErr w:type="spellEnd"/>
      <w:r w:rsidR="00A077FD">
        <w:rPr>
          <w:rFonts w:ascii="Sylfaen" w:hAnsi="Sylfaen" w:cs="Sylfaen"/>
          <w:sz w:val="18"/>
          <w:szCs w:val="18"/>
          <w:lang w:val="ka-GE"/>
        </w:rPr>
        <w:t>ი</w:t>
      </w:r>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დამატებით</w:t>
      </w:r>
      <w:proofErr w:type="spellEnd"/>
      <w:r w:rsidR="00A077FD">
        <w:rPr>
          <w:rFonts w:ascii="Sylfaen" w:hAnsi="Sylfaen" w:cs="Sylfaen"/>
          <w:sz w:val="18"/>
          <w:szCs w:val="18"/>
          <w:lang w:val="ka-GE"/>
        </w:rPr>
        <w:t>ი</w:t>
      </w:r>
      <w:r w:rsidR="00A74260" w:rsidRPr="00D73BDF">
        <w:rPr>
          <w:rFonts w:cstheme="majorHAnsi"/>
          <w:sz w:val="18"/>
          <w:szCs w:val="18"/>
        </w:rPr>
        <w:t xml:space="preserve"> </w:t>
      </w:r>
      <w:proofErr w:type="spellStart"/>
      <w:r w:rsidR="00A74260" w:rsidRPr="00D73BDF">
        <w:rPr>
          <w:rFonts w:ascii="Sylfaen" w:hAnsi="Sylfaen" w:cs="Sylfaen"/>
          <w:sz w:val="18"/>
          <w:szCs w:val="18"/>
        </w:rPr>
        <w:t>სამუშაოების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და</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მასალის</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ნუსხაში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რაზედაც</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მხარეები</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გააფორმებენ</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ცალკე</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წერილობით</w:t>
      </w:r>
      <w:proofErr w:type="spellEnd"/>
      <w:r w:rsidR="00A74260" w:rsidRPr="00D73BDF">
        <w:rPr>
          <w:rFonts w:cstheme="majorHAnsi"/>
          <w:sz w:val="18"/>
          <w:szCs w:val="18"/>
        </w:rPr>
        <w:t xml:space="preserve"> </w:t>
      </w:r>
      <w:proofErr w:type="spellStart"/>
      <w:r w:rsidR="00A74260" w:rsidRPr="00D73BDF">
        <w:rPr>
          <w:rFonts w:ascii="Sylfaen" w:hAnsi="Sylfaen" w:cs="Sylfaen"/>
          <w:sz w:val="18"/>
          <w:szCs w:val="18"/>
        </w:rPr>
        <w:t>დოკუმენტს</w:t>
      </w:r>
      <w:proofErr w:type="spellEnd"/>
      <w:r w:rsidR="00A74260" w:rsidRPr="00D73BDF">
        <w:rPr>
          <w:rFonts w:cstheme="majorHAnsi"/>
          <w:sz w:val="18"/>
          <w:szCs w:val="18"/>
        </w:rPr>
        <w:t>.</w:t>
      </w:r>
    </w:p>
    <w:p w14:paraId="12BEC2D7" w14:textId="7C51E233" w:rsidR="004B6084" w:rsidRPr="00353196" w:rsidRDefault="00353196" w:rsidP="00185C20">
      <w:pPr>
        <w:pStyle w:val="ListParagraph"/>
        <w:numPr>
          <w:ilvl w:val="1"/>
          <w:numId w:val="13"/>
        </w:numPr>
        <w:jc w:val="both"/>
        <w:rPr>
          <w:rFonts w:cstheme="majorHAnsi"/>
          <w:b/>
          <w:bCs/>
          <w:sz w:val="18"/>
          <w:szCs w:val="18"/>
        </w:rPr>
      </w:pPr>
      <w:r w:rsidRPr="00353196">
        <w:rPr>
          <w:rFonts w:ascii="Sylfaen" w:hAnsi="Sylfaen" w:cs="Sylfaen"/>
          <w:b/>
          <w:bCs/>
          <w:sz w:val="18"/>
          <w:szCs w:val="18"/>
          <w:lang w:val="ka-GE"/>
        </w:rPr>
        <w:t xml:space="preserve"> </w:t>
      </w:r>
      <w:proofErr w:type="spellStart"/>
      <w:r w:rsidR="00A74260" w:rsidRPr="00353196">
        <w:rPr>
          <w:rFonts w:ascii="Sylfaen" w:hAnsi="Sylfaen" w:cs="Sylfaen"/>
          <w:b/>
          <w:bCs/>
          <w:sz w:val="18"/>
          <w:szCs w:val="18"/>
        </w:rPr>
        <w:t>ანგარიშსწორების</w:t>
      </w:r>
      <w:proofErr w:type="spellEnd"/>
      <w:r w:rsidR="00A74260" w:rsidRPr="00353196">
        <w:rPr>
          <w:rFonts w:cstheme="majorHAnsi"/>
          <w:b/>
          <w:bCs/>
          <w:sz w:val="18"/>
          <w:szCs w:val="18"/>
        </w:rPr>
        <w:t xml:space="preserve"> </w:t>
      </w:r>
      <w:proofErr w:type="spellStart"/>
      <w:r w:rsidR="00A74260" w:rsidRPr="00353196">
        <w:rPr>
          <w:rFonts w:ascii="Sylfaen" w:hAnsi="Sylfaen" w:cs="Sylfaen"/>
          <w:b/>
          <w:bCs/>
          <w:sz w:val="18"/>
          <w:szCs w:val="18"/>
        </w:rPr>
        <w:t>წესი</w:t>
      </w:r>
      <w:proofErr w:type="spellEnd"/>
      <w:r w:rsidR="00A74260" w:rsidRPr="00353196">
        <w:rPr>
          <w:rFonts w:cstheme="majorHAnsi"/>
          <w:b/>
          <w:bCs/>
          <w:sz w:val="18"/>
          <w:szCs w:val="18"/>
        </w:rPr>
        <w:t xml:space="preserve"> </w:t>
      </w:r>
      <w:proofErr w:type="spellStart"/>
      <w:r w:rsidR="00A74260" w:rsidRPr="00353196">
        <w:rPr>
          <w:rFonts w:ascii="Sylfaen" w:hAnsi="Sylfaen" w:cs="Sylfaen"/>
          <w:b/>
          <w:bCs/>
          <w:sz w:val="18"/>
          <w:szCs w:val="18"/>
        </w:rPr>
        <w:t>და</w:t>
      </w:r>
      <w:proofErr w:type="spellEnd"/>
      <w:r w:rsidR="00A74260" w:rsidRPr="00353196">
        <w:rPr>
          <w:rFonts w:cstheme="majorHAnsi"/>
          <w:b/>
          <w:bCs/>
          <w:sz w:val="18"/>
          <w:szCs w:val="18"/>
        </w:rPr>
        <w:t xml:space="preserve"> </w:t>
      </w:r>
      <w:proofErr w:type="spellStart"/>
      <w:r w:rsidR="00A74260" w:rsidRPr="00353196">
        <w:rPr>
          <w:rFonts w:ascii="Sylfaen" w:hAnsi="Sylfaen" w:cs="Sylfaen"/>
          <w:b/>
          <w:bCs/>
          <w:sz w:val="18"/>
          <w:szCs w:val="18"/>
        </w:rPr>
        <w:t>ვალუტა</w:t>
      </w:r>
      <w:proofErr w:type="spellEnd"/>
      <w:r w:rsidR="00A74260" w:rsidRPr="00353196">
        <w:rPr>
          <w:rFonts w:cstheme="majorHAnsi"/>
          <w:b/>
          <w:bCs/>
          <w:sz w:val="18"/>
          <w:szCs w:val="18"/>
        </w:rPr>
        <w:t>:</w:t>
      </w:r>
    </w:p>
    <w:p w14:paraId="3B456788" w14:textId="0CBFCFEB" w:rsidR="004B6084" w:rsidRDefault="00A74260" w:rsidP="00185C20">
      <w:pPr>
        <w:pStyle w:val="ListParagraph"/>
        <w:numPr>
          <w:ilvl w:val="2"/>
          <w:numId w:val="13"/>
        </w:numPr>
        <w:jc w:val="both"/>
        <w:rPr>
          <w:rFonts w:cstheme="majorHAnsi"/>
          <w:sz w:val="18"/>
          <w:szCs w:val="18"/>
        </w:rPr>
      </w:pPr>
      <w:proofErr w:type="spellStart"/>
      <w:r w:rsidRPr="00B51957">
        <w:rPr>
          <w:rFonts w:ascii="Sylfaen" w:hAnsi="Sylfaen" w:cs="Sylfaen"/>
          <w:sz w:val="18"/>
          <w:szCs w:val="18"/>
        </w:rPr>
        <w:t>ანგარიშსწორების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ვალუტა</w:t>
      </w:r>
      <w:proofErr w:type="spellEnd"/>
      <w:r w:rsidRPr="00B51957">
        <w:rPr>
          <w:rFonts w:cstheme="majorHAnsi"/>
          <w:sz w:val="18"/>
          <w:szCs w:val="18"/>
        </w:rPr>
        <w:t xml:space="preserve"> - </w:t>
      </w:r>
      <w:proofErr w:type="spellStart"/>
      <w:r w:rsidRPr="00B51957">
        <w:rPr>
          <w:rFonts w:ascii="Sylfaen" w:hAnsi="Sylfaen" w:cs="Sylfaen"/>
          <w:sz w:val="18"/>
          <w:szCs w:val="18"/>
        </w:rPr>
        <w:t>ანგარიშსწორება</w:t>
      </w:r>
      <w:proofErr w:type="spellEnd"/>
      <w:r w:rsidRPr="00B51957">
        <w:rPr>
          <w:rFonts w:cstheme="majorHAnsi"/>
          <w:sz w:val="18"/>
          <w:szCs w:val="18"/>
        </w:rPr>
        <w:t xml:space="preserve"> </w:t>
      </w:r>
      <w:proofErr w:type="spellStart"/>
      <w:r w:rsidRPr="00B51957">
        <w:rPr>
          <w:rFonts w:ascii="Sylfaen" w:hAnsi="Sylfaen" w:cs="Sylfaen"/>
          <w:sz w:val="18"/>
          <w:szCs w:val="18"/>
        </w:rPr>
        <w:t>იწარმოებს</w:t>
      </w:r>
      <w:proofErr w:type="spellEnd"/>
      <w:r w:rsidRPr="00B51957">
        <w:rPr>
          <w:rFonts w:cstheme="majorHAnsi"/>
          <w:sz w:val="18"/>
          <w:szCs w:val="18"/>
        </w:rPr>
        <w:t xml:space="preserve"> </w:t>
      </w:r>
      <w:proofErr w:type="spellStart"/>
      <w:r w:rsidRPr="00B51957">
        <w:rPr>
          <w:rFonts w:ascii="Sylfaen" w:hAnsi="Sylfaen" w:cs="Sylfaen"/>
          <w:sz w:val="18"/>
          <w:szCs w:val="18"/>
        </w:rPr>
        <w:t>უნაღდო</w:t>
      </w:r>
      <w:proofErr w:type="spellEnd"/>
      <w:r w:rsidRPr="00B51957">
        <w:rPr>
          <w:rFonts w:cstheme="majorHAnsi"/>
          <w:sz w:val="18"/>
          <w:szCs w:val="18"/>
        </w:rPr>
        <w:t xml:space="preserve"> </w:t>
      </w:r>
      <w:proofErr w:type="spellStart"/>
      <w:r w:rsidRPr="00B51957">
        <w:rPr>
          <w:rFonts w:ascii="Sylfaen" w:hAnsi="Sylfaen" w:cs="Sylfaen"/>
          <w:sz w:val="18"/>
          <w:szCs w:val="18"/>
        </w:rPr>
        <w:t>ანგარიშსწორების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გზით</w:t>
      </w:r>
      <w:proofErr w:type="spellEnd"/>
      <w:r w:rsidRPr="00B51957">
        <w:rPr>
          <w:rFonts w:cstheme="majorHAnsi"/>
          <w:sz w:val="18"/>
          <w:szCs w:val="18"/>
        </w:rPr>
        <w:t xml:space="preserve"> </w:t>
      </w:r>
      <w:proofErr w:type="spellStart"/>
      <w:r w:rsidRPr="00B51957">
        <w:rPr>
          <w:rFonts w:ascii="Sylfaen" w:hAnsi="Sylfaen" w:cs="Sylfaen"/>
          <w:sz w:val="18"/>
          <w:szCs w:val="18"/>
        </w:rPr>
        <w:t>ეროვნულ</w:t>
      </w:r>
      <w:proofErr w:type="spellEnd"/>
      <w:r w:rsidRPr="00B51957">
        <w:rPr>
          <w:rFonts w:cstheme="majorHAnsi"/>
          <w:sz w:val="18"/>
          <w:szCs w:val="18"/>
        </w:rPr>
        <w:t xml:space="preserve"> </w:t>
      </w:r>
      <w:proofErr w:type="spellStart"/>
      <w:r w:rsidRPr="00B51957">
        <w:rPr>
          <w:rFonts w:ascii="Sylfaen" w:hAnsi="Sylfaen" w:cs="Sylfaen"/>
          <w:sz w:val="18"/>
          <w:szCs w:val="18"/>
        </w:rPr>
        <w:t>ვალუტაში</w:t>
      </w:r>
      <w:proofErr w:type="spellEnd"/>
      <w:r w:rsidRPr="00B51957">
        <w:rPr>
          <w:rFonts w:cstheme="majorHAnsi"/>
          <w:sz w:val="18"/>
          <w:szCs w:val="18"/>
        </w:rPr>
        <w:t xml:space="preserve"> - </w:t>
      </w:r>
      <w:proofErr w:type="spellStart"/>
      <w:r w:rsidRPr="00B51957">
        <w:rPr>
          <w:rFonts w:ascii="Sylfaen" w:hAnsi="Sylfaen" w:cs="Sylfaen"/>
          <w:sz w:val="18"/>
          <w:szCs w:val="18"/>
        </w:rPr>
        <w:t>ლარში</w:t>
      </w:r>
      <w:proofErr w:type="spellEnd"/>
      <w:r w:rsidRPr="00B51957">
        <w:rPr>
          <w:rFonts w:cstheme="majorHAnsi"/>
          <w:sz w:val="18"/>
          <w:szCs w:val="18"/>
        </w:rPr>
        <w:t>.</w:t>
      </w:r>
    </w:p>
    <w:p w14:paraId="643F4F15" w14:textId="756DFD68" w:rsidR="00B3643A" w:rsidRPr="006D2CB5" w:rsidRDefault="00C82A90" w:rsidP="006D2CB5">
      <w:pPr>
        <w:pStyle w:val="ListParagraph"/>
        <w:numPr>
          <w:ilvl w:val="2"/>
          <w:numId w:val="13"/>
        </w:numPr>
        <w:jc w:val="both"/>
        <w:rPr>
          <w:rFonts w:cstheme="majorHAnsi"/>
          <w:sz w:val="18"/>
          <w:szCs w:val="18"/>
        </w:rPr>
      </w:pPr>
      <w:proofErr w:type="spellStart"/>
      <w:r w:rsidRPr="004D72C9">
        <w:rPr>
          <w:rFonts w:ascii="Sylfaen" w:hAnsi="Sylfaen" w:cs="Sylfaen"/>
          <w:sz w:val="18"/>
          <w:szCs w:val="18"/>
        </w:rPr>
        <w:t>ანგარიშსწორების</w:t>
      </w:r>
      <w:proofErr w:type="spellEnd"/>
      <w:r w:rsidRPr="004D72C9">
        <w:rPr>
          <w:rFonts w:cstheme="majorHAnsi"/>
          <w:sz w:val="18"/>
          <w:szCs w:val="18"/>
        </w:rPr>
        <w:t xml:space="preserve"> </w:t>
      </w:r>
      <w:proofErr w:type="spellStart"/>
      <w:r w:rsidRPr="004D72C9">
        <w:rPr>
          <w:rFonts w:ascii="Sylfaen" w:hAnsi="Sylfaen" w:cs="Sylfaen"/>
          <w:sz w:val="18"/>
          <w:szCs w:val="18"/>
        </w:rPr>
        <w:t>პერიოდი</w:t>
      </w:r>
      <w:proofErr w:type="spellEnd"/>
      <w:r w:rsidRPr="004D72C9">
        <w:rPr>
          <w:rFonts w:cstheme="majorHAnsi"/>
          <w:sz w:val="18"/>
          <w:szCs w:val="18"/>
        </w:rPr>
        <w:t xml:space="preserve"> </w:t>
      </w:r>
      <w:proofErr w:type="spellStart"/>
      <w:r w:rsidRPr="004D72C9">
        <w:rPr>
          <w:rFonts w:ascii="Sylfaen" w:hAnsi="Sylfaen" w:cs="Sylfaen"/>
          <w:sz w:val="18"/>
          <w:szCs w:val="18"/>
        </w:rPr>
        <w:t>და</w:t>
      </w:r>
      <w:proofErr w:type="spellEnd"/>
      <w:r w:rsidRPr="004D72C9">
        <w:rPr>
          <w:rFonts w:cstheme="majorHAnsi"/>
          <w:sz w:val="18"/>
          <w:szCs w:val="18"/>
        </w:rPr>
        <w:t xml:space="preserve"> </w:t>
      </w:r>
      <w:proofErr w:type="spellStart"/>
      <w:r w:rsidRPr="004D72C9">
        <w:rPr>
          <w:rFonts w:ascii="Sylfaen" w:hAnsi="Sylfaen" w:cs="Sylfaen"/>
          <w:sz w:val="18"/>
          <w:szCs w:val="18"/>
        </w:rPr>
        <w:t>საფუძველი</w:t>
      </w:r>
      <w:proofErr w:type="spellEnd"/>
      <w:r w:rsidRPr="004D72C9">
        <w:rPr>
          <w:rFonts w:cstheme="majorHAnsi"/>
          <w:sz w:val="18"/>
          <w:szCs w:val="18"/>
        </w:rPr>
        <w:t xml:space="preserve"> - </w:t>
      </w:r>
      <w:proofErr w:type="spellStart"/>
      <w:r w:rsidRPr="004D72C9">
        <w:rPr>
          <w:rFonts w:ascii="Sylfaen" w:hAnsi="Sylfaen" w:cs="Sylfaen"/>
          <w:sz w:val="18"/>
          <w:szCs w:val="18"/>
        </w:rPr>
        <w:t>დამკვეთი</w:t>
      </w:r>
      <w:proofErr w:type="spellEnd"/>
      <w:r w:rsidRPr="004D72C9">
        <w:rPr>
          <w:rFonts w:cstheme="majorHAnsi"/>
          <w:sz w:val="18"/>
          <w:szCs w:val="18"/>
        </w:rPr>
        <w:t xml:space="preserve"> </w:t>
      </w:r>
      <w:proofErr w:type="spellStart"/>
      <w:r w:rsidRPr="004D72C9">
        <w:rPr>
          <w:rFonts w:ascii="Sylfaen" w:hAnsi="Sylfaen" w:cs="Sylfaen"/>
          <w:sz w:val="18"/>
          <w:szCs w:val="18"/>
        </w:rPr>
        <w:t>ანგარიშსწორებას</w:t>
      </w:r>
      <w:proofErr w:type="spellEnd"/>
      <w:r w:rsidRPr="004D72C9">
        <w:rPr>
          <w:rFonts w:cstheme="majorHAnsi"/>
          <w:sz w:val="18"/>
          <w:szCs w:val="18"/>
        </w:rPr>
        <w:t xml:space="preserve"> </w:t>
      </w:r>
      <w:r w:rsidRPr="004D72C9">
        <w:rPr>
          <w:rFonts w:ascii="Sylfaen" w:hAnsi="Sylfaen" w:cs="Sylfaen"/>
          <w:sz w:val="18"/>
          <w:szCs w:val="18"/>
          <w:lang w:val="ka-GE"/>
        </w:rPr>
        <w:t xml:space="preserve">მენარდესთან </w:t>
      </w:r>
      <w:proofErr w:type="spellStart"/>
      <w:r w:rsidRPr="004D72C9">
        <w:rPr>
          <w:rFonts w:ascii="Sylfaen" w:hAnsi="Sylfaen" w:cs="Sylfaen"/>
          <w:sz w:val="18"/>
          <w:szCs w:val="18"/>
        </w:rPr>
        <w:t>ახორციელებს</w:t>
      </w:r>
      <w:proofErr w:type="spellEnd"/>
      <w:r w:rsidRPr="004D72C9">
        <w:rPr>
          <w:rFonts w:cstheme="majorHAnsi"/>
          <w:sz w:val="18"/>
          <w:szCs w:val="18"/>
        </w:rPr>
        <w:t xml:space="preserve"> </w:t>
      </w:r>
      <w:proofErr w:type="spellStart"/>
      <w:r w:rsidRPr="004D72C9">
        <w:rPr>
          <w:rFonts w:ascii="Sylfaen" w:hAnsi="Sylfaen" w:cs="Sylfaen"/>
          <w:sz w:val="18"/>
          <w:szCs w:val="18"/>
        </w:rPr>
        <w:t>ეტაპობრივად</w:t>
      </w:r>
      <w:proofErr w:type="spellEnd"/>
      <w:r w:rsidRPr="004D72C9">
        <w:rPr>
          <w:rFonts w:cstheme="majorHAnsi"/>
          <w:sz w:val="18"/>
          <w:szCs w:val="18"/>
        </w:rPr>
        <w:t xml:space="preserve">, </w:t>
      </w:r>
      <w:proofErr w:type="spellStart"/>
      <w:r w:rsidRPr="004D72C9">
        <w:rPr>
          <w:rFonts w:ascii="Sylfaen" w:hAnsi="Sylfaen" w:cs="Sylfaen"/>
          <w:sz w:val="18"/>
          <w:szCs w:val="18"/>
        </w:rPr>
        <w:t>პირველ</w:t>
      </w:r>
      <w:proofErr w:type="spellEnd"/>
      <w:r w:rsidRPr="004D72C9">
        <w:rPr>
          <w:rFonts w:cstheme="majorHAnsi"/>
          <w:sz w:val="18"/>
          <w:szCs w:val="18"/>
        </w:rPr>
        <w:t xml:space="preserve"> </w:t>
      </w:r>
      <w:proofErr w:type="spellStart"/>
      <w:r w:rsidRPr="004D72C9">
        <w:rPr>
          <w:rFonts w:ascii="Sylfaen" w:hAnsi="Sylfaen" w:cs="Sylfaen"/>
          <w:sz w:val="18"/>
          <w:szCs w:val="18"/>
        </w:rPr>
        <w:t>ეტაპზე</w:t>
      </w:r>
      <w:proofErr w:type="spellEnd"/>
      <w:r w:rsidRPr="004D72C9">
        <w:rPr>
          <w:rFonts w:cstheme="majorHAnsi"/>
          <w:sz w:val="18"/>
          <w:szCs w:val="18"/>
        </w:rPr>
        <w:t xml:space="preserve"> </w:t>
      </w:r>
      <w:proofErr w:type="spellStart"/>
      <w:r w:rsidRPr="004D72C9">
        <w:rPr>
          <w:rFonts w:ascii="Sylfaen" w:hAnsi="Sylfaen" w:cs="Sylfaen"/>
          <w:sz w:val="18"/>
          <w:szCs w:val="18"/>
        </w:rPr>
        <w:t>დამკვეთი</w:t>
      </w:r>
      <w:proofErr w:type="spellEnd"/>
      <w:r w:rsidRPr="004D72C9">
        <w:rPr>
          <w:rFonts w:cstheme="majorHAnsi"/>
          <w:sz w:val="18"/>
          <w:szCs w:val="18"/>
        </w:rPr>
        <w:t xml:space="preserve"> </w:t>
      </w:r>
      <w:proofErr w:type="spellStart"/>
      <w:r w:rsidRPr="004D72C9">
        <w:rPr>
          <w:rFonts w:ascii="Sylfaen" w:hAnsi="Sylfaen" w:cs="Sylfaen"/>
          <w:sz w:val="18"/>
          <w:szCs w:val="18"/>
        </w:rPr>
        <w:t>ანგარიშსწორებას</w:t>
      </w:r>
      <w:proofErr w:type="spellEnd"/>
      <w:r w:rsidRPr="004D72C9">
        <w:rPr>
          <w:rFonts w:cstheme="majorHAnsi"/>
          <w:sz w:val="18"/>
          <w:szCs w:val="18"/>
        </w:rPr>
        <w:t xml:space="preserve"> </w:t>
      </w:r>
      <w:proofErr w:type="spellStart"/>
      <w:r w:rsidRPr="004D72C9">
        <w:rPr>
          <w:rFonts w:ascii="Sylfaen" w:hAnsi="Sylfaen" w:cs="Sylfaen"/>
          <w:sz w:val="18"/>
          <w:szCs w:val="18"/>
        </w:rPr>
        <w:t>ახდენს</w:t>
      </w:r>
      <w:proofErr w:type="spellEnd"/>
      <w:r w:rsidRPr="004D72C9">
        <w:rPr>
          <w:rFonts w:cstheme="majorHAnsi"/>
          <w:sz w:val="18"/>
          <w:szCs w:val="18"/>
        </w:rPr>
        <w:t xml:space="preserve"> </w:t>
      </w:r>
      <w:proofErr w:type="spellStart"/>
      <w:r w:rsidRPr="004D72C9">
        <w:rPr>
          <w:rFonts w:ascii="Sylfaen" w:hAnsi="Sylfaen" w:cs="Sylfaen"/>
          <w:sz w:val="18"/>
          <w:szCs w:val="18"/>
        </w:rPr>
        <w:t>მენარდის</w:t>
      </w:r>
      <w:proofErr w:type="spellEnd"/>
      <w:r w:rsidRPr="004D72C9">
        <w:rPr>
          <w:rFonts w:cstheme="majorHAnsi"/>
          <w:sz w:val="18"/>
          <w:szCs w:val="18"/>
        </w:rPr>
        <w:t xml:space="preserve"> </w:t>
      </w:r>
      <w:proofErr w:type="spellStart"/>
      <w:r w:rsidRPr="004D72C9">
        <w:rPr>
          <w:rFonts w:ascii="Sylfaen" w:hAnsi="Sylfaen" w:cs="Sylfaen"/>
          <w:sz w:val="18"/>
          <w:szCs w:val="18"/>
        </w:rPr>
        <w:t>მიერ</w:t>
      </w:r>
      <w:proofErr w:type="spellEnd"/>
      <w:r w:rsidRPr="004D72C9">
        <w:rPr>
          <w:rFonts w:cstheme="majorHAnsi"/>
          <w:sz w:val="18"/>
          <w:szCs w:val="18"/>
        </w:rPr>
        <w:t xml:space="preserve"> </w:t>
      </w:r>
      <w:proofErr w:type="spellStart"/>
      <w:r w:rsidRPr="004D72C9">
        <w:rPr>
          <w:rFonts w:ascii="Sylfaen" w:hAnsi="Sylfaen" w:cs="Sylfaen"/>
          <w:sz w:val="18"/>
          <w:szCs w:val="18"/>
        </w:rPr>
        <w:t>დამკვეთისთვის</w:t>
      </w:r>
      <w:proofErr w:type="spellEnd"/>
      <w:r w:rsidRPr="004D72C9">
        <w:rPr>
          <w:rFonts w:cstheme="majorHAnsi"/>
          <w:sz w:val="18"/>
          <w:szCs w:val="18"/>
        </w:rPr>
        <w:t xml:space="preserve"> </w:t>
      </w:r>
      <w:proofErr w:type="spellStart"/>
      <w:r w:rsidRPr="004D72C9">
        <w:rPr>
          <w:rFonts w:ascii="Sylfaen" w:hAnsi="Sylfaen" w:cs="Sylfaen"/>
          <w:sz w:val="18"/>
          <w:szCs w:val="18"/>
        </w:rPr>
        <w:t>წარდგენილი</w:t>
      </w:r>
      <w:proofErr w:type="spellEnd"/>
      <w:r w:rsidRPr="004D72C9">
        <w:rPr>
          <w:rFonts w:cstheme="majorHAnsi"/>
          <w:sz w:val="18"/>
          <w:szCs w:val="18"/>
        </w:rPr>
        <w:t xml:space="preserve"> </w:t>
      </w:r>
      <w:proofErr w:type="spellStart"/>
      <w:r w:rsidRPr="004D72C9">
        <w:rPr>
          <w:rFonts w:ascii="Sylfaen" w:hAnsi="Sylfaen" w:cs="Sylfaen"/>
          <w:sz w:val="18"/>
          <w:szCs w:val="18"/>
        </w:rPr>
        <w:t>და</w:t>
      </w:r>
      <w:proofErr w:type="spellEnd"/>
      <w:r w:rsidRPr="004D72C9">
        <w:rPr>
          <w:rFonts w:cstheme="majorHAnsi"/>
          <w:sz w:val="18"/>
          <w:szCs w:val="18"/>
        </w:rPr>
        <w:t xml:space="preserve"> </w:t>
      </w:r>
      <w:proofErr w:type="spellStart"/>
      <w:r w:rsidRPr="004D72C9">
        <w:rPr>
          <w:rFonts w:ascii="Sylfaen" w:hAnsi="Sylfaen" w:cs="Sylfaen"/>
          <w:sz w:val="18"/>
          <w:szCs w:val="18"/>
        </w:rPr>
        <w:t>ორმხრივად</w:t>
      </w:r>
      <w:proofErr w:type="spellEnd"/>
      <w:r w:rsidRPr="004D72C9">
        <w:rPr>
          <w:rFonts w:cstheme="majorHAnsi"/>
          <w:sz w:val="18"/>
          <w:szCs w:val="18"/>
        </w:rPr>
        <w:t xml:space="preserve"> </w:t>
      </w:r>
      <w:proofErr w:type="spellStart"/>
      <w:r w:rsidRPr="004D72C9">
        <w:rPr>
          <w:rFonts w:ascii="Sylfaen" w:hAnsi="Sylfaen" w:cs="Sylfaen"/>
          <w:sz w:val="18"/>
          <w:szCs w:val="18"/>
        </w:rPr>
        <w:t>დადასტურებული</w:t>
      </w:r>
      <w:proofErr w:type="spellEnd"/>
      <w:r w:rsidRPr="004D72C9">
        <w:rPr>
          <w:rFonts w:cstheme="majorHAnsi"/>
          <w:sz w:val="18"/>
          <w:szCs w:val="18"/>
        </w:rPr>
        <w:t xml:space="preserve"> </w:t>
      </w:r>
      <w:proofErr w:type="spellStart"/>
      <w:r w:rsidRPr="004D72C9">
        <w:rPr>
          <w:rFonts w:ascii="Sylfaen" w:hAnsi="Sylfaen" w:cs="Sylfaen"/>
          <w:sz w:val="18"/>
          <w:szCs w:val="18"/>
        </w:rPr>
        <w:t>ფინანსურ</w:t>
      </w:r>
      <w:proofErr w:type="spellEnd"/>
      <w:r w:rsidRPr="004D72C9">
        <w:rPr>
          <w:rFonts w:cstheme="majorHAnsi"/>
          <w:sz w:val="18"/>
          <w:szCs w:val="18"/>
        </w:rPr>
        <w:t xml:space="preserve"> </w:t>
      </w:r>
      <w:proofErr w:type="spellStart"/>
      <w:r w:rsidRPr="004D72C9">
        <w:rPr>
          <w:rFonts w:ascii="Sylfaen" w:hAnsi="Sylfaen" w:cs="Sylfaen"/>
          <w:sz w:val="18"/>
          <w:szCs w:val="18"/>
        </w:rPr>
        <w:t>გრაფიკში</w:t>
      </w:r>
      <w:proofErr w:type="spellEnd"/>
      <w:r w:rsidRPr="004D72C9">
        <w:rPr>
          <w:rFonts w:cstheme="majorHAnsi"/>
          <w:sz w:val="18"/>
          <w:szCs w:val="18"/>
        </w:rPr>
        <w:t xml:space="preserve"> </w:t>
      </w:r>
      <w:proofErr w:type="spellStart"/>
      <w:r w:rsidRPr="004D72C9">
        <w:rPr>
          <w:rFonts w:ascii="Sylfaen" w:hAnsi="Sylfaen" w:cs="Sylfaen"/>
          <w:sz w:val="18"/>
          <w:szCs w:val="18"/>
        </w:rPr>
        <w:t>წარმოდგენილი</w:t>
      </w:r>
      <w:proofErr w:type="spellEnd"/>
      <w:r w:rsidRPr="004D72C9">
        <w:rPr>
          <w:rFonts w:cstheme="majorHAnsi"/>
          <w:sz w:val="18"/>
          <w:szCs w:val="18"/>
        </w:rPr>
        <w:t xml:space="preserve"> </w:t>
      </w:r>
      <w:proofErr w:type="spellStart"/>
      <w:r w:rsidRPr="004D72C9">
        <w:rPr>
          <w:rFonts w:ascii="Sylfaen" w:hAnsi="Sylfaen" w:cs="Sylfaen"/>
          <w:sz w:val="18"/>
          <w:szCs w:val="18"/>
        </w:rPr>
        <w:t>ავანსის</w:t>
      </w:r>
      <w:proofErr w:type="spellEnd"/>
      <w:r w:rsidRPr="004D72C9">
        <w:rPr>
          <w:rFonts w:ascii="Sylfaen" w:hAnsi="Sylfaen" w:cs="Sylfaen"/>
          <w:sz w:val="18"/>
          <w:szCs w:val="18"/>
          <w:lang w:val="ka-GE"/>
        </w:rPr>
        <w:t xml:space="preserve"> გადახდის შეთანხმებული თარიღებისა და ოდენობის შესაბამისად</w:t>
      </w:r>
      <w:r w:rsidRPr="004D72C9">
        <w:rPr>
          <w:rFonts w:ascii="Sylfaen" w:hAnsi="Sylfaen" w:cs="Sylfaen"/>
          <w:sz w:val="18"/>
          <w:szCs w:val="18"/>
        </w:rPr>
        <w:t xml:space="preserve"> (</w:t>
      </w:r>
      <w:proofErr w:type="spellStart"/>
      <w:r w:rsidRPr="004D72C9">
        <w:rPr>
          <w:rFonts w:ascii="Sylfaen" w:hAnsi="Sylfaen" w:cs="Sylfaen"/>
          <w:sz w:val="18"/>
          <w:szCs w:val="18"/>
        </w:rPr>
        <w:t>ასეთის</w:t>
      </w:r>
      <w:proofErr w:type="spellEnd"/>
      <w:r w:rsidRPr="004D72C9">
        <w:rPr>
          <w:rFonts w:ascii="Sylfaen" w:hAnsi="Sylfaen" w:cs="Sylfaen"/>
          <w:sz w:val="18"/>
          <w:szCs w:val="18"/>
        </w:rPr>
        <w:t xml:space="preserve"> </w:t>
      </w:r>
      <w:proofErr w:type="spellStart"/>
      <w:r w:rsidRPr="004D72C9">
        <w:rPr>
          <w:rFonts w:ascii="Sylfaen" w:hAnsi="Sylfaen" w:cs="Sylfaen"/>
          <w:sz w:val="18"/>
          <w:szCs w:val="18"/>
        </w:rPr>
        <w:t>არსებობის</w:t>
      </w:r>
      <w:proofErr w:type="spellEnd"/>
      <w:r w:rsidRPr="004D72C9">
        <w:rPr>
          <w:rFonts w:ascii="Sylfaen" w:hAnsi="Sylfaen" w:cs="Sylfaen"/>
          <w:sz w:val="18"/>
          <w:szCs w:val="18"/>
        </w:rPr>
        <w:t xml:space="preserve"> </w:t>
      </w:r>
      <w:proofErr w:type="spellStart"/>
      <w:r w:rsidRPr="004D72C9">
        <w:rPr>
          <w:rFonts w:ascii="Sylfaen" w:hAnsi="Sylfaen" w:cs="Sylfaen"/>
          <w:sz w:val="18"/>
          <w:szCs w:val="18"/>
        </w:rPr>
        <w:t>შემთხვევაში</w:t>
      </w:r>
      <w:proofErr w:type="spellEnd"/>
      <w:r w:rsidRPr="004D72C9">
        <w:rPr>
          <w:rFonts w:ascii="Sylfaen" w:hAnsi="Sylfaen" w:cs="Sylfaen"/>
          <w:sz w:val="18"/>
          <w:szCs w:val="18"/>
        </w:rPr>
        <w:t>)</w:t>
      </w:r>
      <w:r w:rsidRPr="004D72C9">
        <w:rPr>
          <w:rFonts w:cstheme="majorHAnsi"/>
          <w:sz w:val="18"/>
          <w:szCs w:val="18"/>
        </w:rPr>
        <w:t xml:space="preserve"> </w:t>
      </w:r>
      <w:r w:rsidRPr="004D72C9">
        <w:rPr>
          <w:rFonts w:ascii="Sylfaen" w:eastAsia="Arial Unicode MS" w:hAnsi="Sylfaen" w:cs="Sylfaen"/>
          <w:bCs/>
          <w:noProof/>
          <w:sz w:val="18"/>
          <w:szCs w:val="18"/>
          <w:lang w:val="ka-GE"/>
        </w:rPr>
        <w:t xml:space="preserve">საავანსო ანგარიშსწორებისთვის, </w:t>
      </w:r>
      <w:r w:rsidRPr="004D72C9">
        <w:rPr>
          <w:rFonts w:ascii="Sylfaen" w:eastAsia="Arial Unicode MS" w:hAnsi="Sylfaen" w:cs="Sylfaen"/>
          <w:noProof/>
          <w:sz w:val="18"/>
          <w:szCs w:val="18"/>
          <w:lang w:val="ka-GE"/>
        </w:rPr>
        <w:t xml:space="preserve">მენარდემ დამკვეთთან </w:t>
      </w:r>
      <w:r w:rsidRPr="004D72C9">
        <w:rPr>
          <w:rFonts w:ascii="Sylfaen" w:eastAsia="Arial Unicode MS" w:hAnsi="Sylfaen" w:cs="Sylfaen"/>
          <w:bCs/>
          <w:noProof/>
          <w:sz w:val="18"/>
          <w:szCs w:val="18"/>
          <w:lang w:val="ka-GE"/>
        </w:rPr>
        <w:t>უნდა წარადგინოს ავანსად შეთანხმენბული თანხის ოდენობის შესაბამისი საბანკო, საავანსო, უპირობო, გამოუთხოვადი გარანტია, დამკვეთის მიერ მოთხოვნილი ფორმით, რომლის მოქმედების ვადაც მინიმუმ 30 კალენდარული დღით უნდა აღემატებოდეს ხელშეკრულებით შეთანხმებულ საშემსრულებლო ვადას.</w:t>
      </w:r>
      <w:r w:rsidR="006D2CB5">
        <w:rPr>
          <w:rFonts w:ascii="Sylfaen" w:eastAsia="Arial Unicode MS" w:hAnsi="Sylfaen" w:cs="Sylfaen"/>
          <w:bCs/>
          <w:noProof/>
          <w:sz w:val="18"/>
          <w:szCs w:val="18"/>
          <w:lang w:val="ka-GE"/>
        </w:rPr>
        <w:t xml:space="preserve"> </w:t>
      </w:r>
      <w:r w:rsidR="006D2CB5" w:rsidRPr="00B3643A">
        <w:rPr>
          <w:rFonts w:ascii="Sylfaen" w:hAnsi="Sylfaen" w:cs="Sylfaen"/>
          <w:sz w:val="18"/>
          <w:szCs w:val="18"/>
          <w:lang w:val="ka-GE"/>
        </w:rPr>
        <w:t>ავანსის არსებობის შემთხვევაში</w:t>
      </w:r>
      <w:r w:rsidR="006D2CB5">
        <w:rPr>
          <w:rFonts w:ascii="Sylfaen" w:hAnsi="Sylfaen" w:cs="Sylfaen"/>
          <w:sz w:val="18"/>
          <w:szCs w:val="18"/>
          <w:lang w:val="ka-GE"/>
        </w:rPr>
        <w:t xml:space="preserve"> მოხდება</w:t>
      </w:r>
      <w:r w:rsidR="006D2CB5" w:rsidRPr="00B3643A">
        <w:rPr>
          <w:rFonts w:ascii="Sylfaen" w:hAnsi="Sylfaen" w:cs="Sylfaen"/>
          <w:sz w:val="18"/>
          <w:szCs w:val="18"/>
          <w:lang w:val="ka-GE"/>
        </w:rPr>
        <w:t xml:space="preserve"> მისი პროპორციული</w:t>
      </w:r>
      <w:r w:rsidR="006D2CB5">
        <w:rPr>
          <w:rFonts w:ascii="Sylfaen" w:hAnsi="Sylfaen" w:cs="Sylfaen"/>
          <w:sz w:val="18"/>
          <w:szCs w:val="18"/>
          <w:lang w:val="ka-GE"/>
        </w:rPr>
        <w:t xml:space="preserve"> </w:t>
      </w:r>
      <w:r w:rsidR="006D2CB5" w:rsidRPr="00B3643A">
        <w:rPr>
          <w:rFonts w:ascii="Sylfaen" w:hAnsi="Sylfaen" w:cs="Sylfaen"/>
          <w:sz w:val="18"/>
          <w:szCs w:val="18"/>
          <w:lang w:val="ka-GE"/>
        </w:rPr>
        <w:t>გაქვითვა</w:t>
      </w:r>
      <w:r w:rsidR="006D2CB5">
        <w:rPr>
          <w:rFonts w:ascii="Sylfaen" w:hAnsi="Sylfaen" w:cs="Sylfaen"/>
          <w:sz w:val="18"/>
          <w:szCs w:val="18"/>
          <w:lang w:val="ka-GE"/>
        </w:rPr>
        <w:t xml:space="preserve"> მენარდისთვის გადასახდელი ყოველი თანხიდან. </w:t>
      </w:r>
      <w:proofErr w:type="spellStart"/>
      <w:r w:rsidRPr="006D2CB5">
        <w:rPr>
          <w:rFonts w:ascii="Sylfaen" w:hAnsi="Sylfaen" w:cs="Sylfaen"/>
          <w:sz w:val="18"/>
          <w:szCs w:val="18"/>
        </w:rPr>
        <w:t>ყოველი</w:t>
      </w:r>
      <w:proofErr w:type="spellEnd"/>
      <w:r w:rsidRPr="006D2CB5">
        <w:rPr>
          <w:rFonts w:cstheme="majorHAnsi"/>
          <w:sz w:val="18"/>
          <w:szCs w:val="18"/>
        </w:rPr>
        <w:t xml:space="preserve"> </w:t>
      </w:r>
      <w:proofErr w:type="spellStart"/>
      <w:r w:rsidRPr="006D2CB5">
        <w:rPr>
          <w:rFonts w:ascii="Sylfaen" w:hAnsi="Sylfaen" w:cs="Sylfaen"/>
          <w:sz w:val="18"/>
          <w:szCs w:val="18"/>
        </w:rPr>
        <w:t>შემდგომი</w:t>
      </w:r>
      <w:proofErr w:type="spellEnd"/>
      <w:r w:rsidRPr="006D2CB5">
        <w:rPr>
          <w:rFonts w:cstheme="majorHAnsi"/>
          <w:sz w:val="18"/>
          <w:szCs w:val="18"/>
        </w:rPr>
        <w:t xml:space="preserve"> </w:t>
      </w:r>
      <w:proofErr w:type="spellStart"/>
      <w:r w:rsidRPr="006D2CB5">
        <w:rPr>
          <w:rFonts w:ascii="Sylfaen" w:hAnsi="Sylfaen" w:cs="Sylfaen"/>
          <w:sz w:val="18"/>
          <w:szCs w:val="18"/>
        </w:rPr>
        <w:t>გადახდა</w:t>
      </w:r>
      <w:proofErr w:type="spellEnd"/>
      <w:r w:rsidRPr="006D2CB5">
        <w:rPr>
          <w:rFonts w:cstheme="majorHAnsi"/>
          <w:sz w:val="18"/>
          <w:szCs w:val="18"/>
        </w:rPr>
        <w:t xml:space="preserve"> </w:t>
      </w:r>
      <w:proofErr w:type="spellStart"/>
      <w:r w:rsidRPr="006D2CB5">
        <w:rPr>
          <w:rFonts w:ascii="Sylfaen" w:hAnsi="Sylfaen" w:cs="Sylfaen"/>
          <w:sz w:val="18"/>
          <w:szCs w:val="18"/>
        </w:rPr>
        <w:t>ხდება</w:t>
      </w:r>
      <w:proofErr w:type="spellEnd"/>
      <w:r w:rsidRPr="006D2CB5">
        <w:rPr>
          <w:rFonts w:cstheme="majorHAnsi"/>
          <w:sz w:val="18"/>
          <w:szCs w:val="18"/>
        </w:rPr>
        <w:t xml:space="preserve"> </w:t>
      </w:r>
      <w:proofErr w:type="spellStart"/>
      <w:r w:rsidRPr="006D2CB5">
        <w:rPr>
          <w:rFonts w:ascii="Sylfaen" w:hAnsi="Sylfaen" w:cs="Sylfaen"/>
          <w:sz w:val="18"/>
          <w:szCs w:val="18"/>
        </w:rPr>
        <w:t>მენარდის</w:t>
      </w:r>
      <w:proofErr w:type="spellEnd"/>
      <w:r w:rsidRPr="006D2CB5">
        <w:rPr>
          <w:rFonts w:cstheme="majorHAnsi"/>
          <w:sz w:val="18"/>
          <w:szCs w:val="18"/>
        </w:rPr>
        <w:t xml:space="preserve"> </w:t>
      </w:r>
      <w:proofErr w:type="spellStart"/>
      <w:r w:rsidRPr="006D2CB5">
        <w:rPr>
          <w:rFonts w:ascii="Sylfaen" w:hAnsi="Sylfaen" w:cs="Sylfaen"/>
          <w:sz w:val="18"/>
          <w:szCs w:val="18"/>
        </w:rPr>
        <w:t>მიერ</w:t>
      </w:r>
      <w:proofErr w:type="spellEnd"/>
      <w:r w:rsidRPr="006D2CB5">
        <w:rPr>
          <w:rFonts w:cstheme="majorHAnsi"/>
          <w:sz w:val="18"/>
          <w:szCs w:val="18"/>
        </w:rPr>
        <w:t xml:space="preserve"> </w:t>
      </w:r>
      <w:proofErr w:type="spellStart"/>
      <w:r w:rsidRPr="006D2CB5">
        <w:rPr>
          <w:rFonts w:ascii="Sylfaen" w:hAnsi="Sylfaen" w:cs="Sylfaen"/>
          <w:sz w:val="18"/>
          <w:szCs w:val="18"/>
        </w:rPr>
        <w:t>დამკვეთისთვის</w:t>
      </w:r>
      <w:proofErr w:type="spellEnd"/>
      <w:r w:rsidRPr="006D2CB5">
        <w:rPr>
          <w:rFonts w:cstheme="majorHAnsi"/>
          <w:sz w:val="18"/>
          <w:szCs w:val="18"/>
        </w:rPr>
        <w:t xml:space="preserve"> </w:t>
      </w:r>
      <w:proofErr w:type="spellStart"/>
      <w:r w:rsidRPr="006D2CB5">
        <w:rPr>
          <w:rFonts w:ascii="Sylfaen" w:hAnsi="Sylfaen" w:cs="Sylfaen"/>
          <w:sz w:val="18"/>
          <w:szCs w:val="18"/>
        </w:rPr>
        <w:t>ყოველი</w:t>
      </w:r>
      <w:proofErr w:type="spellEnd"/>
      <w:r w:rsidRPr="006D2CB5">
        <w:rPr>
          <w:rFonts w:cstheme="majorHAnsi"/>
          <w:sz w:val="18"/>
          <w:szCs w:val="18"/>
        </w:rPr>
        <w:t xml:space="preserve"> </w:t>
      </w:r>
      <w:proofErr w:type="spellStart"/>
      <w:r w:rsidRPr="006D2CB5">
        <w:rPr>
          <w:rFonts w:ascii="Sylfaen" w:hAnsi="Sylfaen" w:cs="Sylfaen"/>
          <w:sz w:val="18"/>
          <w:szCs w:val="18"/>
        </w:rPr>
        <w:t>საანგარიშო</w:t>
      </w:r>
      <w:proofErr w:type="spellEnd"/>
      <w:r w:rsidRPr="006D2CB5">
        <w:rPr>
          <w:rFonts w:cstheme="majorHAnsi"/>
          <w:sz w:val="18"/>
          <w:szCs w:val="18"/>
        </w:rPr>
        <w:t xml:space="preserve"> </w:t>
      </w:r>
      <w:proofErr w:type="spellStart"/>
      <w:r w:rsidRPr="006D2CB5">
        <w:rPr>
          <w:rFonts w:ascii="Sylfaen" w:hAnsi="Sylfaen" w:cs="Sylfaen"/>
          <w:sz w:val="18"/>
          <w:szCs w:val="18"/>
        </w:rPr>
        <w:t>პერიოდის</w:t>
      </w:r>
      <w:proofErr w:type="spellEnd"/>
      <w:r w:rsidRPr="006D2CB5">
        <w:rPr>
          <w:rFonts w:cstheme="majorHAnsi"/>
          <w:sz w:val="18"/>
          <w:szCs w:val="18"/>
        </w:rPr>
        <w:t xml:space="preserve"> </w:t>
      </w:r>
      <w:proofErr w:type="spellStart"/>
      <w:r w:rsidRPr="006D2CB5">
        <w:rPr>
          <w:rFonts w:ascii="Sylfaen" w:hAnsi="Sylfaen" w:cs="Sylfaen"/>
          <w:sz w:val="18"/>
          <w:szCs w:val="18"/>
        </w:rPr>
        <w:t>დასრულების</w:t>
      </w:r>
      <w:proofErr w:type="spellEnd"/>
      <w:r w:rsidRPr="006D2CB5">
        <w:rPr>
          <w:rFonts w:cstheme="majorHAnsi"/>
          <w:sz w:val="18"/>
          <w:szCs w:val="18"/>
        </w:rPr>
        <w:t xml:space="preserve"> </w:t>
      </w:r>
      <w:proofErr w:type="spellStart"/>
      <w:r w:rsidRPr="006D2CB5">
        <w:rPr>
          <w:rFonts w:ascii="Sylfaen" w:hAnsi="Sylfaen" w:cs="Sylfaen"/>
          <w:sz w:val="18"/>
          <w:szCs w:val="18"/>
        </w:rPr>
        <w:t>შემდეგ</w:t>
      </w:r>
      <w:proofErr w:type="spellEnd"/>
      <w:r w:rsidRPr="006D2CB5">
        <w:rPr>
          <w:rFonts w:cstheme="majorHAnsi"/>
          <w:sz w:val="18"/>
          <w:szCs w:val="18"/>
        </w:rPr>
        <w:t xml:space="preserve"> </w:t>
      </w:r>
      <w:proofErr w:type="spellStart"/>
      <w:r w:rsidRPr="006D2CB5">
        <w:rPr>
          <w:rFonts w:ascii="Sylfaen" w:hAnsi="Sylfaen" w:cs="Sylfaen"/>
          <w:sz w:val="18"/>
          <w:szCs w:val="18"/>
        </w:rPr>
        <w:t>წარდგენილი</w:t>
      </w:r>
      <w:proofErr w:type="spellEnd"/>
      <w:r w:rsidRPr="006D2CB5">
        <w:rPr>
          <w:rFonts w:cstheme="majorHAnsi"/>
          <w:sz w:val="18"/>
          <w:szCs w:val="18"/>
        </w:rPr>
        <w:t xml:space="preserve"> </w:t>
      </w:r>
      <w:proofErr w:type="spellStart"/>
      <w:r w:rsidRPr="006D2CB5">
        <w:rPr>
          <w:rFonts w:ascii="Sylfaen" w:hAnsi="Sylfaen" w:cs="Sylfaen"/>
          <w:sz w:val="18"/>
          <w:szCs w:val="18"/>
        </w:rPr>
        <w:t>კალენდარული</w:t>
      </w:r>
      <w:proofErr w:type="spellEnd"/>
      <w:r w:rsidRPr="006D2CB5">
        <w:rPr>
          <w:rFonts w:cstheme="majorHAnsi"/>
          <w:sz w:val="18"/>
          <w:szCs w:val="18"/>
        </w:rPr>
        <w:t xml:space="preserve"> </w:t>
      </w:r>
      <w:proofErr w:type="spellStart"/>
      <w:r w:rsidRPr="006D2CB5">
        <w:rPr>
          <w:rFonts w:ascii="Sylfaen" w:hAnsi="Sylfaen" w:cs="Sylfaen"/>
          <w:sz w:val="18"/>
          <w:szCs w:val="18"/>
        </w:rPr>
        <w:t>გეგმა</w:t>
      </w:r>
      <w:r w:rsidRPr="006D2CB5">
        <w:rPr>
          <w:rFonts w:cstheme="majorHAnsi"/>
          <w:sz w:val="18"/>
          <w:szCs w:val="18"/>
        </w:rPr>
        <w:t>-</w:t>
      </w:r>
      <w:r w:rsidRPr="006D2CB5">
        <w:rPr>
          <w:rFonts w:ascii="Sylfaen" w:hAnsi="Sylfaen" w:cs="Sylfaen"/>
          <w:sz w:val="18"/>
          <w:szCs w:val="18"/>
        </w:rPr>
        <w:t>გრაფიკით</w:t>
      </w:r>
      <w:proofErr w:type="spellEnd"/>
      <w:r w:rsidRPr="006D2CB5">
        <w:rPr>
          <w:rFonts w:cstheme="majorHAnsi"/>
          <w:sz w:val="18"/>
          <w:szCs w:val="18"/>
        </w:rPr>
        <w:t xml:space="preserve"> </w:t>
      </w:r>
      <w:proofErr w:type="spellStart"/>
      <w:r w:rsidRPr="006D2CB5">
        <w:rPr>
          <w:rFonts w:ascii="Sylfaen" w:hAnsi="Sylfaen" w:cs="Sylfaen"/>
          <w:sz w:val="18"/>
          <w:szCs w:val="18"/>
        </w:rPr>
        <w:t>განსაზღვრული</w:t>
      </w:r>
      <w:proofErr w:type="spellEnd"/>
      <w:r w:rsidRPr="006D2CB5">
        <w:rPr>
          <w:rFonts w:cstheme="majorHAnsi"/>
          <w:sz w:val="18"/>
          <w:szCs w:val="18"/>
        </w:rPr>
        <w:t xml:space="preserve"> </w:t>
      </w:r>
      <w:proofErr w:type="spellStart"/>
      <w:r w:rsidRPr="006D2CB5">
        <w:rPr>
          <w:rFonts w:ascii="Sylfaen" w:hAnsi="Sylfaen" w:cs="Sylfaen"/>
          <w:sz w:val="18"/>
          <w:szCs w:val="18"/>
        </w:rPr>
        <w:t>შესრულებული</w:t>
      </w:r>
      <w:proofErr w:type="spellEnd"/>
      <w:r w:rsidRPr="006D2CB5">
        <w:rPr>
          <w:rFonts w:cstheme="majorHAnsi"/>
          <w:sz w:val="18"/>
          <w:szCs w:val="18"/>
        </w:rPr>
        <w:t xml:space="preserve"> </w:t>
      </w:r>
      <w:proofErr w:type="spellStart"/>
      <w:r w:rsidRPr="006D2CB5">
        <w:rPr>
          <w:rFonts w:ascii="Sylfaen" w:hAnsi="Sylfaen" w:cs="Sylfaen"/>
          <w:sz w:val="18"/>
          <w:szCs w:val="18"/>
        </w:rPr>
        <w:t>სამუშაოს</w:t>
      </w:r>
      <w:proofErr w:type="spellEnd"/>
      <w:r w:rsidRPr="006D2CB5">
        <w:rPr>
          <w:rFonts w:cstheme="majorHAnsi"/>
          <w:sz w:val="18"/>
          <w:szCs w:val="18"/>
        </w:rPr>
        <w:t xml:space="preserve"> </w:t>
      </w:r>
      <w:proofErr w:type="spellStart"/>
      <w:r w:rsidRPr="006D2CB5">
        <w:rPr>
          <w:rFonts w:ascii="Sylfaen" w:hAnsi="Sylfaen" w:cs="Sylfaen"/>
          <w:sz w:val="18"/>
          <w:szCs w:val="18"/>
        </w:rPr>
        <w:t>ეტაპის</w:t>
      </w:r>
      <w:proofErr w:type="spellEnd"/>
      <w:r w:rsidRPr="006D2CB5">
        <w:rPr>
          <w:rFonts w:cstheme="majorHAnsi"/>
          <w:sz w:val="18"/>
          <w:szCs w:val="18"/>
        </w:rPr>
        <w:t xml:space="preserve"> </w:t>
      </w:r>
      <w:proofErr w:type="spellStart"/>
      <w:r w:rsidRPr="006D2CB5">
        <w:rPr>
          <w:rFonts w:ascii="Sylfaen" w:hAnsi="Sylfaen" w:cs="Sylfaen"/>
          <w:sz w:val="18"/>
          <w:szCs w:val="18"/>
        </w:rPr>
        <w:t>ფორმა</w:t>
      </w:r>
      <w:proofErr w:type="spellEnd"/>
      <w:r w:rsidRPr="006D2CB5">
        <w:rPr>
          <w:rFonts w:cstheme="majorHAnsi"/>
          <w:sz w:val="18"/>
          <w:szCs w:val="18"/>
        </w:rPr>
        <w:t xml:space="preserve"> N2-</w:t>
      </w:r>
      <w:r w:rsidRPr="006D2CB5">
        <w:rPr>
          <w:rFonts w:ascii="Sylfaen" w:hAnsi="Sylfaen" w:cs="Sylfaen"/>
          <w:sz w:val="18"/>
          <w:szCs w:val="18"/>
        </w:rPr>
        <w:t>სა</w:t>
      </w:r>
      <w:r w:rsidRPr="006D2CB5">
        <w:rPr>
          <w:rFonts w:cstheme="majorHAnsi"/>
          <w:sz w:val="18"/>
          <w:szCs w:val="18"/>
        </w:rPr>
        <w:t xml:space="preserve"> </w:t>
      </w:r>
      <w:proofErr w:type="spellStart"/>
      <w:r w:rsidRPr="006D2CB5">
        <w:rPr>
          <w:rFonts w:ascii="Sylfaen" w:hAnsi="Sylfaen" w:cs="Sylfaen"/>
          <w:sz w:val="18"/>
          <w:szCs w:val="18"/>
        </w:rPr>
        <w:t>და</w:t>
      </w:r>
      <w:proofErr w:type="spellEnd"/>
      <w:r w:rsidRPr="006D2CB5">
        <w:rPr>
          <w:rFonts w:cstheme="majorHAnsi"/>
          <w:sz w:val="18"/>
          <w:szCs w:val="18"/>
        </w:rPr>
        <w:t xml:space="preserve"> </w:t>
      </w:r>
      <w:proofErr w:type="spellStart"/>
      <w:r w:rsidRPr="006D2CB5">
        <w:rPr>
          <w:rFonts w:ascii="Sylfaen" w:hAnsi="Sylfaen" w:cs="Sylfaen"/>
          <w:sz w:val="18"/>
          <w:szCs w:val="18"/>
        </w:rPr>
        <w:t>გადახდის</w:t>
      </w:r>
      <w:proofErr w:type="spellEnd"/>
      <w:r w:rsidRPr="006D2CB5">
        <w:rPr>
          <w:rFonts w:cstheme="majorHAnsi"/>
          <w:sz w:val="18"/>
          <w:szCs w:val="18"/>
        </w:rPr>
        <w:t xml:space="preserve"> </w:t>
      </w:r>
      <w:proofErr w:type="spellStart"/>
      <w:r w:rsidRPr="006D2CB5">
        <w:rPr>
          <w:rFonts w:ascii="Sylfaen" w:hAnsi="Sylfaen" w:cs="Sylfaen"/>
          <w:sz w:val="18"/>
          <w:szCs w:val="18"/>
        </w:rPr>
        <w:t>სერტიფიკატის</w:t>
      </w:r>
      <w:proofErr w:type="spellEnd"/>
      <w:r w:rsidRPr="006D2CB5">
        <w:rPr>
          <w:rFonts w:cstheme="majorHAnsi"/>
          <w:sz w:val="18"/>
          <w:szCs w:val="18"/>
        </w:rPr>
        <w:t xml:space="preserve"> </w:t>
      </w:r>
      <w:r w:rsidRPr="006D2CB5">
        <w:rPr>
          <w:rFonts w:ascii="Sylfaen" w:hAnsi="Sylfaen" w:cstheme="majorHAnsi"/>
          <w:sz w:val="18"/>
          <w:szCs w:val="18"/>
          <w:lang w:val="ka-GE"/>
        </w:rPr>
        <w:t>(</w:t>
      </w:r>
      <w:proofErr w:type="spellStart"/>
      <w:r w:rsidRPr="006D2CB5">
        <w:rPr>
          <w:rFonts w:ascii="Sylfaen" w:hAnsi="Sylfaen" w:cs="Sylfaen"/>
          <w:sz w:val="18"/>
          <w:szCs w:val="18"/>
        </w:rPr>
        <w:t>ფორმა</w:t>
      </w:r>
      <w:proofErr w:type="spellEnd"/>
      <w:r w:rsidRPr="006D2CB5">
        <w:rPr>
          <w:rFonts w:cstheme="majorHAnsi"/>
          <w:sz w:val="18"/>
          <w:szCs w:val="18"/>
        </w:rPr>
        <w:t xml:space="preserve"> N3</w:t>
      </w:r>
      <w:r w:rsidRPr="006D2CB5">
        <w:rPr>
          <w:rFonts w:ascii="Sylfaen" w:hAnsi="Sylfaen" w:cstheme="majorHAnsi"/>
          <w:sz w:val="18"/>
          <w:szCs w:val="18"/>
          <w:lang w:val="ka-GE"/>
        </w:rPr>
        <w:t>)</w:t>
      </w:r>
      <w:r w:rsidRPr="006D2CB5">
        <w:rPr>
          <w:rFonts w:cstheme="majorHAnsi"/>
          <w:sz w:val="18"/>
          <w:szCs w:val="18"/>
        </w:rPr>
        <w:t xml:space="preserve"> </w:t>
      </w:r>
      <w:proofErr w:type="spellStart"/>
      <w:r w:rsidRPr="006D2CB5">
        <w:rPr>
          <w:rFonts w:ascii="Sylfaen" w:hAnsi="Sylfaen" w:cs="Sylfaen"/>
          <w:sz w:val="18"/>
          <w:szCs w:val="18"/>
        </w:rPr>
        <w:t>და</w:t>
      </w:r>
      <w:proofErr w:type="spellEnd"/>
      <w:r w:rsidRPr="006D2CB5">
        <w:rPr>
          <w:rFonts w:cstheme="majorHAnsi"/>
          <w:sz w:val="18"/>
          <w:szCs w:val="18"/>
        </w:rPr>
        <w:t xml:space="preserve"> </w:t>
      </w:r>
      <w:proofErr w:type="spellStart"/>
      <w:r w:rsidRPr="006D2CB5">
        <w:rPr>
          <w:rFonts w:ascii="Sylfaen" w:hAnsi="Sylfaen" w:cs="Sylfaen"/>
          <w:sz w:val="18"/>
          <w:szCs w:val="18"/>
        </w:rPr>
        <w:t>ფარული</w:t>
      </w:r>
      <w:proofErr w:type="spellEnd"/>
      <w:r w:rsidRPr="006D2CB5">
        <w:rPr>
          <w:rFonts w:cstheme="majorHAnsi"/>
          <w:sz w:val="18"/>
          <w:szCs w:val="18"/>
        </w:rPr>
        <w:t xml:space="preserve"> </w:t>
      </w:r>
      <w:proofErr w:type="spellStart"/>
      <w:r w:rsidRPr="006D2CB5">
        <w:rPr>
          <w:rFonts w:ascii="Sylfaen" w:hAnsi="Sylfaen" w:cs="Sylfaen"/>
          <w:sz w:val="18"/>
          <w:szCs w:val="18"/>
        </w:rPr>
        <w:t>სამუშაოების</w:t>
      </w:r>
      <w:proofErr w:type="spellEnd"/>
      <w:r w:rsidRPr="006D2CB5">
        <w:rPr>
          <w:rFonts w:cstheme="majorHAnsi"/>
          <w:sz w:val="18"/>
          <w:szCs w:val="18"/>
        </w:rPr>
        <w:t xml:space="preserve"> </w:t>
      </w:r>
      <w:proofErr w:type="spellStart"/>
      <w:r w:rsidRPr="006D2CB5">
        <w:rPr>
          <w:rFonts w:ascii="Sylfaen" w:hAnsi="Sylfaen" w:cs="Sylfaen"/>
          <w:sz w:val="18"/>
          <w:szCs w:val="18"/>
        </w:rPr>
        <w:t>აქტების</w:t>
      </w:r>
      <w:proofErr w:type="spellEnd"/>
      <w:r w:rsidRPr="006D2CB5">
        <w:rPr>
          <w:rFonts w:cstheme="majorHAnsi"/>
          <w:sz w:val="18"/>
          <w:szCs w:val="18"/>
        </w:rPr>
        <w:t xml:space="preserve"> </w:t>
      </w:r>
      <w:proofErr w:type="spellStart"/>
      <w:r w:rsidRPr="006D2CB5">
        <w:rPr>
          <w:rFonts w:ascii="Sylfaen" w:hAnsi="Sylfaen" w:cstheme="majorHAnsi"/>
          <w:sz w:val="18"/>
          <w:szCs w:val="18"/>
        </w:rPr>
        <w:t>დადასტურების</w:t>
      </w:r>
      <w:proofErr w:type="spellEnd"/>
      <w:r w:rsidRPr="006D2CB5">
        <w:rPr>
          <w:rFonts w:ascii="Sylfaen" w:hAnsi="Sylfaen" w:cstheme="majorHAnsi"/>
          <w:sz w:val="18"/>
          <w:szCs w:val="18"/>
        </w:rPr>
        <w:t xml:space="preserve"> </w:t>
      </w:r>
      <w:proofErr w:type="spellStart"/>
      <w:r w:rsidRPr="006D2CB5">
        <w:rPr>
          <w:rFonts w:ascii="Sylfaen" w:hAnsi="Sylfaen" w:cs="Sylfaen"/>
          <w:sz w:val="18"/>
          <w:szCs w:val="18"/>
        </w:rPr>
        <w:t>საფუძველზე</w:t>
      </w:r>
      <w:proofErr w:type="spellEnd"/>
      <w:r w:rsidRPr="006D2CB5">
        <w:rPr>
          <w:rFonts w:cstheme="majorHAnsi"/>
          <w:sz w:val="18"/>
          <w:szCs w:val="18"/>
        </w:rPr>
        <w:t xml:space="preserve">, </w:t>
      </w:r>
      <w:proofErr w:type="spellStart"/>
      <w:r w:rsidRPr="006D2CB5">
        <w:rPr>
          <w:rFonts w:ascii="Sylfaen" w:hAnsi="Sylfaen" w:cs="Sylfaen"/>
          <w:sz w:val="18"/>
          <w:szCs w:val="18"/>
        </w:rPr>
        <w:t>სამუშაოს</w:t>
      </w:r>
      <w:proofErr w:type="spellEnd"/>
      <w:r w:rsidRPr="006D2CB5">
        <w:rPr>
          <w:rFonts w:cstheme="majorHAnsi"/>
          <w:sz w:val="18"/>
          <w:szCs w:val="18"/>
        </w:rPr>
        <w:t xml:space="preserve"> </w:t>
      </w:r>
      <w:proofErr w:type="spellStart"/>
      <w:r w:rsidRPr="006D2CB5">
        <w:rPr>
          <w:rFonts w:ascii="Sylfaen" w:hAnsi="Sylfaen" w:cs="Sylfaen"/>
          <w:sz w:val="18"/>
          <w:szCs w:val="18"/>
        </w:rPr>
        <w:t>კალენდარული</w:t>
      </w:r>
      <w:proofErr w:type="spellEnd"/>
      <w:r w:rsidRPr="006D2CB5">
        <w:rPr>
          <w:rFonts w:cstheme="majorHAnsi"/>
          <w:sz w:val="18"/>
          <w:szCs w:val="18"/>
        </w:rPr>
        <w:t xml:space="preserve"> </w:t>
      </w:r>
      <w:proofErr w:type="spellStart"/>
      <w:r w:rsidRPr="006D2CB5">
        <w:rPr>
          <w:rFonts w:ascii="Sylfaen" w:hAnsi="Sylfaen" w:cs="Sylfaen"/>
          <w:sz w:val="18"/>
          <w:szCs w:val="18"/>
        </w:rPr>
        <w:t>გეგმა</w:t>
      </w:r>
      <w:r w:rsidRPr="006D2CB5">
        <w:rPr>
          <w:rFonts w:cstheme="majorHAnsi"/>
          <w:sz w:val="18"/>
          <w:szCs w:val="18"/>
        </w:rPr>
        <w:t>-</w:t>
      </w:r>
      <w:r w:rsidRPr="006D2CB5">
        <w:rPr>
          <w:rFonts w:ascii="Sylfaen" w:hAnsi="Sylfaen" w:cs="Sylfaen"/>
          <w:sz w:val="18"/>
          <w:szCs w:val="18"/>
        </w:rPr>
        <w:t>გრაფიკით</w:t>
      </w:r>
      <w:proofErr w:type="spellEnd"/>
      <w:r w:rsidRPr="006D2CB5">
        <w:rPr>
          <w:rFonts w:cstheme="majorHAnsi"/>
          <w:sz w:val="18"/>
          <w:szCs w:val="18"/>
        </w:rPr>
        <w:t xml:space="preserve"> </w:t>
      </w:r>
      <w:proofErr w:type="spellStart"/>
      <w:r w:rsidRPr="006D2CB5">
        <w:rPr>
          <w:rFonts w:ascii="Sylfaen" w:hAnsi="Sylfaen" w:cs="Sylfaen"/>
          <w:sz w:val="18"/>
          <w:szCs w:val="18"/>
        </w:rPr>
        <w:t>განსაზღვრული</w:t>
      </w:r>
      <w:proofErr w:type="spellEnd"/>
      <w:r w:rsidRPr="006D2CB5">
        <w:rPr>
          <w:rFonts w:cstheme="majorHAnsi"/>
          <w:sz w:val="18"/>
          <w:szCs w:val="18"/>
        </w:rPr>
        <w:t xml:space="preserve">  </w:t>
      </w:r>
      <w:proofErr w:type="spellStart"/>
      <w:r w:rsidRPr="006D2CB5">
        <w:rPr>
          <w:rFonts w:ascii="Sylfaen" w:hAnsi="Sylfaen" w:cs="Sylfaen"/>
          <w:sz w:val="18"/>
          <w:szCs w:val="18"/>
        </w:rPr>
        <w:t>ეტაპის</w:t>
      </w:r>
      <w:proofErr w:type="spellEnd"/>
      <w:r w:rsidRPr="006D2CB5">
        <w:rPr>
          <w:rFonts w:cstheme="majorHAnsi"/>
          <w:sz w:val="18"/>
          <w:szCs w:val="18"/>
        </w:rPr>
        <w:t xml:space="preserve"> </w:t>
      </w:r>
      <w:proofErr w:type="spellStart"/>
      <w:r w:rsidRPr="006D2CB5">
        <w:rPr>
          <w:rFonts w:ascii="Sylfaen" w:hAnsi="Sylfaen" w:cs="Sylfaen"/>
          <w:sz w:val="18"/>
          <w:szCs w:val="18"/>
        </w:rPr>
        <w:t>ფორმა</w:t>
      </w:r>
      <w:proofErr w:type="spellEnd"/>
      <w:r w:rsidRPr="006D2CB5">
        <w:rPr>
          <w:rFonts w:cstheme="majorHAnsi"/>
          <w:sz w:val="18"/>
          <w:szCs w:val="18"/>
        </w:rPr>
        <w:t xml:space="preserve"> N2-</w:t>
      </w:r>
      <w:r w:rsidRPr="006D2CB5">
        <w:rPr>
          <w:rFonts w:ascii="Sylfaen" w:hAnsi="Sylfaen" w:cs="Sylfaen"/>
          <w:sz w:val="18"/>
          <w:szCs w:val="18"/>
        </w:rPr>
        <w:t>სა</w:t>
      </w:r>
      <w:r w:rsidRPr="006D2CB5">
        <w:rPr>
          <w:rFonts w:cstheme="majorHAnsi"/>
          <w:sz w:val="18"/>
          <w:szCs w:val="18"/>
        </w:rPr>
        <w:t xml:space="preserve"> </w:t>
      </w:r>
      <w:proofErr w:type="spellStart"/>
      <w:r w:rsidRPr="006D2CB5">
        <w:rPr>
          <w:rFonts w:ascii="Sylfaen" w:hAnsi="Sylfaen" w:cs="Sylfaen"/>
          <w:sz w:val="18"/>
          <w:szCs w:val="18"/>
        </w:rPr>
        <w:t>და</w:t>
      </w:r>
      <w:proofErr w:type="spellEnd"/>
      <w:r w:rsidRPr="006D2CB5">
        <w:rPr>
          <w:rFonts w:cstheme="majorHAnsi"/>
          <w:sz w:val="18"/>
          <w:szCs w:val="18"/>
        </w:rPr>
        <w:t xml:space="preserve"> </w:t>
      </w:r>
      <w:proofErr w:type="spellStart"/>
      <w:r w:rsidRPr="006D2CB5">
        <w:rPr>
          <w:rFonts w:ascii="Sylfaen" w:hAnsi="Sylfaen" w:cs="Sylfaen"/>
          <w:sz w:val="18"/>
          <w:szCs w:val="18"/>
        </w:rPr>
        <w:t>გადახდის</w:t>
      </w:r>
      <w:proofErr w:type="spellEnd"/>
      <w:r w:rsidRPr="006D2CB5">
        <w:rPr>
          <w:rFonts w:cstheme="majorHAnsi"/>
          <w:sz w:val="18"/>
          <w:szCs w:val="18"/>
        </w:rPr>
        <w:t xml:space="preserve"> </w:t>
      </w:r>
      <w:proofErr w:type="spellStart"/>
      <w:r w:rsidRPr="006D2CB5">
        <w:rPr>
          <w:rFonts w:ascii="Sylfaen" w:hAnsi="Sylfaen" w:cs="Sylfaen"/>
          <w:sz w:val="18"/>
          <w:szCs w:val="18"/>
        </w:rPr>
        <w:t>სერტიფიკატში</w:t>
      </w:r>
      <w:proofErr w:type="spellEnd"/>
      <w:r w:rsidRPr="006D2CB5">
        <w:rPr>
          <w:rFonts w:cstheme="majorHAnsi"/>
          <w:sz w:val="18"/>
          <w:szCs w:val="18"/>
        </w:rPr>
        <w:t xml:space="preserve"> </w:t>
      </w:r>
      <w:r w:rsidRPr="006D2CB5">
        <w:rPr>
          <w:rFonts w:ascii="Sylfaen" w:hAnsi="Sylfaen" w:cstheme="majorHAnsi"/>
          <w:sz w:val="18"/>
          <w:szCs w:val="18"/>
          <w:lang w:val="ka-GE"/>
        </w:rPr>
        <w:t>(</w:t>
      </w:r>
      <w:proofErr w:type="spellStart"/>
      <w:r w:rsidRPr="006D2CB5">
        <w:rPr>
          <w:rFonts w:ascii="Sylfaen" w:hAnsi="Sylfaen" w:cs="Sylfaen"/>
          <w:sz w:val="18"/>
          <w:szCs w:val="18"/>
        </w:rPr>
        <w:t>ფორმა</w:t>
      </w:r>
      <w:proofErr w:type="spellEnd"/>
      <w:r w:rsidRPr="006D2CB5">
        <w:rPr>
          <w:rFonts w:cstheme="majorHAnsi"/>
          <w:sz w:val="18"/>
          <w:szCs w:val="18"/>
        </w:rPr>
        <w:t xml:space="preserve"> N3</w:t>
      </w:r>
      <w:r w:rsidRPr="006D2CB5">
        <w:rPr>
          <w:rFonts w:ascii="Sylfaen" w:hAnsi="Sylfaen" w:cstheme="majorHAnsi"/>
          <w:sz w:val="18"/>
          <w:szCs w:val="18"/>
          <w:lang w:val="ka-GE"/>
        </w:rPr>
        <w:t>)</w:t>
      </w:r>
      <w:r w:rsidRPr="006D2CB5">
        <w:rPr>
          <w:rFonts w:cstheme="majorHAnsi"/>
          <w:sz w:val="18"/>
          <w:szCs w:val="18"/>
        </w:rPr>
        <w:t xml:space="preserve"> </w:t>
      </w:r>
      <w:proofErr w:type="spellStart"/>
      <w:r w:rsidRPr="006D2CB5">
        <w:rPr>
          <w:rFonts w:ascii="Sylfaen" w:hAnsi="Sylfaen" w:cs="Sylfaen"/>
          <w:sz w:val="18"/>
          <w:szCs w:val="18"/>
        </w:rPr>
        <w:t>მითითებული</w:t>
      </w:r>
      <w:proofErr w:type="spellEnd"/>
      <w:r w:rsidRPr="006D2CB5">
        <w:rPr>
          <w:rFonts w:cstheme="majorHAnsi"/>
          <w:sz w:val="18"/>
          <w:szCs w:val="18"/>
        </w:rPr>
        <w:t xml:space="preserve"> </w:t>
      </w:r>
      <w:proofErr w:type="spellStart"/>
      <w:r w:rsidRPr="006D2CB5">
        <w:rPr>
          <w:rFonts w:ascii="Sylfaen" w:hAnsi="Sylfaen" w:cs="Sylfaen"/>
          <w:sz w:val="18"/>
          <w:szCs w:val="18"/>
        </w:rPr>
        <w:t>თანხის</w:t>
      </w:r>
      <w:proofErr w:type="spellEnd"/>
      <w:r w:rsidRPr="006D2CB5">
        <w:rPr>
          <w:rFonts w:cstheme="majorHAnsi"/>
          <w:sz w:val="18"/>
          <w:szCs w:val="18"/>
        </w:rPr>
        <w:t xml:space="preserve"> </w:t>
      </w:r>
      <w:proofErr w:type="spellStart"/>
      <w:r w:rsidRPr="006D2CB5">
        <w:rPr>
          <w:rFonts w:ascii="Sylfaen" w:hAnsi="Sylfaen" w:cs="Sylfaen"/>
          <w:sz w:val="18"/>
          <w:szCs w:val="18"/>
        </w:rPr>
        <w:t>ოდენობით</w:t>
      </w:r>
      <w:proofErr w:type="spellEnd"/>
      <w:r w:rsidRPr="006D2CB5">
        <w:rPr>
          <w:rFonts w:cstheme="majorHAnsi"/>
          <w:sz w:val="18"/>
          <w:szCs w:val="18"/>
        </w:rPr>
        <w:t xml:space="preserve">, </w:t>
      </w:r>
      <w:proofErr w:type="spellStart"/>
      <w:r w:rsidRPr="006D2CB5">
        <w:rPr>
          <w:rFonts w:ascii="Sylfaen" w:hAnsi="Sylfaen" w:cs="Sylfaen"/>
          <w:sz w:val="18"/>
          <w:szCs w:val="18"/>
        </w:rPr>
        <w:t>რომელიც</w:t>
      </w:r>
      <w:proofErr w:type="spellEnd"/>
      <w:r w:rsidRPr="006D2CB5">
        <w:rPr>
          <w:rFonts w:cstheme="majorHAnsi"/>
          <w:sz w:val="18"/>
          <w:szCs w:val="18"/>
        </w:rPr>
        <w:t xml:space="preserve"> </w:t>
      </w:r>
      <w:proofErr w:type="spellStart"/>
      <w:r w:rsidRPr="006D2CB5">
        <w:rPr>
          <w:rFonts w:ascii="Sylfaen" w:hAnsi="Sylfaen" w:cs="Sylfaen"/>
          <w:sz w:val="18"/>
          <w:szCs w:val="18"/>
        </w:rPr>
        <w:t>განისაზღვრება</w:t>
      </w:r>
      <w:proofErr w:type="spellEnd"/>
      <w:r w:rsidRPr="006D2CB5">
        <w:rPr>
          <w:rFonts w:cstheme="majorHAnsi"/>
          <w:sz w:val="18"/>
          <w:szCs w:val="18"/>
        </w:rPr>
        <w:t xml:space="preserve"> </w:t>
      </w:r>
      <w:proofErr w:type="spellStart"/>
      <w:r w:rsidRPr="006D2CB5">
        <w:rPr>
          <w:rFonts w:ascii="Sylfaen" w:hAnsi="Sylfaen" w:cs="Sylfaen"/>
          <w:sz w:val="18"/>
          <w:szCs w:val="18"/>
        </w:rPr>
        <w:t>შესაბამისი</w:t>
      </w:r>
      <w:proofErr w:type="spellEnd"/>
      <w:r w:rsidRPr="006D2CB5">
        <w:rPr>
          <w:rFonts w:cstheme="majorHAnsi"/>
          <w:sz w:val="18"/>
          <w:szCs w:val="18"/>
        </w:rPr>
        <w:t xml:space="preserve"> </w:t>
      </w:r>
      <w:proofErr w:type="spellStart"/>
      <w:r w:rsidRPr="006D2CB5">
        <w:rPr>
          <w:rFonts w:ascii="Sylfaen" w:hAnsi="Sylfaen" w:cs="Sylfaen"/>
          <w:sz w:val="18"/>
          <w:szCs w:val="18"/>
        </w:rPr>
        <w:t>პერიოდისათვის</w:t>
      </w:r>
      <w:proofErr w:type="spellEnd"/>
      <w:r w:rsidRPr="006D2CB5">
        <w:rPr>
          <w:rFonts w:cstheme="majorHAnsi"/>
          <w:sz w:val="18"/>
          <w:szCs w:val="18"/>
        </w:rPr>
        <w:t xml:space="preserve"> </w:t>
      </w:r>
      <w:proofErr w:type="spellStart"/>
      <w:r w:rsidRPr="006D2CB5">
        <w:rPr>
          <w:rFonts w:ascii="Sylfaen" w:hAnsi="Sylfaen" w:cs="Sylfaen"/>
          <w:sz w:val="18"/>
          <w:szCs w:val="18"/>
        </w:rPr>
        <w:t>შესრულებული</w:t>
      </w:r>
      <w:proofErr w:type="spellEnd"/>
      <w:r w:rsidRPr="006D2CB5">
        <w:rPr>
          <w:rFonts w:cstheme="majorHAnsi"/>
          <w:sz w:val="18"/>
          <w:szCs w:val="18"/>
        </w:rPr>
        <w:t xml:space="preserve"> </w:t>
      </w:r>
      <w:proofErr w:type="spellStart"/>
      <w:r w:rsidRPr="006D2CB5">
        <w:rPr>
          <w:rFonts w:ascii="Sylfaen" w:hAnsi="Sylfaen" w:cs="Sylfaen"/>
          <w:sz w:val="18"/>
          <w:szCs w:val="18"/>
        </w:rPr>
        <w:t>სამუშაოს</w:t>
      </w:r>
      <w:proofErr w:type="spellEnd"/>
      <w:r w:rsidRPr="006D2CB5">
        <w:rPr>
          <w:rFonts w:cstheme="majorHAnsi"/>
          <w:sz w:val="18"/>
          <w:szCs w:val="18"/>
        </w:rPr>
        <w:t xml:space="preserve"> </w:t>
      </w:r>
      <w:proofErr w:type="spellStart"/>
      <w:r w:rsidRPr="006D2CB5">
        <w:rPr>
          <w:rFonts w:ascii="Sylfaen" w:hAnsi="Sylfaen" w:cs="Sylfaen"/>
          <w:sz w:val="18"/>
          <w:szCs w:val="18"/>
        </w:rPr>
        <w:t>მოცულობის</w:t>
      </w:r>
      <w:proofErr w:type="spellEnd"/>
      <w:r w:rsidRPr="006D2CB5">
        <w:rPr>
          <w:rFonts w:cstheme="majorHAnsi"/>
          <w:sz w:val="18"/>
          <w:szCs w:val="18"/>
        </w:rPr>
        <w:t xml:space="preserve"> </w:t>
      </w:r>
      <w:proofErr w:type="spellStart"/>
      <w:r w:rsidRPr="006D2CB5">
        <w:rPr>
          <w:rFonts w:ascii="Sylfaen" w:hAnsi="Sylfaen" w:cs="Sylfaen"/>
          <w:sz w:val="18"/>
          <w:szCs w:val="18"/>
        </w:rPr>
        <w:t>მიხედვით</w:t>
      </w:r>
      <w:proofErr w:type="spellEnd"/>
      <w:r w:rsidRPr="006D2CB5">
        <w:rPr>
          <w:rFonts w:cstheme="majorHAnsi"/>
          <w:sz w:val="18"/>
          <w:szCs w:val="18"/>
        </w:rPr>
        <w:t xml:space="preserve">, </w:t>
      </w:r>
      <w:proofErr w:type="spellStart"/>
      <w:r w:rsidRPr="006D2CB5">
        <w:rPr>
          <w:rFonts w:ascii="Sylfaen" w:hAnsi="Sylfaen" w:cs="Sylfaen"/>
          <w:sz w:val="18"/>
          <w:szCs w:val="18"/>
        </w:rPr>
        <w:t>ხარჯთაღრიცხვის</w:t>
      </w:r>
      <w:proofErr w:type="spellEnd"/>
      <w:r w:rsidRPr="006D2CB5">
        <w:rPr>
          <w:rFonts w:cstheme="majorHAnsi"/>
          <w:sz w:val="18"/>
          <w:szCs w:val="18"/>
        </w:rPr>
        <w:t xml:space="preserve"> </w:t>
      </w:r>
      <w:proofErr w:type="spellStart"/>
      <w:r w:rsidRPr="006D2CB5">
        <w:rPr>
          <w:rFonts w:ascii="Sylfaen" w:hAnsi="Sylfaen" w:cs="Sylfaen"/>
          <w:sz w:val="18"/>
          <w:szCs w:val="18"/>
        </w:rPr>
        <w:t>შესაბამისად</w:t>
      </w:r>
      <w:proofErr w:type="spellEnd"/>
      <w:r w:rsidRPr="006D2CB5">
        <w:rPr>
          <w:rFonts w:cstheme="majorHAnsi"/>
          <w:sz w:val="18"/>
          <w:szCs w:val="18"/>
        </w:rPr>
        <w:t xml:space="preserve">. </w:t>
      </w:r>
      <w:proofErr w:type="spellStart"/>
      <w:r w:rsidRPr="006D2CB5">
        <w:rPr>
          <w:rFonts w:ascii="Sylfaen" w:hAnsi="Sylfaen" w:cs="Sylfaen"/>
          <w:sz w:val="18"/>
          <w:szCs w:val="18"/>
        </w:rPr>
        <w:t>ანგარიშსწორება</w:t>
      </w:r>
      <w:proofErr w:type="spellEnd"/>
      <w:r w:rsidRPr="006D2CB5">
        <w:rPr>
          <w:rFonts w:cstheme="majorHAnsi"/>
          <w:sz w:val="18"/>
          <w:szCs w:val="18"/>
        </w:rPr>
        <w:t xml:space="preserve"> </w:t>
      </w:r>
      <w:proofErr w:type="spellStart"/>
      <w:r w:rsidRPr="006D2CB5">
        <w:rPr>
          <w:rFonts w:ascii="Sylfaen" w:hAnsi="Sylfaen" w:cs="Sylfaen"/>
          <w:sz w:val="18"/>
          <w:szCs w:val="18"/>
        </w:rPr>
        <w:t>უნდა</w:t>
      </w:r>
      <w:proofErr w:type="spellEnd"/>
      <w:r w:rsidRPr="006D2CB5">
        <w:rPr>
          <w:rFonts w:cstheme="majorHAnsi"/>
          <w:sz w:val="18"/>
          <w:szCs w:val="18"/>
        </w:rPr>
        <w:t xml:space="preserve"> </w:t>
      </w:r>
      <w:proofErr w:type="spellStart"/>
      <w:r w:rsidRPr="006D2CB5">
        <w:rPr>
          <w:rFonts w:ascii="Sylfaen" w:hAnsi="Sylfaen" w:cs="Sylfaen"/>
          <w:sz w:val="18"/>
          <w:szCs w:val="18"/>
        </w:rPr>
        <w:t>განხორციელდეს</w:t>
      </w:r>
      <w:proofErr w:type="spellEnd"/>
      <w:r w:rsidRPr="006D2CB5">
        <w:rPr>
          <w:rFonts w:cstheme="majorHAnsi"/>
          <w:sz w:val="18"/>
          <w:szCs w:val="18"/>
        </w:rPr>
        <w:t xml:space="preserve"> </w:t>
      </w:r>
      <w:proofErr w:type="spellStart"/>
      <w:r w:rsidRPr="006D2CB5">
        <w:rPr>
          <w:rFonts w:ascii="Sylfaen" w:hAnsi="Sylfaen" w:cs="Sylfaen"/>
          <w:sz w:val="18"/>
          <w:szCs w:val="18"/>
        </w:rPr>
        <w:t>დამკვეთის</w:t>
      </w:r>
      <w:proofErr w:type="spellEnd"/>
      <w:r w:rsidRPr="006D2CB5">
        <w:rPr>
          <w:rFonts w:cstheme="majorHAnsi"/>
          <w:sz w:val="18"/>
          <w:szCs w:val="18"/>
        </w:rPr>
        <w:t xml:space="preserve"> </w:t>
      </w:r>
      <w:proofErr w:type="spellStart"/>
      <w:r w:rsidRPr="006D2CB5">
        <w:rPr>
          <w:rFonts w:ascii="Sylfaen" w:hAnsi="Sylfaen" w:cs="Sylfaen"/>
          <w:sz w:val="18"/>
          <w:szCs w:val="18"/>
        </w:rPr>
        <w:t>მიერ</w:t>
      </w:r>
      <w:proofErr w:type="spellEnd"/>
      <w:r w:rsidRPr="006D2CB5">
        <w:rPr>
          <w:rFonts w:cstheme="majorHAnsi"/>
          <w:sz w:val="18"/>
          <w:szCs w:val="18"/>
        </w:rPr>
        <w:t xml:space="preserve"> </w:t>
      </w:r>
      <w:proofErr w:type="spellStart"/>
      <w:r w:rsidRPr="006D2CB5">
        <w:rPr>
          <w:rFonts w:ascii="Sylfaen" w:hAnsi="Sylfaen" w:cs="Sylfaen"/>
          <w:sz w:val="18"/>
          <w:szCs w:val="18"/>
        </w:rPr>
        <w:t>ფორმა</w:t>
      </w:r>
      <w:proofErr w:type="spellEnd"/>
      <w:r w:rsidRPr="006D2CB5">
        <w:rPr>
          <w:rFonts w:cstheme="majorHAnsi"/>
          <w:sz w:val="18"/>
          <w:szCs w:val="18"/>
        </w:rPr>
        <w:t xml:space="preserve"> N2-</w:t>
      </w:r>
      <w:r w:rsidRPr="006D2CB5">
        <w:rPr>
          <w:rFonts w:ascii="Sylfaen" w:hAnsi="Sylfaen" w:cs="Sylfaen"/>
          <w:sz w:val="18"/>
          <w:szCs w:val="18"/>
        </w:rPr>
        <w:t>ის</w:t>
      </w:r>
      <w:r w:rsidRPr="006D2CB5">
        <w:rPr>
          <w:rFonts w:cstheme="majorHAnsi"/>
          <w:sz w:val="18"/>
          <w:szCs w:val="18"/>
        </w:rPr>
        <w:t xml:space="preserve"> </w:t>
      </w:r>
      <w:proofErr w:type="spellStart"/>
      <w:r w:rsidRPr="006D2CB5">
        <w:rPr>
          <w:rFonts w:ascii="Sylfaen" w:hAnsi="Sylfaen" w:cs="Sylfaen"/>
          <w:sz w:val="18"/>
          <w:szCs w:val="18"/>
        </w:rPr>
        <w:t>ხელმოწერით</w:t>
      </w:r>
      <w:proofErr w:type="spellEnd"/>
      <w:r w:rsidRPr="006D2CB5">
        <w:rPr>
          <w:rFonts w:cstheme="majorHAnsi"/>
          <w:sz w:val="18"/>
          <w:szCs w:val="18"/>
        </w:rPr>
        <w:t xml:space="preserve"> </w:t>
      </w:r>
      <w:proofErr w:type="spellStart"/>
      <w:r w:rsidRPr="006D2CB5">
        <w:rPr>
          <w:rFonts w:ascii="Sylfaen" w:hAnsi="Sylfaen" w:cs="Sylfaen"/>
          <w:sz w:val="18"/>
          <w:szCs w:val="18"/>
        </w:rPr>
        <w:t>დადასტურებიდან</w:t>
      </w:r>
      <w:proofErr w:type="spellEnd"/>
      <w:r w:rsidRPr="006D2CB5">
        <w:rPr>
          <w:rFonts w:ascii="Sylfaen" w:hAnsi="Sylfaen" w:cs="Sylfaen"/>
          <w:sz w:val="18"/>
          <w:szCs w:val="18"/>
          <w:lang w:val="ka-GE"/>
        </w:rPr>
        <w:t xml:space="preserve"> </w:t>
      </w:r>
      <w:r w:rsidRPr="006D2CB5">
        <w:rPr>
          <w:rFonts w:cstheme="majorHAnsi"/>
          <w:sz w:val="18"/>
          <w:szCs w:val="18"/>
        </w:rPr>
        <w:t>-</w:t>
      </w:r>
      <w:r w:rsidRPr="006D2CB5">
        <w:rPr>
          <w:rFonts w:ascii="Sylfaen" w:hAnsi="Sylfaen" w:cstheme="majorHAnsi"/>
          <w:sz w:val="18"/>
          <w:szCs w:val="18"/>
          <w:lang w:val="ka-GE"/>
        </w:rPr>
        <w:t xml:space="preserve"> </w:t>
      </w:r>
      <w:r w:rsidRPr="006D2CB5">
        <w:rPr>
          <w:rFonts w:cstheme="majorHAnsi"/>
          <w:sz w:val="18"/>
          <w:szCs w:val="18"/>
        </w:rPr>
        <w:t>5</w:t>
      </w:r>
      <w:r w:rsidRPr="006D2CB5">
        <w:rPr>
          <w:rFonts w:ascii="Sylfaen" w:hAnsi="Sylfaen" w:cstheme="majorHAnsi"/>
          <w:sz w:val="18"/>
          <w:szCs w:val="18"/>
          <w:lang w:val="ka-GE"/>
        </w:rPr>
        <w:t xml:space="preserve"> (</w:t>
      </w:r>
      <w:proofErr w:type="spellStart"/>
      <w:r w:rsidRPr="006D2CB5">
        <w:rPr>
          <w:rFonts w:ascii="Sylfaen" w:hAnsi="Sylfaen" w:cs="Sylfaen"/>
          <w:sz w:val="18"/>
          <w:szCs w:val="18"/>
        </w:rPr>
        <w:t>ხუთ</w:t>
      </w:r>
      <w:proofErr w:type="spellEnd"/>
      <w:r w:rsidRPr="006D2CB5">
        <w:rPr>
          <w:rFonts w:ascii="Sylfaen" w:hAnsi="Sylfaen" w:cs="Sylfaen"/>
          <w:sz w:val="18"/>
          <w:szCs w:val="18"/>
          <w:lang w:val="ka-GE"/>
        </w:rPr>
        <w:t>ი) სამუშაო</w:t>
      </w:r>
      <w:r w:rsidRPr="006D2CB5">
        <w:rPr>
          <w:rFonts w:cstheme="majorHAnsi"/>
          <w:sz w:val="18"/>
          <w:szCs w:val="18"/>
        </w:rPr>
        <w:t xml:space="preserve"> </w:t>
      </w:r>
      <w:r w:rsidRPr="006D2CB5">
        <w:rPr>
          <w:rFonts w:ascii="Sylfaen" w:hAnsi="Sylfaen" w:cs="Sylfaen"/>
          <w:sz w:val="18"/>
          <w:szCs w:val="18"/>
          <w:lang w:val="ka-GE"/>
        </w:rPr>
        <w:t>დღის ვადაში</w:t>
      </w:r>
      <w:r w:rsidR="00B3643A" w:rsidRPr="006D2CB5">
        <w:rPr>
          <w:rFonts w:ascii="Sylfaen" w:hAnsi="Sylfaen" w:cs="Sylfaen"/>
          <w:sz w:val="18"/>
          <w:szCs w:val="18"/>
          <w:lang w:val="ka-GE"/>
        </w:rPr>
        <w:t>.</w:t>
      </w:r>
    </w:p>
    <w:p w14:paraId="5E15C380" w14:textId="03BBDF82" w:rsidR="00B51957" w:rsidRDefault="00A74260" w:rsidP="00185C20">
      <w:pPr>
        <w:pStyle w:val="ListParagraph"/>
        <w:numPr>
          <w:ilvl w:val="2"/>
          <w:numId w:val="13"/>
        </w:numPr>
        <w:jc w:val="both"/>
        <w:rPr>
          <w:rFonts w:cstheme="majorHAnsi"/>
          <w:sz w:val="18"/>
          <w:szCs w:val="18"/>
        </w:rPr>
      </w:pPr>
      <w:proofErr w:type="spellStart"/>
      <w:r w:rsidRPr="00B51957">
        <w:rPr>
          <w:rFonts w:ascii="Sylfaen" w:hAnsi="Sylfaen" w:cs="Sylfaen"/>
          <w:sz w:val="18"/>
          <w:szCs w:val="18"/>
        </w:rPr>
        <w:t>იმ</w:t>
      </w:r>
      <w:proofErr w:type="spellEnd"/>
      <w:r w:rsidRPr="00B51957">
        <w:rPr>
          <w:rFonts w:cstheme="majorHAnsi"/>
          <w:sz w:val="18"/>
          <w:szCs w:val="18"/>
        </w:rPr>
        <w:t xml:space="preserve"> </w:t>
      </w:r>
      <w:proofErr w:type="spellStart"/>
      <w:r w:rsidRPr="00B51957">
        <w:rPr>
          <w:rFonts w:ascii="Sylfaen" w:hAnsi="Sylfaen" w:cs="Sylfaen"/>
          <w:sz w:val="18"/>
          <w:szCs w:val="18"/>
        </w:rPr>
        <w:t>შემთხვევაში</w:t>
      </w:r>
      <w:proofErr w:type="spellEnd"/>
      <w:r w:rsidRPr="00B51957">
        <w:rPr>
          <w:rFonts w:cstheme="majorHAnsi"/>
          <w:sz w:val="18"/>
          <w:szCs w:val="18"/>
        </w:rPr>
        <w:t xml:space="preserve">, </w:t>
      </w:r>
      <w:proofErr w:type="spellStart"/>
      <w:r w:rsidRPr="00B51957">
        <w:rPr>
          <w:rFonts w:ascii="Sylfaen" w:hAnsi="Sylfaen" w:cs="Sylfaen"/>
          <w:sz w:val="18"/>
          <w:szCs w:val="18"/>
        </w:rPr>
        <w:t>თუ</w:t>
      </w:r>
      <w:proofErr w:type="spellEnd"/>
      <w:r w:rsidRPr="00B51957">
        <w:rPr>
          <w:rFonts w:cstheme="majorHAnsi"/>
          <w:sz w:val="18"/>
          <w:szCs w:val="18"/>
        </w:rPr>
        <w:t xml:space="preserve"> </w:t>
      </w:r>
      <w:proofErr w:type="spellStart"/>
      <w:r w:rsidRPr="00B51957">
        <w:rPr>
          <w:rFonts w:ascii="Sylfaen" w:hAnsi="Sylfaen" w:cs="Sylfaen"/>
          <w:sz w:val="18"/>
          <w:szCs w:val="18"/>
        </w:rPr>
        <w:t>დამკვეთის</w:t>
      </w:r>
      <w:proofErr w:type="spellEnd"/>
      <w:r w:rsidRPr="00B51957">
        <w:rPr>
          <w:rFonts w:cstheme="majorHAnsi"/>
          <w:sz w:val="18"/>
          <w:szCs w:val="18"/>
        </w:rPr>
        <w:t xml:space="preserve"> </w:t>
      </w:r>
      <w:proofErr w:type="spellStart"/>
      <w:r w:rsidRPr="00B51957">
        <w:rPr>
          <w:rFonts w:ascii="Sylfaen" w:hAnsi="Sylfaen" w:cs="Sylfaen"/>
          <w:sz w:val="18"/>
          <w:szCs w:val="18"/>
        </w:rPr>
        <w:t>მიერ</w:t>
      </w:r>
      <w:proofErr w:type="spellEnd"/>
      <w:r w:rsidRPr="00B51957">
        <w:rPr>
          <w:rFonts w:cstheme="majorHAnsi"/>
          <w:sz w:val="18"/>
          <w:szCs w:val="18"/>
        </w:rPr>
        <w:t xml:space="preserve"> </w:t>
      </w:r>
      <w:proofErr w:type="spellStart"/>
      <w:r w:rsidRPr="00B51957">
        <w:rPr>
          <w:rFonts w:ascii="Sylfaen" w:hAnsi="Sylfaen" w:cs="Sylfaen"/>
          <w:sz w:val="18"/>
          <w:szCs w:val="18"/>
        </w:rPr>
        <w:t>უმიზეზოდ</w:t>
      </w:r>
      <w:proofErr w:type="spellEnd"/>
      <w:r w:rsidRPr="00B51957">
        <w:rPr>
          <w:rFonts w:cstheme="majorHAnsi"/>
          <w:sz w:val="18"/>
          <w:szCs w:val="18"/>
        </w:rPr>
        <w:t xml:space="preserve"> </w:t>
      </w:r>
      <w:proofErr w:type="spellStart"/>
      <w:r w:rsidRPr="00B51957">
        <w:rPr>
          <w:rFonts w:ascii="Sylfaen" w:hAnsi="Sylfaen" w:cs="Sylfaen"/>
          <w:sz w:val="18"/>
          <w:szCs w:val="18"/>
        </w:rPr>
        <w:t>მოხდება</w:t>
      </w:r>
      <w:proofErr w:type="spellEnd"/>
      <w:r w:rsidRPr="00B51957">
        <w:rPr>
          <w:rFonts w:cstheme="majorHAnsi"/>
          <w:sz w:val="18"/>
          <w:szCs w:val="18"/>
        </w:rPr>
        <w:t xml:space="preserve"> 4.2.2 </w:t>
      </w:r>
      <w:proofErr w:type="spellStart"/>
      <w:r w:rsidRPr="00B51957">
        <w:rPr>
          <w:rFonts w:ascii="Sylfaen" w:hAnsi="Sylfaen" w:cs="Sylfaen"/>
          <w:sz w:val="18"/>
          <w:szCs w:val="18"/>
        </w:rPr>
        <w:t>მუხლით</w:t>
      </w:r>
      <w:proofErr w:type="spellEnd"/>
      <w:r w:rsidRPr="00B51957">
        <w:rPr>
          <w:rFonts w:cstheme="majorHAnsi"/>
          <w:sz w:val="18"/>
          <w:szCs w:val="18"/>
        </w:rPr>
        <w:t xml:space="preserve"> </w:t>
      </w:r>
      <w:proofErr w:type="spellStart"/>
      <w:r w:rsidRPr="00B51957">
        <w:rPr>
          <w:rFonts w:ascii="Sylfaen" w:hAnsi="Sylfaen" w:cs="Sylfaen"/>
          <w:sz w:val="18"/>
          <w:szCs w:val="18"/>
        </w:rPr>
        <w:t>განსაზღვრული</w:t>
      </w:r>
      <w:proofErr w:type="spellEnd"/>
      <w:r w:rsidRPr="00B51957">
        <w:rPr>
          <w:rFonts w:cstheme="majorHAnsi"/>
          <w:sz w:val="18"/>
          <w:szCs w:val="18"/>
        </w:rPr>
        <w:t xml:space="preserve"> </w:t>
      </w:r>
      <w:proofErr w:type="spellStart"/>
      <w:r w:rsidRPr="00B51957">
        <w:rPr>
          <w:rFonts w:ascii="Sylfaen" w:hAnsi="Sylfaen" w:cs="Sylfaen"/>
          <w:sz w:val="18"/>
          <w:szCs w:val="18"/>
        </w:rPr>
        <w:t>წესით</w:t>
      </w:r>
      <w:proofErr w:type="spellEnd"/>
      <w:r w:rsidR="00F5505B">
        <w:rPr>
          <w:rFonts w:ascii="Sylfaen" w:hAnsi="Sylfaen" w:cs="Sylfaen"/>
          <w:sz w:val="18"/>
          <w:szCs w:val="18"/>
          <w:lang w:val="ka-GE"/>
        </w:rPr>
        <w:t xml:space="preserve"> </w:t>
      </w:r>
      <w:proofErr w:type="spellStart"/>
      <w:r w:rsidRPr="00B51957">
        <w:rPr>
          <w:rFonts w:ascii="Sylfaen" w:hAnsi="Sylfaen" w:cs="Sylfaen"/>
          <w:sz w:val="18"/>
          <w:szCs w:val="18"/>
        </w:rPr>
        <w:t>გადახდის</w:t>
      </w:r>
      <w:proofErr w:type="spellEnd"/>
      <w:r w:rsidRPr="00B51957">
        <w:rPr>
          <w:rFonts w:cstheme="majorHAnsi"/>
          <w:sz w:val="18"/>
          <w:szCs w:val="18"/>
        </w:rPr>
        <w:t xml:space="preserve"> </w:t>
      </w:r>
      <w:proofErr w:type="spellStart"/>
      <w:r w:rsidRPr="00B51957">
        <w:rPr>
          <w:rFonts w:ascii="Sylfaen" w:hAnsi="Sylfaen" w:cs="Sylfaen"/>
          <w:sz w:val="18"/>
          <w:szCs w:val="18"/>
        </w:rPr>
        <w:t>ვადის</w:t>
      </w:r>
      <w:proofErr w:type="spellEnd"/>
      <w:r w:rsidRPr="00B51957">
        <w:rPr>
          <w:rFonts w:cstheme="majorHAnsi"/>
          <w:sz w:val="18"/>
          <w:szCs w:val="18"/>
        </w:rPr>
        <w:t xml:space="preserve"> </w:t>
      </w:r>
      <w:proofErr w:type="spellStart"/>
      <w:r w:rsidRPr="00B51957">
        <w:rPr>
          <w:rFonts w:ascii="Sylfaen" w:hAnsi="Sylfaen" w:cs="Sylfaen"/>
          <w:sz w:val="18"/>
          <w:szCs w:val="18"/>
        </w:rPr>
        <w:t>გადაცილება</w:t>
      </w:r>
      <w:proofErr w:type="spellEnd"/>
      <w:r w:rsidRPr="00B51957">
        <w:rPr>
          <w:rFonts w:cstheme="majorHAnsi"/>
          <w:sz w:val="18"/>
          <w:szCs w:val="18"/>
        </w:rPr>
        <w:t xml:space="preserve">, </w:t>
      </w:r>
      <w:proofErr w:type="spellStart"/>
      <w:r w:rsidRPr="00B51957">
        <w:rPr>
          <w:rFonts w:ascii="Sylfaen" w:hAnsi="Sylfaen" w:cs="Sylfaen"/>
          <w:sz w:val="18"/>
          <w:szCs w:val="18"/>
        </w:rPr>
        <w:t>რაც</w:t>
      </w:r>
      <w:proofErr w:type="spellEnd"/>
      <w:r w:rsidRPr="00B51957">
        <w:rPr>
          <w:rFonts w:cstheme="majorHAnsi"/>
          <w:sz w:val="18"/>
          <w:szCs w:val="18"/>
        </w:rPr>
        <w:t xml:space="preserve"> </w:t>
      </w:r>
      <w:proofErr w:type="spellStart"/>
      <w:r w:rsidRPr="00B51957">
        <w:rPr>
          <w:rFonts w:ascii="Sylfaen" w:hAnsi="Sylfaen" w:cs="Sylfaen"/>
          <w:sz w:val="18"/>
          <w:szCs w:val="18"/>
        </w:rPr>
        <w:t>გამოიწვევს</w:t>
      </w:r>
      <w:proofErr w:type="spellEnd"/>
      <w:r w:rsidRPr="00B51957">
        <w:rPr>
          <w:rFonts w:cstheme="majorHAnsi"/>
          <w:sz w:val="18"/>
          <w:szCs w:val="18"/>
        </w:rPr>
        <w:t xml:space="preserve"> </w:t>
      </w:r>
      <w:proofErr w:type="spellStart"/>
      <w:r w:rsidRPr="00B51957">
        <w:rPr>
          <w:rFonts w:ascii="Sylfaen" w:hAnsi="Sylfaen" w:cs="Sylfaen"/>
          <w:sz w:val="18"/>
          <w:szCs w:val="18"/>
        </w:rPr>
        <w:t>მენარდის</w:t>
      </w:r>
      <w:proofErr w:type="spellEnd"/>
      <w:r w:rsidRPr="00B51957">
        <w:rPr>
          <w:rFonts w:cstheme="majorHAnsi"/>
          <w:sz w:val="18"/>
          <w:szCs w:val="18"/>
        </w:rPr>
        <w:t xml:space="preserve"> </w:t>
      </w:r>
      <w:proofErr w:type="spellStart"/>
      <w:r w:rsidRPr="00B51957">
        <w:rPr>
          <w:rFonts w:ascii="Sylfaen" w:hAnsi="Sylfaen" w:cs="Sylfaen"/>
          <w:sz w:val="18"/>
          <w:szCs w:val="18"/>
        </w:rPr>
        <w:t>მიერ</w:t>
      </w:r>
      <w:proofErr w:type="spellEnd"/>
      <w:r w:rsidRPr="00B51957">
        <w:rPr>
          <w:rFonts w:cstheme="majorHAnsi"/>
          <w:sz w:val="18"/>
          <w:szCs w:val="18"/>
        </w:rPr>
        <w:t xml:space="preserve"> </w:t>
      </w:r>
      <w:proofErr w:type="spellStart"/>
      <w:r w:rsidRPr="00B51957">
        <w:rPr>
          <w:rFonts w:ascii="Sylfaen" w:hAnsi="Sylfaen" w:cs="Sylfaen"/>
          <w:sz w:val="18"/>
          <w:szCs w:val="18"/>
        </w:rPr>
        <w:t>სამუშაოს</w:t>
      </w:r>
      <w:proofErr w:type="spellEnd"/>
      <w:r w:rsidRPr="00B51957">
        <w:rPr>
          <w:rFonts w:cstheme="majorHAnsi"/>
          <w:sz w:val="18"/>
          <w:szCs w:val="18"/>
        </w:rPr>
        <w:t xml:space="preserve"> </w:t>
      </w:r>
      <w:proofErr w:type="spellStart"/>
      <w:r w:rsidRPr="00B51957">
        <w:rPr>
          <w:rFonts w:ascii="Sylfaen" w:hAnsi="Sylfaen" w:cs="Sylfaen"/>
          <w:sz w:val="18"/>
          <w:szCs w:val="18"/>
        </w:rPr>
        <w:t>შესრულების</w:t>
      </w:r>
      <w:proofErr w:type="spellEnd"/>
      <w:r w:rsidR="00F5505B">
        <w:rPr>
          <w:rFonts w:ascii="Sylfaen" w:hAnsi="Sylfaen" w:cs="Sylfaen"/>
          <w:sz w:val="18"/>
          <w:szCs w:val="18"/>
          <w:lang w:val="ka-GE"/>
        </w:rPr>
        <w:t xml:space="preserve"> </w:t>
      </w:r>
      <w:proofErr w:type="spellStart"/>
      <w:r w:rsidRPr="00B51957">
        <w:rPr>
          <w:rFonts w:ascii="Sylfaen" w:hAnsi="Sylfaen" w:cs="Sylfaen"/>
          <w:sz w:val="18"/>
          <w:szCs w:val="18"/>
        </w:rPr>
        <w:t>ვადების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დარღვევას</w:t>
      </w:r>
      <w:proofErr w:type="spellEnd"/>
      <w:r w:rsidRPr="00B51957">
        <w:rPr>
          <w:rFonts w:cstheme="majorHAnsi"/>
          <w:sz w:val="18"/>
          <w:szCs w:val="18"/>
        </w:rPr>
        <w:t xml:space="preserve">, </w:t>
      </w:r>
      <w:proofErr w:type="spellStart"/>
      <w:r w:rsidRPr="00B51957">
        <w:rPr>
          <w:rFonts w:ascii="Sylfaen" w:hAnsi="Sylfaen" w:cs="Sylfaen"/>
          <w:sz w:val="18"/>
          <w:szCs w:val="18"/>
        </w:rPr>
        <w:t>ამგვარი</w:t>
      </w:r>
      <w:proofErr w:type="spellEnd"/>
      <w:r w:rsidRPr="00B51957">
        <w:rPr>
          <w:rFonts w:cstheme="majorHAnsi"/>
          <w:sz w:val="18"/>
          <w:szCs w:val="18"/>
        </w:rPr>
        <w:t xml:space="preserve"> </w:t>
      </w:r>
      <w:proofErr w:type="spellStart"/>
      <w:r w:rsidRPr="00B51957">
        <w:rPr>
          <w:rFonts w:ascii="Sylfaen" w:hAnsi="Sylfaen" w:cs="Sylfaen"/>
          <w:sz w:val="18"/>
          <w:szCs w:val="18"/>
        </w:rPr>
        <w:t>გადახვევა</w:t>
      </w:r>
      <w:proofErr w:type="spellEnd"/>
      <w:r w:rsidRPr="00B51957">
        <w:rPr>
          <w:rFonts w:cstheme="majorHAnsi"/>
          <w:sz w:val="18"/>
          <w:szCs w:val="18"/>
        </w:rPr>
        <w:t xml:space="preserve"> </w:t>
      </w:r>
      <w:proofErr w:type="spellStart"/>
      <w:r w:rsidRPr="00B51957">
        <w:rPr>
          <w:rFonts w:ascii="Sylfaen" w:hAnsi="Sylfaen" w:cs="Sylfaen"/>
          <w:sz w:val="18"/>
          <w:szCs w:val="18"/>
        </w:rPr>
        <w:t>არ</w:t>
      </w:r>
      <w:proofErr w:type="spellEnd"/>
      <w:r w:rsidRPr="00B51957">
        <w:rPr>
          <w:rFonts w:cstheme="majorHAnsi"/>
          <w:sz w:val="18"/>
          <w:szCs w:val="18"/>
        </w:rPr>
        <w:t xml:space="preserve"> </w:t>
      </w:r>
      <w:proofErr w:type="spellStart"/>
      <w:r w:rsidRPr="00B51957">
        <w:rPr>
          <w:rFonts w:ascii="Sylfaen" w:hAnsi="Sylfaen" w:cs="Sylfaen"/>
          <w:sz w:val="18"/>
          <w:szCs w:val="18"/>
        </w:rPr>
        <w:t>ჩაითვლება</w:t>
      </w:r>
      <w:proofErr w:type="spellEnd"/>
      <w:r w:rsidRPr="00B51957">
        <w:rPr>
          <w:rFonts w:cstheme="majorHAnsi"/>
          <w:sz w:val="18"/>
          <w:szCs w:val="18"/>
        </w:rPr>
        <w:t xml:space="preserve"> </w:t>
      </w:r>
      <w:proofErr w:type="spellStart"/>
      <w:r w:rsidRPr="00B51957">
        <w:rPr>
          <w:rFonts w:ascii="Sylfaen" w:hAnsi="Sylfaen" w:cs="Sylfaen"/>
          <w:sz w:val="18"/>
          <w:szCs w:val="18"/>
        </w:rPr>
        <w:t>მენარდის</w:t>
      </w:r>
      <w:proofErr w:type="spellEnd"/>
      <w:r w:rsidRPr="00B51957">
        <w:rPr>
          <w:rFonts w:cstheme="majorHAnsi"/>
          <w:sz w:val="18"/>
          <w:szCs w:val="18"/>
        </w:rPr>
        <w:t xml:space="preserve"> </w:t>
      </w:r>
      <w:proofErr w:type="spellStart"/>
      <w:r w:rsidRPr="00B51957">
        <w:rPr>
          <w:rFonts w:ascii="Sylfaen" w:hAnsi="Sylfaen" w:cs="Sylfaen"/>
          <w:sz w:val="18"/>
          <w:szCs w:val="18"/>
        </w:rPr>
        <w:t>მიერ</w:t>
      </w:r>
      <w:proofErr w:type="spellEnd"/>
      <w:r w:rsidRPr="00B51957">
        <w:rPr>
          <w:rFonts w:cstheme="majorHAnsi"/>
          <w:sz w:val="18"/>
          <w:szCs w:val="18"/>
        </w:rPr>
        <w:t xml:space="preserve"> </w:t>
      </w:r>
      <w:proofErr w:type="spellStart"/>
      <w:r w:rsidRPr="00B51957">
        <w:rPr>
          <w:rFonts w:ascii="Sylfaen" w:hAnsi="Sylfaen" w:cs="Sylfaen"/>
          <w:sz w:val="18"/>
          <w:szCs w:val="18"/>
        </w:rPr>
        <w:t>წინამდებარე</w:t>
      </w:r>
      <w:proofErr w:type="spellEnd"/>
      <w:r w:rsidRPr="00B51957">
        <w:rPr>
          <w:rFonts w:cstheme="majorHAnsi"/>
          <w:sz w:val="18"/>
          <w:szCs w:val="18"/>
        </w:rPr>
        <w:t xml:space="preserve"> </w:t>
      </w:r>
      <w:proofErr w:type="spellStart"/>
      <w:r w:rsidRPr="00B51957">
        <w:rPr>
          <w:rFonts w:ascii="Sylfaen" w:hAnsi="Sylfaen" w:cs="Sylfaen"/>
          <w:sz w:val="18"/>
          <w:szCs w:val="18"/>
        </w:rPr>
        <w:t>ხელშეკრულების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პირობების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დარღვევად</w:t>
      </w:r>
      <w:proofErr w:type="spellEnd"/>
      <w:r w:rsidRPr="00B51957">
        <w:rPr>
          <w:rFonts w:cstheme="majorHAnsi"/>
          <w:sz w:val="18"/>
          <w:szCs w:val="18"/>
        </w:rPr>
        <w:t>.</w:t>
      </w:r>
    </w:p>
    <w:p w14:paraId="597A2470" w14:textId="410028D5" w:rsidR="002B4E27" w:rsidRPr="002B4E27" w:rsidRDefault="002B4E27" w:rsidP="002B4E27">
      <w:pPr>
        <w:pStyle w:val="ListParagraph"/>
        <w:numPr>
          <w:ilvl w:val="2"/>
          <w:numId w:val="13"/>
        </w:numPr>
        <w:jc w:val="both"/>
        <w:rPr>
          <w:rFonts w:cstheme="majorHAnsi"/>
          <w:sz w:val="18"/>
          <w:szCs w:val="18"/>
        </w:rPr>
      </w:pPr>
      <w:proofErr w:type="spellStart"/>
      <w:r w:rsidRPr="00B51957">
        <w:rPr>
          <w:rFonts w:ascii="Sylfaen" w:hAnsi="Sylfaen" w:cs="Sylfaen"/>
          <w:sz w:val="18"/>
          <w:szCs w:val="18"/>
        </w:rPr>
        <w:t>დამკვეთი</w:t>
      </w:r>
      <w:proofErr w:type="spellEnd"/>
      <w:r w:rsidRPr="00B51957">
        <w:rPr>
          <w:rFonts w:cstheme="majorHAnsi"/>
          <w:sz w:val="18"/>
          <w:szCs w:val="18"/>
        </w:rPr>
        <w:t xml:space="preserve">, </w:t>
      </w:r>
      <w:r>
        <w:rPr>
          <w:rFonts w:ascii="Sylfaen" w:hAnsi="Sylfaen" w:cs="Sylfaen"/>
          <w:sz w:val="18"/>
          <w:szCs w:val="18"/>
          <w:lang w:val="ka-GE"/>
        </w:rPr>
        <w:t>მენარდეს</w:t>
      </w:r>
      <w:r w:rsidRPr="00B51957">
        <w:rPr>
          <w:rFonts w:cstheme="majorHAnsi"/>
          <w:sz w:val="18"/>
          <w:szCs w:val="18"/>
        </w:rPr>
        <w:t xml:space="preserve"> </w:t>
      </w:r>
      <w:proofErr w:type="spellStart"/>
      <w:r w:rsidRPr="00B51957">
        <w:rPr>
          <w:rFonts w:ascii="Sylfaen" w:hAnsi="Sylfaen" w:cs="Sylfaen"/>
          <w:sz w:val="18"/>
          <w:szCs w:val="18"/>
        </w:rPr>
        <w:t>გადაუხდის</w:t>
      </w:r>
      <w:proofErr w:type="spellEnd"/>
      <w:r w:rsidRPr="00B51957">
        <w:rPr>
          <w:rFonts w:cstheme="majorHAnsi"/>
          <w:sz w:val="18"/>
          <w:szCs w:val="18"/>
        </w:rPr>
        <w:t xml:space="preserve"> </w:t>
      </w:r>
      <w:proofErr w:type="spellStart"/>
      <w:r w:rsidRPr="00B51957">
        <w:rPr>
          <w:rFonts w:ascii="Sylfaen" w:hAnsi="Sylfaen" w:cs="Sylfaen"/>
          <w:sz w:val="18"/>
          <w:szCs w:val="18"/>
        </w:rPr>
        <w:t>ხელმოწერით</w:t>
      </w:r>
      <w:proofErr w:type="spellEnd"/>
      <w:r w:rsidRPr="00B51957">
        <w:rPr>
          <w:rFonts w:cstheme="majorHAnsi"/>
          <w:sz w:val="18"/>
          <w:szCs w:val="18"/>
        </w:rPr>
        <w:t xml:space="preserve"> </w:t>
      </w:r>
      <w:proofErr w:type="spellStart"/>
      <w:r w:rsidRPr="00B51957">
        <w:rPr>
          <w:rFonts w:ascii="Sylfaen" w:hAnsi="Sylfaen" w:cs="Sylfaen"/>
          <w:sz w:val="18"/>
          <w:szCs w:val="18"/>
        </w:rPr>
        <w:t>დადასტურებული</w:t>
      </w:r>
      <w:proofErr w:type="spellEnd"/>
      <w:r w:rsidRPr="00B51957">
        <w:rPr>
          <w:rFonts w:cstheme="majorHAnsi"/>
          <w:sz w:val="18"/>
          <w:szCs w:val="18"/>
        </w:rPr>
        <w:t xml:space="preserve"> </w:t>
      </w:r>
      <w:proofErr w:type="spellStart"/>
      <w:r w:rsidRPr="00B51957">
        <w:rPr>
          <w:rFonts w:ascii="Sylfaen" w:hAnsi="Sylfaen" w:cs="Sylfaen"/>
          <w:sz w:val="18"/>
          <w:szCs w:val="18"/>
        </w:rPr>
        <w:t>ფორმა</w:t>
      </w:r>
      <w:proofErr w:type="spellEnd"/>
      <w:r w:rsidRPr="00B51957">
        <w:rPr>
          <w:rFonts w:cstheme="majorHAnsi"/>
          <w:sz w:val="18"/>
          <w:szCs w:val="18"/>
        </w:rPr>
        <w:t xml:space="preserve"> N2-</w:t>
      </w:r>
      <w:r w:rsidRPr="00B51957">
        <w:rPr>
          <w:rFonts w:ascii="Sylfaen" w:hAnsi="Sylfaen" w:cs="Sylfaen"/>
          <w:sz w:val="18"/>
          <w:szCs w:val="18"/>
        </w:rPr>
        <w:t>ით</w:t>
      </w:r>
      <w:r w:rsidRPr="00B51957">
        <w:rPr>
          <w:rFonts w:cstheme="majorHAnsi"/>
          <w:sz w:val="18"/>
          <w:szCs w:val="18"/>
        </w:rPr>
        <w:t xml:space="preserve"> </w:t>
      </w:r>
      <w:proofErr w:type="spellStart"/>
      <w:r w:rsidRPr="00B51957">
        <w:rPr>
          <w:rFonts w:ascii="Sylfaen" w:hAnsi="Sylfaen" w:cs="Sylfaen"/>
          <w:sz w:val="18"/>
          <w:szCs w:val="18"/>
        </w:rPr>
        <w:t>გათვალისწინებულ</w:t>
      </w:r>
      <w:proofErr w:type="spellEnd"/>
      <w:r w:rsidRPr="00B51957">
        <w:rPr>
          <w:rFonts w:cstheme="majorHAnsi"/>
          <w:sz w:val="18"/>
          <w:szCs w:val="18"/>
        </w:rPr>
        <w:t xml:space="preserve"> </w:t>
      </w:r>
      <w:proofErr w:type="spellStart"/>
      <w:r w:rsidRPr="00B51957">
        <w:rPr>
          <w:rFonts w:ascii="Sylfaen" w:hAnsi="Sylfaen" w:cs="Sylfaen"/>
          <w:sz w:val="18"/>
          <w:szCs w:val="18"/>
        </w:rPr>
        <w:t>თანხას</w:t>
      </w:r>
      <w:proofErr w:type="spellEnd"/>
      <w:r w:rsidRPr="00B51957">
        <w:rPr>
          <w:rFonts w:cstheme="majorHAnsi"/>
          <w:sz w:val="18"/>
          <w:szCs w:val="18"/>
        </w:rPr>
        <w:t xml:space="preserve">, 5 </w:t>
      </w:r>
      <w:r>
        <w:rPr>
          <w:rFonts w:ascii="Sylfaen" w:hAnsi="Sylfaen" w:cstheme="majorHAnsi"/>
          <w:sz w:val="18"/>
          <w:szCs w:val="18"/>
          <w:lang w:val="ka-GE"/>
        </w:rPr>
        <w:t>(</w:t>
      </w:r>
      <w:proofErr w:type="spellStart"/>
      <w:r w:rsidRPr="00B51957">
        <w:rPr>
          <w:rFonts w:ascii="Sylfaen" w:hAnsi="Sylfaen" w:cs="Sylfaen"/>
          <w:sz w:val="18"/>
          <w:szCs w:val="18"/>
        </w:rPr>
        <w:t>ხუთი</w:t>
      </w:r>
      <w:proofErr w:type="spellEnd"/>
      <w:r>
        <w:rPr>
          <w:rFonts w:ascii="Sylfaen" w:hAnsi="Sylfaen" w:cs="Sylfaen"/>
          <w:sz w:val="18"/>
          <w:szCs w:val="18"/>
          <w:lang w:val="ka-GE"/>
        </w:rPr>
        <w:t>)</w:t>
      </w:r>
      <w:r w:rsidRPr="00B51957">
        <w:rPr>
          <w:rFonts w:cstheme="majorHAnsi"/>
          <w:sz w:val="18"/>
          <w:szCs w:val="18"/>
        </w:rPr>
        <w:t xml:space="preserve"> % - </w:t>
      </w:r>
      <w:proofErr w:type="spellStart"/>
      <w:r w:rsidRPr="00B51957">
        <w:rPr>
          <w:rFonts w:ascii="Sylfaen" w:hAnsi="Sylfaen" w:cs="Sylfaen"/>
          <w:sz w:val="18"/>
          <w:szCs w:val="18"/>
        </w:rPr>
        <w:t>იანი</w:t>
      </w:r>
      <w:proofErr w:type="spellEnd"/>
      <w:r w:rsidRPr="00B51957">
        <w:rPr>
          <w:rFonts w:cstheme="majorHAnsi"/>
          <w:sz w:val="18"/>
          <w:szCs w:val="18"/>
        </w:rPr>
        <w:t xml:space="preserve"> </w:t>
      </w:r>
      <w:proofErr w:type="spellStart"/>
      <w:r w:rsidRPr="00B51957">
        <w:rPr>
          <w:rFonts w:ascii="Sylfaen" w:hAnsi="Sylfaen" w:cs="Sylfaen"/>
          <w:sz w:val="18"/>
          <w:szCs w:val="18"/>
        </w:rPr>
        <w:t>დაკავებით</w:t>
      </w:r>
      <w:proofErr w:type="spellEnd"/>
      <w:r w:rsidRPr="00B51957">
        <w:rPr>
          <w:rFonts w:cstheme="majorHAnsi"/>
          <w:sz w:val="18"/>
          <w:szCs w:val="18"/>
        </w:rPr>
        <w:t xml:space="preserve"> </w:t>
      </w:r>
      <w:r>
        <w:rPr>
          <w:rFonts w:ascii="Sylfaen" w:hAnsi="Sylfaen" w:cstheme="majorHAnsi"/>
          <w:sz w:val="18"/>
          <w:szCs w:val="18"/>
          <w:lang w:val="ka-GE"/>
        </w:rPr>
        <w:t>(</w:t>
      </w:r>
      <w:proofErr w:type="spellStart"/>
      <w:r w:rsidRPr="00B51957">
        <w:rPr>
          <w:rFonts w:ascii="Sylfaen" w:hAnsi="Sylfaen" w:cs="Sylfaen"/>
          <w:sz w:val="18"/>
          <w:szCs w:val="18"/>
        </w:rPr>
        <w:t>შემდგომში</w:t>
      </w:r>
      <w:proofErr w:type="spellEnd"/>
      <w:r w:rsidRPr="00B51957">
        <w:rPr>
          <w:rFonts w:cstheme="majorHAnsi"/>
          <w:sz w:val="18"/>
          <w:szCs w:val="18"/>
        </w:rPr>
        <w:t xml:space="preserve"> „</w:t>
      </w:r>
      <w:proofErr w:type="spellStart"/>
      <w:r w:rsidRPr="00B51957">
        <w:rPr>
          <w:rFonts w:ascii="Sylfaen" w:hAnsi="Sylfaen" w:cs="Sylfaen"/>
          <w:sz w:val="18"/>
          <w:szCs w:val="18"/>
        </w:rPr>
        <w:t>საგარანტიო</w:t>
      </w:r>
      <w:proofErr w:type="spellEnd"/>
      <w:r w:rsidRPr="00B51957">
        <w:rPr>
          <w:rFonts w:cstheme="majorHAnsi"/>
          <w:sz w:val="18"/>
          <w:szCs w:val="18"/>
        </w:rPr>
        <w:t xml:space="preserve"> </w:t>
      </w:r>
      <w:proofErr w:type="spellStart"/>
      <w:r w:rsidRPr="00B51957">
        <w:rPr>
          <w:rFonts w:ascii="Sylfaen" w:hAnsi="Sylfaen" w:cs="Sylfaen"/>
          <w:sz w:val="18"/>
          <w:szCs w:val="18"/>
        </w:rPr>
        <w:t>თანხა</w:t>
      </w:r>
      <w:proofErr w:type="spellEnd"/>
      <w:r w:rsidRPr="00B51957">
        <w:rPr>
          <w:rFonts w:cstheme="majorHAnsi"/>
          <w:sz w:val="18"/>
          <w:szCs w:val="18"/>
        </w:rPr>
        <w:t>“</w:t>
      </w:r>
      <w:r>
        <w:rPr>
          <w:rFonts w:ascii="Sylfaen" w:hAnsi="Sylfaen" w:cstheme="majorHAnsi"/>
          <w:sz w:val="18"/>
          <w:szCs w:val="18"/>
          <w:lang w:val="ka-GE"/>
        </w:rPr>
        <w:t>)</w:t>
      </w:r>
      <w:r w:rsidRPr="00B51957">
        <w:rPr>
          <w:rFonts w:cstheme="majorHAnsi"/>
          <w:sz w:val="18"/>
          <w:szCs w:val="18"/>
        </w:rPr>
        <w:t xml:space="preserve">, </w:t>
      </w:r>
      <w:proofErr w:type="spellStart"/>
      <w:r w:rsidRPr="00B51957">
        <w:rPr>
          <w:rFonts w:ascii="Sylfaen" w:hAnsi="Sylfaen" w:cs="Sylfaen"/>
          <w:sz w:val="18"/>
          <w:szCs w:val="18"/>
        </w:rPr>
        <w:t>რომლის</w:t>
      </w:r>
      <w:proofErr w:type="spellEnd"/>
      <w:r w:rsidRPr="00B51957">
        <w:rPr>
          <w:rFonts w:cstheme="majorHAnsi"/>
          <w:sz w:val="18"/>
          <w:szCs w:val="18"/>
        </w:rPr>
        <w:t xml:space="preserve"> </w:t>
      </w:r>
      <w:proofErr w:type="spellStart"/>
      <w:r w:rsidRPr="00B51957">
        <w:rPr>
          <w:rFonts w:ascii="Sylfaen" w:hAnsi="Sylfaen" w:cs="Sylfaen"/>
          <w:sz w:val="18"/>
          <w:szCs w:val="18"/>
        </w:rPr>
        <w:t>ჩარიცხვასაც</w:t>
      </w:r>
      <w:proofErr w:type="spellEnd"/>
      <w:r w:rsidRPr="00B51957">
        <w:rPr>
          <w:rFonts w:cstheme="majorHAnsi"/>
          <w:sz w:val="18"/>
          <w:szCs w:val="18"/>
        </w:rPr>
        <w:t xml:space="preserve"> „</w:t>
      </w:r>
      <w:proofErr w:type="spellStart"/>
      <w:r w:rsidRPr="00B51957">
        <w:rPr>
          <w:rFonts w:ascii="Sylfaen" w:hAnsi="Sylfaen" w:cs="Sylfaen"/>
          <w:sz w:val="18"/>
          <w:szCs w:val="18"/>
        </w:rPr>
        <w:t>დამკვეთი</w:t>
      </w:r>
      <w:proofErr w:type="spellEnd"/>
      <w:r w:rsidRPr="00B51957">
        <w:rPr>
          <w:rFonts w:cstheme="majorHAnsi"/>
          <w:sz w:val="18"/>
          <w:szCs w:val="18"/>
        </w:rPr>
        <w:t xml:space="preserve">“ </w:t>
      </w:r>
      <w:proofErr w:type="spellStart"/>
      <w:r w:rsidRPr="00B51957">
        <w:rPr>
          <w:rFonts w:ascii="Sylfaen" w:hAnsi="Sylfaen" w:cs="Sylfaen"/>
          <w:sz w:val="18"/>
          <w:szCs w:val="18"/>
        </w:rPr>
        <w:t>უზრუნველყოფს</w:t>
      </w:r>
      <w:proofErr w:type="spellEnd"/>
      <w:r w:rsidR="00C11791">
        <w:rPr>
          <w:rFonts w:ascii="Sylfaen" w:hAnsi="Sylfaen" w:cs="Sylfaen"/>
          <w:sz w:val="18"/>
          <w:szCs w:val="18"/>
          <w:lang w:val="ka-GE"/>
        </w:rPr>
        <w:t xml:space="preserve"> </w:t>
      </w:r>
      <w:proofErr w:type="spellStart"/>
      <w:r w:rsidR="00C11791" w:rsidRPr="00B51957">
        <w:rPr>
          <w:rFonts w:ascii="Sylfaen" w:hAnsi="Sylfaen" w:cs="Sylfaen"/>
          <w:sz w:val="18"/>
          <w:szCs w:val="18"/>
        </w:rPr>
        <w:t>მხარეთა</w:t>
      </w:r>
      <w:proofErr w:type="spellEnd"/>
      <w:r w:rsidR="00C11791" w:rsidRPr="00B51957">
        <w:rPr>
          <w:rFonts w:cstheme="majorHAnsi"/>
          <w:sz w:val="18"/>
          <w:szCs w:val="18"/>
        </w:rPr>
        <w:t xml:space="preserve"> </w:t>
      </w:r>
      <w:proofErr w:type="spellStart"/>
      <w:r w:rsidR="00C11791" w:rsidRPr="00B51957">
        <w:rPr>
          <w:rFonts w:ascii="Sylfaen" w:hAnsi="Sylfaen" w:cs="Sylfaen"/>
          <w:sz w:val="18"/>
          <w:szCs w:val="18"/>
        </w:rPr>
        <w:t>შორის</w:t>
      </w:r>
      <w:proofErr w:type="spellEnd"/>
      <w:r w:rsidR="00C11791" w:rsidRPr="00B51957">
        <w:rPr>
          <w:rFonts w:cstheme="majorHAnsi"/>
          <w:sz w:val="18"/>
          <w:szCs w:val="18"/>
        </w:rPr>
        <w:t xml:space="preserve"> </w:t>
      </w:r>
      <w:proofErr w:type="spellStart"/>
      <w:r w:rsidR="00C11791" w:rsidRPr="00B51957">
        <w:rPr>
          <w:rFonts w:ascii="Sylfaen" w:hAnsi="Sylfaen" w:cs="Sylfaen"/>
          <w:sz w:val="18"/>
          <w:szCs w:val="18"/>
        </w:rPr>
        <w:t>საბოლოო</w:t>
      </w:r>
      <w:proofErr w:type="spellEnd"/>
      <w:r w:rsidR="00C11791" w:rsidRPr="00B51957">
        <w:rPr>
          <w:rFonts w:cstheme="majorHAnsi"/>
          <w:sz w:val="18"/>
          <w:szCs w:val="18"/>
        </w:rPr>
        <w:t xml:space="preserve"> </w:t>
      </w:r>
      <w:proofErr w:type="spellStart"/>
      <w:r w:rsidR="00C11791" w:rsidRPr="00B51957">
        <w:rPr>
          <w:rFonts w:ascii="Sylfaen" w:hAnsi="Sylfaen" w:cs="Sylfaen"/>
          <w:sz w:val="18"/>
          <w:szCs w:val="18"/>
        </w:rPr>
        <w:t>მიღება</w:t>
      </w:r>
      <w:r w:rsidR="00C11791" w:rsidRPr="00B51957">
        <w:rPr>
          <w:rFonts w:cstheme="majorHAnsi"/>
          <w:sz w:val="18"/>
          <w:szCs w:val="18"/>
        </w:rPr>
        <w:t>-</w:t>
      </w:r>
      <w:r w:rsidR="00C11791" w:rsidRPr="00B51957">
        <w:rPr>
          <w:rFonts w:ascii="Sylfaen" w:hAnsi="Sylfaen" w:cs="Sylfaen"/>
          <w:sz w:val="18"/>
          <w:szCs w:val="18"/>
        </w:rPr>
        <w:t>ჩაბარების</w:t>
      </w:r>
      <w:proofErr w:type="spellEnd"/>
      <w:r w:rsidR="00C11791" w:rsidRPr="00B51957">
        <w:rPr>
          <w:rFonts w:cstheme="majorHAnsi"/>
          <w:sz w:val="18"/>
          <w:szCs w:val="18"/>
        </w:rPr>
        <w:t xml:space="preserve"> </w:t>
      </w:r>
      <w:proofErr w:type="spellStart"/>
      <w:r w:rsidR="00C11791" w:rsidRPr="00B51957">
        <w:rPr>
          <w:rFonts w:ascii="Sylfaen" w:hAnsi="Sylfaen" w:cs="Sylfaen"/>
          <w:sz w:val="18"/>
          <w:szCs w:val="18"/>
        </w:rPr>
        <w:t>აქტის</w:t>
      </w:r>
      <w:proofErr w:type="spellEnd"/>
      <w:r w:rsidR="00C11791" w:rsidRPr="00B51957">
        <w:rPr>
          <w:rFonts w:cstheme="majorHAnsi"/>
          <w:sz w:val="18"/>
          <w:szCs w:val="18"/>
        </w:rPr>
        <w:t xml:space="preserve"> </w:t>
      </w:r>
      <w:proofErr w:type="spellStart"/>
      <w:r w:rsidR="00C11791" w:rsidRPr="00B51957">
        <w:rPr>
          <w:rFonts w:ascii="Sylfaen" w:hAnsi="Sylfaen" w:cs="Sylfaen"/>
          <w:sz w:val="18"/>
          <w:szCs w:val="18"/>
        </w:rPr>
        <w:t>გაფორმებიდან</w:t>
      </w:r>
      <w:proofErr w:type="spellEnd"/>
      <w:r w:rsidR="00C11791" w:rsidRPr="00B51957">
        <w:rPr>
          <w:rFonts w:cstheme="majorHAnsi"/>
          <w:sz w:val="18"/>
          <w:szCs w:val="18"/>
        </w:rPr>
        <w:t xml:space="preserve"> </w:t>
      </w:r>
      <w:r w:rsidR="00C11791">
        <w:rPr>
          <w:rFonts w:ascii="Sylfaen" w:hAnsi="Sylfaen" w:cstheme="majorHAnsi"/>
          <w:sz w:val="18"/>
          <w:szCs w:val="18"/>
          <w:lang w:val="ka-GE"/>
        </w:rPr>
        <w:t>12</w:t>
      </w:r>
      <w:r w:rsidR="00C11791" w:rsidRPr="00B51957">
        <w:rPr>
          <w:rFonts w:cstheme="majorHAnsi"/>
          <w:sz w:val="18"/>
          <w:szCs w:val="18"/>
        </w:rPr>
        <w:t xml:space="preserve"> (</w:t>
      </w:r>
      <w:r w:rsidR="00C11791">
        <w:rPr>
          <w:rFonts w:ascii="Sylfaen" w:hAnsi="Sylfaen" w:cs="Sylfaen"/>
          <w:sz w:val="18"/>
          <w:szCs w:val="18"/>
          <w:lang w:val="ka-GE"/>
        </w:rPr>
        <w:t>თორმეტი</w:t>
      </w:r>
      <w:r w:rsidR="00C11791" w:rsidRPr="00B51957">
        <w:rPr>
          <w:rFonts w:cstheme="majorHAnsi"/>
          <w:sz w:val="18"/>
          <w:szCs w:val="18"/>
        </w:rPr>
        <w:t xml:space="preserve">) </w:t>
      </w:r>
      <w:proofErr w:type="spellStart"/>
      <w:r w:rsidR="00C11791" w:rsidRPr="00B51957">
        <w:rPr>
          <w:rFonts w:ascii="Sylfaen" w:hAnsi="Sylfaen" w:cs="Sylfaen"/>
          <w:sz w:val="18"/>
          <w:szCs w:val="18"/>
        </w:rPr>
        <w:t>კალენდარული</w:t>
      </w:r>
      <w:proofErr w:type="spellEnd"/>
      <w:r w:rsidR="00C11791" w:rsidRPr="00B51957">
        <w:rPr>
          <w:rFonts w:cstheme="majorHAnsi"/>
          <w:sz w:val="18"/>
          <w:szCs w:val="18"/>
        </w:rPr>
        <w:t xml:space="preserve"> </w:t>
      </w:r>
      <w:proofErr w:type="spellStart"/>
      <w:r w:rsidR="00C11791" w:rsidRPr="00B51957">
        <w:rPr>
          <w:rFonts w:ascii="Sylfaen" w:hAnsi="Sylfaen" w:cs="Sylfaen"/>
          <w:sz w:val="18"/>
          <w:szCs w:val="18"/>
        </w:rPr>
        <w:t>თვის</w:t>
      </w:r>
      <w:proofErr w:type="spellEnd"/>
      <w:r w:rsidR="00C11791" w:rsidRPr="00B51957">
        <w:rPr>
          <w:rFonts w:cstheme="majorHAnsi"/>
          <w:sz w:val="18"/>
          <w:szCs w:val="18"/>
        </w:rPr>
        <w:t xml:space="preserve"> </w:t>
      </w:r>
      <w:proofErr w:type="spellStart"/>
      <w:r w:rsidR="00C11791" w:rsidRPr="00B51957">
        <w:rPr>
          <w:rFonts w:ascii="Sylfaen" w:hAnsi="Sylfaen" w:cs="Sylfaen"/>
          <w:sz w:val="18"/>
          <w:szCs w:val="18"/>
        </w:rPr>
        <w:t>ვადაში</w:t>
      </w:r>
      <w:proofErr w:type="spellEnd"/>
      <w:r w:rsidR="00C11791">
        <w:rPr>
          <w:rFonts w:ascii="Sylfaen" w:hAnsi="Sylfaen" w:cs="Sylfaen"/>
          <w:sz w:val="18"/>
          <w:szCs w:val="18"/>
          <w:lang w:val="ka-GE"/>
        </w:rPr>
        <w:t>,</w:t>
      </w:r>
      <w:r>
        <w:rPr>
          <w:rFonts w:ascii="Sylfaen" w:hAnsi="Sylfaen" w:cstheme="majorHAnsi"/>
          <w:sz w:val="18"/>
          <w:szCs w:val="18"/>
          <w:lang w:val="ka-GE"/>
        </w:rPr>
        <w:t xml:space="preserve"> </w:t>
      </w:r>
      <w:proofErr w:type="spellStart"/>
      <w:r w:rsidRPr="00B51957">
        <w:rPr>
          <w:rFonts w:ascii="Sylfaen" w:hAnsi="Sylfaen" w:cs="Sylfaen"/>
          <w:sz w:val="18"/>
          <w:szCs w:val="18"/>
        </w:rPr>
        <w:t>მხოლოდ</w:t>
      </w:r>
      <w:proofErr w:type="spellEnd"/>
      <w:r w:rsidRPr="00B51957">
        <w:rPr>
          <w:rFonts w:cstheme="majorHAnsi"/>
          <w:sz w:val="18"/>
          <w:szCs w:val="18"/>
        </w:rPr>
        <w:t xml:space="preserve"> </w:t>
      </w:r>
      <w:proofErr w:type="spellStart"/>
      <w:r w:rsidRPr="00B51957">
        <w:rPr>
          <w:rFonts w:ascii="Sylfaen" w:hAnsi="Sylfaen" w:cs="Sylfaen"/>
          <w:sz w:val="18"/>
          <w:szCs w:val="18"/>
        </w:rPr>
        <w:t>იმ</w:t>
      </w:r>
      <w:proofErr w:type="spellEnd"/>
      <w:r w:rsidRPr="00B51957">
        <w:rPr>
          <w:rFonts w:cstheme="majorHAnsi"/>
          <w:sz w:val="18"/>
          <w:szCs w:val="18"/>
        </w:rPr>
        <w:t xml:space="preserve"> </w:t>
      </w:r>
      <w:proofErr w:type="spellStart"/>
      <w:r w:rsidRPr="00B51957">
        <w:rPr>
          <w:rFonts w:ascii="Sylfaen" w:hAnsi="Sylfaen" w:cs="Sylfaen"/>
          <w:sz w:val="18"/>
          <w:szCs w:val="18"/>
        </w:rPr>
        <w:t>პირობით</w:t>
      </w:r>
      <w:proofErr w:type="spellEnd"/>
      <w:r w:rsidRPr="00B51957">
        <w:rPr>
          <w:rFonts w:cstheme="majorHAnsi"/>
          <w:sz w:val="18"/>
          <w:szCs w:val="18"/>
        </w:rPr>
        <w:t xml:space="preserve">, </w:t>
      </w:r>
      <w:proofErr w:type="spellStart"/>
      <w:r w:rsidRPr="00B51957">
        <w:rPr>
          <w:rFonts w:ascii="Sylfaen" w:hAnsi="Sylfaen" w:cs="Sylfaen"/>
          <w:sz w:val="18"/>
          <w:szCs w:val="18"/>
        </w:rPr>
        <w:t>თუკი</w:t>
      </w:r>
      <w:proofErr w:type="spellEnd"/>
      <w:r w:rsidRPr="00B51957">
        <w:rPr>
          <w:rFonts w:cstheme="majorHAnsi"/>
          <w:sz w:val="18"/>
          <w:szCs w:val="18"/>
        </w:rPr>
        <w:t xml:space="preserve"> </w:t>
      </w:r>
      <w:proofErr w:type="spellStart"/>
      <w:r w:rsidRPr="00B51957">
        <w:rPr>
          <w:rFonts w:ascii="Sylfaen" w:hAnsi="Sylfaen" w:cs="Sylfaen"/>
          <w:sz w:val="18"/>
          <w:szCs w:val="18"/>
        </w:rPr>
        <w:t>საგარანტიო</w:t>
      </w:r>
      <w:proofErr w:type="spellEnd"/>
      <w:r w:rsidRPr="00B51957">
        <w:rPr>
          <w:rFonts w:cstheme="majorHAnsi"/>
          <w:sz w:val="18"/>
          <w:szCs w:val="18"/>
        </w:rPr>
        <w:t xml:space="preserve"> </w:t>
      </w:r>
      <w:proofErr w:type="spellStart"/>
      <w:r w:rsidRPr="00B51957">
        <w:rPr>
          <w:rFonts w:ascii="Sylfaen" w:hAnsi="Sylfaen" w:cs="Sylfaen"/>
          <w:sz w:val="18"/>
          <w:szCs w:val="18"/>
        </w:rPr>
        <w:t>თანხის</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შესაბამისი</w:t>
      </w:r>
      <w:proofErr w:type="spellEnd"/>
      <w:r w:rsidRPr="00B51957">
        <w:rPr>
          <w:rFonts w:cstheme="majorHAnsi"/>
          <w:sz w:val="18"/>
          <w:szCs w:val="18"/>
        </w:rPr>
        <w:t xml:space="preserve"> </w:t>
      </w:r>
      <w:proofErr w:type="spellStart"/>
      <w:r w:rsidRPr="00B51957">
        <w:rPr>
          <w:rFonts w:ascii="Sylfaen" w:hAnsi="Sylfaen" w:cs="Sylfaen"/>
          <w:sz w:val="18"/>
          <w:szCs w:val="18"/>
        </w:rPr>
        <w:t>ნაწილის</w:t>
      </w:r>
      <w:proofErr w:type="spellEnd"/>
      <w:r w:rsidRPr="00B51957">
        <w:rPr>
          <w:rFonts w:cstheme="majorHAnsi"/>
          <w:sz w:val="18"/>
          <w:szCs w:val="18"/>
        </w:rPr>
        <w:t xml:space="preserve"> </w:t>
      </w:r>
      <w:proofErr w:type="spellStart"/>
      <w:r w:rsidRPr="00B51957">
        <w:rPr>
          <w:rFonts w:ascii="Sylfaen" w:hAnsi="Sylfaen" w:cs="Sylfaen"/>
          <w:sz w:val="18"/>
          <w:szCs w:val="18"/>
        </w:rPr>
        <w:t>დაბრუნების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დროისთვის</w:t>
      </w:r>
      <w:proofErr w:type="spellEnd"/>
      <w:r w:rsidRPr="00B51957">
        <w:rPr>
          <w:rFonts w:cstheme="majorHAnsi"/>
          <w:sz w:val="18"/>
          <w:szCs w:val="18"/>
        </w:rPr>
        <w:t xml:space="preserve"> </w:t>
      </w:r>
      <w:proofErr w:type="spellStart"/>
      <w:r w:rsidRPr="00B51957">
        <w:rPr>
          <w:rFonts w:ascii="Sylfaen" w:hAnsi="Sylfaen" w:cs="Sylfaen"/>
          <w:sz w:val="18"/>
          <w:szCs w:val="18"/>
        </w:rPr>
        <w:t>მენარდის</w:t>
      </w:r>
      <w:proofErr w:type="spellEnd"/>
      <w:r w:rsidRPr="00B51957">
        <w:rPr>
          <w:rFonts w:cstheme="majorHAnsi"/>
          <w:sz w:val="18"/>
          <w:szCs w:val="18"/>
        </w:rPr>
        <w:t xml:space="preserve"> </w:t>
      </w:r>
      <w:proofErr w:type="spellStart"/>
      <w:r w:rsidRPr="00B51957">
        <w:rPr>
          <w:rFonts w:ascii="Sylfaen" w:hAnsi="Sylfaen" w:cs="Sylfaen"/>
          <w:sz w:val="18"/>
          <w:szCs w:val="18"/>
        </w:rPr>
        <w:t>მიერ</w:t>
      </w:r>
      <w:proofErr w:type="spellEnd"/>
      <w:r w:rsidRPr="00B51957">
        <w:rPr>
          <w:rFonts w:cstheme="majorHAnsi"/>
          <w:sz w:val="18"/>
          <w:szCs w:val="18"/>
        </w:rPr>
        <w:t xml:space="preserve"> </w:t>
      </w:r>
      <w:proofErr w:type="spellStart"/>
      <w:r w:rsidRPr="00B51957">
        <w:rPr>
          <w:rFonts w:ascii="Sylfaen" w:hAnsi="Sylfaen" w:cs="Sylfaen"/>
          <w:sz w:val="18"/>
          <w:szCs w:val="18"/>
        </w:rPr>
        <w:t>შესრულებულ</w:t>
      </w:r>
      <w:proofErr w:type="spellEnd"/>
      <w:r w:rsidRPr="00B51957">
        <w:rPr>
          <w:rFonts w:cstheme="majorHAnsi"/>
          <w:sz w:val="18"/>
          <w:szCs w:val="18"/>
        </w:rPr>
        <w:t xml:space="preserve"> </w:t>
      </w:r>
      <w:proofErr w:type="spellStart"/>
      <w:r w:rsidRPr="00B51957">
        <w:rPr>
          <w:rFonts w:ascii="Sylfaen" w:hAnsi="Sylfaen" w:cs="Sylfaen"/>
          <w:sz w:val="18"/>
          <w:szCs w:val="18"/>
        </w:rPr>
        <w:t>სამუშაოებთან</w:t>
      </w:r>
      <w:proofErr w:type="spellEnd"/>
      <w:r w:rsidRPr="00B51957">
        <w:rPr>
          <w:rFonts w:cstheme="majorHAnsi"/>
          <w:sz w:val="18"/>
          <w:szCs w:val="18"/>
        </w:rPr>
        <w:t xml:space="preserve"> </w:t>
      </w:r>
      <w:proofErr w:type="spellStart"/>
      <w:r w:rsidRPr="00B51957">
        <w:rPr>
          <w:rFonts w:ascii="Sylfaen" w:hAnsi="Sylfaen" w:cs="Sylfaen"/>
          <w:sz w:val="18"/>
          <w:szCs w:val="18"/>
        </w:rPr>
        <w:t>დაკავშირებით</w:t>
      </w:r>
      <w:proofErr w:type="spellEnd"/>
      <w:r w:rsidRPr="00B51957">
        <w:rPr>
          <w:rFonts w:cstheme="majorHAnsi"/>
          <w:sz w:val="18"/>
          <w:szCs w:val="18"/>
        </w:rPr>
        <w:t xml:space="preserve"> </w:t>
      </w:r>
      <w:proofErr w:type="spellStart"/>
      <w:r w:rsidRPr="00B51957">
        <w:rPr>
          <w:rFonts w:ascii="Sylfaen" w:hAnsi="Sylfaen" w:cs="Sylfaen"/>
          <w:sz w:val="18"/>
          <w:szCs w:val="18"/>
        </w:rPr>
        <w:t>არ</w:t>
      </w:r>
      <w:proofErr w:type="spellEnd"/>
      <w:r w:rsidRPr="00B51957">
        <w:rPr>
          <w:rFonts w:cstheme="majorHAnsi"/>
          <w:sz w:val="18"/>
          <w:szCs w:val="18"/>
        </w:rPr>
        <w:t xml:space="preserve"> </w:t>
      </w:r>
      <w:proofErr w:type="spellStart"/>
      <w:r w:rsidRPr="00B51957">
        <w:rPr>
          <w:rFonts w:ascii="Sylfaen" w:hAnsi="Sylfaen" w:cs="Sylfaen"/>
          <w:sz w:val="18"/>
          <w:szCs w:val="18"/>
        </w:rPr>
        <w:t>გამოვლინდება</w:t>
      </w:r>
      <w:proofErr w:type="spellEnd"/>
      <w:r w:rsidRPr="00B51957">
        <w:rPr>
          <w:rFonts w:cstheme="majorHAnsi"/>
          <w:sz w:val="18"/>
          <w:szCs w:val="18"/>
        </w:rPr>
        <w:t xml:space="preserve"> </w:t>
      </w:r>
      <w:proofErr w:type="spellStart"/>
      <w:r w:rsidRPr="00B51957">
        <w:rPr>
          <w:rFonts w:ascii="Sylfaen" w:hAnsi="Sylfaen" w:cs="Sylfaen"/>
          <w:sz w:val="18"/>
          <w:szCs w:val="18"/>
        </w:rPr>
        <w:t>რაიმე</w:t>
      </w:r>
      <w:proofErr w:type="spellEnd"/>
      <w:r w:rsidRPr="00B51957">
        <w:rPr>
          <w:rFonts w:cstheme="majorHAnsi"/>
          <w:sz w:val="18"/>
          <w:szCs w:val="18"/>
        </w:rPr>
        <w:t xml:space="preserve"> </w:t>
      </w:r>
      <w:proofErr w:type="spellStart"/>
      <w:r w:rsidRPr="00B51957">
        <w:rPr>
          <w:rFonts w:ascii="Sylfaen" w:hAnsi="Sylfaen" w:cs="Sylfaen"/>
          <w:sz w:val="18"/>
          <w:szCs w:val="18"/>
        </w:rPr>
        <w:t>ნაკლი</w:t>
      </w:r>
      <w:proofErr w:type="spellEnd"/>
      <w:r w:rsidRPr="00B51957">
        <w:rPr>
          <w:rFonts w:cstheme="majorHAnsi"/>
          <w:sz w:val="18"/>
          <w:szCs w:val="18"/>
        </w:rPr>
        <w:t>/</w:t>
      </w:r>
      <w:proofErr w:type="spellStart"/>
      <w:r w:rsidRPr="00B51957">
        <w:rPr>
          <w:rFonts w:ascii="Sylfaen" w:hAnsi="Sylfaen" w:cs="Sylfaen"/>
          <w:sz w:val="18"/>
          <w:szCs w:val="18"/>
        </w:rPr>
        <w:t>ხარვეზი</w:t>
      </w:r>
      <w:proofErr w:type="spellEnd"/>
      <w:r w:rsidRPr="00B51957">
        <w:rPr>
          <w:rFonts w:cstheme="majorHAnsi"/>
          <w:sz w:val="18"/>
          <w:szCs w:val="18"/>
        </w:rPr>
        <w:t xml:space="preserve">, </w:t>
      </w:r>
      <w:proofErr w:type="spellStart"/>
      <w:r w:rsidRPr="00B51957">
        <w:rPr>
          <w:rFonts w:ascii="Sylfaen" w:hAnsi="Sylfaen" w:cs="Sylfaen"/>
          <w:sz w:val="18"/>
          <w:szCs w:val="18"/>
        </w:rPr>
        <w:t>ხოლო</w:t>
      </w:r>
      <w:proofErr w:type="spellEnd"/>
      <w:r w:rsidRPr="00B51957">
        <w:rPr>
          <w:rFonts w:cstheme="majorHAnsi"/>
          <w:sz w:val="18"/>
          <w:szCs w:val="18"/>
        </w:rPr>
        <w:t xml:space="preserve"> </w:t>
      </w:r>
      <w:proofErr w:type="spellStart"/>
      <w:r w:rsidRPr="00B51957">
        <w:rPr>
          <w:rFonts w:ascii="Sylfaen" w:hAnsi="Sylfaen" w:cs="Sylfaen"/>
          <w:sz w:val="18"/>
          <w:szCs w:val="18"/>
        </w:rPr>
        <w:t>ნაკლის</w:t>
      </w:r>
      <w:proofErr w:type="spellEnd"/>
      <w:r w:rsidRPr="00B51957">
        <w:rPr>
          <w:rFonts w:cstheme="majorHAnsi"/>
          <w:sz w:val="18"/>
          <w:szCs w:val="18"/>
        </w:rPr>
        <w:t>/</w:t>
      </w:r>
      <w:proofErr w:type="spellStart"/>
      <w:r w:rsidRPr="00B51957">
        <w:rPr>
          <w:rFonts w:ascii="Sylfaen" w:hAnsi="Sylfaen" w:cs="Sylfaen"/>
          <w:sz w:val="18"/>
          <w:szCs w:val="18"/>
        </w:rPr>
        <w:t>ხარვეზის</w:t>
      </w:r>
      <w:proofErr w:type="spellEnd"/>
      <w:r w:rsidRPr="00B51957">
        <w:rPr>
          <w:rFonts w:cstheme="majorHAnsi"/>
          <w:sz w:val="18"/>
          <w:szCs w:val="18"/>
        </w:rPr>
        <w:t xml:space="preserve"> </w:t>
      </w:r>
      <w:proofErr w:type="spellStart"/>
      <w:r w:rsidRPr="00B51957">
        <w:rPr>
          <w:rFonts w:ascii="Sylfaen" w:hAnsi="Sylfaen" w:cs="Sylfaen"/>
          <w:sz w:val="18"/>
          <w:szCs w:val="18"/>
        </w:rPr>
        <w:t>გამოვლენის</w:t>
      </w:r>
      <w:proofErr w:type="spellEnd"/>
      <w:r w:rsidRPr="00B51957">
        <w:rPr>
          <w:rFonts w:cstheme="majorHAnsi"/>
          <w:sz w:val="18"/>
          <w:szCs w:val="18"/>
        </w:rPr>
        <w:t xml:space="preserve"> </w:t>
      </w:r>
      <w:proofErr w:type="spellStart"/>
      <w:r w:rsidRPr="00B51957">
        <w:rPr>
          <w:rFonts w:ascii="Sylfaen" w:hAnsi="Sylfaen" w:cs="Sylfaen"/>
          <w:sz w:val="18"/>
          <w:szCs w:val="18"/>
        </w:rPr>
        <w:t>შემთხვევაში</w:t>
      </w:r>
      <w:proofErr w:type="spellEnd"/>
      <w:r w:rsidRPr="00B51957">
        <w:rPr>
          <w:rFonts w:cstheme="majorHAnsi"/>
          <w:sz w:val="18"/>
          <w:szCs w:val="18"/>
        </w:rPr>
        <w:t xml:space="preserve">, </w:t>
      </w:r>
      <w:r>
        <w:rPr>
          <w:rFonts w:ascii="Sylfaen" w:hAnsi="Sylfaen" w:cs="Sylfaen"/>
          <w:sz w:val="18"/>
          <w:szCs w:val="18"/>
          <w:lang w:val="ka-GE"/>
        </w:rPr>
        <w:t>მენარდე</w:t>
      </w:r>
      <w:r w:rsidRPr="00B51957">
        <w:rPr>
          <w:rFonts w:cstheme="majorHAnsi"/>
          <w:sz w:val="18"/>
          <w:szCs w:val="18"/>
        </w:rPr>
        <w:t xml:space="preserve"> </w:t>
      </w:r>
      <w:proofErr w:type="spellStart"/>
      <w:r w:rsidRPr="00B51957">
        <w:rPr>
          <w:rFonts w:ascii="Sylfaen" w:hAnsi="Sylfaen" w:cs="Sylfaen"/>
          <w:sz w:val="18"/>
          <w:szCs w:val="18"/>
        </w:rPr>
        <w:t>ვალდებულია</w:t>
      </w:r>
      <w:proofErr w:type="spellEnd"/>
      <w:r w:rsidRPr="00B51957">
        <w:rPr>
          <w:rFonts w:cstheme="majorHAnsi"/>
          <w:sz w:val="18"/>
          <w:szCs w:val="18"/>
        </w:rPr>
        <w:t xml:space="preserve"> </w:t>
      </w:r>
      <w:proofErr w:type="spellStart"/>
      <w:r w:rsidRPr="00B51957">
        <w:rPr>
          <w:rFonts w:ascii="Sylfaen" w:hAnsi="Sylfaen" w:cs="Sylfaen"/>
          <w:sz w:val="18"/>
          <w:szCs w:val="18"/>
        </w:rPr>
        <w:t>ჯერ</w:t>
      </w:r>
      <w:proofErr w:type="spellEnd"/>
      <w:r w:rsidRPr="00B51957">
        <w:rPr>
          <w:rFonts w:cstheme="majorHAnsi"/>
          <w:sz w:val="18"/>
          <w:szCs w:val="18"/>
        </w:rPr>
        <w:t xml:space="preserve"> </w:t>
      </w:r>
      <w:proofErr w:type="spellStart"/>
      <w:r w:rsidRPr="00B51957">
        <w:rPr>
          <w:rFonts w:ascii="Sylfaen" w:hAnsi="Sylfaen" w:cs="Sylfaen"/>
          <w:sz w:val="18"/>
          <w:szCs w:val="18"/>
        </w:rPr>
        <w:t>დაუყოვნებლივ</w:t>
      </w:r>
      <w:proofErr w:type="spellEnd"/>
      <w:r w:rsidRPr="00B51957">
        <w:rPr>
          <w:rFonts w:cstheme="majorHAnsi"/>
          <w:sz w:val="18"/>
          <w:szCs w:val="18"/>
        </w:rPr>
        <w:t xml:space="preserve"> </w:t>
      </w:r>
      <w:proofErr w:type="spellStart"/>
      <w:r w:rsidRPr="00B51957">
        <w:rPr>
          <w:rFonts w:ascii="Sylfaen" w:hAnsi="Sylfaen" w:cs="Sylfaen"/>
          <w:sz w:val="18"/>
          <w:szCs w:val="18"/>
        </w:rPr>
        <w:t>აღმოფხვრას</w:t>
      </w:r>
      <w:proofErr w:type="spellEnd"/>
      <w:r w:rsidRPr="00B51957">
        <w:rPr>
          <w:rFonts w:cstheme="majorHAnsi"/>
          <w:sz w:val="18"/>
          <w:szCs w:val="18"/>
        </w:rPr>
        <w:t xml:space="preserve"> </w:t>
      </w:r>
      <w:proofErr w:type="spellStart"/>
      <w:r w:rsidRPr="00B51957">
        <w:rPr>
          <w:rFonts w:ascii="Sylfaen" w:hAnsi="Sylfaen" w:cs="Sylfaen"/>
          <w:sz w:val="18"/>
          <w:szCs w:val="18"/>
        </w:rPr>
        <w:t>ყოველი</w:t>
      </w:r>
      <w:proofErr w:type="spellEnd"/>
      <w:r w:rsidRPr="00B51957">
        <w:rPr>
          <w:rFonts w:cstheme="majorHAnsi"/>
          <w:sz w:val="18"/>
          <w:szCs w:val="18"/>
        </w:rPr>
        <w:t xml:space="preserve"> </w:t>
      </w:r>
      <w:proofErr w:type="spellStart"/>
      <w:r w:rsidRPr="00B51957">
        <w:rPr>
          <w:rFonts w:ascii="Sylfaen" w:hAnsi="Sylfaen" w:cs="Sylfaen"/>
          <w:sz w:val="18"/>
          <w:szCs w:val="18"/>
        </w:rPr>
        <w:t>ასეთი</w:t>
      </w:r>
      <w:proofErr w:type="spellEnd"/>
      <w:r w:rsidRPr="00B51957">
        <w:rPr>
          <w:rFonts w:cstheme="majorHAnsi"/>
          <w:sz w:val="18"/>
          <w:szCs w:val="18"/>
        </w:rPr>
        <w:t xml:space="preserve"> </w:t>
      </w:r>
      <w:proofErr w:type="spellStart"/>
      <w:r w:rsidRPr="00B51957">
        <w:rPr>
          <w:rFonts w:ascii="Sylfaen" w:hAnsi="Sylfaen" w:cs="Sylfaen"/>
          <w:sz w:val="18"/>
          <w:szCs w:val="18"/>
        </w:rPr>
        <w:t>ნაკლი</w:t>
      </w:r>
      <w:proofErr w:type="spellEnd"/>
      <w:r w:rsidRPr="00B51957">
        <w:rPr>
          <w:rFonts w:cstheme="majorHAnsi"/>
          <w:sz w:val="18"/>
          <w:szCs w:val="18"/>
        </w:rPr>
        <w:t>/</w:t>
      </w:r>
      <w:proofErr w:type="spellStart"/>
      <w:r w:rsidRPr="00B51957">
        <w:rPr>
          <w:rFonts w:ascii="Sylfaen" w:hAnsi="Sylfaen" w:cs="Sylfaen"/>
          <w:sz w:val="18"/>
          <w:szCs w:val="18"/>
        </w:rPr>
        <w:t>ხარვეზი</w:t>
      </w:r>
      <w:proofErr w:type="spellEnd"/>
      <w:r w:rsidRPr="00B51957">
        <w:rPr>
          <w:rFonts w:cstheme="majorHAnsi"/>
          <w:sz w:val="18"/>
          <w:szCs w:val="18"/>
        </w:rPr>
        <w:t xml:space="preserve">, </w:t>
      </w:r>
      <w:proofErr w:type="spellStart"/>
      <w:r w:rsidRPr="00B51957">
        <w:rPr>
          <w:rFonts w:ascii="Sylfaen" w:hAnsi="Sylfaen" w:cs="Sylfaen"/>
          <w:sz w:val="18"/>
          <w:szCs w:val="18"/>
        </w:rPr>
        <w:t>ხოლო</w:t>
      </w:r>
      <w:proofErr w:type="spellEnd"/>
      <w:r w:rsidRPr="00B51957">
        <w:rPr>
          <w:rFonts w:cstheme="majorHAnsi"/>
          <w:sz w:val="18"/>
          <w:szCs w:val="18"/>
        </w:rPr>
        <w:t xml:space="preserve"> </w:t>
      </w:r>
      <w:proofErr w:type="spellStart"/>
      <w:r w:rsidRPr="00B51957">
        <w:rPr>
          <w:rFonts w:ascii="Sylfaen" w:hAnsi="Sylfaen" w:cs="Sylfaen"/>
          <w:sz w:val="18"/>
          <w:szCs w:val="18"/>
        </w:rPr>
        <w:t>აღნიშნულის</w:t>
      </w:r>
      <w:proofErr w:type="spellEnd"/>
      <w:r w:rsidRPr="00B51957">
        <w:rPr>
          <w:rFonts w:cstheme="majorHAnsi"/>
          <w:sz w:val="18"/>
          <w:szCs w:val="18"/>
        </w:rPr>
        <w:t xml:space="preserve"> </w:t>
      </w:r>
      <w:proofErr w:type="spellStart"/>
      <w:r w:rsidRPr="00B51957">
        <w:rPr>
          <w:rFonts w:ascii="Sylfaen" w:hAnsi="Sylfaen" w:cs="Sylfaen"/>
          <w:sz w:val="18"/>
          <w:szCs w:val="18"/>
        </w:rPr>
        <w:t>შემდეგ</w:t>
      </w:r>
      <w:proofErr w:type="spellEnd"/>
      <w:r w:rsidRPr="00B51957">
        <w:rPr>
          <w:rFonts w:cstheme="majorHAnsi"/>
          <w:sz w:val="18"/>
          <w:szCs w:val="18"/>
        </w:rPr>
        <w:t xml:space="preserve"> </w:t>
      </w:r>
      <w:proofErr w:type="spellStart"/>
      <w:r w:rsidRPr="00B51957">
        <w:rPr>
          <w:rFonts w:ascii="Sylfaen" w:hAnsi="Sylfaen" w:cs="Sylfaen"/>
          <w:sz w:val="18"/>
          <w:szCs w:val="18"/>
        </w:rPr>
        <w:t>კი</w:t>
      </w:r>
      <w:proofErr w:type="spellEnd"/>
      <w:r w:rsidRPr="00B51957">
        <w:rPr>
          <w:rFonts w:cstheme="majorHAnsi"/>
          <w:sz w:val="18"/>
          <w:szCs w:val="18"/>
        </w:rPr>
        <w:t xml:space="preserve"> </w:t>
      </w:r>
      <w:proofErr w:type="spellStart"/>
      <w:r w:rsidRPr="00B51957">
        <w:rPr>
          <w:rFonts w:ascii="Sylfaen" w:hAnsi="Sylfaen" w:cs="Sylfaen"/>
          <w:sz w:val="18"/>
          <w:szCs w:val="18"/>
        </w:rPr>
        <w:t>მოხდება</w:t>
      </w:r>
      <w:proofErr w:type="spellEnd"/>
      <w:r w:rsidRPr="00B51957">
        <w:rPr>
          <w:rFonts w:cstheme="majorHAnsi"/>
          <w:sz w:val="18"/>
          <w:szCs w:val="18"/>
        </w:rPr>
        <w:t xml:space="preserve"> </w:t>
      </w:r>
      <w:proofErr w:type="spellStart"/>
      <w:r w:rsidRPr="00B51957">
        <w:rPr>
          <w:rFonts w:ascii="Sylfaen" w:hAnsi="Sylfaen" w:cs="Sylfaen"/>
          <w:sz w:val="18"/>
          <w:szCs w:val="18"/>
        </w:rPr>
        <w:t>დამკვეთის</w:t>
      </w:r>
      <w:proofErr w:type="spellEnd"/>
      <w:r w:rsidRPr="00B51957">
        <w:rPr>
          <w:rFonts w:cstheme="majorHAnsi"/>
          <w:sz w:val="18"/>
          <w:szCs w:val="18"/>
        </w:rPr>
        <w:t xml:space="preserve"> </w:t>
      </w:r>
      <w:proofErr w:type="spellStart"/>
      <w:r w:rsidRPr="00B51957">
        <w:rPr>
          <w:rFonts w:ascii="Sylfaen" w:hAnsi="Sylfaen" w:cs="Sylfaen"/>
          <w:sz w:val="18"/>
          <w:szCs w:val="18"/>
        </w:rPr>
        <w:t>მიერ</w:t>
      </w:r>
      <w:proofErr w:type="spellEnd"/>
      <w:r w:rsidRPr="00B51957">
        <w:rPr>
          <w:rFonts w:cstheme="majorHAnsi"/>
          <w:sz w:val="18"/>
          <w:szCs w:val="18"/>
        </w:rPr>
        <w:t xml:space="preserve"> </w:t>
      </w:r>
      <w:proofErr w:type="spellStart"/>
      <w:r w:rsidRPr="00B51957">
        <w:rPr>
          <w:rFonts w:ascii="Sylfaen" w:hAnsi="Sylfaen" w:cs="Sylfaen"/>
          <w:sz w:val="18"/>
          <w:szCs w:val="18"/>
        </w:rPr>
        <w:t>საგარანტიო</w:t>
      </w:r>
      <w:proofErr w:type="spellEnd"/>
      <w:r w:rsidRPr="00B51957">
        <w:rPr>
          <w:rFonts w:cstheme="majorHAnsi"/>
          <w:sz w:val="18"/>
          <w:szCs w:val="18"/>
        </w:rPr>
        <w:t xml:space="preserve"> </w:t>
      </w:r>
      <w:proofErr w:type="spellStart"/>
      <w:r w:rsidRPr="00B51957">
        <w:rPr>
          <w:rFonts w:ascii="Sylfaen" w:hAnsi="Sylfaen" w:cs="Sylfaen"/>
          <w:sz w:val="18"/>
          <w:szCs w:val="18"/>
        </w:rPr>
        <w:t>თანხის</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შესაბამისი</w:t>
      </w:r>
      <w:proofErr w:type="spellEnd"/>
      <w:r w:rsidRPr="00B51957">
        <w:rPr>
          <w:rFonts w:cstheme="majorHAnsi"/>
          <w:sz w:val="18"/>
          <w:szCs w:val="18"/>
        </w:rPr>
        <w:t xml:space="preserve"> </w:t>
      </w:r>
      <w:proofErr w:type="spellStart"/>
      <w:r w:rsidRPr="00B51957">
        <w:rPr>
          <w:rFonts w:ascii="Sylfaen" w:hAnsi="Sylfaen" w:cs="Sylfaen"/>
          <w:sz w:val="18"/>
          <w:szCs w:val="18"/>
        </w:rPr>
        <w:t>ნაწილის</w:t>
      </w:r>
      <w:proofErr w:type="spellEnd"/>
      <w:r w:rsidRPr="00B51957">
        <w:rPr>
          <w:rFonts w:cstheme="majorHAnsi"/>
          <w:sz w:val="18"/>
          <w:szCs w:val="18"/>
        </w:rPr>
        <w:t xml:space="preserve"> </w:t>
      </w:r>
      <w:proofErr w:type="spellStart"/>
      <w:r w:rsidRPr="00B51957">
        <w:rPr>
          <w:rFonts w:ascii="Sylfaen" w:hAnsi="Sylfaen" w:cs="Sylfaen"/>
          <w:sz w:val="18"/>
          <w:szCs w:val="18"/>
        </w:rPr>
        <w:t>მენარდისათვის</w:t>
      </w:r>
      <w:proofErr w:type="spellEnd"/>
      <w:r w:rsidRPr="00B51957">
        <w:rPr>
          <w:rFonts w:cstheme="majorHAnsi"/>
          <w:sz w:val="18"/>
          <w:szCs w:val="18"/>
        </w:rPr>
        <w:t xml:space="preserve"> </w:t>
      </w:r>
      <w:proofErr w:type="spellStart"/>
      <w:r w:rsidRPr="00B51957">
        <w:rPr>
          <w:rFonts w:ascii="Sylfaen" w:hAnsi="Sylfaen" w:cs="Sylfaen"/>
          <w:sz w:val="18"/>
          <w:szCs w:val="18"/>
        </w:rPr>
        <w:t>დაბრუნება</w:t>
      </w:r>
      <w:proofErr w:type="spellEnd"/>
      <w:r w:rsidRPr="00B51957">
        <w:rPr>
          <w:rFonts w:cstheme="majorHAnsi"/>
          <w:sz w:val="18"/>
          <w:szCs w:val="18"/>
        </w:rPr>
        <w:t xml:space="preserve">. </w:t>
      </w:r>
      <w:proofErr w:type="spellStart"/>
      <w:r w:rsidRPr="00B51957">
        <w:rPr>
          <w:rFonts w:ascii="Sylfaen" w:hAnsi="Sylfaen" w:cs="Sylfaen"/>
          <w:sz w:val="18"/>
          <w:szCs w:val="18"/>
        </w:rPr>
        <w:t>დამკვეთის</w:t>
      </w:r>
      <w:proofErr w:type="spellEnd"/>
      <w:r w:rsidRPr="00B51957">
        <w:rPr>
          <w:rFonts w:cstheme="majorHAnsi"/>
          <w:sz w:val="18"/>
          <w:szCs w:val="18"/>
        </w:rPr>
        <w:t xml:space="preserve"> </w:t>
      </w:r>
      <w:proofErr w:type="spellStart"/>
      <w:r w:rsidRPr="00B51957">
        <w:rPr>
          <w:rFonts w:ascii="Sylfaen" w:hAnsi="Sylfaen" w:cs="Sylfaen"/>
          <w:sz w:val="18"/>
          <w:szCs w:val="18"/>
        </w:rPr>
        <w:t>მიერ</w:t>
      </w:r>
      <w:proofErr w:type="spellEnd"/>
      <w:r w:rsidRPr="00B51957">
        <w:rPr>
          <w:rFonts w:cstheme="majorHAnsi"/>
          <w:sz w:val="18"/>
          <w:szCs w:val="18"/>
        </w:rPr>
        <w:t xml:space="preserve"> </w:t>
      </w:r>
      <w:proofErr w:type="spellStart"/>
      <w:r w:rsidRPr="00B51957">
        <w:rPr>
          <w:rFonts w:ascii="Sylfaen" w:hAnsi="Sylfaen" w:cs="Sylfaen"/>
          <w:sz w:val="18"/>
          <w:szCs w:val="18"/>
        </w:rPr>
        <w:t>მენარდისთვის</w:t>
      </w:r>
      <w:proofErr w:type="spellEnd"/>
      <w:r w:rsidRPr="00B51957">
        <w:rPr>
          <w:rFonts w:cstheme="majorHAnsi"/>
          <w:sz w:val="18"/>
          <w:szCs w:val="18"/>
        </w:rPr>
        <w:t xml:space="preserve"> </w:t>
      </w:r>
      <w:proofErr w:type="spellStart"/>
      <w:r w:rsidRPr="00B51957">
        <w:rPr>
          <w:rFonts w:ascii="Sylfaen" w:hAnsi="Sylfaen" w:cs="Sylfaen"/>
          <w:sz w:val="18"/>
          <w:szCs w:val="18"/>
        </w:rPr>
        <w:t>ვადაზე</w:t>
      </w:r>
      <w:proofErr w:type="spellEnd"/>
      <w:r w:rsidRPr="00B51957">
        <w:rPr>
          <w:rFonts w:cstheme="majorHAnsi"/>
          <w:sz w:val="18"/>
          <w:szCs w:val="18"/>
        </w:rPr>
        <w:t xml:space="preserve"> </w:t>
      </w:r>
      <w:proofErr w:type="spellStart"/>
      <w:r w:rsidRPr="00B51957">
        <w:rPr>
          <w:rFonts w:ascii="Sylfaen" w:hAnsi="Sylfaen" w:cs="Sylfaen"/>
          <w:sz w:val="18"/>
          <w:szCs w:val="18"/>
        </w:rPr>
        <w:t>ადრე</w:t>
      </w:r>
      <w:proofErr w:type="spellEnd"/>
      <w:r w:rsidRPr="00B51957">
        <w:rPr>
          <w:rFonts w:cstheme="majorHAnsi"/>
          <w:sz w:val="18"/>
          <w:szCs w:val="18"/>
        </w:rPr>
        <w:t xml:space="preserve"> „</w:t>
      </w:r>
      <w:proofErr w:type="spellStart"/>
      <w:r w:rsidRPr="00B51957">
        <w:rPr>
          <w:rFonts w:ascii="Sylfaen" w:hAnsi="Sylfaen" w:cs="Sylfaen"/>
          <w:sz w:val="18"/>
          <w:szCs w:val="18"/>
        </w:rPr>
        <w:t>საგარანტიოდ</w:t>
      </w:r>
      <w:proofErr w:type="spellEnd"/>
      <w:r w:rsidRPr="00B51957">
        <w:rPr>
          <w:rFonts w:cstheme="majorHAnsi"/>
          <w:sz w:val="18"/>
          <w:szCs w:val="18"/>
        </w:rPr>
        <w:t xml:space="preserve"> </w:t>
      </w:r>
      <w:proofErr w:type="spellStart"/>
      <w:r w:rsidRPr="00B51957">
        <w:rPr>
          <w:rFonts w:ascii="Sylfaen" w:hAnsi="Sylfaen" w:cs="Sylfaen"/>
          <w:sz w:val="18"/>
          <w:szCs w:val="18"/>
        </w:rPr>
        <w:t>დაკავებული</w:t>
      </w:r>
      <w:proofErr w:type="spellEnd"/>
      <w:r w:rsidRPr="00B51957">
        <w:rPr>
          <w:rFonts w:cstheme="majorHAnsi"/>
          <w:sz w:val="18"/>
          <w:szCs w:val="18"/>
        </w:rPr>
        <w:t xml:space="preserve"> </w:t>
      </w:r>
      <w:proofErr w:type="spellStart"/>
      <w:r w:rsidRPr="00B51957">
        <w:rPr>
          <w:rFonts w:ascii="Sylfaen" w:hAnsi="Sylfaen" w:cs="Sylfaen"/>
          <w:sz w:val="18"/>
          <w:szCs w:val="18"/>
        </w:rPr>
        <w:t>თანხის</w:t>
      </w:r>
      <w:proofErr w:type="spellEnd"/>
      <w:r w:rsidRPr="00B51957">
        <w:rPr>
          <w:rFonts w:cstheme="majorHAnsi"/>
          <w:sz w:val="18"/>
          <w:szCs w:val="18"/>
        </w:rPr>
        <w:t>“</w:t>
      </w:r>
      <w:r>
        <w:rPr>
          <w:rFonts w:ascii="Sylfaen" w:hAnsi="Sylfaen" w:cstheme="majorHAnsi"/>
          <w:sz w:val="18"/>
          <w:szCs w:val="18"/>
          <w:lang w:val="ka-GE"/>
        </w:rPr>
        <w:t xml:space="preserve"> </w:t>
      </w:r>
      <w:proofErr w:type="spellStart"/>
      <w:r w:rsidRPr="00B51957">
        <w:rPr>
          <w:rFonts w:ascii="Sylfaen" w:hAnsi="Sylfaen" w:cs="Sylfaen"/>
          <w:sz w:val="18"/>
          <w:szCs w:val="18"/>
        </w:rPr>
        <w:t>გადახდა</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შესაძლებელია</w:t>
      </w:r>
      <w:proofErr w:type="spellEnd"/>
      <w:r w:rsidRPr="00B51957">
        <w:rPr>
          <w:rFonts w:cstheme="majorHAnsi"/>
          <w:sz w:val="18"/>
          <w:szCs w:val="18"/>
        </w:rPr>
        <w:t xml:space="preserve"> </w:t>
      </w:r>
      <w:proofErr w:type="spellStart"/>
      <w:r w:rsidRPr="00B51957">
        <w:rPr>
          <w:rFonts w:ascii="Sylfaen" w:hAnsi="Sylfaen" w:cs="Sylfaen"/>
          <w:sz w:val="18"/>
          <w:szCs w:val="18"/>
        </w:rPr>
        <w:t>საბანკო</w:t>
      </w:r>
      <w:proofErr w:type="spellEnd"/>
      <w:r w:rsidRPr="00B51957">
        <w:rPr>
          <w:rFonts w:cstheme="majorHAnsi"/>
          <w:sz w:val="18"/>
          <w:szCs w:val="18"/>
        </w:rPr>
        <w:t xml:space="preserve"> </w:t>
      </w:r>
      <w:proofErr w:type="spellStart"/>
      <w:r w:rsidRPr="00B51957">
        <w:rPr>
          <w:rFonts w:ascii="Sylfaen" w:hAnsi="Sylfaen" w:cs="Sylfaen"/>
          <w:sz w:val="18"/>
          <w:szCs w:val="18"/>
        </w:rPr>
        <w:t>გარანტიის</w:t>
      </w:r>
      <w:proofErr w:type="spellEnd"/>
      <w:r w:rsidRPr="00B51957">
        <w:rPr>
          <w:rFonts w:cstheme="majorHAnsi"/>
          <w:sz w:val="18"/>
          <w:szCs w:val="18"/>
        </w:rPr>
        <w:t xml:space="preserve"> </w:t>
      </w:r>
      <w:proofErr w:type="spellStart"/>
      <w:r w:rsidRPr="00B51957">
        <w:rPr>
          <w:rFonts w:ascii="Sylfaen" w:hAnsi="Sylfaen" w:cs="Sylfaen"/>
          <w:sz w:val="18"/>
          <w:szCs w:val="18"/>
        </w:rPr>
        <w:t>წარმოდგენის</w:t>
      </w:r>
      <w:proofErr w:type="spellEnd"/>
      <w:r w:rsidRPr="00B51957">
        <w:rPr>
          <w:rFonts w:cstheme="majorHAnsi"/>
          <w:sz w:val="18"/>
          <w:szCs w:val="18"/>
        </w:rPr>
        <w:t xml:space="preserve"> </w:t>
      </w:r>
      <w:proofErr w:type="spellStart"/>
      <w:r w:rsidRPr="00B51957">
        <w:rPr>
          <w:rFonts w:ascii="Sylfaen" w:hAnsi="Sylfaen" w:cs="Sylfaen"/>
          <w:sz w:val="18"/>
          <w:szCs w:val="18"/>
        </w:rPr>
        <w:t>შემთხვევაში</w:t>
      </w:r>
      <w:proofErr w:type="spellEnd"/>
      <w:r w:rsidRPr="00B51957">
        <w:rPr>
          <w:rFonts w:cstheme="majorHAnsi"/>
          <w:sz w:val="18"/>
          <w:szCs w:val="18"/>
        </w:rPr>
        <w:t xml:space="preserve">, </w:t>
      </w:r>
      <w:proofErr w:type="spellStart"/>
      <w:r w:rsidRPr="00B51957">
        <w:rPr>
          <w:rFonts w:ascii="Sylfaen" w:hAnsi="Sylfaen" w:cs="Sylfaen"/>
          <w:sz w:val="18"/>
          <w:szCs w:val="18"/>
        </w:rPr>
        <w:t>რომლის</w:t>
      </w:r>
      <w:proofErr w:type="spellEnd"/>
      <w:r w:rsidRPr="00B51957">
        <w:rPr>
          <w:rFonts w:cstheme="majorHAnsi"/>
          <w:sz w:val="18"/>
          <w:szCs w:val="18"/>
        </w:rPr>
        <w:t xml:space="preserve"> </w:t>
      </w:r>
      <w:proofErr w:type="spellStart"/>
      <w:r w:rsidRPr="00B51957">
        <w:rPr>
          <w:rFonts w:ascii="Sylfaen" w:hAnsi="Sylfaen" w:cs="Sylfaen"/>
          <w:sz w:val="18"/>
          <w:szCs w:val="18"/>
        </w:rPr>
        <w:t>მოქმედების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ვადა</w:t>
      </w:r>
      <w:proofErr w:type="spellEnd"/>
      <w:r w:rsidRPr="00B51957">
        <w:rPr>
          <w:rFonts w:cstheme="majorHAnsi"/>
          <w:sz w:val="18"/>
          <w:szCs w:val="18"/>
        </w:rPr>
        <w:t xml:space="preserve"> </w:t>
      </w:r>
      <w:proofErr w:type="spellStart"/>
      <w:r w:rsidRPr="00B51957">
        <w:rPr>
          <w:rFonts w:ascii="Sylfaen" w:hAnsi="Sylfaen" w:cs="Sylfaen"/>
          <w:sz w:val="18"/>
          <w:szCs w:val="18"/>
        </w:rPr>
        <w:t>არანაკლებ</w:t>
      </w:r>
      <w:proofErr w:type="spellEnd"/>
      <w:r w:rsidRPr="00B51957">
        <w:rPr>
          <w:rFonts w:cstheme="majorHAnsi"/>
          <w:sz w:val="18"/>
          <w:szCs w:val="18"/>
        </w:rPr>
        <w:t xml:space="preserve"> 30 </w:t>
      </w:r>
      <w:r>
        <w:rPr>
          <w:rFonts w:ascii="Sylfaen" w:hAnsi="Sylfaen" w:cstheme="majorHAnsi"/>
          <w:sz w:val="18"/>
          <w:szCs w:val="18"/>
          <w:lang w:val="ka-GE"/>
        </w:rPr>
        <w:t>(</w:t>
      </w:r>
      <w:proofErr w:type="spellStart"/>
      <w:r w:rsidRPr="00B51957">
        <w:rPr>
          <w:rFonts w:ascii="Sylfaen" w:hAnsi="Sylfaen" w:cs="Sylfaen"/>
          <w:sz w:val="18"/>
          <w:szCs w:val="18"/>
        </w:rPr>
        <w:t>ოცდაათი</w:t>
      </w:r>
      <w:proofErr w:type="spellEnd"/>
      <w:r>
        <w:rPr>
          <w:rFonts w:ascii="Sylfaen" w:hAnsi="Sylfaen" w:cstheme="majorHAnsi"/>
          <w:sz w:val="18"/>
          <w:szCs w:val="18"/>
          <w:lang w:val="ka-GE"/>
        </w:rPr>
        <w:t>)</w:t>
      </w:r>
      <w:r w:rsidRPr="00B51957">
        <w:rPr>
          <w:rFonts w:cstheme="majorHAnsi"/>
          <w:sz w:val="18"/>
          <w:szCs w:val="18"/>
        </w:rPr>
        <w:t xml:space="preserve"> </w:t>
      </w:r>
      <w:proofErr w:type="spellStart"/>
      <w:r w:rsidRPr="00B51957">
        <w:rPr>
          <w:rFonts w:ascii="Sylfaen" w:hAnsi="Sylfaen" w:cs="Sylfaen"/>
          <w:sz w:val="18"/>
          <w:szCs w:val="18"/>
        </w:rPr>
        <w:t>კალენდარული</w:t>
      </w:r>
      <w:proofErr w:type="spellEnd"/>
      <w:r w:rsidRPr="00B51957">
        <w:rPr>
          <w:rFonts w:cstheme="majorHAnsi"/>
          <w:sz w:val="18"/>
          <w:szCs w:val="18"/>
        </w:rPr>
        <w:t xml:space="preserve"> </w:t>
      </w:r>
      <w:proofErr w:type="spellStart"/>
      <w:r w:rsidRPr="00B51957">
        <w:rPr>
          <w:rFonts w:ascii="Sylfaen" w:hAnsi="Sylfaen" w:cs="Sylfaen"/>
          <w:sz w:val="18"/>
          <w:szCs w:val="18"/>
        </w:rPr>
        <w:t>დღით</w:t>
      </w:r>
      <w:proofErr w:type="spellEnd"/>
      <w:r w:rsidRPr="00B51957">
        <w:rPr>
          <w:rFonts w:cstheme="majorHAnsi"/>
          <w:sz w:val="18"/>
          <w:szCs w:val="18"/>
        </w:rPr>
        <w:t xml:space="preserve"> </w:t>
      </w:r>
      <w:proofErr w:type="spellStart"/>
      <w:r w:rsidRPr="00B51957">
        <w:rPr>
          <w:rFonts w:ascii="Sylfaen" w:hAnsi="Sylfaen" w:cs="Sylfaen"/>
          <w:sz w:val="18"/>
          <w:szCs w:val="18"/>
        </w:rPr>
        <w:t>უნდა</w:t>
      </w:r>
      <w:proofErr w:type="spellEnd"/>
      <w:r w:rsidRPr="00B51957">
        <w:rPr>
          <w:rFonts w:cstheme="majorHAnsi"/>
          <w:sz w:val="18"/>
          <w:szCs w:val="18"/>
        </w:rPr>
        <w:t xml:space="preserve"> </w:t>
      </w:r>
      <w:proofErr w:type="spellStart"/>
      <w:r w:rsidRPr="00B51957">
        <w:rPr>
          <w:rFonts w:ascii="Sylfaen" w:hAnsi="Sylfaen" w:cs="Sylfaen"/>
          <w:sz w:val="18"/>
          <w:szCs w:val="18"/>
        </w:rPr>
        <w:t>აღემატებოდეს</w:t>
      </w:r>
      <w:proofErr w:type="spellEnd"/>
      <w:r w:rsidRPr="00B51957">
        <w:rPr>
          <w:rFonts w:cstheme="majorHAnsi"/>
          <w:sz w:val="18"/>
          <w:szCs w:val="18"/>
        </w:rPr>
        <w:t xml:space="preserve"> „</w:t>
      </w:r>
      <w:proofErr w:type="spellStart"/>
      <w:r w:rsidRPr="00B51957">
        <w:rPr>
          <w:rFonts w:ascii="Sylfaen" w:hAnsi="Sylfaen" w:cs="Sylfaen"/>
          <w:sz w:val="18"/>
          <w:szCs w:val="18"/>
        </w:rPr>
        <w:t>საგარანტიოდ</w:t>
      </w:r>
      <w:proofErr w:type="spellEnd"/>
      <w:r w:rsidRPr="00B51957">
        <w:rPr>
          <w:rFonts w:cstheme="majorHAnsi"/>
          <w:sz w:val="18"/>
          <w:szCs w:val="18"/>
        </w:rPr>
        <w:t xml:space="preserve"> </w:t>
      </w:r>
      <w:proofErr w:type="spellStart"/>
      <w:r w:rsidRPr="00B51957">
        <w:rPr>
          <w:rFonts w:ascii="Sylfaen" w:hAnsi="Sylfaen" w:cs="Sylfaen"/>
          <w:sz w:val="18"/>
          <w:szCs w:val="18"/>
        </w:rPr>
        <w:t>დაკავებული</w:t>
      </w:r>
      <w:proofErr w:type="spellEnd"/>
      <w:r w:rsidRPr="00B51957">
        <w:rPr>
          <w:rFonts w:cstheme="majorHAnsi"/>
          <w:sz w:val="18"/>
          <w:szCs w:val="18"/>
        </w:rPr>
        <w:t xml:space="preserve"> </w:t>
      </w:r>
      <w:proofErr w:type="spellStart"/>
      <w:r w:rsidRPr="00B51957">
        <w:rPr>
          <w:rFonts w:ascii="Sylfaen" w:hAnsi="Sylfaen" w:cs="Sylfaen"/>
          <w:sz w:val="18"/>
          <w:szCs w:val="18"/>
        </w:rPr>
        <w:t>თანხის</w:t>
      </w:r>
      <w:proofErr w:type="spellEnd"/>
      <w:r w:rsidRPr="00B51957">
        <w:rPr>
          <w:rFonts w:cstheme="majorHAnsi"/>
          <w:sz w:val="18"/>
          <w:szCs w:val="18"/>
        </w:rPr>
        <w:t xml:space="preserve">“ </w:t>
      </w:r>
      <w:proofErr w:type="spellStart"/>
      <w:r w:rsidRPr="00B51957">
        <w:rPr>
          <w:rFonts w:ascii="Sylfaen" w:hAnsi="Sylfaen" w:cs="Sylfaen"/>
          <w:sz w:val="18"/>
          <w:szCs w:val="18"/>
        </w:rPr>
        <w:t>გადახდის</w:t>
      </w:r>
      <w:proofErr w:type="spellEnd"/>
      <w:r w:rsidRPr="00B51957">
        <w:rPr>
          <w:rFonts w:cstheme="majorHAnsi"/>
          <w:sz w:val="18"/>
          <w:szCs w:val="18"/>
        </w:rPr>
        <w:t xml:space="preserve"> </w:t>
      </w:r>
      <w:proofErr w:type="spellStart"/>
      <w:r w:rsidRPr="00B51957">
        <w:rPr>
          <w:rFonts w:ascii="Sylfaen" w:hAnsi="Sylfaen" w:cs="Sylfaen"/>
          <w:sz w:val="18"/>
          <w:szCs w:val="18"/>
        </w:rPr>
        <w:t>საბოლოო</w:t>
      </w:r>
      <w:proofErr w:type="spellEnd"/>
      <w:r w:rsidRPr="00B51957">
        <w:rPr>
          <w:rFonts w:cstheme="majorHAnsi"/>
          <w:sz w:val="18"/>
          <w:szCs w:val="18"/>
        </w:rPr>
        <w:t xml:space="preserve"> </w:t>
      </w:r>
      <w:proofErr w:type="spellStart"/>
      <w:r w:rsidRPr="00B51957">
        <w:rPr>
          <w:rFonts w:ascii="Sylfaen" w:hAnsi="Sylfaen" w:cs="Sylfaen"/>
          <w:sz w:val="18"/>
          <w:szCs w:val="18"/>
        </w:rPr>
        <w:t>ვადას</w:t>
      </w:r>
      <w:proofErr w:type="spellEnd"/>
      <w:r w:rsidRPr="00B51957">
        <w:rPr>
          <w:rFonts w:cstheme="majorHAnsi"/>
          <w:sz w:val="18"/>
          <w:szCs w:val="18"/>
        </w:rPr>
        <w:t>;</w:t>
      </w:r>
    </w:p>
    <w:p w14:paraId="4F9BA0C8" w14:textId="77777777" w:rsidR="005C33B5" w:rsidRPr="008D2F5B" w:rsidRDefault="005C33B5" w:rsidP="005C33B5">
      <w:pPr>
        <w:pStyle w:val="ListParagraph"/>
        <w:numPr>
          <w:ilvl w:val="2"/>
          <w:numId w:val="13"/>
        </w:numPr>
        <w:jc w:val="both"/>
        <w:rPr>
          <w:rFonts w:cstheme="majorHAnsi"/>
          <w:sz w:val="18"/>
          <w:szCs w:val="18"/>
        </w:rPr>
      </w:pPr>
      <w:r w:rsidRPr="008D2F5B">
        <w:rPr>
          <w:rFonts w:ascii="Sylfaen" w:hAnsi="Sylfaen" w:cs="Sylfaen"/>
          <w:bCs/>
          <w:sz w:val="18"/>
          <w:szCs w:val="18"/>
          <w:lang w:val="ka-GE"/>
        </w:rPr>
        <w:t>მენარდე</w:t>
      </w:r>
      <w:r w:rsidRPr="008D2F5B">
        <w:rPr>
          <w:rFonts w:ascii="Sylfaen" w:hAnsi="Sylfaen"/>
          <w:sz w:val="18"/>
          <w:szCs w:val="18"/>
        </w:rPr>
        <w:t xml:space="preserve"> </w:t>
      </w:r>
      <w:proofErr w:type="spellStart"/>
      <w:r w:rsidRPr="008D2F5B">
        <w:rPr>
          <w:rFonts w:ascii="Sylfaen" w:hAnsi="Sylfaen"/>
          <w:sz w:val="18"/>
          <w:szCs w:val="18"/>
        </w:rPr>
        <w:t>ვალდებულია</w:t>
      </w:r>
      <w:proofErr w:type="spellEnd"/>
      <w:r w:rsidRPr="008D2F5B">
        <w:rPr>
          <w:rFonts w:ascii="Sylfaen" w:hAnsi="Sylfaen"/>
          <w:sz w:val="18"/>
          <w:szCs w:val="18"/>
        </w:rPr>
        <w:t xml:space="preserve"> </w:t>
      </w:r>
      <w:r w:rsidRPr="008D2F5B">
        <w:rPr>
          <w:rFonts w:ascii="Sylfaen" w:hAnsi="Sylfaen"/>
          <w:bCs/>
          <w:sz w:val="18"/>
          <w:szCs w:val="18"/>
          <w:lang w:val="ka-GE"/>
        </w:rPr>
        <w:t>დამკვეთს</w:t>
      </w:r>
      <w:r w:rsidRPr="008D2F5B">
        <w:rPr>
          <w:rFonts w:ascii="Sylfaen" w:hAnsi="Sylfaen"/>
          <w:sz w:val="18"/>
          <w:szCs w:val="18"/>
          <w:lang w:val="ka-GE"/>
        </w:rPr>
        <w:t xml:space="preserve"> წარუდგინოს სამუშაოთა შესრულების უპირობო, გამოუთხოვადი</w:t>
      </w:r>
      <w:r w:rsidRPr="008D2F5B">
        <w:rPr>
          <w:rFonts w:ascii="Sylfaen" w:hAnsi="Sylfaen"/>
          <w:sz w:val="18"/>
          <w:szCs w:val="18"/>
        </w:rPr>
        <w:t xml:space="preserve"> </w:t>
      </w:r>
      <w:proofErr w:type="spellStart"/>
      <w:r w:rsidRPr="008D2F5B">
        <w:rPr>
          <w:rFonts w:ascii="Sylfaen" w:hAnsi="Sylfaen"/>
          <w:sz w:val="18"/>
          <w:szCs w:val="18"/>
        </w:rPr>
        <w:t>საბანკო</w:t>
      </w:r>
      <w:proofErr w:type="spellEnd"/>
      <w:r w:rsidRPr="008D2F5B">
        <w:rPr>
          <w:rFonts w:ascii="Sylfaen" w:hAnsi="Sylfaen"/>
          <w:sz w:val="18"/>
          <w:szCs w:val="18"/>
        </w:rPr>
        <w:t xml:space="preserve"> </w:t>
      </w:r>
      <w:proofErr w:type="spellStart"/>
      <w:r w:rsidRPr="008D2F5B">
        <w:rPr>
          <w:rFonts w:ascii="Sylfaen" w:hAnsi="Sylfaen"/>
          <w:sz w:val="18"/>
          <w:szCs w:val="18"/>
        </w:rPr>
        <w:t>გარანტია</w:t>
      </w:r>
      <w:proofErr w:type="spellEnd"/>
      <w:r w:rsidRPr="008D2F5B">
        <w:rPr>
          <w:rFonts w:ascii="Sylfaen" w:hAnsi="Sylfaen"/>
          <w:sz w:val="18"/>
          <w:szCs w:val="18"/>
        </w:rPr>
        <w:t xml:space="preserve">, </w:t>
      </w:r>
      <w:proofErr w:type="spellStart"/>
      <w:r w:rsidRPr="008D2F5B">
        <w:rPr>
          <w:rFonts w:ascii="Sylfaen" w:hAnsi="Sylfaen"/>
          <w:sz w:val="18"/>
          <w:szCs w:val="18"/>
        </w:rPr>
        <w:t>ხელშეკრულების</w:t>
      </w:r>
      <w:proofErr w:type="spellEnd"/>
      <w:r w:rsidRPr="008D2F5B">
        <w:rPr>
          <w:rFonts w:ascii="Sylfaen" w:hAnsi="Sylfaen"/>
          <w:sz w:val="18"/>
          <w:szCs w:val="18"/>
        </w:rPr>
        <w:t xml:space="preserve"> </w:t>
      </w:r>
      <w:proofErr w:type="spellStart"/>
      <w:r w:rsidRPr="008D2F5B">
        <w:rPr>
          <w:rFonts w:ascii="Sylfaen" w:hAnsi="Sylfaen"/>
          <w:sz w:val="18"/>
          <w:szCs w:val="18"/>
        </w:rPr>
        <w:t>ღირებულების</w:t>
      </w:r>
      <w:proofErr w:type="spellEnd"/>
      <w:r w:rsidRPr="008D2F5B">
        <w:rPr>
          <w:rFonts w:ascii="Sylfaen" w:hAnsi="Sylfaen"/>
          <w:sz w:val="18"/>
          <w:szCs w:val="18"/>
        </w:rPr>
        <w:t xml:space="preserve"> 10%-</w:t>
      </w:r>
      <w:r w:rsidRPr="008D2F5B">
        <w:rPr>
          <w:rFonts w:ascii="Sylfaen" w:hAnsi="Sylfaen"/>
          <w:sz w:val="18"/>
          <w:szCs w:val="18"/>
          <w:lang w:val="ka-GE"/>
        </w:rPr>
        <w:t>ი</w:t>
      </w:r>
      <w:r w:rsidRPr="008D2F5B">
        <w:rPr>
          <w:rFonts w:ascii="Sylfaen" w:hAnsi="Sylfaen"/>
          <w:sz w:val="18"/>
          <w:szCs w:val="18"/>
        </w:rPr>
        <w:t xml:space="preserve">ს </w:t>
      </w:r>
      <w:r w:rsidRPr="008D2F5B">
        <w:rPr>
          <w:rFonts w:ascii="Sylfaen" w:hAnsi="Sylfaen"/>
          <w:sz w:val="18"/>
          <w:szCs w:val="18"/>
          <w:lang w:val="ka-GE"/>
        </w:rPr>
        <w:t>ოდენობით,</w:t>
      </w:r>
      <w:r w:rsidRPr="008D2F5B">
        <w:rPr>
          <w:rFonts w:ascii="Sylfaen" w:hAnsi="Sylfaen"/>
          <w:sz w:val="18"/>
          <w:szCs w:val="18"/>
        </w:rPr>
        <w:t xml:space="preserve"> </w:t>
      </w:r>
      <w:proofErr w:type="spellStart"/>
      <w:r w:rsidRPr="008D2F5B">
        <w:rPr>
          <w:rFonts w:ascii="Sylfaen" w:hAnsi="Sylfaen"/>
          <w:sz w:val="18"/>
          <w:szCs w:val="18"/>
        </w:rPr>
        <w:t>რომლი</w:t>
      </w:r>
      <w:proofErr w:type="spellEnd"/>
      <w:r w:rsidRPr="008D2F5B">
        <w:rPr>
          <w:rFonts w:ascii="Sylfaen" w:hAnsi="Sylfaen"/>
          <w:sz w:val="18"/>
          <w:szCs w:val="18"/>
          <w:lang w:val="ka-GE"/>
        </w:rPr>
        <w:t>ს</w:t>
      </w:r>
      <w:r w:rsidRPr="008D2F5B">
        <w:rPr>
          <w:rFonts w:ascii="Sylfaen" w:hAnsi="Sylfaen"/>
          <w:sz w:val="18"/>
          <w:szCs w:val="18"/>
        </w:rPr>
        <w:t xml:space="preserve"> </w:t>
      </w:r>
      <w:proofErr w:type="spellStart"/>
      <w:r w:rsidRPr="008D2F5B">
        <w:rPr>
          <w:rFonts w:ascii="Sylfaen" w:hAnsi="Sylfaen"/>
          <w:sz w:val="18"/>
          <w:szCs w:val="18"/>
        </w:rPr>
        <w:lastRenderedPageBreak/>
        <w:t>მოქმედებ</w:t>
      </w:r>
      <w:proofErr w:type="spellEnd"/>
      <w:r w:rsidRPr="008D2F5B">
        <w:rPr>
          <w:rFonts w:ascii="Sylfaen" w:hAnsi="Sylfaen"/>
          <w:sz w:val="18"/>
          <w:szCs w:val="18"/>
          <w:lang w:val="ka-GE"/>
        </w:rPr>
        <w:t>ი</w:t>
      </w:r>
      <w:r w:rsidRPr="008D2F5B">
        <w:rPr>
          <w:rFonts w:ascii="Sylfaen" w:hAnsi="Sylfaen"/>
          <w:sz w:val="18"/>
          <w:szCs w:val="18"/>
        </w:rPr>
        <w:t xml:space="preserve">ს </w:t>
      </w:r>
      <w:proofErr w:type="spellStart"/>
      <w:r w:rsidRPr="008D2F5B">
        <w:rPr>
          <w:rFonts w:ascii="Sylfaen" w:hAnsi="Sylfaen"/>
          <w:sz w:val="18"/>
          <w:szCs w:val="18"/>
        </w:rPr>
        <w:t>ვად</w:t>
      </w:r>
      <w:proofErr w:type="spellEnd"/>
      <w:r w:rsidRPr="008D2F5B">
        <w:rPr>
          <w:rFonts w:ascii="Sylfaen" w:hAnsi="Sylfaen"/>
          <w:sz w:val="18"/>
          <w:szCs w:val="18"/>
          <w:lang w:val="ka-GE"/>
        </w:rPr>
        <w:t>ა</w:t>
      </w:r>
      <w:r>
        <w:rPr>
          <w:rFonts w:ascii="Sylfaen" w:hAnsi="Sylfaen"/>
          <w:sz w:val="18"/>
          <w:szCs w:val="18"/>
          <w:lang w:val="ka-GE"/>
        </w:rPr>
        <w:t xml:space="preserve"> </w:t>
      </w:r>
      <w:r w:rsidRPr="008D2F5B">
        <w:rPr>
          <w:rFonts w:ascii="Sylfaen" w:hAnsi="Sylfaen"/>
          <w:sz w:val="18"/>
          <w:szCs w:val="18"/>
          <w:lang w:val="ka-GE"/>
        </w:rPr>
        <w:t>მინიმუმ 30 კალენდარული დღით უნდა აღემატებოდეს ხელშეკრულებით შეთანხმებულ საშემსრულებლო ვადას.</w:t>
      </w:r>
    </w:p>
    <w:p w14:paraId="0AB89DBF" w14:textId="75BC8A7C" w:rsidR="00B51957" w:rsidRPr="00B51957" w:rsidRDefault="00B51957" w:rsidP="00185C20">
      <w:pPr>
        <w:pStyle w:val="ListParagraph"/>
        <w:ind w:left="1080"/>
        <w:jc w:val="both"/>
        <w:rPr>
          <w:rFonts w:cstheme="majorHAnsi"/>
          <w:sz w:val="18"/>
          <w:szCs w:val="18"/>
        </w:rPr>
      </w:pPr>
    </w:p>
    <w:p w14:paraId="1153EFD0" w14:textId="07989B06" w:rsidR="004B6084" w:rsidRPr="00B53E64" w:rsidRDefault="00A74260" w:rsidP="00185C20">
      <w:pPr>
        <w:pStyle w:val="ListParagraph"/>
        <w:numPr>
          <w:ilvl w:val="1"/>
          <w:numId w:val="13"/>
        </w:numPr>
        <w:jc w:val="both"/>
        <w:rPr>
          <w:rFonts w:cstheme="majorHAnsi"/>
          <w:b/>
          <w:bCs/>
          <w:sz w:val="20"/>
          <w:szCs w:val="20"/>
        </w:rPr>
      </w:pPr>
      <w:proofErr w:type="spellStart"/>
      <w:r w:rsidRPr="00B51957">
        <w:rPr>
          <w:rFonts w:ascii="Sylfaen" w:hAnsi="Sylfaen" w:cs="Sylfaen"/>
          <w:b/>
          <w:bCs/>
          <w:sz w:val="20"/>
          <w:szCs w:val="20"/>
        </w:rPr>
        <w:t>სამუშაოს</w:t>
      </w:r>
      <w:proofErr w:type="spellEnd"/>
      <w:r w:rsidRPr="00B51957">
        <w:rPr>
          <w:rFonts w:cstheme="majorHAnsi"/>
          <w:b/>
          <w:bCs/>
          <w:sz w:val="20"/>
          <w:szCs w:val="20"/>
        </w:rPr>
        <w:t xml:space="preserve"> </w:t>
      </w:r>
      <w:proofErr w:type="spellStart"/>
      <w:r w:rsidRPr="00B51957">
        <w:rPr>
          <w:rFonts w:ascii="Sylfaen" w:hAnsi="Sylfaen" w:cs="Sylfaen"/>
          <w:b/>
          <w:bCs/>
          <w:sz w:val="20"/>
          <w:szCs w:val="20"/>
        </w:rPr>
        <w:t>წარმოებისა</w:t>
      </w:r>
      <w:proofErr w:type="spellEnd"/>
      <w:r w:rsidRPr="00B51957">
        <w:rPr>
          <w:rFonts w:cstheme="majorHAnsi"/>
          <w:b/>
          <w:bCs/>
          <w:sz w:val="20"/>
          <w:szCs w:val="20"/>
        </w:rPr>
        <w:t xml:space="preserve"> </w:t>
      </w:r>
      <w:proofErr w:type="spellStart"/>
      <w:r w:rsidRPr="00B51957">
        <w:rPr>
          <w:rFonts w:ascii="Sylfaen" w:hAnsi="Sylfaen" w:cs="Sylfaen"/>
          <w:b/>
          <w:bCs/>
          <w:sz w:val="20"/>
          <w:szCs w:val="20"/>
        </w:rPr>
        <w:t>და</w:t>
      </w:r>
      <w:proofErr w:type="spellEnd"/>
      <w:r w:rsidRPr="00B51957">
        <w:rPr>
          <w:rFonts w:cstheme="majorHAnsi"/>
          <w:b/>
          <w:bCs/>
          <w:sz w:val="20"/>
          <w:szCs w:val="20"/>
        </w:rPr>
        <w:t xml:space="preserve"> </w:t>
      </w:r>
      <w:proofErr w:type="spellStart"/>
      <w:r w:rsidRPr="00B51957">
        <w:rPr>
          <w:rFonts w:ascii="Sylfaen" w:hAnsi="Sylfaen" w:cs="Sylfaen"/>
          <w:b/>
          <w:bCs/>
          <w:sz w:val="20"/>
          <w:szCs w:val="20"/>
        </w:rPr>
        <w:t>სამუშაოს</w:t>
      </w:r>
      <w:proofErr w:type="spellEnd"/>
      <w:r w:rsidRPr="00B51957">
        <w:rPr>
          <w:rFonts w:cstheme="majorHAnsi"/>
          <w:b/>
          <w:bCs/>
          <w:sz w:val="20"/>
          <w:szCs w:val="20"/>
        </w:rPr>
        <w:t xml:space="preserve"> </w:t>
      </w:r>
      <w:proofErr w:type="spellStart"/>
      <w:r w:rsidRPr="00B51957">
        <w:rPr>
          <w:rFonts w:ascii="Sylfaen" w:hAnsi="Sylfaen" w:cs="Sylfaen"/>
          <w:b/>
          <w:bCs/>
          <w:sz w:val="20"/>
          <w:szCs w:val="20"/>
        </w:rPr>
        <w:t>მიღების</w:t>
      </w:r>
      <w:proofErr w:type="spellEnd"/>
      <w:r w:rsidRPr="00B51957">
        <w:rPr>
          <w:rFonts w:cstheme="majorHAnsi"/>
          <w:b/>
          <w:bCs/>
          <w:sz w:val="20"/>
          <w:szCs w:val="20"/>
        </w:rPr>
        <w:t xml:space="preserve"> </w:t>
      </w:r>
      <w:proofErr w:type="spellStart"/>
      <w:r w:rsidRPr="00B51957">
        <w:rPr>
          <w:rFonts w:ascii="Sylfaen" w:hAnsi="Sylfaen" w:cs="Sylfaen"/>
          <w:b/>
          <w:bCs/>
          <w:sz w:val="20"/>
          <w:szCs w:val="20"/>
        </w:rPr>
        <w:t>წესი</w:t>
      </w:r>
      <w:proofErr w:type="spellEnd"/>
    </w:p>
    <w:p w14:paraId="39CE098D" w14:textId="1C941F48" w:rsidR="00B53E64" w:rsidRPr="00A009C6" w:rsidRDefault="00B53E64" w:rsidP="00B53E64">
      <w:pPr>
        <w:pStyle w:val="ListParagraph"/>
        <w:numPr>
          <w:ilvl w:val="2"/>
          <w:numId w:val="13"/>
        </w:numPr>
        <w:rPr>
          <w:rFonts w:cstheme="majorHAnsi"/>
          <w:sz w:val="18"/>
          <w:szCs w:val="18"/>
        </w:rPr>
      </w:pPr>
      <w:proofErr w:type="spellStart"/>
      <w:r w:rsidRPr="00A009C6">
        <w:rPr>
          <w:rFonts w:ascii="Sylfaen" w:hAnsi="Sylfaen" w:cs="Sylfaen"/>
          <w:sz w:val="18"/>
          <w:szCs w:val="18"/>
        </w:rPr>
        <w:t>კონსტრუქციის</w:t>
      </w:r>
      <w:proofErr w:type="spellEnd"/>
      <w:r w:rsidRPr="00A009C6">
        <w:rPr>
          <w:rFonts w:cstheme="majorHAnsi"/>
          <w:sz w:val="18"/>
          <w:szCs w:val="18"/>
        </w:rPr>
        <w:t xml:space="preserve"> </w:t>
      </w:r>
      <w:proofErr w:type="spellStart"/>
      <w:r w:rsidRPr="00A009C6">
        <w:rPr>
          <w:rFonts w:ascii="Sylfaen" w:hAnsi="Sylfaen" w:cs="Sylfaen"/>
          <w:sz w:val="18"/>
          <w:szCs w:val="18"/>
        </w:rPr>
        <w:t>ბეტონირებამდე</w:t>
      </w:r>
      <w:proofErr w:type="spellEnd"/>
      <w:r w:rsidRPr="00A009C6">
        <w:rPr>
          <w:rFonts w:cstheme="majorHAnsi"/>
          <w:sz w:val="18"/>
          <w:szCs w:val="18"/>
        </w:rPr>
        <w:t xml:space="preserve"> </w:t>
      </w:r>
      <w:proofErr w:type="spellStart"/>
      <w:r w:rsidRPr="00A009C6">
        <w:rPr>
          <w:rFonts w:ascii="Sylfaen" w:hAnsi="Sylfaen" w:cs="Sylfaen"/>
          <w:sz w:val="18"/>
          <w:szCs w:val="18"/>
        </w:rPr>
        <w:t>მინიმუმ</w:t>
      </w:r>
      <w:proofErr w:type="spellEnd"/>
      <w:r w:rsidRPr="00A009C6">
        <w:rPr>
          <w:rFonts w:cstheme="majorHAnsi"/>
          <w:sz w:val="18"/>
          <w:szCs w:val="18"/>
        </w:rPr>
        <w:t xml:space="preserve"> 2 (</w:t>
      </w:r>
      <w:proofErr w:type="spellStart"/>
      <w:r w:rsidRPr="00A009C6">
        <w:rPr>
          <w:rFonts w:ascii="Sylfaen" w:hAnsi="Sylfaen" w:cs="Sylfaen"/>
          <w:sz w:val="18"/>
          <w:szCs w:val="18"/>
        </w:rPr>
        <w:t>ორი</w:t>
      </w:r>
      <w:proofErr w:type="spellEnd"/>
      <w:r w:rsidRPr="00A009C6">
        <w:rPr>
          <w:rFonts w:cstheme="majorHAnsi"/>
          <w:sz w:val="18"/>
          <w:szCs w:val="18"/>
        </w:rPr>
        <w:t xml:space="preserve">) </w:t>
      </w:r>
      <w:proofErr w:type="spellStart"/>
      <w:r w:rsidRPr="00A009C6">
        <w:rPr>
          <w:rFonts w:ascii="Sylfaen" w:hAnsi="Sylfaen" w:cs="Sylfaen"/>
          <w:sz w:val="18"/>
          <w:szCs w:val="18"/>
        </w:rPr>
        <w:t>კალენდარული</w:t>
      </w:r>
      <w:proofErr w:type="spellEnd"/>
      <w:r w:rsidRPr="00A009C6">
        <w:rPr>
          <w:rFonts w:cstheme="majorHAnsi"/>
          <w:sz w:val="18"/>
          <w:szCs w:val="18"/>
        </w:rPr>
        <w:t xml:space="preserve"> </w:t>
      </w:r>
      <w:proofErr w:type="spellStart"/>
      <w:r w:rsidRPr="00A009C6">
        <w:rPr>
          <w:rFonts w:ascii="Sylfaen" w:hAnsi="Sylfaen" w:cs="Sylfaen"/>
          <w:sz w:val="18"/>
          <w:szCs w:val="18"/>
        </w:rPr>
        <w:t>დღით</w:t>
      </w:r>
      <w:proofErr w:type="spellEnd"/>
      <w:r w:rsidRPr="00A009C6">
        <w:rPr>
          <w:rFonts w:cstheme="majorHAnsi"/>
          <w:sz w:val="18"/>
          <w:szCs w:val="18"/>
        </w:rPr>
        <w:t xml:space="preserve"> </w:t>
      </w:r>
      <w:proofErr w:type="spellStart"/>
      <w:r w:rsidRPr="00A009C6">
        <w:rPr>
          <w:rFonts w:ascii="Sylfaen" w:hAnsi="Sylfaen" w:cs="Sylfaen"/>
          <w:sz w:val="18"/>
          <w:szCs w:val="18"/>
        </w:rPr>
        <w:t>ადრე</w:t>
      </w:r>
      <w:proofErr w:type="spellEnd"/>
      <w:r w:rsidRPr="00A009C6">
        <w:rPr>
          <w:rFonts w:cstheme="majorHAnsi"/>
          <w:sz w:val="18"/>
          <w:szCs w:val="18"/>
        </w:rPr>
        <w:t xml:space="preserve"> </w:t>
      </w:r>
      <w:r>
        <w:rPr>
          <w:rFonts w:ascii="Sylfaen" w:hAnsi="Sylfaen" w:cs="Sylfaen"/>
          <w:sz w:val="18"/>
          <w:szCs w:val="18"/>
          <w:lang w:val="ka-GE"/>
        </w:rPr>
        <w:t>მენარდე</w:t>
      </w:r>
      <w:r w:rsidRPr="00A009C6">
        <w:rPr>
          <w:rFonts w:cstheme="majorHAnsi"/>
          <w:sz w:val="18"/>
          <w:szCs w:val="18"/>
        </w:rPr>
        <w:t xml:space="preserve"> </w:t>
      </w:r>
      <w:proofErr w:type="spellStart"/>
      <w:r w:rsidRPr="00A009C6">
        <w:rPr>
          <w:rFonts w:ascii="Sylfaen" w:hAnsi="Sylfaen" w:cs="Sylfaen"/>
          <w:sz w:val="18"/>
          <w:szCs w:val="18"/>
        </w:rPr>
        <w:t>ვალდებულია</w:t>
      </w:r>
      <w:proofErr w:type="spellEnd"/>
      <w:r w:rsidRPr="00A009C6">
        <w:rPr>
          <w:rFonts w:cstheme="majorHAnsi"/>
          <w:sz w:val="18"/>
          <w:szCs w:val="18"/>
        </w:rPr>
        <w:t xml:space="preserve"> </w:t>
      </w:r>
      <w:proofErr w:type="spellStart"/>
      <w:r w:rsidRPr="00A009C6">
        <w:rPr>
          <w:rFonts w:ascii="Sylfaen" w:hAnsi="Sylfaen" w:cs="Sylfaen"/>
          <w:sz w:val="18"/>
          <w:szCs w:val="18"/>
        </w:rPr>
        <w:t>შეატყობინოს</w:t>
      </w:r>
      <w:proofErr w:type="spellEnd"/>
      <w:r w:rsidRPr="00A009C6">
        <w:rPr>
          <w:rFonts w:cstheme="majorHAnsi"/>
          <w:sz w:val="18"/>
          <w:szCs w:val="18"/>
        </w:rPr>
        <w:t xml:space="preserve"> </w:t>
      </w:r>
      <w:proofErr w:type="spellStart"/>
      <w:r w:rsidRPr="00A009C6">
        <w:rPr>
          <w:rFonts w:ascii="Sylfaen" w:hAnsi="Sylfaen" w:cs="Sylfaen"/>
          <w:sz w:val="18"/>
          <w:szCs w:val="18"/>
        </w:rPr>
        <w:t>დამკვეთს</w:t>
      </w:r>
      <w:proofErr w:type="spellEnd"/>
      <w:r w:rsidRPr="00A009C6">
        <w:rPr>
          <w:rFonts w:cstheme="majorHAnsi"/>
          <w:sz w:val="18"/>
          <w:szCs w:val="18"/>
        </w:rPr>
        <w:t xml:space="preserve"> </w:t>
      </w:r>
      <w:proofErr w:type="spellStart"/>
      <w:r w:rsidRPr="00A009C6">
        <w:rPr>
          <w:rFonts w:ascii="Sylfaen" w:hAnsi="Sylfaen" w:cs="Sylfaen"/>
          <w:sz w:val="18"/>
          <w:szCs w:val="18"/>
        </w:rPr>
        <w:t>არმირების</w:t>
      </w:r>
      <w:proofErr w:type="spellEnd"/>
      <w:r w:rsidRPr="00A009C6">
        <w:rPr>
          <w:rFonts w:cstheme="majorHAnsi"/>
          <w:sz w:val="18"/>
          <w:szCs w:val="18"/>
        </w:rPr>
        <w:t xml:space="preserve"> </w:t>
      </w:r>
      <w:proofErr w:type="spellStart"/>
      <w:r w:rsidRPr="00A009C6">
        <w:rPr>
          <w:rFonts w:ascii="Sylfaen" w:hAnsi="Sylfaen" w:cs="Sylfaen"/>
          <w:sz w:val="18"/>
          <w:szCs w:val="18"/>
        </w:rPr>
        <w:t>და</w:t>
      </w:r>
      <w:proofErr w:type="spellEnd"/>
      <w:r w:rsidRPr="00A009C6">
        <w:rPr>
          <w:rFonts w:cstheme="majorHAnsi"/>
          <w:sz w:val="18"/>
          <w:szCs w:val="18"/>
        </w:rPr>
        <w:t xml:space="preserve"> </w:t>
      </w:r>
      <w:proofErr w:type="spellStart"/>
      <w:r w:rsidRPr="00A009C6">
        <w:rPr>
          <w:rFonts w:ascii="Sylfaen" w:hAnsi="Sylfaen" w:cs="Sylfaen"/>
          <w:sz w:val="18"/>
          <w:szCs w:val="18"/>
        </w:rPr>
        <w:t>საყალიბე</w:t>
      </w:r>
      <w:proofErr w:type="spellEnd"/>
      <w:r w:rsidRPr="00A009C6">
        <w:rPr>
          <w:rFonts w:cstheme="majorHAnsi"/>
          <w:sz w:val="18"/>
          <w:szCs w:val="18"/>
        </w:rPr>
        <w:t xml:space="preserve"> </w:t>
      </w:r>
      <w:proofErr w:type="spellStart"/>
      <w:r w:rsidRPr="00A009C6">
        <w:rPr>
          <w:rFonts w:ascii="Sylfaen" w:hAnsi="Sylfaen" w:cs="Sylfaen"/>
          <w:sz w:val="18"/>
          <w:szCs w:val="18"/>
        </w:rPr>
        <w:t>სისტემის</w:t>
      </w:r>
      <w:proofErr w:type="spellEnd"/>
      <w:r w:rsidRPr="00A009C6">
        <w:rPr>
          <w:rFonts w:cstheme="majorHAnsi"/>
          <w:sz w:val="18"/>
          <w:szCs w:val="18"/>
        </w:rPr>
        <w:t xml:space="preserve"> </w:t>
      </w:r>
      <w:proofErr w:type="spellStart"/>
      <w:r w:rsidRPr="00A009C6">
        <w:rPr>
          <w:rFonts w:ascii="Sylfaen" w:hAnsi="Sylfaen" w:cs="Sylfaen"/>
          <w:sz w:val="18"/>
          <w:szCs w:val="18"/>
        </w:rPr>
        <w:t>სრული</w:t>
      </w:r>
      <w:proofErr w:type="spellEnd"/>
      <w:r w:rsidRPr="00A009C6">
        <w:rPr>
          <w:rFonts w:cstheme="majorHAnsi"/>
          <w:sz w:val="18"/>
          <w:szCs w:val="18"/>
        </w:rPr>
        <w:t xml:space="preserve"> </w:t>
      </w:r>
      <w:proofErr w:type="spellStart"/>
      <w:r w:rsidRPr="00A009C6">
        <w:rPr>
          <w:rFonts w:ascii="Sylfaen" w:hAnsi="Sylfaen" w:cs="Sylfaen"/>
          <w:sz w:val="18"/>
          <w:szCs w:val="18"/>
        </w:rPr>
        <w:t>მზადყოფნის</w:t>
      </w:r>
      <w:proofErr w:type="spellEnd"/>
      <w:r w:rsidRPr="00A009C6">
        <w:rPr>
          <w:rFonts w:cstheme="majorHAnsi"/>
          <w:sz w:val="18"/>
          <w:szCs w:val="18"/>
        </w:rPr>
        <w:t xml:space="preserve"> </w:t>
      </w:r>
      <w:proofErr w:type="spellStart"/>
      <w:r w:rsidRPr="00A009C6">
        <w:rPr>
          <w:rFonts w:ascii="Sylfaen" w:hAnsi="Sylfaen" w:cs="Sylfaen"/>
          <w:sz w:val="18"/>
          <w:szCs w:val="18"/>
        </w:rPr>
        <w:t>და</w:t>
      </w:r>
      <w:proofErr w:type="spellEnd"/>
      <w:r w:rsidRPr="00A009C6">
        <w:rPr>
          <w:rFonts w:cstheme="majorHAnsi"/>
          <w:sz w:val="18"/>
          <w:szCs w:val="18"/>
        </w:rPr>
        <w:t xml:space="preserve"> </w:t>
      </w:r>
      <w:proofErr w:type="spellStart"/>
      <w:r w:rsidRPr="00A009C6">
        <w:rPr>
          <w:rFonts w:ascii="Sylfaen" w:hAnsi="Sylfaen" w:cs="Sylfaen"/>
          <w:sz w:val="18"/>
          <w:szCs w:val="18"/>
        </w:rPr>
        <w:t>ბეტონირების</w:t>
      </w:r>
      <w:proofErr w:type="spellEnd"/>
      <w:r w:rsidRPr="00A009C6">
        <w:rPr>
          <w:rFonts w:cstheme="majorHAnsi"/>
          <w:sz w:val="18"/>
          <w:szCs w:val="18"/>
        </w:rPr>
        <w:t xml:space="preserve"> </w:t>
      </w:r>
      <w:proofErr w:type="spellStart"/>
      <w:r w:rsidRPr="00A009C6">
        <w:rPr>
          <w:rFonts w:ascii="Sylfaen" w:hAnsi="Sylfaen" w:cs="Sylfaen"/>
          <w:sz w:val="18"/>
          <w:szCs w:val="18"/>
        </w:rPr>
        <w:t>დაგეგმილი</w:t>
      </w:r>
      <w:proofErr w:type="spellEnd"/>
      <w:r w:rsidRPr="00A009C6">
        <w:rPr>
          <w:rFonts w:cstheme="majorHAnsi"/>
          <w:sz w:val="18"/>
          <w:szCs w:val="18"/>
        </w:rPr>
        <w:t xml:space="preserve"> </w:t>
      </w:r>
      <w:proofErr w:type="spellStart"/>
      <w:r w:rsidRPr="00A009C6">
        <w:rPr>
          <w:rFonts w:ascii="Sylfaen" w:hAnsi="Sylfaen" w:cs="Sylfaen"/>
          <w:sz w:val="18"/>
          <w:szCs w:val="18"/>
        </w:rPr>
        <w:t>თარიღის</w:t>
      </w:r>
      <w:proofErr w:type="spellEnd"/>
      <w:r w:rsidRPr="00A009C6">
        <w:rPr>
          <w:rFonts w:cstheme="majorHAnsi"/>
          <w:sz w:val="18"/>
          <w:szCs w:val="18"/>
        </w:rPr>
        <w:t xml:space="preserve"> </w:t>
      </w:r>
      <w:proofErr w:type="spellStart"/>
      <w:r w:rsidRPr="00A009C6">
        <w:rPr>
          <w:rFonts w:ascii="Sylfaen" w:hAnsi="Sylfaen" w:cs="Sylfaen"/>
          <w:sz w:val="18"/>
          <w:szCs w:val="18"/>
        </w:rPr>
        <w:t>შესახებ</w:t>
      </w:r>
      <w:proofErr w:type="spellEnd"/>
      <w:r w:rsidRPr="00A009C6">
        <w:rPr>
          <w:rFonts w:cstheme="majorHAnsi"/>
          <w:sz w:val="18"/>
          <w:szCs w:val="18"/>
        </w:rPr>
        <w:t>.</w:t>
      </w:r>
    </w:p>
    <w:p w14:paraId="30512730" w14:textId="7F0F0B74" w:rsidR="00B53E64" w:rsidRDefault="00B53E64" w:rsidP="00B53E64">
      <w:pPr>
        <w:pStyle w:val="ListParagraph"/>
        <w:numPr>
          <w:ilvl w:val="2"/>
          <w:numId w:val="13"/>
        </w:numPr>
        <w:rPr>
          <w:rFonts w:cstheme="majorHAnsi"/>
          <w:sz w:val="18"/>
          <w:szCs w:val="18"/>
        </w:rPr>
      </w:pPr>
      <w:proofErr w:type="spellStart"/>
      <w:r w:rsidRPr="00B51957">
        <w:rPr>
          <w:rFonts w:ascii="Sylfaen" w:hAnsi="Sylfaen" w:cs="Sylfaen"/>
          <w:sz w:val="18"/>
          <w:szCs w:val="18"/>
        </w:rPr>
        <w:t>დამკვეთი</w:t>
      </w:r>
      <w:proofErr w:type="spellEnd"/>
      <w:r w:rsidRPr="00B51957">
        <w:rPr>
          <w:rFonts w:cstheme="majorHAnsi"/>
          <w:sz w:val="18"/>
          <w:szCs w:val="18"/>
        </w:rPr>
        <w:t xml:space="preserve"> </w:t>
      </w:r>
      <w:proofErr w:type="spellStart"/>
      <w:r w:rsidRPr="00B51957">
        <w:rPr>
          <w:rFonts w:ascii="Sylfaen" w:hAnsi="Sylfaen" w:cs="Sylfaen"/>
          <w:sz w:val="18"/>
          <w:szCs w:val="18"/>
        </w:rPr>
        <w:t>ან</w:t>
      </w:r>
      <w:proofErr w:type="spellEnd"/>
      <w:r w:rsidRPr="00B51957">
        <w:rPr>
          <w:rFonts w:cstheme="majorHAnsi"/>
          <w:sz w:val="18"/>
          <w:szCs w:val="18"/>
        </w:rPr>
        <w:t xml:space="preserve"> </w:t>
      </w:r>
      <w:proofErr w:type="spellStart"/>
      <w:r w:rsidRPr="00B51957">
        <w:rPr>
          <w:rFonts w:ascii="Sylfaen" w:hAnsi="Sylfaen" w:cs="Sylfaen"/>
          <w:sz w:val="18"/>
          <w:szCs w:val="18"/>
        </w:rPr>
        <w:t>მისი</w:t>
      </w:r>
      <w:proofErr w:type="spellEnd"/>
      <w:r w:rsidRPr="00B51957">
        <w:rPr>
          <w:rFonts w:cstheme="majorHAnsi"/>
          <w:sz w:val="18"/>
          <w:szCs w:val="18"/>
        </w:rPr>
        <w:t xml:space="preserve"> </w:t>
      </w:r>
      <w:proofErr w:type="spellStart"/>
      <w:r w:rsidRPr="00B51957">
        <w:rPr>
          <w:rFonts w:ascii="Sylfaen" w:hAnsi="Sylfaen" w:cs="Sylfaen"/>
          <w:sz w:val="18"/>
          <w:szCs w:val="18"/>
        </w:rPr>
        <w:t>წარმომადგენელი</w:t>
      </w:r>
      <w:proofErr w:type="spellEnd"/>
      <w:r w:rsidRPr="00B51957">
        <w:rPr>
          <w:rFonts w:cstheme="majorHAnsi"/>
          <w:sz w:val="18"/>
          <w:szCs w:val="18"/>
        </w:rPr>
        <w:t xml:space="preserve"> </w:t>
      </w:r>
      <w:proofErr w:type="spellStart"/>
      <w:r w:rsidRPr="00B51957">
        <w:rPr>
          <w:rFonts w:ascii="Sylfaen" w:hAnsi="Sylfaen" w:cs="Sylfaen"/>
          <w:sz w:val="18"/>
          <w:szCs w:val="18"/>
        </w:rPr>
        <w:t>უზრუნველყოფს</w:t>
      </w:r>
      <w:proofErr w:type="spellEnd"/>
      <w:r w:rsidRPr="00B51957">
        <w:rPr>
          <w:rFonts w:cstheme="majorHAnsi"/>
          <w:sz w:val="18"/>
          <w:szCs w:val="18"/>
        </w:rPr>
        <w:t xml:space="preserve"> </w:t>
      </w:r>
      <w:proofErr w:type="spellStart"/>
      <w:r w:rsidRPr="00B51957">
        <w:rPr>
          <w:rFonts w:ascii="Sylfaen" w:hAnsi="Sylfaen" w:cs="Sylfaen"/>
          <w:sz w:val="18"/>
          <w:szCs w:val="18"/>
        </w:rPr>
        <w:t>კონსტრუქციის</w:t>
      </w:r>
      <w:proofErr w:type="spellEnd"/>
      <w:r w:rsidRPr="00B51957">
        <w:rPr>
          <w:rFonts w:cstheme="majorHAnsi"/>
          <w:sz w:val="18"/>
          <w:szCs w:val="18"/>
        </w:rPr>
        <w:t xml:space="preserve"> </w:t>
      </w:r>
      <w:proofErr w:type="spellStart"/>
      <w:r w:rsidRPr="00B51957">
        <w:rPr>
          <w:rFonts w:ascii="Sylfaen" w:hAnsi="Sylfaen" w:cs="Sylfaen"/>
          <w:sz w:val="18"/>
          <w:szCs w:val="18"/>
        </w:rPr>
        <w:t>არმირების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პროექტთან</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შესაბამისობის</w:t>
      </w:r>
      <w:proofErr w:type="spellEnd"/>
      <w:r w:rsidRPr="00B51957">
        <w:rPr>
          <w:rFonts w:cstheme="majorHAnsi"/>
          <w:sz w:val="18"/>
          <w:szCs w:val="18"/>
        </w:rPr>
        <w:t xml:space="preserve"> </w:t>
      </w:r>
      <w:proofErr w:type="spellStart"/>
      <w:r w:rsidRPr="00B51957">
        <w:rPr>
          <w:rFonts w:ascii="Sylfaen" w:hAnsi="Sylfaen" w:cs="Sylfaen"/>
          <w:sz w:val="18"/>
          <w:szCs w:val="18"/>
        </w:rPr>
        <w:t>შემოწმებას</w:t>
      </w:r>
      <w:proofErr w:type="spellEnd"/>
      <w:r w:rsidRPr="00B51957">
        <w:rPr>
          <w:rFonts w:cstheme="majorHAnsi"/>
          <w:sz w:val="18"/>
          <w:szCs w:val="18"/>
        </w:rPr>
        <w:t xml:space="preserve"> 4.3.1. </w:t>
      </w:r>
      <w:proofErr w:type="spellStart"/>
      <w:r w:rsidRPr="00B51957">
        <w:rPr>
          <w:rFonts w:ascii="Sylfaen" w:hAnsi="Sylfaen" w:cs="Sylfaen"/>
          <w:sz w:val="18"/>
          <w:szCs w:val="18"/>
        </w:rPr>
        <w:t>მუხლით</w:t>
      </w:r>
      <w:proofErr w:type="spellEnd"/>
      <w:r w:rsidRPr="00B51957">
        <w:rPr>
          <w:rFonts w:cstheme="majorHAnsi"/>
          <w:sz w:val="18"/>
          <w:szCs w:val="18"/>
        </w:rPr>
        <w:t xml:space="preserve"> </w:t>
      </w:r>
      <w:proofErr w:type="spellStart"/>
      <w:r w:rsidRPr="00B51957">
        <w:rPr>
          <w:rFonts w:ascii="Sylfaen" w:hAnsi="Sylfaen" w:cs="Sylfaen"/>
          <w:sz w:val="18"/>
          <w:szCs w:val="18"/>
        </w:rPr>
        <w:t>გათვალისწინებული</w:t>
      </w:r>
      <w:proofErr w:type="spellEnd"/>
      <w:r w:rsidRPr="00B51957">
        <w:rPr>
          <w:rFonts w:cstheme="majorHAnsi"/>
          <w:sz w:val="18"/>
          <w:szCs w:val="18"/>
        </w:rPr>
        <w:t xml:space="preserve"> </w:t>
      </w:r>
      <w:proofErr w:type="spellStart"/>
      <w:r w:rsidRPr="00B51957">
        <w:rPr>
          <w:rFonts w:ascii="Sylfaen" w:hAnsi="Sylfaen" w:cs="Sylfaen"/>
          <w:sz w:val="18"/>
          <w:szCs w:val="18"/>
        </w:rPr>
        <w:t>შეტყობინების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მიღებიდან</w:t>
      </w:r>
      <w:proofErr w:type="spellEnd"/>
      <w:r w:rsidRPr="00B51957">
        <w:rPr>
          <w:rFonts w:cstheme="majorHAnsi"/>
          <w:sz w:val="18"/>
          <w:szCs w:val="18"/>
        </w:rPr>
        <w:t xml:space="preserve"> </w:t>
      </w:r>
      <w:proofErr w:type="spellStart"/>
      <w:r w:rsidRPr="00B51957">
        <w:rPr>
          <w:rFonts w:ascii="Sylfaen" w:hAnsi="Sylfaen" w:cs="Sylfaen"/>
          <w:sz w:val="18"/>
          <w:szCs w:val="18"/>
        </w:rPr>
        <w:t>არაუგვიანეს</w:t>
      </w:r>
      <w:proofErr w:type="spellEnd"/>
      <w:r w:rsidRPr="00B51957">
        <w:rPr>
          <w:rFonts w:cstheme="majorHAnsi"/>
          <w:sz w:val="18"/>
          <w:szCs w:val="18"/>
        </w:rPr>
        <w:t xml:space="preserve"> </w:t>
      </w:r>
      <w:r>
        <w:rPr>
          <w:rFonts w:cstheme="majorHAnsi"/>
          <w:sz w:val="18"/>
          <w:szCs w:val="18"/>
        </w:rPr>
        <w:t>2</w:t>
      </w:r>
      <w:r w:rsidRPr="00B51957">
        <w:rPr>
          <w:rFonts w:cstheme="majorHAnsi"/>
          <w:sz w:val="18"/>
          <w:szCs w:val="18"/>
        </w:rPr>
        <w:t xml:space="preserve"> (</w:t>
      </w:r>
      <w:proofErr w:type="spellStart"/>
      <w:r>
        <w:rPr>
          <w:rFonts w:ascii="Sylfaen" w:hAnsi="Sylfaen" w:cs="Sylfaen"/>
          <w:sz w:val="18"/>
          <w:szCs w:val="18"/>
        </w:rPr>
        <w:t>ორი</w:t>
      </w:r>
      <w:proofErr w:type="spellEnd"/>
      <w:r w:rsidRPr="00B51957">
        <w:rPr>
          <w:rFonts w:cstheme="majorHAnsi"/>
          <w:sz w:val="18"/>
          <w:szCs w:val="18"/>
        </w:rPr>
        <w:t xml:space="preserve">) </w:t>
      </w:r>
      <w:proofErr w:type="spellStart"/>
      <w:r>
        <w:rPr>
          <w:rFonts w:ascii="Sylfaen" w:hAnsi="Sylfaen" w:cs="Sylfaen"/>
          <w:sz w:val="18"/>
          <w:szCs w:val="18"/>
        </w:rPr>
        <w:t>სამუშაო</w:t>
      </w:r>
      <w:proofErr w:type="spellEnd"/>
      <w:r w:rsidRPr="00B51957">
        <w:rPr>
          <w:rFonts w:cstheme="majorHAnsi"/>
          <w:sz w:val="18"/>
          <w:szCs w:val="18"/>
        </w:rPr>
        <w:t xml:space="preserve"> </w:t>
      </w:r>
      <w:proofErr w:type="spellStart"/>
      <w:r w:rsidRPr="00B51957">
        <w:rPr>
          <w:rFonts w:ascii="Sylfaen" w:hAnsi="Sylfaen" w:cs="Sylfaen"/>
          <w:sz w:val="18"/>
          <w:szCs w:val="18"/>
        </w:rPr>
        <w:t>დღის</w:t>
      </w:r>
      <w:proofErr w:type="spellEnd"/>
      <w:r w:rsidRPr="00B51957">
        <w:rPr>
          <w:rFonts w:cstheme="majorHAnsi"/>
          <w:sz w:val="18"/>
          <w:szCs w:val="18"/>
        </w:rPr>
        <w:t xml:space="preserve"> </w:t>
      </w:r>
      <w:proofErr w:type="spellStart"/>
      <w:r w:rsidRPr="00B51957">
        <w:rPr>
          <w:rFonts w:ascii="Sylfaen" w:hAnsi="Sylfaen" w:cs="Sylfaen"/>
          <w:sz w:val="18"/>
          <w:szCs w:val="18"/>
        </w:rPr>
        <w:t>ვადაში</w:t>
      </w:r>
      <w:proofErr w:type="spellEnd"/>
      <w:r w:rsidRPr="00B51957">
        <w:rPr>
          <w:rFonts w:cstheme="majorHAnsi"/>
          <w:sz w:val="18"/>
          <w:szCs w:val="18"/>
        </w:rPr>
        <w:t xml:space="preserve">, </w:t>
      </w:r>
      <w:proofErr w:type="spellStart"/>
      <w:r w:rsidRPr="00B51957">
        <w:rPr>
          <w:rFonts w:ascii="Sylfaen" w:hAnsi="Sylfaen" w:cs="Sylfaen"/>
          <w:sz w:val="18"/>
          <w:szCs w:val="18"/>
        </w:rPr>
        <w:t>შეთანხმების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ან</w:t>
      </w:r>
      <w:proofErr w:type="spellEnd"/>
      <w:r w:rsidRPr="00B51957">
        <w:rPr>
          <w:rFonts w:cstheme="majorHAnsi"/>
          <w:sz w:val="18"/>
          <w:szCs w:val="18"/>
        </w:rPr>
        <w:t xml:space="preserve"> </w:t>
      </w:r>
      <w:proofErr w:type="spellStart"/>
      <w:r w:rsidRPr="00B51957">
        <w:rPr>
          <w:rFonts w:ascii="Sylfaen" w:hAnsi="Sylfaen" w:cs="Sylfaen"/>
          <w:sz w:val="18"/>
          <w:szCs w:val="18"/>
        </w:rPr>
        <w:t>რეკლამაციის</w:t>
      </w:r>
      <w:proofErr w:type="spellEnd"/>
      <w:r w:rsidRPr="00B51957">
        <w:rPr>
          <w:rFonts w:cstheme="majorHAnsi"/>
          <w:sz w:val="18"/>
          <w:szCs w:val="18"/>
        </w:rPr>
        <w:t xml:space="preserve"> </w:t>
      </w:r>
      <w:proofErr w:type="spellStart"/>
      <w:r w:rsidRPr="00B51957">
        <w:rPr>
          <w:rFonts w:ascii="Sylfaen" w:hAnsi="Sylfaen" w:cs="Sylfaen"/>
          <w:sz w:val="18"/>
          <w:szCs w:val="18"/>
        </w:rPr>
        <w:t>პროცესი</w:t>
      </w:r>
      <w:proofErr w:type="spellEnd"/>
      <w:r w:rsidRPr="00B51957">
        <w:rPr>
          <w:rFonts w:cstheme="majorHAnsi"/>
          <w:sz w:val="18"/>
          <w:szCs w:val="18"/>
        </w:rPr>
        <w:t xml:space="preserve"> </w:t>
      </w:r>
      <w:proofErr w:type="spellStart"/>
      <w:r w:rsidRPr="00B51957">
        <w:rPr>
          <w:rFonts w:ascii="Sylfaen" w:hAnsi="Sylfaen" w:cs="Sylfaen"/>
          <w:sz w:val="18"/>
          <w:szCs w:val="18"/>
        </w:rPr>
        <w:t>არ</w:t>
      </w:r>
      <w:proofErr w:type="spellEnd"/>
      <w:r w:rsidRPr="00B51957">
        <w:rPr>
          <w:rFonts w:cstheme="majorHAnsi"/>
          <w:sz w:val="18"/>
          <w:szCs w:val="18"/>
        </w:rPr>
        <w:t xml:space="preserve"> </w:t>
      </w:r>
      <w:proofErr w:type="spellStart"/>
      <w:r w:rsidRPr="00B51957">
        <w:rPr>
          <w:rFonts w:ascii="Sylfaen" w:hAnsi="Sylfaen" w:cs="Sylfaen"/>
          <w:sz w:val="18"/>
          <w:szCs w:val="18"/>
        </w:rPr>
        <w:t>უნდა</w:t>
      </w:r>
      <w:proofErr w:type="spellEnd"/>
      <w:r w:rsidRPr="00B51957">
        <w:rPr>
          <w:rFonts w:cstheme="majorHAnsi"/>
          <w:sz w:val="18"/>
          <w:szCs w:val="18"/>
        </w:rPr>
        <w:t xml:space="preserve"> </w:t>
      </w:r>
      <w:proofErr w:type="spellStart"/>
      <w:r w:rsidRPr="00B51957">
        <w:rPr>
          <w:rFonts w:ascii="Sylfaen" w:hAnsi="Sylfaen" w:cs="Sylfaen"/>
          <w:sz w:val="18"/>
          <w:szCs w:val="18"/>
        </w:rPr>
        <w:t>აღემატებოდეს</w:t>
      </w:r>
      <w:proofErr w:type="spellEnd"/>
      <w:r w:rsidRPr="00B51957">
        <w:rPr>
          <w:rFonts w:cstheme="majorHAnsi"/>
          <w:sz w:val="18"/>
          <w:szCs w:val="18"/>
        </w:rPr>
        <w:t xml:space="preserve"> </w:t>
      </w:r>
      <w:proofErr w:type="spellStart"/>
      <w:r>
        <w:rPr>
          <w:rFonts w:ascii="Sylfaen" w:hAnsi="Sylfaen" w:cs="Sylfaen"/>
          <w:sz w:val="18"/>
          <w:szCs w:val="18"/>
        </w:rPr>
        <w:t>ორ</w:t>
      </w:r>
      <w:proofErr w:type="spellEnd"/>
      <w:r w:rsidRPr="00B51957">
        <w:rPr>
          <w:rFonts w:cstheme="majorHAnsi"/>
          <w:sz w:val="18"/>
          <w:szCs w:val="18"/>
        </w:rPr>
        <w:t xml:space="preserve"> </w:t>
      </w:r>
      <w:proofErr w:type="spellStart"/>
      <w:r w:rsidRPr="00B51957">
        <w:rPr>
          <w:rFonts w:ascii="Sylfaen" w:hAnsi="Sylfaen" w:cs="Sylfaen"/>
          <w:sz w:val="18"/>
          <w:szCs w:val="18"/>
        </w:rPr>
        <w:t>სამუშაო</w:t>
      </w:r>
      <w:proofErr w:type="spellEnd"/>
      <w:r w:rsidRPr="00B51957">
        <w:rPr>
          <w:rFonts w:cstheme="majorHAnsi"/>
          <w:sz w:val="18"/>
          <w:szCs w:val="18"/>
        </w:rPr>
        <w:t xml:space="preserve"> </w:t>
      </w:r>
      <w:proofErr w:type="spellStart"/>
      <w:r w:rsidRPr="00B51957">
        <w:rPr>
          <w:rFonts w:ascii="Sylfaen" w:hAnsi="Sylfaen" w:cs="Sylfaen"/>
          <w:sz w:val="18"/>
          <w:szCs w:val="18"/>
        </w:rPr>
        <w:t>დღეს</w:t>
      </w:r>
      <w:proofErr w:type="spellEnd"/>
      <w:r w:rsidRPr="00B51957">
        <w:rPr>
          <w:rFonts w:cstheme="majorHAnsi"/>
          <w:sz w:val="18"/>
          <w:szCs w:val="18"/>
        </w:rPr>
        <w:t xml:space="preserve">. </w:t>
      </w:r>
      <w:proofErr w:type="spellStart"/>
      <w:r w:rsidRPr="00B51957">
        <w:rPr>
          <w:rFonts w:ascii="Sylfaen" w:hAnsi="Sylfaen" w:cs="Sylfaen"/>
          <w:sz w:val="18"/>
          <w:szCs w:val="18"/>
        </w:rPr>
        <w:t>ხარვეზის</w:t>
      </w:r>
      <w:proofErr w:type="spellEnd"/>
      <w:r w:rsidRPr="00B51957">
        <w:rPr>
          <w:rFonts w:cstheme="majorHAnsi"/>
          <w:sz w:val="18"/>
          <w:szCs w:val="18"/>
        </w:rPr>
        <w:t xml:space="preserve"> </w:t>
      </w:r>
      <w:proofErr w:type="spellStart"/>
      <w:r w:rsidRPr="00B51957">
        <w:rPr>
          <w:rFonts w:ascii="Sylfaen" w:hAnsi="Sylfaen" w:cs="Sylfaen"/>
          <w:sz w:val="18"/>
          <w:szCs w:val="18"/>
        </w:rPr>
        <w:t>აღმოჩენის</w:t>
      </w:r>
      <w:proofErr w:type="spellEnd"/>
      <w:r w:rsidRPr="00B51957">
        <w:rPr>
          <w:rFonts w:cstheme="majorHAnsi"/>
          <w:sz w:val="18"/>
          <w:szCs w:val="18"/>
        </w:rPr>
        <w:t xml:space="preserve"> </w:t>
      </w:r>
      <w:proofErr w:type="spellStart"/>
      <w:r w:rsidRPr="00B51957">
        <w:rPr>
          <w:rFonts w:ascii="Sylfaen" w:hAnsi="Sylfaen" w:cs="Sylfaen"/>
          <w:sz w:val="18"/>
          <w:szCs w:val="18"/>
        </w:rPr>
        <w:t>შემთხვევაში</w:t>
      </w:r>
      <w:proofErr w:type="spellEnd"/>
      <w:r w:rsidRPr="00B51957">
        <w:rPr>
          <w:rFonts w:cstheme="majorHAnsi"/>
          <w:sz w:val="18"/>
          <w:szCs w:val="18"/>
        </w:rPr>
        <w:t xml:space="preserve">, </w:t>
      </w:r>
      <w:proofErr w:type="spellStart"/>
      <w:r w:rsidRPr="00B51957">
        <w:rPr>
          <w:rFonts w:ascii="Sylfaen" w:hAnsi="Sylfaen" w:cs="Sylfaen"/>
          <w:sz w:val="18"/>
          <w:szCs w:val="18"/>
        </w:rPr>
        <w:t>დამკვეთი</w:t>
      </w:r>
      <w:proofErr w:type="spellEnd"/>
      <w:r w:rsidRPr="00B51957">
        <w:rPr>
          <w:rFonts w:cstheme="majorHAnsi"/>
          <w:sz w:val="18"/>
          <w:szCs w:val="18"/>
        </w:rPr>
        <w:t xml:space="preserve"> </w:t>
      </w:r>
      <w:proofErr w:type="spellStart"/>
      <w:r w:rsidRPr="00B51957">
        <w:rPr>
          <w:rFonts w:ascii="Sylfaen" w:hAnsi="Sylfaen" w:cs="Sylfaen"/>
          <w:sz w:val="18"/>
          <w:szCs w:val="18"/>
        </w:rPr>
        <w:t>ვალდებულია</w:t>
      </w:r>
      <w:proofErr w:type="spellEnd"/>
      <w:r w:rsidRPr="00B51957">
        <w:rPr>
          <w:rFonts w:cstheme="majorHAnsi"/>
          <w:sz w:val="18"/>
          <w:szCs w:val="18"/>
        </w:rPr>
        <w:t xml:space="preserve"> </w:t>
      </w:r>
      <w:proofErr w:type="spellStart"/>
      <w:r w:rsidRPr="00B51957">
        <w:rPr>
          <w:rFonts w:ascii="Sylfaen" w:hAnsi="Sylfaen" w:cs="Sylfaen"/>
          <w:sz w:val="18"/>
          <w:szCs w:val="18"/>
        </w:rPr>
        <w:t>წერილობით</w:t>
      </w:r>
      <w:proofErr w:type="spellEnd"/>
      <w:r w:rsidRPr="00B51957">
        <w:rPr>
          <w:rFonts w:cstheme="majorHAnsi"/>
          <w:sz w:val="18"/>
          <w:szCs w:val="18"/>
        </w:rPr>
        <w:t xml:space="preserve"> </w:t>
      </w:r>
      <w:proofErr w:type="spellStart"/>
      <w:r w:rsidRPr="00B51957">
        <w:rPr>
          <w:rFonts w:ascii="Sylfaen" w:hAnsi="Sylfaen" w:cs="Sylfaen"/>
          <w:sz w:val="18"/>
          <w:szCs w:val="18"/>
        </w:rPr>
        <w:t>და</w:t>
      </w:r>
      <w:proofErr w:type="spellEnd"/>
      <w:r w:rsidRPr="00B51957">
        <w:rPr>
          <w:rFonts w:cstheme="majorHAnsi"/>
          <w:sz w:val="18"/>
          <w:szCs w:val="18"/>
        </w:rPr>
        <w:t xml:space="preserve"> </w:t>
      </w:r>
      <w:proofErr w:type="spellStart"/>
      <w:r w:rsidRPr="00B51957">
        <w:rPr>
          <w:rFonts w:ascii="Sylfaen" w:hAnsi="Sylfaen" w:cs="Sylfaen"/>
          <w:sz w:val="18"/>
          <w:szCs w:val="18"/>
        </w:rPr>
        <w:t>მოტივირებულად</w:t>
      </w:r>
      <w:proofErr w:type="spellEnd"/>
      <w:r w:rsidRPr="00B51957">
        <w:rPr>
          <w:rFonts w:cstheme="majorHAnsi"/>
          <w:sz w:val="18"/>
          <w:szCs w:val="18"/>
        </w:rPr>
        <w:t xml:space="preserve"> </w:t>
      </w:r>
      <w:proofErr w:type="spellStart"/>
      <w:r w:rsidRPr="00B51957">
        <w:rPr>
          <w:rFonts w:ascii="Sylfaen" w:hAnsi="Sylfaen" w:cs="Sylfaen"/>
          <w:sz w:val="18"/>
          <w:szCs w:val="18"/>
        </w:rPr>
        <w:t>დააფიქსიროს</w:t>
      </w:r>
      <w:proofErr w:type="spellEnd"/>
      <w:r w:rsidRPr="00B51957">
        <w:rPr>
          <w:rFonts w:cstheme="majorHAnsi"/>
          <w:sz w:val="18"/>
          <w:szCs w:val="18"/>
        </w:rPr>
        <w:t xml:space="preserve"> </w:t>
      </w:r>
      <w:proofErr w:type="spellStart"/>
      <w:r w:rsidRPr="00B51957">
        <w:rPr>
          <w:rFonts w:ascii="Sylfaen" w:hAnsi="Sylfaen" w:cs="Sylfaen"/>
          <w:sz w:val="18"/>
          <w:szCs w:val="18"/>
        </w:rPr>
        <w:t>ხარვეზების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ნუსხა</w:t>
      </w:r>
      <w:proofErr w:type="spellEnd"/>
      <w:r w:rsidRPr="00B51957">
        <w:rPr>
          <w:rFonts w:cstheme="majorHAnsi"/>
          <w:sz w:val="18"/>
          <w:szCs w:val="18"/>
        </w:rPr>
        <w:t xml:space="preserve">. </w:t>
      </w:r>
      <w:proofErr w:type="spellStart"/>
      <w:r w:rsidRPr="00B51957">
        <w:rPr>
          <w:rFonts w:ascii="Sylfaen" w:hAnsi="Sylfaen" w:cs="Sylfaen"/>
          <w:sz w:val="18"/>
          <w:szCs w:val="18"/>
        </w:rPr>
        <w:t>აღმოჩენილი</w:t>
      </w:r>
      <w:proofErr w:type="spellEnd"/>
      <w:r w:rsidRPr="00B51957">
        <w:rPr>
          <w:rFonts w:cstheme="majorHAnsi"/>
          <w:sz w:val="18"/>
          <w:szCs w:val="18"/>
        </w:rPr>
        <w:t xml:space="preserve"> </w:t>
      </w:r>
      <w:proofErr w:type="spellStart"/>
      <w:r w:rsidRPr="00B51957">
        <w:rPr>
          <w:rFonts w:ascii="Sylfaen" w:hAnsi="Sylfaen" w:cs="Sylfaen"/>
          <w:sz w:val="18"/>
          <w:szCs w:val="18"/>
        </w:rPr>
        <w:t>ხარვეზ</w:t>
      </w:r>
      <w:proofErr w:type="spellEnd"/>
      <w:r w:rsidRPr="00B51957">
        <w:rPr>
          <w:rFonts w:cstheme="majorHAnsi"/>
          <w:sz w:val="18"/>
          <w:szCs w:val="18"/>
        </w:rPr>
        <w:t>(</w:t>
      </w:r>
      <w:proofErr w:type="spellStart"/>
      <w:r w:rsidRPr="00B51957">
        <w:rPr>
          <w:rFonts w:ascii="Sylfaen" w:hAnsi="Sylfaen" w:cs="Sylfaen"/>
          <w:sz w:val="18"/>
          <w:szCs w:val="18"/>
        </w:rPr>
        <w:t>ებ</w:t>
      </w:r>
      <w:proofErr w:type="spellEnd"/>
      <w:r w:rsidRPr="00B51957">
        <w:rPr>
          <w:rFonts w:cstheme="majorHAnsi"/>
          <w:sz w:val="18"/>
          <w:szCs w:val="18"/>
        </w:rPr>
        <w:t>)</w:t>
      </w:r>
      <w:r w:rsidRPr="00B51957">
        <w:rPr>
          <w:rFonts w:ascii="Sylfaen" w:hAnsi="Sylfaen" w:cs="Sylfaen"/>
          <w:sz w:val="18"/>
          <w:szCs w:val="18"/>
        </w:rPr>
        <w:t>ი</w:t>
      </w:r>
      <w:r w:rsidRPr="00B51957">
        <w:rPr>
          <w:rFonts w:cstheme="majorHAnsi"/>
          <w:sz w:val="18"/>
          <w:szCs w:val="18"/>
        </w:rPr>
        <w:t xml:space="preserve"> </w:t>
      </w:r>
      <w:proofErr w:type="spellStart"/>
      <w:r w:rsidRPr="00B51957">
        <w:rPr>
          <w:rFonts w:ascii="Sylfaen" w:hAnsi="Sylfaen" w:cs="Sylfaen"/>
          <w:sz w:val="18"/>
          <w:szCs w:val="18"/>
        </w:rPr>
        <w:t>ავტომატურად</w:t>
      </w:r>
      <w:proofErr w:type="spellEnd"/>
      <w:r w:rsidRPr="00B51957">
        <w:rPr>
          <w:rFonts w:cstheme="majorHAnsi"/>
          <w:sz w:val="18"/>
          <w:szCs w:val="18"/>
        </w:rPr>
        <w:t xml:space="preserve"> </w:t>
      </w:r>
      <w:proofErr w:type="spellStart"/>
      <w:r w:rsidRPr="00B51957">
        <w:rPr>
          <w:rFonts w:ascii="Sylfaen" w:hAnsi="Sylfaen" w:cs="Sylfaen"/>
          <w:sz w:val="18"/>
          <w:szCs w:val="18"/>
        </w:rPr>
        <w:t>გადაავადებს</w:t>
      </w:r>
      <w:proofErr w:type="spellEnd"/>
      <w:r w:rsidRPr="00B51957">
        <w:rPr>
          <w:rFonts w:cstheme="majorHAnsi"/>
          <w:sz w:val="18"/>
          <w:szCs w:val="18"/>
        </w:rPr>
        <w:t xml:space="preserve"> </w:t>
      </w:r>
      <w:proofErr w:type="spellStart"/>
      <w:r w:rsidRPr="00B51957">
        <w:rPr>
          <w:rFonts w:ascii="Sylfaen" w:hAnsi="Sylfaen" w:cs="Sylfaen"/>
          <w:sz w:val="18"/>
          <w:szCs w:val="18"/>
        </w:rPr>
        <w:t>ბეტონირებას</w:t>
      </w:r>
      <w:proofErr w:type="spellEnd"/>
      <w:r w:rsidRPr="00B51957">
        <w:rPr>
          <w:rFonts w:cstheme="majorHAnsi"/>
          <w:sz w:val="18"/>
          <w:szCs w:val="18"/>
        </w:rPr>
        <w:t xml:space="preserve"> </w:t>
      </w:r>
      <w:proofErr w:type="spellStart"/>
      <w:r w:rsidRPr="00B51957">
        <w:rPr>
          <w:rFonts w:ascii="Sylfaen" w:hAnsi="Sylfaen" w:cs="Sylfaen"/>
          <w:sz w:val="18"/>
          <w:szCs w:val="18"/>
        </w:rPr>
        <w:t>ხარვეზის</w:t>
      </w:r>
      <w:proofErr w:type="spellEnd"/>
      <w:r w:rsidRPr="00B51957">
        <w:rPr>
          <w:rFonts w:cstheme="majorHAnsi"/>
          <w:sz w:val="18"/>
          <w:szCs w:val="18"/>
        </w:rPr>
        <w:t xml:space="preserve"> </w:t>
      </w:r>
      <w:proofErr w:type="spellStart"/>
      <w:r w:rsidRPr="00B51957">
        <w:rPr>
          <w:rFonts w:ascii="Sylfaen" w:hAnsi="Sylfaen" w:cs="Sylfaen"/>
          <w:sz w:val="18"/>
          <w:szCs w:val="18"/>
        </w:rPr>
        <w:t>სრულ</w:t>
      </w:r>
      <w:proofErr w:type="spellEnd"/>
      <w:r w:rsidRPr="00B51957">
        <w:rPr>
          <w:rFonts w:cstheme="majorHAnsi"/>
          <w:sz w:val="18"/>
          <w:szCs w:val="18"/>
        </w:rPr>
        <w:t xml:space="preserve"> </w:t>
      </w:r>
      <w:proofErr w:type="spellStart"/>
      <w:r w:rsidRPr="00B51957">
        <w:rPr>
          <w:rFonts w:ascii="Sylfaen" w:hAnsi="Sylfaen" w:cs="Sylfaen"/>
          <w:sz w:val="18"/>
          <w:szCs w:val="18"/>
        </w:rPr>
        <w:t>აღმოფხვრამდე</w:t>
      </w:r>
      <w:proofErr w:type="spellEnd"/>
      <w:r w:rsidRPr="00B51957">
        <w:rPr>
          <w:rFonts w:cstheme="majorHAnsi"/>
          <w:sz w:val="18"/>
          <w:szCs w:val="18"/>
        </w:rPr>
        <w:t xml:space="preserve">. </w:t>
      </w:r>
      <w:proofErr w:type="spellStart"/>
      <w:r w:rsidRPr="00B51957">
        <w:rPr>
          <w:rFonts w:ascii="Sylfaen" w:hAnsi="Sylfaen" w:cs="Sylfaen"/>
          <w:sz w:val="18"/>
          <w:szCs w:val="18"/>
        </w:rPr>
        <w:t>ამასთან</w:t>
      </w:r>
      <w:proofErr w:type="spellEnd"/>
      <w:r w:rsidRPr="00B51957">
        <w:rPr>
          <w:rFonts w:cstheme="majorHAnsi"/>
          <w:sz w:val="18"/>
          <w:szCs w:val="18"/>
        </w:rPr>
        <w:t xml:space="preserve">, </w:t>
      </w:r>
      <w:r>
        <w:rPr>
          <w:rFonts w:ascii="Sylfaen" w:hAnsi="Sylfaen" w:cs="Sylfaen"/>
          <w:sz w:val="18"/>
          <w:szCs w:val="18"/>
          <w:lang w:val="ka-GE"/>
        </w:rPr>
        <w:t>მენარდე</w:t>
      </w:r>
      <w:r w:rsidRPr="00B51957">
        <w:rPr>
          <w:rFonts w:cstheme="majorHAnsi"/>
          <w:sz w:val="18"/>
          <w:szCs w:val="18"/>
        </w:rPr>
        <w:t xml:space="preserve"> </w:t>
      </w:r>
      <w:proofErr w:type="spellStart"/>
      <w:r w:rsidRPr="00B51957">
        <w:rPr>
          <w:rFonts w:ascii="Sylfaen" w:hAnsi="Sylfaen" w:cs="Sylfaen"/>
          <w:sz w:val="18"/>
          <w:szCs w:val="18"/>
        </w:rPr>
        <w:t>ვალდებულია</w:t>
      </w:r>
      <w:proofErr w:type="spellEnd"/>
      <w:r w:rsidRPr="00B51957">
        <w:rPr>
          <w:rFonts w:cstheme="majorHAnsi"/>
          <w:sz w:val="18"/>
          <w:szCs w:val="18"/>
        </w:rPr>
        <w:t xml:space="preserve">  </w:t>
      </w:r>
      <w:proofErr w:type="spellStart"/>
      <w:r w:rsidRPr="00B51957">
        <w:rPr>
          <w:rFonts w:ascii="Sylfaen" w:hAnsi="Sylfaen" w:cs="Sylfaen"/>
          <w:sz w:val="18"/>
          <w:szCs w:val="18"/>
        </w:rPr>
        <w:t>ხარვეზ</w:t>
      </w:r>
      <w:proofErr w:type="spellEnd"/>
      <w:r w:rsidRPr="00B51957">
        <w:rPr>
          <w:rFonts w:cstheme="majorHAnsi"/>
          <w:sz w:val="18"/>
          <w:szCs w:val="18"/>
        </w:rPr>
        <w:t>(</w:t>
      </w:r>
      <w:proofErr w:type="spellStart"/>
      <w:r w:rsidRPr="00B51957">
        <w:rPr>
          <w:rFonts w:ascii="Sylfaen" w:hAnsi="Sylfaen" w:cs="Sylfaen"/>
          <w:sz w:val="18"/>
          <w:szCs w:val="18"/>
        </w:rPr>
        <w:t>ებ</w:t>
      </w:r>
      <w:proofErr w:type="spellEnd"/>
      <w:r w:rsidRPr="00B51957">
        <w:rPr>
          <w:rFonts w:cstheme="majorHAnsi"/>
          <w:sz w:val="18"/>
          <w:szCs w:val="18"/>
        </w:rPr>
        <w:t>)</w:t>
      </w:r>
      <w:proofErr w:type="spellStart"/>
      <w:r w:rsidRPr="00B51957">
        <w:rPr>
          <w:rFonts w:ascii="Sylfaen" w:hAnsi="Sylfaen" w:cs="Sylfaen"/>
          <w:sz w:val="18"/>
          <w:szCs w:val="18"/>
        </w:rPr>
        <w:t>ის</w:t>
      </w:r>
      <w:proofErr w:type="spellEnd"/>
      <w:r w:rsidRPr="00B51957">
        <w:rPr>
          <w:rFonts w:cstheme="majorHAnsi"/>
          <w:sz w:val="18"/>
          <w:szCs w:val="18"/>
        </w:rPr>
        <w:t xml:space="preserve"> </w:t>
      </w:r>
      <w:proofErr w:type="spellStart"/>
      <w:r w:rsidRPr="00B51957">
        <w:rPr>
          <w:rFonts w:ascii="Sylfaen" w:hAnsi="Sylfaen" w:cs="Sylfaen"/>
          <w:sz w:val="18"/>
          <w:szCs w:val="18"/>
        </w:rPr>
        <w:t>აღმოფხვრის</w:t>
      </w:r>
      <w:proofErr w:type="spellEnd"/>
      <w:r w:rsidRPr="00B51957">
        <w:rPr>
          <w:rFonts w:cstheme="majorHAnsi"/>
          <w:sz w:val="18"/>
          <w:szCs w:val="18"/>
        </w:rPr>
        <w:t xml:space="preserve"> </w:t>
      </w:r>
      <w:proofErr w:type="spellStart"/>
      <w:r w:rsidRPr="00B51957">
        <w:rPr>
          <w:rFonts w:ascii="Sylfaen" w:hAnsi="Sylfaen" w:cs="Sylfaen"/>
          <w:sz w:val="18"/>
          <w:szCs w:val="18"/>
        </w:rPr>
        <w:t>შემდგომ</w:t>
      </w:r>
      <w:proofErr w:type="spellEnd"/>
      <w:r w:rsidRPr="00B51957">
        <w:rPr>
          <w:rFonts w:cstheme="majorHAnsi"/>
          <w:sz w:val="18"/>
          <w:szCs w:val="18"/>
        </w:rPr>
        <w:t xml:space="preserve">, </w:t>
      </w:r>
      <w:proofErr w:type="spellStart"/>
      <w:r w:rsidRPr="00B51957">
        <w:rPr>
          <w:rFonts w:ascii="Sylfaen" w:hAnsi="Sylfaen" w:cs="Sylfaen"/>
          <w:sz w:val="18"/>
          <w:szCs w:val="18"/>
        </w:rPr>
        <w:t>წარუდგინოს</w:t>
      </w:r>
      <w:proofErr w:type="spellEnd"/>
      <w:r w:rsidRPr="00B51957">
        <w:rPr>
          <w:rFonts w:cstheme="majorHAnsi"/>
          <w:sz w:val="18"/>
          <w:szCs w:val="18"/>
        </w:rPr>
        <w:t xml:space="preserve"> </w:t>
      </w:r>
      <w:proofErr w:type="spellStart"/>
      <w:r w:rsidRPr="00B51957">
        <w:rPr>
          <w:rFonts w:ascii="Sylfaen" w:hAnsi="Sylfaen" w:cs="Sylfaen"/>
          <w:sz w:val="18"/>
          <w:szCs w:val="18"/>
        </w:rPr>
        <w:t>დამკვეთს</w:t>
      </w:r>
      <w:proofErr w:type="spellEnd"/>
      <w:r w:rsidRPr="00B51957">
        <w:rPr>
          <w:rFonts w:cstheme="majorHAnsi"/>
          <w:sz w:val="18"/>
          <w:szCs w:val="18"/>
        </w:rPr>
        <w:t xml:space="preserve"> </w:t>
      </w:r>
      <w:proofErr w:type="spellStart"/>
      <w:r w:rsidRPr="00B51957">
        <w:rPr>
          <w:rFonts w:ascii="Sylfaen" w:hAnsi="Sylfaen" w:cs="Sylfaen"/>
          <w:sz w:val="18"/>
          <w:szCs w:val="18"/>
        </w:rPr>
        <w:t>ხარვეზის</w:t>
      </w:r>
      <w:proofErr w:type="spellEnd"/>
      <w:r w:rsidRPr="00B51957">
        <w:rPr>
          <w:rFonts w:cstheme="majorHAnsi"/>
          <w:sz w:val="18"/>
          <w:szCs w:val="18"/>
        </w:rPr>
        <w:t xml:space="preserve"> </w:t>
      </w:r>
      <w:proofErr w:type="spellStart"/>
      <w:r w:rsidRPr="00B51957">
        <w:rPr>
          <w:rFonts w:ascii="Sylfaen" w:hAnsi="Sylfaen" w:cs="Sylfaen"/>
          <w:sz w:val="18"/>
          <w:szCs w:val="18"/>
        </w:rPr>
        <w:t>აღმოფხვრის</w:t>
      </w:r>
      <w:proofErr w:type="spellEnd"/>
      <w:r w:rsidRPr="00B51957">
        <w:rPr>
          <w:rFonts w:cstheme="majorHAnsi"/>
          <w:sz w:val="18"/>
          <w:szCs w:val="18"/>
        </w:rPr>
        <w:t xml:space="preserve"> </w:t>
      </w:r>
      <w:proofErr w:type="spellStart"/>
      <w:r w:rsidRPr="00B51957">
        <w:rPr>
          <w:rFonts w:ascii="Sylfaen" w:hAnsi="Sylfaen" w:cs="Sylfaen"/>
          <w:sz w:val="18"/>
          <w:szCs w:val="18"/>
        </w:rPr>
        <w:t>დამადასტურებელი</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შესაბამისი</w:t>
      </w:r>
      <w:proofErr w:type="spellEnd"/>
      <w:r w:rsidRPr="00B51957">
        <w:rPr>
          <w:rFonts w:cstheme="majorHAnsi"/>
          <w:sz w:val="18"/>
          <w:szCs w:val="18"/>
        </w:rPr>
        <w:t xml:space="preserve"> </w:t>
      </w:r>
      <w:proofErr w:type="spellStart"/>
      <w:r w:rsidRPr="00B51957">
        <w:rPr>
          <w:rFonts w:ascii="Sylfaen" w:hAnsi="Sylfaen" w:cs="Sylfaen"/>
          <w:sz w:val="18"/>
          <w:szCs w:val="18"/>
        </w:rPr>
        <w:t>ფოტო</w:t>
      </w:r>
      <w:proofErr w:type="spellEnd"/>
      <w:r w:rsidRPr="00B51957">
        <w:rPr>
          <w:rFonts w:cstheme="majorHAnsi"/>
          <w:sz w:val="18"/>
          <w:szCs w:val="18"/>
        </w:rPr>
        <w:t>/</w:t>
      </w:r>
      <w:proofErr w:type="spellStart"/>
      <w:r w:rsidRPr="00B51957">
        <w:rPr>
          <w:rFonts w:ascii="Sylfaen" w:hAnsi="Sylfaen" w:cs="Sylfaen"/>
          <w:sz w:val="18"/>
          <w:szCs w:val="18"/>
        </w:rPr>
        <w:t>ვიდო</w:t>
      </w:r>
      <w:proofErr w:type="spellEnd"/>
      <w:r w:rsidRPr="00B51957">
        <w:rPr>
          <w:rFonts w:cstheme="majorHAnsi"/>
          <w:sz w:val="18"/>
          <w:szCs w:val="18"/>
        </w:rPr>
        <w:t xml:space="preserve"> </w:t>
      </w:r>
      <w:proofErr w:type="spellStart"/>
      <w:r w:rsidRPr="00B51957">
        <w:rPr>
          <w:rFonts w:ascii="Sylfaen" w:hAnsi="Sylfaen" w:cs="Sylfaen"/>
          <w:sz w:val="18"/>
          <w:szCs w:val="18"/>
        </w:rPr>
        <w:t>მასალა</w:t>
      </w:r>
      <w:proofErr w:type="spellEnd"/>
      <w:r w:rsidRPr="00B51957">
        <w:rPr>
          <w:rFonts w:cstheme="majorHAnsi"/>
          <w:sz w:val="18"/>
          <w:szCs w:val="18"/>
        </w:rPr>
        <w:t xml:space="preserve">.  </w:t>
      </w:r>
    </w:p>
    <w:p w14:paraId="3459226C" w14:textId="77777777" w:rsidR="00B53E64" w:rsidRDefault="00B53E64" w:rsidP="00B53E64">
      <w:pPr>
        <w:pStyle w:val="ListParagraph"/>
        <w:numPr>
          <w:ilvl w:val="2"/>
          <w:numId w:val="13"/>
        </w:numPr>
        <w:rPr>
          <w:rFonts w:cstheme="majorHAnsi"/>
          <w:sz w:val="18"/>
          <w:szCs w:val="18"/>
        </w:rPr>
      </w:pPr>
      <w:proofErr w:type="spellStart"/>
      <w:r w:rsidRPr="00B51957">
        <w:rPr>
          <w:rFonts w:ascii="Sylfaen" w:hAnsi="Sylfaen" w:cs="Sylfaen"/>
          <w:sz w:val="18"/>
          <w:szCs w:val="18"/>
        </w:rPr>
        <w:t>თანხმობას</w:t>
      </w:r>
      <w:proofErr w:type="spellEnd"/>
      <w:r w:rsidRPr="00B51957">
        <w:rPr>
          <w:rFonts w:cstheme="majorHAnsi"/>
          <w:sz w:val="18"/>
          <w:szCs w:val="18"/>
        </w:rPr>
        <w:t xml:space="preserve"> </w:t>
      </w:r>
      <w:proofErr w:type="spellStart"/>
      <w:r w:rsidRPr="00B51957">
        <w:rPr>
          <w:rFonts w:ascii="Sylfaen" w:hAnsi="Sylfaen" w:cs="Sylfaen"/>
          <w:sz w:val="18"/>
          <w:szCs w:val="18"/>
        </w:rPr>
        <w:t>ბეტონირების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დაწყების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შესახებ</w:t>
      </w:r>
      <w:proofErr w:type="spellEnd"/>
      <w:r w:rsidRPr="00B51957">
        <w:rPr>
          <w:rFonts w:cstheme="majorHAnsi"/>
          <w:sz w:val="18"/>
          <w:szCs w:val="18"/>
        </w:rPr>
        <w:t xml:space="preserve"> </w:t>
      </w:r>
      <w:proofErr w:type="spellStart"/>
      <w:r w:rsidRPr="00B51957">
        <w:rPr>
          <w:rFonts w:ascii="Sylfaen" w:hAnsi="Sylfaen" w:cs="Sylfaen"/>
          <w:sz w:val="18"/>
          <w:szCs w:val="18"/>
        </w:rPr>
        <w:t>დამკვეთი</w:t>
      </w:r>
      <w:proofErr w:type="spellEnd"/>
      <w:r w:rsidRPr="00B51957">
        <w:rPr>
          <w:rFonts w:cstheme="majorHAnsi"/>
          <w:sz w:val="18"/>
          <w:szCs w:val="18"/>
        </w:rPr>
        <w:t xml:space="preserve"> </w:t>
      </w:r>
      <w:proofErr w:type="spellStart"/>
      <w:r w:rsidRPr="00B51957">
        <w:rPr>
          <w:rFonts w:ascii="Sylfaen" w:hAnsi="Sylfaen" w:cs="Sylfaen"/>
          <w:sz w:val="18"/>
          <w:szCs w:val="18"/>
        </w:rPr>
        <w:t>იძლევა</w:t>
      </w:r>
      <w:proofErr w:type="spellEnd"/>
      <w:r w:rsidRPr="00B51957">
        <w:rPr>
          <w:rFonts w:cstheme="majorHAnsi"/>
          <w:sz w:val="18"/>
          <w:szCs w:val="18"/>
        </w:rPr>
        <w:t xml:space="preserve"> </w:t>
      </w:r>
      <w:proofErr w:type="spellStart"/>
      <w:r w:rsidRPr="00B51957">
        <w:rPr>
          <w:rFonts w:ascii="Sylfaen" w:hAnsi="Sylfaen" w:cs="Sylfaen"/>
          <w:sz w:val="18"/>
          <w:szCs w:val="18"/>
        </w:rPr>
        <w:t>მენარდის</w:t>
      </w:r>
      <w:proofErr w:type="spellEnd"/>
      <w:r w:rsidRPr="00B51957">
        <w:rPr>
          <w:rFonts w:cstheme="majorHAnsi"/>
          <w:sz w:val="18"/>
          <w:szCs w:val="18"/>
        </w:rPr>
        <w:t xml:space="preserve"> </w:t>
      </w:r>
      <w:proofErr w:type="spellStart"/>
      <w:r w:rsidRPr="00B51957">
        <w:rPr>
          <w:rFonts w:ascii="Sylfaen" w:hAnsi="Sylfaen" w:cs="Sylfaen"/>
          <w:sz w:val="18"/>
          <w:szCs w:val="18"/>
        </w:rPr>
        <w:t>მიერ</w:t>
      </w:r>
      <w:proofErr w:type="spellEnd"/>
      <w:r w:rsidRPr="00B51957">
        <w:rPr>
          <w:rFonts w:cstheme="majorHAnsi"/>
          <w:sz w:val="18"/>
          <w:szCs w:val="18"/>
        </w:rPr>
        <w:t xml:space="preserve"> </w:t>
      </w:r>
      <w:proofErr w:type="spellStart"/>
      <w:r w:rsidRPr="00B51957">
        <w:rPr>
          <w:rFonts w:ascii="Sylfaen" w:hAnsi="Sylfaen" w:cs="Sylfaen"/>
          <w:sz w:val="18"/>
          <w:szCs w:val="18"/>
        </w:rPr>
        <w:t>მისთვის</w:t>
      </w:r>
      <w:proofErr w:type="spellEnd"/>
      <w:r w:rsidRPr="00B51957">
        <w:rPr>
          <w:rFonts w:cstheme="majorHAnsi"/>
          <w:sz w:val="18"/>
          <w:szCs w:val="18"/>
        </w:rPr>
        <w:t xml:space="preserve"> </w:t>
      </w:r>
      <w:proofErr w:type="spellStart"/>
      <w:r w:rsidRPr="00B51957">
        <w:rPr>
          <w:rFonts w:ascii="Sylfaen" w:hAnsi="Sylfaen" w:cs="Sylfaen"/>
          <w:sz w:val="18"/>
          <w:szCs w:val="18"/>
        </w:rPr>
        <w:t>წარდგენილი</w:t>
      </w:r>
      <w:proofErr w:type="spellEnd"/>
      <w:r w:rsidRPr="00B51957">
        <w:rPr>
          <w:rFonts w:cstheme="majorHAnsi"/>
          <w:sz w:val="18"/>
          <w:szCs w:val="18"/>
        </w:rPr>
        <w:t xml:space="preserve"> </w:t>
      </w:r>
      <w:proofErr w:type="spellStart"/>
      <w:r w:rsidRPr="00B51957">
        <w:rPr>
          <w:rFonts w:ascii="Sylfaen" w:hAnsi="Sylfaen" w:cs="Sylfaen"/>
          <w:sz w:val="18"/>
          <w:szCs w:val="18"/>
        </w:rPr>
        <w:t>ფარული</w:t>
      </w:r>
      <w:proofErr w:type="spellEnd"/>
      <w:r w:rsidRPr="00B51957">
        <w:rPr>
          <w:rFonts w:cstheme="majorHAnsi"/>
          <w:sz w:val="18"/>
          <w:szCs w:val="18"/>
        </w:rPr>
        <w:t xml:space="preserve"> </w:t>
      </w:r>
      <w:proofErr w:type="spellStart"/>
      <w:r w:rsidRPr="00B51957">
        <w:rPr>
          <w:rFonts w:ascii="Sylfaen" w:hAnsi="Sylfaen" w:cs="Sylfaen"/>
          <w:sz w:val="18"/>
          <w:szCs w:val="18"/>
        </w:rPr>
        <w:t>სამუშაოების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აქტის</w:t>
      </w:r>
      <w:proofErr w:type="spellEnd"/>
      <w:r w:rsidRPr="00B51957">
        <w:rPr>
          <w:rFonts w:cstheme="majorHAnsi"/>
          <w:sz w:val="18"/>
          <w:szCs w:val="18"/>
        </w:rPr>
        <w:t xml:space="preserve"> </w:t>
      </w:r>
      <w:proofErr w:type="spellStart"/>
      <w:r w:rsidRPr="00B51957">
        <w:rPr>
          <w:rFonts w:ascii="Sylfaen" w:hAnsi="Sylfaen" w:cs="Sylfaen"/>
          <w:sz w:val="18"/>
          <w:szCs w:val="18"/>
        </w:rPr>
        <w:t>ხელმოწერის</w:t>
      </w:r>
      <w:proofErr w:type="spellEnd"/>
      <w:r w:rsidRPr="00B51957">
        <w:rPr>
          <w:rFonts w:cstheme="majorHAnsi"/>
          <w:sz w:val="18"/>
          <w:szCs w:val="18"/>
        </w:rPr>
        <w:t xml:space="preserve"> </w:t>
      </w:r>
      <w:proofErr w:type="spellStart"/>
      <w:r w:rsidRPr="00B51957">
        <w:rPr>
          <w:rFonts w:ascii="Sylfaen" w:hAnsi="Sylfaen" w:cs="Sylfaen"/>
          <w:sz w:val="18"/>
          <w:szCs w:val="18"/>
        </w:rPr>
        <w:t>საფუძველზე</w:t>
      </w:r>
      <w:proofErr w:type="spellEnd"/>
      <w:r w:rsidRPr="00B51957">
        <w:rPr>
          <w:rFonts w:cstheme="majorHAnsi"/>
          <w:sz w:val="18"/>
          <w:szCs w:val="18"/>
        </w:rPr>
        <w:t xml:space="preserve">. </w:t>
      </w:r>
      <w:proofErr w:type="spellStart"/>
      <w:r w:rsidRPr="00B51957">
        <w:rPr>
          <w:rFonts w:ascii="Sylfaen" w:hAnsi="Sylfaen" w:cs="Sylfaen"/>
          <w:sz w:val="18"/>
          <w:szCs w:val="18"/>
        </w:rPr>
        <w:t>მხარეთა</w:t>
      </w:r>
      <w:proofErr w:type="spellEnd"/>
      <w:r w:rsidRPr="00B51957">
        <w:rPr>
          <w:rFonts w:cstheme="majorHAnsi"/>
          <w:sz w:val="18"/>
          <w:szCs w:val="18"/>
        </w:rPr>
        <w:t xml:space="preserve"> </w:t>
      </w:r>
      <w:proofErr w:type="spellStart"/>
      <w:r w:rsidRPr="00B51957">
        <w:rPr>
          <w:rFonts w:ascii="Sylfaen" w:hAnsi="Sylfaen" w:cs="Sylfaen"/>
          <w:sz w:val="18"/>
          <w:szCs w:val="18"/>
        </w:rPr>
        <w:t>მიერ</w:t>
      </w:r>
      <w:proofErr w:type="spellEnd"/>
      <w:r w:rsidRPr="00B51957">
        <w:rPr>
          <w:rFonts w:cstheme="majorHAnsi"/>
          <w:sz w:val="18"/>
          <w:szCs w:val="18"/>
        </w:rPr>
        <w:t xml:space="preserve"> </w:t>
      </w:r>
      <w:proofErr w:type="spellStart"/>
      <w:r w:rsidRPr="00B51957">
        <w:rPr>
          <w:rFonts w:ascii="Sylfaen" w:hAnsi="Sylfaen" w:cs="Sylfaen"/>
          <w:sz w:val="18"/>
          <w:szCs w:val="18"/>
        </w:rPr>
        <w:t>ფარული</w:t>
      </w:r>
      <w:proofErr w:type="spellEnd"/>
      <w:r w:rsidRPr="00B51957">
        <w:rPr>
          <w:rFonts w:cstheme="majorHAnsi"/>
          <w:sz w:val="18"/>
          <w:szCs w:val="18"/>
        </w:rPr>
        <w:t xml:space="preserve"> </w:t>
      </w:r>
      <w:proofErr w:type="spellStart"/>
      <w:r w:rsidRPr="00B51957">
        <w:rPr>
          <w:rFonts w:ascii="Sylfaen" w:hAnsi="Sylfaen" w:cs="Sylfaen"/>
          <w:sz w:val="18"/>
          <w:szCs w:val="18"/>
        </w:rPr>
        <w:t>სამუშაოების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აქტის</w:t>
      </w:r>
      <w:proofErr w:type="spellEnd"/>
      <w:r w:rsidRPr="00B51957">
        <w:rPr>
          <w:rFonts w:cstheme="majorHAnsi"/>
          <w:sz w:val="18"/>
          <w:szCs w:val="18"/>
        </w:rPr>
        <w:t xml:space="preserve"> </w:t>
      </w:r>
      <w:proofErr w:type="spellStart"/>
      <w:r w:rsidRPr="00B51957">
        <w:rPr>
          <w:rFonts w:ascii="Sylfaen" w:hAnsi="Sylfaen" w:cs="Sylfaen"/>
          <w:sz w:val="18"/>
          <w:szCs w:val="18"/>
        </w:rPr>
        <w:t>ხელმოწერა</w:t>
      </w:r>
      <w:proofErr w:type="spellEnd"/>
      <w:r w:rsidRPr="00B51957">
        <w:rPr>
          <w:rFonts w:cstheme="majorHAnsi"/>
          <w:sz w:val="18"/>
          <w:szCs w:val="18"/>
        </w:rPr>
        <w:t xml:space="preserve"> </w:t>
      </w:r>
      <w:proofErr w:type="spellStart"/>
      <w:r w:rsidRPr="00B51957">
        <w:rPr>
          <w:rFonts w:ascii="Sylfaen" w:hAnsi="Sylfaen" w:cs="Sylfaen"/>
          <w:sz w:val="18"/>
          <w:szCs w:val="18"/>
        </w:rPr>
        <w:t>წარმოადგენს</w:t>
      </w:r>
      <w:proofErr w:type="spellEnd"/>
      <w:r w:rsidRPr="00B51957">
        <w:rPr>
          <w:rFonts w:cstheme="majorHAnsi"/>
          <w:sz w:val="18"/>
          <w:szCs w:val="18"/>
        </w:rPr>
        <w:t xml:space="preserve"> </w:t>
      </w:r>
      <w:proofErr w:type="spellStart"/>
      <w:r w:rsidRPr="00B51957">
        <w:rPr>
          <w:rFonts w:ascii="Sylfaen" w:hAnsi="Sylfaen" w:cs="Sylfaen"/>
          <w:sz w:val="18"/>
          <w:szCs w:val="18"/>
        </w:rPr>
        <w:t>ბეტონირების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სამუშაოების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წარმოების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აუცილებელ</w:t>
      </w:r>
      <w:proofErr w:type="spellEnd"/>
      <w:r w:rsidRPr="00B51957">
        <w:rPr>
          <w:rFonts w:cstheme="majorHAnsi"/>
          <w:sz w:val="18"/>
          <w:szCs w:val="18"/>
        </w:rPr>
        <w:t xml:space="preserve"> </w:t>
      </w:r>
      <w:proofErr w:type="spellStart"/>
      <w:r w:rsidRPr="00B51957">
        <w:rPr>
          <w:rFonts w:ascii="Sylfaen" w:hAnsi="Sylfaen" w:cs="Sylfaen"/>
          <w:sz w:val="18"/>
          <w:szCs w:val="18"/>
        </w:rPr>
        <w:t>წინაპირობას</w:t>
      </w:r>
      <w:proofErr w:type="spellEnd"/>
      <w:r w:rsidRPr="00B51957">
        <w:rPr>
          <w:rFonts w:cstheme="majorHAnsi"/>
          <w:sz w:val="18"/>
          <w:szCs w:val="18"/>
        </w:rPr>
        <w:t xml:space="preserve">  </w:t>
      </w:r>
      <w:proofErr w:type="spellStart"/>
      <w:r w:rsidRPr="00B51957">
        <w:rPr>
          <w:rFonts w:ascii="Sylfaen" w:hAnsi="Sylfaen" w:cs="Sylfaen"/>
          <w:sz w:val="18"/>
          <w:szCs w:val="18"/>
        </w:rPr>
        <w:t>ფარული</w:t>
      </w:r>
      <w:proofErr w:type="spellEnd"/>
      <w:r w:rsidRPr="00B51957">
        <w:rPr>
          <w:rFonts w:cstheme="majorHAnsi"/>
          <w:sz w:val="18"/>
          <w:szCs w:val="18"/>
        </w:rPr>
        <w:t xml:space="preserve"> </w:t>
      </w:r>
      <w:proofErr w:type="spellStart"/>
      <w:r w:rsidRPr="00B51957">
        <w:rPr>
          <w:rFonts w:ascii="Sylfaen" w:hAnsi="Sylfaen" w:cs="Sylfaen"/>
          <w:sz w:val="18"/>
          <w:szCs w:val="18"/>
        </w:rPr>
        <w:t>სამუშაოების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აქტით</w:t>
      </w:r>
      <w:proofErr w:type="spellEnd"/>
      <w:r w:rsidRPr="00B51957">
        <w:rPr>
          <w:rFonts w:cstheme="majorHAnsi"/>
          <w:sz w:val="18"/>
          <w:szCs w:val="18"/>
        </w:rPr>
        <w:t xml:space="preserve"> </w:t>
      </w:r>
      <w:proofErr w:type="spellStart"/>
      <w:r w:rsidRPr="00B51957">
        <w:rPr>
          <w:rFonts w:ascii="Sylfaen" w:hAnsi="Sylfaen" w:cs="Sylfaen"/>
          <w:sz w:val="18"/>
          <w:szCs w:val="18"/>
        </w:rPr>
        <w:t>მხარეები</w:t>
      </w:r>
      <w:proofErr w:type="spellEnd"/>
      <w:r w:rsidRPr="00B51957">
        <w:rPr>
          <w:rFonts w:cstheme="majorHAnsi"/>
          <w:sz w:val="18"/>
          <w:szCs w:val="18"/>
        </w:rPr>
        <w:t xml:space="preserve"> </w:t>
      </w:r>
      <w:proofErr w:type="spellStart"/>
      <w:r w:rsidRPr="00B51957">
        <w:rPr>
          <w:rFonts w:ascii="Sylfaen" w:hAnsi="Sylfaen" w:cs="Sylfaen"/>
          <w:sz w:val="18"/>
          <w:szCs w:val="18"/>
        </w:rPr>
        <w:t>ადასტურებენ</w:t>
      </w:r>
      <w:proofErr w:type="spellEnd"/>
      <w:r w:rsidRPr="00B51957">
        <w:rPr>
          <w:rFonts w:cstheme="majorHAnsi"/>
          <w:sz w:val="18"/>
          <w:szCs w:val="18"/>
        </w:rPr>
        <w:t xml:space="preserve"> </w:t>
      </w:r>
      <w:proofErr w:type="spellStart"/>
      <w:r w:rsidRPr="00B51957">
        <w:rPr>
          <w:rFonts w:ascii="Sylfaen" w:hAnsi="Sylfaen" w:cs="Sylfaen"/>
          <w:sz w:val="18"/>
          <w:szCs w:val="18"/>
        </w:rPr>
        <w:t>პროექტთან</w:t>
      </w:r>
      <w:proofErr w:type="spellEnd"/>
      <w:r w:rsidRPr="00B51957">
        <w:rPr>
          <w:rFonts w:cstheme="majorHAnsi"/>
          <w:sz w:val="18"/>
          <w:szCs w:val="18"/>
        </w:rPr>
        <w:t xml:space="preserve"> </w:t>
      </w:r>
      <w:proofErr w:type="spellStart"/>
      <w:r w:rsidRPr="00B51957">
        <w:rPr>
          <w:rFonts w:ascii="Sylfaen" w:hAnsi="Sylfaen" w:cs="Sylfaen"/>
          <w:sz w:val="18"/>
          <w:szCs w:val="18"/>
        </w:rPr>
        <w:t>იმ</w:t>
      </w:r>
      <w:proofErr w:type="spellEnd"/>
      <w:r w:rsidRPr="00B51957">
        <w:rPr>
          <w:rFonts w:cstheme="majorHAnsi"/>
          <w:sz w:val="18"/>
          <w:szCs w:val="18"/>
        </w:rPr>
        <w:t xml:space="preserve"> </w:t>
      </w:r>
      <w:proofErr w:type="spellStart"/>
      <w:r w:rsidRPr="00B51957">
        <w:rPr>
          <w:rFonts w:ascii="Sylfaen" w:hAnsi="Sylfaen" w:cs="Sylfaen"/>
          <w:sz w:val="18"/>
          <w:szCs w:val="18"/>
        </w:rPr>
        <w:t>სამუშაოების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შესაბამისობას</w:t>
      </w:r>
      <w:proofErr w:type="spellEnd"/>
      <w:r w:rsidRPr="00B51957">
        <w:rPr>
          <w:rFonts w:cstheme="majorHAnsi"/>
          <w:sz w:val="18"/>
          <w:szCs w:val="18"/>
        </w:rPr>
        <w:t xml:space="preserve">, </w:t>
      </w:r>
      <w:proofErr w:type="spellStart"/>
      <w:r w:rsidRPr="00B51957">
        <w:rPr>
          <w:rFonts w:ascii="Sylfaen" w:hAnsi="Sylfaen" w:cs="Sylfaen"/>
          <w:sz w:val="18"/>
          <w:szCs w:val="18"/>
        </w:rPr>
        <w:t>რომელთა</w:t>
      </w:r>
      <w:proofErr w:type="spellEnd"/>
      <w:r w:rsidRPr="00B51957">
        <w:rPr>
          <w:rFonts w:cstheme="majorHAnsi"/>
          <w:sz w:val="18"/>
          <w:szCs w:val="18"/>
        </w:rPr>
        <w:t xml:space="preserve"> </w:t>
      </w:r>
      <w:proofErr w:type="spellStart"/>
      <w:r w:rsidRPr="00B51957">
        <w:rPr>
          <w:rFonts w:ascii="Sylfaen" w:hAnsi="Sylfaen" w:cs="Sylfaen"/>
          <w:sz w:val="18"/>
          <w:szCs w:val="18"/>
        </w:rPr>
        <w:t>შემოწმება</w:t>
      </w:r>
      <w:proofErr w:type="spellEnd"/>
      <w:r w:rsidRPr="00B51957">
        <w:rPr>
          <w:rFonts w:cstheme="majorHAnsi"/>
          <w:sz w:val="18"/>
          <w:szCs w:val="18"/>
        </w:rPr>
        <w:t xml:space="preserve"> </w:t>
      </w:r>
      <w:proofErr w:type="spellStart"/>
      <w:r w:rsidRPr="00B51957">
        <w:rPr>
          <w:rFonts w:ascii="Sylfaen" w:hAnsi="Sylfaen" w:cs="Sylfaen"/>
          <w:sz w:val="18"/>
          <w:szCs w:val="18"/>
        </w:rPr>
        <w:t>და</w:t>
      </w:r>
      <w:proofErr w:type="spellEnd"/>
      <w:r w:rsidRPr="00B51957">
        <w:rPr>
          <w:rFonts w:cstheme="majorHAnsi"/>
          <w:sz w:val="18"/>
          <w:szCs w:val="18"/>
        </w:rPr>
        <w:t xml:space="preserve"> </w:t>
      </w:r>
      <w:proofErr w:type="spellStart"/>
      <w:r w:rsidRPr="00B51957">
        <w:rPr>
          <w:rFonts w:ascii="Sylfaen" w:hAnsi="Sylfaen" w:cs="Sylfaen"/>
          <w:sz w:val="18"/>
          <w:szCs w:val="18"/>
        </w:rPr>
        <w:t>შეფასება</w:t>
      </w:r>
      <w:proofErr w:type="spellEnd"/>
      <w:r w:rsidRPr="00B51957">
        <w:rPr>
          <w:rFonts w:cstheme="majorHAnsi"/>
          <w:sz w:val="18"/>
          <w:szCs w:val="18"/>
        </w:rPr>
        <w:t xml:space="preserve"> </w:t>
      </w:r>
      <w:proofErr w:type="spellStart"/>
      <w:r w:rsidRPr="00B51957">
        <w:rPr>
          <w:rFonts w:ascii="Sylfaen" w:hAnsi="Sylfaen" w:cs="Sylfaen"/>
          <w:sz w:val="18"/>
          <w:szCs w:val="18"/>
        </w:rPr>
        <w:t>მომავალში</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შესაძლოა</w:t>
      </w:r>
      <w:proofErr w:type="spellEnd"/>
      <w:r w:rsidRPr="00B51957">
        <w:rPr>
          <w:rFonts w:cstheme="majorHAnsi"/>
          <w:sz w:val="18"/>
          <w:szCs w:val="18"/>
        </w:rPr>
        <w:t xml:space="preserve"> </w:t>
      </w:r>
      <w:proofErr w:type="spellStart"/>
      <w:r w:rsidRPr="00B51957">
        <w:rPr>
          <w:rFonts w:ascii="Sylfaen" w:hAnsi="Sylfaen" w:cs="Sylfaen"/>
          <w:sz w:val="18"/>
          <w:szCs w:val="18"/>
        </w:rPr>
        <w:t>შეუძლებელი</w:t>
      </w:r>
      <w:proofErr w:type="spellEnd"/>
      <w:r w:rsidRPr="00B51957">
        <w:rPr>
          <w:rFonts w:cstheme="majorHAnsi"/>
          <w:sz w:val="18"/>
          <w:szCs w:val="18"/>
        </w:rPr>
        <w:t xml:space="preserve"> </w:t>
      </w:r>
      <w:proofErr w:type="spellStart"/>
      <w:r w:rsidRPr="00B51957">
        <w:rPr>
          <w:rFonts w:ascii="Sylfaen" w:hAnsi="Sylfaen" w:cs="Sylfaen"/>
          <w:sz w:val="18"/>
          <w:szCs w:val="18"/>
        </w:rPr>
        <w:t>შეიქმნას</w:t>
      </w:r>
      <w:proofErr w:type="spellEnd"/>
      <w:r w:rsidRPr="00B51957">
        <w:rPr>
          <w:rFonts w:cstheme="majorHAnsi"/>
          <w:sz w:val="18"/>
          <w:szCs w:val="18"/>
        </w:rPr>
        <w:t xml:space="preserve"> </w:t>
      </w:r>
      <w:proofErr w:type="spellStart"/>
      <w:r w:rsidRPr="00B51957">
        <w:rPr>
          <w:rFonts w:ascii="Sylfaen" w:hAnsi="Sylfaen" w:cs="Sylfaen"/>
          <w:sz w:val="18"/>
          <w:szCs w:val="18"/>
        </w:rPr>
        <w:t>და</w:t>
      </w:r>
      <w:proofErr w:type="spellEnd"/>
      <w:r w:rsidRPr="00B51957">
        <w:rPr>
          <w:rFonts w:cstheme="majorHAnsi"/>
          <w:sz w:val="18"/>
          <w:szCs w:val="18"/>
        </w:rPr>
        <w:t>/</w:t>
      </w:r>
      <w:proofErr w:type="spellStart"/>
      <w:r w:rsidRPr="00B51957">
        <w:rPr>
          <w:rFonts w:ascii="Sylfaen" w:hAnsi="Sylfaen" w:cs="Sylfaen"/>
          <w:sz w:val="18"/>
          <w:szCs w:val="18"/>
        </w:rPr>
        <w:t>ან</w:t>
      </w:r>
      <w:proofErr w:type="spellEnd"/>
      <w:r w:rsidRPr="00B51957">
        <w:rPr>
          <w:rFonts w:cstheme="majorHAnsi"/>
          <w:sz w:val="18"/>
          <w:szCs w:val="18"/>
        </w:rPr>
        <w:t xml:space="preserve"> </w:t>
      </w:r>
      <w:proofErr w:type="spellStart"/>
      <w:r w:rsidRPr="00B51957">
        <w:rPr>
          <w:rFonts w:ascii="Sylfaen" w:hAnsi="Sylfaen" w:cs="Sylfaen"/>
          <w:sz w:val="18"/>
          <w:szCs w:val="18"/>
        </w:rPr>
        <w:t>საჭიროებდეს</w:t>
      </w:r>
      <w:proofErr w:type="spellEnd"/>
      <w:r w:rsidRPr="00B51957">
        <w:rPr>
          <w:rFonts w:cstheme="majorHAnsi"/>
          <w:sz w:val="18"/>
          <w:szCs w:val="18"/>
        </w:rPr>
        <w:t xml:space="preserve"> </w:t>
      </w:r>
      <w:proofErr w:type="spellStart"/>
      <w:r w:rsidRPr="00B51957">
        <w:rPr>
          <w:rFonts w:ascii="Sylfaen" w:hAnsi="Sylfaen" w:cs="Sylfaen"/>
          <w:sz w:val="18"/>
          <w:szCs w:val="18"/>
        </w:rPr>
        <w:t>სპეციალური</w:t>
      </w:r>
      <w:proofErr w:type="spellEnd"/>
      <w:r w:rsidRPr="00B51957">
        <w:rPr>
          <w:rFonts w:cstheme="majorHAnsi"/>
          <w:sz w:val="18"/>
          <w:szCs w:val="18"/>
        </w:rPr>
        <w:t xml:space="preserve"> </w:t>
      </w:r>
      <w:proofErr w:type="spellStart"/>
      <w:r w:rsidRPr="00B51957">
        <w:rPr>
          <w:rFonts w:ascii="Sylfaen" w:hAnsi="Sylfaen" w:cs="Sylfaen"/>
          <w:sz w:val="18"/>
          <w:szCs w:val="18"/>
        </w:rPr>
        <w:t>შემოწმების</w:t>
      </w:r>
      <w:proofErr w:type="spellEnd"/>
      <w:r w:rsidRPr="00B51957">
        <w:rPr>
          <w:rFonts w:cstheme="majorHAnsi"/>
          <w:sz w:val="18"/>
          <w:szCs w:val="18"/>
        </w:rPr>
        <w:t>/</w:t>
      </w:r>
      <w:proofErr w:type="spellStart"/>
      <w:r w:rsidRPr="00B51957">
        <w:rPr>
          <w:rFonts w:ascii="Sylfaen" w:hAnsi="Sylfaen" w:cs="Sylfaen"/>
          <w:sz w:val="18"/>
          <w:szCs w:val="18"/>
        </w:rPr>
        <w:t>კვლევის</w:t>
      </w:r>
      <w:proofErr w:type="spellEnd"/>
      <w:r w:rsidRPr="00B51957">
        <w:rPr>
          <w:rFonts w:cstheme="majorHAnsi"/>
          <w:sz w:val="18"/>
          <w:szCs w:val="18"/>
        </w:rPr>
        <w:t xml:space="preserve"> </w:t>
      </w:r>
      <w:proofErr w:type="spellStart"/>
      <w:r w:rsidRPr="00B51957">
        <w:rPr>
          <w:rFonts w:ascii="Sylfaen" w:hAnsi="Sylfaen" w:cs="Sylfaen"/>
          <w:sz w:val="18"/>
          <w:szCs w:val="18"/>
        </w:rPr>
        <w:t>ჩატარებას</w:t>
      </w:r>
      <w:proofErr w:type="spellEnd"/>
      <w:r w:rsidRPr="00B51957">
        <w:rPr>
          <w:rFonts w:cstheme="majorHAnsi"/>
          <w:sz w:val="18"/>
          <w:szCs w:val="18"/>
        </w:rPr>
        <w:t xml:space="preserve">.  </w:t>
      </w:r>
    </w:p>
    <w:p w14:paraId="5A8A55BC" w14:textId="58849EA1" w:rsidR="00B53E64" w:rsidRPr="00A009C6" w:rsidRDefault="00B53E64" w:rsidP="00B53E64">
      <w:pPr>
        <w:pStyle w:val="ListParagraph"/>
        <w:numPr>
          <w:ilvl w:val="2"/>
          <w:numId w:val="13"/>
        </w:numPr>
        <w:rPr>
          <w:rFonts w:ascii="Sylfaen" w:hAnsi="Sylfaen" w:cs="Sylfaen"/>
          <w:sz w:val="18"/>
          <w:szCs w:val="18"/>
        </w:rPr>
      </w:pPr>
      <w:r>
        <w:rPr>
          <w:rFonts w:ascii="Sylfaen" w:hAnsi="Sylfaen" w:cs="Sylfaen"/>
          <w:sz w:val="18"/>
          <w:szCs w:val="18"/>
          <w:lang w:val="ka-GE"/>
        </w:rPr>
        <w:t>მენარდე</w:t>
      </w:r>
      <w:r w:rsidRPr="00B51957">
        <w:rPr>
          <w:rFonts w:cstheme="majorHAnsi"/>
          <w:sz w:val="18"/>
          <w:szCs w:val="18"/>
        </w:rPr>
        <w:t xml:space="preserve"> </w:t>
      </w:r>
      <w:proofErr w:type="spellStart"/>
      <w:r w:rsidRPr="00B51957">
        <w:rPr>
          <w:rFonts w:ascii="Sylfaen" w:hAnsi="Sylfaen" w:cs="Sylfaen"/>
          <w:sz w:val="18"/>
          <w:szCs w:val="18"/>
        </w:rPr>
        <w:t>კისრულობს</w:t>
      </w:r>
      <w:proofErr w:type="spellEnd"/>
      <w:r w:rsidRPr="00B51957">
        <w:rPr>
          <w:rFonts w:cstheme="majorHAnsi"/>
          <w:sz w:val="18"/>
          <w:szCs w:val="18"/>
        </w:rPr>
        <w:t xml:space="preserve"> </w:t>
      </w:r>
      <w:proofErr w:type="spellStart"/>
      <w:r w:rsidRPr="00B51957">
        <w:rPr>
          <w:rFonts w:ascii="Sylfaen" w:hAnsi="Sylfaen" w:cs="Sylfaen"/>
          <w:sz w:val="18"/>
          <w:szCs w:val="18"/>
        </w:rPr>
        <w:t>ვალდებულებას</w:t>
      </w:r>
      <w:proofErr w:type="spellEnd"/>
      <w:r w:rsidRPr="00B51957">
        <w:rPr>
          <w:rFonts w:cstheme="majorHAnsi"/>
          <w:sz w:val="18"/>
          <w:szCs w:val="18"/>
        </w:rPr>
        <w:t xml:space="preserve"> </w:t>
      </w:r>
      <w:proofErr w:type="spellStart"/>
      <w:r w:rsidRPr="00B51957">
        <w:rPr>
          <w:rFonts w:ascii="Sylfaen" w:hAnsi="Sylfaen" w:cs="Sylfaen"/>
          <w:sz w:val="18"/>
          <w:szCs w:val="18"/>
        </w:rPr>
        <w:t>კონსტრუქციის</w:t>
      </w:r>
      <w:proofErr w:type="spellEnd"/>
      <w:r w:rsidRPr="00B51957">
        <w:rPr>
          <w:rFonts w:cstheme="majorHAnsi"/>
          <w:sz w:val="18"/>
          <w:szCs w:val="18"/>
        </w:rPr>
        <w:t xml:space="preserve"> </w:t>
      </w:r>
      <w:proofErr w:type="spellStart"/>
      <w:r w:rsidRPr="00B51957">
        <w:rPr>
          <w:rFonts w:ascii="Sylfaen" w:hAnsi="Sylfaen" w:cs="Sylfaen"/>
          <w:sz w:val="18"/>
          <w:szCs w:val="18"/>
        </w:rPr>
        <w:t>არმირების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პროექტთან</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შესაბამისობის</w:t>
      </w:r>
      <w:proofErr w:type="spellEnd"/>
      <w:r w:rsidRPr="00B51957">
        <w:rPr>
          <w:rFonts w:cstheme="majorHAnsi"/>
          <w:sz w:val="18"/>
          <w:szCs w:val="18"/>
        </w:rPr>
        <w:t xml:space="preserve"> </w:t>
      </w:r>
      <w:proofErr w:type="spellStart"/>
      <w:r w:rsidRPr="00B51957">
        <w:rPr>
          <w:rFonts w:ascii="Sylfaen" w:hAnsi="Sylfaen" w:cs="Sylfaen"/>
          <w:sz w:val="18"/>
          <w:szCs w:val="18"/>
        </w:rPr>
        <w:t>შემოწმების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მიზნით</w:t>
      </w:r>
      <w:proofErr w:type="spellEnd"/>
      <w:r w:rsidRPr="00B51957">
        <w:rPr>
          <w:rFonts w:cstheme="majorHAnsi"/>
          <w:sz w:val="18"/>
          <w:szCs w:val="18"/>
        </w:rPr>
        <w:t xml:space="preserve"> </w:t>
      </w:r>
      <w:proofErr w:type="spellStart"/>
      <w:r w:rsidRPr="00B51957">
        <w:rPr>
          <w:rFonts w:ascii="Sylfaen" w:hAnsi="Sylfaen" w:cs="Sylfaen"/>
          <w:sz w:val="18"/>
          <w:szCs w:val="18"/>
        </w:rPr>
        <w:t>უზრუნველყოს</w:t>
      </w:r>
      <w:proofErr w:type="spellEnd"/>
      <w:r w:rsidRPr="00B51957">
        <w:rPr>
          <w:rFonts w:cstheme="majorHAnsi"/>
          <w:sz w:val="18"/>
          <w:szCs w:val="18"/>
        </w:rPr>
        <w:t xml:space="preserve"> </w:t>
      </w:r>
      <w:proofErr w:type="spellStart"/>
      <w:r w:rsidRPr="00B51957">
        <w:rPr>
          <w:rFonts w:ascii="Sylfaen" w:hAnsi="Sylfaen" w:cs="Sylfaen"/>
          <w:sz w:val="18"/>
          <w:szCs w:val="18"/>
        </w:rPr>
        <w:t>კონსტრუქტორის</w:t>
      </w:r>
      <w:proofErr w:type="spellEnd"/>
      <w:r w:rsidRPr="00B51957">
        <w:rPr>
          <w:rFonts w:cstheme="majorHAnsi"/>
          <w:sz w:val="18"/>
          <w:szCs w:val="18"/>
        </w:rPr>
        <w:t xml:space="preserve"> (</w:t>
      </w:r>
      <w:proofErr w:type="spellStart"/>
      <w:r w:rsidRPr="00B51957">
        <w:rPr>
          <w:rFonts w:ascii="Sylfaen" w:hAnsi="Sylfaen" w:cs="Sylfaen"/>
          <w:sz w:val="18"/>
          <w:szCs w:val="18"/>
        </w:rPr>
        <w:t>კონსტრუქციული</w:t>
      </w:r>
      <w:proofErr w:type="spellEnd"/>
      <w:r w:rsidRPr="00B51957">
        <w:rPr>
          <w:rFonts w:cstheme="majorHAnsi"/>
          <w:sz w:val="18"/>
          <w:szCs w:val="18"/>
        </w:rPr>
        <w:t xml:space="preserve"> </w:t>
      </w:r>
      <w:proofErr w:type="spellStart"/>
      <w:r w:rsidRPr="00B51957">
        <w:rPr>
          <w:rFonts w:ascii="Sylfaen" w:hAnsi="Sylfaen" w:cs="Sylfaen"/>
          <w:sz w:val="18"/>
          <w:szCs w:val="18"/>
        </w:rPr>
        <w:t>პროექტის</w:t>
      </w:r>
      <w:proofErr w:type="spellEnd"/>
      <w:r w:rsidRPr="00B51957">
        <w:rPr>
          <w:rFonts w:cstheme="majorHAnsi"/>
          <w:sz w:val="18"/>
          <w:szCs w:val="18"/>
        </w:rPr>
        <w:t xml:space="preserve"> </w:t>
      </w:r>
      <w:proofErr w:type="spellStart"/>
      <w:r w:rsidRPr="00B51957">
        <w:rPr>
          <w:rFonts w:ascii="Sylfaen" w:hAnsi="Sylfaen" w:cs="Sylfaen"/>
          <w:sz w:val="18"/>
          <w:szCs w:val="18"/>
        </w:rPr>
        <w:t>ავტორის</w:t>
      </w:r>
      <w:proofErr w:type="spellEnd"/>
      <w:r w:rsidRPr="00B51957">
        <w:rPr>
          <w:rFonts w:cstheme="majorHAnsi"/>
          <w:sz w:val="18"/>
          <w:szCs w:val="18"/>
        </w:rPr>
        <w:t xml:space="preserve"> </w:t>
      </w:r>
      <w:proofErr w:type="spellStart"/>
      <w:r w:rsidRPr="00B51957">
        <w:rPr>
          <w:rFonts w:ascii="Sylfaen" w:hAnsi="Sylfaen" w:cs="Sylfaen"/>
          <w:sz w:val="18"/>
          <w:szCs w:val="18"/>
        </w:rPr>
        <w:t>ან</w:t>
      </w:r>
      <w:proofErr w:type="spellEnd"/>
      <w:r w:rsidRPr="00B51957">
        <w:rPr>
          <w:rFonts w:cstheme="majorHAnsi"/>
          <w:sz w:val="18"/>
          <w:szCs w:val="18"/>
        </w:rPr>
        <w:t xml:space="preserve"> </w:t>
      </w:r>
      <w:proofErr w:type="spellStart"/>
      <w:r w:rsidRPr="00B51957">
        <w:rPr>
          <w:rFonts w:ascii="Sylfaen" w:hAnsi="Sylfaen" w:cs="Sylfaen"/>
          <w:sz w:val="18"/>
          <w:szCs w:val="18"/>
        </w:rPr>
        <w:t>დამკვეთის</w:t>
      </w:r>
      <w:proofErr w:type="spellEnd"/>
      <w:r w:rsidRPr="00B51957">
        <w:rPr>
          <w:rFonts w:cstheme="majorHAnsi"/>
          <w:sz w:val="18"/>
          <w:szCs w:val="18"/>
        </w:rPr>
        <w:t xml:space="preserve"> </w:t>
      </w:r>
      <w:proofErr w:type="spellStart"/>
      <w:r w:rsidRPr="00B51957">
        <w:rPr>
          <w:rFonts w:ascii="Sylfaen" w:hAnsi="Sylfaen" w:cs="Sylfaen"/>
          <w:sz w:val="18"/>
          <w:szCs w:val="18"/>
        </w:rPr>
        <w:t>მიერ</w:t>
      </w:r>
      <w:proofErr w:type="spellEnd"/>
      <w:r w:rsidRPr="00B51957">
        <w:rPr>
          <w:rFonts w:cstheme="majorHAnsi"/>
          <w:sz w:val="18"/>
          <w:szCs w:val="18"/>
        </w:rPr>
        <w:t xml:space="preserve"> </w:t>
      </w:r>
      <w:proofErr w:type="spellStart"/>
      <w:r w:rsidRPr="00B51957">
        <w:rPr>
          <w:rFonts w:ascii="Sylfaen" w:hAnsi="Sylfaen" w:cs="Sylfaen"/>
          <w:sz w:val="18"/>
          <w:szCs w:val="18"/>
        </w:rPr>
        <w:t>განსაზღვრული</w:t>
      </w:r>
      <w:proofErr w:type="spellEnd"/>
      <w:r w:rsidRPr="00B51957">
        <w:rPr>
          <w:rFonts w:cstheme="majorHAnsi"/>
          <w:sz w:val="18"/>
          <w:szCs w:val="18"/>
        </w:rPr>
        <w:t xml:space="preserve"> </w:t>
      </w:r>
      <w:proofErr w:type="spellStart"/>
      <w:r w:rsidRPr="00B51957">
        <w:rPr>
          <w:rFonts w:ascii="Sylfaen" w:hAnsi="Sylfaen" w:cs="Sylfaen"/>
          <w:sz w:val="18"/>
          <w:szCs w:val="18"/>
        </w:rPr>
        <w:t>პირი</w:t>
      </w:r>
      <w:r w:rsidR="00BE3B3A">
        <w:rPr>
          <w:rFonts w:ascii="Sylfaen" w:hAnsi="Sylfaen" w:cs="Sylfaen"/>
          <w:sz w:val="18"/>
          <w:szCs w:val="18"/>
        </w:rPr>
        <w:t>ს</w:t>
      </w:r>
      <w:proofErr w:type="spellEnd"/>
      <w:r w:rsidRPr="00B51957">
        <w:rPr>
          <w:rFonts w:cstheme="majorHAnsi"/>
          <w:sz w:val="18"/>
          <w:szCs w:val="18"/>
        </w:rPr>
        <w:t xml:space="preserve">) </w:t>
      </w:r>
      <w:proofErr w:type="spellStart"/>
      <w:r w:rsidRPr="00B51957">
        <w:rPr>
          <w:rFonts w:ascii="Sylfaen" w:hAnsi="Sylfaen" w:cs="Sylfaen"/>
          <w:sz w:val="18"/>
          <w:szCs w:val="18"/>
        </w:rPr>
        <w:t>დაშვება</w:t>
      </w:r>
      <w:proofErr w:type="spellEnd"/>
      <w:r>
        <w:rPr>
          <w:rFonts w:cstheme="majorHAnsi"/>
          <w:sz w:val="18"/>
          <w:szCs w:val="18"/>
        </w:rPr>
        <w:t>„</w:t>
      </w:r>
    </w:p>
    <w:p w14:paraId="08016031" w14:textId="1B06F763" w:rsidR="00B53E64" w:rsidRPr="003459CB" w:rsidRDefault="00B53E64" w:rsidP="00B53E64">
      <w:pPr>
        <w:pStyle w:val="ListParagraph"/>
        <w:numPr>
          <w:ilvl w:val="2"/>
          <w:numId w:val="13"/>
        </w:numPr>
        <w:spacing w:after="0"/>
        <w:jc w:val="both"/>
        <w:rPr>
          <w:rFonts w:ascii="Sylfaen" w:hAnsi="Sylfaen"/>
          <w:bCs/>
          <w:lang w:val="ka-GE"/>
        </w:rPr>
      </w:pPr>
      <w:r w:rsidRPr="003459CB">
        <w:rPr>
          <w:rFonts w:ascii="Sylfaen" w:eastAsia="Arial Unicode MS" w:hAnsi="Sylfaen" w:cs="Sylfaen"/>
          <w:bCs/>
          <w:noProof/>
          <w:sz w:val="18"/>
          <w:szCs w:val="18"/>
          <w:lang w:val="ka-GE"/>
        </w:rPr>
        <w:t>საანგარიშო პერიოდში (მუხლი 4.3.6.) მონოლითური კარკასის საყალიბე სისტემის დემონტაჟის, ასევე ბეტონის სტრუქტურიდან საყალიბე სისტემის სრული დემონტაჟის შემდეგ დამკვეთი ვალდებულია მენარდესთან ერთად 2 (ორი) სამუშაო დღის ვადაში განახორციელოს ბეტონის სტრუქტურის გეომეტრიული სიზუსტის და ზედაპირის ხარისხის შეფასება, რის საფუძველზეც შედგება ბეტონირების სამუშაოთა ერთობლივი შეფასების აქტი. მხარეები ვთანმხდებით, რომ ბეტონის სტრუქტურის გეომეტრიული სიზუსტის და ზედაპირის ხარისხის შეფასება განხორციელდება საქართველოში მოქმედი სამშენებლო ნორმებითა და წესებით (ე.წ. სნიპ СП 70.13330.2012</w:t>
      </w:r>
      <w:r w:rsidR="003459CB">
        <w:rPr>
          <w:rFonts w:ascii="Sylfaen" w:eastAsia="Arial Unicode MS" w:hAnsi="Sylfaen" w:cs="Sylfaen"/>
          <w:bCs/>
          <w:noProof/>
          <w:sz w:val="18"/>
          <w:szCs w:val="18"/>
          <w:lang w:val="ka-GE"/>
        </w:rPr>
        <w:t xml:space="preserve">, </w:t>
      </w:r>
      <w:r w:rsidR="003459CB">
        <w:rPr>
          <w:rFonts w:ascii="Sylfaen" w:eastAsia="Arial Unicode MS" w:hAnsi="Sylfaen" w:cs="Sylfaen"/>
          <w:bCs/>
          <w:noProof/>
          <w:sz w:val="18"/>
          <w:szCs w:val="18"/>
          <w:lang w:val="ru-RU"/>
        </w:rPr>
        <w:t>СП 45.13330</w:t>
      </w:r>
      <w:r w:rsidRPr="003459CB">
        <w:rPr>
          <w:rFonts w:ascii="Sylfaen" w:eastAsia="Arial Unicode MS" w:hAnsi="Sylfaen" w:cs="Sylfaen"/>
          <w:bCs/>
          <w:noProof/>
          <w:sz w:val="18"/>
          <w:szCs w:val="18"/>
          <w:lang w:val="ka-GE"/>
        </w:rPr>
        <w:t>) განსაზღვრული დასაშვები ცდომილებების გათვალისწინებით.</w:t>
      </w:r>
    </w:p>
    <w:p w14:paraId="02F9B2F6" w14:textId="58522D25" w:rsidR="004B6084" w:rsidRPr="00B51957" w:rsidRDefault="00BD0D66" w:rsidP="00185C20">
      <w:pPr>
        <w:pStyle w:val="ListParagraph"/>
        <w:numPr>
          <w:ilvl w:val="2"/>
          <w:numId w:val="13"/>
        </w:numPr>
        <w:jc w:val="both"/>
        <w:rPr>
          <w:rFonts w:ascii="Sylfaen" w:hAnsi="Sylfaen" w:cs="Sylfaen"/>
          <w:sz w:val="18"/>
          <w:szCs w:val="18"/>
        </w:rPr>
      </w:pPr>
      <w:proofErr w:type="spellStart"/>
      <w:r>
        <w:rPr>
          <w:rFonts w:ascii="Sylfaen" w:hAnsi="Sylfaen" w:cs="Sylfaen"/>
          <w:sz w:val="18"/>
          <w:szCs w:val="18"/>
        </w:rPr>
        <w:t>დამკვეთი</w:t>
      </w:r>
      <w:proofErr w:type="spellEnd"/>
      <w:r>
        <w:rPr>
          <w:rFonts w:ascii="Sylfaen" w:hAnsi="Sylfaen" w:cs="Sylfaen"/>
          <w:sz w:val="18"/>
          <w:szCs w:val="18"/>
        </w:rPr>
        <w:t xml:space="preserve"> </w:t>
      </w:r>
      <w:proofErr w:type="spellStart"/>
      <w:r>
        <w:rPr>
          <w:rFonts w:ascii="Sylfaen" w:hAnsi="Sylfaen" w:cs="Sylfaen"/>
          <w:sz w:val="18"/>
          <w:szCs w:val="18"/>
        </w:rPr>
        <w:t>ვალდებულია</w:t>
      </w:r>
      <w:proofErr w:type="spellEnd"/>
      <w:r>
        <w:rPr>
          <w:rFonts w:ascii="Sylfaen" w:hAnsi="Sylfaen" w:cs="Sylfaen"/>
          <w:sz w:val="18"/>
          <w:szCs w:val="18"/>
        </w:rPr>
        <w:t xml:space="preserve"> </w:t>
      </w:r>
      <w:proofErr w:type="spellStart"/>
      <w:r>
        <w:rPr>
          <w:rFonts w:ascii="Sylfaen" w:hAnsi="Sylfaen" w:cs="Sylfaen"/>
          <w:sz w:val="18"/>
          <w:szCs w:val="18"/>
        </w:rPr>
        <w:t>მიიღოს</w:t>
      </w:r>
      <w:proofErr w:type="spellEnd"/>
      <w:r>
        <w:rPr>
          <w:rFonts w:ascii="Sylfaen" w:hAnsi="Sylfaen" w:cs="Sylfaen"/>
          <w:sz w:val="18"/>
          <w:szCs w:val="18"/>
        </w:rPr>
        <w:t xml:space="preserve"> </w:t>
      </w:r>
      <w:proofErr w:type="spellStart"/>
      <w:r>
        <w:rPr>
          <w:rFonts w:ascii="Sylfaen" w:hAnsi="Sylfaen" w:cs="Sylfaen"/>
          <w:sz w:val="18"/>
          <w:szCs w:val="18"/>
        </w:rPr>
        <w:t>შესაბამისი</w:t>
      </w:r>
      <w:proofErr w:type="spellEnd"/>
      <w:r>
        <w:rPr>
          <w:rFonts w:ascii="Sylfaen" w:hAnsi="Sylfaen" w:cs="Sylfaen"/>
          <w:sz w:val="18"/>
          <w:szCs w:val="18"/>
        </w:rPr>
        <w:t xml:space="preserve"> </w:t>
      </w:r>
      <w:proofErr w:type="spellStart"/>
      <w:r>
        <w:rPr>
          <w:rFonts w:ascii="Sylfaen" w:hAnsi="Sylfaen" w:cs="Sylfaen"/>
          <w:sz w:val="18"/>
          <w:szCs w:val="18"/>
        </w:rPr>
        <w:t>ეტაპით</w:t>
      </w:r>
      <w:proofErr w:type="spellEnd"/>
      <w:r>
        <w:rPr>
          <w:rFonts w:ascii="Sylfaen" w:hAnsi="Sylfaen" w:cs="Sylfaen"/>
          <w:sz w:val="18"/>
          <w:szCs w:val="18"/>
        </w:rPr>
        <w:t xml:space="preserve"> </w:t>
      </w:r>
      <w:proofErr w:type="spellStart"/>
      <w:r>
        <w:rPr>
          <w:rFonts w:ascii="Sylfaen" w:hAnsi="Sylfaen" w:cs="Sylfaen"/>
          <w:sz w:val="18"/>
          <w:szCs w:val="18"/>
        </w:rPr>
        <w:t>გათვალისწინებული</w:t>
      </w:r>
      <w:proofErr w:type="spellEnd"/>
      <w:r>
        <w:rPr>
          <w:rFonts w:ascii="Sylfaen" w:hAnsi="Sylfaen" w:cs="Sylfaen"/>
          <w:sz w:val="18"/>
          <w:szCs w:val="18"/>
        </w:rPr>
        <w:t xml:space="preserve"> </w:t>
      </w:r>
      <w:proofErr w:type="spellStart"/>
      <w:r>
        <w:rPr>
          <w:rFonts w:ascii="Sylfaen" w:hAnsi="Sylfaen" w:cs="Sylfaen"/>
          <w:sz w:val="18"/>
          <w:szCs w:val="18"/>
        </w:rPr>
        <w:t>სამუშაოები</w:t>
      </w:r>
      <w:proofErr w:type="spellEnd"/>
      <w:r>
        <w:rPr>
          <w:rFonts w:ascii="Sylfaen" w:hAnsi="Sylfaen" w:cs="Sylfaen"/>
          <w:sz w:val="18"/>
          <w:szCs w:val="18"/>
        </w:rPr>
        <w:t xml:space="preserve">, </w:t>
      </w:r>
      <w:proofErr w:type="spellStart"/>
      <w:r>
        <w:rPr>
          <w:rFonts w:ascii="Sylfaen" w:hAnsi="Sylfaen" w:cs="Sylfaen"/>
          <w:sz w:val="18"/>
          <w:szCs w:val="18"/>
        </w:rPr>
        <w:t>იმ</w:t>
      </w:r>
      <w:proofErr w:type="spellEnd"/>
      <w:r>
        <w:rPr>
          <w:rFonts w:ascii="Sylfaen" w:hAnsi="Sylfaen" w:cs="Sylfaen"/>
          <w:sz w:val="18"/>
          <w:szCs w:val="18"/>
        </w:rPr>
        <w:t xml:space="preserve"> </w:t>
      </w:r>
      <w:proofErr w:type="spellStart"/>
      <w:r>
        <w:rPr>
          <w:rFonts w:ascii="Sylfaen" w:hAnsi="Sylfaen" w:cs="Sylfaen"/>
          <w:sz w:val="18"/>
          <w:szCs w:val="18"/>
        </w:rPr>
        <w:t>შემთხვევაში</w:t>
      </w:r>
      <w:proofErr w:type="spellEnd"/>
      <w:r>
        <w:rPr>
          <w:rFonts w:ascii="Sylfaen" w:hAnsi="Sylfaen" w:cs="Sylfaen"/>
          <w:sz w:val="18"/>
          <w:szCs w:val="18"/>
        </w:rPr>
        <w:t xml:space="preserve"> </w:t>
      </w:r>
      <w:proofErr w:type="spellStart"/>
      <w:r>
        <w:rPr>
          <w:rFonts w:ascii="Sylfaen" w:hAnsi="Sylfaen" w:cs="Sylfaen"/>
          <w:sz w:val="18"/>
          <w:szCs w:val="18"/>
        </w:rPr>
        <w:t>თუ</w:t>
      </w:r>
      <w:proofErr w:type="spellEnd"/>
      <w:r w:rsidR="009176FA">
        <w:rPr>
          <w:rFonts w:ascii="Sylfaen" w:hAnsi="Sylfaen" w:cs="Sylfaen"/>
          <w:sz w:val="18"/>
          <w:szCs w:val="18"/>
        </w:rPr>
        <w:t xml:space="preserve"> </w:t>
      </w:r>
      <w:proofErr w:type="spellStart"/>
      <w:r>
        <w:rPr>
          <w:rFonts w:ascii="Sylfaen" w:hAnsi="Sylfaen" w:cs="Sylfaen"/>
          <w:sz w:val="18"/>
          <w:szCs w:val="18"/>
        </w:rPr>
        <w:t>სამუშაოები</w:t>
      </w:r>
      <w:proofErr w:type="spellEnd"/>
      <w:r>
        <w:rPr>
          <w:rFonts w:ascii="Sylfaen" w:hAnsi="Sylfaen" w:cs="Sylfaen"/>
          <w:sz w:val="18"/>
          <w:szCs w:val="18"/>
        </w:rPr>
        <w:t xml:space="preserve"> </w:t>
      </w:r>
      <w:proofErr w:type="spellStart"/>
      <w:r>
        <w:rPr>
          <w:rFonts w:ascii="Sylfaen" w:hAnsi="Sylfaen" w:cs="Sylfaen"/>
          <w:sz w:val="18"/>
          <w:szCs w:val="18"/>
        </w:rPr>
        <w:t>შესრულებულია</w:t>
      </w:r>
      <w:proofErr w:type="spellEnd"/>
      <w:r>
        <w:rPr>
          <w:rFonts w:ascii="Sylfaen" w:hAnsi="Sylfaen" w:cs="Sylfaen"/>
          <w:sz w:val="18"/>
          <w:szCs w:val="18"/>
        </w:rPr>
        <w:t xml:space="preserve"> </w:t>
      </w:r>
      <w:proofErr w:type="spellStart"/>
      <w:r>
        <w:rPr>
          <w:rFonts w:ascii="Sylfaen" w:hAnsi="Sylfaen" w:cs="Sylfaen"/>
          <w:sz w:val="18"/>
          <w:szCs w:val="18"/>
        </w:rPr>
        <w:t>წინამდებარე</w:t>
      </w:r>
      <w:proofErr w:type="spellEnd"/>
      <w:r>
        <w:rPr>
          <w:rFonts w:ascii="Sylfaen" w:hAnsi="Sylfaen" w:cs="Sylfaen"/>
          <w:sz w:val="18"/>
          <w:szCs w:val="18"/>
        </w:rPr>
        <w:t xml:space="preserve"> </w:t>
      </w:r>
      <w:proofErr w:type="spellStart"/>
      <w:r>
        <w:rPr>
          <w:rFonts w:ascii="Sylfaen" w:hAnsi="Sylfaen" w:cs="Sylfaen"/>
          <w:sz w:val="18"/>
          <w:szCs w:val="18"/>
        </w:rPr>
        <w:t>ხელშეკრულების</w:t>
      </w:r>
      <w:proofErr w:type="spellEnd"/>
      <w:r>
        <w:rPr>
          <w:rFonts w:ascii="Sylfaen" w:hAnsi="Sylfaen" w:cs="Sylfaen"/>
          <w:sz w:val="18"/>
          <w:szCs w:val="18"/>
        </w:rPr>
        <w:t xml:space="preserve"> </w:t>
      </w:r>
      <w:proofErr w:type="spellStart"/>
      <w:r w:rsidR="002C3CBE">
        <w:rPr>
          <w:rFonts w:ascii="Sylfaen" w:hAnsi="Sylfaen" w:cs="Sylfaen"/>
          <w:sz w:val="18"/>
          <w:szCs w:val="18"/>
        </w:rPr>
        <w:t>პირობების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შესაბამისად</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სამუშაოს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მიღება</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იწარმოებს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ეტაპობრივად</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შემდეგი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წესით</w:t>
      </w:r>
      <w:proofErr w:type="spellEnd"/>
      <w:r w:rsidR="002C3CBE">
        <w:rPr>
          <w:rFonts w:ascii="Sylfaen" w:hAnsi="Sylfaen" w:cs="Sylfaen"/>
          <w:sz w:val="18"/>
          <w:szCs w:val="18"/>
        </w:rPr>
        <w:t xml:space="preserve">: </w:t>
      </w:r>
      <w:r w:rsidR="00E201A4">
        <w:rPr>
          <w:rFonts w:ascii="Sylfaen" w:hAnsi="Sylfaen" w:cs="Sylfaen"/>
          <w:sz w:val="18"/>
          <w:szCs w:val="18"/>
          <w:lang w:val="ka-GE"/>
        </w:rPr>
        <w:t>მენარდე</w:t>
      </w:r>
      <w:r w:rsidR="002C3CBE">
        <w:rPr>
          <w:rFonts w:ascii="Sylfaen" w:hAnsi="Sylfaen" w:cs="Sylfaen"/>
          <w:sz w:val="18"/>
          <w:szCs w:val="18"/>
        </w:rPr>
        <w:t xml:space="preserve"> </w:t>
      </w:r>
      <w:proofErr w:type="spellStart"/>
      <w:r w:rsidR="002C3CBE">
        <w:rPr>
          <w:rFonts w:ascii="Sylfaen" w:hAnsi="Sylfaen" w:cs="Sylfaen"/>
          <w:sz w:val="18"/>
          <w:szCs w:val="18"/>
        </w:rPr>
        <w:t>ყოველი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თვის</w:t>
      </w:r>
      <w:proofErr w:type="spellEnd"/>
      <w:r w:rsidR="002C3CBE">
        <w:rPr>
          <w:rFonts w:ascii="Sylfaen" w:hAnsi="Sylfaen" w:cs="Sylfaen"/>
          <w:sz w:val="18"/>
          <w:szCs w:val="18"/>
        </w:rPr>
        <w:t xml:space="preserve"> 1-ლი </w:t>
      </w:r>
      <w:proofErr w:type="spellStart"/>
      <w:r w:rsidR="002C3CBE">
        <w:rPr>
          <w:rFonts w:ascii="Sylfaen" w:hAnsi="Sylfaen" w:cs="Sylfaen"/>
          <w:sz w:val="18"/>
          <w:szCs w:val="18"/>
        </w:rPr>
        <w:t>რიცხვიდან</w:t>
      </w:r>
      <w:proofErr w:type="spellEnd"/>
      <w:r w:rsidR="002C3CBE">
        <w:rPr>
          <w:rFonts w:ascii="Sylfaen" w:hAnsi="Sylfaen" w:cs="Sylfaen"/>
          <w:sz w:val="18"/>
          <w:szCs w:val="18"/>
        </w:rPr>
        <w:t xml:space="preserve"> 5 </w:t>
      </w:r>
      <w:proofErr w:type="spellStart"/>
      <w:r w:rsidR="002C3CBE">
        <w:rPr>
          <w:rFonts w:ascii="Sylfaen" w:hAnsi="Sylfaen" w:cs="Sylfaen"/>
          <w:sz w:val="18"/>
          <w:szCs w:val="18"/>
        </w:rPr>
        <w:t>რიცხვამდე</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პერიოდში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წარუდგენს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დამკვეთს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შესრულებული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სამუშაოს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კალენდარეული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გეგმა-გრაფიკით</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განსაზღვრული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ეტაპის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ფორმა</w:t>
      </w:r>
      <w:proofErr w:type="spellEnd"/>
      <w:r w:rsidR="00E201A4">
        <w:rPr>
          <w:rFonts w:ascii="Sylfaen" w:hAnsi="Sylfaen" w:cs="Sylfaen"/>
          <w:sz w:val="18"/>
          <w:szCs w:val="18"/>
        </w:rPr>
        <w:t xml:space="preserve"> </w:t>
      </w:r>
      <w:r w:rsidR="00E201A4">
        <w:rPr>
          <w:rFonts w:ascii="Sylfaen" w:hAnsi="Sylfaen" w:cs="Sylfaen"/>
          <w:sz w:val="18"/>
          <w:szCs w:val="18"/>
          <w:lang w:val="ru-RU"/>
        </w:rPr>
        <w:t>№</w:t>
      </w:r>
      <w:r w:rsidR="002C3CBE">
        <w:rPr>
          <w:rFonts w:ascii="Sylfaen" w:hAnsi="Sylfaen" w:cs="Sylfaen"/>
          <w:sz w:val="18"/>
          <w:szCs w:val="18"/>
        </w:rPr>
        <w:t xml:space="preserve">2-ს, </w:t>
      </w:r>
      <w:proofErr w:type="spellStart"/>
      <w:r w:rsidR="002C3CBE">
        <w:rPr>
          <w:rFonts w:ascii="Sylfaen" w:hAnsi="Sylfaen" w:cs="Sylfaen"/>
          <w:sz w:val="18"/>
          <w:szCs w:val="18"/>
        </w:rPr>
        <w:t>რომელშიც</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აისახება</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საანგარიშო</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პერიოდში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შესრულებული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სამუშაოს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მოცულობა</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ფარული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სამუშაოს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აქტებსა</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და</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გადახდის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სერთიფიკატს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რომელშიც</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აისახება</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საანგარიშო</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პერიოდში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შესრულებული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სამუშაოს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ღირებულება</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ხოლო</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დამკვეთი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ვალდებულია</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შესრულებული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სამუშაოს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კალენდარული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გეგმა-გრაფიკით</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განსაზღვრული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შესაბამისი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ეტაპის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ფორმა</w:t>
      </w:r>
      <w:proofErr w:type="spellEnd"/>
      <w:r w:rsidR="002C3CBE">
        <w:rPr>
          <w:rFonts w:ascii="Sylfaen" w:hAnsi="Sylfaen" w:cs="Sylfaen"/>
          <w:sz w:val="18"/>
          <w:szCs w:val="18"/>
        </w:rPr>
        <w:t xml:space="preserve"> </w:t>
      </w:r>
      <w:r w:rsidR="00E201A4">
        <w:rPr>
          <w:rFonts w:ascii="Sylfaen" w:hAnsi="Sylfaen" w:cs="Sylfaen"/>
          <w:sz w:val="18"/>
          <w:szCs w:val="18"/>
          <w:lang w:val="ru-RU"/>
        </w:rPr>
        <w:t>№</w:t>
      </w:r>
      <w:r w:rsidR="002C3CBE">
        <w:rPr>
          <w:rFonts w:ascii="Sylfaen" w:hAnsi="Sylfaen" w:cs="Sylfaen"/>
          <w:sz w:val="18"/>
          <w:szCs w:val="18"/>
        </w:rPr>
        <w:t xml:space="preserve">2-ის </w:t>
      </w:r>
      <w:proofErr w:type="spellStart"/>
      <w:r w:rsidR="002C3CBE">
        <w:rPr>
          <w:rFonts w:ascii="Sylfaen" w:hAnsi="Sylfaen" w:cs="Sylfaen"/>
          <w:sz w:val="18"/>
          <w:szCs w:val="18"/>
        </w:rPr>
        <w:t>მიღებიდან</w:t>
      </w:r>
      <w:proofErr w:type="spellEnd"/>
      <w:r w:rsidR="002C3CBE">
        <w:rPr>
          <w:rFonts w:ascii="Sylfaen" w:hAnsi="Sylfaen" w:cs="Sylfaen"/>
          <w:sz w:val="18"/>
          <w:szCs w:val="18"/>
        </w:rPr>
        <w:t xml:space="preserve"> 10 (</w:t>
      </w:r>
      <w:proofErr w:type="spellStart"/>
      <w:r w:rsidR="002C3CBE">
        <w:rPr>
          <w:rFonts w:ascii="Sylfaen" w:hAnsi="Sylfaen" w:cs="Sylfaen"/>
          <w:sz w:val="18"/>
          <w:szCs w:val="18"/>
        </w:rPr>
        <w:t>ათი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კალენდარული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დღის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განმავლობაში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ხოლო</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სამუშაოების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დასრულების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შესახებ</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საბოლოო</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მიღება-ჩაბარების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აქტის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შემთხვევაში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კი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საბოლოო</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მიღება-ჩაბარების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აქტის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მიღებიდან</w:t>
      </w:r>
      <w:proofErr w:type="spellEnd"/>
      <w:r w:rsidR="002C3CBE">
        <w:rPr>
          <w:rFonts w:ascii="Sylfaen" w:hAnsi="Sylfaen" w:cs="Sylfaen"/>
          <w:sz w:val="18"/>
          <w:szCs w:val="18"/>
        </w:rPr>
        <w:t xml:space="preserve"> </w:t>
      </w:r>
      <w:r w:rsidR="00970C2A">
        <w:rPr>
          <w:rFonts w:ascii="Sylfaen" w:hAnsi="Sylfaen" w:cs="Sylfaen"/>
          <w:sz w:val="18"/>
          <w:szCs w:val="18"/>
          <w:lang w:val="ka-GE"/>
        </w:rPr>
        <w:t>15</w:t>
      </w:r>
      <w:r w:rsidR="002C3CBE">
        <w:rPr>
          <w:rFonts w:ascii="Sylfaen" w:hAnsi="Sylfaen" w:cs="Sylfaen"/>
          <w:sz w:val="18"/>
          <w:szCs w:val="18"/>
        </w:rPr>
        <w:t xml:space="preserve"> </w:t>
      </w:r>
      <w:r w:rsidR="00970C2A">
        <w:rPr>
          <w:rFonts w:ascii="Sylfaen" w:hAnsi="Sylfaen" w:cs="Sylfaen"/>
          <w:sz w:val="18"/>
          <w:szCs w:val="18"/>
        </w:rPr>
        <w:t>(</w:t>
      </w:r>
      <w:r w:rsidR="00970C2A">
        <w:rPr>
          <w:rFonts w:ascii="Sylfaen" w:hAnsi="Sylfaen" w:cs="Sylfaen"/>
          <w:sz w:val="18"/>
          <w:szCs w:val="18"/>
          <w:lang w:val="ka-GE"/>
        </w:rPr>
        <w:t>თხუთმეტი</w:t>
      </w:r>
      <w:r w:rsidR="00970C2A">
        <w:rPr>
          <w:rFonts w:ascii="Sylfaen" w:hAnsi="Sylfaen" w:cs="Sylfaen"/>
          <w:sz w:val="18"/>
          <w:szCs w:val="18"/>
        </w:rPr>
        <w:t xml:space="preserve">) </w:t>
      </w:r>
      <w:proofErr w:type="spellStart"/>
      <w:r w:rsidR="002C3CBE">
        <w:rPr>
          <w:rFonts w:ascii="Sylfaen" w:hAnsi="Sylfaen" w:cs="Sylfaen"/>
          <w:sz w:val="18"/>
          <w:szCs w:val="18"/>
        </w:rPr>
        <w:t>კალენდარული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დღის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განმავლობაში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დაამოწმოს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ხელი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მოაწეროს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და</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დასვას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ხელმოწერის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თარიღი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წარდგენილი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დოკუმენტაცია</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და</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დაუბრუნოს</w:t>
      </w:r>
      <w:proofErr w:type="spellEnd"/>
      <w:r w:rsidR="002C3CBE">
        <w:rPr>
          <w:rFonts w:ascii="Sylfaen" w:hAnsi="Sylfaen" w:cs="Sylfaen"/>
          <w:sz w:val="18"/>
          <w:szCs w:val="18"/>
        </w:rPr>
        <w:t xml:space="preserve"> </w:t>
      </w:r>
      <w:r w:rsidR="00E201A4">
        <w:rPr>
          <w:rFonts w:ascii="Sylfaen" w:hAnsi="Sylfaen" w:cs="Sylfaen"/>
          <w:sz w:val="18"/>
          <w:szCs w:val="18"/>
          <w:lang w:val="ka-GE"/>
        </w:rPr>
        <w:t>მენარდეს</w:t>
      </w:r>
      <w:r w:rsidR="002C3CBE">
        <w:rPr>
          <w:rFonts w:ascii="Sylfaen" w:hAnsi="Sylfaen" w:cs="Sylfaen"/>
          <w:sz w:val="18"/>
          <w:szCs w:val="18"/>
        </w:rPr>
        <w:t xml:space="preserve">, </w:t>
      </w:r>
      <w:proofErr w:type="spellStart"/>
      <w:r w:rsidR="002C3CBE">
        <w:rPr>
          <w:rFonts w:ascii="Sylfaen" w:hAnsi="Sylfaen" w:cs="Sylfaen"/>
          <w:sz w:val="18"/>
          <w:szCs w:val="18"/>
        </w:rPr>
        <w:t>ან</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ამავე</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ვადაში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წერილობით</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შეატყობინოს</w:t>
      </w:r>
      <w:proofErr w:type="spellEnd"/>
      <w:r w:rsidR="002C3CBE">
        <w:rPr>
          <w:rFonts w:ascii="Sylfaen" w:hAnsi="Sylfaen" w:cs="Sylfaen"/>
          <w:sz w:val="18"/>
          <w:szCs w:val="18"/>
        </w:rPr>
        <w:t xml:space="preserve"> </w:t>
      </w:r>
      <w:r w:rsidR="00E201A4">
        <w:rPr>
          <w:rFonts w:ascii="Sylfaen" w:hAnsi="Sylfaen" w:cs="Sylfaen"/>
          <w:sz w:val="18"/>
          <w:szCs w:val="18"/>
          <w:lang w:val="ka-GE"/>
        </w:rPr>
        <w:t xml:space="preserve">მენარდეს </w:t>
      </w:r>
      <w:proofErr w:type="spellStart"/>
      <w:r w:rsidR="002C3CBE">
        <w:rPr>
          <w:rFonts w:ascii="Sylfaen" w:hAnsi="Sylfaen" w:cs="Sylfaen"/>
          <w:sz w:val="18"/>
          <w:szCs w:val="18"/>
        </w:rPr>
        <w:t>წარმოდგენილ</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დოკუმენტაციის</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დამოწმებაზე</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მოტივირებული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და</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დასაბუთებული</w:t>
      </w:r>
      <w:proofErr w:type="spellEnd"/>
      <w:r w:rsidR="002C3CBE">
        <w:rPr>
          <w:rFonts w:ascii="Sylfaen" w:hAnsi="Sylfaen" w:cs="Sylfaen"/>
          <w:sz w:val="18"/>
          <w:szCs w:val="18"/>
        </w:rPr>
        <w:t xml:space="preserve"> </w:t>
      </w:r>
      <w:proofErr w:type="spellStart"/>
      <w:r w:rsidR="002C3CBE">
        <w:rPr>
          <w:rFonts w:ascii="Sylfaen" w:hAnsi="Sylfaen" w:cs="Sylfaen"/>
          <w:sz w:val="18"/>
          <w:szCs w:val="18"/>
        </w:rPr>
        <w:t>უარი</w:t>
      </w:r>
      <w:proofErr w:type="spellEnd"/>
      <w:r w:rsidR="002C3CBE">
        <w:rPr>
          <w:rFonts w:ascii="Sylfaen" w:hAnsi="Sylfaen" w:cs="Sylfaen"/>
          <w:sz w:val="18"/>
          <w:szCs w:val="18"/>
        </w:rPr>
        <w:t xml:space="preserve">. </w:t>
      </w:r>
    </w:p>
    <w:p w14:paraId="40532989" w14:textId="5F612B59" w:rsidR="004B6084" w:rsidRPr="00B51957" w:rsidRDefault="00A74260" w:rsidP="00185C20">
      <w:pPr>
        <w:pStyle w:val="ListParagraph"/>
        <w:numPr>
          <w:ilvl w:val="2"/>
          <w:numId w:val="13"/>
        </w:numPr>
        <w:jc w:val="both"/>
        <w:rPr>
          <w:rFonts w:ascii="Sylfaen" w:hAnsi="Sylfaen" w:cs="Sylfaen"/>
          <w:sz w:val="18"/>
          <w:szCs w:val="18"/>
        </w:rPr>
      </w:pPr>
      <w:proofErr w:type="spellStart"/>
      <w:r w:rsidRPr="00B51957">
        <w:rPr>
          <w:rFonts w:ascii="Sylfaen" w:hAnsi="Sylfaen" w:cs="Sylfaen"/>
          <w:sz w:val="18"/>
          <w:szCs w:val="18"/>
        </w:rPr>
        <w:lastRenderedPageBreak/>
        <w:t>წინამდებარე</w:t>
      </w:r>
      <w:proofErr w:type="spellEnd"/>
      <w:r w:rsidRPr="00B51957">
        <w:rPr>
          <w:rFonts w:cstheme="majorHAnsi"/>
          <w:sz w:val="18"/>
          <w:szCs w:val="18"/>
        </w:rPr>
        <w:t xml:space="preserve"> </w:t>
      </w:r>
      <w:proofErr w:type="spellStart"/>
      <w:r w:rsidRPr="00B51957">
        <w:rPr>
          <w:rFonts w:ascii="Sylfaen" w:hAnsi="Sylfaen" w:cs="Sylfaen"/>
          <w:sz w:val="18"/>
          <w:szCs w:val="18"/>
        </w:rPr>
        <w:t>ხელშეკრულების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მიზნებისთვის</w:t>
      </w:r>
      <w:proofErr w:type="spellEnd"/>
      <w:r w:rsidRPr="00B51957">
        <w:rPr>
          <w:rFonts w:cstheme="majorHAnsi"/>
          <w:sz w:val="18"/>
          <w:szCs w:val="18"/>
        </w:rPr>
        <w:t xml:space="preserve"> </w:t>
      </w:r>
      <w:proofErr w:type="spellStart"/>
      <w:r w:rsidRPr="00B51957">
        <w:rPr>
          <w:rFonts w:ascii="Sylfaen" w:hAnsi="Sylfaen" w:cs="Sylfaen"/>
          <w:sz w:val="18"/>
          <w:szCs w:val="18"/>
        </w:rPr>
        <w:t>საანგარიშო</w:t>
      </w:r>
      <w:proofErr w:type="spellEnd"/>
      <w:r w:rsidRPr="00B51957">
        <w:rPr>
          <w:rFonts w:cstheme="majorHAnsi"/>
          <w:sz w:val="18"/>
          <w:szCs w:val="18"/>
        </w:rPr>
        <w:t xml:space="preserve"> </w:t>
      </w:r>
      <w:proofErr w:type="spellStart"/>
      <w:r w:rsidRPr="00B51957">
        <w:rPr>
          <w:rFonts w:ascii="Sylfaen" w:hAnsi="Sylfaen" w:cs="Sylfaen"/>
          <w:sz w:val="18"/>
          <w:szCs w:val="18"/>
        </w:rPr>
        <w:t>პერიოდი</w:t>
      </w:r>
      <w:proofErr w:type="spellEnd"/>
      <w:r w:rsidRPr="00B51957">
        <w:rPr>
          <w:rFonts w:cstheme="majorHAnsi"/>
          <w:sz w:val="18"/>
          <w:szCs w:val="18"/>
        </w:rPr>
        <w:t xml:space="preserve"> </w:t>
      </w:r>
      <w:proofErr w:type="spellStart"/>
      <w:r w:rsidRPr="00B51957">
        <w:rPr>
          <w:rFonts w:ascii="Sylfaen" w:hAnsi="Sylfaen" w:cs="Sylfaen"/>
          <w:sz w:val="18"/>
          <w:szCs w:val="18"/>
        </w:rPr>
        <w:t>არის</w:t>
      </w:r>
      <w:proofErr w:type="spellEnd"/>
      <w:r w:rsidRPr="00B51957">
        <w:rPr>
          <w:rFonts w:cstheme="majorHAnsi"/>
          <w:sz w:val="18"/>
          <w:szCs w:val="18"/>
        </w:rPr>
        <w:t xml:space="preserve"> - </w:t>
      </w:r>
      <w:proofErr w:type="spellStart"/>
      <w:r w:rsidRPr="00B51957">
        <w:rPr>
          <w:rFonts w:ascii="Sylfaen" w:hAnsi="Sylfaen" w:cs="Sylfaen"/>
          <w:sz w:val="18"/>
          <w:szCs w:val="18"/>
        </w:rPr>
        <w:t>კალენდარული</w:t>
      </w:r>
      <w:proofErr w:type="spellEnd"/>
      <w:r w:rsidRPr="00B51957">
        <w:rPr>
          <w:rFonts w:cstheme="majorHAnsi"/>
          <w:sz w:val="18"/>
          <w:szCs w:val="18"/>
        </w:rPr>
        <w:t xml:space="preserve"> </w:t>
      </w:r>
      <w:proofErr w:type="spellStart"/>
      <w:r w:rsidRPr="00B51957">
        <w:rPr>
          <w:rFonts w:ascii="Sylfaen" w:hAnsi="Sylfaen" w:cs="Sylfaen"/>
          <w:sz w:val="18"/>
          <w:szCs w:val="18"/>
        </w:rPr>
        <w:t>თვის</w:t>
      </w:r>
      <w:proofErr w:type="spellEnd"/>
      <w:r w:rsidRPr="00B51957">
        <w:rPr>
          <w:rFonts w:cstheme="majorHAnsi"/>
          <w:sz w:val="18"/>
          <w:szCs w:val="18"/>
        </w:rPr>
        <w:t xml:space="preserve"> </w:t>
      </w:r>
      <w:proofErr w:type="spellStart"/>
      <w:r w:rsidRPr="00B51957">
        <w:rPr>
          <w:rFonts w:ascii="Sylfaen" w:hAnsi="Sylfaen" w:cs="Sylfaen"/>
          <w:sz w:val="18"/>
          <w:szCs w:val="18"/>
        </w:rPr>
        <w:t>პირველი</w:t>
      </w:r>
      <w:proofErr w:type="spellEnd"/>
      <w:r w:rsidRPr="00B51957">
        <w:rPr>
          <w:rFonts w:cstheme="majorHAnsi"/>
          <w:sz w:val="18"/>
          <w:szCs w:val="18"/>
        </w:rPr>
        <w:t xml:space="preserve"> </w:t>
      </w:r>
      <w:proofErr w:type="spellStart"/>
      <w:r w:rsidRPr="00B51957">
        <w:rPr>
          <w:rFonts w:ascii="Sylfaen" w:hAnsi="Sylfaen" w:cs="Sylfaen"/>
          <w:sz w:val="18"/>
          <w:szCs w:val="18"/>
        </w:rPr>
        <w:t>რიცხვიდან</w:t>
      </w:r>
      <w:proofErr w:type="spellEnd"/>
      <w:r w:rsidRPr="00B51957">
        <w:rPr>
          <w:rFonts w:cstheme="majorHAnsi"/>
          <w:sz w:val="18"/>
          <w:szCs w:val="18"/>
        </w:rPr>
        <w:t xml:space="preserve"> </w:t>
      </w:r>
      <w:proofErr w:type="spellStart"/>
      <w:r w:rsidRPr="00B51957">
        <w:rPr>
          <w:rFonts w:ascii="Sylfaen" w:hAnsi="Sylfaen" w:cs="Sylfaen"/>
          <w:sz w:val="18"/>
          <w:szCs w:val="18"/>
        </w:rPr>
        <w:t>თვის</w:t>
      </w:r>
      <w:proofErr w:type="spellEnd"/>
      <w:r w:rsidRPr="00B51957">
        <w:rPr>
          <w:rFonts w:cstheme="majorHAnsi"/>
          <w:sz w:val="18"/>
          <w:szCs w:val="18"/>
        </w:rPr>
        <w:t xml:space="preserve"> </w:t>
      </w:r>
      <w:proofErr w:type="spellStart"/>
      <w:r w:rsidRPr="00B51957">
        <w:rPr>
          <w:rFonts w:ascii="Sylfaen" w:hAnsi="Sylfaen" w:cs="Sylfaen"/>
          <w:sz w:val="18"/>
          <w:szCs w:val="18"/>
        </w:rPr>
        <w:t>ბოლო</w:t>
      </w:r>
      <w:proofErr w:type="spellEnd"/>
      <w:r w:rsidRPr="00B51957">
        <w:rPr>
          <w:rFonts w:cstheme="majorHAnsi"/>
          <w:sz w:val="18"/>
          <w:szCs w:val="18"/>
        </w:rPr>
        <w:t xml:space="preserve"> </w:t>
      </w:r>
      <w:proofErr w:type="spellStart"/>
      <w:r w:rsidRPr="00B51957">
        <w:rPr>
          <w:rFonts w:ascii="Sylfaen" w:hAnsi="Sylfaen" w:cs="Sylfaen"/>
          <w:sz w:val="18"/>
          <w:szCs w:val="18"/>
        </w:rPr>
        <w:t>რიცხვის</w:t>
      </w:r>
      <w:proofErr w:type="spellEnd"/>
      <w:r w:rsidRPr="00B51957">
        <w:rPr>
          <w:rFonts w:cstheme="majorHAnsi"/>
          <w:sz w:val="18"/>
          <w:szCs w:val="18"/>
        </w:rPr>
        <w:t xml:space="preserve"> </w:t>
      </w:r>
      <w:proofErr w:type="spellStart"/>
      <w:r w:rsidRPr="00B51957">
        <w:rPr>
          <w:rFonts w:ascii="Sylfaen" w:hAnsi="Sylfaen" w:cs="Sylfaen"/>
          <w:sz w:val="18"/>
          <w:szCs w:val="18"/>
        </w:rPr>
        <w:t>ჩათვლით</w:t>
      </w:r>
      <w:proofErr w:type="spellEnd"/>
      <w:r w:rsidRPr="00B51957">
        <w:rPr>
          <w:rFonts w:cstheme="majorHAnsi"/>
          <w:sz w:val="18"/>
          <w:szCs w:val="18"/>
        </w:rPr>
        <w:t xml:space="preserve"> </w:t>
      </w:r>
      <w:proofErr w:type="spellStart"/>
      <w:r w:rsidRPr="00B51957">
        <w:rPr>
          <w:rFonts w:ascii="Sylfaen" w:hAnsi="Sylfaen" w:cs="Sylfaen"/>
          <w:sz w:val="18"/>
          <w:szCs w:val="18"/>
        </w:rPr>
        <w:t>პერიოდი</w:t>
      </w:r>
      <w:proofErr w:type="spellEnd"/>
      <w:r w:rsidRPr="00B51957">
        <w:rPr>
          <w:rFonts w:cstheme="majorHAnsi"/>
          <w:sz w:val="18"/>
          <w:szCs w:val="18"/>
        </w:rPr>
        <w:t xml:space="preserve">. </w:t>
      </w:r>
      <w:proofErr w:type="spellStart"/>
      <w:r w:rsidRPr="00B51957">
        <w:rPr>
          <w:rFonts w:ascii="Sylfaen" w:hAnsi="Sylfaen" w:cs="Sylfaen"/>
          <w:sz w:val="18"/>
          <w:szCs w:val="18"/>
        </w:rPr>
        <w:t>იმ</w:t>
      </w:r>
      <w:proofErr w:type="spellEnd"/>
      <w:r w:rsidRPr="00B51957">
        <w:rPr>
          <w:rFonts w:cstheme="majorHAnsi"/>
          <w:sz w:val="18"/>
          <w:szCs w:val="18"/>
        </w:rPr>
        <w:t xml:space="preserve"> </w:t>
      </w:r>
      <w:proofErr w:type="spellStart"/>
      <w:r w:rsidRPr="00B51957">
        <w:rPr>
          <w:rFonts w:ascii="Sylfaen" w:hAnsi="Sylfaen" w:cs="Sylfaen"/>
          <w:sz w:val="18"/>
          <w:szCs w:val="18"/>
        </w:rPr>
        <w:t>შემთხვევაში</w:t>
      </w:r>
      <w:proofErr w:type="spellEnd"/>
      <w:r w:rsidRPr="00B51957">
        <w:rPr>
          <w:rFonts w:cstheme="majorHAnsi"/>
          <w:sz w:val="18"/>
          <w:szCs w:val="18"/>
        </w:rPr>
        <w:t xml:space="preserve">, </w:t>
      </w:r>
      <w:proofErr w:type="spellStart"/>
      <w:r w:rsidRPr="00B51957">
        <w:rPr>
          <w:rFonts w:ascii="Sylfaen" w:hAnsi="Sylfaen" w:cs="Sylfaen"/>
          <w:sz w:val="18"/>
          <w:szCs w:val="18"/>
        </w:rPr>
        <w:t>თუ</w:t>
      </w:r>
      <w:proofErr w:type="spellEnd"/>
      <w:r w:rsidRPr="00B51957">
        <w:rPr>
          <w:rFonts w:cstheme="majorHAnsi"/>
          <w:sz w:val="18"/>
          <w:szCs w:val="18"/>
        </w:rPr>
        <w:t xml:space="preserve"> </w:t>
      </w:r>
      <w:proofErr w:type="spellStart"/>
      <w:r w:rsidRPr="00B51957">
        <w:rPr>
          <w:rFonts w:ascii="Sylfaen" w:hAnsi="Sylfaen" w:cs="Sylfaen"/>
          <w:sz w:val="18"/>
          <w:szCs w:val="18"/>
        </w:rPr>
        <w:t>ხელშეკრულების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გაფორმება</w:t>
      </w:r>
      <w:proofErr w:type="spellEnd"/>
      <w:r w:rsidRPr="00B51957">
        <w:rPr>
          <w:rFonts w:cstheme="majorHAnsi"/>
          <w:sz w:val="18"/>
          <w:szCs w:val="18"/>
        </w:rPr>
        <w:t xml:space="preserve"> </w:t>
      </w:r>
      <w:proofErr w:type="spellStart"/>
      <w:r w:rsidRPr="00B51957">
        <w:rPr>
          <w:rFonts w:ascii="Sylfaen" w:hAnsi="Sylfaen" w:cs="Sylfaen"/>
          <w:sz w:val="18"/>
          <w:szCs w:val="18"/>
        </w:rPr>
        <w:t>დაემთხვა</w:t>
      </w:r>
      <w:proofErr w:type="spellEnd"/>
      <w:r w:rsidRPr="00B51957">
        <w:rPr>
          <w:rFonts w:cstheme="majorHAnsi"/>
          <w:sz w:val="18"/>
          <w:szCs w:val="18"/>
        </w:rPr>
        <w:t xml:space="preserve"> </w:t>
      </w:r>
      <w:proofErr w:type="spellStart"/>
      <w:r w:rsidRPr="00B51957">
        <w:rPr>
          <w:rFonts w:ascii="Sylfaen" w:hAnsi="Sylfaen" w:cs="Sylfaen"/>
          <w:sz w:val="18"/>
          <w:szCs w:val="18"/>
        </w:rPr>
        <w:t>კალენდარული</w:t>
      </w:r>
      <w:proofErr w:type="spellEnd"/>
      <w:r w:rsidRPr="00B51957">
        <w:rPr>
          <w:rFonts w:cstheme="majorHAnsi"/>
          <w:sz w:val="18"/>
          <w:szCs w:val="18"/>
        </w:rPr>
        <w:t xml:space="preserve"> </w:t>
      </w:r>
      <w:proofErr w:type="spellStart"/>
      <w:r w:rsidRPr="00B51957">
        <w:rPr>
          <w:rFonts w:ascii="Sylfaen" w:hAnsi="Sylfaen" w:cs="Sylfaen"/>
          <w:sz w:val="18"/>
          <w:szCs w:val="18"/>
        </w:rPr>
        <w:t>თვის</w:t>
      </w:r>
      <w:proofErr w:type="spellEnd"/>
      <w:r w:rsidRPr="00B51957">
        <w:rPr>
          <w:rFonts w:cstheme="majorHAnsi"/>
          <w:sz w:val="18"/>
          <w:szCs w:val="18"/>
        </w:rPr>
        <w:t xml:space="preserve"> </w:t>
      </w:r>
      <w:proofErr w:type="spellStart"/>
      <w:r w:rsidRPr="00B51957">
        <w:rPr>
          <w:rFonts w:ascii="Sylfaen" w:hAnsi="Sylfaen" w:cs="Sylfaen"/>
          <w:sz w:val="18"/>
          <w:szCs w:val="18"/>
        </w:rPr>
        <w:t>პირველი</w:t>
      </w:r>
      <w:proofErr w:type="spellEnd"/>
      <w:r w:rsidRPr="00B51957">
        <w:rPr>
          <w:rFonts w:cstheme="majorHAnsi"/>
          <w:sz w:val="18"/>
          <w:szCs w:val="18"/>
        </w:rPr>
        <w:t xml:space="preserve"> </w:t>
      </w:r>
      <w:proofErr w:type="spellStart"/>
      <w:r w:rsidRPr="00B51957">
        <w:rPr>
          <w:rFonts w:ascii="Sylfaen" w:hAnsi="Sylfaen" w:cs="Sylfaen"/>
          <w:sz w:val="18"/>
          <w:szCs w:val="18"/>
        </w:rPr>
        <w:t>რიცხვის</w:t>
      </w:r>
      <w:proofErr w:type="spellEnd"/>
      <w:r w:rsidRPr="00B51957">
        <w:rPr>
          <w:rFonts w:cstheme="majorHAnsi"/>
          <w:sz w:val="18"/>
          <w:szCs w:val="18"/>
        </w:rPr>
        <w:t xml:space="preserve"> </w:t>
      </w:r>
      <w:proofErr w:type="spellStart"/>
      <w:r w:rsidRPr="00B51957">
        <w:rPr>
          <w:rFonts w:ascii="Sylfaen" w:hAnsi="Sylfaen" w:cs="Sylfaen"/>
          <w:sz w:val="18"/>
          <w:szCs w:val="18"/>
        </w:rPr>
        <w:t>გარდა</w:t>
      </w:r>
      <w:proofErr w:type="spellEnd"/>
      <w:r w:rsidRPr="00B51957">
        <w:rPr>
          <w:rFonts w:cstheme="majorHAnsi"/>
          <w:sz w:val="18"/>
          <w:szCs w:val="18"/>
        </w:rPr>
        <w:t xml:space="preserve"> </w:t>
      </w:r>
      <w:proofErr w:type="spellStart"/>
      <w:r w:rsidRPr="00B51957">
        <w:rPr>
          <w:rFonts w:ascii="Sylfaen" w:hAnsi="Sylfaen" w:cs="Sylfaen"/>
          <w:sz w:val="18"/>
          <w:szCs w:val="18"/>
        </w:rPr>
        <w:t>ნებისმიერ</w:t>
      </w:r>
      <w:proofErr w:type="spellEnd"/>
      <w:r w:rsidRPr="00B51957">
        <w:rPr>
          <w:rFonts w:cstheme="majorHAnsi"/>
          <w:sz w:val="18"/>
          <w:szCs w:val="18"/>
        </w:rPr>
        <w:t xml:space="preserve"> </w:t>
      </w:r>
      <w:proofErr w:type="spellStart"/>
      <w:r w:rsidRPr="00B51957">
        <w:rPr>
          <w:rFonts w:ascii="Sylfaen" w:hAnsi="Sylfaen" w:cs="Sylfaen"/>
          <w:sz w:val="18"/>
          <w:szCs w:val="18"/>
        </w:rPr>
        <w:t>სხვა</w:t>
      </w:r>
      <w:proofErr w:type="spellEnd"/>
      <w:r w:rsidRPr="00B51957">
        <w:rPr>
          <w:rFonts w:cstheme="majorHAnsi"/>
          <w:sz w:val="18"/>
          <w:szCs w:val="18"/>
        </w:rPr>
        <w:t xml:space="preserve"> </w:t>
      </w:r>
      <w:proofErr w:type="spellStart"/>
      <w:r w:rsidRPr="00B51957">
        <w:rPr>
          <w:rFonts w:ascii="Sylfaen" w:hAnsi="Sylfaen" w:cs="Sylfaen"/>
          <w:sz w:val="18"/>
          <w:szCs w:val="18"/>
        </w:rPr>
        <w:t>რიცხვს</w:t>
      </w:r>
      <w:proofErr w:type="spellEnd"/>
      <w:r w:rsidRPr="00B51957">
        <w:rPr>
          <w:rFonts w:cstheme="majorHAnsi"/>
          <w:sz w:val="18"/>
          <w:szCs w:val="18"/>
        </w:rPr>
        <w:t xml:space="preserve">, </w:t>
      </w:r>
      <w:proofErr w:type="spellStart"/>
      <w:r w:rsidRPr="00B51957">
        <w:rPr>
          <w:rFonts w:ascii="Sylfaen" w:hAnsi="Sylfaen" w:cs="Sylfaen"/>
          <w:sz w:val="18"/>
          <w:szCs w:val="18"/>
        </w:rPr>
        <w:t>მაშინ</w:t>
      </w:r>
      <w:proofErr w:type="spellEnd"/>
      <w:r w:rsidRPr="00B51957">
        <w:rPr>
          <w:rFonts w:cstheme="majorHAnsi"/>
          <w:sz w:val="18"/>
          <w:szCs w:val="18"/>
        </w:rPr>
        <w:t xml:space="preserve"> </w:t>
      </w:r>
      <w:proofErr w:type="spellStart"/>
      <w:r w:rsidRPr="00B51957">
        <w:rPr>
          <w:rFonts w:ascii="Sylfaen" w:hAnsi="Sylfaen" w:cs="Sylfaen"/>
          <w:sz w:val="18"/>
          <w:szCs w:val="18"/>
        </w:rPr>
        <w:t>პირველი</w:t>
      </w:r>
      <w:proofErr w:type="spellEnd"/>
      <w:r w:rsidRPr="00B51957">
        <w:rPr>
          <w:rFonts w:cstheme="majorHAnsi"/>
          <w:sz w:val="18"/>
          <w:szCs w:val="18"/>
        </w:rPr>
        <w:t xml:space="preserve"> </w:t>
      </w:r>
      <w:proofErr w:type="spellStart"/>
      <w:r w:rsidRPr="00B51957">
        <w:rPr>
          <w:rFonts w:ascii="Sylfaen" w:hAnsi="Sylfaen" w:cs="Sylfaen"/>
          <w:sz w:val="18"/>
          <w:szCs w:val="18"/>
        </w:rPr>
        <w:t>საანგარიშო</w:t>
      </w:r>
      <w:proofErr w:type="spellEnd"/>
      <w:r w:rsidRPr="00B51957">
        <w:rPr>
          <w:rFonts w:cstheme="majorHAnsi"/>
          <w:sz w:val="18"/>
          <w:szCs w:val="18"/>
        </w:rPr>
        <w:t xml:space="preserve"> </w:t>
      </w:r>
      <w:proofErr w:type="spellStart"/>
      <w:r w:rsidRPr="00B51957">
        <w:rPr>
          <w:rFonts w:ascii="Sylfaen" w:hAnsi="Sylfaen" w:cs="Sylfaen"/>
          <w:sz w:val="18"/>
          <w:szCs w:val="18"/>
        </w:rPr>
        <w:t>პერიოდი</w:t>
      </w:r>
      <w:proofErr w:type="spellEnd"/>
      <w:r w:rsidRPr="00B51957">
        <w:rPr>
          <w:rFonts w:cstheme="majorHAnsi"/>
          <w:sz w:val="18"/>
          <w:szCs w:val="18"/>
        </w:rPr>
        <w:t xml:space="preserve"> </w:t>
      </w:r>
      <w:proofErr w:type="spellStart"/>
      <w:r w:rsidRPr="00B51957">
        <w:rPr>
          <w:rFonts w:ascii="Sylfaen" w:hAnsi="Sylfaen" w:cs="Sylfaen"/>
          <w:sz w:val="18"/>
          <w:szCs w:val="18"/>
        </w:rPr>
        <w:t>იქნება</w:t>
      </w:r>
      <w:proofErr w:type="spellEnd"/>
      <w:r w:rsidRPr="00B51957">
        <w:rPr>
          <w:rFonts w:cstheme="majorHAnsi"/>
          <w:sz w:val="18"/>
          <w:szCs w:val="18"/>
        </w:rPr>
        <w:t xml:space="preserve"> </w:t>
      </w:r>
      <w:proofErr w:type="spellStart"/>
      <w:r w:rsidRPr="00B51957">
        <w:rPr>
          <w:rFonts w:ascii="Sylfaen" w:hAnsi="Sylfaen" w:cs="Sylfaen"/>
          <w:sz w:val="18"/>
          <w:szCs w:val="18"/>
        </w:rPr>
        <w:t>ხელშეკრულების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გაფორმების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მომენტიდან</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შესაბამისი</w:t>
      </w:r>
      <w:proofErr w:type="spellEnd"/>
      <w:r w:rsidRPr="00B51957">
        <w:rPr>
          <w:rFonts w:cstheme="majorHAnsi"/>
          <w:sz w:val="18"/>
          <w:szCs w:val="18"/>
        </w:rPr>
        <w:t xml:space="preserve"> </w:t>
      </w:r>
      <w:proofErr w:type="spellStart"/>
      <w:r w:rsidRPr="00B51957">
        <w:rPr>
          <w:rFonts w:ascii="Sylfaen" w:hAnsi="Sylfaen" w:cs="Sylfaen"/>
          <w:sz w:val="18"/>
          <w:szCs w:val="18"/>
        </w:rPr>
        <w:t>თვის</w:t>
      </w:r>
      <w:proofErr w:type="spellEnd"/>
      <w:r w:rsidRPr="00B51957">
        <w:rPr>
          <w:rFonts w:cstheme="majorHAnsi"/>
          <w:sz w:val="18"/>
          <w:szCs w:val="18"/>
        </w:rPr>
        <w:t xml:space="preserve"> </w:t>
      </w:r>
      <w:proofErr w:type="spellStart"/>
      <w:r w:rsidRPr="00B51957">
        <w:rPr>
          <w:rFonts w:ascii="Sylfaen" w:hAnsi="Sylfaen" w:cs="Sylfaen"/>
          <w:sz w:val="18"/>
          <w:szCs w:val="18"/>
        </w:rPr>
        <w:t>ბოლო</w:t>
      </w:r>
      <w:proofErr w:type="spellEnd"/>
      <w:r w:rsidRPr="00B51957">
        <w:rPr>
          <w:rFonts w:cstheme="majorHAnsi"/>
          <w:sz w:val="18"/>
          <w:szCs w:val="18"/>
        </w:rPr>
        <w:t xml:space="preserve"> </w:t>
      </w:r>
      <w:proofErr w:type="spellStart"/>
      <w:r w:rsidRPr="00B51957">
        <w:rPr>
          <w:rFonts w:ascii="Sylfaen" w:hAnsi="Sylfaen" w:cs="Sylfaen"/>
          <w:sz w:val="18"/>
          <w:szCs w:val="18"/>
        </w:rPr>
        <w:t>რიცხვის</w:t>
      </w:r>
      <w:proofErr w:type="spellEnd"/>
      <w:r w:rsidRPr="00B51957">
        <w:rPr>
          <w:rFonts w:cstheme="majorHAnsi"/>
          <w:sz w:val="18"/>
          <w:szCs w:val="18"/>
        </w:rPr>
        <w:t xml:space="preserve"> </w:t>
      </w:r>
      <w:proofErr w:type="spellStart"/>
      <w:r w:rsidRPr="00B51957">
        <w:rPr>
          <w:rFonts w:ascii="Sylfaen" w:hAnsi="Sylfaen" w:cs="Sylfaen"/>
          <w:sz w:val="18"/>
          <w:szCs w:val="18"/>
        </w:rPr>
        <w:t>ჩათვლით</w:t>
      </w:r>
      <w:proofErr w:type="spellEnd"/>
      <w:r w:rsidRPr="00B51957">
        <w:rPr>
          <w:rFonts w:cstheme="majorHAnsi"/>
          <w:sz w:val="18"/>
          <w:szCs w:val="18"/>
        </w:rPr>
        <w:t xml:space="preserve"> </w:t>
      </w:r>
      <w:proofErr w:type="spellStart"/>
      <w:r w:rsidRPr="00B51957">
        <w:rPr>
          <w:rFonts w:ascii="Sylfaen" w:hAnsi="Sylfaen" w:cs="Sylfaen"/>
          <w:sz w:val="18"/>
          <w:szCs w:val="18"/>
        </w:rPr>
        <w:t>პერიოდი</w:t>
      </w:r>
      <w:proofErr w:type="spellEnd"/>
      <w:r w:rsidRPr="00B51957">
        <w:rPr>
          <w:rFonts w:cstheme="majorHAnsi"/>
          <w:sz w:val="18"/>
          <w:szCs w:val="18"/>
        </w:rPr>
        <w:t>.</w:t>
      </w:r>
    </w:p>
    <w:p w14:paraId="516D4004" w14:textId="06C1FBE6" w:rsidR="004B6084" w:rsidRPr="00B51957" w:rsidRDefault="00A74260">
      <w:pPr>
        <w:pStyle w:val="ListParagraph"/>
        <w:numPr>
          <w:ilvl w:val="2"/>
          <w:numId w:val="13"/>
        </w:numPr>
        <w:jc w:val="both"/>
        <w:rPr>
          <w:rFonts w:ascii="Sylfaen" w:hAnsi="Sylfaen" w:cs="Sylfaen"/>
          <w:sz w:val="18"/>
          <w:szCs w:val="18"/>
        </w:rPr>
      </w:pPr>
      <w:proofErr w:type="spellStart"/>
      <w:r w:rsidRPr="00FD358B">
        <w:rPr>
          <w:rFonts w:ascii="Sylfaen" w:hAnsi="Sylfaen" w:cs="Sylfaen"/>
          <w:sz w:val="18"/>
          <w:szCs w:val="18"/>
        </w:rPr>
        <w:t>ხე</w:t>
      </w:r>
      <w:r w:rsidRPr="00B51957">
        <w:rPr>
          <w:rFonts w:ascii="Sylfaen" w:hAnsi="Sylfaen" w:cs="Sylfaen"/>
          <w:sz w:val="18"/>
          <w:szCs w:val="18"/>
        </w:rPr>
        <w:t>ლშეკრულების</w:t>
      </w:r>
      <w:proofErr w:type="spellEnd"/>
      <w:r w:rsidRPr="00B51957">
        <w:rPr>
          <w:rFonts w:cstheme="majorHAnsi"/>
          <w:sz w:val="18"/>
          <w:szCs w:val="18"/>
        </w:rPr>
        <w:t xml:space="preserve"> 4.3.</w:t>
      </w:r>
      <w:r w:rsidR="008D4572">
        <w:rPr>
          <w:rFonts w:ascii="Sylfaen" w:hAnsi="Sylfaen" w:cstheme="majorHAnsi"/>
          <w:sz w:val="18"/>
          <w:szCs w:val="18"/>
          <w:lang w:val="ka-GE"/>
        </w:rPr>
        <w:t>6</w:t>
      </w:r>
      <w:r w:rsidRPr="00B51957">
        <w:rPr>
          <w:rFonts w:cstheme="majorHAnsi"/>
          <w:sz w:val="18"/>
          <w:szCs w:val="18"/>
        </w:rPr>
        <w:t xml:space="preserve">. </w:t>
      </w:r>
      <w:proofErr w:type="spellStart"/>
      <w:r w:rsidRPr="00B51957">
        <w:rPr>
          <w:rFonts w:ascii="Sylfaen" w:hAnsi="Sylfaen" w:cs="Sylfaen"/>
          <w:sz w:val="18"/>
          <w:szCs w:val="18"/>
        </w:rPr>
        <w:t>მუხლის</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შესაბამისად</w:t>
      </w:r>
      <w:proofErr w:type="spellEnd"/>
      <w:r w:rsidRPr="00B51957">
        <w:rPr>
          <w:rFonts w:cstheme="majorHAnsi"/>
          <w:sz w:val="18"/>
          <w:szCs w:val="18"/>
        </w:rPr>
        <w:t xml:space="preserve"> </w:t>
      </w:r>
      <w:proofErr w:type="spellStart"/>
      <w:r w:rsidRPr="00B51957">
        <w:rPr>
          <w:rFonts w:ascii="Sylfaen" w:hAnsi="Sylfaen" w:cs="Sylfaen"/>
          <w:sz w:val="18"/>
          <w:szCs w:val="18"/>
        </w:rPr>
        <w:t>დამკვეთისთვის</w:t>
      </w:r>
      <w:proofErr w:type="spellEnd"/>
      <w:r w:rsidRPr="00B51957">
        <w:rPr>
          <w:rFonts w:cstheme="majorHAnsi"/>
          <w:sz w:val="18"/>
          <w:szCs w:val="18"/>
        </w:rPr>
        <w:t xml:space="preserve"> </w:t>
      </w:r>
      <w:proofErr w:type="spellStart"/>
      <w:r w:rsidRPr="00B51957">
        <w:rPr>
          <w:rFonts w:ascii="Sylfaen" w:hAnsi="Sylfaen" w:cs="Sylfaen"/>
          <w:sz w:val="18"/>
          <w:szCs w:val="18"/>
        </w:rPr>
        <w:t>წარდგენილი</w:t>
      </w:r>
      <w:proofErr w:type="spellEnd"/>
      <w:r w:rsidRPr="00B51957">
        <w:rPr>
          <w:rFonts w:cstheme="majorHAnsi"/>
          <w:sz w:val="18"/>
          <w:szCs w:val="18"/>
        </w:rPr>
        <w:t xml:space="preserve"> </w:t>
      </w:r>
      <w:proofErr w:type="spellStart"/>
      <w:r w:rsidRPr="00B51957">
        <w:rPr>
          <w:rFonts w:ascii="Sylfaen" w:hAnsi="Sylfaen" w:cs="Sylfaen"/>
          <w:sz w:val="18"/>
          <w:szCs w:val="18"/>
        </w:rPr>
        <w:t>შესრულებული</w:t>
      </w:r>
      <w:proofErr w:type="spellEnd"/>
      <w:r w:rsidRPr="00B51957">
        <w:rPr>
          <w:rFonts w:cstheme="majorHAnsi"/>
          <w:sz w:val="18"/>
          <w:szCs w:val="18"/>
        </w:rPr>
        <w:t xml:space="preserve"> </w:t>
      </w:r>
      <w:proofErr w:type="spellStart"/>
      <w:r w:rsidRPr="00B51957">
        <w:rPr>
          <w:rFonts w:ascii="Sylfaen" w:hAnsi="Sylfaen" w:cs="Sylfaen"/>
          <w:sz w:val="18"/>
          <w:szCs w:val="18"/>
        </w:rPr>
        <w:t>სამუშაოს</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შესახებ</w:t>
      </w:r>
      <w:proofErr w:type="spellEnd"/>
      <w:r w:rsidRPr="00B51957">
        <w:rPr>
          <w:rFonts w:cstheme="majorHAnsi"/>
          <w:sz w:val="18"/>
          <w:szCs w:val="18"/>
        </w:rPr>
        <w:t xml:space="preserve"> </w:t>
      </w:r>
      <w:proofErr w:type="spellStart"/>
      <w:r w:rsidRPr="00B51957">
        <w:rPr>
          <w:rFonts w:ascii="Sylfaen" w:hAnsi="Sylfaen" w:cs="Sylfaen"/>
          <w:sz w:val="18"/>
          <w:szCs w:val="18"/>
        </w:rPr>
        <w:t>კალენდარული</w:t>
      </w:r>
      <w:proofErr w:type="spellEnd"/>
      <w:r w:rsidRPr="00B51957">
        <w:rPr>
          <w:rFonts w:cstheme="majorHAnsi"/>
          <w:sz w:val="18"/>
          <w:szCs w:val="18"/>
        </w:rPr>
        <w:t xml:space="preserve"> </w:t>
      </w:r>
      <w:proofErr w:type="spellStart"/>
      <w:r w:rsidRPr="00B51957">
        <w:rPr>
          <w:rFonts w:ascii="Sylfaen" w:hAnsi="Sylfaen" w:cs="Sylfaen"/>
          <w:sz w:val="18"/>
          <w:szCs w:val="18"/>
        </w:rPr>
        <w:t>გეგმა</w:t>
      </w:r>
      <w:proofErr w:type="spellEnd"/>
      <w:r w:rsidRPr="00B51957">
        <w:rPr>
          <w:rFonts w:cstheme="majorHAnsi"/>
          <w:sz w:val="18"/>
          <w:szCs w:val="18"/>
        </w:rPr>
        <w:t xml:space="preserve"> </w:t>
      </w:r>
      <w:proofErr w:type="spellStart"/>
      <w:r w:rsidRPr="00B51957">
        <w:rPr>
          <w:rFonts w:ascii="Sylfaen" w:hAnsi="Sylfaen" w:cs="Sylfaen"/>
          <w:sz w:val="18"/>
          <w:szCs w:val="18"/>
        </w:rPr>
        <w:t>გრაფიკით</w:t>
      </w:r>
      <w:proofErr w:type="spellEnd"/>
      <w:r w:rsidRPr="00B51957">
        <w:rPr>
          <w:rFonts w:cstheme="majorHAnsi"/>
          <w:sz w:val="18"/>
          <w:szCs w:val="18"/>
        </w:rPr>
        <w:t xml:space="preserve"> </w:t>
      </w:r>
      <w:proofErr w:type="spellStart"/>
      <w:r w:rsidRPr="00B51957">
        <w:rPr>
          <w:rFonts w:ascii="Sylfaen" w:hAnsi="Sylfaen" w:cs="Sylfaen"/>
          <w:sz w:val="18"/>
          <w:szCs w:val="18"/>
        </w:rPr>
        <w:t>განსაზღვრული</w:t>
      </w:r>
      <w:proofErr w:type="spellEnd"/>
      <w:r w:rsidRPr="00B51957">
        <w:rPr>
          <w:rFonts w:cstheme="majorHAnsi"/>
          <w:sz w:val="18"/>
          <w:szCs w:val="18"/>
        </w:rPr>
        <w:t xml:space="preserve"> </w:t>
      </w:r>
      <w:proofErr w:type="spellStart"/>
      <w:r w:rsidRPr="00B51957">
        <w:rPr>
          <w:rFonts w:ascii="Sylfaen" w:hAnsi="Sylfaen" w:cs="Sylfaen"/>
          <w:sz w:val="18"/>
          <w:szCs w:val="18"/>
        </w:rPr>
        <w:t>შესაბამისი</w:t>
      </w:r>
      <w:proofErr w:type="spellEnd"/>
      <w:r w:rsidRPr="00B51957">
        <w:rPr>
          <w:rFonts w:cstheme="majorHAnsi"/>
          <w:sz w:val="18"/>
          <w:szCs w:val="18"/>
        </w:rPr>
        <w:t xml:space="preserve"> </w:t>
      </w:r>
      <w:proofErr w:type="spellStart"/>
      <w:r w:rsidRPr="00B51957">
        <w:rPr>
          <w:rFonts w:ascii="Sylfaen" w:hAnsi="Sylfaen" w:cs="Sylfaen"/>
          <w:sz w:val="18"/>
          <w:szCs w:val="18"/>
        </w:rPr>
        <w:t>ეტაპის</w:t>
      </w:r>
      <w:proofErr w:type="spellEnd"/>
      <w:r w:rsidRPr="00B51957">
        <w:rPr>
          <w:rFonts w:cstheme="majorHAnsi"/>
          <w:sz w:val="18"/>
          <w:szCs w:val="18"/>
        </w:rPr>
        <w:t xml:space="preserve"> </w:t>
      </w:r>
      <w:proofErr w:type="spellStart"/>
      <w:r w:rsidRPr="00B51957">
        <w:rPr>
          <w:rFonts w:ascii="Sylfaen" w:hAnsi="Sylfaen" w:cs="Sylfaen"/>
          <w:sz w:val="18"/>
          <w:szCs w:val="18"/>
        </w:rPr>
        <w:t>ფორმა</w:t>
      </w:r>
      <w:proofErr w:type="spellEnd"/>
      <w:r w:rsidRPr="00B51957">
        <w:rPr>
          <w:rFonts w:cstheme="majorHAnsi"/>
          <w:sz w:val="18"/>
          <w:szCs w:val="18"/>
        </w:rPr>
        <w:t xml:space="preserve"> N2-</w:t>
      </w:r>
      <w:r w:rsidRPr="00B51957">
        <w:rPr>
          <w:rFonts w:ascii="Sylfaen" w:hAnsi="Sylfaen" w:cs="Sylfaen"/>
          <w:sz w:val="18"/>
          <w:szCs w:val="18"/>
        </w:rPr>
        <w:t>ში</w:t>
      </w:r>
      <w:r w:rsidRPr="00B51957">
        <w:rPr>
          <w:rFonts w:cstheme="majorHAnsi"/>
          <w:sz w:val="18"/>
          <w:szCs w:val="18"/>
        </w:rPr>
        <w:t xml:space="preserve"> </w:t>
      </w:r>
      <w:proofErr w:type="spellStart"/>
      <w:r w:rsidRPr="00B51957">
        <w:rPr>
          <w:rFonts w:ascii="Sylfaen" w:hAnsi="Sylfaen" w:cs="Sylfaen"/>
          <w:sz w:val="18"/>
          <w:szCs w:val="18"/>
        </w:rPr>
        <w:t>მითითებული</w:t>
      </w:r>
      <w:proofErr w:type="spellEnd"/>
      <w:r w:rsidRPr="00B51957">
        <w:rPr>
          <w:rFonts w:cstheme="majorHAnsi"/>
          <w:sz w:val="18"/>
          <w:szCs w:val="18"/>
        </w:rPr>
        <w:t xml:space="preserve"> </w:t>
      </w:r>
      <w:proofErr w:type="spellStart"/>
      <w:r w:rsidRPr="00B51957">
        <w:rPr>
          <w:rFonts w:ascii="Sylfaen" w:hAnsi="Sylfaen" w:cs="Sylfaen"/>
          <w:sz w:val="18"/>
          <w:szCs w:val="18"/>
        </w:rPr>
        <w:t>შესრულებული</w:t>
      </w:r>
      <w:proofErr w:type="spellEnd"/>
      <w:r w:rsidRPr="00B51957">
        <w:rPr>
          <w:rFonts w:cstheme="majorHAnsi"/>
          <w:sz w:val="18"/>
          <w:szCs w:val="18"/>
        </w:rPr>
        <w:t xml:space="preserve"> </w:t>
      </w:r>
      <w:proofErr w:type="spellStart"/>
      <w:r w:rsidRPr="00B51957">
        <w:rPr>
          <w:rFonts w:ascii="Sylfaen" w:hAnsi="Sylfaen" w:cs="Sylfaen"/>
          <w:sz w:val="18"/>
          <w:szCs w:val="18"/>
        </w:rPr>
        <w:t>სამუშაოების</w:t>
      </w:r>
      <w:proofErr w:type="spellEnd"/>
      <w:r w:rsidRPr="00B51957">
        <w:rPr>
          <w:rFonts w:cstheme="majorHAnsi"/>
          <w:sz w:val="18"/>
          <w:szCs w:val="18"/>
        </w:rPr>
        <w:t xml:space="preserve"> </w:t>
      </w:r>
      <w:proofErr w:type="spellStart"/>
      <w:r w:rsidRPr="00B51957">
        <w:rPr>
          <w:rFonts w:ascii="Sylfaen" w:hAnsi="Sylfaen" w:cs="Sylfaen"/>
          <w:sz w:val="18"/>
          <w:szCs w:val="18"/>
        </w:rPr>
        <w:t>ერთეულის</w:t>
      </w:r>
      <w:proofErr w:type="spellEnd"/>
      <w:r w:rsidRPr="00B51957">
        <w:rPr>
          <w:rFonts w:cstheme="majorHAnsi"/>
          <w:sz w:val="18"/>
          <w:szCs w:val="18"/>
        </w:rPr>
        <w:t xml:space="preserve"> </w:t>
      </w:r>
      <w:proofErr w:type="spellStart"/>
      <w:r w:rsidRPr="00B51957">
        <w:rPr>
          <w:rFonts w:ascii="Sylfaen" w:hAnsi="Sylfaen" w:cs="Sylfaen"/>
          <w:sz w:val="18"/>
          <w:szCs w:val="18"/>
        </w:rPr>
        <w:t>ღირებულებები</w:t>
      </w:r>
      <w:proofErr w:type="spellEnd"/>
      <w:r w:rsidRPr="00B51957">
        <w:rPr>
          <w:rFonts w:cstheme="majorHAnsi"/>
          <w:sz w:val="18"/>
          <w:szCs w:val="18"/>
        </w:rPr>
        <w:t xml:space="preserve"> </w:t>
      </w:r>
      <w:proofErr w:type="spellStart"/>
      <w:r w:rsidRPr="00B51957">
        <w:rPr>
          <w:rFonts w:ascii="Sylfaen" w:hAnsi="Sylfaen" w:cs="Sylfaen"/>
          <w:sz w:val="18"/>
          <w:szCs w:val="18"/>
        </w:rPr>
        <w:t>გამოსახული</w:t>
      </w:r>
      <w:proofErr w:type="spellEnd"/>
      <w:r w:rsidRPr="00B51957">
        <w:rPr>
          <w:rFonts w:cstheme="majorHAnsi"/>
          <w:sz w:val="18"/>
          <w:szCs w:val="18"/>
        </w:rPr>
        <w:t xml:space="preserve"> </w:t>
      </w:r>
      <w:proofErr w:type="spellStart"/>
      <w:r w:rsidRPr="00B51957">
        <w:rPr>
          <w:rFonts w:ascii="Sylfaen" w:hAnsi="Sylfaen" w:cs="Sylfaen"/>
          <w:sz w:val="18"/>
          <w:szCs w:val="18"/>
        </w:rPr>
        <w:t>იქნება</w:t>
      </w:r>
      <w:proofErr w:type="spellEnd"/>
      <w:r w:rsidRPr="00B51957">
        <w:rPr>
          <w:rFonts w:cstheme="majorHAnsi"/>
          <w:sz w:val="18"/>
          <w:szCs w:val="18"/>
        </w:rPr>
        <w:t xml:space="preserve"> </w:t>
      </w:r>
      <w:proofErr w:type="spellStart"/>
      <w:r w:rsidRPr="00B51957">
        <w:rPr>
          <w:rFonts w:ascii="Sylfaen" w:hAnsi="Sylfaen" w:cs="Sylfaen"/>
          <w:sz w:val="18"/>
          <w:szCs w:val="18"/>
        </w:rPr>
        <w:t>ეროვნულ</w:t>
      </w:r>
      <w:proofErr w:type="spellEnd"/>
      <w:r w:rsidRPr="00B51957">
        <w:rPr>
          <w:rFonts w:cstheme="majorHAnsi"/>
          <w:sz w:val="18"/>
          <w:szCs w:val="18"/>
        </w:rPr>
        <w:t xml:space="preserve"> </w:t>
      </w:r>
      <w:proofErr w:type="spellStart"/>
      <w:r w:rsidRPr="00B51957">
        <w:rPr>
          <w:rFonts w:ascii="Sylfaen" w:hAnsi="Sylfaen" w:cs="Sylfaen"/>
          <w:sz w:val="18"/>
          <w:szCs w:val="18"/>
        </w:rPr>
        <w:t>ვალუტაში</w:t>
      </w:r>
      <w:proofErr w:type="spellEnd"/>
      <w:r w:rsidR="00E201A4">
        <w:rPr>
          <w:rFonts w:cstheme="majorHAnsi"/>
          <w:sz w:val="18"/>
          <w:szCs w:val="18"/>
        </w:rPr>
        <w:t xml:space="preserve"> </w:t>
      </w:r>
      <w:r w:rsidR="00E201A4">
        <w:rPr>
          <w:rFonts w:ascii="Sylfaen" w:hAnsi="Sylfaen" w:cstheme="majorHAnsi"/>
          <w:sz w:val="18"/>
          <w:szCs w:val="18"/>
          <w:lang w:val="ka-GE"/>
        </w:rPr>
        <w:t>(</w:t>
      </w:r>
      <w:proofErr w:type="spellStart"/>
      <w:r w:rsidRPr="00B51957">
        <w:rPr>
          <w:rFonts w:ascii="Sylfaen" w:hAnsi="Sylfaen" w:cs="Sylfaen"/>
          <w:sz w:val="18"/>
          <w:szCs w:val="18"/>
        </w:rPr>
        <w:t>ისე</w:t>
      </w:r>
      <w:proofErr w:type="spellEnd"/>
      <w:r w:rsidRPr="00B51957">
        <w:rPr>
          <w:rFonts w:cstheme="majorHAnsi"/>
          <w:sz w:val="18"/>
          <w:szCs w:val="18"/>
        </w:rPr>
        <w:t xml:space="preserve">, </w:t>
      </w:r>
      <w:proofErr w:type="spellStart"/>
      <w:r w:rsidRPr="00B51957">
        <w:rPr>
          <w:rFonts w:ascii="Sylfaen" w:hAnsi="Sylfaen" w:cs="Sylfaen"/>
          <w:sz w:val="18"/>
          <w:szCs w:val="18"/>
        </w:rPr>
        <w:t>როგორც</w:t>
      </w:r>
      <w:proofErr w:type="spellEnd"/>
      <w:r w:rsidRPr="00B51957">
        <w:rPr>
          <w:rFonts w:cstheme="majorHAnsi"/>
          <w:sz w:val="18"/>
          <w:szCs w:val="18"/>
        </w:rPr>
        <w:t xml:space="preserve"> </w:t>
      </w:r>
      <w:proofErr w:type="spellStart"/>
      <w:r w:rsidRPr="00B51957">
        <w:rPr>
          <w:rFonts w:ascii="Sylfaen" w:hAnsi="Sylfaen" w:cs="Sylfaen"/>
          <w:sz w:val="18"/>
          <w:szCs w:val="18"/>
        </w:rPr>
        <w:t>განსაზღვრულია</w:t>
      </w:r>
      <w:proofErr w:type="spellEnd"/>
      <w:r w:rsidRPr="00B51957">
        <w:rPr>
          <w:rFonts w:cstheme="majorHAnsi"/>
          <w:sz w:val="18"/>
          <w:szCs w:val="18"/>
        </w:rPr>
        <w:t xml:space="preserve"> </w:t>
      </w:r>
      <w:proofErr w:type="spellStart"/>
      <w:r w:rsidRPr="00B51957">
        <w:rPr>
          <w:rFonts w:ascii="Sylfaen" w:hAnsi="Sylfaen" w:cs="Sylfaen"/>
          <w:sz w:val="18"/>
          <w:szCs w:val="18"/>
        </w:rPr>
        <w:t>სახარჯთაღრიცხვო</w:t>
      </w:r>
      <w:proofErr w:type="spellEnd"/>
      <w:r w:rsidRPr="00B51957">
        <w:rPr>
          <w:rFonts w:cstheme="majorHAnsi"/>
          <w:sz w:val="18"/>
          <w:szCs w:val="18"/>
        </w:rPr>
        <w:t xml:space="preserve"> </w:t>
      </w:r>
      <w:proofErr w:type="spellStart"/>
      <w:r w:rsidRPr="00B51957">
        <w:rPr>
          <w:rFonts w:ascii="Sylfaen" w:hAnsi="Sylfaen" w:cs="Sylfaen"/>
          <w:sz w:val="18"/>
          <w:szCs w:val="18"/>
        </w:rPr>
        <w:t>დოკუმენტაციაში</w:t>
      </w:r>
      <w:proofErr w:type="spellEnd"/>
      <w:r w:rsidR="00E201A4">
        <w:rPr>
          <w:rFonts w:ascii="Sylfaen" w:hAnsi="Sylfaen" w:cstheme="majorHAnsi"/>
          <w:sz w:val="18"/>
          <w:szCs w:val="18"/>
          <w:lang w:val="ka-GE"/>
        </w:rPr>
        <w:t>)</w:t>
      </w:r>
      <w:r w:rsidRPr="00B51957">
        <w:rPr>
          <w:rFonts w:cstheme="majorHAnsi"/>
          <w:sz w:val="18"/>
          <w:szCs w:val="18"/>
        </w:rPr>
        <w:t>.</w:t>
      </w:r>
    </w:p>
    <w:p w14:paraId="290496F0" w14:textId="469146AC" w:rsidR="00C86A0D" w:rsidRPr="00125F84" w:rsidRDefault="00A74260" w:rsidP="00125F84">
      <w:pPr>
        <w:pStyle w:val="ListParagraph"/>
        <w:numPr>
          <w:ilvl w:val="2"/>
          <w:numId w:val="13"/>
        </w:numPr>
        <w:jc w:val="both"/>
        <w:rPr>
          <w:rFonts w:cstheme="majorHAnsi"/>
          <w:sz w:val="18"/>
          <w:szCs w:val="18"/>
        </w:rPr>
      </w:pPr>
      <w:proofErr w:type="spellStart"/>
      <w:r w:rsidRPr="00125F84">
        <w:rPr>
          <w:rFonts w:ascii="Sylfaen" w:hAnsi="Sylfaen" w:cs="Sylfaen"/>
          <w:sz w:val="18"/>
          <w:szCs w:val="18"/>
        </w:rPr>
        <w:t>თუ</w:t>
      </w:r>
      <w:proofErr w:type="spellEnd"/>
      <w:r w:rsidRPr="00125F84">
        <w:rPr>
          <w:rFonts w:cstheme="majorHAnsi"/>
          <w:sz w:val="18"/>
          <w:szCs w:val="18"/>
        </w:rPr>
        <w:t xml:space="preserve"> </w:t>
      </w:r>
      <w:proofErr w:type="spellStart"/>
      <w:r w:rsidRPr="00125F84">
        <w:rPr>
          <w:rFonts w:ascii="Sylfaen" w:hAnsi="Sylfaen" w:cs="Sylfaen"/>
          <w:sz w:val="18"/>
          <w:szCs w:val="18"/>
        </w:rPr>
        <w:t>დამკვეთს</w:t>
      </w:r>
      <w:proofErr w:type="spellEnd"/>
      <w:r w:rsidRPr="00125F84">
        <w:rPr>
          <w:rFonts w:cstheme="majorHAnsi"/>
          <w:sz w:val="18"/>
          <w:szCs w:val="18"/>
        </w:rPr>
        <w:t xml:space="preserve"> </w:t>
      </w:r>
      <w:proofErr w:type="spellStart"/>
      <w:r w:rsidRPr="00125F84">
        <w:rPr>
          <w:rFonts w:ascii="Sylfaen" w:hAnsi="Sylfaen" w:cs="Sylfaen"/>
          <w:sz w:val="18"/>
          <w:szCs w:val="18"/>
        </w:rPr>
        <w:t>გააჩნია</w:t>
      </w:r>
      <w:proofErr w:type="spellEnd"/>
      <w:r w:rsidRPr="00125F84">
        <w:rPr>
          <w:rFonts w:cstheme="majorHAnsi"/>
          <w:sz w:val="18"/>
          <w:szCs w:val="18"/>
        </w:rPr>
        <w:t xml:space="preserve"> </w:t>
      </w:r>
      <w:proofErr w:type="spellStart"/>
      <w:r w:rsidRPr="00125F84">
        <w:rPr>
          <w:rFonts w:ascii="Sylfaen" w:hAnsi="Sylfaen" w:cs="Sylfaen"/>
          <w:sz w:val="18"/>
          <w:szCs w:val="18"/>
        </w:rPr>
        <w:t>დასაბუთებული</w:t>
      </w:r>
      <w:proofErr w:type="spellEnd"/>
      <w:r w:rsidRPr="00125F84">
        <w:rPr>
          <w:rFonts w:cstheme="majorHAnsi"/>
          <w:sz w:val="18"/>
          <w:szCs w:val="18"/>
        </w:rPr>
        <w:t xml:space="preserve"> </w:t>
      </w:r>
      <w:proofErr w:type="spellStart"/>
      <w:r w:rsidRPr="00125F84">
        <w:rPr>
          <w:rFonts w:ascii="Sylfaen" w:hAnsi="Sylfaen" w:cs="Sylfaen"/>
          <w:sz w:val="18"/>
          <w:szCs w:val="18"/>
        </w:rPr>
        <w:t>პრეტენზია</w:t>
      </w:r>
      <w:proofErr w:type="spellEnd"/>
      <w:r w:rsidRPr="00125F84">
        <w:rPr>
          <w:rFonts w:cstheme="majorHAnsi"/>
          <w:sz w:val="18"/>
          <w:szCs w:val="18"/>
        </w:rPr>
        <w:t xml:space="preserve"> </w:t>
      </w:r>
      <w:proofErr w:type="spellStart"/>
      <w:r w:rsidRPr="00125F84">
        <w:rPr>
          <w:rFonts w:ascii="Sylfaen" w:hAnsi="Sylfaen" w:cs="Sylfaen"/>
          <w:sz w:val="18"/>
          <w:szCs w:val="18"/>
        </w:rPr>
        <w:t>მენარდის</w:t>
      </w:r>
      <w:proofErr w:type="spellEnd"/>
      <w:r w:rsidRPr="00125F84">
        <w:rPr>
          <w:rFonts w:cstheme="majorHAnsi"/>
          <w:sz w:val="18"/>
          <w:szCs w:val="18"/>
        </w:rPr>
        <w:t xml:space="preserve"> </w:t>
      </w:r>
      <w:proofErr w:type="spellStart"/>
      <w:r w:rsidRPr="00125F84">
        <w:rPr>
          <w:rFonts w:ascii="Sylfaen" w:hAnsi="Sylfaen" w:cs="Sylfaen"/>
          <w:sz w:val="18"/>
          <w:szCs w:val="18"/>
        </w:rPr>
        <w:t>მიერ</w:t>
      </w:r>
      <w:proofErr w:type="spellEnd"/>
      <w:r w:rsidRPr="00125F84">
        <w:rPr>
          <w:rFonts w:cstheme="majorHAnsi"/>
          <w:sz w:val="18"/>
          <w:szCs w:val="18"/>
        </w:rPr>
        <w:t xml:space="preserve"> </w:t>
      </w:r>
      <w:proofErr w:type="spellStart"/>
      <w:r w:rsidRPr="00125F84">
        <w:rPr>
          <w:rFonts w:ascii="Sylfaen" w:hAnsi="Sylfaen" w:cs="Sylfaen"/>
          <w:sz w:val="18"/>
          <w:szCs w:val="18"/>
        </w:rPr>
        <w:t>შესრულებული</w:t>
      </w:r>
      <w:proofErr w:type="spellEnd"/>
      <w:r w:rsidRPr="00125F84">
        <w:rPr>
          <w:rFonts w:cstheme="majorHAnsi"/>
          <w:sz w:val="18"/>
          <w:szCs w:val="18"/>
        </w:rPr>
        <w:t xml:space="preserve"> </w:t>
      </w:r>
      <w:proofErr w:type="spellStart"/>
      <w:r w:rsidRPr="00125F84">
        <w:rPr>
          <w:rFonts w:ascii="Sylfaen" w:hAnsi="Sylfaen" w:cs="Sylfaen"/>
          <w:sz w:val="18"/>
          <w:szCs w:val="18"/>
        </w:rPr>
        <w:t>სამუშაოს</w:t>
      </w:r>
      <w:proofErr w:type="spellEnd"/>
      <w:r w:rsidRPr="00125F84">
        <w:rPr>
          <w:rFonts w:cstheme="majorHAnsi"/>
          <w:sz w:val="18"/>
          <w:szCs w:val="18"/>
        </w:rPr>
        <w:t xml:space="preserve"> </w:t>
      </w:r>
      <w:proofErr w:type="spellStart"/>
      <w:r w:rsidRPr="00125F84">
        <w:rPr>
          <w:rFonts w:ascii="Sylfaen" w:hAnsi="Sylfaen" w:cs="Sylfaen"/>
          <w:sz w:val="18"/>
          <w:szCs w:val="18"/>
        </w:rPr>
        <w:t>მიმართ</w:t>
      </w:r>
      <w:proofErr w:type="spellEnd"/>
      <w:r w:rsidRPr="00125F84">
        <w:rPr>
          <w:rFonts w:cstheme="majorHAnsi"/>
          <w:sz w:val="18"/>
          <w:szCs w:val="18"/>
        </w:rPr>
        <w:t xml:space="preserve"> </w:t>
      </w:r>
      <w:proofErr w:type="spellStart"/>
      <w:r w:rsidRPr="00125F84">
        <w:rPr>
          <w:rFonts w:ascii="Sylfaen" w:hAnsi="Sylfaen" w:cs="Sylfaen"/>
          <w:sz w:val="18"/>
          <w:szCs w:val="18"/>
        </w:rPr>
        <w:t>და</w:t>
      </w:r>
      <w:proofErr w:type="spellEnd"/>
      <w:r w:rsidRPr="00125F84">
        <w:rPr>
          <w:rFonts w:cstheme="majorHAnsi"/>
          <w:sz w:val="18"/>
          <w:szCs w:val="18"/>
        </w:rPr>
        <w:t xml:space="preserve"> </w:t>
      </w:r>
      <w:proofErr w:type="spellStart"/>
      <w:r w:rsidRPr="00125F84">
        <w:rPr>
          <w:rFonts w:ascii="Sylfaen" w:hAnsi="Sylfaen" w:cs="Sylfaen"/>
          <w:sz w:val="18"/>
          <w:szCs w:val="18"/>
        </w:rPr>
        <w:t>ამ</w:t>
      </w:r>
      <w:proofErr w:type="spellEnd"/>
      <w:r w:rsidRPr="00125F84">
        <w:rPr>
          <w:rFonts w:cstheme="majorHAnsi"/>
          <w:sz w:val="18"/>
          <w:szCs w:val="18"/>
        </w:rPr>
        <w:t xml:space="preserve"> </w:t>
      </w:r>
      <w:proofErr w:type="spellStart"/>
      <w:r w:rsidRPr="00125F84">
        <w:rPr>
          <w:rFonts w:ascii="Sylfaen" w:hAnsi="Sylfaen" w:cs="Sylfaen"/>
          <w:sz w:val="18"/>
          <w:szCs w:val="18"/>
        </w:rPr>
        <w:t>მიზეზით</w:t>
      </w:r>
      <w:proofErr w:type="spellEnd"/>
      <w:r w:rsidRPr="00125F84">
        <w:rPr>
          <w:rFonts w:cstheme="majorHAnsi"/>
          <w:sz w:val="18"/>
          <w:szCs w:val="18"/>
        </w:rPr>
        <w:t xml:space="preserve"> </w:t>
      </w:r>
      <w:proofErr w:type="spellStart"/>
      <w:r w:rsidRPr="00125F84">
        <w:rPr>
          <w:rFonts w:ascii="Sylfaen" w:hAnsi="Sylfaen" w:cs="Sylfaen"/>
          <w:sz w:val="18"/>
          <w:szCs w:val="18"/>
        </w:rPr>
        <w:t>დამკვეთი</w:t>
      </w:r>
      <w:proofErr w:type="spellEnd"/>
      <w:r w:rsidRPr="00125F84">
        <w:rPr>
          <w:rFonts w:cstheme="majorHAnsi"/>
          <w:sz w:val="18"/>
          <w:szCs w:val="18"/>
        </w:rPr>
        <w:t xml:space="preserve"> </w:t>
      </w:r>
      <w:proofErr w:type="spellStart"/>
      <w:r w:rsidRPr="00125F84">
        <w:rPr>
          <w:rFonts w:ascii="Sylfaen" w:hAnsi="Sylfaen" w:cs="Sylfaen"/>
          <w:sz w:val="18"/>
          <w:szCs w:val="18"/>
        </w:rPr>
        <w:t>არ</w:t>
      </w:r>
      <w:proofErr w:type="spellEnd"/>
      <w:r w:rsidRPr="00125F84">
        <w:rPr>
          <w:rFonts w:cstheme="majorHAnsi"/>
          <w:sz w:val="18"/>
          <w:szCs w:val="18"/>
        </w:rPr>
        <w:t xml:space="preserve"> </w:t>
      </w:r>
      <w:proofErr w:type="spellStart"/>
      <w:r w:rsidRPr="00125F84">
        <w:rPr>
          <w:rFonts w:ascii="Sylfaen" w:hAnsi="Sylfaen" w:cs="Sylfaen"/>
          <w:sz w:val="18"/>
          <w:szCs w:val="18"/>
        </w:rPr>
        <w:t>მიიღებს</w:t>
      </w:r>
      <w:proofErr w:type="spellEnd"/>
      <w:r w:rsidRPr="00125F84">
        <w:rPr>
          <w:rFonts w:cstheme="majorHAnsi"/>
          <w:sz w:val="18"/>
          <w:szCs w:val="18"/>
        </w:rPr>
        <w:t xml:space="preserve"> </w:t>
      </w:r>
      <w:proofErr w:type="spellStart"/>
      <w:r w:rsidRPr="00125F84">
        <w:rPr>
          <w:rFonts w:ascii="Sylfaen" w:hAnsi="Sylfaen" w:cs="Sylfaen"/>
          <w:sz w:val="18"/>
          <w:szCs w:val="18"/>
        </w:rPr>
        <w:t>შესრულებულ</w:t>
      </w:r>
      <w:proofErr w:type="spellEnd"/>
      <w:r w:rsidRPr="00125F84">
        <w:rPr>
          <w:rFonts w:cstheme="majorHAnsi"/>
          <w:sz w:val="18"/>
          <w:szCs w:val="18"/>
        </w:rPr>
        <w:t xml:space="preserve"> </w:t>
      </w:r>
      <w:proofErr w:type="spellStart"/>
      <w:r w:rsidRPr="00125F84">
        <w:rPr>
          <w:rFonts w:ascii="Sylfaen" w:hAnsi="Sylfaen" w:cs="Sylfaen"/>
          <w:sz w:val="18"/>
          <w:szCs w:val="18"/>
        </w:rPr>
        <w:t>სამუშაოს</w:t>
      </w:r>
      <w:proofErr w:type="spellEnd"/>
      <w:r w:rsidR="00E201A4" w:rsidRPr="00125F84">
        <w:rPr>
          <w:rFonts w:cstheme="majorHAnsi"/>
          <w:sz w:val="18"/>
          <w:szCs w:val="18"/>
        </w:rPr>
        <w:t xml:space="preserve"> </w:t>
      </w:r>
      <w:r w:rsidR="00E201A4" w:rsidRPr="00125F84">
        <w:rPr>
          <w:rFonts w:ascii="Sylfaen" w:hAnsi="Sylfaen" w:cstheme="majorHAnsi"/>
          <w:sz w:val="18"/>
          <w:szCs w:val="18"/>
          <w:lang w:val="ka-GE"/>
        </w:rPr>
        <w:t>(</w:t>
      </w:r>
      <w:proofErr w:type="spellStart"/>
      <w:r w:rsidRPr="00125F84">
        <w:rPr>
          <w:rFonts w:ascii="Sylfaen" w:hAnsi="Sylfaen" w:cs="Sylfaen"/>
          <w:sz w:val="18"/>
          <w:szCs w:val="18"/>
        </w:rPr>
        <w:t>კალენდარული</w:t>
      </w:r>
      <w:proofErr w:type="spellEnd"/>
      <w:r w:rsidRPr="00125F84">
        <w:rPr>
          <w:rFonts w:cstheme="majorHAnsi"/>
          <w:sz w:val="18"/>
          <w:szCs w:val="18"/>
        </w:rPr>
        <w:t xml:space="preserve"> </w:t>
      </w:r>
      <w:proofErr w:type="spellStart"/>
      <w:r w:rsidRPr="00125F84">
        <w:rPr>
          <w:rFonts w:ascii="Sylfaen" w:hAnsi="Sylfaen" w:cs="Sylfaen"/>
          <w:sz w:val="18"/>
          <w:szCs w:val="18"/>
        </w:rPr>
        <w:t>გეგმა</w:t>
      </w:r>
      <w:proofErr w:type="spellEnd"/>
      <w:r w:rsidRPr="00125F84">
        <w:rPr>
          <w:rFonts w:cstheme="majorHAnsi"/>
          <w:sz w:val="18"/>
          <w:szCs w:val="18"/>
        </w:rPr>
        <w:t xml:space="preserve"> </w:t>
      </w:r>
      <w:proofErr w:type="spellStart"/>
      <w:r w:rsidRPr="00125F84">
        <w:rPr>
          <w:rFonts w:ascii="Sylfaen" w:hAnsi="Sylfaen" w:cs="Sylfaen"/>
          <w:sz w:val="18"/>
          <w:szCs w:val="18"/>
        </w:rPr>
        <w:t>გრაფიკით</w:t>
      </w:r>
      <w:proofErr w:type="spellEnd"/>
      <w:r w:rsidRPr="00125F84">
        <w:rPr>
          <w:rFonts w:cstheme="majorHAnsi"/>
          <w:sz w:val="18"/>
          <w:szCs w:val="18"/>
        </w:rPr>
        <w:t xml:space="preserve"> </w:t>
      </w:r>
      <w:proofErr w:type="spellStart"/>
      <w:r w:rsidRPr="00125F84">
        <w:rPr>
          <w:rFonts w:ascii="Sylfaen" w:hAnsi="Sylfaen" w:cs="Sylfaen"/>
          <w:sz w:val="18"/>
          <w:szCs w:val="18"/>
        </w:rPr>
        <w:t>განსაზღვრულ</w:t>
      </w:r>
      <w:proofErr w:type="spellEnd"/>
      <w:r w:rsidRPr="00125F84">
        <w:rPr>
          <w:rFonts w:cstheme="majorHAnsi"/>
          <w:sz w:val="18"/>
          <w:szCs w:val="18"/>
        </w:rPr>
        <w:t xml:space="preserve"> </w:t>
      </w:r>
      <w:proofErr w:type="spellStart"/>
      <w:r w:rsidRPr="00125F84">
        <w:rPr>
          <w:rFonts w:ascii="Sylfaen" w:hAnsi="Sylfaen" w:cs="Sylfaen"/>
          <w:sz w:val="18"/>
          <w:szCs w:val="18"/>
        </w:rPr>
        <w:t>ეტაპს</w:t>
      </w:r>
      <w:proofErr w:type="spellEnd"/>
      <w:r w:rsidR="00E201A4" w:rsidRPr="00125F84">
        <w:rPr>
          <w:rFonts w:ascii="Sylfaen" w:hAnsi="Sylfaen" w:cstheme="majorHAnsi"/>
          <w:sz w:val="18"/>
          <w:szCs w:val="18"/>
          <w:lang w:val="ka-GE"/>
        </w:rPr>
        <w:t>)</w:t>
      </w:r>
      <w:r w:rsidRPr="00125F84">
        <w:rPr>
          <w:rFonts w:cstheme="majorHAnsi"/>
          <w:sz w:val="18"/>
          <w:szCs w:val="18"/>
        </w:rPr>
        <w:t xml:space="preserve">, </w:t>
      </w:r>
      <w:proofErr w:type="spellStart"/>
      <w:r w:rsidRPr="00125F84">
        <w:rPr>
          <w:rFonts w:ascii="Sylfaen" w:hAnsi="Sylfaen" w:cs="Sylfaen"/>
          <w:sz w:val="18"/>
          <w:szCs w:val="18"/>
        </w:rPr>
        <w:t>ხოლო</w:t>
      </w:r>
      <w:proofErr w:type="spellEnd"/>
      <w:r w:rsidRPr="00125F84">
        <w:rPr>
          <w:rFonts w:cstheme="majorHAnsi"/>
          <w:sz w:val="18"/>
          <w:szCs w:val="18"/>
        </w:rPr>
        <w:t xml:space="preserve"> </w:t>
      </w:r>
      <w:r w:rsidR="00E201A4" w:rsidRPr="00125F84">
        <w:rPr>
          <w:rFonts w:ascii="Sylfaen" w:hAnsi="Sylfaen" w:cs="Sylfaen"/>
          <w:sz w:val="18"/>
          <w:szCs w:val="18"/>
          <w:lang w:val="ka-GE"/>
        </w:rPr>
        <w:t xml:space="preserve">მენარდე </w:t>
      </w:r>
      <w:proofErr w:type="spellStart"/>
      <w:r w:rsidRPr="00125F84">
        <w:rPr>
          <w:rFonts w:ascii="Sylfaen" w:hAnsi="Sylfaen" w:cs="Sylfaen"/>
          <w:sz w:val="18"/>
          <w:szCs w:val="18"/>
        </w:rPr>
        <w:t>ეთანხმება</w:t>
      </w:r>
      <w:proofErr w:type="spellEnd"/>
      <w:r w:rsidRPr="00125F84">
        <w:rPr>
          <w:rFonts w:cstheme="majorHAnsi"/>
          <w:sz w:val="18"/>
          <w:szCs w:val="18"/>
        </w:rPr>
        <w:t xml:space="preserve"> </w:t>
      </w:r>
      <w:proofErr w:type="spellStart"/>
      <w:r w:rsidRPr="00125F84">
        <w:rPr>
          <w:rFonts w:ascii="Sylfaen" w:hAnsi="Sylfaen" w:cs="Sylfaen"/>
          <w:sz w:val="18"/>
          <w:szCs w:val="18"/>
        </w:rPr>
        <w:t>წარმოდგენილ</w:t>
      </w:r>
      <w:proofErr w:type="spellEnd"/>
      <w:r w:rsidRPr="00125F84">
        <w:rPr>
          <w:rFonts w:cstheme="majorHAnsi"/>
          <w:sz w:val="18"/>
          <w:szCs w:val="18"/>
        </w:rPr>
        <w:t xml:space="preserve"> </w:t>
      </w:r>
      <w:proofErr w:type="spellStart"/>
      <w:r w:rsidRPr="00125F84">
        <w:rPr>
          <w:rFonts w:ascii="Sylfaen" w:hAnsi="Sylfaen" w:cs="Sylfaen"/>
          <w:sz w:val="18"/>
          <w:szCs w:val="18"/>
        </w:rPr>
        <w:t>პრეტენზიას</w:t>
      </w:r>
      <w:proofErr w:type="spellEnd"/>
      <w:r w:rsidRPr="00125F84">
        <w:rPr>
          <w:rFonts w:cstheme="majorHAnsi"/>
          <w:sz w:val="18"/>
          <w:szCs w:val="18"/>
        </w:rPr>
        <w:t xml:space="preserve">, </w:t>
      </w:r>
      <w:r w:rsidR="00E201A4" w:rsidRPr="00125F84">
        <w:rPr>
          <w:rFonts w:ascii="Sylfaen" w:hAnsi="Sylfaen" w:cs="Sylfaen"/>
          <w:sz w:val="18"/>
          <w:szCs w:val="18"/>
          <w:lang w:val="ka-GE"/>
        </w:rPr>
        <w:t xml:space="preserve">მენარდე </w:t>
      </w:r>
      <w:proofErr w:type="spellStart"/>
      <w:r w:rsidRPr="00125F84">
        <w:rPr>
          <w:rFonts w:ascii="Sylfaen" w:hAnsi="Sylfaen" w:cs="Sylfaen"/>
          <w:sz w:val="18"/>
          <w:szCs w:val="18"/>
        </w:rPr>
        <w:t>ვალდებულია</w:t>
      </w:r>
      <w:proofErr w:type="spellEnd"/>
      <w:r w:rsidRPr="00125F84">
        <w:rPr>
          <w:rFonts w:cstheme="majorHAnsi"/>
          <w:sz w:val="18"/>
          <w:szCs w:val="18"/>
        </w:rPr>
        <w:t xml:space="preserve">, </w:t>
      </w:r>
      <w:proofErr w:type="spellStart"/>
      <w:r w:rsidRPr="00125F84">
        <w:rPr>
          <w:rFonts w:ascii="Sylfaen" w:hAnsi="Sylfaen" w:cs="Sylfaen"/>
          <w:sz w:val="18"/>
          <w:szCs w:val="18"/>
        </w:rPr>
        <w:t>გონივრულ</w:t>
      </w:r>
      <w:proofErr w:type="spellEnd"/>
      <w:r w:rsidRPr="00125F84">
        <w:rPr>
          <w:rFonts w:cstheme="majorHAnsi"/>
          <w:sz w:val="18"/>
          <w:szCs w:val="18"/>
        </w:rPr>
        <w:t xml:space="preserve"> </w:t>
      </w:r>
      <w:proofErr w:type="spellStart"/>
      <w:r w:rsidRPr="00125F84">
        <w:rPr>
          <w:rFonts w:ascii="Sylfaen" w:hAnsi="Sylfaen" w:cs="Sylfaen"/>
          <w:sz w:val="18"/>
          <w:szCs w:val="18"/>
        </w:rPr>
        <w:t>ვადაში</w:t>
      </w:r>
      <w:proofErr w:type="spellEnd"/>
      <w:r w:rsidRPr="00125F84">
        <w:rPr>
          <w:rFonts w:cstheme="majorHAnsi"/>
          <w:sz w:val="18"/>
          <w:szCs w:val="18"/>
        </w:rPr>
        <w:t xml:space="preserve"> </w:t>
      </w:r>
      <w:proofErr w:type="spellStart"/>
      <w:r w:rsidRPr="00125F84">
        <w:rPr>
          <w:rFonts w:ascii="Sylfaen" w:hAnsi="Sylfaen" w:cs="Sylfaen"/>
          <w:sz w:val="18"/>
          <w:szCs w:val="18"/>
        </w:rPr>
        <w:t>აღმოფხვრას</w:t>
      </w:r>
      <w:proofErr w:type="spellEnd"/>
      <w:r w:rsidRPr="00125F84">
        <w:rPr>
          <w:rFonts w:cstheme="majorHAnsi"/>
          <w:sz w:val="18"/>
          <w:szCs w:val="18"/>
        </w:rPr>
        <w:t xml:space="preserve"> </w:t>
      </w:r>
      <w:proofErr w:type="spellStart"/>
      <w:r w:rsidRPr="00125F84">
        <w:rPr>
          <w:rFonts w:ascii="Sylfaen" w:hAnsi="Sylfaen" w:cs="Sylfaen"/>
          <w:sz w:val="18"/>
          <w:szCs w:val="18"/>
        </w:rPr>
        <w:t>ის</w:t>
      </w:r>
      <w:proofErr w:type="spellEnd"/>
      <w:r w:rsidRPr="00125F84">
        <w:rPr>
          <w:rFonts w:cstheme="majorHAnsi"/>
          <w:sz w:val="18"/>
          <w:szCs w:val="18"/>
        </w:rPr>
        <w:t xml:space="preserve"> </w:t>
      </w:r>
      <w:proofErr w:type="spellStart"/>
      <w:r w:rsidRPr="00125F84">
        <w:rPr>
          <w:rFonts w:ascii="Sylfaen" w:hAnsi="Sylfaen" w:cs="Sylfaen"/>
          <w:sz w:val="18"/>
          <w:szCs w:val="18"/>
        </w:rPr>
        <w:t>საფუძვლები</w:t>
      </w:r>
      <w:proofErr w:type="spellEnd"/>
      <w:r w:rsidRPr="00125F84">
        <w:rPr>
          <w:rFonts w:cstheme="majorHAnsi"/>
          <w:sz w:val="18"/>
          <w:szCs w:val="18"/>
        </w:rPr>
        <w:t xml:space="preserve">, </w:t>
      </w:r>
      <w:proofErr w:type="spellStart"/>
      <w:r w:rsidRPr="00125F84">
        <w:rPr>
          <w:rFonts w:ascii="Sylfaen" w:hAnsi="Sylfaen" w:cs="Sylfaen"/>
          <w:sz w:val="18"/>
          <w:szCs w:val="18"/>
        </w:rPr>
        <w:t>რასაც</w:t>
      </w:r>
      <w:proofErr w:type="spellEnd"/>
      <w:r w:rsidRPr="00125F84">
        <w:rPr>
          <w:rFonts w:cstheme="majorHAnsi"/>
          <w:sz w:val="18"/>
          <w:szCs w:val="18"/>
        </w:rPr>
        <w:t xml:space="preserve"> </w:t>
      </w:r>
      <w:proofErr w:type="spellStart"/>
      <w:r w:rsidRPr="00125F84">
        <w:rPr>
          <w:rFonts w:ascii="Sylfaen" w:hAnsi="Sylfaen" w:cs="Sylfaen"/>
          <w:sz w:val="18"/>
          <w:szCs w:val="18"/>
        </w:rPr>
        <w:t>ემყარება</w:t>
      </w:r>
      <w:proofErr w:type="spellEnd"/>
      <w:r w:rsidRPr="00125F84">
        <w:rPr>
          <w:rFonts w:cstheme="majorHAnsi"/>
          <w:sz w:val="18"/>
          <w:szCs w:val="18"/>
        </w:rPr>
        <w:t xml:space="preserve"> </w:t>
      </w:r>
      <w:proofErr w:type="spellStart"/>
      <w:r w:rsidRPr="00125F84">
        <w:rPr>
          <w:rFonts w:ascii="Sylfaen" w:hAnsi="Sylfaen" w:cs="Sylfaen"/>
          <w:sz w:val="18"/>
          <w:szCs w:val="18"/>
        </w:rPr>
        <w:t>დამკვეთის</w:t>
      </w:r>
      <w:proofErr w:type="spellEnd"/>
      <w:r w:rsidRPr="00125F84">
        <w:rPr>
          <w:rFonts w:cstheme="majorHAnsi"/>
          <w:sz w:val="18"/>
          <w:szCs w:val="18"/>
        </w:rPr>
        <w:t xml:space="preserve"> </w:t>
      </w:r>
      <w:proofErr w:type="spellStart"/>
      <w:r w:rsidRPr="00125F84">
        <w:rPr>
          <w:rFonts w:ascii="Sylfaen" w:hAnsi="Sylfaen" w:cs="Sylfaen"/>
          <w:sz w:val="18"/>
          <w:szCs w:val="18"/>
        </w:rPr>
        <w:t>პრეტენზია</w:t>
      </w:r>
      <w:proofErr w:type="spellEnd"/>
      <w:r w:rsidRPr="00125F84">
        <w:rPr>
          <w:rFonts w:cstheme="majorHAnsi"/>
          <w:sz w:val="18"/>
          <w:szCs w:val="18"/>
        </w:rPr>
        <w:t xml:space="preserve"> </w:t>
      </w:r>
      <w:proofErr w:type="spellStart"/>
      <w:r w:rsidRPr="00125F84">
        <w:rPr>
          <w:rFonts w:ascii="Sylfaen" w:hAnsi="Sylfaen" w:cs="Sylfaen"/>
          <w:sz w:val="18"/>
          <w:szCs w:val="18"/>
        </w:rPr>
        <w:t>და</w:t>
      </w:r>
      <w:proofErr w:type="spellEnd"/>
      <w:r w:rsidRPr="00125F84">
        <w:rPr>
          <w:rFonts w:cstheme="majorHAnsi"/>
          <w:sz w:val="18"/>
          <w:szCs w:val="18"/>
        </w:rPr>
        <w:t xml:space="preserve"> </w:t>
      </w:r>
      <w:proofErr w:type="spellStart"/>
      <w:r w:rsidRPr="00125F84">
        <w:rPr>
          <w:rFonts w:ascii="Sylfaen" w:hAnsi="Sylfaen" w:cs="Sylfaen"/>
          <w:sz w:val="18"/>
          <w:szCs w:val="18"/>
        </w:rPr>
        <w:t>ხელმეორედ</w:t>
      </w:r>
      <w:proofErr w:type="spellEnd"/>
      <w:r w:rsidRPr="00125F84">
        <w:rPr>
          <w:rFonts w:cstheme="majorHAnsi"/>
          <w:sz w:val="18"/>
          <w:szCs w:val="18"/>
        </w:rPr>
        <w:t xml:space="preserve"> </w:t>
      </w:r>
      <w:proofErr w:type="spellStart"/>
      <w:r w:rsidRPr="00125F84">
        <w:rPr>
          <w:rFonts w:ascii="Sylfaen" w:hAnsi="Sylfaen" w:cs="Sylfaen"/>
          <w:sz w:val="18"/>
          <w:szCs w:val="18"/>
        </w:rPr>
        <w:t>გაუგზავნოს</w:t>
      </w:r>
      <w:proofErr w:type="spellEnd"/>
      <w:r w:rsidRPr="00125F84">
        <w:rPr>
          <w:rFonts w:cstheme="majorHAnsi"/>
          <w:sz w:val="18"/>
          <w:szCs w:val="18"/>
        </w:rPr>
        <w:t xml:space="preserve"> </w:t>
      </w:r>
      <w:proofErr w:type="spellStart"/>
      <w:r w:rsidRPr="00125F84">
        <w:rPr>
          <w:rFonts w:ascii="Sylfaen" w:hAnsi="Sylfaen" w:cs="Sylfaen"/>
          <w:sz w:val="18"/>
          <w:szCs w:val="18"/>
        </w:rPr>
        <w:t>მიღება</w:t>
      </w:r>
      <w:r w:rsidRPr="00125F84">
        <w:rPr>
          <w:rFonts w:cstheme="majorHAnsi"/>
          <w:sz w:val="18"/>
          <w:szCs w:val="18"/>
        </w:rPr>
        <w:t>-</w:t>
      </w:r>
      <w:r w:rsidRPr="00125F84">
        <w:rPr>
          <w:rFonts w:ascii="Sylfaen" w:hAnsi="Sylfaen" w:cs="Sylfaen"/>
          <w:sz w:val="18"/>
          <w:szCs w:val="18"/>
        </w:rPr>
        <w:t>ჩაბარების</w:t>
      </w:r>
      <w:proofErr w:type="spellEnd"/>
      <w:r w:rsidRPr="00125F84">
        <w:rPr>
          <w:rFonts w:cstheme="majorHAnsi"/>
          <w:sz w:val="18"/>
          <w:szCs w:val="18"/>
        </w:rPr>
        <w:t xml:space="preserve"> </w:t>
      </w:r>
      <w:proofErr w:type="spellStart"/>
      <w:r w:rsidRPr="00125F84">
        <w:rPr>
          <w:rFonts w:ascii="Sylfaen" w:hAnsi="Sylfaen" w:cs="Sylfaen"/>
          <w:sz w:val="18"/>
          <w:szCs w:val="18"/>
        </w:rPr>
        <w:t>აქტი</w:t>
      </w:r>
      <w:proofErr w:type="spellEnd"/>
      <w:r w:rsidRPr="00125F84">
        <w:rPr>
          <w:rFonts w:cstheme="majorHAnsi"/>
          <w:sz w:val="18"/>
          <w:szCs w:val="18"/>
        </w:rPr>
        <w:t xml:space="preserve"> </w:t>
      </w:r>
      <w:r w:rsidR="00E201A4" w:rsidRPr="00125F84">
        <w:rPr>
          <w:rFonts w:ascii="Sylfaen" w:hAnsi="Sylfaen" w:cstheme="majorHAnsi"/>
          <w:sz w:val="18"/>
          <w:szCs w:val="18"/>
          <w:lang w:val="ka-GE"/>
        </w:rPr>
        <w:t>(</w:t>
      </w:r>
      <w:proofErr w:type="spellStart"/>
      <w:r w:rsidRPr="00125F84">
        <w:rPr>
          <w:rFonts w:ascii="Sylfaen" w:hAnsi="Sylfaen" w:cs="Sylfaen"/>
          <w:sz w:val="18"/>
          <w:szCs w:val="18"/>
        </w:rPr>
        <w:t>ფორმა</w:t>
      </w:r>
      <w:proofErr w:type="spellEnd"/>
      <w:r w:rsidR="00E201A4" w:rsidRPr="00125F84">
        <w:rPr>
          <w:rFonts w:cstheme="majorHAnsi"/>
          <w:sz w:val="18"/>
          <w:szCs w:val="18"/>
        </w:rPr>
        <w:t xml:space="preserve"> N2</w:t>
      </w:r>
      <w:r w:rsidR="00E201A4" w:rsidRPr="00125F84">
        <w:rPr>
          <w:rFonts w:ascii="Sylfaen" w:hAnsi="Sylfaen" w:cstheme="majorHAnsi"/>
          <w:sz w:val="18"/>
          <w:szCs w:val="18"/>
          <w:lang w:val="ka-GE"/>
        </w:rPr>
        <w:t xml:space="preserve">) </w:t>
      </w:r>
      <w:proofErr w:type="spellStart"/>
      <w:r w:rsidRPr="00125F84">
        <w:rPr>
          <w:rFonts w:ascii="Sylfaen" w:hAnsi="Sylfaen" w:cs="Sylfaen"/>
          <w:sz w:val="18"/>
          <w:szCs w:val="18"/>
        </w:rPr>
        <w:t>წინამდებარე</w:t>
      </w:r>
      <w:proofErr w:type="spellEnd"/>
      <w:r w:rsidRPr="00125F84">
        <w:rPr>
          <w:rFonts w:cstheme="majorHAnsi"/>
          <w:sz w:val="18"/>
          <w:szCs w:val="18"/>
        </w:rPr>
        <w:t xml:space="preserve"> </w:t>
      </w:r>
      <w:proofErr w:type="spellStart"/>
      <w:r w:rsidRPr="00125F84">
        <w:rPr>
          <w:rFonts w:ascii="Sylfaen" w:hAnsi="Sylfaen" w:cs="Sylfaen"/>
          <w:sz w:val="18"/>
          <w:szCs w:val="18"/>
        </w:rPr>
        <w:t>ხელშეკრულებით</w:t>
      </w:r>
      <w:proofErr w:type="spellEnd"/>
      <w:r w:rsidRPr="00125F84">
        <w:rPr>
          <w:rFonts w:cstheme="majorHAnsi"/>
          <w:sz w:val="18"/>
          <w:szCs w:val="18"/>
        </w:rPr>
        <w:t xml:space="preserve"> </w:t>
      </w:r>
      <w:proofErr w:type="spellStart"/>
      <w:r w:rsidRPr="00125F84">
        <w:rPr>
          <w:rFonts w:ascii="Sylfaen" w:hAnsi="Sylfaen" w:cs="Sylfaen"/>
          <w:sz w:val="18"/>
          <w:szCs w:val="18"/>
        </w:rPr>
        <w:t>დადგენილი</w:t>
      </w:r>
      <w:proofErr w:type="spellEnd"/>
      <w:r w:rsidRPr="00125F84">
        <w:rPr>
          <w:rFonts w:cstheme="majorHAnsi"/>
          <w:sz w:val="18"/>
          <w:szCs w:val="18"/>
        </w:rPr>
        <w:t xml:space="preserve"> </w:t>
      </w:r>
      <w:proofErr w:type="spellStart"/>
      <w:r w:rsidRPr="00125F84">
        <w:rPr>
          <w:rFonts w:ascii="Sylfaen" w:hAnsi="Sylfaen" w:cs="Sylfaen"/>
          <w:sz w:val="18"/>
          <w:szCs w:val="18"/>
        </w:rPr>
        <w:t>წესით</w:t>
      </w:r>
      <w:proofErr w:type="spellEnd"/>
      <w:r w:rsidRPr="00125F84">
        <w:rPr>
          <w:rFonts w:cstheme="majorHAnsi"/>
          <w:sz w:val="18"/>
          <w:szCs w:val="18"/>
        </w:rPr>
        <w:t xml:space="preserve">. </w:t>
      </w:r>
      <w:proofErr w:type="spellStart"/>
      <w:r w:rsidRPr="00125F84">
        <w:rPr>
          <w:rFonts w:ascii="Sylfaen" w:hAnsi="Sylfaen" w:cs="Sylfaen"/>
          <w:sz w:val="18"/>
          <w:szCs w:val="18"/>
        </w:rPr>
        <w:t>აღნიშნული</w:t>
      </w:r>
      <w:proofErr w:type="spellEnd"/>
      <w:r w:rsidRPr="00125F84">
        <w:rPr>
          <w:rFonts w:cstheme="majorHAnsi"/>
          <w:sz w:val="18"/>
          <w:szCs w:val="18"/>
        </w:rPr>
        <w:t xml:space="preserve"> </w:t>
      </w:r>
      <w:proofErr w:type="spellStart"/>
      <w:r w:rsidRPr="00125F84">
        <w:rPr>
          <w:rFonts w:ascii="Sylfaen" w:hAnsi="Sylfaen" w:cs="Sylfaen"/>
          <w:sz w:val="18"/>
          <w:szCs w:val="18"/>
        </w:rPr>
        <w:t>სამუშაოს</w:t>
      </w:r>
      <w:proofErr w:type="spellEnd"/>
      <w:r w:rsidRPr="00125F84">
        <w:rPr>
          <w:rFonts w:cstheme="majorHAnsi"/>
          <w:sz w:val="18"/>
          <w:szCs w:val="18"/>
        </w:rPr>
        <w:t xml:space="preserve"> </w:t>
      </w:r>
      <w:proofErr w:type="spellStart"/>
      <w:r w:rsidRPr="00125F84">
        <w:rPr>
          <w:rFonts w:ascii="Sylfaen" w:hAnsi="Sylfaen" w:cs="Sylfaen"/>
          <w:sz w:val="18"/>
          <w:szCs w:val="18"/>
        </w:rPr>
        <w:t>ანაზღაურების</w:t>
      </w:r>
      <w:proofErr w:type="spellEnd"/>
      <w:r w:rsidRPr="00125F84">
        <w:rPr>
          <w:rFonts w:cstheme="majorHAnsi"/>
          <w:sz w:val="18"/>
          <w:szCs w:val="18"/>
        </w:rPr>
        <w:t xml:space="preserve"> </w:t>
      </w:r>
      <w:proofErr w:type="spellStart"/>
      <w:r w:rsidRPr="00125F84">
        <w:rPr>
          <w:rFonts w:ascii="Sylfaen" w:hAnsi="Sylfaen" w:cs="Sylfaen"/>
          <w:sz w:val="18"/>
          <w:szCs w:val="18"/>
        </w:rPr>
        <w:t>ვალდებულება</w:t>
      </w:r>
      <w:proofErr w:type="spellEnd"/>
      <w:r w:rsidRPr="00125F84">
        <w:rPr>
          <w:rFonts w:cstheme="majorHAnsi"/>
          <w:sz w:val="18"/>
          <w:szCs w:val="18"/>
        </w:rPr>
        <w:t xml:space="preserve"> </w:t>
      </w:r>
      <w:proofErr w:type="spellStart"/>
      <w:r w:rsidRPr="00125F84">
        <w:rPr>
          <w:rFonts w:ascii="Sylfaen" w:hAnsi="Sylfaen" w:cs="Sylfaen"/>
          <w:sz w:val="18"/>
          <w:szCs w:val="18"/>
        </w:rPr>
        <w:t>დამკვეთს</w:t>
      </w:r>
      <w:proofErr w:type="spellEnd"/>
      <w:r w:rsidRPr="00125F84">
        <w:rPr>
          <w:rFonts w:cstheme="majorHAnsi"/>
          <w:sz w:val="18"/>
          <w:szCs w:val="18"/>
        </w:rPr>
        <w:t xml:space="preserve"> </w:t>
      </w:r>
      <w:proofErr w:type="spellStart"/>
      <w:r w:rsidRPr="00125F84">
        <w:rPr>
          <w:rFonts w:ascii="Sylfaen" w:hAnsi="Sylfaen" w:cs="Sylfaen"/>
          <w:sz w:val="18"/>
          <w:szCs w:val="18"/>
        </w:rPr>
        <w:t>წარმოეშობა</w:t>
      </w:r>
      <w:proofErr w:type="spellEnd"/>
      <w:r w:rsidRPr="00125F84">
        <w:rPr>
          <w:rFonts w:cstheme="majorHAnsi"/>
          <w:sz w:val="18"/>
          <w:szCs w:val="18"/>
        </w:rPr>
        <w:t xml:space="preserve"> </w:t>
      </w:r>
      <w:proofErr w:type="spellStart"/>
      <w:r w:rsidRPr="00125F84">
        <w:rPr>
          <w:rFonts w:ascii="Sylfaen" w:hAnsi="Sylfaen" w:cs="Sylfaen"/>
          <w:sz w:val="18"/>
          <w:szCs w:val="18"/>
        </w:rPr>
        <w:t>ხელმეორედ</w:t>
      </w:r>
      <w:proofErr w:type="spellEnd"/>
      <w:r w:rsidRPr="00125F84">
        <w:rPr>
          <w:rFonts w:cstheme="majorHAnsi"/>
          <w:sz w:val="18"/>
          <w:szCs w:val="18"/>
        </w:rPr>
        <w:t xml:space="preserve"> </w:t>
      </w:r>
      <w:proofErr w:type="spellStart"/>
      <w:r w:rsidRPr="00125F84">
        <w:rPr>
          <w:rFonts w:ascii="Sylfaen" w:hAnsi="Sylfaen" w:cs="Sylfaen"/>
          <w:sz w:val="18"/>
          <w:szCs w:val="18"/>
        </w:rPr>
        <w:t>წარდგენილი</w:t>
      </w:r>
      <w:proofErr w:type="spellEnd"/>
      <w:r w:rsidRPr="00125F84">
        <w:rPr>
          <w:rFonts w:cstheme="majorHAnsi"/>
          <w:sz w:val="18"/>
          <w:szCs w:val="18"/>
        </w:rPr>
        <w:t xml:space="preserve"> </w:t>
      </w:r>
      <w:proofErr w:type="spellStart"/>
      <w:r w:rsidRPr="00125F84">
        <w:rPr>
          <w:rFonts w:ascii="Sylfaen" w:hAnsi="Sylfaen" w:cs="Sylfaen"/>
          <w:sz w:val="18"/>
          <w:szCs w:val="18"/>
        </w:rPr>
        <w:t>მიღება</w:t>
      </w:r>
      <w:r w:rsidRPr="00125F84">
        <w:rPr>
          <w:rFonts w:cstheme="majorHAnsi"/>
          <w:sz w:val="18"/>
          <w:szCs w:val="18"/>
        </w:rPr>
        <w:t>-</w:t>
      </w:r>
      <w:r w:rsidRPr="00125F84">
        <w:rPr>
          <w:rFonts w:ascii="Sylfaen" w:hAnsi="Sylfaen" w:cs="Sylfaen"/>
          <w:sz w:val="18"/>
          <w:szCs w:val="18"/>
        </w:rPr>
        <w:t>ჩაბარების</w:t>
      </w:r>
      <w:proofErr w:type="spellEnd"/>
      <w:r w:rsidR="00E201A4" w:rsidRPr="00125F84">
        <w:rPr>
          <w:rFonts w:ascii="Sylfaen" w:hAnsi="Sylfaen" w:cs="Sylfaen"/>
          <w:sz w:val="18"/>
          <w:szCs w:val="18"/>
          <w:lang w:val="ka-GE"/>
        </w:rPr>
        <w:t xml:space="preserve"> </w:t>
      </w:r>
      <w:proofErr w:type="spellStart"/>
      <w:r w:rsidRPr="00125F84">
        <w:rPr>
          <w:rFonts w:ascii="Sylfaen" w:hAnsi="Sylfaen" w:cs="Sylfaen"/>
          <w:sz w:val="18"/>
          <w:szCs w:val="18"/>
        </w:rPr>
        <w:t>აქტის</w:t>
      </w:r>
      <w:proofErr w:type="spellEnd"/>
      <w:r w:rsidRPr="00125F84">
        <w:rPr>
          <w:rFonts w:cstheme="majorHAnsi"/>
          <w:sz w:val="18"/>
          <w:szCs w:val="18"/>
        </w:rPr>
        <w:t xml:space="preserve"> </w:t>
      </w:r>
      <w:r w:rsidR="00E201A4" w:rsidRPr="00125F84">
        <w:rPr>
          <w:rFonts w:ascii="Sylfaen" w:hAnsi="Sylfaen" w:cstheme="majorHAnsi"/>
          <w:sz w:val="18"/>
          <w:szCs w:val="18"/>
          <w:lang w:val="ka-GE"/>
        </w:rPr>
        <w:t>(</w:t>
      </w:r>
      <w:proofErr w:type="spellStart"/>
      <w:r w:rsidRPr="00125F84">
        <w:rPr>
          <w:rFonts w:ascii="Sylfaen" w:hAnsi="Sylfaen" w:cs="Sylfaen"/>
          <w:sz w:val="18"/>
          <w:szCs w:val="18"/>
        </w:rPr>
        <w:t>ფორმა</w:t>
      </w:r>
      <w:proofErr w:type="spellEnd"/>
      <w:r w:rsidRPr="00125F84">
        <w:rPr>
          <w:rFonts w:cstheme="majorHAnsi"/>
          <w:sz w:val="18"/>
          <w:szCs w:val="18"/>
        </w:rPr>
        <w:t xml:space="preserve"> N2</w:t>
      </w:r>
      <w:r w:rsidR="00E201A4" w:rsidRPr="00125F84">
        <w:rPr>
          <w:rFonts w:ascii="Sylfaen" w:hAnsi="Sylfaen" w:cstheme="majorHAnsi"/>
          <w:sz w:val="18"/>
          <w:szCs w:val="18"/>
          <w:lang w:val="ka-GE"/>
        </w:rPr>
        <w:t xml:space="preserve">) </w:t>
      </w:r>
      <w:proofErr w:type="spellStart"/>
      <w:r w:rsidRPr="00125F84">
        <w:rPr>
          <w:rFonts w:ascii="Sylfaen" w:hAnsi="Sylfaen" w:cs="Sylfaen"/>
          <w:sz w:val="18"/>
          <w:szCs w:val="18"/>
        </w:rPr>
        <w:t>ხელმოწერის</w:t>
      </w:r>
      <w:proofErr w:type="spellEnd"/>
      <w:r w:rsidRPr="00125F84">
        <w:rPr>
          <w:rFonts w:cstheme="majorHAnsi"/>
          <w:sz w:val="18"/>
          <w:szCs w:val="18"/>
        </w:rPr>
        <w:t xml:space="preserve"> </w:t>
      </w:r>
      <w:proofErr w:type="spellStart"/>
      <w:r w:rsidRPr="00125F84">
        <w:rPr>
          <w:rFonts w:ascii="Sylfaen" w:hAnsi="Sylfaen" w:cs="Sylfaen"/>
          <w:sz w:val="18"/>
          <w:szCs w:val="18"/>
        </w:rPr>
        <w:t>შემდეგ</w:t>
      </w:r>
      <w:proofErr w:type="spellEnd"/>
      <w:r w:rsidRPr="00125F84">
        <w:rPr>
          <w:rFonts w:cstheme="majorHAnsi"/>
          <w:sz w:val="18"/>
          <w:szCs w:val="18"/>
        </w:rPr>
        <w:t xml:space="preserve">. </w:t>
      </w:r>
      <w:proofErr w:type="spellStart"/>
      <w:r w:rsidRPr="00125F84">
        <w:rPr>
          <w:rFonts w:ascii="Sylfaen" w:hAnsi="Sylfaen" w:cs="Sylfaen"/>
          <w:sz w:val="18"/>
          <w:szCs w:val="18"/>
        </w:rPr>
        <w:t>ამასთან</w:t>
      </w:r>
      <w:proofErr w:type="spellEnd"/>
      <w:r w:rsidRPr="00125F84">
        <w:rPr>
          <w:rFonts w:cstheme="majorHAnsi"/>
          <w:sz w:val="18"/>
          <w:szCs w:val="18"/>
        </w:rPr>
        <w:t xml:space="preserve">, </w:t>
      </w:r>
      <w:proofErr w:type="spellStart"/>
      <w:r w:rsidRPr="00125F84">
        <w:rPr>
          <w:rFonts w:ascii="Sylfaen" w:hAnsi="Sylfaen" w:cs="Sylfaen"/>
          <w:sz w:val="18"/>
          <w:szCs w:val="18"/>
        </w:rPr>
        <w:t>ხელმეორედ</w:t>
      </w:r>
      <w:proofErr w:type="spellEnd"/>
      <w:r w:rsidRPr="00125F84">
        <w:rPr>
          <w:rFonts w:cstheme="majorHAnsi"/>
          <w:sz w:val="18"/>
          <w:szCs w:val="18"/>
        </w:rPr>
        <w:t xml:space="preserve"> </w:t>
      </w:r>
      <w:proofErr w:type="spellStart"/>
      <w:r w:rsidRPr="00125F84">
        <w:rPr>
          <w:rFonts w:ascii="Sylfaen" w:hAnsi="Sylfaen" w:cs="Sylfaen"/>
          <w:sz w:val="18"/>
          <w:szCs w:val="18"/>
        </w:rPr>
        <w:t>წარდგენილ</w:t>
      </w:r>
      <w:proofErr w:type="spellEnd"/>
      <w:r w:rsidRPr="00125F84">
        <w:rPr>
          <w:rFonts w:cstheme="majorHAnsi"/>
          <w:sz w:val="18"/>
          <w:szCs w:val="18"/>
        </w:rPr>
        <w:t xml:space="preserve"> </w:t>
      </w:r>
      <w:proofErr w:type="spellStart"/>
      <w:r w:rsidRPr="00125F84">
        <w:rPr>
          <w:rFonts w:ascii="Sylfaen" w:hAnsi="Sylfaen" w:cs="Sylfaen"/>
          <w:sz w:val="18"/>
          <w:szCs w:val="18"/>
        </w:rPr>
        <w:t>სამუშაოს</w:t>
      </w:r>
      <w:proofErr w:type="spellEnd"/>
      <w:r w:rsidRPr="00125F84">
        <w:rPr>
          <w:rFonts w:cstheme="majorHAnsi"/>
          <w:sz w:val="18"/>
          <w:szCs w:val="18"/>
        </w:rPr>
        <w:t xml:space="preserve"> </w:t>
      </w:r>
      <w:r w:rsidR="00E201A4" w:rsidRPr="00125F84">
        <w:rPr>
          <w:rFonts w:ascii="Sylfaen" w:hAnsi="Sylfaen" w:cstheme="majorHAnsi"/>
          <w:sz w:val="18"/>
          <w:szCs w:val="18"/>
          <w:lang w:val="ka-GE"/>
        </w:rPr>
        <w:t>(</w:t>
      </w:r>
      <w:proofErr w:type="spellStart"/>
      <w:r w:rsidRPr="00125F84">
        <w:rPr>
          <w:rFonts w:ascii="Sylfaen" w:hAnsi="Sylfaen" w:cs="Sylfaen"/>
          <w:sz w:val="18"/>
          <w:szCs w:val="18"/>
        </w:rPr>
        <w:t>ეტაპის</w:t>
      </w:r>
      <w:proofErr w:type="spellEnd"/>
      <w:r w:rsidR="00E201A4" w:rsidRPr="00125F84">
        <w:rPr>
          <w:rFonts w:ascii="Sylfaen" w:hAnsi="Sylfaen" w:cs="Sylfaen"/>
          <w:sz w:val="18"/>
          <w:szCs w:val="18"/>
          <w:lang w:val="ka-GE"/>
        </w:rPr>
        <w:t>)</w:t>
      </w:r>
      <w:r w:rsidRPr="00125F84">
        <w:rPr>
          <w:rFonts w:cstheme="majorHAnsi"/>
          <w:sz w:val="18"/>
          <w:szCs w:val="18"/>
        </w:rPr>
        <w:t xml:space="preserve"> </w:t>
      </w:r>
      <w:proofErr w:type="spellStart"/>
      <w:r w:rsidRPr="00125F84">
        <w:rPr>
          <w:rFonts w:ascii="Sylfaen" w:hAnsi="Sylfaen" w:cs="Sylfaen"/>
          <w:sz w:val="18"/>
          <w:szCs w:val="18"/>
        </w:rPr>
        <w:t>მიღება</w:t>
      </w:r>
      <w:proofErr w:type="spellEnd"/>
      <w:r w:rsidRPr="00125F84">
        <w:rPr>
          <w:rFonts w:cstheme="majorHAnsi"/>
          <w:sz w:val="18"/>
          <w:szCs w:val="18"/>
        </w:rPr>
        <w:t xml:space="preserve">- </w:t>
      </w:r>
      <w:proofErr w:type="spellStart"/>
      <w:r w:rsidRPr="00125F84">
        <w:rPr>
          <w:rFonts w:ascii="Sylfaen" w:hAnsi="Sylfaen" w:cs="Sylfaen"/>
          <w:sz w:val="18"/>
          <w:szCs w:val="18"/>
        </w:rPr>
        <w:t>ჩაბარების</w:t>
      </w:r>
      <w:proofErr w:type="spellEnd"/>
      <w:r w:rsidRPr="00125F84">
        <w:rPr>
          <w:rFonts w:cstheme="majorHAnsi"/>
          <w:sz w:val="18"/>
          <w:szCs w:val="18"/>
        </w:rPr>
        <w:t xml:space="preserve"> </w:t>
      </w:r>
      <w:proofErr w:type="spellStart"/>
      <w:r w:rsidRPr="00125F84">
        <w:rPr>
          <w:rFonts w:ascii="Sylfaen" w:hAnsi="Sylfaen" w:cs="Sylfaen"/>
          <w:sz w:val="18"/>
          <w:szCs w:val="18"/>
        </w:rPr>
        <w:t>აქტზე</w:t>
      </w:r>
      <w:proofErr w:type="spellEnd"/>
      <w:r w:rsidRPr="00125F84">
        <w:rPr>
          <w:rFonts w:cstheme="majorHAnsi"/>
          <w:sz w:val="18"/>
          <w:szCs w:val="18"/>
        </w:rPr>
        <w:t xml:space="preserve"> </w:t>
      </w:r>
      <w:r w:rsidR="00E201A4" w:rsidRPr="00125F84">
        <w:rPr>
          <w:rFonts w:ascii="Sylfaen" w:hAnsi="Sylfaen" w:cstheme="majorHAnsi"/>
          <w:sz w:val="18"/>
          <w:szCs w:val="18"/>
          <w:lang w:val="ka-GE"/>
        </w:rPr>
        <w:t>(</w:t>
      </w:r>
      <w:proofErr w:type="spellStart"/>
      <w:r w:rsidRPr="00125F84">
        <w:rPr>
          <w:rFonts w:ascii="Sylfaen" w:hAnsi="Sylfaen" w:cs="Sylfaen"/>
          <w:sz w:val="18"/>
          <w:szCs w:val="18"/>
        </w:rPr>
        <w:t>ფორმა</w:t>
      </w:r>
      <w:proofErr w:type="spellEnd"/>
      <w:r w:rsidRPr="00125F84">
        <w:rPr>
          <w:rFonts w:cstheme="majorHAnsi"/>
          <w:sz w:val="18"/>
          <w:szCs w:val="18"/>
        </w:rPr>
        <w:t xml:space="preserve"> N2</w:t>
      </w:r>
      <w:r w:rsidR="00E201A4" w:rsidRPr="00125F84">
        <w:rPr>
          <w:rFonts w:ascii="Sylfaen" w:hAnsi="Sylfaen" w:cstheme="majorHAnsi"/>
          <w:sz w:val="18"/>
          <w:szCs w:val="18"/>
          <w:lang w:val="ka-GE"/>
        </w:rPr>
        <w:t xml:space="preserve">) </w:t>
      </w:r>
      <w:proofErr w:type="spellStart"/>
      <w:r w:rsidRPr="00125F84">
        <w:rPr>
          <w:rFonts w:ascii="Sylfaen" w:hAnsi="Sylfaen" w:cs="Sylfaen"/>
          <w:sz w:val="18"/>
          <w:szCs w:val="18"/>
        </w:rPr>
        <w:t>ვრცელდება</w:t>
      </w:r>
      <w:proofErr w:type="spellEnd"/>
      <w:r w:rsidRPr="00125F84">
        <w:rPr>
          <w:rFonts w:cstheme="majorHAnsi"/>
          <w:sz w:val="18"/>
          <w:szCs w:val="18"/>
        </w:rPr>
        <w:t xml:space="preserve"> 4.3.</w:t>
      </w:r>
      <w:r w:rsidR="008D4572">
        <w:rPr>
          <w:rFonts w:ascii="Sylfaen" w:hAnsi="Sylfaen" w:cstheme="majorHAnsi"/>
          <w:sz w:val="18"/>
          <w:szCs w:val="18"/>
          <w:lang w:val="ka-GE"/>
        </w:rPr>
        <w:t>6</w:t>
      </w:r>
      <w:r w:rsidRPr="00125F84">
        <w:rPr>
          <w:rFonts w:cstheme="majorHAnsi"/>
          <w:sz w:val="18"/>
          <w:szCs w:val="18"/>
        </w:rPr>
        <w:t xml:space="preserve"> </w:t>
      </w:r>
      <w:proofErr w:type="spellStart"/>
      <w:r w:rsidRPr="00125F84">
        <w:rPr>
          <w:rFonts w:ascii="Sylfaen" w:hAnsi="Sylfaen" w:cs="Sylfaen"/>
          <w:sz w:val="18"/>
          <w:szCs w:val="18"/>
        </w:rPr>
        <w:t>მუხლით</w:t>
      </w:r>
      <w:proofErr w:type="spellEnd"/>
      <w:r w:rsidRPr="00125F84">
        <w:rPr>
          <w:rFonts w:cstheme="majorHAnsi"/>
          <w:sz w:val="18"/>
          <w:szCs w:val="18"/>
        </w:rPr>
        <w:t xml:space="preserve"> </w:t>
      </w:r>
      <w:proofErr w:type="spellStart"/>
      <w:r w:rsidRPr="00125F84">
        <w:rPr>
          <w:rFonts w:ascii="Sylfaen" w:hAnsi="Sylfaen" w:cs="Sylfaen"/>
          <w:sz w:val="18"/>
          <w:szCs w:val="18"/>
        </w:rPr>
        <w:t>განსაზღვრული</w:t>
      </w:r>
      <w:proofErr w:type="spellEnd"/>
      <w:r w:rsidRPr="00125F84">
        <w:rPr>
          <w:rFonts w:cstheme="majorHAnsi"/>
          <w:sz w:val="18"/>
          <w:szCs w:val="18"/>
        </w:rPr>
        <w:t xml:space="preserve"> </w:t>
      </w:r>
      <w:proofErr w:type="spellStart"/>
      <w:r w:rsidRPr="00125F84">
        <w:rPr>
          <w:rFonts w:ascii="Sylfaen" w:hAnsi="Sylfaen" w:cs="Sylfaen"/>
          <w:sz w:val="18"/>
          <w:szCs w:val="18"/>
        </w:rPr>
        <w:t>წესები</w:t>
      </w:r>
      <w:proofErr w:type="spellEnd"/>
      <w:r w:rsidRPr="00125F84">
        <w:rPr>
          <w:rFonts w:cstheme="majorHAnsi"/>
          <w:sz w:val="18"/>
          <w:szCs w:val="18"/>
        </w:rPr>
        <w:t xml:space="preserve">. </w:t>
      </w:r>
      <w:proofErr w:type="spellStart"/>
      <w:r w:rsidRPr="00125F84">
        <w:rPr>
          <w:rFonts w:ascii="Sylfaen" w:hAnsi="Sylfaen" w:cs="Sylfaen"/>
          <w:sz w:val="18"/>
          <w:szCs w:val="18"/>
        </w:rPr>
        <w:t>აღნიშნული</w:t>
      </w:r>
      <w:proofErr w:type="spellEnd"/>
      <w:r w:rsidRPr="00125F84">
        <w:rPr>
          <w:rFonts w:cstheme="majorHAnsi"/>
          <w:sz w:val="18"/>
          <w:szCs w:val="18"/>
        </w:rPr>
        <w:t xml:space="preserve"> </w:t>
      </w:r>
      <w:proofErr w:type="spellStart"/>
      <w:r w:rsidRPr="00125F84">
        <w:rPr>
          <w:rFonts w:ascii="Sylfaen" w:hAnsi="Sylfaen" w:cs="Sylfaen"/>
          <w:sz w:val="18"/>
          <w:szCs w:val="18"/>
        </w:rPr>
        <w:t>წესი</w:t>
      </w:r>
      <w:proofErr w:type="spellEnd"/>
      <w:r w:rsidRPr="00125F84">
        <w:rPr>
          <w:rFonts w:cstheme="majorHAnsi"/>
          <w:sz w:val="18"/>
          <w:szCs w:val="18"/>
        </w:rPr>
        <w:t xml:space="preserve"> </w:t>
      </w:r>
      <w:proofErr w:type="spellStart"/>
      <w:r w:rsidRPr="00125F84">
        <w:rPr>
          <w:rFonts w:ascii="Sylfaen" w:hAnsi="Sylfaen" w:cs="Sylfaen"/>
          <w:sz w:val="18"/>
          <w:szCs w:val="18"/>
        </w:rPr>
        <w:t>გავრცელდება</w:t>
      </w:r>
      <w:proofErr w:type="spellEnd"/>
      <w:r w:rsidRPr="00125F84">
        <w:rPr>
          <w:rFonts w:cstheme="majorHAnsi"/>
          <w:sz w:val="18"/>
          <w:szCs w:val="18"/>
        </w:rPr>
        <w:t xml:space="preserve"> </w:t>
      </w:r>
      <w:proofErr w:type="spellStart"/>
      <w:r w:rsidRPr="00125F84">
        <w:rPr>
          <w:rFonts w:ascii="Sylfaen" w:hAnsi="Sylfaen" w:cs="Sylfaen"/>
          <w:sz w:val="18"/>
          <w:szCs w:val="18"/>
        </w:rPr>
        <w:t>მენარდის</w:t>
      </w:r>
      <w:proofErr w:type="spellEnd"/>
      <w:r w:rsidRPr="00125F84">
        <w:rPr>
          <w:rFonts w:cstheme="majorHAnsi"/>
          <w:sz w:val="18"/>
          <w:szCs w:val="18"/>
        </w:rPr>
        <w:t xml:space="preserve"> </w:t>
      </w:r>
      <w:proofErr w:type="spellStart"/>
      <w:r w:rsidRPr="00125F84">
        <w:rPr>
          <w:rFonts w:ascii="Sylfaen" w:hAnsi="Sylfaen" w:cs="Sylfaen"/>
          <w:sz w:val="18"/>
          <w:szCs w:val="18"/>
        </w:rPr>
        <w:t>მიერ</w:t>
      </w:r>
      <w:proofErr w:type="spellEnd"/>
      <w:r w:rsidRPr="00125F84">
        <w:rPr>
          <w:rFonts w:cstheme="majorHAnsi"/>
          <w:sz w:val="18"/>
          <w:szCs w:val="18"/>
        </w:rPr>
        <w:t xml:space="preserve"> </w:t>
      </w:r>
      <w:proofErr w:type="spellStart"/>
      <w:r w:rsidRPr="00125F84">
        <w:rPr>
          <w:rFonts w:ascii="Sylfaen" w:hAnsi="Sylfaen" w:cs="Sylfaen"/>
          <w:sz w:val="18"/>
          <w:szCs w:val="18"/>
        </w:rPr>
        <w:t>შესრულებული</w:t>
      </w:r>
      <w:proofErr w:type="spellEnd"/>
      <w:r w:rsidRPr="00125F84">
        <w:rPr>
          <w:rFonts w:cstheme="majorHAnsi"/>
          <w:sz w:val="18"/>
          <w:szCs w:val="18"/>
        </w:rPr>
        <w:t xml:space="preserve"> </w:t>
      </w:r>
      <w:proofErr w:type="spellStart"/>
      <w:r w:rsidRPr="00125F84">
        <w:rPr>
          <w:rFonts w:ascii="Sylfaen" w:hAnsi="Sylfaen" w:cs="Sylfaen"/>
          <w:sz w:val="18"/>
          <w:szCs w:val="18"/>
        </w:rPr>
        <w:t>სამუშაოს</w:t>
      </w:r>
      <w:proofErr w:type="spellEnd"/>
      <w:r w:rsidRPr="00125F84">
        <w:rPr>
          <w:rFonts w:cstheme="majorHAnsi"/>
          <w:sz w:val="18"/>
          <w:szCs w:val="18"/>
        </w:rPr>
        <w:t xml:space="preserve"> </w:t>
      </w:r>
      <w:proofErr w:type="spellStart"/>
      <w:r w:rsidRPr="00125F84">
        <w:rPr>
          <w:rFonts w:ascii="Sylfaen" w:hAnsi="Sylfaen" w:cs="Sylfaen"/>
          <w:sz w:val="18"/>
          <w:szCs w:val="18"/>
        </w:rPr>
        <w:t>ყოველ</w:t>
      </w:r>
      <w:proofErr w:type="spellEnd"/>
      <w:r w:rsidRPr="00125F84">
        <w:rPr>
          <w:rFonts w:cstheme="majorHAnsi"/>
          <w:sz w:val="18"/>
          <w:szCs w:val="18"/>
        </w:rPr>
        <w:t xml:space="preserve"> </w:t>
      </w:r>
      <w:proofErr w:type="spellStart"/>
      <w:r w:rsidRPr="00125F84">
        <w:rPr>
          <w:rFonts w:ascii="Sylfaen" w:hAnsi="Sylfaen" w:cs="Sylfaen"/>
          <w:sz w:val="18"/>
          <w:szCs w:val="18"/>
        </w:rPr>
        <w:t>მომდევნო</w:t>
      </w:r>
      <w:proofErr w:type="spellEnd"/>
      <w:r w:rsidRPr="00125F84">
        <w:rPr>
          <w:rFonts w:cstheme="majorHAnsi"/>
          <w:sz w:val="18"/>
          <w:szCs w:val="18"/>
        </w:rPr>
        <w:t xml:space="preserve"> </w:t>
      </w:r>
      <w:proofErr w:type="spellStart"/>
      <w:r w:rsidRPr="00125F84">
        <w:rPr>
          <w:rFonts w:ascii="Sylfaen" w:hAnsi="Sylfaen" w:cs="Sylfaen"/>
          <w:sz w:val="18"/>
          <w:szCs w:val="18"/>
        </w:rPr>
        <w:t>მიღებაზე</w:t>
      </w:r>
      <w:proofErr w:type="spellEnd"/>
      <w:r w:rsidRPr="00125F84">
        <w:rPr>
          <w:rFonts w:cstheme="majorHAnsi"/>
          <w:sz w:val="18"/>
          <w:szCs w:val="18"/>
        </w:rPr>
        <w:t>.</w:t>
      </w:r>
    </w:p>
    <w:p w14:paraId="01ED03E5" w14:textId="35DDDF5C" w:rsidR="00FD2D44" w:rsidRPr="00125F84" w:rsidRDefault="00A74260" w:rsidP="00125F84">
      <w:pPr>
        <w:pStyle w:val="ListParagraph"/>
        <w:numPr>
          <w:ilvl w:val="2"/>
          <w:numId w:val="13"/>
        </w:numPr>
        <w:jc w:val="both"/>
        <w:rPr>
          <w:rFonts w:cstheme="majorHAnsi"/>
          <w:sz w:val="18"/>
          <w:szCs w:val="18"/>
        </w:rPr>
      </w:pPr>
      <w:proofErr w:type="spellStart"/>
      <w:r w:rsidRPr="00C86A0D">
        <w:rPr>
          <w:rFonts w:ascii="Sylfaen" w:hAnsi="Sylfaen" w:cs="Sylfaen"/>
          <w:sz w:val="18"/>
          <w:szCs w:val="18"/>
        </w:rPr>
        <w:t>თუ</w:t>
      </w:r>
      <w:proofErr w:type="spellEnd"/>
      <w:r w:rsidRPr="00C86A0D">
        <w:rPr>
          <w:rFonts w:cstheme="majorHAnsi"/>
          <w:sz w:val="18"/>
          <w:szCs w:val="18"/>
        </w:rPr>
        <w:t xml:space="preserve"> </w:t>
      </w:r>
      <w:r w:rsidR="00A0508F">
        <w:rPr>
          <w:rFonts w:ascii="Sylfaen" w:hAnsi="Sylfaen" w:cs="Sylfaen"/>
          <w:sz w:val="18"/>
          <w:szCs w:val="18"/>
          <w:lang w:val="ka-GE"/>
        </w:rPr>
        <w:t>მენარდე</w:t>
      </w:r>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ეთანხმება</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თაობაზე</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მოტივირებულ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დასაბუთებულ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უარს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მხარეები</w:t>
      </w:r>
      <w:proofErr w:type="spellEnd"/>
      <w:r w:rsidRPr="00C86A0D">
        <w:rPr>
          <w:rFonts w:cstheme="majorHAnsi"/>
          <w:sz w:val="18"/>
          <w:szCs w:val="18"/>
        </w:rPr>
        <w:t xml:space="preserve"> </w:t>
      </w:r>
      <w:proofErr w:type="spellStart"/>
      <w:r w:rsidRPr="00C86A0D">
        <w:rPr>
          <w:rFonts w:ascii="Sylfaen" w:hAnsi="Sylfaen" w:cs="Sylfaen"/>
          <w:sz w:val="18"/>
          <w:szCs w:val="18"/>
        </w:rPr>
        <w:t>ვერ</w:t>
      </w:r>
      <w:proofErr w:type="spellEnd"/>
      <w:r w:rsidRPr="00C86A0D">
        <w:rPr>
          <w:rFonts w:cstheme="majorHAnsi"/>
          <w:sz w:val="18"/>
          <w:szCs w:val="18"/>
        </w:rPr>
        <w:t xml:space="preserve"> </w:t>
      </w:r>
      <w:proofErr w:type="spellStart"/>
      <w:r w:rsidRPr="00C86A0D">
        <w:rPr>
          <w:rFonts w:ascii="Sylfaen" w:hAnsi="Sylfaen" w:cs="Sylfaen"/>
          <w:sz w:val="18"/>
          <w:szCs w:val="18"/>
        </w:rPr>
        <w:t>თანხმდებიან</w:t>
      </w:r>
      <w:proofErr w:type="spellEnd"/>
      <w:r w:rsidRPr="00C86A0D">
        <w:rPr>
          <w:rFonts w:cstheme="majorHAnsi"/>
          <w:sz w:val="18"/>
          <w:szCs w:val="18"/>
        </w:rPr>
        <w:t xml:space="preserve"> </w:t>
      </w:r>
      <w:proofErr w:type="spellStart"/>
      <w:r w:rsidRPr="00C86A0D">
        <w:rPr>
          <w:rFonts w:ascii="Sylfaen" w:hAnsi="Sylfaen" w:cs="Sylfaen"/>
          <w:sz w:val="18"/>
          <w:szCs w:val="18"/>
        </w:rPr>
        <w:t>მენარდის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საანგარიშო</w:t>
      </w:r>
      <w:proofErr w:type="spellEnd"/>
      <w:r w:rsidRPr="00C86A0D">
        <w:rPr>
          <w:rFonts w:cstheme="majorHAnsi"/>
          <w:sz w:val="18"/>
          <w:szCs w:val="18"/>
        </w:rPr>
        <w:t xml:space="preserve"> </w:t>
      </w:r>
      <w:proofErr w:type="spellStart"/>
      <w:r w:rsidRPr="00C86A0D">
        <w:rPr>
          <w:rFonts w:ascii="Sylfaen" w:hAnsi="Sylfaen" w:cs="Sylfaen"/>
          <w:sz w:val="18"/>
          <w:szCs w:val="18"/>
        </w:rPr>
        <w:t>პერიოდში</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ხარისხზე</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მოცულობაზე</w:t>
      </w:r>
      <w:proofErr w:type="spellEnd"/>
      <w:r w:rsidRPr="00C86A0D">
        <w:rPr>
          <w:rFonts w:cstheme="majorHAnsi"/>
          <w:sz w:val="18"/>
          <w:szCs w:val="18"/>
        </w:rPr>
        <w:t xml:space="preserve">, </w:t>
      </w:r>
      <w:proofErr w:type="spellStart"/>
      <w:r w:rsidRPr="00C86A0D">
        <w:rPr>
          <w:rFonts w:ascii="Sylfaen" w:hAnsi="Sylfaen" w:cs="Sylfaen"/>
          <w:sz w:val="18"/>
          <w:szCs w:val="18"/>
        </w:rPr>
        <w:t>ისინი</w:t>
      </w:r>
      <w:proofErr w:type="spellEnd"/>
      <w:r w:rsidRPr="00C86A0D">
        <w:rPr>
          <w:rFonts w:cstheme="majorHAnsi"/>
          <w:sz w:val="18"/>
          <w:szCs w:val="18"/>
        </w:rPr>
        <w:t xml:space="preserve"> </w:t>
      </w:r>
      <w:proofErr w:type="spellStart"/>
      <w:r w:rsidRPr="00C86A0D">
        <w:rPr>
          <w:rFonts w:ascii="Sylfaen" w:hAnsi="Sylfaen" w:cs="Sylfaen"/>
          <w:sz w:val="18"/>
          <w:szCs w:val="18"/>
        </w:rPr>
        <w:t>ვალდებულნი</w:t>
      </w:r>
      <w:proofErr w:type="spellEnd"/>
      <w:r w:rsidRPr="00C86A0D">
        <w:rPr>
          <w:rFonts w:cstheme="majorHAnsi"/>
          <w:sz w:val="18"/>
          <w:szCs w:val="18"/>
        </w:rPr>
        <w:t xml:space="preserve"> </w:t>
      </w:r>
      <w:proofErr w:type="spellStart"/>
      <w:r w:rsidRPr="00C86A0D">
        <w:rPr>
          <w:rFonts w:ascii="Sylfaen" w:hAnsi="Sylfaen" w:cs="Sylfaen"/>
          <w:sz w:val="18"/>
          <w:szCs w:val="18"/>
        </w:rPr>
        <w:t>არიან</w:t>
      </w:r>
      <w:proofErr w:type="spellEnd"/>
      <w:r w:rsidRPr="00C86A0D">
        <w:rPr>
          <w:rFonts w:cstheme="majorHAnsi"/>
          <w:sz w:val="18"/>
          <w:szCs w:val="18"/>
        </w:rPr>
        <w:t xml:space="preserve"> </w:t>
      </w:r>
      <w:proofErr w:type="spellStart"/>
      <w:r w:rsidRPr="00C86A0D">
        <w:rPr>
          <w:rFonts w:ascii="Sylfaen" w:hAnsi="Sylfaen" w:cs="Sylfaen"/>
          <w:sz w:val="18"/>
          <w:szCs w:val="18"/>
        </w:rPr>
        <w:t>იხელმძღვანელონ</w:t>
      </w:r>
      <w:proofErr w:type="spellEnd"/>
      <w:r w:rsidRPr="00C86A0D">
        <w:rPr>
          <w:rFonts w:cstheme="majorHAnsi"/>
          <w:sz w:val="18"/>
          <w:szCs w:val="18"/>
        </w:rPr>
        <w:t xml:space="preserve"> </w:t>
      </w:r>
      <w:proofErr w:type="spellStart"/>
      <w:r w:rsidRPr="00C86A0D">
        <w:rPr>
          <w:rFonts w:ascii="Sylfaen" w:hAnsi="Sylfaen" w:cs="Sylfaen"/>
          <w:sz w:val="18"/>
          <w:szCs w:val="18"/>
        </w:rPr>
        <w:t>სსიპ</w:t>
      </w:r>
      <w:proofErr w:type="spellEnd"/>
      <w:r w:rsidRPr="00C86A0D">
        <w:rPr>
          <w:rFonts w:cstheme="majorHAnsi"/>
          <w:sz w:val="18"/>
          <w:szCs w:val="18"/>
        </w:rPr>
        <w:t xml:space="preserve"> „</w:t>
      </w:r>
      <w:proofErr w:type="spellStart"/>
      <w:r w:rsidRPr="00C86A0D">
        <w:rPr>
          <w:rFonts w:ascii="Sylfaen" w:hAnsi="Sylfaen" w:cs="Sylfaen"/>
          <w:sz w:val="18"/>
          <w:szCs w:val="18"/>
        </w:rPr>
        <w:t>ლევან</w:t>
      </w:r>
      <w:proofErr w:type="spellEnd"/>
      <w:r w:rsidRPr="00C86A0D">
        <w:rPr>
          <w:rFonts w:cstheme="majorHAnsi"/>
          <w:sz w:val="18"/>
          <w:szCs w:val="18"/>
        </w:rPr>
        <w:t xml:space="preserve"> </w:t>
      </w:r>
      <w:proofErr w:type="spellStart"/>
      <w:r w:rsidRPr="00C86A0D">
        <w:rPr>
          <w:rFonts w:ascii="Sylfaen" w:hAnsi="Sylfaen" w:cs="Sylfaen"/>
          <w:sz w:val="18"/>
          <w:szCs w:val="18"/>
        </w:rPr>
        <w:t>სამხარაულის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სახელობის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სასამართლო</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ეროვნული</w:t>
      </w:r>
      <w:proofErr w:type="spellEnd"/>
      <w:r w:rsidRPr="00C86A0D">
        <w:rPr>
          <w:rFonts w:cstheme="majorHAnsi"/>
          <w:sz w:val="18"/>
          <w:szCs w:val="18"/>
        </w:rPr>
        <w:t xml:space="preserve"> </w:t>
      </w:r>
      <w:proofErr w:type="spellStart"/>
      <w:r w:rsidRPr="00C86A0D">
        <w:rPr>
          <w:rFonts w:ascii="Sylfaen" w:hAnsi="Sylfaen" w:cs="Sylfaen"/>
          <w:sz w:val="18"/>
          <w:szCs w:val="18"/>
        </w:rPr>
        <w:t>ბიუროს</w:t>
      </w:r>
      <w:proofErr w:type="spellEnd"/>
      <w:r w:rsidRPr="00C86A0D">
        <w:rPr>
          <w:rFonts w:cstheme="majorHAnsi"/>
          <w:sz w:val="18"/>
          <w:szCs w:val="18"/>
        </w:rPr>
        <w:t>“</w:t>
      </w:r>
      <w:r w:rsidR="00A0508F">
        <w:rPr>
          <w:rFonts w:ascii="Sylfaen" w:hAnsi="Sylfaen" w:cstheme="majorHAnsi"/>
          <w:sz w:val="18"/>
          <w:szCs w:val="18"/>
          <w:lang w:val="ka-GE"/>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აკრედიტირებულ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საექსპერტო</w:t>
      </w:r>
      <w:proofErr w:type="spellEnd"/>
      <w:r w:rsidRPr="00C86A0D">
        <w:rPr>
          <w:rFonts w:cstheme="majorHAnsi"/>
          <w:sz w:val="18"/>
          <w:szCs w:val="18"/>
        </w:rPr>
        <w:t xml:space="preserve"> </w:t>
      </w:r>
      <w:proofErr w:type="spellStart"/>
      <w:r w:rsidRPr="00C86A0D">
        <w:rPr>
          <w:rFonts w:ascii="Sylfaen" w:hAnsi="Sylfaen" w:cs="Sylfaen"/>
          <w:sz w:val="18"/>
          <w:szCs w:val="18"/>
        </w:rPr>
        <w:t>დაწესებულების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დამოუკიდებელი</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აღნიშნულ</w:t>
      </w:r>
      <w:proofErr w:type="spellEnd"/>
      <w:r w:rsidRPr="00C86A0D">
        <w:rPr>
          <w:rFonts w:cstheme="majorHAnsi"/>
          <w:sz w:val="18"/>
          <w:szCs w:val="18"/>
        </w:rPr>
        <w:t xml:space="preserve"> </w:t>
      </w:r>
      <w:proofErr w:type="spellStart"/>
      <w:r w:rsidRPr="00C86A0D">
        <w:rPr>
          <w:rFonts w:ascii="Sylfaen" w:hAnsi="Sylfaen" w:cs="Sylfaen"/>
          <w:sz w:val="18"/>
          <w:szCs w:val="18"/>
        </w:rPr>
        <w:t>საკითხზე</w:t>
      </w:r>
      <w:proofErr w:type="spellEnd"/>
      <w:r w:rsidRPr="00C86A0D">
        <w:rPr>
          <w:rFonts w:cstheme="majorHAnsi"/>
          <w:sz w:val="18"/>
          <w:szCs w:val="18"/>
        </w:rPr>
        <w:t xml:space="preserve"> </w:t>
      </w:r>
      <w:proofErr w:type="spellStart"/>
      <w:r w:rsidRPr="00C86A0D">
        <w:rPr>
          <w:rFonts w:ascii="Sylfaen" w:hAnsi="Sylfaen" w:cs="Sylfaen"/>
          <w:sz w:val="18"/>
          <w:szCs w:val="18"/>
        </w:rPr>
        <w:t>გაცემული</w:t>
      </w:r>
      <w:proofErr w:type="spellEnd"/>
      <w:r w:rsidRPr="00C86A0D">
        <w:rPr>
          <w:rFonts w:cstheme="majorHAnsi"/>
          <w:sz w:val="18"/>
          <w:szCs w:val="18"/>
        </w:rPr>
        <w:t xml:space="preserve"> </w:t>
      </w:r>
      <w:proofErr w:type="spellStart"/>
      <w:r w:rsidRPr="00C86A0D">
        <w:rPr>
          <w:rFonts w:ascii="Sylfaen" w:hAnsi="Sylfaen" w:cs="Sylfaen"/>
          <w:sz w:val="18"/>
          <w:szCs w:val="18"/>
        </w:rPr>
        <w:t>დასკვნით</w:t>
      </w:r>
      <w:proofErr w:type="spellEnd"/>
      <w:r w:rsidR="00A0508F">
        <w:rPr>
          <w:rFonts w:cstheme="majorHAnsi"/>
          <w:sz w:val="18"/>
          <w:szCs w:val="18"/>
        </w:rPr>
        <w:t>.</w:t>
      </w:r>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ხარჯები</w:t>
      </w:r>
      <w:proofErr w:type="spellEnd"/>
      <w:r w:rsidRPr="00C86A0D">
        <w:rPr>
          <w:rFonts w:cstheme="majorHAnsi"/>
          <w:sz w:val="18"/>
          <w:szCs w:val="18"/>
        </w:rPr>
        <w:t xml:space="preserve"> </w:t>
      </w:r>
      <w:proofErr w:type="spellStart"/>
      <w:r w:rsidRPr="00C86A0D">
        <w:rPr>
          <w:rFonts w:ascii="Sylfaen" w:hAnsi="Sylfaen" w:cs="Sylfaen"/>
          <w:sz w:val="18"/>
          <w:szCs w:val="18"/>
        </w:rPr>
        <w:t>გაღებული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იქნება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დაინტერესებული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ანაზღაურდება</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რომლის</w:t>
      </w:r>
      <w:proofErr w:type="spellEnd"/>
      <w:r w:rsidRPr="00C86A0D">
        <w:rPr>
          <w:rFonts w:cstheme="majorHAnsi"/>
          <w:sz w:val="18"/>
          <w:szCs w:val="18"/>
        </w:rPr>
        <w:t xml:space="preserve"> </w:t>
      </w:r>
      <w:proofErr w:type="spellStart"/>
      <w:r w:rsidRPr="00C86A0D">
        <w:rPr>
          <w:rFonts w:ascii="Sylfaen" w:hAnsi="Sylfaen" w:cs="Sylfaen"/>
          <w:sz w:val="18"/>
          <w:szCs w:val="18"/>
        </w:rPr>
        <w:t>პოზიციაც</w:t>
      </w:r>
      <w:proofErr w:type="spellEnd"/>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იქნება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დასკვნის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შესაბამისად</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დასკვნის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საფუძველზე</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ნაკლის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დადასტურების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მხარეები</w:t>
      </w:r>
      <w:proofErr w:type="spellEnd"/>
      <w:r w:rsidRPr="00C86A0D">
        <w:rPr>
          <w:rFonts w:cstheme="majorHAnsi"/>
          <w:sz w:val="18"/>
          <w:szCs w:val="18"/>
        </w:rPr>
        <w:t xml:space="preserve"> </w:t>
      </w:r>
      <w:proofErr w:type="spellStart"/>
      <w:r w:rsidRPr="00C86A0D">
        <w:rPr>
          <w:rFonts w:ascii="Sylfaen" w:hAnsi="Sylfaen" w:cs="Sylfaen"/>
          <w:sz w:val="18"/>
          <w:szCs w:val="18"/>
        </w:rPr>
        <w:t>იხელმძღვანელებენ</w:t>
      </w:r>
      <w:proofErr w:type="spellEnd"/>
      <w:r w:rsidRPr="00C86A0D">
        <w:rPr>
          <w:rFonts w:cstheme="majorHAnsi"/>
          <w:sz w:val="18"/>
          <w:szCs w:val="18"/>
        </w:rPr>
        <w:t xml:space="preserve"> </w:t>
      </w:r>
      <w:proofErr w:type="spellStart"/>
      <w:r w:rsidRPr="00C86A0D">
        <w:rPr>
          <w:rFonts w:ascii="Sylfaen" w:hAnsi="Sylfaen" w:cs="Sylfaen"/>
          <w:sz w:val="18"/>
          <w:szCs w:val="18"/>
        </w:rPr>
        <w:t>ნაკლიანი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აღმოფხვრის</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დადგენილი</w:t>
      </w:r>
      <w:proofErr w:type="spellEnd"/>
      <w:r w:rsidRPr="00C86A0D">
        <w:rPr>
          <w:rFonts w:cstheme="majorHAnsi"/>
          <w:sz w:val="18"/>
          <w:szCs w:val="18"/>
        </w:rPr>
        <w:t xml:space="preserve"> </w:t>
      </w:r>
      <w:proofErr w:type="spellStart"/>
      <w:r w:rsidRPr="00C86A0D">
        <w:rPr>
          <w:rFonts w:ascii="Sylfaen" w:hAnsi="Sylfaen" w:cs="Sylfaen"/>
          <w:sz w:val="18"/>
          <w:szCs w:val="18"/>
        </w:rPr>
        <w:t>წესით</w:t>
      </w:r>
      <w:proofErr w:type="spellEnd"/>
      <w:r w:rsidRPr="00C86A0D">
        <w:rPr>
          <w:rFonts w:cstheme="majorHAnsi"/>
          <w:sz w:val="18"/>
          <w:szCs w:val="18"/>
        </w:rPr>
        <w:t>.</w:t>
      </w:r>
      <w:r w:rsidR="00A0508F">
        <w:rPr>
          <w:rFonts w:ascii="Sylfaen" w:hAnsi="Sylfaen" w:cstheme="majorHAnsi"/>
          <w:sz w:val="18"/>
          <w:szCs w:val="18"/>
          <w:lang w:val="ka-GE"/>
        </w:rPr>
        <w:t xml:space="preserve"> </w:t>
      </w:r>
      <w:proofErr w:type="spellStart"/>
      <w:r w:rsidRPr="00C86A0D">
        <w:rPr>
          <w:rFonts w:ascii="Sylfaen" w:hAnsi="Sylfaen" w:cs="Sylfaen"/>
          <w:sz w:val="18"/>
          <w:szCs w:val="18"/>
        </w:rPr>
        <w:t>ამასთან</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მხარეები</w:t>
      </w:r>
      <w:proofErr w:type="spellEnd"/>
      <w:r w:rsidRPr="00C86A0D">
        <w:rPr>
          <w:rFonts w:cstheme="majorHAnsi"/>
          <w:sz w:val="18"/>
          <w:szCs w:val="18"/>
        </w:rPr>
        <w:t xml:space="preserve"> </w:t>
      </w:r>
      <w:proofErr w:type="spellStart"/>
      <w:r w:rsidRPr="00C86A0D">
        <w:rPr>
          <w:rFonts w:ascii="Sylfaen" w:hAnsi="Sylfaen" w:cs="Sylfaen"/>
          <w:sz w:val="18"/>
          <w:szCs w:val="18"/>
        </w:rPr>
        <w:t>თანხმდებიან</w:t>
      </w:r>
      <w:proofErr w:type="spellEnd"/>
      <w:r w:rsidRPr="00C86A0D">
        <w:rPr>
          <w:rFonts w:cstheme="majorHAnsi"/>
          <w:sz w:val="18"/>
          <w:szCs w:val="18"/>
        </w:rPr>
        <w:t xml:space="preserve">, </w:t>
      </w:r>
      <w:proofErr w:type="spellStart"/>
      <w:r w:rsidRPr="00C86A0D">
        <w:rPr>
          <w:rFonts w:ascii="Sylfaen" w:hAnsi="Sylfaen" w:cs="Sylfaen"/>
          <w:sz w:val="18"/>
          <w:szCs w:val="18"/>
        </w:rPr>
        <w:t>რომ</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დამკვეთს</w:t>
      </w:r>
      <w:proofErr w:type="spellEnd"/>
      <w:r w:rsidRPr="00C86A0D">
        <w:rPr>
          <w:rFonts w:cstheme="majorHAnsi"/>
          <w:sz w:val="18"/>
          <w:szCs w:val="18"/>
        </w:rPr>
        <w:t xml:space="preserve"> </w:t>
      </w:r>
      <w:proofErr w:type="spellStart"/>
      <w:r w:rsidRPr="00C86A0D">
        <w:rPr>
          <w:rFonts w:ascii="Sylfaen" w:hAnsi="Sylfaen" w:cs="Sylfaen"/>
          <w:sz w:val="18"/>
          <w:szCs w:val="18"/>
        </w:rPr>
        <w:t>უფლება</w:t>
      </w:r>
      <w:proofErr w:type="spellEnd"/>
      <w:r w:rsidRPr="00C86A0D">
        <w:rPr>
          <w:rFonts w:cstheme="majorHAnsi"/>
          <w:sz w:val="18"/>
          <w:szCs w:val="18"/>
        </w:rPr>
        <w:t xml:space="preserve"> </w:t>
      </w:r>
      <w:proofErr w:type="spellStart"/>
      <w:r w:rsidRPr="00C86A0D">
        <w:rPr>
          <w:rFonts w:ascii="Sylfaen" w:hAnsi="Sylfaen" w:cs="Sylfaen"/>
          <w:sz w:val="18"/>
          <w:szCs w:val="18"/>
        </w:rPr>
        <w:t>აქვს</w:t>
      </w:r>
      <w:proofErr w:type="spellEnd"/>
      <w:r w:rsidRPr="00C86A0D">
        <w:rPr>
          <w:rFonts w:cstheme="majorHAnsi"/>
          <w:sz w:val="18"/>
          <w:szCs w:val="18"/>
        </w:rPr>
        <w:t xml:space="preserve">, </w:t>
      </w:r>
      <w:proofErr w:type="spellStart"/>
      <w:r w:rsidRPr="00C86A0D">
        <w:rPr>
          <w:rFonts w:ascii="Sylfaen" w:hAnsi="Sylfaen" w:cs="Sylfaen"/>
          <w:sz w:val="18"/>
          <w:szCs w:val="18"/>
        </w:rPr>
        <w:t>მოითხოვოს</w:t>
      </w:r>
      <w:proofErr w:type="spellEnd"/>
      <w:r w:rsidRPr="00C86A0D">
        <w:rPr>
          <w:rFonts w:cstheme="majorHAnsi"/>
          <w:sz w:val="18"/>
          <w:szCs w:val="18"/>
        </w:rPr>
        <w:t xml:space="preserve"> </w:t>
      </w:r>
      <w:proofErr w:type="spellStart"/>
      <w:r w:rsidRPr="00C86A0D">
        <w:rPr>
          <w:rFonts w:ascii="Sylfaen" w:hAnsi="Sylfaen" w:cs="Sylfaen"/>
          <w:sz w:val="18"/>
          <w:szCs w:val="18"/>
        </w:rPr>
        <w:t>მენარდის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წარმოდგენილი</w:t>
      </w:r>
      <w:proofErr w:type="spellEnd"/>
      <w:r w:rsidRPr="00C86A0D">
        <w:rPr>
          <w:rFonts w:cstheme="majorHAnsi"/>
          <w:sz w:val="18"/>
          <w:szCs w:val="18"/>
        </w:rPr>
        <w:t xml:space="preserve"> </w:t>
      </w:r>
      <w:proofErr w:type="spellStart"/>
      <w:r w:rsidRPr="00C86A0D">
        <w:rPr>
          <w:rFonts w:ascii="Sylfaen" w:hAnsi="Sylfaen" w:cs="Sylfaen"/>
          <w:sz w:val="18"/>
          <w:szCs w:val="18"/>
        </w:rPr>
        <w:t>ფორმა</w:t>
      </w:r>
      <w:proofErr w:type="spellEnd"/>
      <w:r w:rsidRPr="00C86A0D">
        <w:rPr>
          <w:rFonts w:cstheme="majorHAnsi"/>
          <w:sz w:val="18"/>
          <w:szCs w:val="18"/>
        </w:rPr>
        <w:t xml:space="preserve"> N2-</w:t>
      </w:r>
      <w:r w:rsidRPr="00C86A0D">
        <w:rPr>
          <w:rFonts w:ascii="Sylfaen" w:hAnsi="Sylfaen" w:cs="Sylfaen"/>
          <w:sz w:val="18"/>
          <w:szCs w:val="18"/>
        </w:rPr>
        <w:t>ით</w:t>
      </w:r>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უშუალოდ</w:t>
      </w:r>
      <w:proofErr w:type="spellEnd"/>
      <w:r w:rsidRPr="00C86A0D">
        <w:rPr>
          <w:rFonts w:cstheme="majorHAnsi"/>
          <w:sz w:val="18"/>
          <w:szCs w:val="18"/>
        </w:rPr>
        <w:t xml:space="preserve"> </w:t>
      </w:r>
      <w:proofErr w:type="spellStart"/>
      <w:r w:rsidRPr="00C86A0D">
        <w:rPr>
          <w:rFonts w:ascii="Sylfaen" w:hAnsi="Sylfaen" w:cs="Sylfaen"/>
          <w:sz w:val="18"/>
          <w:szCs w:val="18"/>
        </w:rPr>
        <w:t>ობიექტზე</w:t>
      </w:r>
      <w:proofErr w:type="spellEnd"/>
      <w:r w:rsidRPr="00C86A0D">
        <w:rPr>
          <w:rFonts w:cstheme="majorHAnsi"/>
          <w:sz w:val="18"/>
          <w:szCs w:val="18"/>
        </w:rPr>
        <w:t xml:space="preserve"> </w:t>
      </w:r>
      <w:proofErr w:type="spellStart"/>
      <w:r w:rsidRPr="00C86A0D">
        <w:rPr>
          <w:rFonts w:ascii="Sylfaen" w:hAnsi="Sylfaen" w:cs="Sylfaen"/>
          <w:sz w:val="18"/>
          <w:szCs w:val="18"/>
        </w:rPr>
        <w:t>მიმდინარე</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შემოწმება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სსიპ</w:t>
      </w:r>
      <w:proofErr w:type="spellEnd"/>
      <w:r w:rsidRPr="00C86A0D">
        <w:rPr>
          <w:rFonts w:cstheme="majorHAnsi"/>
          <w:sz w:val="18"/>
          <w:szCs w:val="18"/>
        </w:rPr>
        <w:t xml:space="preserve"> „</w:t>
      </w:r>
      <w:proofErr w:type="spellStart"/>
      <w:r w:rsidRPr="00C86A0D">
        <w:rPr>
          <w:rFonts w:ascii="Sylfaen" w:hAnsi="Sylfaen" w:cs="Sylfaen"/>
          <w:sz w:val="18"/>
          <w:szCs w:val="18"/>
        </w:rPr>
        <w:t>ლევან</w:t>
      </w:r>
      <w:proofErr w:type="spellEnd"/>
      <w:r w:rsidRPr="00C86A0D">
        <w:rPr>
          <w:rFonts w:cstheme="majorHAnsi"/>
          <w:sz w:val="18"/>
          <w:szCs w:val="18"/>
        </w:rPr>
        <w:t xml:space="preserve"> </w:t>
      </w:r>
      <w:proofErr w:type="spellStart"/>
      <w:r w:rsidRPr="00C86A0D">
        <w:rPr>
          <w:rFonts w:ascii="Sylfaen" w:hAnsi="Sylfaen" w:cs="Sylfaen"/>
          <w:sz w:val="18"/>
          <w:szCs w:val="18"/>
        </w:rPr>
        <w:t>სამხარაულის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სახელობის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სასამართლო</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ეროვნული</w:t>
      </w:r>
      <w:proofErr w:type="spellEnd"/>
      <w:r w:rsidRPr="00C86A0D">
        <w:rPr>
          <w:rFonts w:cstheme="majorHAnsi"/>
          <w:sz w:val="18"/>
          <w:szCs w:val="18"/>
        </w:rPr>
        <w:t xml:space="preserve"> </w:t>
      </w:r>
      <w:proofErr w:type="spellStart"/>
      <w:r w:rsidRPr="00C86A0D">
        <w:rPr>
          <w:rFonts w:ascii="Sylfaen" w:hAnsi="Sylfaen" w:cs="Sylfaen"/>
          <w:sz w:val="18"/>
          <w:szCs w:val="18"/>
        </w:rPr>
        <w:t>ბიუროს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აკრედიტირებული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საექსპერტო</w:t>
      </w:r>
      <w:proofErr w:type="spellEnd"/>
      <w:r w:rsidRPr="00C86A0D">
        <w:rPr>
          <w:rFonts w:cstheme="majorHAnsi"/>
          <w:sz w:val="18"/>
          <w:szCs w:val="18"/>
        </w:rPr>
        <w:t xml:space="preserve"> </w:t>
      </w:r>
      <w:proofErr w:type="spellStart"/>
      <w:r w:rsidRPr="00C86A0D">
        <w:rPr>
          <w:rFonts w:ascii="Sylfaen" w:hAnsi="Sylfaen" w:cs="Sylfaen"/>
          <w:sz w:val="18"/>
          <w:szCs w:val="18"/>
        </w:rPr>
        <w:t>დაწესებულების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დამოუკიდებელი</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ასეთი</w:t>
      </w:r>
      <w:proofErr w:type="spellEnd"/>
      <w:r w:rsidRPr="00C86A0D">
        <w:rPr>
          <w:rFonts w:cstheme="majorHAnsi"/>
          <w:sz w:val="18"/>
          <w:szCs w:val="18"/>
        </w:rPr>
        <w:t xml:space="preserve"> </w:t>
      </w:r>
      <w:proofErr w:type="spellStart"/>
      <w:r w:rsidRPr="00C86A0D">
        <w:rPr>
          <w:rFonts w:ascii="Sylfaen" w:hAnsi="Sylfaen" w:cs="Sylfaen"/>
          <w:sz w:val="18"/>
          <w:szCs w:val="18"/>
        </w:rPr>
        <w:t>მოთხოვნის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აღნიშნული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w:t>
      </w:r>
      <w:proofErr w:type="spellEnd"/>
      <w:r w:rsidRPr="00C86A0D">
        <w:rPr>
          <w:rFonts w:cstheme="majorHAnsi"/>
          <w:sz w:val="18"/>
          <w:szCs w:val="18"/>
        </w:rPr>
        <w:t xml:space="preserve"> </w:t>
      </w:r>
      <w:proofErr w:type="spellStart"/>
      <w:r w:rsidRPr="00C86A0D">
        <w:rPr>
          <w:rFonts w:ascii="Sylfaen" w:hAnsi="Sylfaen" w:cs="Sylfaen"/>
          <w:sz w:val="18"/>
          <w:szCs w:val="18"/>
        </w:rPr>
        <w:t>ამოღებული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იქნება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ფორმა</w:t>
      </w:r>
      <w:proofErr w:type="spellEnd"/>
      <w:r w:rsidRPr="00C86A0D">
        <w:rPr>
          <w:rFonts w:cstheme="majorHAnsi"/>
          <w:sz w:val="18"/>
          <w:szCs w:val="18"/>
        </w:rPr>
        <w:t xml:space="preserve"> N2-</w:t>
      </w:r>
      <w:r w:rsidRPr="00C86A0D">
        <w:rPr>
          <w:rFonts w:ascii="Sylfaen" w:hAnsi="Sylfaen" w:cs="Sylfaen"/>
          <w:sz w:val="18"/>
          <w:szCs w:val="18"/>
        </w:rPr>
        <w:t>დან</w:t>
      </w:r>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მოხდება</w:t>
      </w:r>
      <w:proofErr w:type="spellEnd"/>
      <w:r w:rsidRPr="00C86A0D">
        <w:rPr>
          <w:rFonts w:cstheme="majorHAnsi"/>
          <w:sz w:val="18"/>
          <w:szCs w:val="18"/>
        </w:rPr>
        <w:t xml:space="preserve"> </w:t>
      </w:r>
      <w:proofErr w:type="spellStart"/>
      <w:r w:rsidRPr="00C86A0D">
        <w:rPr>
          <w:rFonts w:ascii="Sylfaen" w:hAnsi="Sylfaen" w:cs="Sylfaen"/>
          <w:sz w:val="18"/>
          <w:szCs w:val="18"/>
        </w:rPr>
        <w:t>დაკორექტირებული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ფორმა</w:t>
      </w:r>
      <w:proofErr w:type="spellEnd"/>
      <w:r w:rsidRPr="00C86A0D">
        <w:rPr>
          <w:rFonts w:cstheme="majorHAnsi"/>
          <w:sz w:val="18"/>
          <w:szCs w:val="18"/>
        </w:rPr>
        <w:t xml:space="preserve"> N2-</w:t>
      </w:r>
      <w:r w:rsidRPr="00C86A0D">
        <w:rPr>
          <w:rFonts w:ascii="Sylfaen" w:hAnsi="Sylfaen" w:cs="Sylfaen"/>
          <w:sz w:val="18"/>
          <w:szCs w:val="18"/>
        </w:rPr>
        <w:t>ის</w:t>
      </w:r>
      <w:r w:rsidRPr="00C86A0D">
        <w:rPr>
          <w:rFonts w:cstheme="majorHAnsi"/>
          <w:sz w:val="18"/>
          <w:szCs w:val="18"/>
        </w:rPr>
        <w:t xml:space="preserve"> </w:t>
      </w:r>
      <w:proofErr w:type="spellStart"/>
      <w:r w:rsidRPr="00C86A0D">
        <w:rPr>
          <w:rFonts w:ascii="Sylfaen" w:hAnsi="Sylfaen" w:cs="Sylfaen"/>
          <w:sz w:val="18"/>
          <w:szCs w:val="18"/>
        </w:rPr>
        <w:t>მიხედვით</w:t>
      </w:r>
      <w:proofErr w:type="spellEnd"/>
      <w:r w:rsidRPr="00C86A0D">
        <w:rPr>
          <w:rFonts w:cstheme="majorHAnsi"/>
          <w:sz w:val="18"/>
          <w:szCs w:val="18"/>
        </w:rPr>
        <w:t xml:space="preserve"> </w:t>
      </w:r>
      <w:proofErr w:type="spellStart"/>
      <w:r w:rsidRPr="00C86A0D">
        <w:rPr>
          <w:rFonts w:ascii="Sylfaen" w:hAnsi="Sylfaen" w:cs="Sylfaen"/>
          <w:sz w:val="18"/>
          <w:szCs w:val="18"/>
        </w:rPr>
        <w:t>ანაზღაურება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სადავო</w:t>
      </w:r>
      <w:proofErr w:type="spellEnd"/>
      <w:r w:rsidRPr="00C86A0D">
        <w:rPr>
          <w:rFonts w:cstheme="majorHAnsi"/>
          <w:sz w:val="18"/>
          <w:szCs w:val="18"/>
        </w:rPr>
        <w:t xml:space="preserve"> </w:t>
      </w:r>
      <w:proofErr w:type="spellStart"/>
      <w:r w:rsidRPr="00C86A0D">
        <w:rPr>
          <w:rFonts w:ascii="Sylfaen" w:hAnsi="Sylfaen" w:cs="Sylfaen"/>
          <w:sz w:val="18"/>
          <w:szCs w:val="18"/>
        </w:rPr>
        <w:t>საკითხის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გარეშე</w:t>
      </w:r>
      <w:proofErr w:type="spellEnd"/>
      <w:r w:rsidRPr="00C86A0D">
        <w:rPr>
          <w:rFonts w:cstheme="majorHAnsi"/>
          <w:sz w:val="18"/>
          <w:szCs w:val="18"/>
        </w:rPr>
        <w:t xml:space="preserve">, </w:t>
      </w:r>
      <w:proofErr w:type="spellStart"/>
      <w:r w:rsidRPr="00C86A0D">
        <w:rPr>
          <w:rFonts w:ascii="Sylfaen" w:hAnsi="Sylfaen" w:cs="Sylfaen"/>
          <w:sz w:val="18"/>
          <w:szCs w:val="18"/>
        </w:rPr>
        <w:t>ხოლო</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დასრულების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შემდგომ</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ჩარიცხულ</w:t>
      </w:r>
      <w:proofErr w:type="spellEnd"/>
      <w:r w:rsidRPr="00C86A0D">
        <w:rPr>
          <w:rFonts w:cstheme="majorHAnsi"/>
          <w:sz w:val="18"/>
          <w:szCs w:val="18"/>
        </w:rPr>
        <w:t xml:space="preserve"> </w:t>
      </w:r>
      <w:proofErr w:type="spellStart"/>
      <w:r w:rsidRPr="00C86A0D">
        <w:rPr>
          <w:rFonts w:ascii="Sylfaen" w:hAnsi="Sylfaen" w:cs="Sylfaen"/>
          <w:sz w:val="18"/>
          <w:szCs w:val="18"/>
        </w:rPr>
        <w:t>თანხასა</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ღირებულების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შორის</w:t>
      </w:r>
      <w:proofErr w:type="spellEnd"/>
      <w:r w:rsidRPr="00C86A0D">
        <w:rPr>
          <w:rFonts w:cstheme="majorHAnsi"/>
          <w:sz w:val="18"/>
          <w:szCs w:val="18"/>
        </w:rPr>
        <w:t xml:space="preserve">, </w:t>
      </w:r>
      <w:proofErr w:type="spellStart"/>
      <w:r w:rsidRPr="00C86A0D">
        <w:rPr>
          <w:rFonts w:ascii="Sylfaen" w:hAnsi="Sylfaen" w:cs="Sylfaen"/>
          <w:sz w:val="18"/>
          <w:szCs w:val="18"/>
        </w:rPr>
        <w:t>რომელზეც</w:t>
      </w:r>
      <w:proofErr w:type="spellEnd"/>
      <w:r w:rsidRPr="00C86A0D">
        <w:rPr>
          <w:rFonts w:cstheme="majorHAnsi"/>
          <w:sz w:val="18"/>
          <w:szCs w:val="18"/>
        </w:rPr>
        <w:t xml:space="preserve"> </w:t>
      </w:r>
      <w:proofErr w:type="spellStart"/>
      <w:r w:rsidRPr="00C86A0D">
        <w:rPr>
          <w:rFonts w:ascii="Sylfaen" w:hAnsi="Sylfaen" w:cs="Sylfaen"/>
          <w:sz w:val="18"/>
          <w:szCs w:val="18"/>
        </w:rPr>
        <w:t>განხორციელდა</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ექსპერტიზა</w:t>
      </w:r>
      <w:proofErr w:type="spellEnd"/>
      <w:r w:rsidRPr="00C86A0D">
        <w:rPr>
          <w:rFonts w:cstheme="majorHAnsi"/>
          <w:sz w:val="18"/>
          <w:szCs w:val="18"/>
        </w:rPr>
        <w:t xml:space="preserve"> </w:t>
      </w:r>
      <w:proofErr w:type="spellStart"/>
      <w:r w:rsidRPr="00C86A0D">
        <w:rPr>
          <w:rFonts w:ascii="Sylfaen" w:hAnsi="Sylfaen" w:cs="Sylfaen"/>
          <w:sz w:val="18"/>
          <w:szCs w:val="18"/>
        </w:rPr>
        <w:t>იქნება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სხვაობა</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მხარეთა</w:t>
      </w:r>
      <w:proofErr w:type="spellEnd"/>
      <w:r w:rsidRPr="00C86A0D">
        <w:rPr>
          <w:rFonts w:cstheme="majorHAnsi"/>
          <w:sz w:val="18"/>
          <w:szCs w:val="18"/>
        </w:rPr>
        <w:t xml:space="preserve"> </w:t>
      </w:r>
      <w:proofErr w:type="spellStart"/>
      <w:r w:rsidRPr="00C86A0D">
        <w:rPr>
          <w:rFonts w:ascii="Sylfaen" w:hAnsi="Sylfaen" w:cs="Sylfaen"/>
          <w:sz w:val="18"/>
          <w:szCs w:val="18"/>
        </w:rPr>
        <w:t>შორის</w:t>
      </w:r>
      <w:proofErr w:type="spellEnd"/>
      <w:r w:rsidRPr="00C86A0D">
        <w:rPr>
          <w:rFonts w:cstheme="majorHAnsi"/>
          <w:sz w:val="18"/>
          <w:szCs w:val="18"/>
        </w:rPr>
        <w:t xml:space="preserve"> </w:t>
      </w:r>
      <w:proofErr w:type="spellStart"/>
      <w:r w:rsidRPr="00C86A0D">
        <w:rPr>
          <w:rFonts w:ascii="Sylfaen" w:hAnsi="Sylfaen" w:cs="Sylfaen"/>
          <w:sz w:val="18"/>
          <w:szCs w:val="18"/>
        </w:rPr>
        <w:t>მოხდება</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შესაბამისი</w:t>
      </w:r>
      <w:proofErr w:type="spellEnd"/>
      <w:r w:rsidRPr="00C86A0D">
        <w:rPr>
          <w:rFonts w:cstheme="majorHAnsi"/>
          <w:sz w:val="18"/>
          <w:szCs w:val="18"/>
        </w:rPr>
        <w:t xml:space="preserve"> </w:t>
      </w:r>
      <w:proofErr w:type="spellStart"/>
      <w:r w:rsidRPr="00C86A0D">
        <w:rPr>
          <w:rFonts w:ascii="Sylfaen" w:hAnsi="Sylfaen" w:cs="Sylfaen"/>
          <w:sz w:val="18"/>
          <w:szCs w:val="18"/>
        </w:rPr>
        <w:t>ანგარიშსწორება</w:t>
      </w:r>
      <w:proofErr w:type="spellEnd"/>
      <w:r w:rsidRPr="00C86A0D">
        <w:rPr>
          <w:rFonts w:cstheme="majorHAnsi"/>
          <w:sz w:val="18"/>
          <w:szCs w:val="18"/>
        </w:rPr>
        <w:t>.</w:t>
      </w:r>
    </w:p>
    <w:p w14:paraId="73EAD294" w14:textId="77777777" w:rsidR="00FD2D44" w:rsidRPr="00125F84" w:rsidRDefault="00A74260" w:rsidP="00125F84">
      <w:pPr>
        <w:pStyle w:val="ListParagraph"/>
        <w:numPr>
          <w:ilvl w:val="2"/>
          <w:numId w:val="13"/>
        </w:numPr>
        <w:jc w:val="both"/>
        <w:rPr>
          <w:rFonts w:cstheme="majorHAnsi"/>
          <w:sz w:val="18"/>
          <w:szCs w:val="18"/>
        </w:rPr>
      </w:pPr>
      <w:proofErr w:type="spellStart"/>
      <w:r w:rsidRPr="00A60C3C">
        <w:rPr>
          <w:rFonts w:ascii="Sylfaen" w:hAnsi="Sylfaen" w:cs="Sylfaen"/>
          <w:sz w:val="18"/>
          <w:szCs w:val="18"/>
        </w:rPr>
        <w:t>იმ</w:t>
      </w:r>
      <w:proofErr w:type="spellEnd"/>
      <w:r w:rsidRPr="00A60C3C">
        <w:rPr>
          <w:rFonts w:cstheme="majorHAnsi"/>
          <w:sz w:val="18"/>
          <w:szCs w:val="18"/>
        </w:rPr>
        <w:t xml:space="preserve"> </w:t>
      </w:r>
      <w:proofErr w:type="spellStart"/>
      <w:r w:rsidRPr="00A60C3C">
        <w:rPr>
          <w:rFonts w:ascii="Sylfaen" w:hAnsi="Sylfaen" w:cs="Sylfaen"/>
          <w:sz w:val="18"/>
          <w:szCs w:val="18"/>
        </w:rPr>
        <w:t>შემთხვევაში</w:t>
      </w:r>
      <w:proofErr w:type="spellEnd"/>
      <w:r w:rsidRPr="00A60C3C">
        <w:rPr>
          <w:rFonts w:cstheme="majorHAnsi"/>
          <w:sz w:val="18"/>
          <w:szCs w:val="18"/>
        </w:rPr>
        <w:t xml:space="preserve"> </w:t>
      </w:r>
      <w:proofErr w:type="spellStart"/>
      <w:r w:rsidRPr="00A60C3C">
        <w:rPr>
          <w:rFonts w:ascii="Sylfaen" w:hAnsi="Sylfaen" w:cs="Sylfaen"/>
          <w:sz w:val="18"/>
          <w:szCs w:val="18"/>
        </w:rPr>
        <w:t>თუ</w:t>
      </w:r>
      <w:proofErr w:type="spellEnd"/>
      <w:r w:rsidRPr="00A60C3C">
        <w:rPr>
          <w:rFonts w:cstheme="majorHAnsi"/>
          <w:sz w:val="18"/>
          <w:szCs w:val="18"/>
        </w:rPr>
        <w:t xml:space="preserve"> </w:t>
      </w:r>
      <w:proofErr w:type="spellStart"/>
      <w:r w:rsidRPr="00A60C3C">
        <w:rPr>
          <w:rFonts w:ascii="Sylfaen" w:hAnsi="Sylfaen" w:cs="Sylfaen"/>
          <w:sz w:val="18"/>
          <w:szCs w:val="18"/>
        </w:rPr>
        <w:t>დამკვეთი</w:t>
      </w:r>
      <w:proofErr w:type="spellEnd"/>
      <w:r w:rsidRPr="00A60C3C">
        <w:rPr>
          <w:rFonts w:cstheme="majorHAnsi"/>
          <w:sz w:val="18"/>
          <w:szCs w:val="18"/>
        </w:rPr>
        <w:t xml:space="preserve"> </w:t>
      </w:r>
      <w:proofErr w:type="spellStart"/>
      <w:r w:rsidRPr="00A60C3C">
        <w:rPr>
          <w:rFonts w:ascii="Sylfaen" w:hAnsi="Sylfaen" w:cs="Sylfaen"/>
          <w:sz w:val="18"/>
          <w:szCs w:val="18"/>
        </w:rPr>
        <w:t>ფორმა</w:t>
      </w:r>
      <w:proofErr w:type="spellEnd"/>
      <w:r w:rsidRPr="00A60C3C">
        <w:rPr>
          <w:rFonts w:cstheme="majorHAnsi"/>
          <w:sz w:val="18"/>
          <w:szCs w:val="18"/>
        </w:rPr>
        <w:t xml:space="preserve"> N2-</w:t>
      </w:r>
      <w:r w:rsidRPr="00A60C3C">
        <w:rPr>
          <w:rFonts w:ascii="Sylfaen" w:hAnsi="Sylfaen" w:cs="Sylfaen"/>
          <w:sz w:val="18"/>
          <w:szCs w:val="18"/>
        </w:rPr>
        <w:t>ით</w:t>
      </w:r>
      <w:r w:rsidRPr="00A60C3C">
        <w:rPr>
          <w:rFonts w:cstheme="majorHAnsi"/>
          <w:sz w:val="18"/>
          <w:szCs w:val="18"/>
        </w:rPr>
        <w:t xml:space="preserve"> </w:t>
      </w:r>
      <w:proofErr w:type="spellStart"/>
      <w:r w:rsidRPr="00A60C3C">
        <w:rPr>
          <w:rFonts w:ascii="Sylfaen" w:hAnsi="Sylfaen" w:cs="Sylfaen"/>
          <w:sz w:val="18"/>
          <w:szCs w:val="18"/>
        </w:rPr>
        <w:t>გათვალისწინებული</w:t>
      </w:r>
      <w:proofErr w:type="spellEnd"/>
      <w:r w:rsidRPr="00A60C3C">
        <w:rPr>
          <w:rFonts w:cstheme="majorHAnsi"/>
          <w:sz w:val="18"/>
          <w:szCs w:val="18"/>
        </w:rPr>
        <w:t xml:space="preserve"> </w:t>
      </w:r>
      <w:proofErr w:type="spellStart"/>
      <w:r w:rsidRPr="00A60C3C">
        <w:rPr>
          <w:rFonts w:ascii="Sylfaen" w:hAnsi="Sylfaen" w:cs="Sylfaen"/>
          <w:sz w:val="18"/>
          <w:szCs w:val="18"/>
        </w:rPr>
        <w:t>რომელიმე</w:t>
      </w:r>
      <w:proofErr w:type="spellEnd"/>
      <w:r w:rsidRPr="00A60C3C">
        <w:rPr>
          <w:rFonts w:cstheme="majorHAnsi"/>
          <w:sz w:val="18"/>
          <w:szCs w:val="18"/>
        </w:rPr>
        <w:t xml:space="preserve"> </w:t>
      </w:r>
      <w:proofErr w:type="spellStart"/>
      <w:r w:rsidRPr="00A60C3C">
        <w:rPr>
          <w:rFonts w:ascii="Sylfaen" w:hAnsi="Sylfaen" w:cs="Sylfaen"/>
          <w:sz w:val="18"/>
          <w:szCs w:val="18"/>
        </w:rPr>
        <w:t>სამუშაოს</w:t>
      </w:r>
      <w:proofErr w:type="spellEnd"/>
      <w:r w:rsidRPr="00A60C3C">
        <w:rPr>
          <w:rFonts w:cstheme="majorHAnsi"/>
          <w:sz w:val="18"/>
          <w:szCs w:val="18"/>
        </w:rPr>
        <w:t>/</w:t>
      </w:r>
      <w:proofErr w:type="spellStart"/>
      <w:r w:rsidRPr="00A60C3C">
        <w:rPr>
          <w:rFonts w:ascii="Sylfaen" w:hAnsi="Sylfaen" w:cs="Sylfaen"/>
          <w:sz w:val="18"/>
          <w:szCs w:val="18"/>
        </w:rPr>
        <w:t>პოზიციის</w:t>
      </w:r>
      <w:proofErr w:type="spellEnd"/>
      <w:r w:rsidRPr="00A60C3C">
        <w:rPr>
          <w:rFonts w:cstheme="majorHAnsi"/>
          <w:sz w:val="18"/>
          <w:szCs w:val="18"/>
        </w:rPr>
        <w:t xml:space="preserve"> </w:t>
      </w:r>
      <w:proofErr w:type="spellStart"/>
      <w:r w:rsidRPr="00A60C3C">
        <w:rPr>
          <w:rFonts w:ascii="Sylfaen" w:hAnsi="Sylfaen" w:cs="Sylfaen"/>
          <w:sz w:val="18"/>
          <w:szCs w:val="18"/>
        </w:rPr>
        <w:t>სულ</w:t>
      </w:r>
      <w:proofErr w:type="spellEnd"/>
      <w:r w:rsidRPr="00A60C3C">
        <w:rPr>
          <w:rFonts w:cstheme="majorHAnsi"/>
          <w:sz w:val="18"/>
          <w:szCs w:val="18"/>
        </w:rPr>
        <w:t xml:space="preserve"> </w:t>
      </w:r>
      <w:proofErr w:type="spellStart"/>
      <w:r w:rsidRPr="00A60C3C">
        <w:rPr>
          <w:rFonts w:ascii="Sylfaen" w:hAnsi="Sylfaen" w:cs="Sylfaen"/>
          <w:sz w:val="18"/>
          <w:szCs w:val="18"/>
        </w:rPr>
        <w:t>მცირე</w:t>
      </w:r>
      <w:proofErr w:type="spellEnd"/>
      <w:r w:rsidRPr="00A60C3C">
        <w:rPr>
          <w:rFonts w:cstheme="majorHAnsi"/>
          <w:sz w:val="18"/>
          <w:szCs w:val="18"/>
        </w:rPr>
        <w:t xml:space="preserve"> 20%-</w:t>
      </w:r>
      <w:r w:rsidRPr="00A60C3C">
        <w:rPr>
          <w:rFonts w:ascii="Sylfaen" w:hAnsi="Sylfaen" w:cs="Sylfaen"/>
          <w:sz w:val="18"/>
          <w:szCs w:val="18"/>
        </w:rPr>
        <w:t>ს</w:t>
      </w:r>
      <w:r w:rsidRPr="00A60C3C">
        <w:rPr>
          <w:rFonts w:cstheme="majorHAnsi"/>
          <w:sz w:val="18"/>
          <w:szCs w:val="18"/>
        </w:rPr>
        <w:t xml:space="preserve"> </w:t>
      </w:r>
      <w:proofErr w:type="spellStart"/>
      <w:r w:rsidRPr="00A60C3C">
        <w:rPr>
          <w:rFonts w:ascii="Sylfaen" w:hAnsi="Sylfaen" w:cs="Sylfaen"/>
          <w:sz w:val="18"/>
          <w:szCs w:val="18"/>
        </w:rPr>
        <w:t>მიიჩნევს</w:t>
      </w:r>
      <w:proofErr w:type="spellEnd"/>
      <w:r w:rsidRPr="00A60C3C">
        <w:rPr>
          <w:rFonts w:cstheme="majorHAnsi"/>
          <w:sz w:val="18"/>
          <w:szCs w:val="18"/>
        </w:rPr>
        <w:t xml:space="preserve"> </w:t>
      </w:r>
      <w:proofErr w:type="spellStart"/>
      <w:r w:rsidRPr="00A60C3C">
        <w:rPr>
          <w:rFonts w:ascii="Sylfaen" w:hAnsi="Sylfaen" w:cs="Sylfaen"/>
          <w:sz w:val="18"/>
          <w:szCs w:val="18"/>
        </w:rPr>
        <w:t>ხარვეზიანად</w:t>
      </w:r>
      <w:proofErr w:type="spellEnd"/>
      <w:r w:rsidRPr="00A60C3C">
        <w:rPr>
          <w:rFonts w:cstheme="majorHAnsi"/>
          <w:sz w:val="18"/>
          <w:szCs w:val="18"/>
        </w:rPr>
        <w:t>/</w:t>
      </w:r>
      <w:proofErr w:type="spellStart"/>
      <w:r w:rsidRPr="00A60C3C">
        <w:rPr>
          <w:rFonts w:ascii="Sylfaen" w:hAnsi="Sylfaen" w:cs="Sylfaen"/>
          <w:sz w:val="18"/>
          <w:szCs w:val="18"/>
        </w:rPr>
        <w:t>ნაკლის</w:t>
      </w:r>
      <w:proofErr w:type="spellEnd"/>
      <w:r w:rsidRPr="00A60C3C">
        <w:rPr>
          <w:rFonts w:cstheme="majorHAnsi"/>
          <w:sz w:val="18"/>
          <w:szCs w:val="18"/>
        </w:rPr>
        <w:t xml:space="preserve"> </w:t>
      </w:r>
      <w:proofErr w:type="spellStart"/>
      <w:r w:rsidRPr="00A60C3C">
        <w:rPr>
          <w:rFonts w:ascii="Sylfaen" w:hAnsi="Sylfaen" w:cs="Sylfaen"/>
          <w:sz w:val="18"/>
          <w:szCs w:val="18"/>
        </w:rPr>
        <w:t>მქონედ</w:t>
      </w:r>
      <w:proofErr w:type="spellEnd"/>
      <w:r w:rsidRPr="00A60C3C">
        <w:rPr>
          <w:rFonts w:cstheme="majorHAnsi"/>
          <w:sz w:val="18"/>
          <w:szCs w:val="18"/>
        </w:rPr>
        <w:t xml:space="preserve">, </w:t>
      </w:r>
      <w:proofErr w:type="spellStart"/>
      <w:r w:rsidRPr="00A60C3C">
        <w:rPr>
          <w:rFonts w:ascii="Sylfaen" w:hAnsi="Sylfaen" w:cs="Sylfaen"/>
          <w:sz w:val="18"/>
          <w:szCs w:val="18"/>
        </w:rPr>
        <w:t>დამკვეთი</w:t>
      </w:r>
      <w:proofErr w:type="spellEnd"/>
      <w:r w:rsidRPr="00A60C3C">
        <w:rPr>
          <w:rFonts w:cstheme="majorHAnsi"/>
          <w:sz w:val="18"/>
          <w:szCs w:val="18"/>
        </w:rPr>
        <w:t xml:space="preserve"> </w:t>
      </w:r>
      <w:proofErr w:type="spellStart"/>
      <w:r w:rsidRPr="00A60C3C">
        <w:rPr>
          <w:rFonts w:ascii="Sylfaen" w:hAnsi="Sylfaen" w:cs="Sylfaen"/>
          <w:sz w:val="18"/>
          <w:szCs w:val="18"/>
        </w:rPr>
        <w:t>უფლებამოსილია</w:t>
      </w:r>
      <w:proofErr w:type="spellEnd"/>
      <w:r w:rsidRPr="00A60C3C">
        <w:rPr>
          <w:rFonts w:cstheme="majorHAnsi"/>
          <w:sz w:val="18"/>
          <w:szCs w:val="18"/>
        </w:rPr>
        <w:t xml:space="preserve">,  </w:t>
      </w:r>
      <w:proofErr w:type="spellStart"/>
      <w:r w:rsidRPr="00A60C3C">
        <w:rPr>
          <w:rFonts w:ascii="Sylfaen" w:hAnsi="Sylfaen" w:cs="Sylfaen"/>
          <w:sz w:val="18"/>
          <w:szCs w:val="18"/>
        </w:rPr>
        <w:t>უარი</w:t>
      </w:r>
      <w:proofErr w:type="spellEnd"/>
      <w:r w:rsidRPr="00A60C3C">
        <w:rPr>
          <w:rFonts w:cstheme="majorHAnsi"/>
          <w:sz w:val="18"/>
          <w:szCs w:val="18"/>
        </w:rPr>
        <w:t xml:space="preserve"> </w:t>
      </w:r>
      <w:proofErr w:type="spellStart"/>
      <w:r w:rsidRPr="00A60C3C">
        <w:rPr>
          <w:rFonts w:ascii="Sylfaen" w:hAnsi="Sylfaen" w:cs="Sylfaen"/>
          <w:sz w:val="18"/>
          <w:szCs w:val="18"/>
        </w:rPr>
        <w:t>განაცხადოს</w:t>
      </w:r>
      <w:proofErr w:type="spellEnd"/>
      <w:r w:rsidRPr="00A60C3C">
        <w:rPr>
          <w:rFonts w:cstheme="majorHAnsi"/>
          <w:sz w:val="18"/>
          <w:szCs w:val="18"/>
        </w:rPr>
        <w:t xml:space="preserve"> </w:t>
      </w:r>
      <w:proofErr w:type="spellStart"/>
      <w:r w:rsidRPr="00A60C3C">
        <w:rPr>
          <w:rFonts w:ascii="Sylfaen" w:hAnsi="Sylfaen" w:cs="Sylfaen"/>
          <w:sz w:val="18"/>
          <w:szCs w:val="18"/>
        </w:rPr>
        <w:t>ფორმა</w:t>
      </w:r>
      <w:proofErr w:type="spellEnd"/>
      <w:r w:rsidRPr="00A60C3C">
        <w:rPr>
          <w:rFonts w:cstheme="majorHAnsi"/>
          <w:sz w:val="18"/>
          <w:szCs w:val="18"/>
        </w:rPr>
        <w:t xml:space="preserve"> N2-</w:t>
      </w:r>
      <w:r w:rsidRPr="00A60C3C">
        <w:rPr>
          <w:rFonts w:ascii="Sylfaen" w:hAnsi="Sylfaen" w:cs="Sylfaen"/>
          <w:sz w:val="18"/>
          <w:szCs w:val="18"/>
        </w:rPr>
        <w:t>ით</w:t>
      </w:r>
      <w:r w:rsidRPr="00A60C3C">
        <w:rPr>
          <w:rFonts w:cstheme="majorHAnsi"/>
          <w:sz w:val="18"/>
          <w:szCs w:val="18"/>
        </w:rPr>
        <w:t xml:space="preserve">  </w:t>
      </w:r>
      <w:proofErr w:type="spellStart"/>
      <w:r w:rsidRPr="00A60C3C">
        <w:rPr>
          <w:rFonts w:ascii="Sylfaen" w:hAnsi="Sylfaen" w:cs="Sylfaen"/>
          <w:sz w:val="18"/>
          <w:szCs w:val="18"/>
        </w:rPr>
        <w:t>გათვალისწინებულ</w:t>
      </w:r>
      <w:proofErr w:type="spellEnd"/>
      <w:r w:rsidRPr="00A60C3C">
        <w:rPr>
          <w:rFonts w:cstheme="majorHAnsi"/>
          <w:sz w:val="18"/>
          <w:szCs w:val="18"/>
        </w:rPr>
        <w:t xml:space="preserve"> </w:t>
      </w:r>
      <w:proofErr w:type="spellStart"/>
      <w:r w:rsidRPr="00A60C3C">
        <w:rPr>
          <w:rFonts w:ascii="Sylfaen" w:hAnsi="Sylfaen" w:cs="Sylfaen"/>
          <w:sz w:val="18"/>
          <w:szCs w:val="18"/>
        </w:rPr>
        <w:t>დამკვეთის</w:t>
      </w:r>
      <w:proofErr w:type="spellEnd"/>
      <w:r w:rsidRPr="00A60C3C">
        <w:rPr>
          <w:rFonts w:cstheme="majorHAnsi"/>
          <w:sz w:val="18"/>
          <w:szCs w:val="18"/>
        </w:rPr>
        <w:t xml:space="preserve"> </w:t>
      </w:r>
      <w:proofErr w:type="spellStart"/>
      <w:r w:rsidRPr="00A60C3C">
        <w:rPr>
          <w:rFonts w:ascii="Sylfaen" w:hAnsi="Sylfaen" w:cs="Sylfaen"/>
          <w:sz w:val="18"/>
          <w:szCs w:val="18"/>
        </w:rPr>
        <w:t>მიერ</w:t>
      </w:r>
      <w:proofErr w:type="spellEnd"/>
      <w:r w:rsidRPr="00A60C3C">
        <w:rPr>
          <w:rFonts w:cstheme="majorHAnsi"/>
          <w:sz w:val="18"/>
          <w:szCs w:val="18"/>
        </w:rPr>
        <w:t xml:space="preserve"> </w:t>
      </w:r>
      <w:proofErr w:type="spellStart"/>
      <w:r w:rsidRPr="00A60C3C">
        <w:rPr>
          <w:rFonts w:ascii="Sylfaen" w:hAnsi="Sylfaen" w:cs="Sylfaen"/>
          <w:sz w:val="18"/>
          <w:szCs w:val="18"/>
        </w:rPr>
        <w:t>ხარვეზიანად</w:t>
      </w:r>
      <w:proofErr w:type="spellEnd"/>
      <w:r w:rsidRPr="00A60C3C">
        <w:rPr>
          <w:rFonts w:cstheme="majorHAnsi"/>
          <w:sz w:val="18"/>
          <w:szCs w:val="18"/>
        </w:rPr>
        <w:t xml:space="preserve"> </w:t>
      </w:r>
      <w:proofErr w:type="spellStart"/>
      <w:r w:rsidRPr="00A60C3C">
        <w:rPr>
          <w:rFonts w:ascii="Sylfaen" w:hAnsi="Sylfaen" w:cs="Sylfaen"/>
          <w:sz w:val="18"/>
          <w:szCs w:val="18"/>
        </w:rPr>
        <w:t>მიჩნეული</w:t>
      </w:r>
      <w:proofErr w:type="spellEnd"/>
      <w:r w:rsidRPr="00A60C3C">
        <w:rPr>
          <w:rFonts w:cstheme="majorHAnsi"/>
          <w:sz w:val="18"/>
          <w:szCs w:val="18"/>
        </w:rPr>
        <w:t xml:space="preserve"> </w:t>
      </w:r>
      <w:proofErr w:type="spellStart"/>
      <w:r w:rsidRPr="00A60C3C">
        <w:rPr>
          <w:rFonts w:ascii="Sylfaen" w:hAnsi="Sylfaen" w:cs="Sylfaen"/>
          <w:sz w:val="18"/>
          <w:szCs w:val="18"/>
        </w:rPr>
        <w:t>იმ</w:t>
      </w:r>
      <w:proofErr w:type="spellEnd"/>
      <w:r w:rsidRPr="00A60C3C">
        <w:rPr>
          <w:rFonts w:cstheme="majorHAnsi"/>
          <w:sz w:val="18"/>
          <w:szCs w:val="18"/>
        </w:rPr>
        <w:t xml:space="preserve"> </w:t>
      </w:r>
      <w:proofErr w:type="spellStart"/>
      <w:r w:rsidRPr="00A60C3C">
        <w:rPr>
          <w:rFonts w:ascii="Sylfaen" w:hAnsi="Sylfaen" w:cs="Sylfaen"/>
          <w:sz w:val="18"/>
          <w:szCs w:val="18"/>
        </w:rPr>
        <w:t>კონკრეტული</w:t>
      </w:r>
      <w:proofErr w:type="spellEnd"/>
      <w:r w:rsidRPr="00A60C3C">
        <w:rPr>
          <w:rFonts w:cstheme="majorHAnsi"/>
          <w:sz w:val="18"/>
          <w:szCs w:val="18"/>
        </w:rPr>
        <w:t xml:space="preserve"> </w:t>
      </w:r>
      <w:proofErr w:type="spellStart"/>
      <w:r w:rsidRPr="00A60C3C">
        <w:rPr>
          <w:rFonts w:ascii="Sylfaen" w:hAnsi="Sylfaen" w:cs="Sylfaen"/>
          <w:sz w:val="18"/>
          <w:szCs w:val="18"/>
        </w:rPr>
        <w:t>სამუშაოს</w:t>
      </w:r>
      <w:proofErr w:type="spellEnd"/>
      <w:r w:rsidRPr="00A60C3C">
        <w:rPr>
          <w:rFonts w:cstheme="majorHAnsi"/>
          <w:sz w:val="18"/>
          <w:szCs w:val="18"/>
        </w:rPr>
        <w:t>/</w:t>
      </w:r>
      <w:proofErr w:type="spellStart"/>
      <w:r w:rsidRPr="00A60C3C">
        <w:rPr>
          <w:rFonts w:ascii="Sylfaen" w:hAnsi="Sylfaen" w:cs="Sylfaen"/>
          <w:sz w:val="18"/>
          <w:szCs w:val="18"/>
        </w:rPr>
        <w:t>პოზიციის</w:t>
      </w:r>
      <w:proofErr w:type="spellEnd"/>
      <w:r w:rsidRPr="00A60C3C">
        <w:rPr>
          <w:rFonts w:cstheme="majorHAnsi"/>
          <w:sz w:val="18"/>
          <w:szCs w:val="18"/>
        </w:rPr>
        <w:t xml:space="preserve"> </w:t>
      </w:r>
      <w:proofErr w:type="spellStart"/>
      <w:r w:rsidRPr="00A60C3C">
        <w:rPr>
          <w:rFonts w:ascii="Sylfaen" w:hAnsi="Sylfaen" w:cs="Sylfaen"/>
          <w:sz w:val="18"/>
          <w:szCs w:val="18"/>
        </w:rPr>
        <w:t>მიღებაზე</w:t>
      </w:r>
      <w:proofErr w:type="spellEnd"/>
      <w:r w:rsidRPr="00A60C3C">
        <w:rPr>
          <w:rFonts w:cstheme="majorHAnsi"/>
          <w:sz w:val="18"/>
          <w:szCs w:val="18"/>
        </w:rPr>
        <w:t xml:space="preserve"> </w:t>
      </w:r>
      <w:proofErr w:type="spellStart"/>
      <w:r w:rsidRPr="00A60C3C">
        <w:rPr>
          <w:rFonts w:ascii="Sylfaen" w:hAnsi="Sylfaen" w:cs="Sylfaen"/>
          <w:sz w:val="18"/>
          <w:szCs w:val="18"/>
        </w:rPr>
        <w:t>და</w:t>
      </w:r>
      <w:proofErr w:type="spellEnd"/>
      <w:r w:rsidRPr="00A60C3C">
        <w:rPr>
          <w:rFonts w:cstheme="majorHAnsi"/>
          <w:sz w:val="18"/>
          <w:szCs w:val="18"/>
        </w:rPr>
        <w:t xml:space="preserve"> </w:t>
      </w:r>
      <w:proofErr w:type="spellStart"/>
      <w:r w:rsidRPr="00A60C3C">
        <w:rPr>
          <w:rFonts w:ascii="Sylfaen" w:hAnsi="Sylfaen" w:cs="Sylfaen"/>
          <w:sz w:val="18"/>
          <w:szCs w:val="18"/>
        </w:rPr>
        <w:t>შეაჩეროს</w:t>
      </w:r>
      <w:proofErr w:type="spellEnd"/>
      <w:r w:rsidRPr="00A60C3C">
        <w:rPr>
          <w:rFonts w:cstheme="majorHAnsi"/>
          <w:sz w:val="18"/>
          <w:szCs w:val="18"/>
        </w:rPr>
        <w:t xml:space="preserve"> </w:t>
      </w:r>
      <w:r w:rsidR="00A60C3C" w:rsidRPr="00A60C3C">
        <w:rPr>
          <w:rFonts w:ascii="Sylfaen" w:hAnsi="Sylfaen" w:cstheme="majorHAnsi"/>
          <w:sz w:val="18"/>
          <w:szCs w:val="18"/>
          <w:lang w:val="ka-GE"/>
        </w:rPr>
        <w:t>ის კონკრეტული სამუშაოები</w:t>
      </w:r>
      <w:r w:rsidR="00A0508F">
        <w:rPr>
          <w:rFonts w:ascii="Sylfaen" w:hAnsi="Sylfaen" w:cstheme="majorHAnsi"/>
          <w:sz w:val="18"/>
          <w:szCs w:val="18"/>
          <w:lang w:val="ka-GE"/>
        </w:rPr>
        <w:t>,</w:t>
      </w:r>
      <w:r w:rsidR="00A60C3C" w:rsidRPr="00A60C3C">
        <w:rPr>
          <w:rFonts w:ascii="Sylfaen" w:hAnsi="Sylfaen" w:cstheme="majorHAnsi"/>
          <w:sz w:val="18"/>
          <w:szCs w:val="18"/>
          <w:lang w:val="ka-GE"/>
        </w:rPr>
        <w:t xml:space="preserve"> რომელ</w:t>
      </w:r>
      <w:r w:rsidR="00A60C3C">
        <w:rPr>
          <w:rFonts w:ascii="Sylfaen" w:hAnsi="Sylfaen" w:cstheme="majorHAnsi"/>
          <w:sz w:val="18"/>
          <w:szCs w:val="18"/>
          <w:lang w:val="ka-GE"/>
        </w:rPr>
        <w:t xml:space="preserve">იც მიჩნეულია </w:t>
      </w:r>
      <w:r w:rsidR="00A60C3C" w:rsidRPr="00A60C3C">
        <w:rPr>
          <w:rFonts w:ascii="Sylfaen" w:hAnsi="Sylfaen" w:cstheme="majorHAnsi"/>
          <w:sz w:val="18"/>
          <w:szCs w:val="18"/>
          <w:lang w:val="ka-GE"/>
        </w:rPr>
        <w:t>ხარვეზიანად</w:t>
      </w:r>
      <w:r w:rsidR="00A60C3C">
        <w:rPr>
          <w:rFonts w:ascii="Sylfaen" w:hAnsi="Sylfaen" w:cstheme="majorHAnsi"/>
          <w:sz w:val="18"/>
          <w:szCs w:val="18"/>
          <w:lang w:val="ka-GE"/>
        </w:rPr>
        <w:t>,</w:t>
      </w:r>
      <w:r w:rsidR="00A60C3C" w:rsidRPr="00A60C3C">
        <w:rPr>
          <w:rFonts w:ascii="Sylfaen" w:hAnsi="Sylfaen" w:cstheme="majorHAnsi"/>
          <w:sz w:val="18"/>
          <w:szCs w:val="18"/>
          <w:lang w:val="ka-GE"/>
        </w:rPr>
        <w:t xml:space="preserve"> </w:t>
      </w:r>
      <w:proofErr w:type="spellStart"/>
      <w:r w:rsidRPr="00A60C3C">
        <w:rPr>
          <w:rFonts w:ascii="Sylfaen" w:hAnsi="Sylfaen" w:cs="Sylfaen"/>
          <w:sz w:val="18"/>
          <w:szCs w:val="18"/>
        </w:rPr>
        <w:t>აღნიშნული</w:t>
      </w:r>
      <w:proofErr w:type="spellEnd"/>
      <w:r w:rsidRPr="00A60C3C">
        <w:rPr>
          <w:rFonts w:cstheme="majorHAnsi"/>
          <w:sz w:val="18"/>
          <w:szCs w:val="18"/>
        </w:rPr>
        <w:t xml:space="preserve"> </w:t>
      </w:r>
      <w:proofErr w:type="spellStart"/>
      <w:r w:rsidRPr="00A60C3C">
        <w:rPr>
          <w:rFonts w:ascii="Sylfaen" w:hAnsi="Sylfaen" w:cs="Sylfaen"/>
          <w:sz w:val="18"/>
          <w:szCs w:val="18"/>
        </w:rPr>
        <w:t>სამუშაოების</w:t>
      </w:r>
      <w:proofErr w:type="spellEnd"/>
      <w:r w:rsidRPr="00A60C3C">
        <w:rPr>
          <w:rFonts w:cstheme="majorHAnsi"/>
          <w:sz w:val="18"/>
          <w:szCs w:val="18"/>
        </w:rPr>
        <w:t xml:space="preserve"> </w:t>
      </w:r>
      <w:proofErr w:type="spellStart"/>
      <w:r w:rsidRPr="00A60C3C">
        <w:rPr>
          <w:rFonts w:ascii="Sylfaen" w:hAnsi="Sylfaen" w:cs="Sylfaen"/>
          <w:sz w:val="18"/>
          <w:szCs w:val="18"/>
        </w:rPr>
        <w:t>ანაზღაურება</w:t>
      </w:r>
      <w:proofErr w:type="spellEnd"/>
      <w:r w:rsidRPr="00A60C3C">
        <w:rPr>
          <w:rFonts w:cstheme="majorHAnsi"/>
          <w:sz w:val="18"/>
          <w:szCs w:val="18"/>
        </w:rPr>
        <w:t xml:space="preserve"> </w:t>
      </w:r>
      <w:proofErr w:type="spellStart"/>
      <w:r w:rsidRPr="00A60C3C">
        <w:rPr>
          <w:rFonts w:ascii="Sylfaen" w:hAnsi="Sylfaen" w:cs="Sylfaen"/>
          <w:sz w:val="18"/>
          <w:szCs w:val="18"/>
        </w:rPr>
        <w:t>საექსპერტო</w:t>
      </w:r>
      <w:proofErr w:type="spellEnd"/>
      <w:r w:rsidRPr="00A60C3C">
        <w:rPr>
          <w:rFonts w:cstheme="majorHAnsi"/>
          <w:sz w:val="18"/>
          <w:szCs w:val="18"/>
        </w:rPr>
        <w:t xml:space="preserve"> </w:t>
      </w:r>
      <w:proofErr w:type="spellStart"/>
      <w:r w:rsidRPr="00A60C3C">
        <w:rPr>
          <w:rFonts w:ascii="Sylfaen" w:hAnsi="Sylfaen" w:cs="Sylfaen"/>
          <w:sz w:val="18"/>
          <w:szCs w:val="18"/>
        </w:rPr>
        <w:t>დაწესებულების</w:t>
      </w:r>
      <w:proofErr w:type="spellEnd"/>
      <w:r w:rsidRPr="00A60C3C">
        <w:rPr>
          <w:rFonts w:cstheme="majorHAnsi"/>
          <w:sz w:val="18"/>
          <w:szCs w:val="18"/>
        </w:rPr>
        <w:t xml:space="preserve"> </w:t>
      </w:r>
      <w:proofErr w:type="spellStart"/>
      <w:r w:rsidRPr="00A60C3C">
        <w:rPr>
          <w:rFonts w:ascii="Sylfaen" w:hAnsi="Sylfaen" w:cs="Sylfaen"/>
          <w:sz w:val="18"/>
          <w:szCs w:val="18"/>
        </w:rPr>
        <w:t>დასკვნის</w:t>
      </w:r>
      <w:proofErr w:type="spellEnd"/>
      <w:r w:rsidRPr="00A60C3C">
        <w:rPr>
          <w:rFonts w:cstheme="majorHAnsi"/>
          <w:sz w:val="18"/>
          <w:szCs w:val="18"/>
        </w:rPr>
        <w:t xml:space="preserve"> </w:t>
      </w:r>
      <w:proofErr w:type="spellStart"/>
      <w:r w:rsidRPr="00A60C3C">
        <w:rPr>
          <w:rFonts w:ascii="Sylfaen" w:hAnsi="Sylfaen" w:cs="Sylfaen"/>
          <w:sz w:val="18"/>
          <w:szCs w:val="18"/>
        </w:rPr>
        <w:t>მიღებამდე</w:t>
      </w:r>
      <w:proofErr w:type="spellEnd"/>
      <w:r w:rsidR="00FD2D44" w:rsidRPr="00125F84">
        <w:rPr>
          <w:rFonts w:cstheme="majorHAnsi"/>
          <w:sz w:val="18"/>
          <w:szCs w:val="18"/>
        </w:rPr>
        <w:t>.</w:t>
      </w:r>
      <w:r w:rsidR="00A0508F">
        <w:rPr>
          <w:rFonts w:cstheme="majorHAnsi"/>
          <w:sz w:val="18"/>
          <w:szCs w:val="18"/>
        </w:rPr>
        <w:t xml:space="preserve"> </w:t>
      </w:r>
      <w:r w:rsidR="00A0508F">
        <w:rPr>
          <w:rFonts w:ascii="Sylfaen" w:hAnsi="Sylfaen" w:cstheme="majorHAnsi"/>
          <w:sz w:val="18"/>
          <w:szCs w:val="18"/>
          <w:lang w:val="ka-GE"/>
        </w:rPr>
        <w:t>(</w:t>
      </w:r>
      <w:proofErr w:type="spellStart"/>
      <w:r w:rsidRPr="00A60C3C">
        <w:rPr>
          <w:rFonts w:ascii="Sylfaen" w:hAnsi="Sylfaen" w:cs="Sylfaen"/>
          <w:sz w:val="18"/>
          <w:szCs w:val="18"/>
        </w:rPr>
        <w:t>თუ</w:t>
      </w:r>
      <w:proofErr w:type="spellEnd"/>
      <w:r w:rsidRPr="00A60C3C">
        <w:rPr>
          <w:rFonts w:cstheme="majorHAnsi"/>
          <w:sz w:val="18"/>
          <w:szCs w:val="18"/>
        </w:rPr>
        <w:t xml:space="preserve"> </w:t>
      </w:r>
      <w:r w:rsidR="00A0508F">
        <w:rPr>
          <w:rFonts w:ascii="Sylfaen" w:hAnsi="Sylfaen" w:cs="Sylfaen"/>
          <w:sz w:val="18"/>
          <w:szCs w:val="18"/>
          <w:lang w:val="ka-GE"/>
        </w:rPr>
        <w:t>მენარდე</w:t>
      </w:r>
      <w:r w:rsidRPr="00A60C3C">
        <w:rPr>
          <w:rFonts w:cstheme="majorHAnsi"/>
          <w:sz w:val="18"/>
          <w:szCs w:val="18"/>
        </w:rPr>
        <w:t xml:space="preserve"> </w:t>
      </w:r>
      <w:proofErr w:type="spellStart"/>
      <w:r w:rsidRPr="00A60C3C">
        <w:rPr>
          <w:rFonts w:ascii="Sylfaen" w:hAnsi="Sylfaen" w:cs="Sylfaen"/>
          <w:sz w:val="18"/>
          <w:szCs w:val="18"/>
        </w:rPr>
        <w:t>არ</w:t>
      </w:r>
      <w:proofErr w:type="spellEnd"/>
      <w:r w:rsidRPr="00A60C3C">
        <w:rPr>
          <w:rFonts w:cstheme="majorHAnsi"/>
          <w:sz w:val="18"/>
          <w:szCs w:val="18"/>
        </w:rPr>
        <w:t xml:space="preserve"> </w:t>
      </w:r>
      <w:proofErr w:type="spellStart"/>
      <w:r w:rsidRPr="00A60C3C">
        <w:rPr>
          <w:rFonts w:ascii="Sylfaen" w:hAnsi="Sylfaen" w:cs="Sylfaen"/>
          <w:sz w:val="18"/>
          <w:szCs w:val="18"/>
        </w:rPr>
        <w:t>ეთანხმება</w:t>
      </w:r>
      <w:proofErr w:type="spellEnd"/>
      <w:r w:rsidRPr="00A60C3C">
        <w:rPr>
          <w:rFonts w:cstheme="majorHAnsi"/>
          <w:sz w:val="18"/>
          <w:szCs w:val="18"/>
        </w:rPr>
        <w:t xml:space="preserve"> </w:t>
      </w:r>
      <w:proofErr w:type="spellStart"/>
      <w:r w:rsidRPr="00A60C3C">
        <w:rPr>
          <w:rFonts w:ascii="Sylfaen" w:hAnsi="Sylfaen" w:cs="Sylfaen"/>
          <w:sz w:val="18"/>
          <w:szCs w:val="18"/>
        </w:rPr>
        <w:t>აღნიშნულ</w:t>
      </w:r>
      <w:proofErr w:type="spellEnd"/>
      <w:r w:rsidRPr="00A60C3C">
        <w:rPr>
          <w:rFonts w:cstheme="majorHAnsi"/>
          <w:sz w:val="18"/>
          <w:szCs w:val="18"/>
        </w:rPr>
        <w:t xml:space="preserve"> </w:t>
      </w:r>
      <w:proofErr w:type="spellStart"/>
      <w:r w:rsidRPr="00A60C3C">
        <w:rPr>
          <w:rFonts w:ascii="Sylfaen" w:hAnsi="Sylfaen" w:cs="Sylfaen"/>
          <w:sz w:val="18"/>
          <w:szCs w:val="18"/>
        </w:rPr>
        <w:t>ნაკლს</w:t>
      </w:r>
      <w:proofErr w:type="spellEnd"/>
      <w:r w:rsidR="00A0508F">
        <w:rPr>
          <w:rFonts w:ascii="Sylfaen" w:hAnsi="Sylfaen" w:cstheme="majorHAnsi"/>
          <w:sz w:val="18"/>
          <w:szCs w:val="18"/>
          <w:lang w:val="ka-GE"/>
        </w:rPr>
        <w:t>)</w:t>
      </w:r>
      <w:r w:rsidRPr="00A60C3C">
        <w:rPr>
          <w:rFonts w:cstheme="majorHAnsi"/>
          <w:sz w:val="18"/>
          <w:szCs w:val="18"/>
        </w:rPr>
        <w:t xml:space="preserve">, </w:t>
      </w:r>
      <w:proofErr w:type="spellStart"/>
      <w:r w:rsidRPr="00A60C3C">
        <w:rPr>
          <w:rFonts w:ascii="Sylfaen" w:hAnsi="Sylfaen" w:cs="Sylfaen"/>
          <w:sz w:val="18"/>
          <w:szCs w:val="18"/>
        </w:rPr>
        <w:t>მაგრამ</w:t>
      </w:r>
      <w:proofErr w:type="spellEnd"/>
      <w:r w:rsidRPr="00A60C3C">
        <w:rPr>
          <w:rFonts w:cstheme="majorHAnsi"/>
          <w:sz w:val="18"/>
          <w:szCs w:val="18"/>
        </w:rPr>
        <w:t xml:space="preserve"> </w:t>
      </w:r>
      <w:proofErr w:type="spellStart"/>
      <w:r w:rsidRPr="00A60C3C">
        <w:rPr>
          <w:rFonts w:ascii="Sylfaen" w:hAnsi="Sylfaen" w:cs="Sylfaen"/>
          <w:sz w:val="18"/>
          <w:szCs w:val="18"/>
        </w:rPr>
        <w:t>არაუმეტეს</w:t>
      </w:r>
      <w:proofErr w:type="spellEnd"/>
      <w:r w:rsidR="00A0508F">
        <w:rPr>
          <w:rFonts w:cstheme="majorHAnsi"/>
          <w:sz w:val="18"/>
          <w:szCs w:val="18"/>
        </w:rPr>
        <w:t xml:space="preserve">  45 </w:t>
      </w:r>
      <w:r w:rsidR="00A0508F">
        <w:rPr>
          <w:rFonts w:ascii="Sylfaen" w:hAnsi="Sylfaen" w:cstheme="majorHAnsi"/>
          <w:sz w:val="18"/>
          <w:szCs w:val="18"/>
          <w:lang w:val="ka-GE"/>
        </w:rPr>
        <w:t>(</w:t>
      </w:r>
      <w:proofErr w:type="spellStart"/>
      <w:r w:rsidRPr="00A60C3C">
        <w:rPr>
          <w:rFonts w:ascii="Sylfaen" w:hAnsi="Sylfaen" w:cs="Sylfaen"/>
          <w:sz w:val="18"/>
          <w:szCs w:val="18"/>
        </w:rPr>
        <w:t>ორმოცდახუთი</w:t>
      </w:r>
      <w:proofErr w:type="spellEnd"/>
      <w:r w:rsidR="00A0508F">
        <w:rPr>
          <w:rFonts w:ascii="Sylfaen" w:hAnsi="Sylfaen" w:cstheme="majorHAnsi"/>
          <w:sz w:val="18"/>
          <w:szCs w:val="18"/>
          <w:lang w:val="ka-GE"/>
        </w:rPr>
        <w:t>)</w:t>
      </w:r>
      <w:r w:rsidRPr="00A60C3C">
        <w:rPr>
          <w:rFonts w:cstheme="majorHAnsi"/>
          <w:sz w:val="18"/>
          <w:szCs w:val="18"/>
        </w:rPr>
        <w:t xml:space="preserve"> </w:t>
      </w:r>
      <w:proofErr w:type="spellStart"/>
      <w:r w:rsidRPr="00A60C3C">
        <w:rPr>
          <w:rFonts w:ascii="Sylfaen" w:hAnsi="Sylfaen" w:cs="Sylfaen"/>
          <w:sz w:val="18"/>
          <w:szCs w:val="18"/>
        </w:rPr>
        <w:t>კალენდარული</w:t>
      </w:r>
      <w:proofErr w:type="spellEnd"/>
      <w:r w:rsidRPr="00A60C3C">
        <w:rPr>
          <w:rFonts w:cstheme="majorHAnsi"/>
          <w:sz w:val="18"/>
          <w:szCs w:val="18"/>
        </w:rPr>
        <w:t xml:space="preserve"> </w:t>
      </w:r>
      <w:proofErr w:type="spellStart"/>
      <w:r w:rsidRPr="00A60C3C">
        <w:rPr>
          <w:rFonts w:ascii="Sylfaen" w:hAnsi="Sylfaen" w:cs="Sylfaen"/>
          <w:sz w:val="18"/>
          <w:szCs w:val="18"/>
        </w:rPr>
        <w:t>ვადით</w:t>
      </w:r>
      <w:proofErr w:type="spellEnd"/>
      <w:r w:rsidRPr="00A60C3C">
        <w:rPr>
          <w:rFonts w:cstheme="majorHAnsi"/>
          <w:sz w:val="18"/>
          <w:szCs w:val="18"/>
        </w:rPr>
        <w:t>.</w:t>
      </w:r>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აღნიშნული</w:t>
      </w:r>
      <w:proofErr w:type="spellEnd"/>
      <w:r w:rsidRPr="00C86A0D">
        <w:rPr>
          <w:rFonts w:cstheme="majorHAnsi"/>
          <w:sz w:val="18"/>
          <w:szCs w:val="18"/>
        </w:rPr>
        <w:t xml:space="preserve"> </w:t>
      </w:r>
      <w:proofErr w:type="spellStart"/>
      <w:r w:rsidRPr="00C86A0D">
        <w:rPr>
          <w:rFonts w:ascii="Sylfaen" w:hAnsi="Sylfaen" w:cs="Sylfaen"/>
          <w:sz w:val="18"/>
          <w:szCs w:val="18"/>
        </w:rPr>
        <w:t>ვადის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გასვლის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შემდგომ</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იქნება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მომზადებული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საექპერტო</w:t>
      </w:r>
      <w:proofErr w:type="spellEnd"/>
      <w:r w:rsidRPr="00C86A0D">
        <w:rPr>
          <w:rFonts w:cstheme="majorHAnsi"/>
          <w:sz w:val="18"/>
          <w:szCs w:val="18"/>
        </w:rPr>
        <w:t xml:space="preserve"> </w:t>
      </w:r>
      <w:proofErr w:type="spellStart"/>
      <w:r w:rsidRPr="00C86A0D">
        <w:rPr>
          <w:rFonts w:ascii="Sylfaen" w:hAnsi="Sylfaen" w:cs="Sylfaen"/>
          <w:sz w:val="18"/>
          <w:szCs w:val="18"/>
        </w:rPr>
        <w:t>დასკვნა</w:t>
      </w:r>
      <w:proofErr w:type="spellEnd"/>
      <w:r w:rsidRPr="00C86A0D">
        <w:rPr>
          <w:rFonts w:cstheme="majorHAnsi"/>
          <w:sz w:val="18"/>
          <w:szCs w:val="18"/>
        </w:rPr>
        <w:t xml:space="preserve">, </w:t>
      </w:r>
      <w:proofErr w:type="spellStart"/>
      <w:r w:rsidRPr="00C86A0D">
        <w:rPr>
          <w:rFonts w:ascii="Sylfaen" w:hAnsi="Sylfaen" w:cs="Sylfaen"/>
          <w:sz w:val="18"/>
          <w:szCs w:val="18"/>
        </w:rPr>
        <w:t>ასეთ</w:t>
      </w:r>
      <w:proofErr w:type="spellEnd"/>
      <w:r w:rsidRPr="00C86A0D">
        <w:rPr>
          <w:rFonts w:cstheme="majorHAnsi"/>
          <w:sz w:val="18"/>
          <w:szCs w:val="18"/>
        </w:rPr>
        <w:t xml:space="preserve"> </w:t>
      </w:r>
      <w:proofErr w:type="spellStart"/>
      <w:r w:rsidRPr="00C86A0D">
        <w:rPr>
          <w:rFonts w:ascii="Sylfaen" w:hAnsi="Sylfaen" w:cs="Sylfaen"/>
          <w:sz w:val="18"/>
          <w:szCs w:val="18"/>
        </w:rPr>
        <w:t>დროს</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w:t>
      </w:r>
      <w:proofErr w:type="spellEnd"/>
      <w:r w:rsidRPr="00C86A0D">
        <w:rPr>
          <w:rFonts w:cstheme="majorHAnsi"/>
          <w:sz w:val="18"/>
          <w:szCs w:val="18"/>
        </w:rPr>
        <w:t xml:space="preserve"> </w:t>
      </w:r>
      <w:proofErr w:type="spellStart"/>
      <w:r w:rsidRPr="00C86A0D">
        <w:rPr>
          <w:rFonts w:ascii="Sylfaen" w:hAnsi="Sylfaen" w:cs="Sylfaen"/>
          <w:sz w:val="18"/>
          <w:szCs w:val="18"/>
        </w:rPr>
        <w:t>ვალდებულია</w:t>
      </w:r>
      <w:proofErr w:type="spellEnd"/>
      <w:r w:rsidRPr="00C86A0D">
        <w:rPr>
          <w:rFonts w:cstheme="majorHAnsi"/>
          <w:sz w:val="18"/>
          <w:szCs w:val="18"/>
        </w:rPr>
        <w:t xml:space="preserve">, </w:t>
      </w:r>
      <w:r w:rsidR="00A0508F">
        <w:rPr>
          <w:rFonts w:ascii="Sylfaen" w:hAnsi="Sylfaen" w:cs="Sylfaen"/>
          <w:sz w:val="18"/>
          <w:szCs w:val="18"/>
          <w:lang w:val="ka-GE"/>
        </w:rPr>
        <w:t xml:space="preserve">მენარდეს </w:t>
      </w:r>
      <w:proofErr w:type="spellStart"/>
      <w:r w:rsidRPr="00C86A0D">
        <w:rPr>
          <w:rFonts w:ascii="Sylfaen" w:hAnsi="Sylfaen" w:cs="Sylfaen"/>
          <w:sz w:val="18"/>
          <w:szCs w:val="18"/>
        </w:rPr>
        <w:t>გადაუხადოს</w:t>
      </w:r>
      <w:proofErr w:type="spellEnd"/>
      <w:r w:rsidRPr="00C86A0D">
        <w:rPr>
          <w:rFonts w:cstheme="majorHAnsi"/>
          <w:sz w:val="18"/>
          <w:szCs w:val="18"/>
        </w:rPr>
        <w:t xml:space="preserve"> </w:t>
      </w:r>
      <w:proofErr w:type="spellStart"/>
      <w:r w:rsidRPr="00C86A0D">
        <w:rPr>
          <w:rFonts w:ascii="Sylfaen" w:hAnsi="Sylfaen" w:cs="Sylfaen"/>
          <w:sz w:val="18"/>
          <w:szCs w:val="18"/>
        </w:rPr>
        <w:t>დაკავებული</w:t>
      </w:r>
      <w:proofErr w:type="spellEnd"/>
      <w:r w:rsidR="00A0508F">
        <w:rPr>
          <w:rFonts w:cstheme="majorHAnsi"/>
          <w:sz w:val="18"/>
          <w:szCs w:val="18"/>
        </w:rPr>
        <w:t xml:space="preserve"> </w:t>
      </w:r>
      <w:r w:rsidR="00A0508F">
        <w:rPr>
          <w:rFonts w:ascii="Sylfaen" w:hAnsi="Sylfaen" w:cstheme="majorHAnsi"/>
          <w:sz w:val="18"/>
          <w:szCs w:val="18"/>
          <w:lang w:val="ka-GE"/>
        </w:rPr>
        <w:t>(</w:t>
      </w:r>
      <w:proofErr w:type="spellStart"/>
      <w:r w:rsidRPr="00C86A0D">
        <w:rPr>
          <w:rFonts w:ascii="Sylfaen" w:hAnsi="Sylfaen" w:cs="Sylfaen"/>
          <w:sz w:val="18"/>
          <w:szCs w:val="18"/>
        </w:rPr>
        <w:t>კალენდარული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გეგმა</w:t>
      </w:r>
      <w:proofErr w:type="spellEnd"/>
      <w:r w:rsidRPr="00C86A0D">
        <w:rPr>
          <w:rFonts w:cstheme="majorHAnsi"/>
          <w:sz w:val="18"/>
          <w:szCs w:val="18"/>
        </w:rPr>
        <w:t xml:space="preserve"> </w:t>
      </w:r>
      <w:proofErr w:type="spellStart"/>
      <w:r w:rsidRPr="00C86A0D">
        <w:rPr>
          <w:rFonts w:ascii="Sylfaen" w:hAnsi="Sylfaen" w:cs="Sylfaen"/>
          <w:sz w:val="18"/>
          <w:szCs w:val="18"/>
        </w:rPr>
        <w:t>გრაფიკით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განსაზღვრული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ეტაპის</w:t>
      </w:r>
      <w:proofErr w:type="spellEnd"/>
      <w:r w:rsidR="00A0508F">
        <w:rPr>
          <w:rFonts w:ascii="Sylfaen" w:hAnsi="Sylfaen" w:cstheme="majorHAnsi"/>
          <w:sz w:val="18"/>
          <w:szCs w:val="18"/>
          <w:lang w:val="ka-GE"/>
        </w:rPr>
        <w:t>)</w:t>
      </w:r>
      <w:r w:rsidRPr="00C86A0D">
        <w:rPr>
          <w:rFonts w:cstheme="majorHAnsi"/>
          <w:sz w:val="18"/>
          <w:szCs w:val="18"/>
        </w:rPr>
        <w:t xml:space="preserve"> </w:t>
      </w:r>
      <w:proofErr w:type="spellStart"/>
      <w:r w:rsidRPr="00C86A0D">
        <w:rPr>
          <w:rFonts w:ascii="Sylfaen" w:hAnsi="Sylfaen" w:cs="Sylfaen"/>
          <w:sz w:val="18"/>
          <w:szCs w:val="18"/>
        </w:rPr>
        <w:t>თანხა</w:t>
      </w:r>
      <w:proofErr w:type="spellEnd"/>
      <w:r w:rsidRPr="00C86A0D">
        <w:rPr>
          <w:rFonts w:cstheme="majorHAnsi"/>
          <w:sz w:val="18"/>
          <w:szCs w:val="18"/>
        </w:rPr>
        <w:t xml:space="preserve"> </w:t>
      </w:r>
      <w:proofErr w:type="spellStart"/>
      <w:r w:rsidRPr="00C86A0D">
        <w:rPr>
          <w:rFonts w:ascii="Sylfaen" w:hAnsi="Sylfaen" w:cs="Sylfaen"/>
          <w:sz w:val="18"/>
          <w:szCs w:val="18"/>
        </w:rPr>
        <w:t>სრული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ოდენობით</w:t>
      </w:r>
      <w:proofErr w:type="spellEnd"/>
      <w:r w:rsidRPr="00C86A0D">
        <w:rPr>
          <w:rFonts w:cstheme="majorHAnsi"/>
          <w:sz w:val="18"/>
          <w:szCs w:val="18"/>
        </w:rPr>
        <w:t xml:space="preserve">, </w:t>
      </w:r>
      <w:proofErr w:type="spellStart"/>
      <w:r w:rsidRPr="00C86A0D">
        <w:rPr>
          <w:rFonts w:ascii="Sylfaen" w:hAnsi="Sylfaen" w:cs="Sylfaen"/>
          <w:sz w:val="18"/>
          <w:szCs w:val="18"/>
        </w:rPr>
        <w:t>ხოლო</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დასრულების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შემდგომ</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გადახდილ</w:t>
      </w:r>
      <w:proofErr w:type="spellEnd"/>
      <w:r w:rsidRPr="00C86A0D">
        <w:rPr>
          <w:rFonts w:cstheme="majorHAnsi"/>
          <w:sz w:val="18"/>
          <w:szCs w:val="18"/>
        </w:rPr>
        <w:t xml:space="preserve"> </w:t>
      </w:r>
      <w:proofErr w:type="spellStart"/>
      <w:r w:rsidRPr="00C86A0D">
        <w:rPr>
          <w:rFonts w:ascii="Sylfaen" w:hAnsi="Sylfaen" w:cs="Sylfaen"/>
          <w:sz w:val="18"/>
          <w:szCs w:val="18"/>
        </w:rPr>
        <w:t>თანხასა</w:t>
      </w:r>
      <w:proofErr w:type="spellEnd"/>
      <w:r w:rsidRPr="00C86A0D">
        <w:rPr>
          <w:rFonts w:cstheme="majorHAnsi"/>
          <w:sz w:val="18"/>
          <w:szCs w:val="18"/>
        </w:rPr>
        <w:t xml:space="preserve"> </w:t>
      </w:r>
      <w:proofErr w:type="spellStart"/>
      <w:r w:rsidRPr="00C86A0D">
        <w:rPr>
          <w:rFonts w:ascii="Sylfaen" w:hAnsi="Sylfaen" w:cs="Sylfaen"/>
          <w:sz w:val="18"/>
          <w:szCs w:val="18"/>
        </w:rPr>
        <w:lastRenderedPageBreak/>
        <w:t>და</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ღირებულებ</w:t>
      </w:r>
      <w:r w:rsidR="0015508C">
        <w:rPr>
          <w:rFonts w:ascii="Sylfaen" w:hAnsi="Sylfaen" w:cs="Sylfaen"/>
          <w:sz w:val="18"/>
          <w:szCs w:val="18"/>
        </w:rPr>
        <w:t>ა</w:t>
      </w:r>
      <w:r w:rsidRPr="00C86A0D">
        <w:rPr>
          <w:rFonts w:ascii="Sylfaen" w:hAnsi="Sylfaen" w:cs="Sylfaen"/>
          <w:sz w:val="18"/>
          <w:szCs w:val="18"/>
        </w:rPr>
        <w:t>ს</w:t>
      </w:r>
      <w:proofErr w:type="spellEnd"/>
      <w:r w:rsidRPr="00C86A0D">
        <w:rPr>
          <w:rFonts w:cstheme="majorHAnsi"/>
          <w:sz w:val="18"/>
          <w:szCs w:val="18"/>
        </w:rPr>
        <w:t xml:space="preserve"> </w:t>
      </w:r>
      <w:proofErr w:type="spellStart"/>
      <w:r w:rsidRPr="00C86A0D">
        <w:rPr>
          <w:rFonts w:ascii="Sylfaen" w:hAnsi="Sylfaen" w:cs="Sylfaen"/>
          <w:sz w:val="18"/>
          <w:szCs w:val="18"/>
        </w:rPr>
        <w:t>შორის</w:t>
      </w:r>
      <w:proofErr w:type="spellEnd"/>
      <w:r w:rsidRPr="00C86A0D">
        <w:rPr>
          <w:rFonts w:cstheme="majorHAnsi"/>
          <w:sz w:val="18"/>
          <w:szCs w:val="18"/>
        </w:rPr>
        <w:t xml:space="preserve">, </w:t>
      </w:r>
      <w:proofErr w:type="spellStart"/>
      <w:r w:rsidRPr="00C86A0D">
        <w:rPr>
          <w:rFonts w:ascii="Sylfaen" w:hAnsi="Sylfaen" w:cs="Sylfaen"/>
          <w:sz w:val="18"/>
          <w:szCs w:val="18"/>
        </w:rPr>
        <w:t>რომელზეც</w:t>
      </w:r>
      <w:proofErr w:type="spellEnd"/>
      <w:r w:rsidRPr="00C86A0D">
        <w:rPr>
          <w:rFonts w:cstheme="majorHAnsi"/>
          <w:sz w:val="18"/>
          <w:szCs w:val="18"/>
        </w:rPr>
        <w:t xml:space="preserve"> </w:t>
      </w:r>
      <w:proofErr w:type="spellStart"/>
      <w:r w:rsidRPr="00C86A0D">
        <w:rPr>
          <w:rFonts w:ascii="Sylfaen" w:hAnsi="Sylfaen" w:cs="Sylfaen"/>
          <w:sz w:val="18"/>
          <w:szCs w:val="18"/>
        </w:rPr>
        <w:t>განხორციელდა</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ექსპერტიზა</w:t>
      </w:r>
      <w:proofErr w:type="spellEnd"/>
      <w:r w:rsidRPr="00C86A0D">
        <w:rPr>
          <w:rFonts w:cstheme="majorHAnsi"/>
          <w:sz w:val="18"/>
          <w:szCs w:val="18"/>
        </w:rPr>
        <w:t xml:space="preserve"> </w:t>
      </w:r>
      <w:proofErr w:type="spellStart"/>
      <w:r w:rsidRPr="00C86A0D">
        <w:rPr>
          <w:rFonts w:ascii="Sylfaen" w:hAnsi="Sylfaen" w:cs="Sylfaen"/>
          <w:sz w:val="18"/>
          <w:szCs w:val="18"/>
        </w:rPr>
        <w:t>იქნება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სხვაობა</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მხარეთა</w:t>
      </w:r>
      <w:proofErr w:type="spellEnd"/>
      <w:r w:rsidRPr="00C86A0D">
        <w:rPr>
          <w:rFonts w:cstheme="majorHAnsi"/>
          <w:sz w:val="18"/>
          <w:szCs w:val="18"/>
        </w:rPr>
        <w:t xml:space="preserve"> </w:t>
      </w:r>
      <w:proofErr w:type="spellStart"/>
      <w:r w:rsidRPr="00C86A0D">
        <w:rPr>
          <w:rFonts w:ascii="Sylfaen" w:hAnsi="Sylfaen" w:cs="Sylfaen"/>
          <w:sz w:val="18"/>
          <w:szCs w:val="18"/>
        </w:rPr>
        <w:t>შორის</w:t>
      </w:r>
      <w:proofErr w:type="spellEnd"/>
      <w:r w:rsidRPr="00C86A0D">
        <w:rPr>
          <w:rFonts w:cstheme="majorHAnsi"/>
          <w:sz w:val="18"/>
          <w:szCs w:val="18"/>
        </w:rPr>
        <w:t xml:space="preserve"> </w:t>
      </w:r>
      <w:proofErr w:type="spellStart"/>
      <w:r w:rsidRPr="00C86A0D">
        <w:rPr>
          <w:rFonts w:ascii="Sylfaen" w:hAnsi="Sylfaen" w:cs="Sylfaen"/>
          <w:sz w:val="18"/>
          <w:szCs w:val="18"/>
        </w:rPr>
        <w:t>მოხდება</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შესაბამისი</w:t>
      </w:r>
      <w:proofErr w:type="spellEnd"/>
      <w:r w:rsidRPr="00C86A0D">
        <w:rPr>
          <w:rFonts w:cstheme="majorHAnsi"/>
          <w:sz w:val="18"/>
          <w:szCs w:val="18"/>
        </w:rPr>
        <w:t xml:space="preserve"> </w:t>
      </w:r>
      <w:proofErr w:type="spellStart"/>
      <w:r w:rsidRPr="00C86A0D">
        <w:rPr>
          <w:rFonts w:ascii="Sylfaen" w:hAnsi="Sylfaen" w:cs="Sylfaen"/>
          <w:sz w:val="18"/>
          <w:szCs w:val="18"/>
        </w:rPr>
        <w:t>ანგარიშსწორება</w:t>
      </w:r>
      <w:proofErr w:type="spellEnd"/>
      <w:r w:rsidRPr="00C86A0D">
        <w:rPr>
          <w:rFonts w:cstheme="majorHAnsi"/>
          <w:sz w:val="18"/>
          <w:szCs w:val="18"/>
        </w:rPr>
        <w:t xml:space="preserve">. </w:t>
      </w:r>
    </w:p>
    <w:p w14:paraId="683F4E0D" w14:textId="0DFB1429" w:rsidR="003C0249" w:rsidRDefault="00A74260" w:rsidP="00125F84">
      <w:pPr>
        <w:pStyle w:val="ListParagraph"/>
        <w:numPr>
          <w:ilvl w:val="2"/>
          <w:numId w:val="13"/>
        </w:numPr>
        <w:jc w:val="both"/>
        <w:rPr>
          <w:rFonts w:cstheme="majorHAnsi"/>
          <w:sz w:val="18"/>
          <w:szCs w:val="18"/>
        </w:rPr>
      </w:pPr>
      <w:proofErr w:type="spellStart"/>
      <w:r w:rsidRPr="00C86A0D">
        <w:rPr>
          <w:rFonts w:ascii="Sylfaen" w:hAnsi="Sylfaen" w:cs="Sylfaen"/>
          <w:sz w:val="18"/>
          <w:szCs w:val="18"/>
        </w:rPr>
        <w:t>დამკვეთი</w:t>
      </w:r>
      <w:proofErr w:type="spellEnd"/>
      <w:r w:rsidRPr="00C86A0D">
        <w:rPr>
          <w:rFonts w:cstheme="majorHAnsi"/>
          <w:sz w:val="18"/>
          <w:szCs w:val="18"/>
        </w:rPr>
        <w:t xml:space="preserve"> </w:t>
      </w:r>
      <w:proofErr w:type="spellStart"/>
      <w:r w:rsidRPr="00C86A0D">
        <w:rPr>
          <w:rFonts w:ascii="Sylfaen" w:hAnsi="Sylfaen" w:cs="Sylfaen"/>
          <w:sz w:val="18"/>
          <w:szCs w:val="18"/>
        </w:rPr>
        <w:t>უფლებამოსილია</w:t>
      </w:r>
      <w:proofErr w:type="spellEnd"/>
      <w:r w:rsidRPr="00C86A0D">
        <w:rPr>
          <w:rFonts w:cstheme="majorHAnsi"/>
          <w:sz w:val="18"/>
          <w:szCs w:val="18"/>
        </w:rPr>
        <w:t xml:space="preserve">, </w:t>
      </w:r>
      <w:proofErr w:type="spellStart"/>
      <w:r w:rsidRPr="00C86A0D">
        <w:rPr>
          <w:rFonts w:ascii="Sylfaen" w:hAnsi="Sylfaen" w:cs="Sylfaen"/>
          <w:sz w:val="18"/>
          <w:szCs w:val="18"/>
        </w:rPr>
        <w:t>საკუთარი</w:t>
      </w:r>
      <w:proofErr w:type="spellEnd"/>
      <w:r w:rsidRPr="00C86A0D">
        <w:rPr>
          <w:rFonts w:cstheme="majorHAnsi"/>
          <w:sz w:val="18"/>
          <w:szCs w:val="18"/>
        </w:rPr>
        <w:t xml:space="preserve"> </w:t>
      </w:r>
      <w:proofErr w:type="spellStart"/>
      <w:r w:rsidRPr="00C86A0D">
        <w:rPr>
          <w:rFonts w:ascii="Sylfaen" w:hAnsi="Sylfaen" w:cs="Sylfaen"/>
          <w:sz w:val="18"/>
          <w:szCs w:val="18"/>
        </w:rPr>
        <w:t>შეხედულებისამებრ</w:t>
      </w:r>
      <w:proofErr w:type="spellEnd"/>
      <w:r w:rsidRPr="00C86A0D">
        <w:rPr>
          <w:rFonts w:cstheme="majorHAnsi"/>
          <w:sz w:val="18"/>
          <w:szCs w:val="18"/>
        </w:rPr>
        <w:t xml:space="preserve"> </w:t>
      </w:r>
      <w:proofErr w:type="spellStart"/>
      <w:r w:rsidRPr="00C86A0D">
        <w:rPr>
          <w:rFonts w:ascii="Sylfaen" w:hAnsi="Sylfaen" w:cs="Sylfaen"/>
          <w:sz w:val="18"/>
          <w:szCs w:val="18"/>
        </w:rPr>
        <w:t>სსიპ</w:t>
      </w:r>
      <w:proofErr w:type="spellEnd"/>
      <w:r w:rsidRPr="00C86A0D">
        <w:rPr>
          <w:rFonts w:cstheme="majorHAnsi"/>
          <w:sz w:val="18"/>
          <w:szCs w:val="18"/>
        </w:rPr>
        <w:t xml:space="preserve"> „</w:t>
      </w:r>
      <w:proofErr w:type="spellStart"/>
      <w:r w:rsidRPr="00C86A0D">
        <w:rPr>
          <w:rFonts w:ascii="Sylfaen" w:hAnsi="Sylfaen" w:cs="Sylfaen"/>
          <w:sz w:val="18"/>
          <w:szCs w:val="18"/>
        </w:rPr>
        <w:t>ლევან</w:t>
      </w:r>
      <w:proofErr w:type="spellEnd"/>
      <w:r w:rsidRPr="00C86A0D">
        <w:rPr>
          <w:rFonts w:cstheme="majorHAnsi"/>
          <w:sz w:val="18"/>
          <w:szCs w:val="18"/>
        </w:rPr>
        <w:t xml:space="preserve"> </w:t>
      </w:r>
      <w:proofErr w:type="spellStart"/>
      <w:r w:rsidRPr="00C86A0D">
        <w:rPr>
          <w:rFonts w:ascii="Sylfaen" w:hAnsi="Sylfaen" w:cs="Sylfaen"/>
          <w:sz w:val="18"/>
          <w:szCs w:val="18"/>
        </w:rPr>
        <w:t>სამხარაულის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სახელობის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სასამართლო</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ეროვნული</w:t>
      </w:r>
      <w:proofErr w:type="spellEnd"/>
      <w:r w:rsidRPr="00C86A0D">
        <w:rPr>
          <w:rFonts w:cstheme="majorHAnsi"/>
          <w:sz w:val="18"/>
          <w:szCs w:val="18"/>
        </w:rPr>
        <w:t xml:space="preserve"> </w:t>
      </w:r>
      <w:proofErr w:type="spellStart"/>
      <w:r w:rsidRPr="00C86A0D">
        <w:rPr>
          <w:rFonts w:ascii="Sylfaen" w:hAnsi="Sylfaen" w:cs="Sylfaen"/>
          <w:sz w:val="18"/>
          <w:szCs w:val="18"/>
        </w:rPr>
        <w:t>ბიუროს</w:t>
      </w:r>
      <w:proofErr w:type="spellEnd"/>
      <w:r w:rsidR="00A0508F">
        <w:rPr>
          <w:rFonts w:cstheme="majorHAnsi"/>
          <w:sz w:val="18"/>
          <w:szCs w:val="18"/>
        </w:rPr>
        <w:t>“</w:t>
      </w:r>
      <w:r w:rsidR="00A0508F">
        <w:rPr>
          <w:rFonts w:ascii="Sylfaen" w:hAnsi="Sylfaen" w:cstheme="majorHAnsi"/>
          <w:sz w:val="18"/>
          <w:szCs w:val="18"/>
          <w:lang w:val="ka-GE"/>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აკრედიტირებულ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საექსპერტო</w:t>
      </w:r>
      <w:proofErr w:type="spellEnd"/>
      <w:r w:rsidRPr="00C86A0D">
        <w:rPr>
          <w:rFonts w:cstheme="majorHAnsi"/>
          <w:sz w:val="18"/>
          <w:szCs w:val="18"/>
        </w:rPr>
        <w:t xml:space="preserve"> </w:t>
      </w:r>
      <w:proofErr w:type="spellStart"/>
      <w:r w:rsidRPr="00C86A0D">
        <w:rPr>
          <w:rFonts w:ascii="Sylfaen" w:hAnsi="Sylfaen" w:cs="Sylfaen"/>
          <w:sz w:val="18"/>
          <w:szCs w:val="18"/>
        </w:rPr>
        <w:t>დაწესებულებას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დამოუკიდებელი</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ექსპერტს</w:t>
      </w:r>
      <w:proofErr w:type="spellEnd"/>
      <w:r w:rsidR="00A0508F">
        <w:rPr>
          <w:rFonts w:cstheme="majorHAnsi"/>
          <w:sz w:val="18"/>
          <w:szCs w:val="18"/>
        </w:rPr>
        <w:t xml:space="preserve"> </w:t>
      </w:r>
      <w:proofErr w:type="spellStart"/>
      <w:r w:rsidRPr="00C86A0D">
        <w:rPr>
          <w:rFonts w:ascii="Sylfaen" w:hAnsi="Sylfaen" w:cs="Sylfaen"/>
          <w:sz w:val="18"/>
          <w:szCs w:val="18"/>
        </w:rPr>
        <w:t>შეამოწმებინოს</w:t>
      </w:r>
      <w:proofErr w:type="spellEnd"/>
      <w:r w:rsidRPr="00C86A0D">
        <w:rPr>
          <w:rFonts w:cstheme="majorHAnsi"/>
          <w:sz w:val="18"/>
          <w:szCs w:val="18"/>
        </w:rPr>
        <w:t xml:space="preserve"> </w:t>
      </w:r>
      <w:proofErr w:type="spellStart"/>
      <w:r w:rsidRPr="00C86A0D">
        <w:rPr>
          <w:rFonts w:ascii="Sylfaen" w:hAnsi="Sylfaen" w:cs="Sylfaen"/>
          <w:sz w:val="18"/>
          <w:szCs w:val="18"/>
        </w:rPr>
        <w:t>ობიექტზე</w:t>
      </w:r>
      <w:proofErr w:type="spellEnd"/>
      <w:r w:rsidRPr="00C86A0D">
        <w:rPr>
          <w:rFonts w:cstheme="majorHAnsi"/>
          <w:sz w:val="18"/>
          <w:szCs w:val="18"/>
        </w:rPr>
        <w:t xml:space="preserve"> </w:t>
      </w:r>
      <w:proofErr w:type="spellStart"/>
      <w:r w:rsidRPr="00C86A0D">
        <w:rPr>
          <w:rFonts w:ascii="Sylfaen" w:hAnsi="Sylfaen" w:cs="Sylfaen"/>
          <w:sz w:val="18"/>
          <w:szCs w:val="18"/>
        </w:rPr>
        <w:t>მიმდინარე</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w:t>
      </w:r>
      <w:proofErr w:type="spellEnd"/>
      <w:r w:rsidRPr="00C86A0D">
        <w:rPr>
          <w:rFonts w:cstheme="majorHAnsi"/>
          <w:sz w:val="18"/>
          <w:szCs w:val="18"/>
        </w:rPr>
        <w:t xml:space="preserve">, </w:t>
      </w:r>
      <w:proofErr w:type="spellStart"/>
      <w:r w:rsidRPr="00C86A0D">
        <w:rPr>
          <w:rFonts w:ascii="Sylfaen" w:hAnsi="Sylfaen" w:cs="Sylfaen"/>
          <w:sz w:val="18"/>
          <w:szCs w:val="18"/>
        </w:rPr>
        <w:t>რამაც</w:t>
      </w:r>
      <w:proofErr w:type="spellEnd"/>
      <w:r w:rsidRPr="00C86A0D">
        <w:rPr>
          <w:rFonts w:cstheme="majorHAnsi"/>
          <w:sz w:val="18"/>
          <w:szCs w:val="18"/>
        </w:rPr>
        <w:t xml:space="preserve"> </w:t>
      </w:r>
      <w:proofErr w:type="spellStart"/>
      <w:r w:rsidRPr="00C86A0D">
        <w:rPr>
          <w:rFonts w:ascii="Sylfaen" w:hAnsi="Sylfaen" w:cs="Sylfaen"/>
          <w:sz w:val="18"/>
          <w:szCs w:val="18"/>
        </w:rPr>
        <w:t>შეიძლება</w:t>
      </w:r>
      <w:proofErr w:type="spellEnd"/>
      <w:r w:rsidRPr="00C86A0D">
        <w:rPr>
          <w:rFonts w:cstheme="majorHAnsi"/>
          <w:sz w:val="18"/>
          <w:szCs w:val="18"/>
        </w:rPr>
        <w:t xml:space="preserve"> </w:t>
      </w:r>
      <w:proofErr w:type="spellStart"/>
      <w:r w:rsidRPr="00C86A0D">
        <w:rPr>
          <w:rFonts w:ascii="Sylfaen" w:hAnsi="Sylfaen" w:cs="Sylfaen"/>
          <w:sz w:val="18"/>
          <w:szCs w:val="18"/>
        </w:rPr>
        <w:t>დააყოვნოს</w:t>
      </w:r>
      <w:proofErr w:type="spellEnd"/>
      <w:r w:rsidRPr="00C86A0D">
        <w:rPr>
          <w:rFonts w:cstheme="majorHAnsi"/>
          <w:sz w:val="18"/>
          <w:szCs w:val="18"/>
        </w:rPr>
        <w:t xml:space="preserve"> </w:t>
      </w:r>
      <w:proofErr w:type="spellStart"/>
      <w:r w:rsidRPr="00C86A0D">
        <w:rPr>
          <w:rFonts w:ascii="Sylfaen" w:hAnsi="Sylfaen" w:cs="Sylfaen"/>
          <w:sz w:val="18"/>
          <w:szCs w:val="18"/>
        </w:rPr>
        <w:t>მენარდის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00A0508F">
        <w:rPr>
          <w:rFonts w:cstheme="majorHAnsi"/>
          <w:sz w:val="18"/>
          <w:szCs w:val="18"/>
        </w:rPr>
        <w:t xml:space="preserve"> </w:t>
      </w:r>
      <w:r w:rsidR="00A0508F">
        <w:rPr>
          <w:rFonts w:ascii="Sylfaen" w:hAnsi="Sylfaen" w:cstheme="majorHAnsi"/>
          <w:sz w:val="18"/>
          <w:szCs w:val="18"/>
          <w:lang w:val="ka-GE"/>
        </w:rPr>
        <w:t>(</w:t>
      </w:r>
      <w:proofErr w:type="spellStart"/>
      <w:r w:rsidRPr="00C86A0D">
        <w:rPr>
          <w:rFonts w:ascii="Sylfaen" w:hAnsi="Sylfaen" w:cs="Sylfaen"/>
          <w:sz w:val="18"/>
          <w:szCs w:val="18"/>
        </w:rPr>
        <w:t>ეტაპის</w:t>
      </w:r>
      <w:proofErr w:type="spellEnd"/>
      <w:r w:rsidR="00A0508F">
        <w:rPr>
          <w:rFonts w:ascii="Sylfaen" w:hAnsi="Sylfaen" w:cstheme="majorHAnsi"/>
          <w:sz w:val="18"/>
          <w:szCs w:val="18"/>
          <w:lang w:val="ka-GE"/>
        </w:rPr>
        <w:t>)</w:t>
      </w:r>
      <w:r w:rsidRPr="00C86A0D">
        <w:rPr>
          <w:rFonts w:cstheme="majorHAnsi"/>
          <w:sz w:val="18"/>
          <w:szCs w:val="18"/>
        </w:rPr>
        <w:t xml:space="preserve"> </w:t>
      </w:r>
      <w:proofErr w:type="spellStart"/>
      <w:r w:rsidRPr="00C86A0D">
        <w:rPr>
          <w:rFonts w:ascii="Sylfaen" w:hAnsi="Sylfaen" w:cs="Sylfaen"/>
          <w:sz w:val="18"/>
          <w:szCs w:val="18"/>
        </w:rPr>
        <w:t>ხელშეკრულებით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დადგენილი</w:t>
      </w:r>
      <w:proofErr w:type="spellEnd"/>
      <w:r w:rsidRPr="00C86A0D">
        <w:rPr>
          <w:rFonts w:cstheme="majorHAnsi"/>
          <w:sz w:val="18"/>
          <w:szCs w:val="18"/>
        </w:rPr>
        <w:t xml:space="preserve"> </w:t>
      </w:r>
      <w:proofErr w:type="spellStart"/>
      <w:r w:rsidRPr="00C86A0D">
        <w:rPr>
          <w:rFonts w:ascii="Sylfaen" w:hAnsi="Sylfaen" w:cs="Sylfaen"/>
          <w:sz w:val="18"/>
          <w:szCs w:val="18"/>
        </w:rPr>
        <w:t>წესით</w:t>
      </w:r>
      <w:proofErr w:type="spellEnd"/>
      <w:r w:rsidRPr="00C86A0D">
        <w:rPr>
          <w:rFonts w:cstheme="majorHAnsi"/>
          <w:sz w:val="18"/>
          <w:szCs w:val="18"/>
        </w:rPr>
        <w:t xml:space="preserve"> </w:t>
      </w:r>
      <w:proofErr w:type="spellStart"/>
      <w:r w:rsidRPr="00C86A0D">
        <w:rPr>
          <w:rFonts w:ascii="Sylfaen" w:hAnsi="Sylfaen" w:cs="Sylfaen"/>
          <w:sz w:val="18"/>
          <w:szCs w:val="18"/>
        </w:rPr>
        <w:t>მიღება</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ანაზღაურება</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სადავო</w:t>
      </w:r>
      <w:proofErr w:type="spellEnd"/>
      <w:r w:rsidRPr="00C86A0D">
        <w:rPr>
          <w:rFonts w:cstheme="majorHAnsi"/>
          <w:sz w:val="18"/>
          <w:szCs w:val="18"/>
        </w:rPr>
        <w:t xml:space="preserve"> </w:t>
      </w:r>
      <w:proofErr w:type="spellStart"/>
      <w:r w:rsidRPr="00C86A0D">
        <w:rPr>
          <w:rFonts w:ascii="Sylfaen" w:hAnsi="Sylfaen" w:cs="Sylfaen"/>
          <w:sz w:val="18"/>
          <w:szCs w:val="18"/>
        </w:rPr>
        <w:t>ასანაზღაურებელი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ღირებულება</w:t>
      </w:r>
      <w:proofErr w:type="spellEnd"/>
      <w:r w:rsidRPr="00C86A0D">
        <w:rPr>
          <w:rFonts w:cstheme="majorHAnsi"/>
          <w:sz w:val="18"/>
          <w:szCs w:val="18"/>
        </w:rPr>
        <w:t xml:space="preserve"> </w:t>
      </w:r>
      <w:proofErr w:type="spellStart"/>
      <w:r w:rsidRPr="00C86A0D">
        <w:rPr>
          <w:rFonts w:ascii="Sylfaen" w:hAnsi="Sylfaen" w:cs="Sylfaen"/>
          <w:sz w:val="18"/>
          <w:szCs w:val="18"/>
        </w:rPr>
        <w:t>აჭარბებს</w:t>
      </w:r>
      <w:proofErr w:type="spellEnd"/>
      <w:r w:rsidRPr="00C86A0D">
        <w:rPr>
          <w:rFonts w:cstheme="majorHAnsi"/>
          <w:sz w:val="18"/>
          <w:szCs w:val="18"/>
        </w:rPr>
        <w:t xml:space="preserve"> </w:t>
      </w:r>
      <w:proofErr w:type="spellStart"/>
      <w:r w:rsidRPr="00C86A0D">
        <w:rPr>
          <w:rFonts w:ascii="Sylfaen" w:hAnsi="Sylfaen" w:cs="Sylfaen"/>
          <w:sz w:val="18"/>
          <w:szCs w:val="18"/>
        </w:rPr>
        <w:t>სახელშეკრულებო</w:t>
      </w:r>
      <w:proofErr w:type="spellEnd"/>
      <w:r w:rsidRPr="00C86A0D">
        <w:rPr>
          <w:rFonts w:cstheme="majorHAnsi"/>
          <w:sz w:val="18"/>
          <w:szCs w:val="18"/>
        </w:rPr>
        <w:t xml:space="preserve"> </w:t>
      </w:r>
      <w:proofErr w:type="spellStart"/>
      <w:r w:rsidRPr="00C86A0D">
        <w:rPr>
          <w:rFonts w:ascii="Sylfaen" w:hAnsi="Sylfaen" w:cs="Sylfaen"/>
          <w:sz w:val="18"/>
          <w:szCs w:val="18"/>
        </w:rPr>
        <w:t>ღირებულების</w:t>
      </w:r>
      <w:proofErr w:type="spellEnd"/>
      <w:r w:rsidRPr="00C86A0D">
        <w:rPr>
          <w:rFonts w:cstheme="majorHAnsi"/>
          <w:sz w:val="18"/>
          <w:szCs w:val="18"/>
        </w:rPr>
        <w:t xml:space="preserve"> 20%-</w:t>
      </w:r>
      <w:r w:rsidRPr="00C86A0D">
        <w:rPr>
          <w:rFonts w:ascii="Sylfaen" w:hAnsi="Sylfaen" w:cs="Sylfaen"/>
          <w:sz w:val="18"/>
          <w:szCs w:val="18"/>
        </w:rPr>
        <w:t>ს</w:t>
      </w:r>
      <w:r w:rsidRPr="00C86A0D">
        <w:rPr>
          <w:rFonts w:cstheme="majorHAnsi"/>
          <w:sz w:val="18"/>
          <w:szCs w:val="18"/>
        </w:rPr>
        <w:t xml:space="preserve">, </w:t>
      </w:r>
      <w:proofErr w:type="spellStart"/>
      <w:r w:rsidRPr="00C86A0D">
        <w:rPr>
          <w:rFonts w:ascii="Sylfaen" w:hAnsi="Sylfaen" w:cs="Sylfaen"/>
          <w:sz w:val="18"/>
          <w:szCs w:val="18"/>
        </w:rPr>
        <w:t>მხარეები</w:t>
      </w:r>
      <w:proofErr w:type="spellEnd"/>
      <w:r w:rsidR="00823044">
        <w:rPr>
          <w:rFonts w:ascii="Sylfaen" w:hAnsi="Sylfaen" w:cs="Sylfaen"/>
          <w:sz w:val="18"/>
          <w:szCs w:val="18"/>
        </w:rPr>
        <w:t xml:space="preserve"> </w:t>
      </w:r>
      <w:proofErr w:type="spellStart"/>
      <w:r w:rsidRPr="00C86A0D">
        <w:rPr>
          <w:rFonts w:ascii="Sylfaen" w:hAnsi="Sylfaen" w:cs="Sylfaen"/>
          <w:sz w:val="18"/>
          <w:szCs w:val="18"/>
        </w:rPr>
        <w:t>თანხმდებიან</w:t>
      </w:r>
      <w:proofErr w:type="spellEnd"/>
      <w:r w:rsidRPr="00C86A0D">
        <w:rPr>
          <w:rFonts w:cstheme="majorHAnsi"/>
          <w:sz w:val="18"/>
          <w:szCs w:val="18"/>
        </w:rPr>
        <w:t xml:space="preserve"> </w:t>
      </w:r>
      <w:proofErr w:type="spellStart"/>
      <w:r w:rsidRPr="00C86A0D">
        <w:rPr>
          <w:rFonts w:ascii="Sylfaen" w:hAnsi="Sylfaen" w:cs="Sylfaen"/>
          <w:sz w:val="18"/>
          <w:szCs w:val="18"/>
        </w:rPr>
        <w:t>შემდეგ</w:t>
      </w:r>
      <w:proofErr w:type="spellEnd"/>
      <w:r w:rsidRPr="00C86A0D">
        <w:rPr>
          <w:rFonts w:cstheme="majorHAnsi"/>
          <w:sz w:val="18"/>
          <w:szCs w:val="18"/>
        </w:rPr>
        <w:t xml:space="preserve"> </w:t>
      </w:r>
      <w:proofErr w:type="spellStart"/>
      <w:r w:rsidRPr="00C86A0D">
        <w:rPr>
          <w:rFonts w:ascii="Sylfaen" w:hAnsi="Sylfaen" w:cs="Sylfaen"/>
          <w:sz w:val="18"/>
          <w:szCs w:val="18"/>
        </w:rPr>
        <w:t>პირობაზე</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w:t>
      </w:r>
      <w:r w:rsidR="00823044">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45 </w:t>
      </w:r>
      <w:r w:rsidR="00A0508F">
        <w:rPr>
          <w:rFonts w:ascii="Sylfaen" w:hAnsi="Sylfaen" w:cstheme="majorHAnsi"/>
          <w:sz w:val="18"/>
          <w:szCs w:val="18"/>
          <w:lang w:val="ka-GE"/>
        </w:rPr>
        <w:t>(</w:t>
      </w:r>
      <w:proofErr w:type="spellStart"/>
      <w:r w:rsidRPr="00C86A0D">
        <w:rPr>
          <w:rFonts w:ascii="Sylfaen" w:hAnsi="Sylfaen" w:cs="Sylfaen"/>
          <w:sz w:val="18"/>
          <w:szCs w:val="18"/>
        </w:rPr>
        <w:t>ორმოცდახუთი</w:t>
      </w:r>
      <w:proofErr w:type="spellEnd"/>
      <w:r w:rsidR="00A0508F">
        <w:rPr>
          <w:rFonts w:ascii="Sylfaen" w:hAnsi="Sylfaen" w:cstheme="majorHAnsi"/>
          <w:sz w:val="18"/>
          <w:szCs w:val="18"/>
          <w:lang w:val="ka-GE"/>
        </w:rPr>
        <w:t xml:space="preserve">) </w:t>
      </w:r>
      <w:proofErr w:type="spellStart"/>
      <w:r w:rsidRPr="00C86A0D">
        <w:rPr>
          <w:rFonts w:ascii="Sylfaen" w:hAnsi="Sylfaen" w:cs="Sylfaen"/>
          <w:sz w:val="18"/>
          <w:szCs w:val="18"/>
        </w:rPr>
        <w:t>კალენდარული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დღის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შემდგომ</w:t>
      </w:r>
      <w:proofErr w:type="spellEnd"/>
      <w:r w:rsidRPr="00C86A0D">
        <w:rPr>
          <w:rFonts w:cstheme="majorHAnsi"/>
          <w:sz w:val="18"/>
          <w:szCs w:val="18"/>
        </w:rPr>
        <w:t xml:space="preserve"> </w:t>
      </w:r>
      <w:proofErr w:type="spellStart"/>
      <w:r w:rsidRPr="00C86A0D">
        <w:rPr>
          <w:rFonts w:ascii="Sylfaen" w:hAnsi="Sylfaen" w:cs="Sylfaen"/>
          <w:sz w:val="18"/>
          <w:szCs w:val="18"/>
        </w:rPr>
        <w:t>სსიპ</w:t>
      </w:r>
      <w:proofErr w:type="spellEnd"/>
      <w:r w:rsidRPr="00C86A0D">
        <w:rPr>
          <w:rFonts w:cstheme="majorHAnsi"/>
          <w:sz w:val="18"/>
          <w:szCs w:val="18"/>
        </w:rPr>
        <w:t xml:space="preserve"> „</w:t>
      </w:r>
      <w:proofErr w:type="spellStart"/>
      <w:r w:rsidRPr="00C86A0D">
        <w:rPr>
          <w:rFonts w:ascii="Sylfaen" w:hAnsi="Sylfaen" w:cs="Sylfaen"/>
          <w:sz w:val="18"/>
          <w:szCs w:val="18"/>
        </w:rPr>
        <w:t>ლევან</w:t>
      </w:r>
      <w:proofErr w:type="spellEnd"/>
      <w:r w:rsidRPr="00C86A0D">
        <w:rPr>
          <w:rFonts w:cstheme="majorHAnsi"/>
          <w:sz w:val="18"/>
          <w:szCs w:val="18"/>
        </w:rPr>
        <w:t xml:space="preserve"> </w:t>
      </w:r>
      <w:proofErr w:type="spellStart"/>
      <w:r w:rsidRPr="00C86A0D">
        <w:rPr>
          <w:rFonts w:ascii="Sylfaen" w:hAnsi="Sylfaen" w:cs="Sylfaen"/>
          <w:sz w:val="18"/>
          <w:szCs w:val="18"/>
        </w:rPr>
        <w:t>სამხარაულის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სახელობის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სასამართლო</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ეროვნული</w:t>
      </w:r>
      <w:proofErr w:type="spellEnd"/>
      <w:r w:rsidRPr="00C86A0D">
        <w:rPr>
          <w:rFonts w:cstheme="majorHAnsi"/>
          <w:sz w:val="18"/>
          <w:szCs w:val="18"/>
        </w:rPr>
        <w:t xml:space="preserve"> </w:t>
      </w:r>
      <w:proofErr w:type="spellStart"/>
      <w:r w:rsidRPr="00C86A0D">
        <w:rPr>
          <w:rFonts w:ascii="Sylfaen" w:hAnsi="Sylfaen" w:cs="Sylfaen"/>
          <w:sz w:val="18"/>
          <w:szCs w:val="18"/>
        </w:rPr>
        <w:t>ბიუროს</w:t>
      </w:r>
      <w:proofErr w:type="spellEnd"/>
      <w:r w:rsidR="00D36BEA">
        <w:rPr>
          <w:rFonts w:cstheme="majorHAnsi"/>
          <w:sz w:val="18"/>
          <w:szCs w:val="18"/>
        </w:rPr>
        <w:t>“</w:t>
      </w:r>
      <w:r w:rsidR="00D36BEA">
        <w:rPr>
          <w:rFonts w:ascii="Sylfaen" w:hAnsi="Sylfaen" w:cstheme="majorHAnsi"/>
          <w:sz w:val="18"/>
          <w:szCs w:val="18"/>
          <w:lang w:val="ka-GE"/>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აკრედიტირებული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საექსპერტო</w:t>
      </w:r>
      <w:proofErr w:type="spellEnd"/>
      <w:r w:rsidRPr="00C86A0D">
        <w:rPr>
          <w:rFonts w:cstheme="majorHAnsi"/>
          <w:sz w:val="18"/>
          <w:szCs w:val="18"/>
        </w:rPr>
        <w:t xml:space="preserve"> </w:t>
      </w:r>
      <w:proofErr w:type="spellStart"/>
      <w:r w:rsidRPr="00C86A0D">
        <w:rPr>
          <w:rFonts w:ascii="Sylfaen" w:hAnsi="Sylfaen" w:cs="Sylfaen"/>
          <w:sz w:val="18"/>
          <w:szCs w:val="18"/>
        </w:rPr>
        <w:t>დაწესებულების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დამოუკიდებელი</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იქნება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მომზადებული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დასკვნა</w:t>
      </w:r>
      <w:proofErr w:type="spellEnd"/>
      <w:r w:rsidRPr="00C86A0D">
        <w:rPr>
          <w:rFonts w:cstheme="majorHAnsi"/>
          <w:sz w:val="18"/>
          <w:szCs w:val="18"/>
        </w:rPr>
        <w:t xml:space="preserve">,  </w:t>
      </w:r>
      <w:proofErr w:type="spellStart"/>
      <w:r w:rsidRPr="00C86A0D">
        <w:rPr>
          <w:rFonts w:ascii="Sylfaen" w:hAnsi="Sylfaen" w:cs="Sylfaen"/>
          <w:sz w:val="18"/>
          <w:szCs w:val="18"/>
        </w:rPr>
        <w:t>ასეთ</w:t>
      </w:r>
      <w:proofErr w:type="spellEnd"/>
      <w:r w:rsidRPr="00C86A0D">
        <w:rPr>
          <w:rFonts w:cstheme="majorHAnsi"/>
          <w:sz w:val="18"/>
          <w:szCs w:val="18"/>
        </w:rPr>
        <w:t xml:space="preserve"> </w:t>
      </w:r>
      <w:proofErr w:type="spellStart"/>
      <w:r w:rsidRPr="00C86A0D">
        <w:rPr>
          <w:rFonts w:ascii="Sylfaen" w:hAnsi="Sylfaen" w:cs="Sylfaen"/>
          <w:sz w:val="18"/>
          <w:szCs w:val="18"/>
        </w:rPr>
        <w:t>დროს</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w:t>
      </w:r>
      <w:proofErr w:type="spellEnd"/>
      <w:r w:rsidRPr="00C86A0D">
        <w:rPr>
          <w:rFonts w:cstheme="majorHAnsi"/>
          <w:sz w:val="18"/>
          <w:szCs w:val="18"/>
        </w:rPr>
        <w:t xml:space="preserve"> </w:t>
      </w:r>
      <w:proofErr w:type="spellStart"/>
      <w:r w:rsidRPr="00C86A0D">
        <w:rPr>
          <w:rFonts w:ascii="Sylfaen" w:hAnsi="Sylfaen" w:cs="Sylfaen"/>
          <w:sz w:val="18"/>
          <w:szCs w:val="18"/>
        </w:rPr>
        <w:t>ვალდებულია</w:t>
      </w:r>
      <w:proofErr w:type="spellEnd"/>
      <w:r w:rsidRPr="00C86A0D">
        <w:rPr>
          <w:rFonts w:cstheme="majorHAnsi"/>
          <w:sz w:val="18"/>
          <w:szCs w:val="18"/>
        </w:rPr>
        <w:t xml:space="preserve">, </w:t>
      </w:r>
      <w:r w:rsidR="00D36BEA">
        <w:rPr>
          <w:rFonts w:ascii="Sylfaen" w:hAnsi="Sylfaen" w:cs="Sylfaen"/>
          <w:sz w:val="18"/>
          <w:szCs w:val="18"/>
          <w:lang w:val="ka-GE"/>
        </w:rPr>
        <w:t>მენარდეს</w:t>
      </w:r>
      <w:r w:rsidRPr="00C86A0D">
        <w:rPr>
          <w:rFonts w:cstheme="majorHAnsi"/>
          <w:sz w:val="18"/>
          <w:szCs w:val="18"/>
        </w:rPr>
        <w:t xml:space="preserve"> </w:t>
      </w:r>
      <w:proofErr w:type="spellStart"/>
      <w:r w:rsidRPr="00C86A0D">
        <w:rPr>
          <w:rFonts w:ascii="Sylfaen" w:hAnsi="Sylfaen" w:cs="Sylfaen"/>
          <w:sz w:val="18"/>
          <w:szCs w:val="18"/>
        </w:rPr>
        <w:t>გადაუხადოს</w:t>
      </w:r>
      <w:proofErr w:type="spellEnd"/>
      <w:r w:rsidRPr="00C86A0D">
        <w:rPr>
          <w:rFonts w:cstheme="majorHAnsi"/>
          <w:sz w:val="18"/>
          <w:szCs w:val="18"/>
        </w:rPr>
        <w:t xml:space="preserve"> </w:t>
      </w:r>
      <w:proofErr w:type="spellStart"/>
      <w:r w:rsidRPr="00C86A0D">
        <w:rPr>
          <w:rFonts w:ascii="Sylfaen" w:hAnsi="Sylfaen" w:cs="Sylfaen"/>
          <w:sz w:val="18"/>
          <w:szCs w:val="18"/>
        </w:rPr>
        <w:t>დაკავებული</w:t>
      </w:r>
      <w:proofErr w:type="spellEnd"/>
      <w:r w:rsidR="00D36BEA">
        <w:rPr>
          <w:rFonts w:cstheme="majorHAnsi"/>
          <w:sz w:val="18"/>
          <w:szCs w:val="18"/>
        </w:rPr>
        <w:t xml:space="preserve"> </w:t>
      </w:r>
      <w:r w:rsidR="00D36BEA">
        <w:rPr>
          <w:rFonts w:ascii="Sylfaen" w:hAnsi="Sylfaen" w:cstheme="majorHAnsi"/>
          <w:sz w:val="18"/>
          <w:szCs w:val="18"/>
          <w:lang w:val="ka-GE"/>
        </w:rPr>
        <w:t>(</w:t>
      </w:r>
      <w:proofErr w:type="spellStart"/>
      <w:r w:rsidRPr="00C86A0D">
        <w:rPr>
          <w:rFonts w:ascii="Sylfaen" w:hAnsi="Sylfaen" w:cs="Sylfaen"/>
          <w:sz w:val="18"/>
          <w:szCs w:val="18"/>
        </w:rPr>
        <w:t>ეტაპის</w:t>
      </w:r>
      <w:proofErr w:type="spellEnd"/>
      <w:r w:rsidR="00D36BEA">
        <w:rPr>
          <w:rFonts w:ascii="Sylfaen" w:hAnsi="Sylfaen" w:cstheme="majorHAnsi"/>
          <w:sz w:val="18"/>
          <w:szCs w:val="18"/>
          <w:lang w:val="ka-GE"/>
        </w:rPr>
        <w:t>)</w:t>
      </w:r>
      <w:r w:rsidRPr="00C86A0D">
        <w:rPr>
          <w:rFonts w:cstheme="majorHAnsi"/>
          <w:sz w:val="18"/>
          <w:szCs w:val="18"/>
        </w:rPr>
        <w:t xml:space="preserve"> </w:t>
      </w:r>
      <w:proofErr w:type="spellStart"/>
      <w:r w:rsidRPr="00C86A0D">
        <w:rPr>
          <w:rFonts w:ascii="Sylfaen" w:hAnsi="Sylfaen" w:cs="Sylfaen"/>
          <w:sz w:val="18"/>
          <w:szCs w:val="18"/>
        </w:rPr>
        <w:t>თანხა</w:t>
      </w:r>
      <w:proofErr w:type="spellEnd"/>
      <w:r w:rsidRPr="00C86A0D">
        <w:rPr>
          <w:rFonts w:cstheme="majorHAnsi"/>
          <w:sz w:val="18"/>
          <w:szCs w:val="18"/>
        </w:rPr>
        <w:t xml:space="preserve"> </w:t>
      </w:r>
      <w:proofErr w:type="spellStart"/>
      <w:r w:rsidRPr="00C86A0D">
        <w:rPr>
          <w:rFonts w:ascii="Sylfaen" w:hAnsi="Sylfaen" w:cs="Sylfaen"/>
          <w:sz w:val="18"/>
          <w:szCs w:val="18"/>
        </w:rPr>
        <w:t>სრული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ოდენობით</w:t>
      </w:r>
      <w:proofErr w:type="spellEnd"/>
      <w:r w:rsidRPr="00C86A0D">
        <w:rPr>
          <w:rFonts w:cstheme="majorHAnsi"/>
          <w:sz w:val="18"/>
          <w:szCs w:val="18"/>
        </w:rPr>
        <w:t xml:space="preserve">, </w:t>
      </w:r>
      <w:proofErr w:type="spellStart"/>
      <w:r w:rsidRPr="00C86A0D">
        <w:rPr>
          <w:rFonts w:ascii="Sylfaen" w:hAnsi="Sylfaen" w:cs="Sylfaen"/>
          <w:sz w:val="18"/>
          <w:szCs w:val="18"/>
        </w:rPr>
        <w:t>ხოლო</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დასრულების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შემდგომ</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ჩარიცხულ</w:t>
      </w:r>
      <w:proofErr w:type="spellEnd"/>
      <w:r w:rsidRPr="00C86A0D">
        <w:rPr>
          <w:rFonts w:cstheme="majorHAnsi"/>
          <w:sz w:val="18"/>
          <w:szCs w:val="18"/>
        </w:rPr>
        <w:t xml:space="preserve"> </w:t>
      </w:r>
      <w:proofErr w:type="spellStart"/>
      <w:r w:rsidRPr="00C86A0D">
        <w:rPr>
          <w:rFonts w:ascii="Sylfaen" w:hAnsi="Sylfaen" w:cs="Sylfaen"/>
          <w:sz w:val="18"/>
          <w:szCs w:val="18"/>
        </w:rPr>
        <w:t>თანხასა</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ღირებულებას</w:t>
      </w:r>
      <w:proofErr w:type="spellEnd"/>
      <w:r w:rsidRPr="00C86A0D">
        <w:rPr>
          <w:rFonts w:cstheme="majorHAnsi"/>
          <w:sz w:val="18"/>
          <w:szCs w:val="18"/>
        </w:rPr>
        <w:t xml:space="preserve"> </w:t>
      </w:r>
      <w:proofErr w:type="spellStart"/>
      <w:r w:rsidRPr="00C86A0D">
        <w:rPr>
          <w:rFonts w:ascii="Sylfaen" w:hAnsi="Sylfaen" w:cs="Sylfaen"/>
          <w:sz w:val="18"/>
          <w:szCs w:val="18"/>
        </w:rPr>
        <w:t>შორის</w:t>
      </w:r>
      <w:proofErr w:type="spellEnd"/>
      <w:r w:rsidRPr="00C86A0D">
        <w:rPr>
          <w:rFonts w:cstheme="majorHAnsi"/>
          <w:sz w:val="18"/>
          <w:szCs w:val="18"/>
        </w:rPr>
        <w:t xml:space="preserve">, </w:t>
      </w:r>
      <w:proofErr w:type="spellStart"/>
      <w:r w:rsidRPr="00C86A0D">
        <w:rPr>
          <w:rFonts w:ascii="Sylfaen" w:hAnsi="Sylfaen" w:cs="Sylfaen"/>
          <w:sz w:val="18"/>
          <w:szCs w:val="18"/>
        </w:rPr>
        <w:t>რომელზეც</w:t>
      </w:r>
      <w:proofErr w:type="spellEnd"/>
      <w:r w:rsidRPr="00C86A0D">
        <w:rPr>
          <w:rFonts w:cstheme="majorHAnsi"/>
          <w:sz w:val="18"/>
          <w:szCs w:val="18"/>
        </w:rPr>
        <w:t xml:space="preserve"> </w:t>
      </w:r>
      <w:proofErr w:type="spellStart"/>
      <w:r w:rsidRPr="00C86A0D">
        <w:rPr>
          <w:rFonts w:ascii="Sylfaen" w:hAnsi="Sylfaen" w:cs="Sylfaen"/>
          <w:sz w:val="18"/>
          <w:szCs w:val="18"/>
        </w:rPr>
        <w:t>განხორციელდა</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ექსპერტიზა</w:t>
      </w:r>
      <w:proofErr w:type="spellEnd"/>
      <w:r w:rsidRPr="00C86A0D">
        <w:rPr>
          <w:rFonts w:cstheme="majorHAnsi"/>
          <w:sz w:val="18"/>
          <w:szCs w:val="18"/>
        </w:rPr>
        <w:t xml:space="preserve">, </w:t>
      </w:r>
      <w:proofErr w:type="spellStart"/>
      <w:r w:rsidRPr="00C86A0D">
        <w:rPr>
          <w:rFonts w:ascii="Sylfaen" w:hAnsi="Sylfaen" w:cs="Sylfaen"/>
          <w:sz w:val="18"/>
          <w:szCs w:val="18"/>
        </w:rPr>
        <w:t>იქნება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სხვაობა</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მხარეთა</w:t>
      </w:r>
      <w:proofErr w:type="spellEnd"/>
      <w:r w:rsidRPr="00C86A0D">
        <w:rPr>
          <w:rFonts w:cstheme="majorHAnsi"/>
          <w:sz w:val="18"/>
          <w:szCs w:val="18"/>
        </w:rPr>
        <w:t xml:space="preserve"> </w:t>
      </w:r>
      <w:proofErr w:type="spellStart"/>
      <w:r w:rsidRPr="00C86A0D">
        <w:rPr>
          <w:rFonts w:ascii="Sylfaen" w:hAnsi="Sylfaen" w:cs="Sylfaen"/>
          <w:sz w:val="18"/>
          <w:szCs w:val="18"/>
        </w:rPr>
        <w:t>შორის</w:t>
      </w:r>
      <w:proofErr w:type="spellEnd"/>
      <w:r w:rsidRPr="00C86A0D">
        <w:rPr>
          <w:rFonts w:cstheme="majorHAnsi"/>
          <w:sz w:val="18"/>
          <w:szCs w:val="18"/>
        </w:rPr>
        <w:t xml:space="preserve"> </w:t>
      </w:r>
      <w:proofErr w:type="spellStart"/>
      <w:r w:rsidRPr="00C86A0D">
        <w:rPr>
          <w:rFonts w:ascii="Sylfaen" w:hAnsi="Sylfaen" w:cs="Sylfaen"/>
          <w:sz w:val="18"/>
          <w:szCs w:val="18"/>
        </w:rPr>
        <w:t>მოხდება</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შესაბამისი</w:t>
      </w:r>
      <w:proofErr w:type="spellEnd"/>
      <w:r w:rsidRPr="00C86A0D">
        <w:rPr>
          <w:rFonts w:cstheme="majorHAnsi"/>
          <w:sz w:val="18"/>
          <w:szCs w:val="18"/>
        </w:rPr>
        <w:t xml:space="preserve"> </w:t>
      </w:r>
      <w:proofErr w:type="spellStart"/>
      <w:r w:rsidRPr="00C86A0D">
        <w:rPr>
          <w:rFonts w:ascii="Sylfaen" w:hAnsi="Sylfaen" w:cs="Sylfaen"/>
          <w:sz w:val="18"/>
          <w:szCs w:val="18"/>
        </w:rPr>
        <w:t>ანგარიშსწორება</w:t>
      </w:r>
      <w:proofErr w:type="spellEnd"/>
      <w:r w:rsidRPr="00C86A0D">
        <w:rPr>
          <w:rFonts w:cstheme="majorHAnsi"/>
          <w:sz w:val="18"/>
          <w:szCs w:val="18"/>
        </w:rPr>
        <w:t>.</w:t>
      </w:r>
      <w:r w:rsidR="00823044">
        <w:rPr>
          <w:rFonts w:cstheme="majorHAnsi"/>
          <w:sz w:val="18"/>
          <w:szCs w:val="18"/>
        </w:rPr>
        <w:t xml:space="preserve"> </w:t>
      </w:r>
      <w:proofErr w:type="spellStart"/>
      <w:r w:rsidRPr="00C86A0D">
        <w:rPr>
          <w:rFonts w:ascii="Sylfaen" w:hAnsi="Sylfaen" w:cs="Sylfaen"/>
          <w:sz w:val="18"/>
          <w:szCs w:val="18"/>
        </w:rPr>
        <w:t>ამასთან</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w:t>
      </w:r>
      <w:proofErr w:type="spellEnd"/>
      <w:r w:rsidRPr="00C86A0D">
        <w:rPr>
          <w:rFonts w:cstheme="majorHAnsi"/>
          <w:sz w:val="18"/>
          <w:szCs w:val="18"/>
        </w:rPr>
        <w:t xml:space="preserve"> </w:t>
      </w:r>
      <w:proofErr w:type="spellStart"/>
      <w:r w:rsidRPr="00C86A0D">
        <w:rPr>
          <w:rFonts w:ascii="Sylfaen" w:hAnsi="Sylfaen" w:cs="Sylfaen"/>
          <w:sz w:val="18"/>
          <w:szCs w:val="18"/>
        </w:rPr>
        <w:t>გამოიყენებს</w:t>
      </w:r>
      <w:proofErr w:type="spellEnd"/>
      <w:r w:rsidRPr="00C86A0D">
        <w:rPr>
          <w:rFonts w:cstheme="majorHAnsi"/>
          <w:sz w:val="18"/>
          <w:szCs w:val="18"/>
        </w:rPr>
        <w:t xml:space="preserve"> </w:t>
      </w:r>
      <w:proofErr w:type="spellStart"/>
      <w:r w:rsidRPr="00C86A0D">
        <w:rPr>
          <w:rFonts w:ascii="Sylfaen" w:hAnsi="Sylfaen" w:cs="Sylfaen"/>
          <w:sz w:val="18"/>
          <w:szCs w:val="18"/>
        </w:rPr>
        <w:t>ამ</w:t>
      </w:r>
      <w:proofErr w:type="spellEnd"/>
      <w:r w:rsidRPr="00C86A0D">
        <w:rPr>
          <w:rFonts w:cstheme="majorHAnsi"/>
          <w:sz w:val="18"/>
          <w:szCs w:val="18"/>
        </w:rPr>
        <w:t xml:space="preserve"> </w:t>
      </w:r>
      <w:proofErr w:type="spellStart"/>
      <w:r w:rsidRPr="00C86A0D">
        <w:rPr>
          <w:rFonts w:ascii="Sylfaen" w:hAnsi="Sylfaen" w:cs="Sylfaen"/>
          <w:sz w:val="18"/>
          <w:szCs w:val="18"/>
        </w:rPr>
        <w:t>მუხლით</w:t>
      </w:r>
      <w:proofErr w:type="spellEnd"/>
      <w:r w:rsidRPr="00C86A0D">
        <w:rPr>
          <w:rFonts w:cstheme="majorHAnsi"/>
          <w:sz w:val="18"/>
          <w:szCs w:val="18"/>
        </w:rPr>
        <w:t xml:space="preserve"> </w:t>
      </w:r>
      <w:proofErr w:type="spellStart"/>
      <w:r w:rsidRPr="00C86A0D">
        <w:rPr>
          <w:rFonts w:ascii="Sylfaen" w:hAnsi="Sylfaen" w:cs="Sylfaen"/>
          <w:sz w:val="18"/>
          <w:szCs w:val="18"/>
        </w:rPr>
        <w:t>მინიჭებულ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უფლებამოსილებას</w:t>
      </w:r>
      <w:proofErr w:type="spellEnd"/>
      <w:r w:rsidR="00D36BEA">
        <w:rPr>
          <w:rFonts w:cstheme="majorHAnsi"/>
          <w:sz w:val="18"/>
          <w:szCs w:val="18"/>
        </w:rPr>
        <w:t xml:space="preserve"> </w:t>
      </w:r>
      <w:r w:rsidR="00D36BEA">
        <w:rPr>
          <w:rFonts w:ascii="Sylfaen" w:hAnsi="Sylfaen" w:cstheme="majorHAnsi"/>
          <w:sz w:val="18"/>
          <w:szCs w:val="18"/>
          <w:lang w:val="ka-GE"/>
        </w:rPr>
        <w:t>(</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შემოწმება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სსიპ</w:t>
      </w:r>
      <w:proofErr w:type="spellEnd"/>
      <w:r w:rsidRPr="00C86A0D">
        <w:rPr>
          <w:rFonts w:cstheme="majorHAnsi"/>
          <w:sz w:val="18"/>
          <w:szCs w:val="18"/>
        </w:rPr>
        <w:t xml:space="preserve"> „</w:t>
      </w:r>
      <w:proofErr w:type="spellStart"/>
      <w:r w:rsidRPr="00C86A0D">
        <w:rPr>
          <w:rFonts w:ascii="Sylfaen" w:hAnsi="Sylfaen" w:cs="Sylfaen"/>
          <w:sz w:val="18"/>
          <w:szCs w:val="18"/>
        </w:rPr>
        <w:t>ლევან</w:t>
      </w:r>
      <w:proofErr w:type="spellEnd"/>
      <w:r w:rsidRPr="00C86A0D">
        <w:rPr>
          <w:rFonts w:cstheme="majorHAnsi"/>
          <w:sz w:val="18"/>
          <w:szCs w:val="18"/>
        </w:rPr>
        <w:t xml:space="preserve"> </w:t>
      </w:r>
      <w:proofErr w:type="spellStart"/>
      <w:r w:rsidRPr="00C86A0D">
        <w:rPr>
          <w:rFonts w:ascii="Sylfaen" w:hAnsi="Sylfaen" w:cs="Sylfaen"/>
          <w:sz w:val="18"/>
          <w:szCs w:val="18"/>
        </w:rPr>
        <w:t>სამხარაულის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სახელობის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სასამართლო</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ეროვნული</w:t>
      </w:r>
      <w:proofErr w:type="spellEnd"/>
      <w:r w:rsidRPr="00C86A0D">
        <w:rPr>
          <w:rFonts w:cstheme="majorHAnsi"/>
          <w:sz w:val="18"/>
          <w:szCs w:val="18"/>
        </w:rPr>
        <w:t xml:space="preserve"> </w:t>
      </w:r>
      <w:proofErr w:type="spellStart"/>
      <w:r w:rsidRPr="00C86A0D">
        <w:rPr>
          <w:rFonts w:ascii="Sylfaen" w:hAnsi="Sylfaen" w:cs="Sylfaen"/>
          <w:sz w:val="18"/>
          <w:szCs w:val="18"/>
        </w:rPr>
        <w:t>ბიუროს</w:t>
      </w:r>
      <w:proofErr w:type="spellEnd"/>
      <w:r w:rsidR="00D36BEA">
        <w:rPr>
          <w:rFonts w:cstheme="majorHAnsi"/>
          <w:sz w:val="18"/>
          <w:szCs w:val="18"/>
        </w:rPr>
        <w:t>“</w:t>
      </w:r>
      <w:r w:rsidR="00D36BEA">
        <w:rPr>
          <w:rFonts w:ascii="Sylfaen" w:hAnsi="Sylfaen" w:cstheme="majorHAnsi"/>
          <w:sz w:val="18"/>
          <w:szCs w:val="18"/>
          <w:lang w:val="ka-GE"/>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აკრედიტირებული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საექსპერტო</w:t>
      </w:r>
      <w:proofErr w:type="spellEnd"/>
      <w:r w:rsidRPr="00C86A0D">
        <w:rPr>
          <w:rFonts w:cstheme="majorHAnsi"/>
          <w:sz w:val="18"/>
          <w:szCs w:val="18"/>
        </w:rPr>
        <w:t xml:space="preserve"> </w:t>
      </w:r>
      <w:proofErr w:type="spellStart"/>
      <w:r w:rsidRPr="00C86A0D">
        <w:rPr>
          <w:rFonts w:ascii="Sylfaen" w:hAnsi="Sylfaen" w:cs="Sylfaen"/>
          <w:sz w:val="18"/>
          <w:szCs w:val="18"/>
        </w:rPr>
        <w:t>დაწესებულების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დამოუკიდებელი</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00D36BEA">
        <w:rPr>
          <w:rFonts w:ascii="Sylfaen" w:hAnsi="Sylfaen" w:cstheme="majorHAnsi"/>
          <w:sz w:val="18"/>
          <w:szCs w:val="18"/>
          <w:lang w:val="ka-GE"/>
        </w:rPr>
        <w:t>)</w:t>
      </w:r>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შესამოწმებელი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სამუშოები</w:t>
      </w:r>
      <w:proofErr w:type="spellEnd"/>
      <w:r w:rsidR="00327AF8">
        <w:rPr>
          <w:rFonts w:ascii="Sylfaen" w:hAnsi="Sylfaen" w:cs="Sylfaen"/>
          <w:sz w:val="18"/>
          <w:szCs w:val="18"/>
        </w:rPr>
        <w:t xml:space="preserve"> </w:t>
      </w:r>
      <w:proofErr w:type="spellStart"/>
      <w:r w:rsidRPr="00C86A0D">
        <w:rPr>
          <w:rFonts w:ascii="Sylfaen" w:hAnsi="Sylfaen" w:cs="Sylfaen"/>
          <w:sz w:val="18"/>
          <w:szCs w:val="18"/>
        </w:rPr>
        <w:t>წარმოადგენენ</w:t>
      </w:r>
      <w:proofErr w:type="spellEnd"/>
      <w:r w:rsidRPr="00C86A0D">
        <w:rPr>
          <w:rFonts w:cstheme="majorHAnsi"/>
          <w:sz w:val="18"/>
          <w:szCs w:val="18"/>
        </w:rPr>
        <w:t xml:space="preserve"> </w:t>
      </w:r>
      <w:proofErr w:type="spellStart"/>
      <w:r w:rsidRPr="00C86A0D">
        <w:rPr>
          <w:rFonts w:ascii="Sylfaen" w:hAnsi="Sylfaen" w:cs="Sylfaen"/>
          <w:sz w:val="18"/>
          <w:szCs w:val="18"/>
        </w:rPr>
        <w:t>იმგვარ</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სამუშაოებს</w:t>
      </w:r>
      <w:proofErr w:type="spellEnd"/>
      <w:r w:rsidRPr="00C86A0D">
        <w:rPr>
          <w:rFonts w:cstheme="majorHAnsi"/>
          <w:sz w:val="18"/>
          <w:szCs w:val="18"/>
        </w:rPr>
        <w:t xml:space="preserve">, </w:t>
      </w:r>
      <w:proofErr w:type="spellStart"/>
      <w:r w:rsidRPr="00C86A0D">
        <w:rPr>
          <w:rFonts w:ascii="Sylfaen" w:hAnsi="Sylfaen" w:cs="Sylfaen"/>
          <w:sz w:val="18"/>
          <w:szCs w:val="18"/>
        </w:rPr>
        <w:t>რომელთა</w:t>
      </w:r>
      <w:proofErr w:type="spellEnd"/>
      <w:r w:rsidRPr="00C86A0D">
        <w:rPr>
          <w:rFonts w:cstheme="majorHAnsi"/>
          <w:sz w:val="18"/>
          <w:szCs w:val="18"/>
        </w:rPr>
        <w:t xml:space="preserve"> </w:t>
      </w:r>
      <w:proofErr w:type="spellStart"/>
      <w:r w:rsidRPr="00C86A0D">
        <w:rPr>
          <w:rFonts w:ascii="Sylfaen" w:hAnsi="Sylfaen" w:cs="Sylfaen"/>
          <w:sz w:val="18"/>
          <w:szCs w:val="18"/>
        </w:rPr>
        <w:t>ხარვეზის</w:t>
      </w:r>
      <w:proofErr w:type="spellEnd"/>
      <w:r w:rsidRPr="00C86A0D">
        <w:rPr>
          <w:rFonts w:cstheme="majorHAnsi"/>
          <w:sz w:val="18"/>
          <w:szCs w:val="18"/>
        </w:rPr>
        <w:t xml:space="preserve"> </w:t>
      </w:r>
      <w:proofErr w:type="spellStart"/>
      <w:r w:rsidRPr="00C86A0D">
        <w:rPr>
          <w:rFonts w:ascii="Sylfaen" w:hAnsi="Sylfaen" w:cs="Sylfaen"/>
          <w:sz w:val="18"/>
          <w:szCs w:val="18"/>
        </w:rPr>
        <w:t>აღმოჩენის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დგება</w:t>
      </w:r>
      <w:proofErr w:type="spellEnd"/>
      <w:r w:rsidRPr="00C86A0D">
        <w:rPr>
          <w:rFonts w:cstheme="majorHAnsi"/>
          <w:sz w:val="18"/>
          <w:szCs w:val="18"/>
        </w:rPr>
        <w:t xml:space="preserve"> </w:t>
      </w:r>
      <w:proofErr w:type="spellStart"/>
      <w:r w:rsidRPr="00C86A0D">
        <w:rPr>
          <w:rFonts w:ascii="Sylfaen" w:hAnsi="Sylfaen" w:cs="Sylfaen"/>
          <w:sz w:val="18"/>
          <w:szCs w:val="18"/>
        </w:rPr>
        <w:t>მათი</w:t>
      </w:r>
      <w:proofErr w:type="spellEnd"/>
      <w:r w:rsidRPr="00C86A0D">
        <w:rPr>
          <w:rFonts w:cstheme="majorHAnsi"/>
          <w:sz w:val="18"/>
          <w:szCs w:val="18"/>
        </w:rPr>
        <w:t xml:space="preserve"> </w:t>
      </w:r>
      <w:proofErr w:type="spellStart"/>
      <w:r w:rsidRPr="00C86A0D">
        <w:rPr>
          <w:rFonts w:ascii="Sylfaen" w:hAnsi="Sylfaen" w:cs="Sylfaen"/>
          <w:sz w:val="18"/>
          <w:szCs w:val="18"/>
        </w:rPr>
        <w:t>დემონტაჟის</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ხელახლა</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აუცილებლობა</w:t>
      </w:r>
      <w:proofErr w:type="spellEnd"/>
      <w:r w:rsidRPr="00C86A0D">
        <w:rPr>
          <w:rFonts w:cstheme="majorHAnsi"/>
          <w:sz w:val="18"/>
          <w:szCs w:val="18"/>
        </w:rPr>
        <w:t xml:space="preserve">, </w:t>
      </w:r>
      <w:proofErr w:type="spellStart"/>
      <w:r w:rsidRPr="00C86A0D">
        <w:rPr>
          <w:rFonts w:ascii="Sylfaen" w:hAnsi="Sylfaen" w:cs="Sylfaen"/>
          <w:sz w:val="18"/>
          <w:szCs w:val="18"/>
        </w:rPr>
        <w:t>ასეთ</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00327AF8">
        <w:rPr>
          <w:rFonts w:ascii="Sylfaen" w:hAnsi="Sylfaen" w:cs="Sylfaen"/>
          <w:sz w:val="18"/>
          <w:szCs w:val="18"/>
        </w:rPr>
        <w:t xml:space="preserve"> </w:t>
      </w:r>
      <w:r w:rsidR="00D36BEA">
        <w:rPr>
          <w:rFonts w:ascii="Sylfaen" w:hAnsi="Sylfaen" w:cs="Sylfaen"/>
          <w:sz w:val="18"/>
          <w:szCs w:val="18"/>
          <w:lang w:val="ka-GE"/>
        </w:rPr>
        <w:t>მენარდე</w:t>
      </w:r>
      <w:r w:rsidRPr="00C86A0D">
        <w:rPr>
          <w:rFonts w:cstheme="majorHAnsi"/>
          <w:sz w:val="18"/>
          <w:szCs w:val="18"/>
        </w:rPr>
        <w:t xml:space="preserve"> </w:t>
      </w:r>
      <w:proofErr w:type="spellStart"/>
      <w:r w:rsidRPr="00C86A0D">
        <w:rPr>
          <w:rFonts w:ascii="Sylfaen" w:hAnsi="Sylfaen" w:cs="Sylfaen"/>
          <w:sz w:val="18"/>
          <w:szCs w:val="18"/>
        </w:rPr>
        <w:t>უფლებამოსილია</w:t>
      </w:r>
      <w:proofErr w:type="spellEnd"/>
      <w:r w:rsidR="00327AF8">
        <w:rPr>
          <w:rFonts w:ascii="Sylfaen" w:hAnsi="Sylfaen" w:cs="Sylfaen"/>
          <w:sz w:val="18"/>
          <w:szCs w:val="18"/>
        </w:rPr>
        <w:t xml:space="preserve"> </w:t>
      </w:r>
      <w:proofErr w:type="spellStart"/>
      <w:r w:rsidRPr="00C86A0D">
        <w:rPr>
          <w:rFonts w:ascii="Sylfaen" w:hAnsi="Sylfaen" w:cs="Sylfaen"/>
          <w:sz w:val="18"/>
          <w:szCs w:val="18"/>
        </w:rPr>
        <w:t>ექსპერტის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დასკვნის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მიღებამდე</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დამკვეთთან</w:t>
      </w:r>
      <w:proofErr w:type="spellEnd"/>
      <w:r w:rsidRPr="00C86A0D">
        <w:rPr>
          <w:rFonts w:cstheme="majorHAnsi"/>
          <w:sz w:val="18"/>
          <w:szCs w:val="18"/>
        </w:rPr>
        <w:t xml:space="preserve"> </w:t>
      </w:r>
      <w:proofErr w:type="spellStart"/>
      <w:r w:rsidRPr="00C86A0D">
        <w:rPr>
          <w:rFonts w:ascii="Sylfaen" w:hAnsi="Sylfaen" w:cs="Sylfaen"/>
          <w:sz w:val="18"/>
          <w:szCs w:val="18"/>
        </w:rPr>
        <w:t>შეთანხმებით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შეაჩეროს</w:t>
      </w:r>
      <w:proofErr w:type="spellEnd"/>
      <w:r w:rsidRPr="00C86A0D">
        <w:rPr>
          <w:rFonts w:cstheme="majorHAnsi"/>
          <w:sz w:val="18"/>
          <w:szCs w:val="18"/>
        </w:rPr>
        <w:t xml:space="preserve"> </w:t>
      </w:r>
      <w:proofErr w:type="spellStart"/>
      <w:r w:rsidRPr="00C86A0D">
        <w:rPr>
          <w:rFonts w:ascii="Sylfaen" w:hAnsi="Sylfaen" w:cs="Sylfaen"/>
          <w:sz w:val="18"/>
          <w:szCs w:val="18"/>
        </w:rPr>
        <w:t>ობიექტზე</w:t>
      </w:r>
      <w:proofErr w:type="spellEnd"/>
      <w:r w:rsidRPr="00C86A0D">
        <w:rPr>
          <w:rFonts w:cstheme="majorHAnsi"/>
          <w:sz w:val="18"/>
          <w:szCs w:val="18"/>
        </w:rPr>
        <w:t xml:space="preserve"> </w:t>
      </w:r>
      <w:proofErr w:type="spellStart"/>
      <w:r w:rsidRPr="00C86A0D">
        <w:rPr>
          <w:rFonts w:ascii="Sylfaen" w:hAnsi="Sylfaen" w:cs="Sylfaen"/>
          <w:sz w:val="18"/>
          <w:szCs w:val="18"/>
        </w:rPr>
        <w:t>მიმდინარე</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წარმოება</w:t>
      </w:r>
      <w:proofErr w:type="spellEnd"/>
      <w:r w:rsidRPr="00C86A0D">
        <w:rPr>
          <w:rFonts w:cstheme="majorHAnsi"/>
          <w:sz w:val="18"/>
          <w:szCs w:val="18"/>
        </w:rPr>
        <w:t xml:space="preserve">, </w:t>
      </w:r>
      <w:proofErr w:type="spellStart"/>
      <w:r w:rsidRPr="00C86A0D">
        <w:rPr>
          <w:rFonts w:ascii="Sylfaen" w:hAnsi="Sylfaen" w:cs="Sylfaen"/>
          <w:sz w:val="18"/>
          <w:szCs w:val="18"/>
        </w:rPr>
        <w:t>რაც</w:t>
      </w:r>
      <w:proofErr w:type="spellEnd"/>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ჩაითვლება</w:t>
      </w:r>
      <w:proofErr w:type="spellEnd"/>
      <w:r w:rsidRPr="00C86A0D">
        <w:rPr>
          <w:rFonts w:cstheme="majorHAnsi"/>
          <w:sz w:val="18"/>
          <w:szCs w:val="18"/>
        </w:rPr>
        <w:t xml:space="preserve"> </w:t>
      </w:r>
      <w:proofErr w:type="spellStart"/>
      <w:r w:rsidRPr="00C86A0D">
        <w:rPr>
          <w:rFonts w:ascii="Sylfaen" w:hAnsi="Sylfaen" w:cs="Sylfaen"/>
          <w:sz w:val="18"/>
          <w:szCs w:val="18"/>
        </w:rPr>
        <w:t>მენარდის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პირობების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დარღვევად</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შესაბამისად</w:t>
      </w:r>
      <w:proofErr w:type="spellEnd"/>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წარმოშობს</w:t>
      </w:r>
      <w:proofErr w:type="spellEnd"/>
      <w:r w:rsidRPr="00C86A0D">
        <w:rPr>
          <w:rFonts w:cstheme="majorHAnsi"/>
          <w:sz w:val="18"/>
          <w:szCs w:val="18"/>
        </w:rPr>
        <w:t xml:space="preserve"> </w:t>
      </w:r>
      <w:proofErr w:type="spellStart"/>
      <w:r w:rsidRPr="00C86A0D">
        <w:rPr>
          <w:rFonts w:ascii="Sylfaen" w:hAnsi="Sylfaen" w:cs="Sylfaen"/>
          <w:sz w:val="18"/>
          <w:szCs w:val="18"/>
        </w:rPr>
        <w:t>მეორე</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მხარის</w:t>
      </w:r>
      <w:proofErr w:type="spellEnd"/>
      <w:r w:rsidR="00D36BEA">
        <w:rPr>
          <w:rFonts w:cstheme="majorHAnsi"/>
          <w:sz w:val="18"/>
          <w:szCs w:val="18"/>
        </w:rPr>
        <w:t xml:space="preserve"> </w:t>
      </w:r>
      <w:r w:rsidR="00D36BEA">
        <w:rPr>
          <w:rFonts w:ascii="Sylfaen" w:hAnsi="Sylfaen" w:cstheme="majorHAnsi"/>
          <w:sz w:val="18"/>
          <w:szCs w:val="18"/>
          <w:lang w:val="ka-GE"/>
        </w:rPr>
        <w:t>(</w:t>
      </w:r>
      <w:proofErr w:type="spellStart"/>
      <w:r w:rsidRPr="00C86A0D">
        <w:rPr>
          <w:rFonts w:ascii="Sylfaen" w:hAnsi="Sylfaen" w:cs="Sylfaen"/>
          <w:sz w:val="18"/>
          <w:szCs w:val="18"/>
        </w:rPr>
        <w:t>დამკვეთის</w:t>
      </w:r>
      <w:proofErr w:type="spellEnd"/>
      <w:r w:rsidR="00D36BEA">
        <w:rPr>
          <w:rFonts w:ascii="Sylfaen" w:hAnsi="Sylfaen" w:cstheme="majorHAnsi"/>
          <w:sz w:val="18"/>
          <w:szCs w:val="18"/>
          <w:lang w:val="ka-GE"/>
        </w:rPr>
        <w:t xml:space="preserve">) </w:t>
      </w:r>
      <w:proofErr w:type="spellStart"/>
      <w:r w:rsidRPr="00C86A0D">
        <w:rPr>
          <w:rFonts w:ascii="Sylfaen" w:hAnsi="Sylfaen" w:cs="Sylfaen"/>
          <w:sz w:val="18"/>
          <w:szCs w:val="18"/>
        </w:rPr>
        <w:t>სასარგებლოდ</w:t>
      </w:r>
      <w:proofErr w:type="spellEnd"/>
      <w:r w:rsidRPr="00C86A0D">
        <w:rPr>
          <w:rFonts w:cstheme="majorHAnsi"/>
          <w:sz w:val="18"/>
          <w:szCs w:val="18"/>
        </w:rPr>
        <w:t xml:space="preserve"> </w:t>
      </w:r>
      <w:proofErr w:type="spellStart"/>
      <w:r w:rsidRPr="00C86A0D">
        <w:rPr>
          <w:rFonts w:ascii="Sylfaen" w:hAnsi="Sylfaen" w:cs="Sylfaen"/>
          <w:sz w:val="18"/>
          <w:szCs w:val="18"/>
        </w:rPr>
        <w:t>რაიმე</w:t>
      </w:r>
      <w:proofErr w:type="spellEnd"/>
      <w:r w:rsidRPr="00C86A0D">
        <w:rPr>
          <w:rFonts w:cstheme="majorHAnsi"/>
          <w:sz w:val="18"/>
          <w:szCs w:val="18"/>
        </w:rPr>
        <w:t xml:space="preserve"> </w:t>
      </w:r>
      <w:proofErr w:type="spellStart"/>
      <w:r w:rsidRPr="00C86A0D">
        <w:rPr>
          <w:rFonts w:ascii="Sylfaen" w:hAnsi="Sylfaen" w:cs="Sylfaen"/>
          <w:sz w:val="18"/>
          <w:szCs w:val="18"/>
        </w:rPr>
        <w:t>დამატებითი</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ზიანის</w:t>
      </w:r>
      <w:proofErr w:type="spellEnd"/>
      <w:r w:rsidRPr="00C86A0D">
        <w:rPr>
          <w:rFonts w:cstheme="majorHAnsi"/>
          <w:sz w:val="18"/>
          <w:szCs w:val="18"/>
        </w:rPr>
        <w:t xml:space="preserve"> </w:t>
      </w:r>
      <w:proofErr w:type="spellStart"/>
      <w:r w:rsidRPr="00C86A0D">
        <w:rPr>
          <w:rFonts w:ascii="Sylfaen" w:hAnsi="Sylfaen" w:cs="Sylfaen"/>
          <w:sz w:val="18"/>
          <w:szCs w:val="18"/>
        </w:rPr>
        <w:t>ანაზღაურების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პირგასამტეხლოს</w:t>
      </w:r>
      <w:proofErr w:type="spellEnd"/>
      <w:r w:rsidRPr="00C86A0D">
        <w:rPr>
          <w:rFonts w:cstheme="majorHAnsi"/>
          <w:sz w:val="18"/>
          <w:szCs w:val="18"/>
        </w:rPr>
        <w:t xml:space="preserve"> </w:t>
      </w:r>
      <w:proofErr w:type="spellStart"/>
      <w:r w:rsidRPr="00C86A0D">
        <w:rPr>
          <w:rFonts w:ascii="Sylfaen" w:hAnsi="Sylfaen" w:cs="Sylfaen"/>
          <w:sz w:val="18"/>
          <w:szCs w:val="18"/>
        </w:rPr>
        <w:t>გადახდის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ვალდებულებას</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მხარეები</w:t>
      </w:r>
      <w:proofErr w:type="spellEnd"/>
      <w:r w:rsidRPr="00C86A0D">
        <w:rPr>
          <w:rFonts w:cstheme="majorHAnsi"/>
          <w:sz w:val="18"/>
          <w:szCs w:val="18"/>
        </w:rPr>
        <w:t xml:space="preserve"> </w:t>
      </w:r>
      <w:proofErr w:type="spellStart"/>
      <w:r w:rsidRPr="00C86A0D">
        <w:rPr>
          <w:rFonts w:ascii="Sylfaen" w:hAnsi="Sylfaen" w:cs="Sylfaen"/>
          <w:sz w:val="18"/>
          <w:szCs w:val="18"/>
        </w:rPr>
        <w:t>ვადასტურებთ</w:t>
      </w:r>
      <w:proofErr w:type="spellEnd"/>
      <w:r w:rsidRPr="00C86A0D">
        <w:rPr>
          <w:rFonts w:cstheme="majorHAnsi"/>
          <w:sz w:val="18"/>
          <w:szCs w:val="18"/>
        </w:rPr>
        <w:t xml:space="preserve">, </w:t>
      </w:r>
      <w:proofErr w:type="spellStart"/>
      <w:r w:rsidRPr="00C86A0D">
        <w:rPr>
          <w:rFonts w:ascii="Sylfaen" w:hAnsi="Sylfaen" w:cs="Sylfaen"/>
          <w:sz w:val="18"/>
          <w:szCs w:val="18"/>
        </w:rPr>
        <w:t>რომ</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ამ</w:t>
      </w:r>
      <w:proofErr w:type="spellEnd"/>
      <w:r w:rsidRPr="00C86A0D">
        <w:rPr>
          <w:rFonts w:cstheme="majorHAnsi"/>
          <w:sz w:val="18"/>
          <w:szCs w:val="18"/>
        </w:rPr>
        <w:t xml:space="preserve"> </w:t>
      </w:r>
      <w:proofErr w:type="spellStart"/>
      <w:r w:rsidRPr="00C86A0D">
        <w:rPr>
          <w:rFonts w:ascii="Sylfaen" w:hAnsi="Sylfaen" w:cs="Sylfaen"/>
          <w:sz w:val="18"/>
          <w:szCs w:val="18"/>
        </w:rPr>
        <w:t>მუხლის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შესაბამისად</w:t>
      </w:r>
      <w:proofErr w:type="spellEnd"/>
      <w:r w:rsidRPr="00C86A0D">
        <w:rPr>
          <w:rFonts w:cstheme="majorHAnsi"/>
          <w:sz w:val="18"/>
          <w:szCs w:val="18"/>
        </w:rPr>
        <w:t xml:space="preserve"> </w:t>
      </w:r>
      <w:proofErr w:type="spellStart"/>
      <w:r w:rsidRPr="00C86A0D">
        <w:rPr>
          <w:rFonts w:ascii="Sylfaen" w:hAnsi="Sylfaen" w:cs="Sylfaen"/>
          <w:sz w:val="18"/>
          <w:szCs w:val="18"/>
        </w:rPr>
        <w:t>გადახდების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განხორციელება</w:t>
      </w:r>
      <w:proofErr w:type="spellEnd"/>
      <w:r w:rsidRPr="00C86A0D">
        <w:rPr>
          <w:rFonts w:cstheme="majorHAnsi"/>
          <w:sz w:val="18"/>
          <w:szCs w:val="18"/>
        </w:rPr>
        <w:t xml:space="preserve"> </w:t>
      </w:r>
      <w:proofErr w:type="spellStart"/>
      <w:r w:rsidRPr="00C86A0D">
        <w:rPr>
          <w:rFonts w:ascii="Sylfaen" w:hAnsi="Sylfaen" w:cs="Sylfaen"/>
          <w:sz w:val="18"/>
          <w:szCs w:val="18"/>
        </w:rPr>
        <w:t>მიიჩნევა</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მხარეთა</w:t>
      </w:r>
      <w:proofErr w:type="spellEnd"/>
      <w:r w:rsidRPr="00C86A0D">
        <w:rPr>
          <w:rFonts w:cstheme="majorHAnsi"/>
          <w:sz w:val="18"/>
          <w:szCs w:val="18"/>
        </w:rPr>
        <w:t xml:space="preserve"> </w:t>
      </w:r>
      <w:proofErr w:type="spellStart"/>
      <w:r w:rsidRPr="00C86A0D">
        <w:rPr>
          <w:rFonts w:ascii="Sylfaen" w:hAnsi="Sylfaen" w:cs="Sylfaen"/>
          <w:sz w:val="18"/>
          <w:szCs w:val="18"/>
        </w:rPr>
        <w:t>შორის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შეთანხმებულ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ვადაში</w:t>
      </w:r>
      <w:proofErr w:type="spellEnd"/>
      <w:r w:rsidRPr="00C86A0D">
        <w:rPr>
          <w:rFonts w:cstheme="majorHAnsi"/>
          <w:sz w:val="18"/>
          <w:szCs w:val="18"/>
        </w:rPr>
        <w:t xml:space="preserve"> </w:t>
      </w:r>
      <w:proofErr w:type="spellStart"/>
      <w:r w:rsidRPr="00C86A0D">
        <w:rPr>
          <w:rFonts w:ascii="Sylfaen" w:hAnsi="Sylfaen" w:cs="Sylfaen"/>
          <w:sz w:val="18"/>
          <w:szCs w:val="18"/>
        </w:rPr>
        <w:t>განხორციელებულ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ანგარიშსწორებად</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ჩაითვლება</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00D36BEA">
        <w:rPr>
          <w:rFonts w:ascii="Sylfaen" w:hAnsi="Sylfaen" w:cs="Sylfaen"/>
          <w:sz w:val="18"/>
          <w:szCs w:val="18"/>
          <w:lang w:val="ka-GE"/>
        </w:rPr>
        <w:t xml:space="preserve"> </w:t>
      </w:r>
      <w:proofErr w:type="spellStart"/>
      <w:r w:rsidRPr="00C86A0D">
        <w:rPr>
          <w:rFonts w:ascii="Sylfaen" w:hAnsi="Sylfaen" w:cs="Sylfaen"/>
          <w:sz w:val="18"/>
          <w:szCs w:val="18"/>
        </w:rPr>
        <w:t>ხელშეკრულების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პირობების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დარღვევად</w:t>
      </w:r>
      <w:proofErr w:type="spellEnd"/>
      <w:r w:rsidR="00D36BEA">
        <w:rPr>
          <w:rFonts w:ascii="Sylfaen" w:hAnsi="Sylfaen" w:cs="Sylfaen"/>
          <w:sz w:val="18"/>
          <w:szCs w:val="18"/>
          <w:lang w:val="ka-GE"/>
        </w:rPr>
        <w:t>.</w:t>
      </w:r>
    </w:p>
    <w:p w14:paraId="148FE332" w14:textId="07E5B5E2" w:rsidR="003C0249" w:rsidRPr="003C0249" w:rsidRDefault="003C0249" w:rsidP="00185C20">
      <w:pPr>
        <w:pStyle w:val="ListParagraph"/>
        <w:numPr>
          <w:ilvl w:val="2"/>
          <w:numId w:val="13"/>
        </w:numPr>
        <w:jc w:val="both"/>
        <w:rPr>
          <w:rFonts w:cstheme="majorHAnsi"/>
          <w:sz w:val="18"/>
          <w:szCs w:val="18"/>
        </w:rPr>
      </w:pPr>
      <w:proofErr w:type="spellStart"/>
      <w:r w:rsidRPr="003C0249">
        <w:rPr>
          <w:rFonts w:ascii="Sylfaen" w:hAnsi="Sylfaen" w:cs="Sylfaen"/>
          <w:sz w:val="18"/>
          <w:szCs w:val="18"/>
        </w:rPr>
        <w:t>სამუშაოების</w:t>
      </w:r>
      <w:proofErr w:type="spellEnd"/>
      <w:r w:rsidRPr="003C0249">
        <w:rPr>
          <w:sz w:val="18"/>
          <w:szCs w:val="18"/>
        </w:rPr>
        <w:t xml:space="preserve"> </w:t>
      </w:r>
      <w:proofErr w:type="spellStart"/>
      <w:r w:rsidRPr="003C0249">
        <w:rPr>
          <w:rFonts w:ascii="Sylfaen" w:hAnsi="Sylfaen" w:cs="Sylfaen"/>
          <w:sz w:val="18"/>
          <w:szCs w:val="18"/>
        </w:rPr>
        <w:t>დასრულების</w:t>
      </w:r>
      <w:proofErr w:type="spellEnd"/>
      <w:r w:rsidRPr="003C0249">
        <w:rPr>
          <w:sz w:val="18"/>
          <w:szCs w:val="18"/>
        </w:rPr>
        <w:t xml:space="preserve"> </w:t>
      </w:r>
      <w:proofErr w:type="spellStart"/>
      <w:r w:rsidRPr="003C0249">
        <w:rPr>
          <w:rFonts w:ascii="Sylfaen" w:hAnsi="Sylfaen" w:cs="Sylfaen"/>
          <w:sz w:val="18"/>
          <w:szCs w:val="18"/>
        </w:rPr>
        <w:t>შემდეგ</w:t>
      </w:r>
      <w:proofErr w:type="spellEnd"/>
      <w:r w:rsidRPr="003C0249">
        <w:rPr>
          <w:sz w:val="18"/>
          <w:szCs w:val="18"/>
        </w:rPr>
        <w:t xml:space="preserve"> </w:t>
      </w:r>
      <w:r w:rsidR="00D36BEA">
        <w:rPr>
          <w:rFonts w:ascii="Sylfaen" w:hAnsi="Sylfaen" w:cs="Sylfaen"/>
          <w:sz w:val="18"/>
          <w:szCs w:val="18"/>
          <w:lang w:val="ka-GE"/>
        </w:rPr>
        <w:t>მენარდე</w:t>
      </w:r>
      <w:r w:rsidRPr="003C0249">
        <w:rPr>
          <w:sz w:val="18"/>
          <w:szCs w:val="18"/>
        </w:rPr>
        <w:t xml:space="preserve"> </w:t>
      </w:r>
      <w:proofErr w:type="spellStart"/>
      <w:r w:rsidRPr="003C0249">
        <w:rPr>
          <w:rFonts w:ascii="Sylfaen" w:hAnsi="Sylfaen" w:cs="Sylfaen"/>
          <w:sz w:val="18"/>
          <w:szCs w:val="18"/>
        </w:rPr>
        <w:t>ვალდებულია</w:t>
      </w:r>
      <w:proofErr w:type="spellEnd"/>
      <w:r w:rsidRPr="003C0249">
        <w:rPr>
          <w:sz w:val="18"/>
          <w:szCs w:val="18"/>
        </w:rPr>
        <w:t xml:space="preserve"> </w:t>
      </w:r>
      <w:proofErr w:type="spellStart"/>
      <w:r w:rsidRPr="003C0249">
        <w:rPr>
          <w:rFonts w:ascii="Sylfaen" w:hAnsi="Sylfaen" w:cs="Sylfaen"/>
          <w:sz w:val="18"/>
          <w:szCs w:val="18"/>
        </w:rPr>
        <w:t>წარუდგინოს</w:t>
      </w:r>
      <w:proofErr w:type="spellEnd"/>
      <w:r w:rsidRPr="003C0249">
        <w:rPr>
          <w:sz w:val="18"/>
          <w:szCs w:val="18"/>
        </w:rPr>
        <w:t xml:space="preserve"> </w:t>
      </w:r>
      <w:proofErr w:type="spellStart"/>
      <w:r w:rsidRPr="003C0249">
        <w:rPr>
          <w:rFonts w:ascii="Sylfaen" w:hAnsi="Sylfaen" w:cs="Sylfaen"/>
          <w:sz w:val="18"/>
          <w:szCs w:val="18"/>
        </w:rPr>
        <w:t>დამკვეთს</w:t>
      </w:r>
      <w:proofErr w:type="spellEnd"/>
      <w:r w:rsidRPr="003C0249">
        <w:rPr>
          <w:sz w:val="18"/>
          <w:szCs w:val="18"/>
        </w:rPr>
        <w:t xml:space="preserve"> </w:t>
      </w:r>
      <w:proofErr w:type="spellStart"/>
      <w:r w:rsidRPr="003C0249">
        <w:rPr>
          <w:rFonts w:ascii="Sylfaen" w:hAnsi="Sylfaen" w:cs="Sylfaen"/>
          <w:sz w:val="18"/>
          <w:szCs w:val="18"/>
        </w:rPr>
        <w:t>საბოლოო</w:t>
      </w:r>
      <w:proofErr w:type="spellEnd"/>
      <w:r w:rsidRPr="003C0249">
        <w:rPr>
          <w:sz w:val="18"/>
          <w:szCs w:val="18"/>
        </w:rPr>
        <w:t xml:space="preserve"> </w:t>
      </w:r>
      <w:proofErr w:type="spellStart"/>
      <w:r w:rsidRPr="003C0249">
        <w:rPr>
          <w:rFonts w:ascii="Sylfaen" w:hAnsi="Sylfaen" w:cs="Sylfaen"/>
          <w:sz w:val="18"/>
          <w:szCs w:val="18"/>
        </w:rPr>
        <w:t>მიღება</w:t>
      </w:r>
      <w:r w:rsidRPr="003C0249">
        <w:rPr>
          <w:sz w:val="18"/>
          <w:szCs w:val="18"/>
        </w:rPr>
        <w:t>-</w:t>
      </w:r>
      <w:r w:rsidRPr="003C0249">
        <w:rPr>
          <w:rFonts w:ascii="Sylfaen" w:hAnsi="Sylfaen" w:cs="Sylfaen"/>
          <w:sz w:val="18"/>
          <w:szCs w:val="18"/>
        </w:rPr>
        <w:t>ჩაბარების</w:t>
      </w:r>
      <w:proofErr w:type="spellEnd"/>
      <w:r w:rsidRPr="003C0249">
        <w:rPr>
          <w:sz w:val="18"/>
          <w:szCs w:val="18"/>
        </w:rPr>
        <w:t xml:space="preserve"> </w:t>
      </w:r>
      <w:proofErr w:type="spellStart"/>
      <w:r w:rsidRPr="003C0249">
        <w:rPr>
          <w:rFonts w:ascii="Sylfaen" w:hAnsi="Sylfaen" w:cs="Sylfaen"/>
          <w:sz w:val="18"/>
          <w:szCs w:val="18"/>
        </w:rPr>
        <w:t>აქტი</w:t>
      </w:r>
      <w:proofErr w:type="spellEnd"/>
      <w:r w:rsidRPr="003C0249">
        <w:rPr>
          <w:sz w:val="18"/>
          <w:szCs w:val="18"/>
        </w:rPr>
        <w:t>.</w:t>
      </w:r>
      <w:r w:rsidR="00D36BEA">
        <w:rPr>
          <w:rFonts w:ascii="Sylfaen" w:hAnsi="Sylfaen"/>
          <w:sz w:val="18"/>
          <w:szCs w:val="18"/>
          <w:lang w:val="ka-GE"/>
        </w:rPr>
        <w:t xml:space="preserve"> </w:t>
      </w:r>
      <w:proofErr w:type="spellStart"/>
      <w:r w:rsidRPr="003C0249">
        <w:rPr>
          <w:rFonts w:ascii="Sylfaen" w:hAnsi="Sylfaen" w:cs="Sylfaen"/>
          <w:sz w:val="18"/>
          <w:szCs w:val="18"/>
        </w:rPr>
        <w:t>დამკვეთს</w:t>
      </w:r>
      <w:proofErr w:type="spellEnd"/>
      <w:r w:rsidRPr="003C0249">
        <w:rPr>
          <w:sz w:val="18"/>
          <w:szCs w:val="18"/>
        </w:rPr>
        <w:t xml:space="preserve"> </w:t>
      </w:r>
      <w:proofErr w:type="spellStart"/>
      <w:r w:rsidRPr="003C0249">
        <w:rPr>
          <w:rFonts w:ascii="Sylfaen" w:hAnsi="Sylfaen" w:cs="Sylfaen"/>
          <w:sz w:val="18"/>
          <w:szCs w:val="18"/>
        </w:rPr>
        <w:t>აღნიშნული</w:t>
      </w:r>
      <w:proofErr w:type="spellEnd"/>
      <w:r w:rsidRPr="003C0249">
        <w:rPr>
          <w:sz w:val="18"/>
          <w:szCs w:val="18"/>
        </w:rPr>
        <w:t xml:space="preserve"> </w:t>
      </w:r>
      <w:proofErr w:type="spellStart"/>
      <w:r w:rsidRPr="003C0249">
        <w:rPr>
          <w:rFonts w:ascii="Sylfaen" w:hAnsi="Sylfaen" w:cs="Sylfaen"/>
          <w:sz w:val="18"/>
          <w:szCs w:val="18"/>
        </w:rPr>
        <w:t>აქტის</w:t>
      </w:r>
      <w:proofErr w:type="spellEnd"/>
      <w:r w:rsidRPr="003C0249">
        <w:rPr>
          <w:sz w:val="18"/>
          <w:szCs w:val="18"/>
        </w:rPr>
        <w:t xml:space="preserve"> </w:t>
      </w:r>
      <w:proofErr w:type="spellStart"/>
      <w:r w:rsidRPr="003C0249">
        <w:rPr>
          <w:rFonts w:ascii="Sylfaen" w:hAnsi="Sylfaen" w:cs="Sylfaen"/>
          <w:sz w:val="18"/>
          <w:szCs w:val="18"/>
        </w:rPr>
        <w:t>წარდგენიდან</w:t>
      </w:r>
      <w:proofErr w:type="spellEnd"/>
      <w:r w:rsidRPr="003C0249">
        <w:rPr>
          <w:sz w:val="18"/>
          <w:szCs w:val="18"/>
        </w:rPr>
        <w:t xml:space="preserve"> </w:t>
      </w:r>
      <w:r w:rsidR="008D4572">
        <w:rPr>
          <w:rFonts w:ascii="Sylfaen" w:hAnsi="Sylfaen"/>
          <w:sz w:val="18"/>
          <w:szCs w:val="18"/>
          <w:lang w:val="ka-GE"/>
        </w:rPr>
        <w:t>45</w:t>
      </w:r>
      <w:r w:rsidRPr="00B12F10">
        <w:rPr>
          <w:sz w:val="18"/>
          <w:szCs w:val="18"/>
        </w:rPr>
        <w:t xml:space="preserve"> </w:t>
      </w:r>
      <w:r w:rsidR="00D36BEA">
        <w:rPr>
          <w:rFonts w:ascii="Sylfaen" w:hAnsi="Sylfaen"/>
          <w:sz w:val="18"/>
          <w:szCs w:val="18"/>
          <w:lang w:val="ka-GE"/>
        </w:rPr>
        <w:t>(</w:t>
      </w:r>
      <w:r w:rsidR="00304A10" w:rsidRPr="00B12F10">
        <w:rPr>
          <w:rFonts w:ascii="Sylfaen" w:hAnsi="Sylfaen" w:cs="Sylfaen"/>
          <w:sz w:val="18"/>
          <w:szCs w:val="18"/>
          <w:lang w:val="ka-GE"/>
        </w:rPr>
        <w:t>თხუთმეტი</w:t>
      </w:r>
      <w:r w:rsidR="00D36BEA">
        <w:rPr>
          <w:rFonts w:ascii="Sylfaen" w:hAnsi="Sylfaen"/>
          <w:sz w:val="18"/>
          <w:szCs w:val="18"/>
          <w:lang w:val="ka-GE"/>
        </w:rPr>
        <w:t>)</w:t>
      </w:r>
      <w:r w:rsidR="00304A10" w:rsidRPr="003C0249">
        <w:rPr>
          <w:sz w:val="18"/>
          <w:szCs w:val="18"/>
        </w:rPr>
        <w:t xml:space="preserve"> </w:t>
      </w:r>
      <w:proofErr w:type="spellStart"/>
      <w:r w:rsidRPr="003C0249">
        <w:rPr>
          <w:rFonts w:ascii="Sylfaen" w:hAnsi="Sylfaen" w:cs="Sylfaen"/>
          <w:sz w:val="18"/>
          <w:szCs w:val="18"/>
        </w:rPr>
        <w:t>კალენდარული</w:t>
      </w:r>
      <w:proofErr w:type="spellEnd"/>
      <w:r w:rsidRPr="003C0249">
        <w:rPr>
          <w:sz w:val="18"/>
          <w:szCs w:val="18"/>
        </w:rPr>
        <w:t xml:space="preserve"> </w:t>
      </w:r>
      <w:proofErr w:type="spellStart"/>
      <w:r w:rsidRPr="003C0249">
        <w:rPr>
          <w:rFonts w:ascii="Sylfaen" w:hAnsi="Sylfaen" w:cs="Sylfaen"/>
          <w:sz w:val="18"/>
          <w:szCs w:val="18"/>
        </w:rPr>
        <w:t>დღის</w:t>
      </w:r>
      <w:proofErr w:type="spellEnd"/>
      <w:r w:rsidRPr="003C0249">
        <w:rPr>
          <w:sz w:val="18"/>
          <w:szCs w:val="18"/>
        </w:rPr>
        <w:t xml:space="preserve"> </w:t>
      </w:r>
      <w:proofErr w:type="spellStart"/>
      <w:r w:rsidRPr="003C0249">
        <w:rPr>
          <w:rFonts w:ascii="Sylfaen" w:hAnsi="Sylfaen" w:cs="Sylfaen"/>
          <w:sz w:val="18"/>
          <w:szCs w:val="18"/>
        </w:rPr>
        <w:t>ვადაში</w:t>
      </w:r>
      <w:proofErr w:type="spellEnd"/>
      <w:r w:rsidRPr="003C0249">
        <w:rPr>
          <w:sz w:val="18"/>
          <w:szCs w:val="18"/>
        </w:rPr>
        <w:t xml:space="preserve"> </w:t>
      </w:r>
      <w:r w:rsidRPr="003C0249">
        <w:rPr>
          <w:rFonts w:ascii="Sylfaen" w:hAnsi="Sylfaen" w:cs="Sylfaen"/>
          <w:sz w:val="18"/>
          <w:szCs w:val="18"/>
          <w:lang w:val="ru-RU"/>
        </w:rPr>
        <w:t>დამკვეთი ამოწმებს ობიექტზე მენარდის მიერ შესრულებულ სამუშაოებს სრულად (მათ შორის შუალედური ფორმა</w:t>
      </w:r>
      <w:r w:rsidR="00D36BEA">
        <w:rPr>
          <w:rFonts w:ascii="Sylfaen" w:hAnsi="Sylfaen" w:cs="Sylfaen"/>
          <w:sz w:val="18"/>
          <w:szCs w:val="18"/>
          <w:lang w:val="ru-RU"/>
        </w:rPr>
        <w:t xml:space="preserve"> №</w:t>
      </w:r>
      <w:r w:rsidRPr="003C0249">
        <w:rPr>
          <w:rFonts w:ascii="Sylfaen" w:hAnsi="Sylfaen" w:cs="Sylfaen"/>
          <w:sz w:val="18"/>
          <w:szCs w:val="18"/>
          <w:lang w:val="ru-RU"/>
        </w:rPr>
        <w:t xml:space="preserve">2-ებით ჩაბარებულ სამუშაოებს) ადასტურებს აქტს, </w:t>
      </w:r>
      <w:r w:rsidRPr="003C0249">
        <w:rPr>
          <w:rFonts w:ascii="Sylfaen" w:eastAsiaTheme="minorHAnsi" w:hAnsi="Sylfaen" w:cs="Sylfaen"/>
          <w:sz w:val="18"/>
          <w:szCs w:val="18"/>
          <w:lang w:val="ru-RU"/>
        </w:rPr>
        <w:t>ან ამავე ვადაში წერილობით შეატყობინებს მენარდეს წარმოდგენილი დოკუმენტაციის დამოწმებაზე მოტივირებულ და დასაბუთებულ უარ</w:t>
      </w:r>
      <w:r w:rsidRPr="003C0249">
        <w:rPr>
          <w:rFonts w:ascii="Sylfaen" w:hAnsi="Sylfaen" w:cs="Sylfaen"/>
          <w:sz w:val="18"/>
          <w:szCs w:val="18"/>
          <w:lang w:val="ka-GE"/>
        </w:rPr>
        <w:t>ს</w:t>
      </w:r>
      <w:r w:rsidRPr="003C0249">
        <w:rPr>
          <w:rFonts w:ascii="Sylfaen" w:eastAsiaTheme="minorHAnsi" w:hAnsi="Sylfaen" w:cs="Sylfaen"/>
          <w:sz w:val="18"/>
          <w:szCs w:val="18"/>
          <w:lang w:val="ru-RU"/>
        </w:rPr>
        <w:t xml:space="preserve">. </w:t>
      </w:r>
      <w:proofErr w:type="spellStart"/>
      <w:r w:rsidRPr="003C0249">
        <w:rPr>
          <w:rFonts w:ascii="Sylfaen" w:hAnsi="Sylfaen" w:cs="Sylfaen"/>
          <w:sz w:val="18"/>
          <w:szCs w:val="18"/>
        </w:rPr>
        <w:t>დამკვეთის</w:t>
      </w:r>
      <w:proofErr w:type="spellEnd"/>
      <w:r w:rsidRPr="003C0249">
        <w:rPr>
          <w:sz w:val="18"/>
          <w:szCs w:val="18"/>
        </w:rPr>
        <w:t xml:space="preserve"> </w:t>
      </w:r>
      <w:proofErr w:type="spellStart"/>
      <w:r w:rsidRPr="003C0249">
        <w:rPr>
          <w:rFonts w:ascii="Sylfaen" w:hAnsi="Sylfaen" w:cs="Sylfaen"/>
          <w:sz w:val="18"/>
          <w:szCs w:val="18"/>
        </w:rPr>
        <w:t>მიერ</w:t>
      </w:r>
      <w:proofErr w:type="spellEnd"/>
      <w:r w:rsidRPr="003C0249">
        <w:rPr>
          <w:sz w:val="18"/>
          <w:szCs w:val="18"/>
        </w:rPr>
        <w:t xml:space="preserve"> </w:t>
      </w:r>
      <w:proofErr w:type="spellStart"/>
      <w:r w:rsidRPr="003C0249">
        <w:rPr>
          <w:rFonts w:ascii="Sylfaen" w:hAnsi="Sylfaen" w:cs="Sylfaen"/>
          <w:sz w:val="18"/>
          <w:szCs w:val="18"/>
        </w:rPr>
        <w:t>დაფიქსირებული</w:t>
      </w:r>
      <w:proofErr w:type="spellEnd"/>
      <w:r w:rsidRPr="003C0249">
        <w:rPr>
          <w:sz w:val="18"/>
          <w:szCs w:val="18"/>
        </w:rPr>
        <w:t xml:space="preserve"> </w:t>
      </w:r>
      <w:proofErr w:type="spellStart"/>
      <w:r w:rsidRPr="003C0249">
        <w:rPr>
          <w:rFonts w:ascii="Sylfaen" w:hAnsi="Sylfaen" w:cs="Sylfaen"/>
          <w:sz w:val="18"/>
          <w:szCs w:val="18"/>
        </w:rPr>
        <w:t>ხარვეზების</w:t>
      </w:r>
      <w:proofErr w:type="spellEnd"/>
      <w:r w:rsidRPr="003C0249">
        <w:rPr>
          <w:sz w:val="18"/>
          <w:szCs w:val="18"/>
        </w:rPr>
        <w:t xml:space="preserve"> </w:t>
      </w:r>
      <w:proofErr w:type="spellStart"/>
      <w:r w:rsidRPr="003C0249">
        <w:rPr>
          <w:rFonts w:ascii="Sylfaen" w:hAnsi="Sylfaen" w:cs="Sylfaen"/>
          <w:sz w:val="18"/>
          <w:szCs w:val="18"/>
        </w:rPr>
        <w:t>არსებობის</w:t>
      </w:r>
      <w:proofErr w:type="spellEnd"/>
      <w:r w:rsidRPr="003C0249">
        <w:rPr>
          <w:sz w:val="18"/>
          <w:szCs w:val="18"/>
        </w:rPr>
        <w:t xml:space="preserve"> </w:t>
      </w:r>
      <w:proofErr w:type="spellStart"/>
      <w:r w:rsidRPr="003C0249">
        <w:rPr>
          <w:rFonts w:ascii="Sylfaen" w:hAnsi="Sylfaen" w:cs="Sylfaen"/>
          <w:sz w:val="18"/>
          <w:szCs w:val="18"/>
        </w:rPr>
        <w:t>შემთხვევაში</w:t>
      </w:r>
      <w:proofErr w:type="spellEnd"/>
      <w:r w:rsidRPr="003C0249">
        <w:rPr>
          <w:sz w:val="18"/>
          <w:szCs w:val="18"/>
        </w:rPr>
        <w:t xml:space="preserve">, </w:t>
      </w:r>
      <w:r w:rsidR="00D36BEA">
        <w:rPr>
          <w:rFonts w:ascii="Sylfaen" w:hAnsi="Sylfaen" w:cs="Sylfaen"/>
          <w:sz w:val="18"/>
          <w:szCs w:val="18"/>
          <w:lang w:val="ka-GE"/>
        </w:rPr>
        <w:t xml:space="preserve">მენარდეს </w:t>
      </w:r>
      <w:proofErr w:type="spellStart"/>
      <w:r w:rsidRPr="003C0249">
        <w:rPr>
          <w:rFonts w:ascii="Sylfaen" w:hAnsi="Sylfaen" w:cs="Sylfaen"/>
          <w:sz w:val="18"/>
          <w:szCs w:val="18"/>
        </w:rPr>
        <w:t>მიეცემა</w:t>
      </w:r>
      <w:proofErr w:type="spellEnd"/>
      <w:r w:rsidRPr="003C0249">
        <w:rPr>
          <w:sz w:val="18"/>
          <w:szCs w:val="18"/>
        </w:rPr>
        <w:t xml:space="preserve"> </w:t>
      </w:r>
      <w:proofErr w:type="spellStart"/>
      <w:r w:rsidRPr="003C0249">
        <w:rPr>
          <w:rFonts w:ascii="Sylfaen" w:hAnsi="Sylfaen" w:cs="Sylfaen"/>
          <w:sz w:val="18"/>
          <w:szCs w:val="18"/>
        </w:rPr>
        <w:t>გონივრული</w:t>
      </w:r>
      <w:proofErr w:type="spellEnd"/>
      <w:r w:rsidRPr="003C0249">
        <w:rPr>
          <w:sz w:val="18"/>
          <w:szCs w:val="18"/>
        </w:rPr>
        <w:t xml:space="preserve"> </w:t>
      </w:r>
      <w:proofErr w:type="spellStart"/>
      <w:r w:rsidRPr="003C0249">
        <w:rPr>
          <w:rFonts w:ascii="Sylfaen" w:hAnsi="Sylfaen" w:cs="Sylfaen"/>
          <w:sz w:val="18"/>
          <w:szCs w:val="18"/>
        </w:rPr>
        <w:t>ვადა</w:t>
      </w:r>
      <w:proofErr w:type="spellEnd"/>
      <w:r w:rsidRPr="003C0249">
        <w:rPr>
          <w:sz w:val="18"/>
          <w:szCs w:val="18"/>
        </w:rPr>
        <w:t xml:space="preserve"> </w:t>
      </w:r>
      <w:proofErr w:type="spellStart"/>
      <w:r w:rsidRPr="003C0249">
        <w:rPr>
          <w:rFonts w:ascii="Sylfaen" w:hAnsi="Sylfaen" w:cs="Sylfaen"/>
          <w:sz w:val="18"/>
          <w:szCs w:val="18"/>
        </w:rPr>
        <w:t>მათი</w:t>
      </w:r>
      <w:proofErr w:type="spellEnd"/>
      <w:r w:rsidRPr="003C0249">
        <w:rPr>
          <w:sz w:val="18"/>
          <w:szCs w:val="18"/>
        </w:rPr>
        <w:t xml:space="preserve"> </w:t>
      </w:r>
      <w:proofErr w:type="spellStart"/>
      <w:r w:rsidRPr="003C0249">
        <w:rPr>
          <w:rFonts w:ascii="Sylfaen" w:hAnsi="Sylfaen" w:cs="Sylfaen"/>
          <w:sz w:val="18"/>
          <w:szCs w:val="18"/>
        </w:rPr>
        <w:t>გამოსასწორებლად</w:t>
      </w:r>
      <w:proofErr w:type="spellEnd"/>
      <w:r w:rsidRPr="003C0249">
        <w:rPr>
          <w:sz w:val="18"/>
          <w:szCs w:val="18"/>
        </w:rPr>
        <w:t xml:space="preserve">, </w:t>
      </w:r>
      <w:proofErr w:type="spellStart"/>
      <w:r w:rsidRPr="003C0249">
        <w:rPr>
          <w:rFonts w:ascii="Sylfaen" w:hAnsi="Sylfaen" w:cs="Sylfaen"/>
          <w:sz w:val="18"/>
          <w:szCs w:val="18"/>
        </w:rPr>
        <w:t>თუმცა</w:t>
      </w:r>
      <w:proofErr w:type="spellEnd"/>
      <w:r w:rsidRPr="003C0249">
        <w:rPr>
          <w:sz w:val="18"/>
          <w:szCs w:val="18"/>
        </w:rPr>
        <w:t xml:space="preserve"> </w:t>
      </w:r>
      <w:proofErr w:type="spellStart"/>
      <w:r w:rsidRPr="003C0249">
        <w:rPr>
          <w:rFonts w:ascii="Sylfaen" w:hAnsi="Sylfaen" w:cs="Sylfaen"/>
          <w:sz w:val="18"/>
          <w:szCs w:val="18"/>
        </w:rPr>
        <w:t>არაუმეტეს</w:t>
      </w:r>
      <w:proofErr w:type="spellEnd"/>
      <w:r w:rsidR="00D36BEA">
        <w:rPr>
          <w:sz w:val="18"/>
          <w:szCs w:val="18"/>
        </w:rPr>
        <w:t xml:space="preserve"> 15 </w:t>
      </w:r>
      <w:r w:rsidR="00D36BEA">
        <w:rPr>
          <w:rFonts w:ascii="Sylfaen" w:hAnsi="Sylfaen"/>
          <w:sz w:val="18"/>
          <w:szCs w:val="18"/>
          <w:lang w:val="ka-GE"/>
        </w:rPr>
        <w:t>(</w:t>
      </w:r>
      <w:proofErr w:type="spellStart"/>
      <w:r w:rsidRPr="003C0249">
        <w:rPr>
          <w:rFonts w:ascii="Sylfaen" w:hAnsi="Sylfaen" w:cs="Sylfaen"/>
          <w:sz w:val="18"/>
          <w:szCs w:val="18"/>
        </w:rPr>
        <w:t>თხუთმეტი</w:t>
      </w:r>
      <w:proofErr w:type="spellEnd"/>
      <w:r w:rsidR="00D36BEA">
        <w:rPr>
          <w:rFonts w:ascii="Sylfaen" w:hAnsi="Sylfaen"/>
          <w:sz w:val="18"/>
          <w:szCs w:val="18"/>
          <w:lang w:val="ka-GE"/>
        </w:rPr>
        <w:t xml:space="preserve">) </w:t>
      </w:r>
      <w:proofErr w:type="spellStart"/>
      <w:r w:rsidRPr="003C0249">
        <w:rPr>
          <w:rFonts w:ascii="Sylfaen" w:hAnsi="Sylfaen" w:cs="Sylfaen"/>
          <w:sz w:val="18"/>
          <w:szCs w:val="18"/>
        </w:rPr>
        <w:t>კალენდარული</w:t>
      </w:r>
      <w:proofErr w:type="spellEnd"/>
      <w:r w:rsidRPr="003C0249">
        <w:rPr>
          <w:sz w:val="18"/>
          <w:szCs w:val="18"/>
        </w:rPr>
        <w:t xml:space="preserve"> </w:t>
      </w:r>
      <w:proofErr w:type="spellStart"/>
      <w:r w:rsidRPr="003C0249">
        <w:rPr>
          <w:rFonts w:ascii="Sylfaen" w:hAnsi="Sylfaen" w:cs="Sylfaen"/>
          <w:sz w:val="18"/>
          <w:szCs w:val="18"/>
        </w:rPr>
        <w:t>დღისა</w:t>
      </w:r>
      <w:proofErr w:type="spellEnd"/>
      <w:r w:rsidRPr="003C0249">
        <w:rPr>
          <w:sz w:val="18"/>
          <w:szCs w:val="18"/>
        </w:rPr>
        <w:t>.</w:t>
      </w:r>
      <w:r w:rsidRPr="003C0249">
        <w:rPr>
          <w:rFonts w:ascii="Sylfaen" w:hAnsi="Sylfaen" w:cs="Sylfaen"/>
          <w:sz w:val="18"/>
          <w:szCs w:val="18"/>
        </w:rPr>
        <w:t xml:space="preserve"> </w:t>
      </w:r>
      <w:proofErr w:type="spellStart"/>
      <w:r w:rsidRPr="003C0249">
        <w:rPr>
          <w:rFonts w:ascii="Sylfaen" w:hAnsi="Sylfaen" w:cs="Sylfaen"/>
          <w:sz w:val="18"/>
          <w:szCs w:val="18"/>
        </w:rPr>
        <w:t>თუ</w:t>
      </w:r>
      <w:proofErr w:type="spellEnd"/>
      <w:r w:rsidRPr="003C0249">
        <w:rPr>
          <w:sz w:val="18"/>
          <w:szCs w:val="18"/>
        </w:rPr>
        <w:t xml:space="preserve"> </w:t>
      </w:r>
      <w:proofErr w:type="spellStart"/>
      <w:r w:rsidRPr="003C0249">
        <w:rPr>
          <w:rFonts w:ascii="Sylfaen" w:hAnsi="Sylfaen" w:cs="Sylfaen"/>
          <w:sz w:val="18"/>
          <w:szCs w:val="18"/>
        </w:rPr>
        <w:t>სამუშაოების</w:t>
      </w:r>
      <w:proofErr w:type="spellEnd"/>
      <w:r w:rsidRPr="003C0249">
        <w:rPr>
          <w:sz w:val="18"/>
          <w:szCs w:val="18"/>
        </w:rPr>
        <w:t xml:space="preserve"> </w:t>
      </w:r>
      <w:proofErr w:type="spellStart"/>
      <w:r w:rsidRPr="003C0249">
        <w:rPr>
          <w:rFonts w:ascii="Sylfaen" w:hAnsi="Sylfaen" w:cs="Sylfaen"/>
          <w:sz w:val="18"/>
          <w:szCs w:val="18"/>
        </w:rPr>
        <w:t>შესასრულებლად</w:t>
      </w:r>
      <w:proofErr w:type="spellEnd"/>
      <w:r w:rsidRPr="003C0249">
        <w:rPr>
          <w:sz w:val="18"/>
          <w:szCs w:val="18"/>
        </w:rPr>
        <w:t xml:space="preserve"> </w:t>
      </w:r>
      <w:proofErr w:type="spellStart"/>
      <w:r w:rsidRPr="003C0249">
        <w:rPr>
          <w:rFonts w:ascii="Sylfaen" w:hAnsi="Sylfaen" w:cs="Sylfaen"/>
          <w:sz w:val="18"/>
          <w:szCs w:val="18"/>
        </w:rPr>
        <w:t>აუცილებელი</w:t>
      </w:r>
      <w:proofErr w:type="spellEnd"/>
      <w:r w:rsidRPr="003C0249">
        <w:rPr>
          <w:sz w:val="18"/>
          <w:szCs w:val="18"/>
        </w:rPr>
        <w:t xml:space="preserve"> </w:t>
      </w:r>
      <w:proofErr w:type="spellStart"/>
      <w:r w:rsidRPr="003C0249">
        <w:rPr>
          <w:rFonts w:ascii="Sylfaen" w:hAnsi="Sylfaen" w:cs="Sylfaen"/>
          <w:sz w:val="18"/>
          <w:szCs w:val="18"/>
        </w:rPr>
        <w:t>გახდება</w:t>
      </w:r>
      <w:proofErr w:type="spellEnd"/>
      <w:r w:rsidRPr="003C0249">
        <w:rPr>
          <w:sz w:val="18"/>
          <w:szCs w:val="18"/>
        </w:rPr>
        <w:t xml:space="preserve"> 15 </w:t>
      </w:r>
      <w:proofErr w:type="spellStart"/>
      <w:r w:rsidRPr="003C0249">
        <w:rPr>
          <w:rFonts w:ascii="Sylfaen" w:hAnsi="Sylfaen" w:cs="Sylfaen"/>
          <w:sz w:val="18"/>
          <w:szCs w:val="18"/>
        </w:rPr>
        <w:t>კალენდარულ</w:t>
      </w:r>
      <w:proofErr w:type="spellEnd"/>
      <w:r w:rsidRPr="003C0249">
        <w:rPr>
          <w:sz w:val="18"/>
          <w:szCs w:val="18"/>
        </w:rPr>
        <w:t xml:space="preserve"> </w:t>
      </w:r>
      <w:proofErr w:type="spellStart"/>
      <w:r w:rsidRPr="003C0249">
        <w:rPr>
          <w:rFonts w:ascii="Sylfaen" w:hAnsi="Sylfaen" w:cs="Sylfaen"/>
          <w:sz w:val="18"/>
          <w:szCs w:val="18"/>
        </w:rPr>
        <w:t>დღეზე</w:t>
      </w:r>
      <w:proofErr w:type="spellEnd"/>
      <w:r w:rsidRPr="003C0249">
        <w:rPr>
          <w:sz w:val="18"/>
          <w:szCs w:val="18"/>
        </w:rPr>
        <w:t xml:space="preserve"> </w:t>
      </w:r>
      <w:proofErr w:type="spellStart"/>
      <w:r w:rsidRPr="003C0249">
        <w:rPr>
          <w:rFonts w:ascii="Sylfaen" w:hAnsi="Sylfaen" w:cs="Sylfaen"/>
          <w:sz w:val="18"/>
          <w:szCs w:val="18"/>
        </w:rPr>
        <w:t>მეტი</w:t>
      </w:r>
      <w:proofErr w:type="spellEnd"/>
      <w:r w:rsidRPr="003C0249">
        <w:rPr>
          <w:sz w:val="18"/>
          <w:szCs w:val="18"/>
        </w:rPr>
        <w:t xml:space="preserve"> </w:t>
      </w:r>
      <w:proofErr w:type="spellStart"/>
      <w:r w:rsidRPr="003C0249">
        <w:rPr>
          <w:rFonts w:ascii="Sylfaen" w:hAnsi="Sylfaen" w:cs="Sylfaen"/>
          <w:sz w:val="18"/>
          <w:szCs w:val="18"/>
        </w:rPr>
        <w:t>დრო</w:t>
      </w:r>
      <w:proofErr w:type="spellEnd"/>
      <w:r w:rsidRPr="003C0249">
        <w:rPr>
          <w:sz w:val="18"/>
          <w:szCs w:val="18"/>
        </w:rPr>
        <w:t xml:space="preserve">, </w:t>
      </w:r>
      <w:proofErr w:type="spellStart"/>
      <w:r w:rsidRPr="003C0249">
        <w:rPr>
          <w:rFonts w:ascii="Sylfaen" w:hAnsi="Sylfaen" w:cs="Sylfaen"/>
          <w:sz w:val="18"/>
          <w:szCs w:val="18"/>
        </w:rPr>
        <w:t>დამკვეთი</w:t>
      </w:r>
      <w:proofErr w:type="spellEnd"/>
      <w:r w:rsidRPr="003C0249">
        <w:rPr>
          <w:sz w:val="18"/>
          <w:szCs w:val="18"/>
        </w:rPr>
        <w:t xml:space="preserve"> </w:t>
      </w:r>
      <w:proofErr w:type="spellStart"/>
      <w:r w:rsidRPr="003C0249">
        <w:rPr>
          <w:rFonts w:ascii="Sylfaen" w:hAnsi="Sylfaen" w:cs="Sylfaen"/>
          <w:sz w:val="18"/>
          <w:szCs w:val="18"/>
        </w:rPr>
        <w:t>უფლებამოსილია</w:t>
      </w:r>
      <w:proofErr w:type="spellEnd"/>
      <w:r w:rsidRPr="003C0249">
        <w:rPr>
          <w:sz w:val="18"/>
          <w:szCs w:val="18"/>
        </w:rPr>
        <w:t xml:space="preserve"> </w:t>
      </w:r>
      <w:proofErr w:type="spellStart"/>
      <w:r w:rsidRPr="003C0249">
        <w:rPr>
          <w:rFonts w:ascii="Sylfaen" w:hAnsi="Sylfaen" w:cs="Sylfaen"/>
          <w:sz w:val="18"/>
          <w:szCs w:val="18"/>
        </w:rPr>
        <w:t>იმოქმედოს</w:t>
      </w:r>
      <w:proofErr w:type="spellEnd"/>
      <w:r w:rsidRPr="003C0249">
        <w:rPr>
          <w:sz w:val="18"/>
          <w:szCs w:val="18"/>
        </w:rPr>
        <w:t xml:space="preserve"> </w:t>
      </w:r>
      <w:proofErr w:type="spellStart"/>
      <w:r w:rsidRPr="003C0249">
        <w:rPr>
          <w:rFonts w:ascii="Sylfaen" w:hAnsi="Sylfaen" w:cs="Sylfaen"/>
          <w:sz w:val="18"/>
          <w:szCs w:val="18"/>
        </w:rPr>
        <w:t>ხელშეკრულების</w:t>
      </w:r>
      <w:proofErr w:type="spellEnd"/>
      <w:r w:rsidRPr="003C0249">
        <w:rPr>
          <w:sz w:val="18"/>
          <w:szCs w:val="18"/>
        </w:rPr>
        <w:t xml:space="preserve"> </w:t>
      </w:r>
      <w:r w:rsidR="00CF2402">
        <w:rPr>
          <w:rFonts w:ascii="Sylfaen" w:hAnsi="Sylfaen"/>
          <w:sz w:val="18"/>
          <w:szCs w:val="18"/>
          <w:lang w:val="ka-GE"/>
        </w:rPr>
        <w:t>9</w:t>
      </w:r>
      <w:r w:rsidRPr="003C0249">
        <w:rPr>
          <w:sz w:val="18"/>
          <w:szCs w:val="18"/>
        </w:rPr>
        <w:t xml:space="preserve">.2 </w:t>
      </w:r>
      <w:proofErr w:type="spellStart"/>
      <w:r w:rsidRPr="003C0249">
        <w:rPr>
          <w:rFonts w:ascii="Sylfaen" w:hAnsi="Sylfaen" w:cs="Sylfaen"/>
          <w:sz w:val="18"/>
          <w:szCs w:val="18"/>
        </w:rPr>
        <w:t>პუნქტის</w:t>
      </w:r>
      <w:proofErr w:type="spellEnd"/>
      <w:r w:rsidRPr="003C0249">
        <w:rPr>
          <w:sz w:val="18"/>
          <w:szCs w:val="18"/>
        </w:rPr>
        <w:t xml:space="preserve"> </w:t>
      </w:r>
      <w:proofErr w:type="spellStart"/>
      <w:r w:rsidRPr="003C0249">
        <w:rPr>
          <w:rFonts w:ascii="Sylfaen" w:hAnsi="Sylfaen" w:cs="Sylfaen"/>
          <w:sz w:val="18"/>
          <w:szCs w:val="18"/>
        </w:rPr>
        <w:t>შესაბამისად</w:t>
      </w:r>
      <w:proofErr w:type="spellEnd"/>
    </w:p>
    <w:p w14:paraId="6B6F9BE8" w14:textId="77777777" w:rsidR="004B6084" w:rsidRPr="00D73BDF" w:rsidRDefault="004B6084" w:rsidP="00185C20">
      <w:pPr>
        <w:jc w:val="both"/>
        <w:rPr>
          <w:rFonts w:cstheme="majorHAnsi"/>
          <w:sz w:val="18"/>
          <w:szCs w:val="18"/>
        </w:rPr>
      </w:pPr>
    </w:p>
    <w:p w14:paraId="33BCF9AC" w14:textId="59EA53B4" w:rsidR="004B6084" w:rsidRPr="00C86A0D" w:rsidRDefault="00A74260" w:rsidP="00185C20">
      <w:pPr>
        <w:pStyle w:val="ListParagraph"/>
        <w:numPr>
          <w:ilvl w:val="1"/>
          <w:numId w:val="13"/>
        </w:numPr>
        <w:jc w:val="both"/>
        <w:rPr>
          <w:rFonts w:cstheme="majorHAnsi"/>
          <w:b/>
          <w:bCs/>
          <w:sz w:val="20"/>
          <w:szCs w:val="20"/>
        </w:rPr>
      </w:pPr>
      <w:proofErr w:type="spellStart"/>
      <w:r w:rsidRPr="00C86A0D">
        <w:rPr>
          <w:rFonts w:ascii="Sylfaen" w:hAnsi="Sylfaen" w:cs="Sylfaen"/>
          <w:b/>
          <w:bCs/>
          <w:sz w:val="20"/>
          <w:szCs w:val="20"/>
        </w:rPr>
        <w:t>მენარდის</w:t>
      </w:r>
      <w:proofErr w:type="spellEnd"/>
      <w:r w:rsidRPr="00C86A0D">
        <w:rPr>
          <w:rFonts w:cstheme="majorHAnsi"/>
          <w:b/>
          <w:bCs/>
          <w:sz w:val="20"/>
          <w:szCs w:val="20"/>
        </w:rPr>
        <w:t xml:space="preserve"> </w:t>
      </w:r>
      <w:proofErr w:type="spellStart"/>
      <w:r w:rsidRPr="00C86A0D">
        <w:rPr>
          <w:rFonts w:ascii="Sylfaen" w:hAnsi="Sylfaen" w:cs="Sylfaen"/>
          <w:b/>
          <w:bCs/>
          <w:sz w:val="20"/>
          <w:szCs w:val="20"/>
        </w:rPr>
        <w:t>მიერ</w:t>
      </w:r>
      <w:proofErr w:type="spellEnd"/>
      <w:r w:rsidRPr="00C86A0D">
        <w:rPr>
          <w:rFonts w:cstheme="majorHAnsi"/>
          <w:b/>
          <w:bCs/>
          <w:sz w:val="20"/>
          <w:szCs w:val="20"/>
        </w:rPr>
        <w:t xml:space="preserve"> </w:t>
      </w:r>
      <w:proofErr w:type="spellStart"/>
      <w:r w:rsidRPr="00C86A0D">
        <w:rPr>
          <w:rFonts w:ascii="Sylfaen" w:hAnsi="Sylfaen" w:cs="Sylfaen"/>
          <w:b/>
          <w:bCs/>
          <w:sz w:val="20"/>
          <w:szCs w:val="20"/>
        </w:rPr>
        <w:t>სამუშაოს</w:t>
      </w:r>
      <w:proofErr w:type="spellEnd"/>
      <w:r w:rsidRPr="00C86A0D">
        <w:rPr>
          <w:rFonts w:cstheme="majorHAnsi"/>
          <w:b/>
          <w:bCs/>
          <w:sz w:val="20"/>
          <w:szCs w:val="20"/>
        </w:rPr>
        <w:t xml:space="preserve"> </w:t>
      </w:r>
      <w:proofErr w:type="spellStart"/>
      <w:r w:rsidRPr="00C86A0D">
        <w:rPr>
          <w:rFonts w:ascii="Sylfaen" w:hAnsi="Sylfaen" w:cs="Sylfaen"/>
          <w:b/>
          <w:bCs/>
          <w:sz w:val="20"/>
          <w:szCs w:val="20"/>
        </w:rPr>
        <w:t>შეჩერება</w:t>
      </w:r>
      <w:proofErr w:type="spellEnd"/>
    </w:p>
    <w:p w14:paraId="73C30A62" w14:textId="6ECC15D6" w:rsidR="004B6084" w:rsidRDefault="00A74260" w:rsidP="00185C20">
      <w:pPr>
        <w:pStyle w:val="ListParagraph"/>
        <w:numPr>
          <w:ilvl w:val="2"/>
          <w:numId w:val="13"/>
        </w:numPr>
        <w:jc w:val="both"/>
        <w:rPr>
          <w:rFonts w:cstheme="majorHAnsi"/>
          <w:sz w:val="18"/>
          <w:szCs w:val="18"/>
        </w:rPr>
      </w:pP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w:t>
      </w:r>
      <w:proofErr w:type="spellEnd"/>
      <w:r w:rsidRPr="00C86A0D">
        <w:rPr>
          <w:rFonts w:cstheme="majorHAnsi"/>
          <w:sz w:val="18"/>
          <w:szCs w:val="18"/>
        </w:rPr>
        <w:t xml:space="preserve"> 4.3.</w:t>
      </w:r>
      <w:r w:rsidR="00CF2402">
        <w:rPr>
          <w:rFonts w:ascii="Sylfaen" w:hAnsi="Sylfaen" w:cstheme="majorHAnsi"/>
          <w:sz w:val="18"/>
          <w:szCs w:val="18"/>
          <w:lang w:val="ka-GE"/>
        </w:rPr>
        <w:t>6</w:t>
      </w:r>
      <w:r w:rsidRPr="00C86A0D">
        <w:rPr>
          <w:rFonts w:cstheme="majorHAnsi"/>
          <w:sz w:val="18"/>
          <w:szCs w:val="18"/>
        </w:rPr>
        <w:t xml:space="preserve">. </w:t>
      </w:r>
      <w:proofErr w:type="spellStart"/>
      <w:r w:rsidRPr="00C86A0D">
        <w:rPr>
          <w:rFonts w:ascii="Sylfaen" w:hAnsi="Sylfaen" w:cs="Sylfaen"/>
          <w:sz w:val="18"/>
          <w:szCs w:val="18"/>
        </w:rPr>
        <w:t>მუხლით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წესით</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მიღებიდან</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ფორმა</w:t>
      </w:r>
      <w:proofErr w:type="spellEnd"/>
      <w:r w:rsidRPr="00C86A0D">
        <w:rPr>
          <w:rFonts w:cstheme="majorHAnsi"/>
          <w:sz w:val="18"/>
          <w:szCs w:val="18"/>
        </w:rPr>
        <w:t xml:space="preserve"> #2-</w:t>
      </w:r>
      <w:r w:rsidRPr="00C86A0D">
        <w:rPr>
          <w:rFonts w:ascii="Sylfaen" w:hAnsi="Sylfaen" w:cs="Sylfaen"/>
          <w:sz w:val="18"/>
          <w:szCs w:val="18"/>
        </w:rPr>
        <w:t>ის</w:t>
      </w:r>
      <w:r w:rsidRPr="00C86A0D">
        <w:rPr>
          <w:rFonts w:cstheme="majorHAnsi"/>
          <w:sz w:val="18"/>
          <w:szCs w:val="18"/>
        </w:rPr>
        <w:t xml:space="preserve"> </w:t>
      </w:r>
      <w:proofErr w:type="spellStart"/>
      <w:r w:rsidRPr="00C86A0D">
        <w:rPr>
          <w:rFonts w:ascii="Sylfaen" w:hAnsi="Sylfaen" w:cs="Sylfaen"/>
          <w:sz w:val="18"/>
          <w:szCs w:val="18"/>
        </w:rPr>
        <w:t>დადასტურების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შემდგომ</w:t>
      </w:r>
      <w:proofErr w:type="spellEnd"/>
      <w:r w:rsidRPr="00C86A0D">
        <w:rPr>
          <w:rFonts w:cstheme="majorHAnsi"/>
          <w:sz w:val="18"/>
          <w:szCs w:val="18"/>
        </w:rPr>
        <w:t xml:space="preserve"> -</w:t>
      </w:r>
      <w:r w:rsidR="00D36BEA">
        <w:rPr>
          <w:rFonts w:ascii="Sylfaen" w:hAnsi="Sylfaen" w:cstheme="majorHAnsi"/>
          <w:sz w:val="18"/>
          <w:szCs w:val="18"/>
          <w:lang w:val="ka-GE"/>
        </w:rPr>
        <w:t xml:space="preserve"> </w:t>
      </w:r>
      <w:r w:rsidRPr="00C86A0D">
        <w:rPr>
          <w:rFonts w:cstheme="majorHAnsi"/>
          <w:sz w:val="18"/>
          <w:szCs w:val="18"/>
        </w:rPr>
        <w:t xml:space="preserve">30 </w:t>
      </w:r>
      <w:r w:rsidR="00D36BEA">
        <w:rPr>
          <w:rFonts w:ascii="Sylfaen" w:hAnsi="Sylfaen" w:cstheme="majorHAnsi"/>
          <w:sz w:val="18"/>
          <w:szCs w:val="18"/>
          <w:lang w:val="ka-GE"/>
        </w:rPr>
        <w:t>(</w:t>
      </w:r>
      <w:proofErr w:type="spellStart"/>
      <w:r w:rsidRPr="00C86A0D">
        <w:rPr>
          <w:rFonts w:ascii="Sylfaen" w:hAnsi="Sylfaen" w:cs="Sylfaen"/>
          <w:sz w:val="18"/>
          <w:szCs w:val="18"/>
        </w:rPr>
        <w:t>ოცდაათი</w:t>
      </w:r>
      <w:proofErr w:type="spellEnd"/>
      <w:r w:rsidR="00D36BEA">
        <w:rPr>
          <w:rFonts w:ascii="Sylfaen" w:hAnsi="Sylfaen" w:cstheme="majorHAnsi"/>
          <w:sz w:val="18"/>
          <w:szCs w:val="18"/>
          <w:lang w:val="ka-GE"/>
        </w:rPr>
        <w:t>)</w:t>
      </w:r>
      <w:r w:rsidRPr="00C86A0D">
        <w:rPr>
          <w:rFonts w:cstheme="majorHAnsi"/>
          <w:sz w:val="18"/>
          <w:szCs w:val="18"/>
        </w:rPr>
        <w:t xml:space="preserve"> </w:t>
      </w:r>
      <w:proofErr w:type="spellStart"/>
      <w:r w:rsidRPr="00C86A0D">
        <w:rPr>
          <w:rFonts w:ascii="Sylfaen" w:hAnsi="Sylfaen" w:cs="Sylfaen"/>
          <w:sz w:val="18"/>
          <w:szCs w:val="18"/>
        </w:rPr>
        <w:t>კალენდარული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დღის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ვადაშიც</w:t>
      </w:r>
      <w:proofErr w:type="spellEnd"/>
      <w:r w:rsidRPr="00C86A0D">
        <w:rPr>
          <w:rFonts w:cstheme="majorHAnsi"/>
          <w:sz w:val="18"/>
          <w:szCs w:val="18"/>
        </w:rPr>
        <w:t xml:space="preserve"> </w:t>
      </w:r>
      <w:proofErr w:type="spellStart"/>
      <w:r w:rsidRPr="00C86A0D">
        <w:rPr>
          <w:rFonts w:ascii="Sylfaen" w:hAnsi="Sylfaen" w:cs="Sylfaen"/>
          <w:sz w:val="18"/>
          <w:szCs w:val="18"/>
        </w:rPr>
        <w:t>ვერ</w:t>
      </w:r>
      <w:proofErr w:type="spellEnd"/>
      <w:r w:rsidRPr="00C86A0D">
        <w:rPr>
          <w:rFonts w:cstheme="majorHAnsi"/>
          <w:sz w:val="18"/>
          <w:szCs w:val="18"/>
        </w:rPr>
        <w:t xml:space="preserve"> </w:t>
      </w:r>
      <w:proofErr w:type="spellStart"/>
      <w:r w:rsidRPr="00C86A0D">
        <w:rPr>
          <w:rFonts w:ascii="Sylfaen" w:hAnsi="Sylfaen" w:cs="Sylfaen"/>
          <w:sz w:val="18"/>
          <w:szCs w:val="18"/>
        </w:rPr>
        <w:t>უზრუნველყოფს</w:t>
      </w:r>
      <w:proofErr w:type="spellEnd"/>
      <w:r w:rsidRPr="00C86A0D">
        <w:rPr>
          <w:rFonts w:cstheme="majorHAnsi"/>
          <w:sz w:val="18"/>
          <w:szCs w:val="18"/>
        </w:rPr>
        <w:t xml:space="preserve"> </w:t>
      </w:r>
      <w:proofErr w:type="spellStart"/>
      <w:r w:rsidRPr="00C86A0D">
        <w:rPr>
          <w:rFonts w:ascii="Sylfaen" w:hAnsi="Sylfaen" w:cs="Sylfaen"/>
          <w:sz w:val="18"/>
          <w:szCs w:val="18"/>
        </w:rPr>
        <w:t>საანგარიშო</w:t>
      </w:r>
      <w:proofErr w:type="spellEnd"/>
      <w:r w:rsidRPr="00C86A0D">
        <w:rPr>
          <w:rFonts w:cstheme="majorHAnsi"/>
          <w:sz w:val="18"/>
          <w:szCs w:val="18"/>
        </w:rPr>
        <w:t xml:space="preserve"> </w:t>
      </w:r>
      <w:proofErr w:type="spellStart"/>
      <w:r w:rsidRPr="00C86A0D">
        <w:rPr>
          <w:rFonts w:ascii="Sylfaen" w:hAnsi="Sylfaen" w:cs="Sylfaen"/>
          <w:sz w:val="18"/>
          <w:szCs w:val="18"/>
        </w:rPr>
        <w:t>პერიოდისათვის</w:t>
      </w:r>
      <w:proofErr w:type="spellEnd"/>
      <w:r w:rsidRPr="00C86A0D">
        <w:rPr>
          <w:rFonts w:cstheme="majorHAnsi"/>
          <w:sz w:val="18"/>
          <w:szCs w:val="18"/>
        </w:rPr>
        <w:t xml:space="preserve"> </w:t>
      </w:r>
      <w:proofErr w:type="spellStart"/>
      <w:r w:rsidRPr="00C86A0D">
        <w:rPr>
          <w:rFonts w:ascii="Sylfaen" w:hAnsi="Sylfaen" w:cs="Sylfaen"/>
          <w:sz w:val="18"/>
          <w:szCs w:val="18"/>
        </w:rPr>
        <w:t>არსებული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დავალიანების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სრულად</w:t>
      </w:r>
      <w:proofErr w:type="spellEnd"/>
      <w:r w:rsidRPr="00C86A0D">
        <w:rPr>
          <w:rFonts w:cstheme="majorHAnsi"/>
          <w:sz w:val="18"/>
          <w:szCs w:val="18"/>
        </w:rPr>
        <w:t xml:space="preserve"> </w:t>
      </w:r>
      <w:proofErr w:type="spellStart"/>
      <w:r w:rsidRPr="00C86A0D">
        <w:rPr>
          <w:rFonts w:ascii="Sylfaen" w:hAnsi="Sylfaen" w:cs="Sylfaen"/>
          <w:sz w:val="18"/>
          <w:szCs w:val="18"/>
        </w:rPr>
        <w:t>დაფარვას</w:t>
      </w:r>
      <w:proofErr w:type="spellEnd"/>
      <w:r w:rsidRPr="00C86A0D">
        <w:rPr>
          <w:rFonts w:cstheme="majorHAnsi"/>
          <w:sz w:val="18"/>
          <w:szCs w:val="18"/>
        </w:rPr>
        <w:t xml:space="preserve">, </w:t>
      </w:r>
      <w:r w:rsidR="00D36BEA">
        <w:rPr>
          <w:rFonts w:ascii="Sylfaen" w:hAnsi="Sylfaen" w:cs="Sylfaen"/>
          <w:sz w:val="18"/>
          <w:szCs w:val="18"/>
          <w:lang w:val="ka-GE"/>
        </w:rPr>
        <w:t>მენარდე</w:t>
      </w:r>
      <w:r w:rsidRPr="00C86A0D">
        <w:rPr>
          <w:rFonts w:cstheme="majorHAnsi"/>
          <w:sz w:val="18"/>
          <w:szCs w:val="18"/>
        </w:rPr>
        <w:t xml:space="preserve"> </w:t>
      </w:r>
      <w:proofErr w:type="spellStart"/>
      <w:r w:rsidRPr="00C86A0D">
        <w:rPr>
          <w:rFonts w:ascii="Sylfaen" w:hAnsi="Sylfaen" w:cs="Sylfaen"/>
          <w:sz w:val="18"/>
          <w:szCs w:val="18"/>
        </w:rPr>
        <w:t>უფლებამოსილია</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დამკვეთთან</w:t>
      </w:r>
      <w:proofErr w:type="spellEnd"/>
      <w:r w:rsidRPr="00C86A0D">
        <w:rPr>
          <w:rFonts w:cstheme="majorHAnsi"/>
          <w:sz w:val="18"/>
          <w:szCs w:val="18"/>
        </w:rPr>
        <w:t xml:space="preserve"> </w:t>
      </w:r>
      <w:proofErr w:type="spellStart"/>
      <w:r w:rsidRPr="00C86A0D">
        <w:rPr>
          <w:rFonts w:ascii="Sylfaen" w:hAnsi="Sylfaen" w:cs="Sylfaen"/>
          <w:sz w:val="18"/>
          <w:szCs w:val="18"/>
        </w:rPr>
        <w:t>შეთანხმების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გარეშე</w:t>
      </w:r>
      <w:proofErr w:type="spellEnd"/>
      <w:r w:rsidRPr="00C86A0D">
        <w:rPr>
          <w:rFonts w:cstheme="majorHAnsi"/>
          <w:sz w:val="18"/>
          <w:szCs w:val="18"/>
        </w:rPr>
        <w:t xml:space="preserve"> </w:t>
      </w:r>
      <w:proofErr w:type="spellStart"/>
      <w:r w:rsidRPr="00C86A0D">
        <w:rPr>
          <w:rFonts w:ascii="Sylfaen" w:hAnsi="Sylfaen" w:cs="Sylfaen"/>
          <w:sz w:val="18"/>
          <w:szCs w:val="18"/>
        </w:rPr>
        <w:t>შეაჩეროს</w:t>
      </w:r>
      <w:proofErr w:type="spellEnd"/>
      <w:r w:rsidRPr="00C86A0D">
        <w:rPr>
          <w:rFonts w:cstheme="majorHAnsi"/>
          <w:sz w:val="18"/>
          <w:szCs w:val="18"/>
        </w:rPr>
        <w:t xml:space="preserve"> </w:t>
      </w:r>
      <w:proofErr w:type="spellStart"/>
      <w:r w:rsidRPr="00C86A0D">
        <w:rPr>
          <w:rFonts w:ascii="Sylfaen" w:hAnsi="Sylfaen" w:cs="Sylfaen"/>
          <w:sz w:val="18"/>
          <w:szCs w:val="18"/>
        </w:rPr>
        <w:t>ობიექტზე</w:t>
      </w:r>
      <w:proofErr w:type="spellEnd"/>
      <w:r w:rsidRPr="00C86A0D">
        <w:rPr>
          <w:rFonts w:cstheme="majorHAnsi"/>
          <w:sz w:val="18"/>
          <w:szCs w:val="18"/>
        </w:rPr>
        <w:t xml:space="preserve"> </w:t>
      </w:r>
      <w:proofErr w:type="spellStart"/>
      <w:r w:rsidRPr="00C86A0D">
        <w:rPr>
          <w:rFonts w:ascii="Sylfaen" w:hAnsi="Sylfaen" w:cs="Sylfaen"/>
          <w:sz w:val="18"/>
          <w:szCs w:val="18"/>
        </w:rPr>
        <w:t>მიმდინარე</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წარმოება</w:t>
      </w:r>
      <w:proofErr w:type="spellEnd"/>
      <w:r w:rsidRPr="00C86A0D">
        <w:rPr>
          <w:rFonts w:cstheme="majorHAnsi"/>
          <w:sz w:val="18"/>
          <w:szCs w:val="18"/>
        </w:rPr>
        <w:t xml:space="preserve"> </w:t>
      </w:r>
      <w:proofErr w:type="spellStart"/>
      <w:r w:rsidRPr="00C86A0D">
        <w:rPr>
          <w:rFonts w:ascii="Sylfaen" w:hAnsi="Sylfaen" w:cs="Sylfaen"/>
          <w:sz w:val="18"/>
          <w:szCs w:val="18"/>
        </w:rPr>
        <w:t>არსებული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დავალიანების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დაფარვამდე</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გააგრძელოს</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საკუთარი</w:t>
      </w:r>
      <w:proofErr w:type="spellEnd"/>
      <w:r w:rsidRPr="00C86A0D">
        <w:rPr>
          <w:rFonts w:cstheme="majorHAnsi"/>
          <w:sz w:val="18"/>
          <w:szCs w:val="18"/>
        </w:rPr>
        <w:t xml:space="preserve"> </w:t>
      </w:r>
      <w:proofErr w:type="spellStart"/>
      <w:r w:rsidRPr="00C86A0D">
        <w:rPr>
          <w:rFonts w:ascii="Sylfaen" w:hAnsi="Sylfaen" w:cs="Sylfaen"/>
          <w:sz w:val="18"/>
          <w:szCs w:val="18"/>
        </w:rPr>
        <w:t>შეხედულებისამებრ</w:t>
      </w:r>
      <w:proofErr w:type="spellEnd"/>
      <w:r w:rsidRPr="00C86A0D">
        <w:rPr>
          <w:rFonts w:cstheme="majorHAnsi"/>
          <w:sz w:val="18"/>
          <w:szCs w:val="18"/>
        </w:rPr>
        <w:t>.</w:t>
      </w:r>
      <w:r w:rsidR="00A3072E">
        <w:rPr>
          <w:rFonts w:cstheme="majorHAnsi"/>
          <w:sz w:val="18"/>
          <w:szCs w:val="18"/>
        </w:rPr>
        <w:t xml:space="preserve"> </w:t>
      </w:r>
      <w:r w:rsidR="00D36BEA">
        <w:rPr>
          <w:rFonts w:ascii="Sylfaen" w:hAnsi="Sylfaen" w:cs="Sylfaen"/>
          <w:sz w:val="18"/>
          <w:szCs w:val="18"/>
          <w:lang w:val="ka-GE"/>
        </w:rPr>
        <w:t>მენარდე</w:t>
      </w:r>
      <w:r w:rsidRPr="00C86A0D">
        <w:rPr>
          <w:rFonts w:cstheme="majorHAnsi"/>
          <w:sz w:val="18"/>
          <w:szCs w:val="18"/>
        </w:rPr>
        <w:t xml:space="preserve"> </w:t>
      </w:r>
      <w:proofErr w:type="spellStart"/>
      <w:r w:rsidRPr="00C86A0D">
        <w:rPr>
          <w:rFonts w:ascii="Sylfaen" w:hAnsi="Sylfaen" w:cs="Sylfaen"/>
          <w:sz w:val="18"/>
          <w:szCs w:val="18"/>
        </w:rPr>
        <w:t>ვალდებულია</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დავალიანების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დაფარვიდან</w:t>
      </w:r>
      <w:proofErr w:type="spellEnd"/>
      <w:r w:rsidRPr="00C86A0D">
        <w:rPr>
          <w:rFonts w:cstheme="majorHAnsi"/>
          <w:sz w:val="18"/>
          <w:szCs w:val="18"/>
        </w:rPr>
        <w:t xml:space="preserve"> </w:t>
      </w:r>
      <w:proofErr w:type="spellStart"/>
      <w:r w:rsidRPr="00C86A0D">
        <w:rPr>
          <w:rFonts w:ascii="Sylfaen" w:hAnsi="Sylfaen" w:cs="Sylfaen"/>
          <w:sz w:val="18"/>
          <w:szCs w:val="18"/>
        </w:rPr>
        <w:lastRenderedPageBreak/>
        <w:t>არაუგვიანეს</w:t>
      </w:r>
      <w:proofErr w:type="spellEnd"/>
      <w:r w:rsidR="00D36BEA">
        <w:rPr>
          <w:rFonts w:cstheme="majorHAnsi"/>
          <w:sz w:val="18"/>
          <w:szCs w:val="18"/>
        </w:rPr>
        <w:t xml:space="preserve"> 5 </w:t>
      </w:r>
      <w:r w:rsidR="00D36BEA">
        <w:rPr>
          <w:rFonts w:ascii="Sylfaen" w:hAnsi="Sylfaen" w:cstheme="majorHAnsi"/>
          <w:sz w:val="18"/>
          <w:szCs w:val="18"/>
          <w:lang w:val="ka-GE"/>
        </w:rPr>
        <w:t>(</w:t>
      </w:r>
      <w:proofErr w:type="spellStart"/>
      <w:r w:rsidRPr="00C86A0D">
        <w:rPr>
          <w:rFonts w:ascii="Sylfaen" w:hAnsi="Sylfaen" w:cs="Sylfaen"/>
          <w:sz w:val="18"/>
          <w:szCs w:val="18"/>
        </w:rPr>
        <w:t>ხუთი</w:t>
      </w:r>
      <w:proofErr w:type="spellEnd"/>
      <w:r w:rsidR="00D36BEA">
        <w:rPr>
          <w:rFonts w:ascii="Sylfaen" w:hAnsi="Sylfaen" w:cstheme="majorHAnsi"/>
          <w:sz w:val="18"/>
          <w:szCs w:val="18"/>
          <w:lang w:val="ka-GE"/>
        </w:rPr>
        <w:t>)</w:t>
      </w:r>
      <w:r w:rsidRPr="00C86A0D">
        <w:rPr>
          <w:rFonts w:cstheme="majorHAnsi"/>
          <w:sz w:val="18"/>
          <w:szCs w:val="18"/>
        </w:rPr>
        <w:t xml:space="preserve"> </w:t>
      </w:r>
      <w:proofErr w:type="spellStart"/>
      <w:r w:rsidRPr="00C86A0D">
        <w:rPr>
          <w:rFonts w:ascii="Sylfaen" w:hAnsi="Sylfaen" w:cs="Sylfaen"/>
          <w:sz w:val="18"/>
          <w:szCs w:val="18"/>
        </w:rPr>
        <w:t>სამუშაო</w:t>
      </w:r>
      <w:proofErr w:type="spellEnd"/>
      <w:r w:rsidRPr="00C86A0D">
        <w:rPr>
          <w:rFonts w:cstheme="majorHAnsi"/>
          <w:sz w:val="18"/>
          <w:szCs w:val="18"/>
        </w:rPr>
        <w:t xml:space="preserve"> </w:t>
      </w:r>
      <w:proofErr w:type="spellStart"/>
      <w:r w:rsidRPr="00C86A0D">
        <w:rPr>
          <w:rFonts w:ascii="Sylfaen" w:hAnsi="Sylfaen" w:cs="Sylfaen"/>
          <w:sz w:val="18"/>
          <w:szCs w:val="18"/>
        </w:rPr>
        <w:t>დღის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ვადაში</w:t>
      </w:r>
      <w:proofErr w:type="spellEnd"/>
      <w:r w:rsidRPr="00C86A0D">
        <w:rPr>
          <w:rFonts w:cstheme="majorHAnsi"/>
          <w:sz w:val="18"/>
          <w:szCs w:val="18"/>
        </w:rPr>
        <w:t xml:space="preserve"> </w:t>
      </w:r>
      <w:proofErr w:type="spellStart"/>
      <w:r w:rsidRPr="00C86A0D">
        <w:rPr>
          <w:rFonts w:ascii="Sylfaen" w:hAnsi="Sylfaen" w:cs="Sylfaen"/>
          <w:sz w:val="18"/>
          <w:szCs w:val="18"/>
        </w:rPr>
        <w:t>გააგრძელოს</w:t>
      </w:r>
      <w:proofErr w:type="spellEnd"/>
      <w:r w:rsidRPr="00C86A0D">
        <w:rPr>
          <w:rFonts w:cstheme="majorHAnsi"/>
          <w:sz w:val="18"/>
          <w:szCs w:val="18"/>
        </w:rPr>
        <w:t xml:space="preserve"> </w:t>
      </w:r>
      <w:proofErr w:type="spellStart"/>
      <w:r w:rsidRPr="00C86A0D">
        <w:rPr>
          <w:rFonts w:ascii="Sylfaen" w:hAnsi="Sylfaen" w:cs="Sylfaen"/>
          <w:sz w:val="18"/>
          <w:szCs w:val="18"/>
        </w:rPr>
        <w:t>შეჩერებული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განაახლოს</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გრაფიკი</w:t>
      </w:r>
      <w:proofErr w:type="spellEnd"/>
      <w:r w:rsidR="00D36BEA">
        <w:rPr>
          <w:rFonts w:cstheme="majorHAnsi"/>
          <w:sz w:val="18"/>
          <w:szCs w:val="18"/>
        </w:rPr>
        <w:t>.</w:t>
      </w:r>
    </w:p>
    <w:p w14:paraId="1C7235B5" w14:textId="581B4794" w:rsidR="004B6084" w:rsidRPr="00C86A0D" w:rsidRDefault="00A74260" w:rsidP="00185C20">
      <w:pPr>
        <w:pStyle w:val="ListParagraph"/>
        <w:numPr>
          <w:ilvl w:val="2"/>
          <w:numId w:val="13"/>
        </w:numPr>
        <w:jc w:val="both"/>
        <w:rPr>
          <w:rFonts w:cstheme="majorHAnsi"/>
          <w:sz w:val="18"/>
          <w:szCs w:val="18"/>
        </w:rPr>
      </w:pP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r w:rsidR="00D36BEA">
        <w:rPr>
          <w:rFonts w:ascii="Sylfaen" w:hAnsi="Sylfaen" w:cs="Sylfaen"/>
          <w:sz w:val="18"/>
          <w:szCs w:val="18"/>
          <w:lang w:val="ka-GE"/>
        </w:rPr>
        <w:t>მენარდე</w:t>
      </w:r>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გამოიყენებს</w:t>
      </w:r>
      <w:proofErr w:type="spellEnd"/>
      <w:r w:rsidRPr="00C86A0D">
        <w:rPr>
          <w:rFonts w:cstheme="majorHAnsi"/>
          <w:sz w:val="18"/>
          <w:szCs w:val="18"/>
        </w:rPr>
        <w:t xml:space="preserve"> 4.4.1. </w:t>
      </w:r>
      <w:proofErr w:type="spellStart"/>
      <w:r w:rsidRPr="00C86A0D">
        <w:rPr>
          <w:rFonts w:ascii="Sylfaen" w:hAnsi="Sylfaen" w:cs="Sylfaen"/>
          <w:sz w:val="18"/>
          <w:szCs w:val="18"/>
        </w:rPr>
        <w:t>მუხლში</w:t>
      </w:r>
      <w:proofErr w:type="spellEnd"/>
      <w:r w:rsidRPr="00C86A0D">
        <w:rPr>
          <w:rFonts w:cstheme="majorHAnsi"/>
          <w:sz w:val="18"/>
          <w:szCs w:val="18"/>
        </w:rPr>
        <w:t xml:space="preserve"> </w:t>
      </w:r>
      <w:proofErr w:type="spellStart"/>
      <w:r w:rsidRPr="00C86A0D">
        <w:rPr>
          <w:rFonts w:ascii="Sylfaen" w:hAnsi="Sylfaen" w:cs="Sylfaen"/>
          <w:sz w:val="18"/>
          <w:szCs w:val="18"/>
        </w:rPr>
        <w:t>მითითებულ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უფლებას</w:t>
      </w:r>
      <w:proofErr w:type="spellEnd"/>
      <w:r w:rsidRPr="00C86A0D">
        <w:rPr>
          <w:rFonts w:cstheme="majorHAnsi"/>
          <w:sz w:val="18"/>
          <w:szCs w:val="18"/>
        </w:rPr>
        <w:t xml:space="preserve"> </w:t>
      </w:r>
      <w:proofErr w:type="spellStart"/>
      <w:r w:rsidRPr="00C86A0D">
        <w:rPr>
          <w:rFonts w:ascii="Sylfaen" w:hAnsi="Sylfaen" w:cs="Sylfaen"/>
          <w:sz w:val="18"/>
          <w:szCs w:val="18"/>
        </w:rPr>
        <w:t>ობიექტზე</w:t>
      </w:r>
      <w:proofErr w:type="spellEnd"/>
      <w:r w:rsidRPr="00C86A0D">
        <w:rPr>
          <w:rFonts w:cstheme="majorHAnsi"/>
          <w:sz w:val="18"/>
          <w:szCs w:val="18"/>
        </w:rPr>
        <w:t xml:space="preserve"> </w:t>
      </w:r>
      <w:proofErr w:type="spellStart"/>
      <w:r w:rsidRPr="00C86A0D">
        <w:rPr>
          <w:rFonts w:ascii="Sylfaen" w:hAnsi="Sylfaen" w:cs="Sylfaen"/>
          <w:sz w:val="18"/>
          <w:szCs w:val="18"/>
        </w:rPr>
        <w:t>მიმდინარე</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შეჩერების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თაობაზე</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გააგრძელებს</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წარმოებას</w:t>
      </w:r>
      <w:proofErr w:type="spellEnd"/>
      <w:r w:rsidRPr="00C86A0D">
        <w:rPr>
          <w:rFonts w:cstheme="majorHAnsi"/>
          <w:sz w:val="18"/>
          <w:szCs w:val="18"/>
        </w:rPr>
        <w:t>,</w:t>
      </w:r>
      <w:r w:rsidR="00D36BEA">
        <w:rPr>
          <w:rFonts w:ascii="Sylfaen" w:hAnsi="Sylfaen" w:cstheme="majorHAnsi"/>
          <w:sz w:val="18"/>
          <w:szCs w:val="18"/>
          <w:lang w:val="ka-GE"/>
        </w:rPr>
        <w:t xml:space="preserve"> </w:t>
      </w:r>
      <w:proofErr w:type="spellStart"/>
      <w:r w:rsidRPr="00C86A0D">
        <w:rPr>
          <w:rFonts w:ascii="Sylfaen" w:hAnsi="Sylfaen" w:cs="Sylfaen"/>
          <w:sz w:val="18"/>
          <w:szCs w:val="18"/>
        </w:rPr>
        <w:t>ხელშეკრულების</w:t>
      </w:r>
      <w:proofErr w:type="spellEnd"/>
      <w:r w:rsidR="00D36BEA">
        <w:rPr>
          <w:rFonts w:ascii="Sylfaen" w:hAnsi="Sylfaen" w:cs="Sylfaen"/>
          <w:sz w:val="18"/>
          <w:szCs w:val="18"/>
          <w:lang w:val="ka-GE"/>
        </w:rPr>
        <w:t xml:space="preserve"> </w:t>
      </w:r>
      <w:r w:rsidR="00CF2402">
        <w:rPr>
          <w:rFonts w:ascii="Sylfaen" w:hAnsi="Sylfaen" w:cstheme="majorHAnsi"/>
          <w:sz w:val="18"/>
          <w:szCs w:val="18"/>
          <w:lang w:val="ka-GE"/>
        </w:rPr>
        <w:t>9</w:t>
      </w:r>
      <w:r w:rsidRPr="00C86A0D">
        <w:rPr>
          <w:rFonts w:cstheme="majorHAnsi"/>
          <w:sz w:val="18"/>
          <w:szCs w:val="18"/>
        </w:rPr>
        <w:t xml:space="preserve">.4. </w:t>
      </w:r>
      <w:proofErr w:type="spellStart"/>
      <w:r w:rsidRPr="00C86A0D">
        <w:rPr>
          <w:rFonts w:ascii="Sylfaen" w:hAnsi="Sylfaen" w:cs="Sylfaen"/>
          <w:sz w:val="18"/>
          <w:szCs w:val="18"/>
        </w:rPr>
        <w:t>მუხლში</w:t>
      </w:r>
      <w:proofErr w:type="spellEnd"/>
      <w:r w:rsidRPr="00C86A0D">
        <w:rPr>
          <w:rFonts w:cstheme="majorHAnsi"/>
          <w:sz w:val="18"/>
          <w:szCs w:val="18"/>
        </w:rPr>
        <w:t xml:space="preserve"> </w:t>
      </w:r>
      <w:proofErr w:type="spellStart"/>
      <w:r w:rsidRPr="00C86A0D">
        <w:rPr>
          <w:rFonts w:ascii="Sylfaen" w:hAnsi="Sylfaen" w:cs="Sylfaen"/>
          <w:sz w:val="18"/>
          <w:szCs w:val="18"/>
        </w:rPr>
        <w:t>მითითებული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ვადის</w:t>
      </w:r>
      <w:proofErr w:type="spellEnd"/>
      <w:r w:rsidRPr="00C86A0D">
        <w:rPr>
          <w:rFonts w:cstheme="majorHAnsi"/>
          <w:sz w:val="18"/>
          <w:szCs w:val="18"/>
        </w:rPr>
        <w:t xml:space="preserve"> - </w:t>
      </w:r>
      <w:r w:rsidR="00CF2402">
        <w:rPr>
          <w:rFonts w:ascii="Sylfaen" w:hAnsi="Sylfaen" w:cstheme="majorHAnsi"/>
          <w:sz w:val="18"/>
          <w:szCs w:val="18"/>
          <w:lang w:val="ka-GE"/>
        </w:rPr>
        <w:t>75</w:t>
      </w:r>
      <w:r w:rsidR="00D36BEA">
        <w:rPr>
          <w:rFonts w:cstheme="majorHAnsi"/>
          <w:sz w:val="18"/>
          <w:szCs w:val="18"/>
        </w:rPr>
        <w:t xml:space="preserve"> </w:t>
      </w:r>
      <w:r w:rsidR="00D36BEA">
        <w:rPr>
          <w:rFonts w:ascii="Sylfaen" w:hAnsi="Sylfaen" w:cstheme="majorHAnsi"/>
          <w:sz w:val="18"/>
          <w:szCs w:val="18"/>
          <w:lang w:val="ka-GE"/>
        </w:rPr>
        <w:t>(</w:t>
      </w:r>
      <w:r w:rsidR="00CF2402">
        <w:rPr>
          <w:rFonts w:ascii="Sylfaen" w:hAnsi="Sylfaen" w:cs="Sylfaen"/>
          <w:sz w:val="18"/>
          <w:szCs w:val="18"/>
          <w:lang w:val="ka-GE"/>
        </w:rPr>
        <w:t>სამოცდათხუთმეტი</w:t>
      </w:r>
      <w:r w:rsidR="00D36BEA">
        <w:rPr>
          <w:rFonts w:ascii="Sylfaen" w:hAnsi="Sylfaen" w:cstheme="majorHAnsi"/>
          <w:sz w:val="18"/>
          <w:szCs w:val="18"/>
          <w:lang w:val="ka-GE"/>
        </w:rPr>
        <w:t>)</w:t>
      </w:r>
      <w:r w:rsidR="00304A10" w:rsidRPr="00C86A0D">
        <w:rPr>
          <w:rFonts w:cstheme="majorHAnsi"/>
          <w:sz w:val="18"/>
          <w:szCs w:val="18"/>
        </w:rPr>
        <w:t xml:space="preserve"> </w:t>
      </w:r>
      <w:proofErr w:type="spellStart"/>
      <w:r w:rsidRPr="00C86A0D">
        <w:rPr>
          <w:rFonts w:ascii="Sylfaen" w:hAnsi="Sylfaen" w:cs="Sylfaen"/>
          <w:sz w:val="18"/>
          <w:szCs w:val="18"/>
        </w:rPr>
        <w:t>კალენდარული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დღიანი</w:t>
      </w:r>
      <w:proofErr w:type="spellEnd"/>
      <w:r w:rsidRPr="00C86A0D">
        <w:rPr>
          <w:rFonts w:cstheme="majorHAnsi"/>
          <w:sz w:val="18"/>
          <w:szCs w:val="18"/>
        </w:rPr>
        <w:t xml:space="preserve"> </w:t>
      </w:r>
      <w:proofErr w:type="spellStart"/>
      <w:r w:rsidRPr="00C86A0D">
        <w:rPr>
          <w:rFonts w:ascii="Sylfaen" w:hAnsi="Sylfaen" w:cs="Sylfaen"/>
          <w:sz w:val="18"/>
          <w:szCs w:val="18"/>
        </w:rPr>
        <w:t>ვადის</w:t>
      </w:r>
      <w:proofErr w:type="spellEnd"/>
      <w:r w:rsidRPr="00C86A0D">
        <w:rPr>
          <w:rFonts w:cstheme="majorHAnsi"/>
          <w:sz w:val="18"/>
          <w:szCs w:val="18"/>
        </w:rPr>
        <w:t xml:space="preserve"> </w:t>
      </w:r>
      <w:proofErr w:type="spellStart"/>
      <w:r w:rsidRPr="00C86A0D">
        <w:rPr>
          <w:rFonts w:ascii="Sylfaen" w:hAnsi="Sylfaen" w:cs="Sylfaen"/>
          <w:sz w:val="18"/>
          <w:szCs w:val="18"/>
        </w:rPr>
        <w:t>ათვლა</w:t>
      </w:r>
      <w:proofErr w:type="spellEnd"/>
      <w:r w:rsidRPr="00C86A0D">
        <w:rPr>
          <w:rFonts w:cstheme="majorHAnsi"/>
          <w:sz w:val="18"/>
          <w:szCs w:val="18"/>
        </w:rPr>
        <w:t xml:space="preserve"> </w:t>
      </w:r>
      <w:proofErr w:type="spellStart"/>
      <w:r w:rsidRPr="00C86A0D">
        <w:rPr>
          <w:rFonts w:ascii="Sylfaen" w:hAnsi="Sylfaen" w:cs="Sylfaen"/>
          <w:sz w:val="18"/>
          <w:szCs w:val="18"/>
        </w:rPr>
        <w:t>დაიწყება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გაგრძელების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შემდეგ</w:t>
      </w:r>
      <w:proofErr w:type="spellEnd"/>
      <w:r w:rsidR="00D36BEA">
        <w:rPr>
          <w:rFonts w:ascii="Sylfaen" w:hAnsi="Sylfaen" w:cs="Sylfaen"/>
          <w:sz w:val="18"/>
          <w:szCs w:val="18"/>
          <w:lang w:val="ka-GE"/>
        </w:rPr>
        <w:t xml:space="preserve"> </w:t>
      </w:r>
      <w:r w:rsidR="00D36BEA">
        <w:rPr>
          <w:rFonts w:ascii="Sylfaen" w:hAnsi="Sylfaen" w:cstheme="majorHAnsi"/>
          <w:sz w:val="18"/>
          <w:szCs w:val="18"/>
          <w:lang w:val="ka-GE"/>
        </w:rPr>
        <w:t>(</w:t>
      </w:r>
      <w:proofErr w:type="spellStart"/>
      <w:r w:rsidRPr="00C86A0D">
        <w:rPr>
          <w:rFonts w:ascii="Sylfaen" w:hAnsi="Sylfaen" w:cs="Sylfaen"/>
          <w:sz w:val="18"/>
          <w:szCs w:val="18"/>
        </w:rPr>
        <w:t>ასანაზღაურებელი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საანგარიშო</w:t>
      </w:r>
      <w:proofErr w:type="spellEnd"/>
      <w:r w:rsidRPr="00C86A0D">
        <w:rPr>
          <w:rFonts w:cstheme="majorHAnsi"/>
          <w:sz w:val="18"/>
          <w:szCs w:val="18"/>
        </w:rPr>
        <w:t xml:space="preserve"> </w:t>
      </w:r>
      <w:proofErr w:type="spellStart"/>
      <w:r w:rsidRPr="00C86A0D">
        <w:rPr>
          <w:rFonts w:ascii="Sylfaen" w:hAnsi="Sylfaen" w:cs="Sylfaen"/>
          <w:sz w:val="18"/>
          <w:szCs w:val="18"/>
        </w:rPr>
        <w:t>პერიოდის</w:t>
      </w:r>
      <w:proofErr w:type="spellEnd"/>
      <w:r w:rsidRPr="00C86A0D">
        <w:rPr>
          <w:rFonts w:cstheme="majorHAnsi"/>
          <w:sz w:val="18"/>
          <w:szCs w:val="18"/>
        </w:rPr>
        <w:t xml:space="preserve"> </w:t>
      </w:r>
      <w:proofErr w:type="spellStart"/>
      <w:r w:rsidRPr="00C86A0D">
        <w:rPr>
          <w:rFonts w:ascii="Sylfaen" w:hAnsi="Sylfaen" w:cs="Sylfaen"/>
          <w:sz w:val="18"/>
          <w:szCs w:val="18"/>
        </w:rPr>
        <w:t>მომდევნო</w:t>
      </w:r>
      <w:proofErr w:type="spellEnd"/>
      <w:r w:rsidRPr="00C86A0D">
        <w:rPr>
          <w:rFonts w:cstheme="majorHAnsi"/>
          <w:sz w:val="18"/>
          <w:szCs w:val="18"/>
        </w:rPr>
        <w:t xml:space="preserve"> </w:t>
      </w:r>
      <w:proofErr w:type="spellStart"/>
      <w:r w:rsidRPr="00C86A0D">
        <w:rPr>
          <w:rFonts w:ascii="Sylfaen" w:hAnsi="Sylfaen" w:cs="Sylfaen"/>
          <w:sz w:val="18"/>
          <w:szCs w:val="18"/>
        </w:rPr>
        <w:t>საანგარიშო</w:t>
      </w:r>
      <w:proofErr w:type="spellEnd"/>
      <w:r w:rsidRPr="00C86A0D">
        <w:rPr>
          <w:rFonts w:cstheme="majorHAnsi"/>
          <w:sz w:val="18"/>
          <w:szCs w:val="18"/>
        </w:rPr>
        <w:t xml:space="preserve"> </w:t>
      </w:r>
      <w:proofErr w:type="spellStart"/>
      <w:r w:rsidRPr="00C86A0D">
        <w:rPr>
          <w:rFonts w:ascii="Sylfaen" w:hAnsi="Sylfaen" w:cs="Sylfaen"/>
          <w:sz w:val="18"/>
          <w:szCs w:val="18"/>
        </w:rPr>
        <w:t>პერიოდში</w:t>
      </w:r>
      <w:proofErr w:type="spellEnd"/>
      <w:r w:rsidR="00D36BEA">
        <w:rPr>
          <w:rFonts w:ascii="Sylfaen" w:hAnsi="Sylfaen" w:cstheme="majorHAnsi"/>
          <w:sz w:val="18"/>
          <w:szCs w:val="18"/>
          <w:lang w:val="ka-GE"/>
        </w:rPr>
        <w:t>)</w:t>
      </w:r>
      <w:r w:rsidRPr="00C86A0D">
        <w:rPr>
          <w:rFonts w:cstheme="majorHAnsi"/>
          <w:sz w:val="18"/>
          <w:szCs w:val="18"/>
        </w:rPr>
        <w:t xml:space="preserve"> </w:t>
      </w:r>
      <w:proofErr w:type="spellStart"/>
      <w:r w:rsidRPr="00C86A0D">
        <w:rPr>
          <w:rFonts w:ascii="Sylfaen" w:hAnsi="Sylfaen" w:cs="Sylfaen"/>
          <w:sz w:val="18"/>
          <w:szCs w:val="18"/>
        </w:rPr>
        <w:t>შესრულებული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დადგენილი</w:t>
      </w:r>
      <w:proofErr w:type="spellEnd"/>
      <w:r w:rsidRPr="00C86A0D">
        <w:rPr>
          <w:rFonts w:cstheme="majorHAnsi"/>
          <w:sz w:val="18"/>
          <w:szCs w:val="18"/>
        </w:rPr>
        <w:t xml:space="preserve"> </w:t>
      </w:r>
      <w:proofErr w:type="spellStart"/>
      <w:r w:rsidRPr="00C86A0D">
        <w:rPr>
          <w:rFonts w:ascii="Sylfaen" w:hAnsi="Sylfaen" w:cs="Sylfaen"/>
          <w:sz w:val="18"/>
          <w:szCs w:val="18"/>
        </w:rPr>
        <w:t>წესით</w:t>
      </w:r>
      <w:proofErr w:type="spellEnd"/>
      <w:r w:rsidRPr="00C86A0D">
        <w:rPr>
          <w:rFonts w:cstheme="majorHAnsi"/>
          <w:sz w:val="18"/>
          <w:szCs w:val="18"/>
        </w:rPr>
        <w:t xml:space="preserve"> </w:t>
      </w:r>
      <w:proofErr w:type="spellStart"/>
      <w:r w:rsidRPr="00C86A0D">
        <w:rPr>
          <w:rFonts w:ascii="Sylfaen" w:hAnsi="Sylfaen" w:cs="Sylfaen"/>
          <w:sz w:val="18"/>
          <w:szCs w:val="18"/>
        </w:rPr>
        <w:t>მიღების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დღიდან</w:t>
      </w:r>
      <w:proofErr w:type="spellEnd"/>
      <w:r w:rsidR="00C86A0D">
        <w:rPr>
          <w:rFonts w:ascii="Sylfaen" w:hAnsi="Sylfaen" w:cstheme="majorHAnsi"/>
          <w:sz w:val="18"/>
          <w:szCs w:val="18"/>
          <w:lang w:val="ka-GE"/>
        </w:rPr>
        <w:t>.</w:t>
      </w:r>
    </w:p>
    <w:p w14:paraId="64832E01" w14:textId="2C2735B2" w:rsidR="004B6084" w:rsidRPr="00C86A0D" w:rsidRDefault="00A74260" w:rsidP="00185C20">
      <w:pPr>
        <w:pStyle w:val="ListParagraph"/>
        <w:numPr>
          <w:ilvl w:val="2"/>
          <w:numId w:val="13"/>
        </w:numPr>
        <w:jc w:val="both"/>
        <w:rPr>
          <w:rFonts w:cstheme="majorHAnsi"/>
          <w:sz w:val="18"/>
          <w:szCs w:val="18"/>
        </w:rPr>
      </w:pPr>
      <w:proofErr w:type="spellStart"/>
      <w:r w:rsidRPr="00C86A0D">
        <w:rPr>
          <w:rFonts w:ascii="Sylfaen" w:hAnsi="Sylfaen" w:cs="Sylfaen"/>
          <w:sz w:val="18"/>
          <w:szCs w:val="18"/>
        </w:rPr>
        <w:t>მხარეები</w:t>
      </w:r>
      <w:proofErr w:type="spellEnd"/>
      <w:r w:rsidRPr="00C86A0D">
        <w:rPr>
          <w:rFonts w:cstheme="majorHAnsi"/>
          <w:sz w:val="18"/>
          <w:szCs w:val="18"/>
        </w:rPr>
        <w:t xml:space="preserve"> </w:t>
      </w:r>
      <w:proofErr w:type="spellStart"/>
      <w:r w:rsidRPr="00C86A0D">
        <w:rPr>
          <w:rFonts w:ascii="Sylfaen" w:hAnsi="Sylfaen" w:cs="Sylfaen"/>
          <w:sz w:val="18"/>
          <w:szCs w:val="18"/>
        </w:rPr>
        <w:t>თანხმდებიან</w:t>
      </w:r>
      <w:proofErr w:type="spellEnd"/>
      <w:r w:rsidRPr="00C86A0D">
        <w:rPr>
          <w:rFonts w:cstheme="majorHAnsi"/>
          <w:sz w:val="18"/>
          <w:szCs w:val="18"/>
        </w:rPr>
        <w:t xml:space="preserve">, </w:t>
      </w:r>
      <w:proofErr w:type="spellStart"/>
      <w:r w:rsidRPr="00C86A0D">
        <w:rPr>
          <w:rFonts w:ascii="Sylfaen" w:hAnsi="Sylfaen" w:cs="Sylfaen"/>
          <w:sz w:val="18"/>
          <w:szCs w:val="18"/>
        </w:rPr>
        <w:t>რომ</w:t>
      </w:r>
      <w:proofErr w:type="spellEnd"/>
      <w:r w:rsidRPr="00C86A0D">
        <w:rPr>
          <w:rFonts w:cstheme="majorHAnsi"/>
          <w:sz w:val="18"/>
          <w:szCs w:val="18"/>
        </w:rPr>
        <w:t xml:space="preserve"> </w:t>
      </w:r>
      <w:r w:rsidR="00D36BEA">
        <w:rPr>
          <w:rFonts w:ascii="Sylfaen" w:hAnsi="Sylfaen" w:cs="Sylfaen"/>
          <w:sz w:val="18"/>
          <w:szCs w:val="18"/>
          <w:lang w:val="ka-GE"/>
        </w:rPr>
        <w:t>მენარდე</w:t>
      </w:r>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შეჩერების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შესახებ</w:t>
      </w:r>
      <w:proofErr w:type="spellEnd"/>
      <w:r w:rsidR="00D36BEA">
        <w:rPr>
          <w:rFonts w:cstheme="majorHAnsi"/>
          <w:sz w:val="18"/>
          <w:szCs w:val="18"/>
        </w:rPr>
        <w:t xml:space="preserve"> </w:t>
      </w:r>
      <w:r w:rsidR="00D36BEA">
        <w:rPr>
          <w:rFonts w:ascii="Sylfaen" w:hAnsi="Sylfaen" w:cstheme="majorHAnsi"/>
          <w:sz w:val="18"/>
          <w:szCs w:val="18"/>
          <w:lang w:val="ka-GE"/>
        </w:rPr>
        <w:t>(</w:t>
      </w:r>
      <w:proofErr w:type="spellStart"/>
      <w:r w:rsidRPr="00C86A0D">
        <w:rPr>
          <w:rFonts w:ascii="Sylfaen" w:hAnsi="Sylfaen" w:cs="Sylfaen"/>
          <w:sz w:val="18"/>
          <w:szCs w:val="18"/>
        </w:rPr>
        <w:t>ნებისმიერი</w:t>
      </w:r>
      <w:proofErr w:type="spellEnd"/>
      <w:r w:rsidRPr="00C86A0D">
        <w:rPr>
          <w:rFonts w:cstheme="majorHAnsi"/>
          <w:sz w:val="18"/>
          <w:szCs w:val="18"/>
        </w:rPr>
        <w:t xml:space="preserve"> </w:t>
      </w:r>
      <w:proofErr w:type="spellStart"/>
      <w:r w:rsidRPr="00C86A0D">
        <w:rPr>
          <w:rFonts w:ascii="Sylfaen" w:hAnsi="Sylfaen" w:cs="Sylfaen"/>
          <w:sz w:val="18"/>
          <w:szCs w:val="18"/>
        </w:rPr>
        <w:t>მიზეზით</w:t>
      </w:r>
      <w:proofErr w:type="spellEnd"/>
      <w:r w:rsidR="00D36BEA">
        <w:rPr>
          <w:rFonts w:ascii="Sylfaen" w:hAnsi="Sylfaen" w:cstheme="majorHAnsi"/>
          <w:sz w:val="18"/>
          <w:szCs w:val="18"/>
          <w:lang w:val="ka-GE"/>
        </w:rPr>
        <w:t>)</w:t>
      </w:r>
      <w:r w:rsidRPr="00C86A0D">
        <w:rPr>
          <w:rFonts w:cstheme="majorHAnsi"/>
          <w:sz w:val="18"/>
          <w:szCs w:val="18"/>
        </w:rPr>
        <w:t xml:space="preserve"> </w:t>
      </w:r>
      <w:proofErr w:type="spellStart"/>
      <w:r w:rsidRPr="00C86A0D">
        <w:rPr>
          <w:rFonts w:ascii="Sylfaen" w:hAnsi="Sylfaen" w:cs="Sylfaen"/>
          <w:sz w:val="18"/>
          <w:szCs w:val="18"/>
        </w:rPr>
        <w:t>საკუთარ</w:t>
      </w:r>
      <w:proofErr w:type="spellEnd"/>
      <w:r w:rsidRPr="00C86A0D">
        <w:rPr>
          <w:rFonts w:cstheme="majorHAnsi"/>
          <w:sz w:val="18"/>
          <w:szCs w:val="18"/>
        </w:rPr>
        <w:t xml:space="preserve"> </w:t>
      </w:r>
      <w:proofErr w:type="spellStart"/>
      <w:r w:rsidRPr="00C86A0D">
        <w:rPr>
          <w:rFonts w:ascii="Sylfaen" w:hAnsi="Sylfaen" w:cs="Sylfaen"/>
          <w:sz w:val="18"/>
          <w:szCs w:val="18"/>
        </w:rPr>
        <w:t>გადაწყვეტილებას</w:t>
      </w:r>
      <w:proofErr w:type="spellEnd"/>
      <w:r w:rsidRPr="00C86A0D">
        <w:rPr>
          <w:rFonts w:cstheme="majorHAnsi"/>
          <w:sz w:val="18"/>
          <w:szCs w:val="18"/>
        </w:rPr>
        <w:t xml:space="preserve"> </w:t>
      </w:r>
      <w:proofErr w:type="spellStart"/>
      <w:r w:rsidRPr="00C86A0D">
        <w:rPr>
          <w:rFonts w:ascii="Sylfaen" w:hAnsi="Sylfaen" w:cs="Sylfaen"/>
          <w:sz w:val="18"/>
          <w:szCs w:val="18"/>
        </w:rPr>
        <w:t>დაუყოვნებლივ</w:t>
      </w:r>
      <w:proofErr w:type="spellEnd"/>
      <w:r w:rsidRPr="00C86A0D">
        <w:rPr>
          <w:rFonts w:cstheme="majorHAnsi"/>
          <w:sz w:val="18"/>
          <w:szCs w:val="18"/>
        </w:rPr>
        <w:t xml:space="preserve"> </w:t>
      </w:r>
      <w:proofErr w:type="spellStart"/>
      <w:r w:rsidRPr="00C86A0D">
        <w:rPr>
          <w:rFonts w:ascii="Sylfaen" w:hAnsi="Sylfaen" w:cs="Sylfaen"/>
          <w:sz w:val="18"/>
          <w:szCs w:val="18"/>
        </w:rPr>
        <w:t>აცნობებს</w:t>
      </w:r>
      <w:proofErr w:type="spellEnd"/>
      <w:r w:rsidR="0028740F">
        <w:rPr>
          <w:rFonts w:ascii="Sylfaen" w:hAnsi="Sylfaen" w:cs="Sylfaen"/>
          <w:sz w:val="18"/>
          <w:szCs w:val="18"/>
        </w:rPr>
        <w:t xml:space="preserve"> </w:t>
      </w:r>
      <w:proofErr w:type="spellStart"/>
      <w:r w:rsidRPr="00C86A0D">
        <w:rPr>
          <w:rFonts w:ascii="Sylfaen" w:hAnsi="Sylfaen" w:cs="Sylfaen"/>
          <w:sz w:val="18"/>
          <w:szCs w:val="18"/>
        </w:rPr>
        <w:t>დამკვეთს</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w:t>
      </w:r>
      <w:r w:rsidR="00D36BEA">
        <w:rPr>
          <w:rFonts w:ascii="Sylfaen" w:hAnsi="Sylfaen" w:cstheme="majorHAnsi"/>
          <w:sz w:val="18"/>
          <w:szCs w:val="18"/>
          <w:lang w:val="ka-GE"/>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მისგან</w:t>
      </w:r>
      <w:proofErr w:type="spellEnd"/>
      <w:r w:rsidRPr="00C86A0D">
        <w:rPr>
          <w:rFonts w:cstheme="majorHAnsi"/>
          <w:sz w:val="18"/>
          <w:szCs w:val="18"/>
        </w:rPr>
        <w:t xml:space="preserve"> </w:t>
      </w:r>
      <w:proofErr w:type="spellStart"/>
      <w:r w:rsidRPr="00C86A0D">
        <w:rPr>
          <w:rFonts w:ascii="Sylfaen" w:hAnsi="Sylfaen" w:cs="Sylfaen"/>
          <w:sz w:val="18"/>
          <w:szCs w:val="18"/>
        </w:rPr>
        <w:t>დამოუკიდებელი</w:t>
      </w:r>
      <w:proofErr w:type="spellEnd"/>
      <w:r w:rsidRPr="00C86A0D">
        <w:rPr>
          <w:rFonts w:cstheme="majorHAnsi"/>
          <w:sz w:val="18"/>
          <w:szCs w:val="18"/>
        </w:rPr>
        <w:t xml:space="preserve"> </w:t>
      </w:r>
      <w:proofErr w:type="spellStart"/>
      <w:r w:rsidRPr="00C86A0D">
        <w:rPr>
          <w:rFonts w:ascii="Sylfaen" w:hAnsi="Sylfaen" w:cs="Sylfaen"/>
          <w:sz w:val="18"/>
          <w:szCs w:val="18"/>
        </w:rPr>
        <w:t>რაიმე</w:t>
      </w:r>
      <w:proofErr w:type="spellEnd"/>
      <w:r w:rsidRPr="00C86A0D">
        <w:rPr>
          <w:rFonts w:cstheme="majorHAnsi"/>
          <w:sz w:val="18"/>
          <w:szCs w:val="18"/>
        </w:rPr>
        <w:t xml:space="preserve"> </w:t>
      </w:r>
      <w:proofErr w:type="spellStart"/>
      <w:r w:rsidRPr="00C86A0D">
        <w:rPr>
          <w:rFonts w:ascii="Sylfaen" w:hAnsi="Sylfaen" w:cs="Sylfaen"/>
          <w:sz w:val="18"/>
          <w:szCs w:val="18"/>
        </w:rPr>
        <w:t>მიზეზები</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გარემოებები</w:t>
      </w:r>
      <w:proofErr w:type="spellEnd"/>
      <w:r w:rsidRPr="00C86A0D">
        <w:rPr>
          <w:rFonts w:cstheme="majorHAnsi"/>
          <w:sz w:val="18"/>
          <w:szCs w:val="18"/>
        </w:rPr>
        <w:t xml:space="preserve"> </w:t>
      </w:r>
      <w:proofErr w:type="spellStart"/>
      <w:r w:rsidRPr="00C86A0D">
        <w:rPr>
          <w:rFonts w:ascii="Sylfaen" w:hAnsi="Sylfaen" w:cs="Sylfaen"/>
          <w:sz w:val="18"/>
          <w:szCs w:val="18"/>
        </w:rPr>
        <w:t>საფრთხეს</w:t>
      </w:r>
      <w:proofErr w:type="spellEnd"/>
      <w:r w:rsidRPr="00C86A0D">
        <w:rPr>
          <w:rFonts w:cstheme="majorHAnsi"/>
          <w:sz w:val="18"/>
          <w:szCs w:val="18"/>
        </w:rPr>
        <w:t xml:space="preserve"> </w:t>
      </w:r>
      <w:proofErr w:type="spellStart"/>
      <w:r w:rsidRPr="00C86A0D">
        <w:rPr>
          <w:rFonts w:ascii="Sylfaen" w:hAnsi="Sylfaen" w:cs="Sylfaen"/>
          <w:sz w:val="18"/>
          <w:szCs w:val="18"/>
        </w:rPr>
        <w:t>უქმნის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შეუქმნის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ამ</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განსაზღვრული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მომსახურების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განხორციელებას</w:t>
      </w:r>
      <w:proofErr w:type="spellEnd"/>
      <w:r w:rsidRPr="00C86A0D">
        <w:rPr>
          <w:rFonts w:cstheme="majorHAnsi"/>
          <w:sz w:val="18"/>
          <w:szCs w:val="18"/>
        </w:rPr>
        <w:t>.</w:t>
      </w:r>
      <w:r w:rsidR="0011213F">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w:t>
      </w:r>
      <w:proofErr w:type="spellEnd"/>
      <w:r w:rsidRPr="00C86A0D">
        <w:rPr>
          <w:rFonts w:cstheme="majorHAnsi"/>
          <w:sz w:val="18"/>
          <w:szCs w:val="18"/>
        </w:rPr>
        <w:t xml:space="preserve"> </w:t>
      </w:r>
      <w:proofErr w:type="spellStart"/>
      <w:r w:rsidRPr="00C86A0D">
        <w:rPr>
          <w:rFonts w:ascii="Sylfaen" w:hAnsi="Sylfaen" w:cs="Sylfaen"/>
          <w:sz w:val="18"/>
          <w:szCs w:val="18"/>
        </w:rPr>
        <w:t>დაეთანხმება</w:t>
      </w:r>
      <w:proofErr w:type="spellEnd"/>
      <w:r w:rsidRPr="00C86A0D">
        <w:rPr>
          <w:rFonts w:cstheme="majorHAnsi"/>
          <w:sz w:val="18"/>
          <w:szCs w:val="18"/>
        </w:rPr>
        <w:t xml:space="preserve"> </w:t>
      </w:r>
      <w:r w:rsidR="00D36BEA">
        <w:rPr>
          <w:rFonts w:ascii="Sylfaen" w:hAnsi="Sylfaen" w:cs="Sylfaen"/>
          <w:sz w:val="18"/>
          <w:szCs w:val="18"/>
          <w:lang w:val="ka-GE"/>
        </w:rPr>
        <w:t>მენარდის</w:t>
      </w:r>
      <w:r w:rsidRPr="00C86A0D">
        <w:rPr>
          <w:rFonts w:cstheme="majorHAnsi"/>
          <w:sz w:val="18"/>
          <w:szCs w:val="18"/>
        </w:rPr>
        <w:t xml:space="preserve"> </w:t>
      </w:r>
      <w:proofErr w:type="spellStart"/>
      <w:r w:rsidRPr="00C86A0D">
        <w:rPr>
          <w:rFonts w:ascii="Sylfaen" w:hAnsi="Sylfaen" w:cs="Sylfaen"/>
          <w:sz w:val="18"/>
          <w:szCs w:val="18"/>
        </w:rPr>
        <w:t>პოზიციას</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შეუძლებლობის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შესახებ</w:t>
      </w:r>
      <w:proofErr w:type="spellEnd"/>
      <w:r w:rsidRPr="00C86A0D">
        <w:rPr>
          <w:rFonts w:cstheme="majorHAnsi"/>
          <w:sz w:val="18"/>
          <w:szCs w:val="18"/>
        </w:rPr>
        <w:t xml:space="preserve">, </w:t>
      </w:r>
      <w:proofErr w:type="spellStart"/>
      <w:r w:rsidRPr="00C86A0D">
        <w:rPr>
          <w:rFonts w:ascii="Sylfaen" w:hAnsi="Sylfaen" w:cs="Sylfaen"/>
          <w:sz w:val="18"/>
          <w:szCs w:val="18"/>
        </w:rPr>
        <w:t>მაშინ</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მხარეთა</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დგება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შეუძლებლობის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შესახებ</w:t>
      </w:r>
      <w:proofErr w:type="spellEnd"/>
      <w:r w:rsidRPr="00C86A0D">
        <w:rPr>
          <w:rFonts w:cstheme="majorHAnsi"/>
          <w:sz w:val="18"/>
          <w:szCs w:val="18"/>
        </w:rPr>
        <w:t xml:space="preserve"> </w:t>
      </w:r>
      <w:proofErr w:type="spellStart"/>
      <w:r w:rsidRPr="00C86A0D">
        <w:rPr>
          <w:rFonts w:ascii="Sylfaen" w:hAnsi="Sylfaen" w:cs="Sylfaen"/>
          <w:sz w:val="18"/>
          <w:szCs w:val="18"/>
        </w:rPr>
        <w:t>ერთობლივი</w:t>
      </w:r>
      <w:proofErr w:type="spellEnd"/>
      <w:r w:rsidRPr="00C86A0D">
        <w:rPr>
          <w:rFonts w:cstheme="majorHAnsi"/>
          <w:sz w:val="18"/>
          <w:szCs w:val="18"/>
        </w:rPr>
        <w:t xml:space="preserve"> </w:t>
      </w:r>
      <w:proofErr w:type="spellStart"/>
      <w:r w:rsidRPr="00C86A0D">
        <w:rPr>
          <w:rFonts w:ascii="Sylfaen" w:hAnsi="Sylfaen" w:cs="Sylfaen"/>
          <w:sz w:val="18"/>
          <w:szCs w:val="18"/>
        </w:rPr>
        <w:t>აქტი</w:t>
      </w:r>
      <w:proofErr w:type="spellEnd"/>
      <w:r w:rsidRPr="00C86A0D">
        <w:rPr>
          <w:rFonts w:cstheme="majorHAnsi"/>
          <w:sz w:val="18"/>
          <w:szCs w:val="18"/>
        </w:rPr>
        <w:t xml:space="preserve">, </w:t>
      </w:r>
      <w:proofErr w:type="spellStart"/>
      <w:r w:rsidRPr="00C86A0D">
        <w:rPr>
          <w:rFonts w:ascii="Sylfaen" w:hAnsi="Sylfaen" w:cs="Sylfaen"/>
          <w:sz w:val="18"/>
          <w:szCs w:val="18"/>
        </w:rPr>
        <w:t>რის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შედეგადაც</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ვადა</w:t>
      </w:r>
      <w:proofErr w:type="spellEnd"/>
      <w:r w:rsidRPr="00C86A0D">
        <w:rPr>
          <w:rFonts w:cstheme="majorHAnsi"/>
          <w:sz w:val="18"/>
          <w:szCs w:val="18"/>
        </w:rPr>
        <w:t xml:space="preserve"> </w:t>
      </w:r>
      <w:proofErr w:type="spellStart"/>
      <w:r w:rsidRPr="00C86A0D">
        <w:rPr>
          <w:rFonts w:ascii="Sylfaen" w:hAnsi="Sylfaen" w:cs="Sylfaen"/>
          <w:sz w:val="18"/>
          <w:szCs w:val="18"/>
        </w:rPr>
        <w:t>გადაიწევს</w:t>
      </w:r>
      <w:proofErr w:type="spellEnd"/>
      <w:r w:rsidRPr="00C86A0D">
        <w:rPr>
          <w:rFonts w:cstheme="majorHAnsi"/>
          <w:sz w:val="18"/>
          <w:szCs w:val="18"/>
        </w:rPr>
        <w:t xml:space="preserve"> </w:t>
      </w:r>
      <w:proofErr w:type="spellStart"/>
      <w:r w:rsidRPr="00C86A0D">
        <w:rPr>
          <w:rFonts w:ascii="Sylfaen" w:hAnsi="Sylfaen" w:cs="Sylfaen"/>
          <w:sz w:val="18"/>
          <w:szCs w:val="18"/>
        </w:rPr>
        <w:t>პროპორციულად</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ვადით</w:t>
      </w:r>
      <w:proofErr w:type="spellEnd"/>
      <w:r w:rsidRPr="00C86A0D">
        <w:rPr>
          <w:rFonts w:cstheme="majorHAnsi"/>
          <w:sz w:val="18"/>
          <w:szCs w:val="18"/>
        </w:rPr>
        <w:t xml:space="preserve">, </w:t>
      </w:r>
      <w:proofErr w:type="spellStart"/>
      <w:r w:rsidRPr="00C86A0D">
        <w:rPr>
          <w:rFonts w:ascii="Sylfaen" w:hAnsi="Sylfaen" w:cs="Sylfaen"/>
          <w:sz w:val="18"/>
          <w:szCs w:val="18"/>
        </w:rPr>
        <w:t>რა</w:t>
      </w:r>
      <w:proofErr w:type="spellEnd"/>
      <w:r w:rsidRPr="00C86A0D">
        <w:rPr>
          <w:rFonts w:cstheme="majorHAnsi"/>
          <w:sz w:val="18"/>
          <w:szCs w:val="18"/>
        </w:rPr>
        <w:t xml:space="preserve"> </w:t>
      </w:r>
      <w:proofErr w:type="spellStart"/>
      <w:r w:rsidRPr="00C86A0D">
        <w:rPr>
          <w:rFonts w:ascii="Sylfaen" w:hAnsi="Sylfaen" w:cs="Sylfaen"/>
          <w:sz w:val="18"/>
          <w:szCs w:val="18"/>
        </w:rPr>
        <w:t>ვადითაც</w:t>
      </w:r>
      <w:proofErr w:type="spellEnd"/>
      <w:r w:rsidRPr="00C86A0D">
        <w:rPr>
          <w:rFonts w:cstheme="majorHAnsi"/>
          <w:sz w:val="18"/>
          <w:szCs w:val="18"/>
        </w:rPr>
        <w:t xml:space="preserve"> </w:t>
      </w:r>
      <w:proofErr w:type="spellStart"/>
      <w:r w:rsidRPr="00C86A0D">
        <w:rPr>
          <w:rFonts w:ascii="Sylfaen" w:hAnsi="Sylfaen" w:cs="Sylfaen"/>
          <w:sz w:val="18"/>
          <w:szCs w:val="18"/>
        </w:rPr>
        <w:t>შეუძლებელი</w:t>
      </w:r>
      <w:proofErr w:type="spellEnd"/>
      <w:r w:rsidRPr="00C86A0D">
        <w:rPr>
          <w:rFonts w:cstheme="majorHAnsi"/>
          <w:sz w:val="18"/>
          <w:szCs w:val="18"/>
        </w:rPr>
        <w:t xml:space="preserve"> </w:t>
      </w:r>
      <w:proofErr w:type="spellStart"/>
      <w:r w:rsidRPr="00C86A0D">
        <w:rPr>
          <w:rFonts w:ascii="Sylfaen" w:hAnsi="Sylfaen" w:cs="Sylfaen"/>
          <w:sz w:val="18"/>
          <w:szCs w:val="18"/>
        </w:rPr>
        <w:t>იქნება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შესრულება</w:t>
      </w:r>
      <w:proofErr w:type="spellEnd"/>
      <w:r w:rsidRPr="00C86A0D">
        <w:rPr>
          <w:rFonts w:cstheme="majorHAnsi"/>
          <w:sz w:val="18"/>
          <w:szCs w:val="18"/>
        </w:rPr>
        <w:t xml:space="preserve">. </w:t>
      </w:r>
      <w:proofErr w:type="spellStart"/>
      <w:r w:rsidRPr="00C86A0D">
        <w:rPr>
          <w:rFonts w:ascii="Sylfaen" w:hAnsi="Sylfaen" w:cs="Sylfaen"/>
          <w:sz w:val="18"/>
          <w:szCs w:val="18"/>
        </w:rPr>
        <w:t>ამ</w:t>
      </w:r>
      <w:proofErr w:type="spellEnd"/>
      <w:r w:rsidRPr="00C86A0D">
        <w:rPr>
          <w:rFonts w:cstheme="majorHAnsi"/>
          <w:sz w:val="18"/>
          <w:szCs w:val="18"/>
        </w:rPr>
        <w:t xml:space="preserve"> </w:t>
      </w:r>
      <w:proofErr w:type="spellStart"/>
      <w:r w:rsidRPr="00C86A0D">
        <w:rPr>
          <w:rFonts w:ascii="Sylfaen" w:hAnsi="Sylfaen" w:cs="Sylfaen"/>
          <w:sz w:val="18"/>
          <w:szCs w:val="18"/>
        </w:rPr>
        <w:t>წესის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დაცვის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გარეშე</w:t>
      </w:r>
      <w:proofErr w:type="spellEnd"/>
      <w:r w:rsidRPr="00C86A0D">
        <w:rPr>
          <w:rFonts w:cstheme="majorHAnsi"/>
          <w:sz w:val="18"/>
          <w:szCs w:val="18"/>
        </w:rPr>
        <w:t xml:space="preserve"> </w:t>
      </w:r>
      <w:r w:rsidR="00D36BEA">
        <w:rPr>
          <w:rFonts w:ascii="Sylfaen" w:hAnsi="Sylfaen" w:cs="Sylfaen"/>
          <w:sz w:val="18"/>
          <w:szCs w:val="18"/>
          <w:lang w:val="ka-GE"/>
        </w:rPr>
        <w:t>მენარდეს</w:t>
      </w:r>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აქვს</w:t>
      </w:r>
      <w:proofErr w:type="spellEnd"/>
      <w:r w:rsidRPr="00C86A0D">
        <w:rPr>
          <w:rFonts w:cstheme="majorHAnsi"/>
          <w:sz w:val="18"/>
          <w:szCs w:val="18"/>
        </w:rPr>
        <w:t xml:space="preserve"> </w:t>
      </w:r>
      <w:proofErr w:type="spellStart"/>
      <w:r w:rsidRPr="00C86A0D">
        <w:rPr>
          <w:rFonts w:ascii="Sylfaen" w:hAnsi="Sylfaen" w:cs="Sylfaen"/>
          <w:sz w:val="18"/>
          <w:szCs w:val="18"/>
        </w:rPr>
        <w:t>უფლება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ვადის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დარღვევის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ჩამორჩენის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მიზეზად</w:t>
      </w:r>
      <w:proofErr w:type="spellEnd"/>
      <w:r w:rsidRPr="00C86A0D">
        <w:rPr>
          <w:rFonts w:cstheme="majorHAnsi"/>
          <w:sz w:val="18"/>
          <w:szCs w:val="18"/>
        </w:rPr>
        <w:t xml:space="preserve"> </w:t>
      </w:r>
      <w:proofErr w:type="spellStart"/>
      <w:r w:rsidRPr="00C86A0D">
        <w:rPr>
          <w:rFonts w:ascii="Sylfaen" w:hAnsi="Sylfaen" w:cs="Sylfaen"/>
          <w:sz w:val="18"/>
          <w:szCs w:val="18"/>
        </w:rPr>
        <w:t>მიუთითოს</w:t>
      </w:r>
      <w:proofErr w:type="spellEnd"/>
      <w:r w:rsidRPr="00C86A0D">
        <w:rPr>
          <w:rFonts w:cstheme="majorHAnsi"/>
          <w:sz w:val="18"/>
          <w:szCs w:val="18"/>
        </w:rPr>
        <w:t xml:space="preserve"> </w:t>
      </w:r>
      <w:proofErr w:type="spellStart"/>
      <w:r w:rsidRPr="00C86A0D">
        <w:rPr>
          <w:rFonts w:ascii="Sylfaen" w:hAnsi="Sylfaen" w:cs="Sylfaen"/>
          <w:sz w:val="18"/>
          <w:szCs w:val="18"/>
        </w:rPr>
        <w:t>ამავე</w:t>
      </w:r>
      <w:proofErr w:type="spellEnd"/>
      <w:r w:rsidRPr="00C86A0D">
        <w:rPr>
          <w:rFonts w:cstheme="majorHAnsi"/>
          <w:sz w:val="18"/>
          <w:szCs w:val="18"/>
        </w:rPr>
        <w:t xml:space="preserve"> </w:t>
      </w:r>
      <w:proofErr w:type="spellStart"/>
      <w:r w:rsidRPr="00C86A0D">
        <w:rPr>
          <w:rFonts w:ascii="Sylfaen" w:hAnsi="Sylfaen" w:cs="Sylfaen"/>
          <w:sz w:val="18"/>
          <w:szCs w:val="18"/>
        </w:rPr>
        <w:t>პუნქტით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გარემოებებზე</w:t>
      </w:r>
      <w:proofErr w:type="spellEnd"/>
      <w:r w:rsidRPr="00C86A0D">
        <w:rPr>
          <w:rFonts w:cstheme="majorHAnsi"/>
          <w:sz w:val="18"/>
          <w:szCs w:val="18"/>
        </w:rPr>
        <w:t>.</w:t>
      </w:r>
    </w:p>
    <w:p w14:paraId="13B77E82" w14:textId="77777777" w:rsidR="004B6084" w:rsidRPr="00C86A0D" w:rsidRDefault="004B6084" w:rsidP="00185C20">
      <w:pPr>
        <w:jc w:val="both"/>
        <w:rPr>
          <w:rFonts w:cstheme="majorHAnsi"/>
          <w:b/>
          <w:bCs/>
        </w:rPr>
      </w:pPr>
    </w:p>
    <w:p w14:paraId="017CF6CE" w14:textId="4F4B89CB" w:rsidR="004B6084" w:rsidRPr="00C86A0D" w:rsidRDefault="00A74260" w:rsidP="00185C20">
      <w:pPr>
        <w:pStyle w:val="ListParagraph"/>
        <w:numPr>
          <w:ilvl w:val="0"/>
          <w:numId w:val="13"/>
        </w:numPr>
        <w:jc w:val="both"/>
        <w:rPr>
          <w:rFonts w:cstheme="majorHAnsi"/>
          <w:b/>
          <w:bCs/>
        </w:rPr>
      </w:pPr>
      <w:proofErr w:type="spellStart"/>
      <w:r w:rsidRPr="00C86A0D">
        <w:rPr>
          <w:rFonts w:ascii="Sylfaen" w:hAnsi="Sylfaen" w:cs="Sylfaen"/>
          <w:b/>
          <w:bCs/>
        </w:rPr>
        <w:t>მშენებლობის</w:t>
      </w:r>
      <w:proofErr w:type="spellEnd"/>
      <w:r w:rsidRPr="00C86A0D">
        <w:rPr>
          <w:rFonts w:cstheme="majorHAnsi"/>
          <w:b/>
          <w:bCs/>
        </w:rPr>
        <w:t xml:space="preserve"> </w:t>
      </w:r>
      <w:proofErr w:type="spellStart"/>
      <w:r w:rsidRPr="00C86A0D">
        <w:rPr>
          <w:rFonts w:ascii="Sylfaen" w:hAnsi="Sylfaen" w:cs="Sylfaen"/>
          <w:b/>
          <w:bCs/>
        </w:rPr>
        <w:t>ვადები</w:t>
      </w:r>
      <w:proofErr w:type="spellEnd"/>
      <w:r w:rsidRPr="00C86A0D">
        <w:rPr>
          <w:rFonts w:cstheme="majorHAnsi"/>
          <w:b/>
          <w:bCs/>
        </w:rPr>
        <w:t xml:space="preserve"> </w:t>
      </w:r>
      <w:proofErr w:type="spellStart"/>
      <w:r w:rsidRPr="00C86A0D">
        <w:rPr>
          <w:rFonts w:ascii="Sylfaen" w:hAnsi="Sylfaen" w:cs="Sylfaen"/>
          <w:b/>
          <w:bCs/>
        </w:rPr>
        <w:t>და</w:t>
      </w:r>
      <w:proofErr w:type="spellEnd"/>
      <w:r w:rsidRPr="00C86A0D">
        <w:rPr>
          <w:rFonts w:cstheme="majorHAnsi"/>
          <w:b/>
          <w:bCs/>
        </w:rPr>
        <w:t xml:space="preserve"> </w:t>
      </w:r>
      <w:proofErr w:type="spellStart"/>
      <w:r w:rsidRPr="00C86A0D">
        <w:rPr>
          <w:rFonts w:ascii="Sylfaen" w:hAnsi="Sylfaen" w:cs="Sylfaen"/>
          <w:b/>
          <w:bCs/>
        </w:rPr>
        <w:t>პირობები</w:t>
      </w:r>
      <w:proofErr w:type="spellEnd"/>
    </w:p>
    <w:p w14:paraId="3214EB71" w14:textId="7FFDA8CE" w:rsidR="004B6084" w:rsidRPr="00C86A0D" w:rsidRDefault="00D36BEA" w:rsidP="00185C20">
      <w:pPr>
        <w:pStyle w:val="ListParagraph"/>
        <w:numPr>
          <w:ilvl w:val="1"/>
          <w:numId w:val="13"/>
        </w:numPr>
        <w:jc w:val="both"/>
        <w:rPr>
          <w:rFonts w:cstheme="majorHAnsi"/>
          <w:sz w:val="18"/>
          <w:szCs w:val="18"/>
        </w:rPr>
      </w:pPr>
      <w:r>
        <w:rPr>
          <w:rFonts w:ascii="Sylfaen" w:hAnsi="Sylfaen" w:cs="Sylfaen"/>
          <w:sz w:val="18"/>
          <w:szCs w:val="18"/>
          <w:lang w:val="ka-GE"/>
        </w:rPr>
        <w:t>მენარდე</w:t>
      </w:r>
      <w:r w:rsidR="00A74260" w:rsidRPr="00C86A0D">
        <w:rPr>
          <w:rFonts w:cstheme="majorHAnsi"/>
          <w:sz w:val="18"/>
          <w:szCs w:val="18"/>
        </w:rPr>
        <w:t xml:space="preserve"> </w:t>
      </w:r>
      <w:proofErr w:type="spellStart"/>
      <w:r w:rsidR="00A74260" w:rsidRPr="00C86A0D">
        <w:rPr>
          <w:rFonts w:ascii="Sylfaen" w:hAnsi="Sylfaen" w:cs="Sylfaen"/>
          <w:sz w:val="18"/>
          <w:szCs w:val="18"/>
        </w:rPr>
        <w:t>ვალდებულია</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ხელშეკრულებით</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გათვალისწინებული</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სამუშაოები</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დაიწყოს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ხელშეკრულების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დადებისთანავე</w:t>
      </w:r>
      <w:proofErr w:type="spellEnd"/>
      <w:r w:rsidR="003A55C8">
        <w:rPr>
          <w:rFonts w:cstheme="majorHAnsi"/>
          <w:sz w:val="18"/>
          <w:szCs w:val="18"/>
        </w:rPr>
        <w:t xml:space="preserve">, </w:t>
      </w:r>
      <w:proofErr w:type="spellStart"/>
      <w:r w:rsidR="003A55C8">
        <w:rPr>
          <w:rFonts w:ascii="Sylfaen" w:hAnsi="Sylfaen" w:cstheme="majorHAnsi"/>
          <w:sz w:val="18"/>
          <w:szCs w:val="18"/>
        </w:rPr>
        <w:t>აწარმოოს</w:t>
      </w:r>
      <w:proofErr w:type="spellEnd"/>
      <w:r w:rsidR="003A55C8">
        <w:rPr>
          <w:rFonts w:ascii="Sylfaen" w:hAnsi="Sylfaen" w:cstheme="majorHAnsi"/>
          <w:sz w:val="18"/>
          <w:szCs w:val="18"/>
        </w:rPr>
        <w:t xml:space="preserve"> </w:t>
      </w:r>
      <w:proofErr w:type="spellStart"/>
      <w:r w:rsidR="00D96340">
        <w:rPr>
          <w:rFonts w:ascii="Sylfaen" w:hAnsi="Sylfaen" w:cs="Sylfaen"/>
          <w:sz w:val="18"/>
          <w:szCs w:val="18"/>
        </w:rPr>
        <w:t>კალენდარული</w:t>
      </w:r>
      <w:proofErr w:type="spellEnd"/>
      <w:r w:rsidR="00D96340">
        <w:rPr>
          <w:rFonts w:ascii="Sylfaen" w:hAnsi="Sylfaen" w:cs="Sylfaen"/>
          <w:sz w:val="18"/>
          <w:szCs w:val="18"/>
        </w:rPr>
        <w:t xml:space="preserve"> </w:t>
      </w:r>
      <w:proofErr w:type="spellStart"/>
      <w:r w:rsidR="00D96340">
        <w:rPr>
          <w:rFonts w:ascii="Sylfaen" w:hAnsi="Sylfaen" w:cs="Sylfaen"/>
          <w:sz w:val="18"/>
          <w:szCs w:val="18"/>
        </w:rPr>
        <w:t>გეგმა-გრაფიკის</w:t>
      </w:r>
      <w:proofErr w:type="spellEnd"/>
      <w:r w:rsidR="00D96340">
        <w:rPr>
          <w:rFonts w:ascii="Sylfaen" w:hAnsi="Sylfaen" w:cs="Sylfaen"/>
          <w:sz w:val="18"/>
          <w:szCs w:val="18"/>
        </w:rPr>
        <w:t xml:space="preserve"> </w:t>
      </w:r>
      <w:r w:rsidR="003A55C8">
        <w:rPr>
          <w:rFonts w:ascii="Sylfaen" w:hAnsi="Sylfaen" w:cstheme="majorHAnsi"/>
          <w:sz w:val="18"/>
          <w:szCs w:val="18"/>
          <w:lang w:val="ka-GE"/>
        </w:rPr>
        <w:t>შესაბამისად და</w:t>
      </w:r>
      <w:r w:rsidR="00A74260" w:rsidRPr="00C86A0D">
        <w:rPr>
          <w:rFonts w:cstheme="majorHAnsi"/>
          <w:sz w:val="18"/>
          <w:szCs w:val="18"/>
        </w:rPr>
        <w:t xml:space="preserve"> </w:t>
      </w:r>
      <w:proofErr w:type="spellStart"/>
      <w:r w:rsidR="00A74260" w:rsidRPr="00C86A0D">
        <w:rPr>
          <w:rFonts w:ascii="Sylfaen" w:hAnsi="Sylfaen" w:cs="Sylfaen"/>
          <w:sz w:val="18"/>
          <w:szCs w:val="18"/>
        </w:rPr>
        <w:t>დაასრულოს</w:t>
      </w:r>
      <w:proofErr w:type="spellEnd"/>
      <w:r w:rsidR="006A2609">
        <w:rPr>
          <w:rFonts w:ascii="Sylfaen" w:hAnsi="Sylfaen" w:cs="Sylfaen"/>
          <w:sz w:val="18"/>
          <w:szCs w:val="18"/>
        </w:rPr>
        <w:t xml:space="preserve"> </w:t>
      </w:r>
      <w:proofErr w:type="spellStart"/>
      <w:r w:rsidR="00A74260" w:rsidRPr="00C86A0D">
        <w:rPr>
          <w:rFonts w:ascii="Sylfaen" w:hAnsi="Sylfaen" w:cs="Sylfaen"/>
          <w:sz w:val="18"/>
          <w:szCs w:val="18"/>
        </w:rPr>
        <w:t>მხარეთა</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მიერ</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წინამდებარე</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ხელშეკრულებაზე</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ხელის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მოწერიდან</w:t>
      </w:r>
      <w:proofErr w:type="spellEnd"/>
      <w:r w:rsidR="00A74260" w:rsidRPr="00C86A0D">
        <w:rPr>
          <w:rFonts w:cstheme="majorHAnsi"/>
          <w:sz w:val="18"/>
          <w:szCs w:val="18"/>
        </w:rPr>
        <w:t xml:space="preserve"> </w:t>
      </w:r>
      <w:r w:rsidR="00A32A84">
        <w:rPr>
          <w:rFonts w:ascii="Sylfaen" w:hAnsi="Sylfaen" w:cstheme="majorHAnsi"/>
          <w:b/>
          <w:bCs/>
          <w:sz w:val="18"/>
          <w:szCs w:val="18"/>
          <w:lang w:val="ka-GE"/>
        </w:rPr>
        <w:t>____</w:t>
      </w:r>
      <w:r w:rsidR="00797F20" w:rsidRPr="00291403">
        <w:rPr>
          <w:rFonts w:ascii="Sylfaen" w:hAnsi="Sylfaen" w:cstheme="majorHAnsi"/>
          <w:b/>
          <w:bCs/>
          <w:sz w:val="18"/>
          <w:szCs w:val="18"/>
          <w:lang w:val="ka-GE"/>
        </w:rPr>
        <w:t xml:space="preserve"> </w:t>
      </w:r>
      <w:r w:rsidR="00291403">
        <w:rPr>
          <w:rFonts w:ascii="Sylfaen" w:hAnsi="Sylfaen" w:cstheme="majorHAnsi"/>
          <w:sz w:val="18"/>
          <w:szCs w:val="18"/>
          <w:lang w:val="ka-GE"/>
        </w:rPr>
        <w:t>(</w:t>
      </w:r>
      <w:r w:rsidR="00A32A84">
        <w:rPr>
          <w:rFonts w:ascii="Sylfaen" w:hAnsi="Sylfaen" w:cstheme="majorHAnsi"/>
          <w:sz w:val="18"/>
          <w:szCs w:val="18"/>
          <w:lang w:val="ka-GE"/>
        </w:rPr>
        <w:t>____)</w:t>
      </w:r>
      <w:r w:rsidR="00291403" w:rsidRPr="00C86A0D">
        <w:rPr>
          <w:rFonts w:cstheme="majorHAnsi"/>
          <w:sz w:val="18"/>
          <w:szCs w:val="18"/>
        </w:rPr>
        <w:t xml:space="preserve"> </w:t>
      </w:r>
      <w:r w:rsidR="0069453E">
        <w:rPr>
          <w:rFonts w:ascii="Sylfaen" w:hAnsi="Sylfaen" w:cstheme="majorHAnsi"/>
          <w:sz w:val="18"/>
          <w:szCs w:val="18"/>
          <w:lang w:val="ka-GE"/>
        </w:rPr>
        <w:t xml:space="preserve">კალენდარული </w:t>
      </w:r>
      <w:r w:rsidR="00291403">
        <w:rPr>
          <w:rFonts w:ascii="Sylfaen" w:hAnsi="Sylfaen" w:cs="Sylfaen"/>
          <w:sz w:val="18"/>
          <w:szCs w:val="18"/>
          <w:lang w:val="ka-GE"/>
        </w:rPr>
        <w:t>დღის</w:t>
      </w:r>
      <w:r w:rsidR="00A74260" w:rsidRPr="00C86A0D">
        <w:rPr>
          <w:rFonts w:cstheme="majorHAnsi"/>
          <w:sz w:val="18"/>
          <w:szCs w:val="18"/>
        </w:rPr>
        <w:t xml:space="preserve"> </w:t>
      </w:r>
      <w:proofErr w:type="spellStart"/>
      <w:r w:rsidR="00A74260" w:rsidRPr="00C86A0D">
        <w:rPr>
          <w:rFonts w:ascii="Sylfaen" w:hAnsi="Sylfaen" w:cs="Sylfaen"/>
          <w:sz w:val="18"/>
          <w:szCs w:val="18"/>
        </w:rPr>
        <w:t>ვადაში</w:t>
      </w:r>
      <w:proofErr w:type="spellEnd"/>
      <w:r w:rsidR="00A74260" w:rsidRPr="00C86A0D">
        <w:rPr>
          <w:rFonts w:cstheme="majorHAnsi"/>
          <w:sz w:val="18"/>
          <w:szCs w:val="18"/>
        </w:rPr>
        <w:t>.</w:t>
      </w:r>
    </w:p>
    <w:p w14:paraId="254EDD63" w14:textId="1942A14F" w:rsidR="00846B8F" w:rsidRDefault="00A74260" w:rsidP="00185C20">
      <w:pPr>
        <w:pStyle w:val="ListParagraph"/>
        <w:numPr>
          <w:ilvl w:val="2"/>
          <w:numId w:val="13"/>
        </w:numPr>
        <w:jc w:val="both"/>
        <w:rPr>
          <w:rFonts w:cstheme="majorHAnsi"/>
          <w:sz w:val="18"/>
          <w:szCs w:val="18"/>
        </w:rPr>
      </w:pP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წარმოება</w:t>
      </w:r>
      <w:proofErr w:type="spellEnd"/>
      <w:r w:rsidR="006A2609">
        <w:rPr>
          <w:rFonts w:ascii="Sylfaen" w:hAnsi="Sylfaen" w:cs="Sylfaen"/>
          <w:sz w:val="18"/>
          <w:szCs w:val="18"/>
        </w:rPr>
        <w:t xml:space="preserve"> </w:t>
      </w:r>
      <w:proofErr w:type="spellStart"/>
      <w:r w:rsidRPr="00C86A0D">
        <w:rPr>
          <w:rFonts w:ascii="Sylfaen" w:hAnsi="Sylfaen" w:cs="Sylfaen"/>
          <w:sz w:val="18"/>
          <w:szCs w:val="18"/>
        </w:rPr>
        <w:t>შეუძლებელია</w:t>
      </w:r>
      <w:proofErr w:type="spellEnd"/>
      <w:r w:rsidRPr="00C86A0D">
        <w:rPr>
          <w:rFonts w:cstheme="majorHAnsi"/>
          <w:sz w:val="18"/>
          <w:szCs w:val="18"/>
        </w:rPr>
        <w:t xml:space="preserve"> </w:t>
      </w:r>
      <w:proofErr w:type="spellStart"/>
      <w:r w:rsidRPr="00C86A0D">
        <w:rPr>
          <w:rFonts w:ascii="Sylfaen" w:hAnsi="Sylfaen" w:cs="Sylfaen"/>
          <w:sz w:val="18"/>
          <w:szCs w:val="18"/>
        </w:rPr>
        <w:t>ცალკეულ</w:t>
      </w:r>
      <w:proofErr w:type="spellEnd"/>
      <w:r w:rsidRPr="00C86A0D">
        <w:rPr>
          <w:rFonts w:cstheme="majorHAnsi"/>
          <w:sz w:val="18"/>
          <w:szCs w:val="18"/>
        </w:rPr>
        <w:t xml:space="preserve"> </w:t>
      </w:r>
      <w:proofErr w:type="spellStart"/>
      <w:r w:rsidRPr="00C86A0D">
        <w:rPr>
          <w:rFonts w:ascii="Sylfaen" w:hAnsi="Sylfaen" w:cs="Sylfaen"/>
          <w:sz w:val="18"/>
          <w:szCs w:val="18"/>
        </w:rPr>
        <w:t>დღეებში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წარმოებისათვის</w:t>
      </w:r>
      <w:proofErr w:type="spellEnd"/>
      <w:r w:rsidRPr="00C86A0D">
        <w:rPr>
          <w:rFonts w:cstheme="majorHAnsi"/>
          <w:sz w:val="18"/>
          <w:szCs w:val="18"/>
        </w:rPr>
        <w:t xml:space="preserve"> </w:t>
      </w:r>
      <w:proofErr w:type="spellStart"/>
      <w:r w:rsidRPr="00C86A0D">
        <w:rPr>
          <w:rFonts w:ascii="Sylfaen" w:hAnsi="Sylfaen" w:cs="Sylfaen"/>
          <w:sz w:val="18"/>
          <w:szCs w:val="18"/>
        </w:rPr>
        <w:t>არასათანადო</w:t>
      </w:r>
      <w:proofErr w:type="spellEnd"/>
      <w:r w:rsidRPr="00C86A0D">
        <w:rPr>
          <w:rFonts w:cstheme="majorHAnsi"/>
          <w:sz w:val="18"/>
          <w:szCs w:val="18"/>
        </w:rPr>
        <w:t xml:space="preserve"> </w:t>
      </w:r>
      <w:proofErr w:type="spellStart"/>
      <w:r w:rsidRPr="00C86A0D">
        <w:rPr>
          <w:rFonts w:ascii="Sylfaen" w:hAnsi="Sylfaen" w:cs="Sylfaen"/>
          <w:sz w:val="18"/>
          <w:szCs w:val="18"/>
        </w:rPr>
        <w:t>ამინდის</w:t>
      </w:r>
      <w:proofErr w:type="spellEnd"/>
      <w:r w:rsidR="00D36BEA">
        <w:rPr>
          <w:rFonts w:cstheme="majorHAnsi"/>
          <w:sz w:val="18"/>
          <w:szCs w:val="18"/>
        </w:rPr>
        <w:t xml:space="preserve"> </w:t>
      </w:r>
      <w:r w:rsidR="00D36BEA">
        <w:rPr>
          <w:rFonts w:ascii="Sylfaen" w:hAnsi="Sylfaen" w:cstheme="majorHAnsi"/>
          <w:sz w:val="18"/>
          <w:szCs w:val="18"/>
          <w:lang w:val="ka-GE"/>
        </w:rPr>
        <w:t>(</w:t>
      </w:r>
      <w:proofErr w:type="spellStart"/>
      <w:r w:rsidRPr="00C86A0D">
        <w:rPr>
          <w:rFonts w:ascii="Sylfaen" w:hAnsi="Sylfaen" w:cs="Sylfaen"/>
          <w:sz w:val="18"/>
          <w:szCs w:val="18"/>
        </w:rPr>
        <w:t>წვიმა</w:t>
      </w:r>
      <w:proofErr w:type="spellEnd"/>
      <w:r w:rsidRPr="00C86A0D">
        <w:rPr>
          <w:rFonts w:cstheme="majorHAnsi"/>
          <w:sz w:val="18"/>
          <w:szCs w:val="18"/>
        </w:rPr>
        <w:t xml:space="preserve">, </w:t>
      </w:r>
      <w:proofErr w:type="spellStart"/>
      <w:r w:rsidRPr="00C86A0D">
        <w:rPr>
          <w:rFonts w:ascii="Sylfaen" w:hAnsi="Sylfaen" w:cs="Sylfaen"/>
          <w:sz w:val="18"/>
          <w:szCs w:val="18"/>
        </w:rPr>
        <w:t>თოვლი</w:t>
      </w:r>
      <w:proofErr w:type="spellEnd"/>
      <w:r w:rsidRPr="00C86A0D">
        <w:rPr>
          <w:rFonts w:cstheme="majorHAnsi"/>
          <w:sz w:val="18"/>
          <w:szCs w:val="18"/>
        </w:rPr>
        <w:t xml:space="preserve">, </w:t>
      </w:r>
      <w:proofErr w:type="spellStart"/>
      <w:r w:rsidRPr="00C86A0D">
        <w:rPr>
          <w:rFonts w:ascii="Sylfaen" w:hAnsi="Sylfaen" w:cs="Sylfaen"/>
          <w:sz w:val="18"/>
          <w:szCs w:val="18"/>
        </w:rPr>
        <w:t>ქარი</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სხვა</w:t>
      </w:r>
      <w:proofErr w:type="spellEnd"/>
      <w:r w:rsidR="00D36BEA">
        <w:rPr>
          <w:rFonts w:ascii="Sylfaen" w:hAnsi="Sylfaen" w:cstheme="majorHAnsi"/>
          <w:sz w:val="18"/>
          <w:szCs w:val="18"/>
          <w:lang w:val="ka-GE"/>
        </w:rPr>
        <w:t>)</w:t>
      </w:r>
      <w:r w:rsidRPr="00C86A0D">
        <w:rPr>
          <w:rFonts w:cstheme="majorHAnsi"/>
          <w:sz w:val="18"/>
          <w:szCs w:val="18"/>
        </w:rPr>
        <w:t xml:space="preserve"> </w:t>
      </w:r>
      <w:proofErr w:type="spellStart"/>
      <w:r w:rsidRPr="00C86A0D">
        <w:rPr>
          <w:rFonts w:ascii="Sylfaen" w:hAnsi="Sylfaen" w:cs="Sylfaen"/>
          <w:sz w:val="18"/>
          <w:szCs w:val="18"/>
        </w:rPr>
        <w:t>არსებობის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გამო</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ვადა</w:t>
      </w:r>
      <w:proofErr w:type="spellEnd"/>
      <w:r w:rsidR="00777742">
        <w:rPr>
          <w:rFonts w:ascii="Sylfaen" w:hAnsi="Sylfaen" w:cs="Sylfaen"/>
          <w:sz w:val="18"/>
          <w:szCs w:val="18"/>
        </w:rPr>
        <w:t xml:space="preserve"> </w:t>
      </w:r>
      <w:proofErr w:type="spellStart"/>
      <w:r w:rsidRPr="00C86A0D">
        <w:rPr>
          <w:rFonts w:ascii="Sylfaen" w:hAnsi="Sylfaen" w:cs="Sylfaen"/>
          <w:sz w:val="18"/>
          <w:szCs w:val="18"/>
        </w:rPr>
        <w:t>მხარეთა</w:t>
      </w:r>
      <w:proofErr w:type="spellEnd"/>
      <w:r w:rsidRPr="00C86A0D">
        <w:rPr>
          <w:rFonts w:cstheme="majorHAnsi"/>
          <w:sz w:val="18"/>
          <w:szCs w:val="18"/>
        </w:rPr>
        <w:t xml:space="preserve"> </w:t>
      </w:r>
      <w:proofErr w:type="spellStart"/>
      <w:r w:rsidRPr="00C86A0D">
        <w:rPr>
          <w:rFonts w:ascii="Sylfaen" w:hAnsi="Sylfaen" w:cs="Sylfaen"/>
          <w:sz w:val="18"/>
          <w:szCs w:val="18"/>
        </w:rPr>
        <w:t>ორმხრივი</w:t>
      </w:r>
      <w:proofErr w:type="spellEnd"/>
      <w:r w:rsidRPr="00C86A0D">
        <w:rPr>
          <w:rFonts w:cstheme="majorHAnsi"/>
          <w:sz w:val="18"/>
          <w:szCs w:val="18"/>
        </w:rPr>
        <w:t xml:space="preserve"> </w:t>
      </w:r>
      <w:proofErr w:type="spellStart"/>
      <w:r w:rsidRPr="00C86A0D">
        <w:rPr>
          <w:rFonts w:ascii="Sylfaen" w:hAnsi="Sylfaen" w:cs="Sylfaen"/>
          <w:sz w:val="18"/>
          <w:szCs w:val="18"/>
        </w:rPr>
        <w:t>წერილობითი</w:t>
      </w:r>
      <w:proofErr w:type="spellEnd"/>
      <w:r w:rsidRPr="00C86A0D">
        <w:rPr>
          <w:rFonts w:cstheme="majorHAnsi"/>
          <w:sz w:val="18"/>
          <w:szCs w:val="18"/>
        </w:rPr>
        <w:t xml:space="preserve"> </w:t>
      </w:r>
      <w:proofErr w:type="spellStart"/>
      <w:r w:rsidRPr="00C86A0D">
        <w:rPr>
          <w:rFonts w:ascii="Sylfaen" w:hAnsi="Sylfaen" w:cs="Sylfaen"/>
          <w:sz w:val="18"/>
          <w:szCs w:val="18"/>
        </w:rPr>
        <w:t>შეთანხმებით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გადაიწევს</w:t>
      </w:r>
      <w:proofErr w:type="spellEnd"/>
      <w:r w:rsidRPr="00C86A0D">
        <w:rPr>
          <w:rFonts w:cstheme="majorHAnsi"/>
          <w:sz w:val="18"/>
          <w:szCs w:val="18"/>
        </w:rPr>
        <w:t xml:space="preserve"> </w:t>
      </w:r>
      <w:proofErr w:type="spellStart"/>
      <w:r w:rsidRPr="00C86A0D">
        <w:rPr>
          <w:rFonts w:ascii="Sylfaen" w:hAnsi="Sylfaen" w:cs="Sylfaen"/>
          <w:sz w:val="18"/>
          <w:szCs w:val="18"/>
        </w:rPr>
        <w:t>პროპორციულად</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საწარმოებლად</w:t>
      </w:r>
      <w:proofErr w:type="spellEnd"/>
      <w:r w:rsidRPr="00C86A0D">
        <w:rPr>
          <w:rFonts w:cstheme="majorHAnsi"/>
          <w:sz w:val="18"/>
          <w:szCs w:val="18"/>
        </w:rPr>
        <w:t xml:space="preserve"> </w:t>
      </w:r>
      <w:proofErr w:type="spellStart"/>
      <w:r w:rsidRPr="00C86A0D">
        <w:rPr>
          <w:rFonts w:ascii="Sylfaen" w:hAnsi="Sylfaen" w:cs="Sylfaen"/>
          <w:sz w:val="18"/>
          <w:szCs w:val="18"/>
        </w:rPr>
        <w:t>არასათანადო</w:t>
      </w:r>
      <w:proofErr w:type="spellEnd"/>
      <w:r w:rsidRPr="00C86A0D">
        <w:rPr>
          <w:rFonts w:cstheme="majorHAnsi"/>
          <w:sz w:val="18"/>
          <w:szCs w:val="18"/>
        </w:rPr>
        <w:t xml:space="preserve"> </w:t>
      </w:r>
      <w:proofErr w:type="spellStart"/>
      <w:r w:rsidRPr="00C86A0D">
        <w:rPr>
          <w:rFonts w:ascii="Sylfaen" w:hAnsi="Sylfaen" w:cs="Sylfaen"/>
          <w:sz w:val="18"/>
          <w:szCs w:val="18"/>
        </w:rPr>
        <w:t>დღეების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ოდენობის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ვადით</w:t>
      </w:r>
      <w:proofErr w:type="spellEnd"/>
      <w:r w:rsidRPr="00C86A0D">
        <w:rPr>
          <w:rFonts w:cstheme="majorHAnsi"/>
          <w:sz w:val="18"/>
          <w:szCs w:val="18"/>
        </w:rPr>
        <w:t xml:space="preserve">. </w:t>
      </w:r>
    </w:p>
    <w:p w14:paraId="67992724" w14:textId="222FF821" w:rsidR="004B6084" w:rsidRDefault="00A74260" w:rsidP="00185C20">
      <w:pPr>
        <w:pStyle w:val="ListParagraph"/>
        <w:numPr>
          <w:ilvl w:val="2"/>
          <w:numId w:val="13"/>
        </w:numPr>
        <w:jc w:val="both"/>
        <w:rPr>
          <w:rFonts w:cstheme="majorHAnsi"/>
          <w:sz w:val="18"/>
          <w:szCs w:val="18"/>
        </w:rPr>
      </w:pP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ადგილი</w:t>
      </w:r>
      <w:proofErr w:type="spellEnd"/>
      <w:r w:rsidRPr="00C86A0D">
        <w:rPr>
          <w:rFonts w:cstheme="majorHAnsi"/>
          <w:sz w:val="18"/>
          <w:szCs w:val="18"/>
        </w:rPr>
        <w:t xml:space="preserve"> </w:t>
      </w:r>
      <w:proofErr w:type="spellStart"/>
      <w:r w:rsidRPr="00C86A0D">
        <w:rPr>
          <w:rFonts w:ascii="Sylfaen" w:hAnsi="Sylfaen" w:cs="Sylfaen"/>
          <w:sz w:val="18"/>
          <w:szCs w:val="18"/>
        </w:rPr>
        <w:t>ექნება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არასათანადო</w:t>
      </w:r>
      <w:proofErr w:type="spellEnd"/>
      <w:r w:rsidRPr="00C86A0D">
        <w:rPr>
          <w:rFonts w:cstheme="majorHAnsi"/>
          <w:sz w:val="18"/>
          <w:szCs w:val="18"/>
        </w:rPr>
        <w:t xml:space="preserve"> </w:t>
      </w:r>
      <w:proofErr w:type="spellStart"/>
      <w:r w:rsidRPr="00C86A0D">
        <w:rPr>
          <w:rFonts w:ascii="Sylfaen" w:hAnsi="Sylfaen" w:cs="Sylfaen"/>
          <w:sz w:val="18"/>
          <w:szCs w:val="18"/>
        </w:rPr>
        <w:t>ამინდის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გამო</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შეჩერებას</w:t>
      </w:r>
      <w:proofErr w:type="spellEnd"/>
      <w:r w:rsidRPr="00C86A0D">
        <w:rPr>
          <w:rFonts w:cstheme="majorHAnsi"/>
          <w:sz w:val="18"/>
          <w:szCs w:val="18"/>
        </w:rPr>
        <w:t xml:space="preserve">, </w:t>
      </w:r>
      <w:proofErr w:type="spellStart"/>
      <w:r w:rsidRPr="00C86A0D">
        <w:rPr>
          <w:rFonts w:ascii="Sylfaen" w:hAnsi="Sylfaen" w:cs="Sylfaen"/>
          <w:sz w:val="18"/>
          <w:szCs w:val="18"/>
        </w:rPr>
        <w:t>მაშინ</w:t>
      </w:r>
      <w:proofErr w:type="spellEnd"/>
      <w:r w:rsidRPr="00C86A0D">
        <w:rPr>
          <w:rFonts w:cstheme="majorHAnsi"/>
          <w:sz w:val="18"/>
          <w:szCs w:val="18"/>
        </w:rPr>
        <w:t xml:space="preserve"> </w:t>
      </w:r>
      <w:r w:rsidR="00D36BEA">
        <w:rPr>
          <w:rFonts w:ascii="Sylfaen" w:hAnsi="Sylfaen" w:cs="Sylfaen"/>
          <w:sz w:val="18"/>
          <w:szCs w:val="18"/>
          <w:lang w:val="ka-GE"/>
        </w:rPr>
        <w:t>მენარდე</w:t>
      </w:r>
      <w:r w:rsidRPr="00C86A0D">
        <w:rPr>
          <w:rFonts w:cstheme="majorHAnsi"/>
          <w:sz w:val="18"/>
          <w:szCs w:val="18"/>
        </w:rPr>
        <w:t xml:space="preserve"> </w:t>
      </w:r>
      <w:proofErr w:type="spellStart"/>
      <w:r w:rsidRPr="00C86A0D">
        <w:rPr>
          <w:rFonts w:ascii="Sylfaen" w:hAnsi="Sylfaen" w:cs="Sylfaen"/>
          <w:sz w:val="18"/>
          <w:szCs w:val="18"/>
        </w:rPr>
        <w:t>ვალდებული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იქნება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ასეთი</w:t>
      </w:r>
      <w:proofErr w:type="spellEnd"/>
      <w:r w:rsidRPr="00C86A0D">
        <w:rPr>
          <w:rFonts w:cstheme="majorHAnsi"/>
          <w:sz w:val="18"/>
          <w:szCs w:val="18"/>
        </w:rPr>
        <w:t xml:space="preserve"> </w:t>
      </w:r>
      <w:proofErr w:type="spellStart"/>
      <w:r w:rsidRPr="00C86A0D">
        <w:rPr>
          <w:rFonts w:ascii="Sylfaen" w:hAnsi="Sylfaen" w:cs="Sylfaen"/>
          <w:sz w:val="18"/>
          <w:szCs w:val="18"/>
        </w:rPr>
        <w:t>შეჩერებიდან</w:t>
      </w:r>
      <w:proofErr w:type="spellEnd"/>
      <w:r w:rsidRPr="00C86A0D">
        <w:rPr>
          <w:rFonts w:cstheme="majorHAnsi"/>
          <w:sz w:val="18"/>
          <w:szCs w:val="18"/>
        </w:rPr>
        <w:t xml:space="preserve"> - 3 </w:t>
      </w:r>
      <w:r w:rsidR="00D36BEA">
        <w:rPr>
          <w:rFonts w:ascii="Sylfaen" w:hAnsi="Sylfaen" w:cstheme="majorHAnsi"/>
          <w:sz w:val="18"/>
          <w:szCs w:val="18"/>
          <w:lang w:val="ka-GE"/>
        </w:rPr>
        <w:t>(</w:t>
      </w:r>
      <w:proofErr w:type="spellStart"/>
      <w:r w:rsidRPr="00C86A0D">
        <w:rPr>
          <w:rFonts w:ascii="Sylfaen" w:hAnsi="Sylfaen" w:cs="Sylfaen"/>
          <w:sz w:val="18"/>
          <w:szCs w:val="18"/>
        </w:rPr>
        <w:t>სამი</w:t>
      </w:r>
      <w:proofErr w:type="spellEnd"/>
      <w:r w:rsidR="00D36BEA">
        <w:rPr>
          <w:rFonts w:ascii="Sylfaen" w:hAnsi="Sylfaen" w:cstheme="majorHAnsi"/>
          <w:sz w:val="18"/>
          <w:szCs w:val="18"/>
          <w:lang w:val="ka-GE"/>
        </w:rPr>
        <w:t>)</w:t>
      </w:r>
      <w:r w:rsidRPr="00C86A0D">
        <w:rPr>
          <w:rFonts w:cstheme="majorHAnsi"/>
          <w:sz w:val="18"/>
          <w:szCs w:val="18"/>
        </w:rPr>
        <w:t xml:space="preserve"> </w:t>
      </w:r>
      <w:proofErr w:type="spellStart"/>
      <w:r w:rsidRPr="00C86A0D">
        <w:rPr>
          <w:rFonts w:ascii="Sylfaen" w:hAnsi="Sylfaen" w:cs="Sylfaen"/>
          <w:sz w:val="18"/>
          <w:szCs w:val="18"/>
        </w:rPr>
        <w:t>კალენდარული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დღის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ვადაში</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დამკვეთს</w:t>
      </w:r>
      <w:proofErr w:type="spellEnd"/>
      <w:r w:rsidRPr="00C86A0D">
        <w:rPr>
          <w:rFonts w:cstheme="majorHAnsi"/>
          <w:sz w:val="18"/>
          <w:szCs w:val="18"/>
        </w:rPr>
        <w:t xml:space="preserve"> </w:t>
      </w:r>
      <w:proofErr w:type="spellStart"/>
      <w:r w:rsidRPr="00C86A0D">
        <w:rPr>
          <w:rFonts w:ascii="Sylfaen" w:hAnsi="Sylfaen" w:cs="Sylfaen"/>
          <w:sz w:val="18"/>
          <w:szCs w:val="18"/>
        </w:rPr>
        <w:t>აცნობოს</w:t>
      </w:r>
      <w:proofErr w:type="spellEnd"/>
      <w:r w:rsidRPr="00C86A0D">
        <w:rPr>
          <w:rFonts w:cstheme="majorHAnsi"/>
          <w:sz w:val="18"/>
          <w:szCs w:val="18"/>
        </w:rPr>
        <w:t>/</w:t>
      </w:r>
      <w:proofErr w:type="spellStart"/>
      <w:r w:rsidRPr="00C86A0D">
        <w:rPr>
          <w:rFonts w:ascii="Sylfaen" w:hAnsi="Sylfaen" w:cs="Sylfaen"/>
          <w:sz w:val="18"/>
          <w:szCs w:val="18"/>
        </w:rPr>
        <w:t>გაუგზავნოს</w:t>
      </w:r>
      <w:proofErr w:type="spellEnd"/>
      <w:r w:rsidRPr="00C86A0D">
        <w:rPr>
          <w:rFonts w:cstheme="majorHAnsi"/>
          <w:sz w:val="18"/>
          <w:szCs w:val="18"/>
        </w:rPr>
        <w:t xml:space="preserve"> </w:t>
      </w:r>
      <w:proofErr w:type="spellStart"/>
      <w:r w:rsidRPr="00C86A0D">
        <w:rPr>
          <w:rFonts w:ascii="Sylfaen" w:hAnsi="Sylfaen" w:cs="Sylfaen"/>
          <w:sz w:val="18"/>
          <w:szCs w:val="18"/>
        </w:rPr>
        <w:t>წერილობითი</w:t>
      </w:r>
      <w:proofErr w:type="spellEnd"/>
      <w:r w:rsidRPr="00C86A0D">
        <w:rPr>
          <w:rFonts w:cstheme="majorHAnsi"/>
          <w:sz w:val="18"/>
          <w:szCs w:val="18"/>
        </w:rPr>
        <w:t xml:space="preserve"> </w:t>
      </w:r>
      <w:proofErr w:type="spellStart"/>
      <w:r w:rsidRPr="00C86A0D">
        <w:rPr>
          <w:rFonts w:ascii="Sylfaen" w:hAnsi="Sylfaen" w:cs="Sylfaen"/>
          <w:sz w:val="18"/>
          <w:szCs w:val="18"/>
        </w:rPr>
        <w:t>შეტყობინება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შეჩერების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საფუძვლის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მითითებით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w:t>
      </w:r>
      <w:proofErr w:type="spellEnd"/>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დაეთანხმა</w:t>
      </w:r>
      <w:proofErr w:type="spellEnd"/>
      <w:r w:rsidRPr="00C86A0D">
        <w:rPr>
          <w:rFonts w:cstheme="majorHAnsi"/>
          <w:sz w:val="18"/>
          <w:szCs w:val="18"/>
        </w:rPr>
        <w:t xml:space="preserve"> </w:t>
      </w:r>
      <w:proofErr w:type="spellStart"/>
      <w:r w:rsidRPr="00C86A0D">
        <w:rPr>
          <w:rFonts w:ascii="Sylfaen" w:hAnsi="Sylfaen" w:cs="Sylfaen"/>
          <w:sz w:val="18"/>
          <w:szCs w:val="18"/>
        </w:rPr>
        <w:t>მენარდის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უამინდობის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მიზეზით</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შეჩერების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საჭიროებას</w:t>
      </w:r>
      <w:proofErr w:type="spellEnd"/>
      <w:r w:rsidRPr="00C86A0D">
        <w:rPr>
          <w:rFonts w:cstheme="majorHAnsi"/>
          <w:sz w:val="18"/>
          <w:szCs w:val="18"/>
        </w:rPr>
        <w:t xml:space="preserve">, </w:t>
      </w:r>
      <w:proofErr w:type="spellStart"/>
      <w:r w:rsidRPr="00C86A0D">
        <w:rPr>
          <w:rFonts w:ascii="Sylfaen" w:hAnsi="Sylfaen" w:cs="Sylfaen"/>
          <w:sz w:val="18"/>
          <w:szCs w:val="18"/>
        </w:rPr>
        <w:t>მაშინ</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w:t>
      </w:r>
      <w:proofErr w:type="spellEnd"/>
      <w:r w:rsidRPr="00C86A0D">
        <w:rPr>
          <w:rFonts w:cstheme="majorHAnsi"/>
          <w:sz w:val="18"/>
          <w:szCs w:val="18"/>
        </w:rPr>
        <w:t xml:space="preserve"> </w:t>
      </w:r>
      <w:proofErr w:type="spellStart"/>
      <w:r w:rsidRPr="00C86A0D">
        <w:rPr>
          <w:rFonts w:ascii="Sylfaen" w:hAnsi="Sylfaen" w:cs="Sylfaen"/>
          <w:sz w:val="18"/>
          <w:szCs w:val="18"/>
        </w:rPr>
        <w:t>მიმართავს</w:t>
      </w:r>
      <w:proofErr w:type="spellEnd"/>
      <w:r w:rsidRPr="00C86A0D">
        <w:rPr>
          <w:rFonts w:cstheme="majorHAnsi"/>
          <w:sz w:val="18"/>
          <w:szCs w:val="18"/>
        </w:rPr>
        <w:t xml:space="preserve"> </w:t>
      </w:r>
      <w:proofErr w:type="spellStart"/>
      <w:r w:rsidRPr="00C86A0D">
        <w:rPr>
          <w:rFonts w:ascii="Sylfaen" w:hAnsi="Sylfaen" w:cs="Sylfaen"/>
          <w:sz w:val="18"/>
          <w:szCs w:val="18"/>
        </w:rPr>
        <w:t>სსიპ</w:t>
      </w:r>
      <w:proofErr w:type="spellEnd"/>
      <w:r w:rsidRPr="00C86A0D">
        <w:rPr>
          <w:rFonts w:cstheme="majorHAnsi"/>
          <w:sz w:val="18"/>
          <w:szCs w:val="18"/>
        </w:rPr>
        <w:t xml:space="preserve"> „</w:t>
      </w:r>
      <w:proofErr w:type="spellStart"/>
      <w:r w:rsidRPr="00C86A0D">
        <w:rPr>
          <w:rFonts w:ascii="Sylfaen" w:hAnsi="Sylfaen" w:cs="Sylfaen"/>
          <w:sz w:val="18"/>
          <w:szCs w:val="18"/>
        </w:rPr>
        <w:t>ლევან</w:t>
      </w:r>
      <w:proofErr w:type="spellEnd"/>
      <w:r w:rsidRPr="00C86A0D">
        <w:rPr>
          <w:rFonts w:cstheme="majorHAnsi"/>
          <w:sz w:val="18"/>
          <w:szCs w:val="18"/>
        </w:rPr>
        <w:t xml:space="preserve"> </w:t>
      </w:r>
      <w:proofErr w:type="spellStart"/>
      <w:r w:rsidRPr="00C86A0D">
        <w:rPr>
          <w:rFonts w:ascii="Sylfaen" w:hAnsi="Sylfaen" w:cs="Sylfaen"/>
          <w:sz w:val="18"/>
          <w:szCs w:val="18"/>
        </w:rPr>
        <w:t>სამხარაულის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სახელობის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სასამართლო</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ეროვნული</w:t>
      </w:r>
      <w:proofErr w:type="spellEnd"/>
      <w:r w:rsidRPr="00C86A0D">
        <w:rPr>
          <w:rFonts w:cstheme="majorHAnsi"/>
          <w:sz w:val="18"/>
          <w:szCs w:val="18"/>
        </w:rPr>
        <w:t xml:space="preserve"> </w:t>
      </w:r>
      <w:proofErr w:type="spellStart"/>
      <w:r w:rsidRPr="00C86A0D">
        <w:rPr>
          <w:rFonts w:ascii="Sylfaen" w:hAnsi="Sylfaen" w:cs="Sylfaen"/>
          <w:sz w:val="18"/>
          <w:szCs w:val="18"/>
        </w:rPr>
        <w:t>ბიუროს</w:t>
      </w:r>
      <w:proofErr w:type="spellEnd"/>
      <w:r w:rsidRPr="00C86A0D">
        <w:rPr>
          <w:rFonts w:cstheme="majorHAnsi"/>
          <w:sz w:val="18"/>
          <w:szCs w:val="18"/>
        </w:rPr>
        <w:t>“</w:t>
      </w:r>
      <w:r w:rsidR="00D36BEA">
        <w:rPr>
          <w:rFonts w:ascii="Sylfaen" w:hAnsi="Sylfaen" w:cstheme="majorHAnsi"/>
          <w:sz w:val="18"/>
          <w:szCs w:val="18"/>
          <w:lang w:val="ka-GE"/>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აკრედიტირებულ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საექსპერტო</w:t>
      </w:r>
      <w:proofErr w:type="spellEnd"/>
      <w:r w:rsidRPr="00C86A0D">
        <w:rPr>
          <w:rFonts w:cstheme="majorHAnsi"/>
          <w:sz w:val="18"/>
          <w:szCs w:val="18"/>
        </w:rPr>
        <w:t xml:space="preserve"> </w:t>
      </w:r>
      <w:proofErr w:type="spellStart"/>
      <w:r w:rsidRPr="00C86A0D">
        <w:rPr>
          <w:rFonts w:ascii="Sylfaen" w:hAnsi="Sylfaen" w:cs="Sylfaen"/>
          <w:sz w:val="18"/>
          <w:szCs w:val="18"/>
        </w:rPr>
        <w:t>დაწესებულებას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დამოუკიდებელ</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ექსპერტს</w:t>
      </w:r>
      <w:proofErr w:type="spellEnd"/>
      <w:r w:rsidR="00D36BEA">
        <w:rPr>
          <w:rFonts w:cstheme="majorHAnsi"/>
          <w:sz w:val="18"/>
          <w:szCs w:val="18"/>
        </w:rPr>
        <w:t>.</w:t>
      </w:r>
      <w:r w:rsidRPr="00C86A0D">
        <w:rPr>
          <w:rFonts w:cstheme="majorHAnsi"/>
          <w:sz w:val="18"/>
          <w:szCs w:val="18"/>
        </w:rPr>
        <w:t xml:space="preserve"> </w:t>
      </w:r>
      <w:proofErr w:type="spellStart"/>
      <w:r w:rsidRPr="00C86A0D">
        <w:rPr>
          <w:rFonts w:ascii="Sylfaen" w:hAnsi="Sylfaen" w:cs="Sylfaen"/>
          <w:sz w:val="18"/>
          <w:szCs w:val="18"/>
        </w:rPr>
        <w:t>ექსპერტიზის</w:t>
      </w:r>
      <w:proofErr w:type="spellEnd"/>
      <w:r w:rsidRPr="00C86A0D">
        <w:rPr>
          <w:rFonts w:cstheme="majorHAnsi"/>
          <w:sz w:val="18"/>
          <w:szCs w:val="18"/>
        </w:rPr>
        <w:t xml:space="preserve"> </w:t>
      </w:r>
      <w:proofErr w:type="spellStart"/>
      <w:r w:rsidRPr="00C86A0D">
        <w:rPr>
          <w:rFonts w:ascii="Sylfaen" w:hAnsi="Sylfaen" w:cs="Sylfaen"/>
          <w:sz w:val="18"/>
          <w:szCs w:val="18"/>
        </w:rPr>
        <w:t>ხარჯებს</w:t>
      </w:r>
      <w:proofErr w:type="spellEnd"/>
      <w:r w:rsidRPr="00C86A0D">
        <w:rPr>
          <w:rFonts w:cstheme="majorHAnsi"/>
          <w:sz w:val="18"/>
          <w:szCs w:val="18"/>
        </w:rPr>
        <w:t xml:space="preserve"> </w:t>
      </w:r>
      <w:proofErr w:type="spellStart"/>
      <w:r w:rsidRPr="00C86A0D">
        <w:rPr>
          <w:rFonts w:ascii="Sylfaen" w:hAnsi="Sylfaen" w:cs="Sylfaen"/>
          <w:sz w:val="18"/>
          <w:szCs w:val="18"/>
        </w:rPr>
        <w:t>აანაზღაურებს</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მხარე</w:t>
      </w:r>
      <w:proofErr w:type="spellEnd"/>
      <w:r w:rsidRPr="00C86A0D">
        <w:rPr>
          <w:rFonts w:cstheme="majorHAnsi"/>
          <w:sz w:val="18"/>
          <w:szCs w:val="18"/>
        </w:rPr>
        <w:t xml:space="preserve">, </w:t>
      </w:r>
      <w:proofErr w:type="spellStart"/>
      <w:r w:rsidRPr="00C86A0D">
        <w:rPr>
          <w:rFonts w:ascii="Sylfaen" w:hAnsi="Sylfaen" w:cs="Sylfaen"/>
          <w:sz w:val="18"/>
          <w:szCs w:val="18"/>
        </w:rPr>
        <w:t>რომლის</w:t>
      </w:r>
      <w:proofErr w:type="spellEnd"/>
      <w:r w:rsidRPr="00C86A0D">
        <w:rPr>
          <w:rFonts w:cstheme="majorHAnsi"/>
          <w:sz w:val="18"/>
          <w:szCs w:val="18"/>
        </w:rPr>
        <w:t xml:space="preserve"> </w:t>
      </w:r>
      <w:proofErr w:type="spellStart"/>
      <w:r w:rsidRPr="00C86A0D">
        <w:rPr>
          <w:rFonts w:ascii="Sylfaen" w:hAnsi="Sylfaen" w:cs="Sylfaen"/>
          <w:sz w:val="18"/>
          <w:szCs w:val="18"/>
        </w:rPr>
        <w:t>პოზიციის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საწინააღმდეგო</w:t>
      </w:r>
      <w:proofErr w:type="spellEnd"/>
      <w:r w:rsidRPr="00C86A0D">
        <w:rPr>
          <w:rFonts w:cstheme="majorHAnsi"/>
          <w:sz w:val="18"/>
          <w:szCs w:val="18"/>
        </w:rPr>
        <w:t xml:space="preserve"> </w:t>
      </w:r>
      <w:proofErr w:type="spellStart"/>
      <w:r w:rsidRPr="00C86A0D">
        <w:rPr>
          <w:rFonts w:ascii="Sylfaen" w:hAnsi="Sylfaen" w:cs="Sylfaen"/>
          <w:sz w:val="18"/>
          <w:szCs w:val="18"/>
        </w:rPr>
        <w:t>დასკვნასაც</w:t>
      </w:r>
      <w:proofErr w:type="spellEnd"/>
      <w:r w:rsidRPr="00C86A0D">
        <w:rPr>
          <w:rFonts w:cstheme="majorHAnsi"/>
          <w:sz w:val="18"/>
          <w:szCs w:val="18"/>
        </w:rPr>
        <w:t xml:space="preserve"> </w:t>
      </w:r>
      <w:proofErr w:type="spellStart"/>
      <w:r w:rsidRPr="00C86A0D">
        <w:rPr>
          <w:rFonts w:ascii="Sylfaen" w:hAnsi="Sylfaen" w:cs="Sylfaen"/>
          <w:sz w:val="18"/>
          <w:szCs w:val="18"/>
        </w:rPr>
        <w:t>გასცემს</w:t>
      </w:r>
      <w:proofErr w:type="spellEnd"/>
      <w:r w:rsidRPr="00C86A0D">
        <w:rPr>
          <w:rFonts w:cstheme="majorHAnsi"/>
          <w:sz w:val="18"/>
          <w:szCs w:val="18"/>
        </w:rPr>
        <w:t xml:space="preserve"> </w:t>
      </w:r>
      <w:proofErr w:type="spellStart"/>
      <w:r w:rsidRPr="00C86A0D">
        <w:rPr>
          <w:rFonts w:ascii="Sylfaen" w:hAnsi="Sylfaen" w:cs="Sylfaen"/>
          <w:sz w:val="18"/>
          <w:szCs w:val="18"/>
        </w:rPr>
        <w:t>ექსპერტიზა</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დასკვნის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საფუძველზე</w:t>
      </w:r>
      <w:proofErr w:type="spellEnd"/>
      <w:r w:rsidRPr="00C86A0D">
        <w:rPr>
          <w:rFonts w:cstheme="majorHAnsi"/>
          <w:sz w:val="18"/>
          <w:szCs w:val="18"/>
        </w:rPr>
        <w:t xml:space="preserve"> </w:t>
      </w:r>
      <w:proofErr w:type="spellStart"/>
      <w:r w:rsidRPr="00C86A0D">
        <w:rPr>
          <w:rFonts w:ascii="Sylfaen" w:hAnsi="Sylfaen" w:cs="Sylfaen"/>
          <w:sz w:val="18"/>
          <w:szCs w:val="18"/>
        </w:rPr>
        <w:t>დადგინდება</w:t>
      </w:r>
      <w:proofErr w:type="spellEnd"/>
      <w:r w:rsidRPr="00C86A0D">
        <w:rPr>
          <w:rFonts w:cstheme="majorHAnsi"/>
          <w:sz w:val="18"/>
          <w:szCs w:val="18"/>
        </w:rPr>
        <w:t xml:space="preserve">, </w:t>
      </w:r>
      <w:proofErr w:type="spellStart"/>
      <w:r w:rsidRPr="00C86A0D">
        <w:rPr>
          <w:rFonts w:ascii="Sylfaen" w:hAnsi="Sylfaen" w:cs="Sylfaen"/>
          <w:sz w:val="18"/>
          <w:szCs w:val="18"/>
        </w:rPr>
        <w:t>რომ</w:t>
      </w:r>
      <w:proofErr w:type="spellEnd"/>
      <w:r w:rsidRPr="00C86A0D">
        <w:rPr>
          <w:rFonts w:cstheme="majorHAnsi"/>
          <w:sz w:val="18"/>
          <w:szCs w:val="18"/>
        </w:rPr>
        <w:t xml:space="preserve"> </w:t>
      </w:r>
      <w:proofErr w:type="spellStart"/>
      <w:r w:rsidRPr="00C86A0D">
        <w:rPr>
          <w:rFonts w:ascii="Sylfaen" w:hAnsi="Sylfaen" w:cs="Sylfaen"/>
          <w:sz w:val="18"/>
          <w:szCs w:val="18"/>
        </w:rPr>
        <w:t>არსებობდა</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გაგრძელების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შესაძლებლობა</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მოთხოვნის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r w:rsidR="00D36BEA">
        <w:rPr>
          <w:rFonts w:ascii="Sylfaen" w:hAnsi="Sylfaen" w:cs="Sylfaen"/>
          <w:sz w:val="18"/>
          <w:szCs w:val="18"/>
          <w:lang w:val="ka-GE"/>
        </w:rPr>
        <w:t>მენარდეს</w:t>
      </w:r>
      <w:r w:rsidRPr="00C86A0D">
        <w:rPr>
          <w:rFonts w:cstheme="majorHAnsi"/>
          <w:sz w:val="18"/>
          <w:szCs w:val="18"/>
        </w:rPr>
        <w:t xml:space="preserve"> </w:t>
      </w:r>
      <w:proofErr w:type="spellStart"/>
      <w:r w:rsidRPr="00C86A0D">
        <w:rPr>
          <w:rFonts w:ascii="Sylfaen" w:hAnsi="Sylfaen" w:cs="Sylfaen"/>
          <w:sz w:val="18"/>
          <w:szCs w:val="18"/>
        </w:rPr>
        <w:t>დაეკისრება</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სანქციები</w:t>
      </w:r>
      <w:proofErr w:type="spellEnd"/>
      <w:r w:rsidRPr="00C86A0D">
        <w:rPr>
          <w:rFonts w:cstheme="majorHAnsi"/>
          <w:sz w:val="18"/>
          <w:szCs w:val="18"/>
        </w:rPr>
        <w:t xml:space="preserve">. </w:t>
      </w:r>
      <w:proofErr w:type="spellStart"/>
      <w:r w:rsidRPr="00C86A0D">
        <w:rPr>
          <w:rFonts w:ascii="Sylfaen" w:hAnsi="Sylfaen" w:cs="Sylfaen"/>
          <w:sz w:val="18"/>
          <w:szCs w:val="18"/>
        </w:rPr>
        <w:t>ამასთან</w:t>
      </w:r>
      <w:proofErr w:type="spellEnd"/>
      <w:r w:rsidRPr="00C86A0D">
        <w:rPr>
          <w:rFonts w:cstheme="majorHAnsi"/>
          <w:sz w:val="18"/>
          <w:szCs w:val="18"/>
        </w:rPr>
        <w:t xml:space="preserve">, </w:t>
      </w:r>
      <w:r w:rsidR="00D36BEA">
        <w:rPr>
          <w:rFonts w:ascii="Sylfaen" w:hAnsi="Sylfaen" w:cs="Sylfaen"/>
          <w:sz w:val="18"/>
          <w:szCs w:val="18"/>
          <w:lang w:val="ka-GE"/>
        </w:rPr>
        <w:t>მენარდე</w:t>
      </w:r>
      <w:r w:rsidRPr="00C86A0D">
        <w:rPr>
          <w:rFonts w:cstheme="majorHAnsi"/>
          <w:sz w:val="18"/>
          <w:szCs w:val="18"/>
        </w:rPr>
        <w:t xml:space="preserve"> </w:t>
      </w:r>
      <w:proofErr w:type="spellStart"/>
      <w:r w:rsidRPr="00C86A0D">
        <w:rPr>
          <w:rFonts w:ascii="Sylfaen" w:hAnsi="Sylfaen" w:cs="Sylfaen"/>
          <w:sz w:val="18"/>
          <w:szCs w:val="18"/>
        </w:rPr>
        <w:t>ვალდებული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იქნება</w:t>
      </w:r>
      <w:proofErr w:type="spellEnd"/>
      <w:r w:rsidRPr="00C86A0D">
        <w:rPr>
          <w:rFonts w:cstheme="majorHAnsi"/>
          <w:sz w:val="18"/>
          <w:szCs w:val="18"/>
        </w:rPr>
        <w:t xml:space="preserve">, </w:t>
      </w:r>
      <w:proofErr w:type="spellStart"/>
      <w:r w:rsidRPr="00C86A0D">
        <w:rPr>
          <w:rFonts w:ascii="Sylfaen" w:hAnsi="Sylfaen" w:cs="Sylfaen"/>
          <w:sz w:val="18"/>
          <w:szCs w:val="18"/>
        </w:rPr>
        <w:t>აუნაზღაუროს</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დამკვეთს</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შეჩერებით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გამოწვეული</w:t>
      </w:r>
      <w:proofErr w:type="spellEnd"/>
      <w:r w:rsidRPr="00C86A0D">
        <w:rPr>
          <w:rFonts w:cstheme="majorHAnsi"/>
          <w:sz w:val="18"/>
          <w:szCs w:val="18"/>
        </w:rPr>
        <w:t xml:space="preserve"> </w:t>
      </w:r>
      <w:proofErr w:type="spellStart"/>
      <w:r w:rsidRPr="00C86A0D">
        <w:rPr>
          <w:rFonts w:ascii="Sylfaen" w:hAnsi="Sylfaen" w:cs="Sylfaen"/>
          <w:sz w:val="18"/>
          <w:szCs w:val="18"/>
        </w:rPr>
        <w:t>ზიანი</w:t>
      </w:r>
      <w:proofErr w:type="spellEnd"/>
      <w:r w:rsidRPr="00C86A0D">
        <w:rPr>
          <w:rFonts w:cstheme="majorHAnsi"/>
          <w:sz w:val="18"/>
          <w:szCs w:val="18"/>
        </w:rPr>
        <w:t xml:space="preserve"> (</w:t>
      </w:r>
      <w:proofErr w:type="spellStart"/>
      <w:r w:rsidRPr="00C86A0D">
        <w:rPr>
          <w:rFonts w:ascii="Sylfaen" w:hAnsi="Sylfaen" w:cs="Sylfaen"/>
          <w:sz w:val="18"/>
          <w:szCs w:val="18"/>
        </w:rPr>
        <w:t>არსებობის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დასკვნის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საფუძველზე</w:t>
      </w:r>
      <w:proofErr w:type="spellEnd"/>
      <w:r w:rsidRPr="00C86A0D">
        <w:rPr>
          <w:rFonts w:cstheme="majorHAnsi"/>
          <w:sz w:val="18"/>
          <w:szCs w:val="18"/>
        </w:rPr>
        <w:t xml:space="preserve"> </w:t>
      </w:r>
      <w:proofErr w:type="spellStart"/>
      <w:r w:rsidRPr="00C86A0D">
        <w:rPr>
          <w:rFonts w:ascii="Sylfaen" w:hAnsi="Sylfaen" w:cs="Sylfaen"/>
          <w:sz w:val="18"/>
          <w:szCs w:val="18"/>
        </w:rPr>
        <w:t>დადგინდება</w:t>
      </w:r>
      <w:proofErr w:type="spellEnd"/>
      <w:r w:rsidRPr="00C86A0D">
        <w:rPr>
          <w:rFonts w:cstheme="majorHAnsi"/>
          <w:sz w:val="18"/>
          <w:szCs w:val="18"/>
        </w:rPr>
        <w:t xml:space="preserve">, </w:t>
      </w:r>
      <w:proofErr w:type="spellStart"/>
      <w:r w:rsidRPr="00C86A0D">
        <w:rPr>
          <w:rFonts w:ascii="Sylfaen" w:hAnsi="Sylfaen" w:cs="Sylfaen"/>
          <w:sz w:val="18"/>
          <w:szCs w:val="18"/>
        </w:rPr>
        <w:t>რომ</w:t>
      </w:r>
      <w:proofErr w:type="spellEnd"/>
      <w:r w:rsidRPr="00C86A0D">
        <w:rPr>
          <w:rFonts w:cstheme="majorHAnsi"/>
          <w:sz w:val="18"/>
          <w:szCs w:val="18"/>
        </w:rPr>
        <w:t xml:space="preserve"> </w:t>
      </w:r>
      <w:proofErr w:type="spellStart"/>
      <w:r w:rsidRPr="00C86A0D">
        <w:rPr>
          <w:rFonts w:ascii="Sylfaen" w:hAnsi="Sylfaen" w:cs="Sylfaen"/>
          <w:sz w:val="18"/>
          <w:szCs w:val="18"/>
        </w:rPr>
        <w:t>არსებობდა</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გაგრძელების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შესაძლებლობა</w:t>
      </w:r>
      <w:proofErr w:type="spellEnd"/>
      <w:r w:rsidRPr="00C86A0D">
        <w:rPr>
          <w:rFonts w:cstheme="majorHAnsi"/>
          <w:sz w:val="18"/>
          <w:szCs w:val="18"/>
        </w:rPr>
        <w:t xml:space="preserve">, </w:t>
      </w:r>
      <w:proofErr w:type="spellStart"/>
      <w:r w:rsidRPr="00C86A0D">
        <w:rPr>
          <w:rFonts w:ascii="Sylfaen" w:hAnsi="Sylfaen" w:cs="Sylfaen"/>
          <w:sz w:val="18"/>
          <w:szCs w:val="18"/>
        </w:rPr>
        <w:t>ასეთ</w:t>
      </w:r>
      <w:proofErr w:type="spellEnd"/>
      <w:r w:rsidRPr="00C86A0D">
        <w:rPr>
          <w:rFonts w:cstheme="majorHAnsi"/>
          <w:sz w:val="18"/>
          <w:szCs w:val="18"/>
        </w:rPr>
        <w:t xml:space="preserve"> </w:t>
      </w:r>
      <w:proofErr w:type="spellStart"/>
      <w:r w:rsidRPr="00C86A0D">
        <w:rPr>
          <w:rFonts w:ascii="Sylfaen" w:hAnsi="Sylfaen" w:cs="Sylfaen"/>
          <w:sz w:val="18"/>
          <w:szCs w:val="18"/>
        </w:rPr>
        <w:t>დროს</w:t>
      </w:r>
      <w:proofErr w:type="spellEnd"/>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განხორციელდება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ხელშეკრულების</w:t>
      </w:r>
      <w:proofErr w:type="spellEnd"/>
      <w:r w:rsidRPr="00C86A0D">
        <w:rPr>
          <w:rFonts w:cstheme="majorHAnsi"/>
          <w:sz w:val="18"/>
          <w:szCs w:val="18"/>
        </w:rPr>
        <w:t xml:space="preserve"> 5.1. </w:t>
      </w:r>
      <w:proofErr w:type="spellStart"/>
      <w:r w:rsidRPr="00C86A0D">
        <w:rPr>
          <w:rFonts w:ascii="Sylfaen" w:hAnsi="Sylfaen" w:cs="Sylfaen"/>
          <w:sz w:val="18"/>
          <w:szCs w:val="18"/>
        </w:rPr>
        <w:t>მუხლით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ვადის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გადაწევა</w:t>
      </w:r>
      <w:proofErr w:type="spellEnd"/>
      <w:r w:rsidRPr="00C86A0D">
        <w:rPr>
          <w:rFonts w:cstheme="majorHAnsi"/>
          <w:sz w:val="18"/>
          <w:szCs w:val="18"/>
        </w:rPr>
        <w:t xml:space="preserve"> </w:t>
      </w:r>
      <w:proofErr w:type="spellStart"/>
      <w:r w:rsidRPr="00C86A0D">
        <w:rPr>
          <w:rFonts w:ascii="Sylfaen" w:hAnsi="Sylfaen" w:cs="Sylfaen"/>
          <w:sz w:val="18"/>
          <w:szCs w:val="18"/>
        </w:rPr>
        <w:t>შეჩერებული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დღეების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პროპორციულად</w:t>
      </w:r>
      <w:proofErr w:type="spellEnd"/>
      <w:r w:rsidRPr="00C86A0D">
        <w:rPr>
          <w:rFonts w:cstheme="majorHAnsi"/>
          <w:sz w:val="18"/>
          <w:szCs w:val="18"/>
        </w:rPr>
        <w:t>.</w:t>
      </w:r>
    </w:p>
    <w:p w14:paraId="681A9672" w14:textId="6FF1A9F4" w:rsidR="00C86A0D" w:rsidRDefault="00D36BEA" w:rsidP="00185C20">
      <w:pPr>
        <w:pStyle w:val="ListParagraph"/>
        <w:numPr>
          <w:ilvl w:val="2"/>
          <w:numId w:val="13"/>
        </w:numPr>
        <w:jc w:val="both"/>
        <w:rPr>
          <w:rFonts w:cstheme="majorHAnsi"/>
          <w:sz w:val="18"/>
          <w:szCs w:val="18"/>
        </w:rPr>
      </w:pPr>
      <w:r>
        <w:rPr>
          <w:rFonts w:ascii="Sylfaen" w:hAnsi="Sylfaen" w:cs="Sylfaen"/>
          <w:sz w:val="18"/>
          <w:szCs w:val="18"/>
          <w:lang w:val="ka-GE"/>
        </w:rPr>
        <w:t>მენარდე</w:t>
      </w:r>
      <w:r w:rsidR="00A74260" w:rsidRPr="00C86A0D">
        <w:rPr>
          <w:rFonts w:cstheme="majorHAnsi"/>
          <w:sz w:val="18"/>
          <w:szCs w:val="18"/>
        </w:rPr>
        <w:t xml:space="preserve"> </w:t>
      </w:r>
      <w:proofErr w:type="spellStart"/>
      <w:r w:rsidR="00A74260" w:rsidRPr="00C86A0D">
        <w:rPr>
          <w:rFonts w:ascii="Sylfaen" w:hAnsi="Sylfaen" w:cs="Sylfaen"/>
          <w:sz w:val="18"/>
          <w:szCs w:val="18"/>
        </w:rPr>
        <w:t>ვალდებულია</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პირველივე</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საანგარიშო</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პერიოდში</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წარდგენილ</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ფორმა</w:t>
      </w:r>
      <w:proofErr w:type="spellEnd"/>
      <w:r w:rsidR="00A74260" w:rsidRPr="00C86A0D">
        <w:rPr>
          <w:rFonts w:cstheme="majorHAnsi"/>
          <w:sz w:val="18"/>
          <w:szCs w:val="18"/>
        </w:rPr>
        <w:t xml:space="preserve"> N2-</w:t>
      </w:r>
      <w:r w:rsidR="00A74260" w:rsidRPr="00C86A0D">
        <w:rPr>
          <w:rFonts w:ascii="Sylfaen" w:hAnsi="Sylfaen" w:cs="Sylfaen"/>
          <w:sz w:val="18"/>
          <w:szCs w:val="18"/>
        </w:rPr>
        <w:t>ში</w:t>
      </w:r>
      <w:r w:rsidR="00A74260" w:rsidRPr="00C86A0D">
        <w:rPr>
          <w:rFonts w:cstheme="majorHAnsi"/>
          <w:sz w:val="18"/>
          <w:szCs w:val="18"/>
        </w:rPr>
        <w:t xml:space="preserve"> </w:t>
      </w:r>
      <w:proofErr w:type="spellStart"/>
      <w:r w:rsidR="00A74260" w:rsidRPr="00C86A0D">
        <w:rPr>
          <w:rFonts w:ascii="Sylfaen" w:hAnsi="Sylfaen" w:cs="Sylfaen"/>
          <w:sz w:val="18"/>
          <w:szCs w:val="18"/>
        </w:rPr>
        <w:t>ასახოს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მიმდინარე</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თვეში</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უამინდობის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ან</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სხვა</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ობიექტური</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მიზეზით</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შეჩერებული</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სამუშაო</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დღეების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ჯამი</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და</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წარუდგინოს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დამკვეთს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კორექტირებული</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სამუშაოების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წარმოების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გრაფიკი</w:t>
      </w:r>
      <w:proofErr w:type="spellEnd"/>
      <w:r>
        <w:rPr>
          <w:rFonts w:cstheme="majorHAnsi"/>
          <w:sz w:val="18"/>
          <w:szCs w:val="18"/>
        </w:rPr>
        <w:t xml:space="preserve"> </w:t>
      </w:r>
      <w:r>
        <w:rPr>
          <w:rFonts w:ascii="Sylfaen" w:hAnsi="Sylfaen" w:cstheme="majorHAnsi"/>
          <w:sz w:val="18"/>
          <w:szCs w:val="18"/>
          <w:lang w:val="ka-GE"/>
        </w:rPr>
        <w:t>(</w:t>
      </w:r>
      <w:proofErr w:type="spellStart"/>
      <w:r w:rsidR="00A74260" w:rsidRPr="00C86A0D">
        <w:rPr>
          <w:rFonts w:ascii="Sylfaen" w:hAnsi="Sylfaen" w:cs="Sylfaen"/>
          <w:sz w:val="18"/>
          <w:szCs w:val="18"/>
        </w:rPr>
        <w:t>სამუშაოების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lastRenderedPageBreak/>
        <w:t>გადაწევაზე</w:t>
      </w:r>
      <w:proofErr w:type="spellEnd"/>
      <w:r>
        <w:rPr>
          <w:rFonts w:ascii="Sylfaen" w:hAnsi="Sylfaen" w:cstheme="majorHAnsi"/>
          <w:sz w:val="18"/>
          <w:szCs w:val="18"/>
          <w:lang w:val="ka-GE"/>
        </w:rPr>
        <w:t>)</w:t>
      </w:r>
      <w:r w:rsidR="00A74260" w:rsidRPr="00C86A0D">
        <w:rPr>
          <w:rFonts w:cstheme="majorHAnsi"/>
          <w:sz w:val="18"/>
          <w:szCs w:val="18"/>
        </w:rPr>
        <w:t xml:space="preserve">, </w:t>
      </w:r>
      <w:proofErr w:type="spellStart"/>
      <w:r w:rsidR="00A74260" w:rsidRPr="00C86A0D">
        <w:rPr>
          <w:rFonts w:ascii="Sylfaen" w:hAnsi="Sylfaen" w:cs="Sylfaen"/>
          <w:sz w:val="18"/>
          <w:szCs w:val="18"/>
        </w:rPr>
        <w:t>რომლის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წარუდგენლობის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შემთხვევაში</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ჩამორჩენები</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გრაფიკში</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იქნება</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ხელშეკრულების</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დარღვევად</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მიღებული</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და</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შესაბამისად</w:t>
      </w:r>
      <w:proofErr w:type="spellEnd"/>
      <w:r w:rsidR="00A74260" w:rsidRPr="00C86A0D">
        <w:rPr>
          <w:rFonts w:cstheme="majorHAnsi"/>
          <w:sz w:val="18"/>
          <w:szCs w:val="18"/>
        </w:rPr>
        <w:t xml:space="preserve"> </w:t>
      </w:r>
      <w:proofErr w:type="spellStart"/>
      <w:r w:rsidR="00A74260" w:rsidRPr="00C86A0D">
        <w:rPr>
          <w:rFonts w:ascii="Sylfaen" w:hAnsi="Sylfaen" w:cs="Sylfaen"/>
          <w:sz w:val="18"/>
          <w:szCs w:val="18"/>
        </w:rPr>
        <w:t>დაჯარიმდება</w:t>
      </w:r>
      <w:proofErr w:type="spellEnd"/>
      <w:r w:rsidR="00A74260" w:rsidRPr="00C86A0D">
        <w:rPr>
          <w:rFonts w:cstheme="majorHAnsi"/>
          <w:sz w:val="18"/>
          <w:szCs w:val="18"/>
        </w:rPr>
        <w:t xml:space="preserve"> </w:t>
      </w:r>
      <w:r>
        <w:rPr>
          <w:rFonts w:ascii="Sylfaen" w:hAnsi="Sylfaen" w:cs="Sylfaen"/>
          <w:sz w:val="18"/>
          <w:szCs w:val="18"/>
          <w:lang w:val="ka-GE"/>
        </w:rPr>
        <w:t>მენარდე.</w:t>
      </w:r>
    </w:p>
    <w:p w14:paraId="4C0A8434" w14:textId="6E54F89E" w:rsidR="00C86A0D" w:rsidRDefault="00A74260" w:rsidP="00185C20">
      <w:pPr>
        <w:pStyle w:val="ListParagraph"/>
        <w:numPr>
          <w:ilvl w:val="2"/>
          <w:numId w:val="13"/>
        </w:numPr>
        <w:jc w:val="both"/>
        <w:rPr>
          <w:rFonts w:cstheme="majorHAnsi"/>
          <w:sz w:val="18"/>
          <w:szCs w:val="18"/>
        </w:rPr>
      </w:pPr>
      <w:proofErr w:type="spellStart"/>
      <w:r w:rsidRPr="00C86A0D">
        <w:rPr>
          <w:rFonts w:ascii="Sylfaen" w:hAnsi="Sylfaen" w:cs="Sylfaen"/>
          <w:sz w:val="18"/>
          <w:szCs w:val="18"/>
        </w:rPr>
        <w:t>ხელშეკრულებით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დამთავრების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ვადა</w:t>
      </w:r>
      <w:proofErr w:type="spellEnd"/>
      <w:r w:rsidRPr="00C86A0D">
        <w:rPr>
          <w:rFonts w:cstheme="majorHAnsi"/>
          <w:sz w:val="18"/>
          <w:szCs w:val="18"/>
        </w:rPr>
        <w:t xml:space="preserve">, </w:t>
      </w:r>
      <w:proofErr w:type="spellStart"/>
      <w:r w:rsidRPr="00C86A0D">
        <w:rPr>
          <w:rFonts w:ascii="Sylfaen" w:hAnsi="Sylfaen" w:cs="Sylfaen"/>
          <w:sz w:val="18"/>
          <w:szCs w:val="18"/>
        </w:rPr>
        <w:t>მხარეთა</w:t>
      </w:r>
      <w:proofErr w:type="spellEnd"/>
      <w:r w:rsidRPr="00C86A0D">
        <w:rPr>
          <w:rFonts w:cstheme="majorHAnsi"/>
          <w:sz w:val="18"/>
          <w:szCs w:val="18"/>
        </w:rPr>
        <w:t xml:space="preserve"> </w:t>
      </w:r>
      <w:proofErr w:type="spellStart"/>
      <w:r w:rsidRPr="00C86A0D">
        <w:rPr>
          <w:rFonts w:ascii="Sylfaen" w:hAnsi="Sylfaen" w:cs="Sylfaen"/>
          <w:sz w:val="18"/>
          <w:szCs w:val="18"/>
        </w:rPr>
        <w:t>ორმხრივი</w:t>
      </w:r>
      <w:proofErr w:type="spellEnd"/>
      <w:r w:rsidRPr="00C86A0D">
        <w:rPr>
          <w:rFonts w:cstheme="majorHAnsi"/>
          <w:sz w:val="18"/>
          <w:szCs w:val="18"/>
        </w:rPr>
        <w:t xml:space="preserve"> </w:t>
      </w:r>
      <w:proofErr w:type="spellStart"/>
      <w:r w:rsidRPr="00C86A0D">
        <w:rPr>
          <w:rFonts w:ascii="Sylfaen" w:hAnsi="Sylfaen" w:cs="Sylfaen"/>
          <w:sz w:val="18"/>
          <w:szCs w:val="18"/>
        </w:rPr>
        <w:t>წერილობითი</w:t>
      </w:r>
      <w:proofErr w:type="spellEnd"/>
      <w:r w:rsidRPr="00C86A0D">
        <w:rPr>
          <w:rFonts w:cstheme="majorHAnsi"/>
          <w:sz w:val="18"/>
          <w:szCs w:val="18"/>
        </w:rPr>
        <w:t xml:space="preserve"> </w:t>
      </w:r>
      <w:proofErr w:type="spellStart"/>
      <w:r w:rsidRPr="00C86A0D">
        <w:rPr>
          <w:rFonts w:ascii="Sylfaen" w:hAnsi="Sylfaen" w:cs="Sylfaen"/>
          <w:sz w:val="18"/>
          <w:szCs w:val="18"/>
        </w:rPr>
        <w:t>შეთანხმებით</w:t>
      </w:r>
      <w:proofErr w:type="spellEnd"/>
      <w:r w:rsidR="00A4397C">
        <w:rPr>
          <w:rFonts w:cstheme="majorHAnsi"/>
          <w:sz w:val="18"/>
          <w:szCs w:val="18"/>
        </w:rPr>
        <w:t>,</w:t>
      </w:r>
      <w:r w:rsidRPr="00C86A0D">
        <w:rPr>
          <w:rFonts w:cstheme="majorHAnsi"/>
          <w:sz w:val="18"/>
          <w:szCs w:val="18"/>
        </w:rPr>
        <w:t xml:space="preserve"> </w:t>
      </w:r>
      <w:proofErr w:type="spellStart"/>
      <w:r w:rsidRPr="00C86A0D">
        <w:rPr>
          <w:rFonts w:ascii="Sylfaen" w:hAnsi="Sylfaen" w:cs="Sylfaen"/>
          <w:sz w:val="18"/>
          <w:szCs w:val="18"/>
        </w:rPr>
        <w:t>ასევე</w:t>
      </w:r>
      <w:proofErr w:type="spellEnd"/>
      <w:r w:rsidRPr="00C86A0D">
        <w:rPr>
          <w:rFonts w:cstheme="majorHAnsi"/>
          <w:sz w:val="18"/>
          <w:szCs w:val="18"/>
        </w:rPr>
        <w:t xml:space="preserve"> </w:t>
      </w:r>
      <w:proofErr w:type="spellStart"/>
      <w:r w:rsidRPr="00C86A0D">
        <w:rPr>
          <w:rFonts w:ascii="Sylfaen" w:hAnsi="Sylfaen" w:cs="Sylfaen"/>
          <w:sz w:val="18"/>
          <w:szCs w:val="18"/>
        </w:rPr>
        <w:t>გაიზრდება</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მენარდის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შესრულდება</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შემოთავაზებული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სხვა</w:t>
      </w:r>
      <w:proofErr w:type="spellEnd"/>
      <w:r w:rsidRPr="00C86A0D">
        <w:rPr>
          <w:rFonts w:cstheme="majorHAnsi"/>
          <w:sz w:val="18"/>
          <w:szCs w:val="18"/>
        </w:rPr>
        <w:t xml:space="preserve"> </w:t>
      </w:r>
      <w:proofErr w:type="spellStart"/>
      <w:r w:rsidRPr="00C86A0D">
        <w:rPr>
          <w:rFonts w:ascii="Sylfaen" w:hAnsi="Sylfaen" w:cs="Sylfaen"/>
          <w:sz w:val="18"/>
          <w:szCs w:val="18"/>
        </w:rPr>
        <w:t>დამატებითი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w:t>
      </w:r>
      <w:proofErr w:type="spellEnd"/>
      <w:r w:rsidRPr="00C86A0D">
        <w:rPr>
          <w:rFonts w:cstheme="majorHAnsi"/>
          <w:sz w:val="18"/>
          <w:szCs w:val="18"/>
        </w:rPr>
        <w:t xml:space="preserve">, </w:t>
      </w:r>
      <w:proofErr w:type="spellStart"/>
      <w:r w:rsidRPr="00C86A0D">
        <w:rPr>
          <w:rFonts w:ascii="Sylfaen" w:hAnsi="Sylfaen" w:cs="Sylfaen"/>
          <w:sz w:val="18"/>
          <w:szCs w:val="18"/>
        </w:rPr>
        <w:t>ტექნიკური</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 xml:space="preserve"> </w:t>
      </w:r>
      <w:proofErr w:type="spellStart"/>
      <w:r w:rsidRPr="00C86A0D">
        <w:rPr>
          <w:rFonts w:ascii="Sylfaen" w:hAnsi="Sylfaen" w:cs="Sylfaen"/>
          <w:sz w:val="18"/>
          <w:szCs w:val="18"/>
        </w:rPr>
        <w:t>ტექნოლოგიური</w:t>
      </w:r>
      <w:proofErr w:type="spellEnd"/>
      <w:r w:rsidRPr="00C86A0D">
        <w:rPr>
          <w:rFonts w:cstheme="majorHAnsi"/>
          <w:sz w:val="18"/>
          <w:szCs w:val="18"/>
        </w:rPr>
        <w:t xml:space="preserve"> </w:t>
      </w:r>
      <w:proofErr w:type="spellStart"/>
      <w:r w:rsidRPr="00C86A0D">
        <w:rPr>
          <w:rFonts w:ascii="Sylfaen" w:hAnsi="Sylfaen" w:cs="Sylfaen"/>
          <w:sz w:val="18"/>
          <w:szCs w:val="18"/>
        </w:rPr>
        <w:t>ცვლილებები</w:t>
      </w:r>
      <w:proofErr w:type="spellEnd"/>
      <w:r w:rsidRPr="00C86A0D">
        <w:rPr>
          <w:rFonts w:cstheme="majorHAnsi"/>
          <w:sz w:val="18"/>
          <w:szCs w:val="18"/>
        </w:rPr>
        <w:t xml:space="preserve">, </w:t>
      </w:r>
      <w:proofErr w:type="spellStart"/>
      <w:r w:rsidRPr="00C86A0D">
        <w:rPr>
          <w:rFonts w:ascii="Sylfaen" w:hAnsi="Sylfaen" w:cs="Sylfaen"/>
          <w:sz w:val="18"/>
          <w:szCs w:val="18"/>
        </w:rPr>
        <w:t>რომლებიც</w:t>
      </w:r>
      <w:proofErr w:type="spellEnd"/>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არის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საპროექტო</w:t>
      </w:r>
      <w:proofErr w:type="spellEnd"/>
      <w:r w:rsidRPr="00C86A0D">
        <w:rPr>
          <w:rFonts w:cstheme="majorHAnsi"/>
          <w:sz w:val="18"/>
          <w:szCs w:val="18"/>
        </w:rPr>
        <w:t xml:space="preserve"> </w:t>
      </w:r>
      <w:proofErr w:type="spellStart"/>
      <w:r w:rsidRPr="00C86A0D">
        <w:rPr>
          <w:rFonts w:ascii="Sylfaen" w:hAnsi="Sylfaen" w:cs="Sylfaen"/>
          <w:sz w:val="18"/>
          <w:szCs w:val="18"/>
        </w:rPr>
        <w:t>დოკუმენტაციით</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წინამდებარე</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ასეთ</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ვადის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გაზრდა</w:t>
      </w:r>
      <w:proofErr w:type="spellEnd"/>
      <w:r w:rsidRPr="00C86A0D">
        <w:rPr>
          <w:rFonts w:cstheme="majorHAnsi"/>
          <w:sz w:val="18"/>
          <w:szCs w:val="18"/>
        </w:rPr>
        <w:t xml:space="preserve"> </w:t>
      </w:r>
      <w:proofErr w:type="spellStart"/>
      <w:r w:rsidRPr="00C86A0D">
        <w:rPr>
          <w:rFonts w:ascii="Sylfaen" w:hAnsi="Sylfaen" w:cs="Sylfaen"/>
          <w:sz w:val="18"/>
          <w:szCs w:val="18"/>
        </w:rPr>
        <w:t>მოხდება</w:t>
      </w:r>
      <w:proofErr w:type="spellEnd"/>
      <w:r w:rsidRPr="00C86A0D">
        <w:rPr>
          <w:rFonts w:cstheme="majorHAnsi"/>
          <w:sz w:val="18"/>
          <w:szCs w:val="18"/>
        </w:rPr>
        <w:t xml:space="preserve"> </w:t>
      </w:r>
      <w:proofErr w:type="spellStart"/>
      <w:r w:rsidRPr="00C86A0D">
        <w:rPr>
          <w:rFonts w:ascii="Sylfaen" w:hAnsi="Sylfaen" w:cs="Sylfaen"/>
          <w:sz w:val="18"/>
          <w:szCs w:val="18"/>
        </w:rPr>
        <w:t>ამ</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შესრულებისათვის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დამკვეთსა</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r w:rsidR="00A4397C">
        <w:rPr>
          <w:rFonts w:ascii="Sylfaen" w:hAnsi="Sylfaen" w:cs="Sylfaen"/>
          <w:sz w:val="18"/>
          <w:szCs w:val="18"/>
          <w:lang w:val="ka-GE"/>
        </w:rPr>
        <w:t>მენარდეს</w:t>
      </w:r>
      <w:r w:rsidRPr="00C86A0D">
        <w:rPr>
          <w:rFonts w:cstheme="majorHAnsi"/>
          <w:sz w:val="18"/>
          <w:szCs w:val="18"/>
        </w:rPr>
        <w:t xml:space="preserve"> </w:t>
      </w:r>
      <w:proofErr w:type="spellStart"/>
      <w:r w:rsidRPr="00C86A0D">
        <w:rPr>
          <w:rFonts w:ascii="Sylfaen" w:hAnsi="Sylfaen" w:cs="Sylfaen"/>
          <w:sz w:val="18"/>
          <w:szCs w:val="18"/>
        </w:rPr>
        <w:t>შორის</w:t>
      </w:r>
      <w:proofErr w:type="spellEnd"/>
      <w:r w:rsidRPr="00C86A0D">
        <w:rPr>
          <w:rFonts w:cstheme="majorHAnsi"/>
          <w:sz w:val="18"/>
          <w:szCs w:val="18"/>
        </w:rPr>
        <w:t xml:space="preserve"> </w:t>
      </w:r>
      <w:proofErr w:type="spellStart"/>
      <w:r w:rsidRPr="00C86A0D">
        <w:rPr>
          <w:rFonts w:ascii="Sylfaen" w:hAnsi="Sylfaen" w:cs="Sylfaen"/>
          <w:sz w:val="18"/>
          <w:szCs w:val="18"/>
        </w:rPr>
        <w:t>წერილობითი</w:t>
      </w:r>
      <w:proofErr w:type="spellEnd"/>
      <w:r w:rsidRPr="00C86A0D">
        <w:rPr>
          <w:rFonts w:cstheme="majorHAnsi"/>
          <w:sz w:val="18"/>
          <w:szCs w:val="18"/>
        </w:rPr>
        <w:t xml:space="preserve"> </w:t>
      </w:r>
      <w:proofErr w:type="spellStart"/>
      <w:r w:rsidRPr="00C86A0D">
        <w:rPr>
          <w:rFonts w:ascii="Sylfaen" w:hAnsi="Sylfaen" w:cs="Sylfaen"/>
          <w:sz w:val="18"/>
          <w:szCs w:val="18"/>
        </w:rPr>
        <w:t>შეთანხმებით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რომელიც</w:t>
      </w:r>
      <w:proofErr w:type="spellEnd"/>
      <w:r w:rsidRPr="00C86A0D">
        <w:rPr>
          <w:rFonts w:cstheme="majorHAnsi"/>
          <w:sz w:val="18"/>
          <w:szCs w:val="18"/>
        </w:rPr>
        <w:t xml:space="preserve"> </w:t>
      </w:r>
      <w:proofErr w:type="spellStart"/>
      <w:r w:rsidRPr="00C86A0D">
        <w:rPr>
          <w:rFonts w:ascii="Sylfaen" w:hAnsi="Sylfaen" w:cs="Sylfaen"/>
          <w:sz w:val="18"/>
          <w:szCs w:val="18"/>
        </w:rPr>
        <w:t>უნდა</w:t>
      </w:r>
      <w:proofErr w:type="spellEnd"/>
      <w:r w:rsidRPr="00C86A0D">
        <w:rPr>
          <w:rFonts w:cstheme="majorHAnsi"/>
          <w:sz w:val="18"/>
          <w:szCs w:val="18"/>
        </w:rPr>
        <w:t xml:space="preserve"> </w:t>
      </w:r>
      <w:proofErr w:type="spellStart"/>
      <w:r w:rsidRPr="00C86A0D">
        <w:rPr>
          <w:rFonts w:ascii="Sylfaen" w:hAnsi="Sylfaen" w:cs="Sylfaen"/>
          <w:sz w:val="18"/>
          <w:szCs w:val="18"/>
        </w:rPr>
        <w:t>აისახოს</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ხელშეკრულების</w:t>
      </w:r>
      <w:proofErr w:type="spellEnd"/>
      <w:r w:rsidRPr="00C86A0D">
        <w:rPr>
          <w:rFonts w:cstheme="majorHAnsi"/>
          <w:sz w:val="18"/>
          <w:szCs w:val="18"/>
        </w:rPr>
        <w:t xml:space="preserve"> </w:t>
      </w:r>
      <w:proofErr w:type="spellStart"/>
      <w:r w:rsidR="00CF6538">
        <w:rPr>
          <w:rFonts w:ascii="Sylfaen" w:hAnsi="Sylfaen" w:cstheme="majorHAnsi"/>
          <w:sz w:val="18"/>
          <w:szCs w:val="18"/>
        </w:rPr>
        <w:t>შესაბამის</w:t>
      </w:r>
      <w:proofErr w:type="spellEnd"/>
      <w:r w:rsidR="00CF6538">
        <w:rPr>
          <w:rFonts w:ascii="Sylfaen" w:hAnsi="Sylfaen" w:cstheme="majorHAnsi"/>
          <w:sz w:val="18"/>
          <w:szCs w:val="18"/>
        </w:rPr>
        <w:t xml:space="preserve"> </w:t>
      </w:r>
      <w:proofErr w:type="spellStart"/>
      <w:r w:rsidRPr="00C86A0D">
        <w:rPr>
          <w:rFonts w:ascii="Sylfaen" w:hAnsi="Sylfaen" w:cs="Sylfaen"/>
          <w:sz w:val="18"/>
          <w:szCs w:val="18"/>
        </w:rPr>
        <w:t>დანართ</w:t>
      </w:r>
      <w:r w:rsidR="00CF6538">
        <w:rPr>
          <w:rFonts w:ascii="Sylfaen" w:hAnsi="Sylfaen" w:cs="Sylfaen"/>
          <w:sz w:val="18"/>
          <w:szCs w:val="18"/>
        </w:rPr>
        <w:t>შ</w:t>
      </w:r>
      <w:r w:rsidRPr="00C86A0D">
        <w:rPr>
          <w:rFonts w:ascii="Sylfaen" w:hAnsi="Sylfaen" w:cs="Sylfaen"/>
          <w:sz w:val="18"/>
          <w:szCs w:val="18"/>
        </w:rPr>
        <w:t>ი</w:t>
      </w:r>
      <w:proofErr w:type="spellEnd"/>
      <w:r w:rsidRPr="00C86A0D">
        <w:rPr>
          <w:rFonts w:cstheme="majorHAnsi"/>
          <w:sz w:val="18"/>
          <w:szCs w:val="18"/>
        </w:rPr>
        <w:t>.</w:t>
      </w:r>
    </w:p>
    <w:p w14:paraId="3A435A16" w14:textId="1D7BA92E" w:rsidR="00C86A0D" w:rsidRDefault="00A74260" w:rsidP="00185C20">
      <w:pPr>
        <w:pStyle w:val="ListParagraph"/>
        <w:numPr>
          <w:ilvl w:val="1"/>
          <w:numId w:val="13"/>
        </w:numPr>
        <w:jc w:val="both"/>
        <w:rPr>
          <w:rFonts w:cstheme="majorHAnsi"/>
          <w:sz w:val="18"/>
          <w:szCs w:val="18"/>
        </w:rPr>
      </w:pPr>
      <w:proofErr w:type="spellStart"/>
      <w:r w:rsidRPr="00C86A0D">
        <w:rPr>
          <w:rFonts w:ascii="Sylfaen" w:hAnsi="Sylfaen" w:cs="Sylfaen"/>
          <w:sz w:val="18"/>
          <w:szCs w:val="18"/>
        </w:rPr>
        <w:t>თუ</w:t>
      </w:r>
      <w:proofErr w:type="spellEnd"/>
      <w:r w:rsidRPr="00C86A0D">
        <w:rPr>
          <w:rFonts w:cstheme="majorHAnsi"/>
          <w:sz w:val="18"/>
          <w:szCs w:val="18"/>
        </w:rPr>
        <w:t xml:space="preserve"> </w:t>
      </w:r>
      <w:r w:rsidR="00A4397C">
        <w:rPr>
          <w:rFonts w:ascii="Sylfaen" w:hAnsi="Sylfaen" w:cs="Sylfaen"/>
          <w:sz w:val="18"/>
          <w:szCs w:val="18"/>
          <w:lang w:val="ka-GE"/>
        </w:rPr>
        <w:t xml:space="preserve">მენარდე </w:t>
      </w:r>
      <w:r w:rsidRPr="00C86A0D">
        <w:rPr>
          <w:rFonts w:cstheme="majorHAnsi"/>
          <w:sz w:val="18"/>
          <w:szCs w:val="18"/>
        </w:rPr>
        <w:t xml:space="preserve">4.4.1. </w:t>
      </w:r>
      <w:proofErr w:type="spellStart"/>
      <w:r w:rsidRPr="00C86A0D">
        <w:rPr>
          <w:rFonts w:ascii="Sylfaen" w:hAnsi="Sylfaen" w:cs="Sylfaen"/>
          <w:sz w:val="18"/>
          <w:szCs w:val="18"/>
        </w:rPr>
        <w:t>მუხლით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წესით</w:t>
      </w:r>
      <w:proofErr w:type="spellEnd"/>
      <w:r w:rsidRPr="00C86A0D">
        <w:rPr>
          <w:rFonts w:cstheme="majorHAnsi"/>
          <w:sz w:val="18"/>
          <w:szCs w:val="18"/>
        </w:rPr>
        <w:t xml:space="preserve"> </w:t>
      </w:r>
      <w:proofErr w:type="spellStart"/>
      <w:r w:rsidRPr="00C86A0D">
        <w:rPr>
          <w:rFonts w:ascii="Sylfaen" w:hAnsi="Sylfaen" w:cs="Sylfaen"/>
          <w:sz w:val="18"/>
          <w:szCs w:val="18"/>
        </w:rPr>
        <w:t>შეაჩერებს</w:t>
      </w:r>
      <w:proofErr w:type="spellEnd"/>
      <w:r w:rsidRPr="00C86A0D">
        <w:rPr>
          <w:rFonts w:cstheme="majorHAnsi"/>
          <w:sz w:val="18"/>
          <w:szCs w:val="18"/>
        </w:rPr>
        <w:t xml:space="preserve"> </w:t>
      </w:r>
      <w:proofErr w:type="spellStart"/>
      <w:r w:rsidRPr="00C86A0D">
        <w:rPr>
          <w:rFonts w:ascii="Sylfaen" w:hAnsi="Sylfaen" w:cs="Sylfaen"/>
          <w:sz w:val="18"/>
          <w:szCs w:val="18"/>
        </w:rPr>
        <w:t>ობიექტზე</w:t>
      </w:r>
      <w:proofErr w:type="spellEnd"/>
      <w:r w:rsidRPr="00C86A0D">
        <w:rPr>
          <w:rFonts w:cstheme="majorHAnsi"/>
          <w:sz w:val="18"/>
          <w:szCs w:val="18"/>
        </w:rPr>
        <w:t xml:space="preserve"> </w:t>
      </w:r>
      <w:proofErr w:type="spellStart"/>
      <w:r w:rsidRPr="00C86A0D">
        <w:rPr>
          <w:rFonts w:ascii="Sylfaen" w:hAnsi="Sylfaen" w:cs="Sylfaen"/>
          <w:sz w:val="18"/>
          <w:szCs w:val="18"/>
        </w:rPr>
        <w:t>მიმდინარე</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სამუშაოებს</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დამთავრების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ვადა</w:t>
      </w:r>
      <w:proofErr w:type="spellEnd"/>
      <w:r w:rsidR="00CF6538">
        <w:rPr>
          <w:rFonts w:ascii="Sylfaen" w:hAnsi="Sylfaen" w:cs="Sylfaen"/>
          <w:sz w:val="18"/>
          <w:szCs w:val="18"/>
        </w:rPr>
        <w:t xml:space="preserve"> </w:t>
      </w:r>
      <w:proofErr w:type="spellStart"/>
      <w:r w:rsidRPr="00C86A0D">
        <w:rPr>
          <w:rFonts w:ascii="Sylfaen" w:hAnsi="Sylfaen" w:cs="Sylfaen"/>
          <w:sz w:val="18"/>
          <w:szCs w:val="18"/>
        </w:rPr>
        <w:t>მხარეთა</w:t>
      </w:r>
      <w:proofErr w:type="spellEnd"/>
      <w:r w:rsidRPr="00C86A0D">
        <w:rPr>
          <w:rFonts w:cstheme="majorHAnsi"/>
          <w:sz w:val="18"/>
          <w:szCs w:val="18"/>
        </w:rPr>
        <w:t xml:space="preserve"> </w:t>
      </w:r>
      <w:proofErr w:type="spellStart"/>
      <w:r w:rsidRPr="00C86A0D">
        <w:rPr>
          <w:rFonts w:ascii="Sylfaen" w:hAnsi="Sylfaen" w:cs="Sylfaen"/>
          <w:sz w:val="18"/>
          <w:szCs w:val="18"/>
        </w:rPr>
        <w:t>ორმხრივი</w:t>
      </w:r>
      <w:proofErr w:type="spellEnd"/>
      <w:r w:rsidRPr="00C86A0D">
        <w:rPr>
          <w:rFonts w:cstheme="majorHAnsi"/>
          <w:sz w:val="18"/>
          <w:szCs w:val="18"/>
        </w:rPr>
        <w:t xml:space="preserve"> </w:t>
      </w:r>
      <w:proofErr w:type="spellStart"/>
      <w:r w:rsidRPr="00C86A0D">
        <w:rPr>
          <w:rFonts w:ascii="Sylfaen" w:hAnsi="Sylfaen" w:cs="Sylfaen"/>
          <w:sz w:val="18"/>
          <w:szCs w:val="18"/>
        </w:rPr>
        <w:t>წერილობითი</w:t>
      </w:r>
      <w:proofErr w:type="spellEnd"/>
      <w:r w:rsidRPr="00C86A0D">
        <w:rPr>
          <w:rFonts w:cstheme="majorHAnsi"/>
          <w:sz w:val="18"/>
          <w:szCs w:val="18"/>
        </w:rPr>
        <w:t xml:space="preserve"> </w:t>
      </w:r>
      <w:proofErr w:type="spellStart"/>
      <w:r w:rsidRPr="00C86A0D">
        <w:rPr>
          <w:rFonts w:ascii="Sylfaen" w:hAnsi="Sylfaen" w:cs="Sylfaen"/>
          <w:sz w:val="18"/>
          <w:szCs w:val="18"/>
        </w:rPr>
        <w:t>შეთანხმებით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გადაიწევა</w:t>
      </w:r>
      <w:proofErr w:type="spellEnd"/>
      <w:r w:rsidRPr="00C86A0D">
        <w:rPr>
          <w:rFonts w:cstheme="majorHAnsi"/>
          <w:sz w:val="18"/>
          <w:szCs w:val="18"/>
        </w:rPr>
        <w:t xml:space="preserve"> </w:t>
      </w:r>
      <w:proofErr w:type="spellStart"/>
      <w:r w:rsidRPr="00C86A0D">
        <w:rPr>
          <w:rFonts w:ascii="Sylfaen" w:hAnsi="Sylfaen" w:cs="Sylfaen"/>
          <w:sz w:val="18"/>
          <w:szCs w:val="18"/>
        </w:rPr>
        <w:t>შეჩერებული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დღეების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პროპორციულად</w:t>
      </w:r>
      <w:proofErr w:type="spellEnd"/>
      <w:r w:rsidRPr="00C86A0D">
        <w:rPr>
          <w:rFonts w:cstheme="majorHAnsi"/>
          <w:sz w:val="18"/>
          <w:szCs w:val="18"/>
        </w:rPr>
        <w:t xml:space="preserve">. </w:t>
      </w:r>
      <w:proofErr w:type="spellStart"/>
      <w:r w:rsidRPr="00C86A0D">
        <w:rPr>
          <w:rFonts w:ascii="Sylfaen" w:hAnsi="Sylfaen" w:cs="Sylfaen"/>
          <w:sz w:val="18"/>
          <w:szCs w:val="18"/>
        </w:rPr>
        <w:t>ამასთან</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r w:rsidR="00A4397C">
        <w:rPr>
          <w:rFonts w:ascii="Sylfaen" w:hAnsi="Sylfaen" w:cs="Sylfaen"/>
          <w:sz w:val="18"/>
          <w:szCs w:val="18"/>
          <w:lang w:val="ka-GE"/>
        </w:rPr>
        <w:t>მენარდე</w:t>
      </w:r>
      <w:r w:rsidRPr="00C86A0D">
        <w:rPr>
          <w:rFonts w:cstheme="majorHAnsi"/>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დავალიანების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გადახდიდან</w:t>
      </w:r>
      <w:proofErr w:type="spellEnd"/>
      <w:r w:rsidRPr="00C86A0D">
        <w:rPr>
          <w:rFonts w:cstheme="majorHAnsi"/>
          <w:sz w:val="18"/>
          <w:szCs w:val="18"/>
        </w:rPr>
        <w:t xml:space="preserve"> 5 </w:t>
      </w:r>
      <w:r w:rsidR="00A4397C">
        <w:rPr>
          <w:rFonts w:ascii="Sylfaen" w:hAnsi="Sylfaen" w:cstheme="majorHAnsi"/>
          <w:sz w:val="18"/>
          <w:szCs w:val="18"/>
          <w:lang w:val="ka-GE"/>
        </w:rPr>
        <w:t>(</w:t>
      </w:r>
      <w:proofErr w:type="spellStart"/>
      <w:r w:rsidRPr="00C86A0D">
        <w:rPr>
          <w:rFonts w:ascii="Sylfaen" w:hAnsi="Sylfaen" w:cs="Sylfaen"/>
          <w:sz w:val="18"/>
          <w:szCs w:val="18"/>
        </w:rPr>
        <w:t>ხუთი</w:t>
      </w:r>
      <w:proofErr w:type="spellEnd"/>
      <w:r w:rsidR="00A4397C">
        <w:rPr>
          <w:rFonts w:ascii="Sylfaen" w:hAnsi="Sylfaen" w:cs="Sylfaen"/>
          <w:sz w:val="18"/>
          <w:szCs w:val="18"/>
          <w:lang w:val="ka-GE"/>
        </w:rPr>
        <w:t>)</w:t>
      </w:r>
      <w:r w:rsidRPr="00C86A0D">
        <w:rPr>
          <w:rFonts w:cstheme="majorHAnsi"/>
          <w:sz w:val="18"/>
          <w:szCs w:val="18"/>
        </w:rPr>
        <w:t xml:space="preserve"> </w:t>
      </w:r>
      <w:proofErr w:type="spellStart"/>
      <w:r w:rsidRPr="00C86A0D">
        <w:rPr>
          <w:rFonts w:ascii="Sylfaen" w:hAnsi="Sylfaen" w:cs="Sylfaen"/>
          <w:sz w:val="18"/>
          <w:szCs w:val="18"/>
        </w:rPr>
        <w:t>სამუშაო</w:t>
      </w:r>
      <w:proofErr w:type="spellEnd"/>
      <w:r w:rsidRPr="00C86A0D">
        <w:rPr>
          <w:rFonts w:cstheme="majorHAnsi"/>
          <w:sz w:val="18"/>
          <w:szCs w:val="18"/>
        </w:rPr>
        <w:t xml:space="preserve"> </w:t>
      </w:r>
      <w:proofErr w:type="spellStart"/>
      <w:r w:rsidRPr="00C86A0D">
        <w:rPr>
          <w:rFonts w:ascii="Sylfaen" w:hAnsi="Sylfaen" w:cs="Sylfaen"/>
          <w:sz w:val="18"/>
          <w:szCs w:val="18"/>
        </w:rPr>
        <w:t>დღის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ვადაში</w:t>
      </w:r>
      <w:proofErr w:type="spellEnd"/>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განაახლებს</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წარმოებას</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დამთავრების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ვადა</w:t>
      </w:r>
      <w:proofErr w:type="spellEnd"/>
      <w:r w:rsidRPr="00C86A0D">
        <w:rPr>
          <w:rFonts w:cstheme="majorHAnsi"/>
          <w:sz w:val="18"/>
          <w:szCs w:val="18"/>
        </w:rPr>
        <w:t xml:space="preserve"> </w:t>
      </w:r>
      <w:proofErr w:type="spellStart"/>
      <w:r w:rsidRPr="00C86A0D">
        <w:rPr>
          <w:rFonts w:ascii="Sylfaen" w:hAnsi="Sylfaen" w:cs="Sylfaen"/>
          <w:sz w:val="18"/>
          <w:szCs w:val="18"/>
        </w:rPr>
        <w:t>გადაიწევს</w:t>
      </w:r>
      <w:proofErr w:type="spellEnd"/>
      <w:r w:rsidRPr="00C86A0D">
        <w:rPr>
          <w:rFonts w:cstheme="majorHAnsi"/>
          <w:sz w:val="18"/>
          <w:szCs w:val="18"/>
        </w:rPr>
        <w:t xml:space="preserve"> </w:t>
      </w:r>
      <w:proofErr w:type="spellStart"/>
      <w:r w:rsidRPr="00C86A0D">
        <w:rPr>
          <w:rFonts w:ascii="Sylfaen" w:hAnsi="Sylfaen" w:cs="Sylfaen"/>
          <w:sz w:val="18"/>
          <w:szCs w:val="18"/>
        </w:rPr>
        <w:t>მხოლოდ</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00CF6538">
        <w:rPr>
          <w:rFonts w:ascii="Sylfaen" w:hAnsi="Sylfaen" w:cs="Sylfaen"/>
          <w:sz w:val="18"/>
          <w:szCs w:val="18"/>
        </w:rPr>
        <w:t xml:space="preserve"> </w:t>
      </w:r>
      <w:proofErr w:type="spellStart"/>
      <w:r w:rsidR="00CF6538" w:rsidRPr="00C86A0D">
        <w:rPr>
          <w:rFonts w:ascii="Sylfaen" w:hAnsi="Sylfaen" w:cs="Sylfaen"/>
          <w:sz w:val="18"/>
          <w:szCs w:val="18"/>
        </w:rPr>
        <w:t>დღეები</w:t>
      </w:r>
      <w:r w:rsidR="00CF6538">
        <w:rPr>
          <w:rFonts w:ascii="Sylfaen" w:hAnsi="Sylfaen" w:cs="Sylfaen"/>
          <w:sz w:val="18"/>
          <w:szCs w:val="18"/>
        </w:rPr>
        <w:t>ს</w:t>
      </w:r>
      <w:proofErr w:type="spellEnd"/>
      <w:r w:rsidR="00CF6538">
        <w:rPr>
          <w:rFonts w:ascii="Sylfaen" w:hAnsi="Sylfaen" w:cs="Sylfaen"/>
          <w:sz w:val="18"/>
          <w:szCs w:val="18"/>
        </w:rPr>
        <w:t xml:space="preserve"> </w:t>
      </w:r>
      <w:proofErr w:type="spellStart"/>
      <w:r w:rsidRPr="00C86A0D">
        <w:rPr>
          <w:rFonts w:ascii="Sylfaen" w:hAnsi="Sylfaen" w:cs="Sylfaen"/>
          <w:sz w:val="18"/>
          <w:szCs w:val="18"/>
        </w:rPr>
        <w:t>რაოდენობი</w:t>
      </w:r>
      <w:r w:rsidR="00CF6538">
        <w:rPr>
          <w:rFonts w:ascii="Sylfaen" w:hAnsi="Sylfaen" w:cs="Sylfaen"/>
          <w:sz w:val="18"/>
          <w:szCs w:val="18"/>
        </w:rPr>
        <w:t>თ</w:t>
      </w:r>
      <w:proofErr w:type="spellEnd"/>
      <w:r w:rsidRPr="00C86A0D">
        <w:rPr>
          <w:rFonts w:cstheme="majorHAnsi"/>
          <w:sz w:val="18"/>
          <w:szCs w:val="18"/>
        </w:rPr>
        <w:t xml:space="preserve">, </w:t>
      </w:r>
      <w:proofErr w:type="spellStart"/>
      <w:r w:rsidRPr="00C86A0D">
        <w:rPr>
          <w:rFonts w:ascii="Sylfaen" w:hAnsi="Sylfaen" w:cs="Sylfaen"/>
          <w:sz w:val="18"/>
          <w:szCs w:val="18"/>
        </w:rPr>
        <w:t>რაც</w:t>
      </w:r>
      <w:proofErr w:type="spellEnd"/>
      <w:r w:rsidRPr="00C86A0D">
        <w:rPr>
          <w:rFonts w:cstheme="majorHAnsi"/>
          <w:sz w:val="18"/>
          <w:szCs w:val="18"/>
        </w:rPr>
        <w:t xml:space="preserve"> </w:t>
      </w:r>
      <w:proofErr w:type="spellStart"/>
      <w:r w:rsidRPr="00C86A0D">
        <w:rPr>
          <w:rFonts w:ascii="Sylfaen" w:hAnsi="Sylfaen" w:cs="Sylfaen"/>
          <w:sz w:val="18"/>
          <w:szCs w:val="18"/>
        </w:rPr>
        <w:t>გავიდა</w:t>
      </w:r>
      <w:proofErr w:type="spellEnd"/>
      <w:r w:rsidRPr="00C86A0D">
        <w:rPr>
          <w:rFonts w:cstheme="majorHAnsi"/>
          <w:sz w:val="18"/>
          <w:szCs w:val="18"/>
        </w:rPr>
        <w:t xml:space="preserve"> </w:t>
      </w:r>
      <w:proofErr w:type="spellStart"/>
      <w:r w:rsidRPr="00C86A0D">
        <w:rPr>
          <w:rFonts w:ascii="Sylfaen" w:hAnsi="Sylfaen" w:cs="Sylfaen"/>
          <w:sz w:val="18"/>
          <w:szCs w:val="18"/>
        </w:rPr>
        <w:t>მენარდის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შეჩერებიდან</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დავალიანების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დაფარვამდე</w:t>
      </w:r>
      <w:proofErr w:type="spellEnd"/>
      <w:r w:rsidRPr="00C86A0D">
        <w:rPr>
          <w:rFonts w:cstheme="majorHAnsi"/>
          <w:sz w:val="18"/>
          <w:szCs w:val="18"/>
        </w:rPr>
        <w:t>.</w:t>
      </w:r>
    </w:p>
    <w:p w14:paraId="62C6D411" w14:textId="4B2ED7EB" w:rsidR="004B6084" w:rsidRDefault="00A74260" w:rsidP="00185C20">
      <w:pPr>
        <w:pStyle w:val="ListParagraph"/>
        <w:numPr>
          <w:ilvl w:val="1"/>
          <w:numId w:val="13"/>
        </w:numPr>
        <w:jc w:val="both"/>
        <w:rPr>
          <w:rFonts w:cstheme="majorHAnsi"/>
          <w:sz w:val="18"/>
          <w:szCs w:val="18"/>
        </w:rPr>
      </w:pPr>
      <w:proofErr w:type="spellStart"/>
      <w:r w:rsidRPr="009E743E">
        <w:rPr>
          <w:rFonts w:ascii="Sylfaen" w:hAnsi="Sylfaen" w:cs="Sylfaen"/>
          <w:sz w:val="18"/>
          <w:szCs w:val="18"/>
        </w:rPr>
        <w:t>ხელშეკრულებით</w:t>
      </w:r>
      <w:proofErr w:type="spellEnd"/>
      <w:r w:rsidRPr="0026742B">
        <w:rPr>
          <w:rFonts w:cstheme="majorHAnsi"/>
          <w:sz w:val="18"/>
          <w:szCs w:val="18"/>
        </w:rPr>
        <w:t xml:space="preserve"> </w:t>
      </w:r>
      <w:proofErr w:type="spellStart"/>
      <w:r w:rsidRPr="0026742B">
        <w:rPr>
          <w:rFonts w:ascii="Sylfaen" w:hAnsi="Sylfaen" w:cs="Sylfaen"/>
          <w:sz w:val="18"/>
          <w:szCs w:val="18"/>
        </w:rPr>
        <w:t>გათვალისწინებული</w:t>
      </w:r>
      <w:proofErr w:type="spellEnd"/>
      <w:r w:rsidRPr="0026742B">
        <w:rPr>
          <w:rFonts w:cstheme="majorHAnsi"/>
          <w:sz w:val="18"/>
          <w:szCs w:val="18"/>
        </w:rPr>
        <w:t xml:space="preserve"> </w:t>
      </w:r>
      <w:proofErr w:type="spellStart"/>
      <w:r w:rsidRPr="0026742B">
        <w:rPr>
          <w:rFonts w:ascii="Sylfaen" w:hAnsi="Sylfaen" w:cs="Sylfaen"/>
          <w:sz w:val="18"/>
          <w:szCs w:val="18"/>
        </w:rPr>
        <w:t>სამუშაოების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დამთავრების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ვადა</w:t>
      </w:r>
      <w:proofErr w:type="spellEnd"/>
      <w:r w:rsidRPr="0026742B">
        <w:rPr>
          <w:rFonts w:cstheme="majorHAnsi"/>
          <w:sz w:val="18"/>
          <w:szCs w:val="18"/>
        </w:rPr>
        <w:t xml:space="preserve">, </w:t>
      </w:r>
      <w:proofErr w:type="spellStart"/>
      <w:r w:rsidRPr="0026742B">
        <w:rPr>
          <w:rFonts w:ascii="Sylfaen" w:hAnsi="Sylfaen" w:cs="Sylfaen"/>
          <w:sz w:val="18"/>
          <w:szCs w:val="18"/>
        </w:rPr>
        <w:t>მხარეთა</w:t>
      </w:r>
      <w:proofErr w:type="spellEnd"/>
      <w:r w:rsidRPr="0026742B">
        <w:rPr>
          <w:rFonts w:cstheme="majorHAnsi"/>
          <w:sz w:val="18"/>
          <w:szCs w:val="18"/>
        </w:rPr>
        <w:t xml:space="preserve"> </w:t>
      </w:r>
      <w:proofErr w:type="spellStart"/>
      <w:r w:rsidRPr="0026742B">
        <w:rPr>
          <w:rFonts w:ascii="Sylfaen" w:hAnsi="Sylfaen" w:cs="Sylfaen"/>
          <w:sz w:val="18"/>
          <w:szCs w:val="18"/>
        </w:rPr>
        <w:t>ორმხრივი</w:t>
      </w:r>
      <w:proofErr w:type="spellEnd"/>
      <w:r w:rsidRPr="0026742B">
        <w:rPr>
          <w:rFonts w:cstheme="majorHAnsi"/>
          <w:sz w:val="18"/>
          <w:szCs w:val="18"/>
        </w:rPr>
        <w:t xml:space="preserve"> </w:t>
      </w:r>
      <w:proofErr w:type="spellStart"/>
      <w:r w:rsidRPr="0026742B">
        <w:rPr>
          <w:rFonts w:ascii="Sylfaen" w:hAnsi="Sylfaen" w:cs="Sylfaen"/>
          <w:sz w:val="18"/>
          <w:szCs w:val="18"/>
        </w:rPr>
        <w:t>წერილობითი</w:t>
      </w:r>
      <w:proofErr w:type="spellEnd"/>
      <w:r w:rsidRPr="0026742B">
        <w:rPr>
          <w:rFonts w:cstheme="majorHAnsi"/>
          <w:sz w:val="18"/>
          <w:szCs w:val="18"/>
        </w:rPr>
        <w:t xml:space="preserve"> </w:t>
      </w:r>
      <w:proofErr w:type="spellStart"/>
      <w:r w:rsidRPr="0026742B">
        <w:rPr>
          <w:rFonts w:ascii="Sylfaen" w:hAnsi="Sylfaen" w:cs="Sylfaen"/>
          <w:sz w:val="18"/>
          <w:szCs w:val="18"/>
        </w:rPr>
        <w:t>შეთანხმებით</w:t>
      </w:r>
      <w:proofErr w:type="spellEnd"/>
      <w:r w:rsidRPr="0026742B">
        <w:rPr>
          <w:rFonts w:cstheme="majorHAnsi"/>
          <w:sz w:val="18"/>
          <w:szCs w:val="18"/>
        </w:rPr>
        <w:t xml:space="preserve">, </w:t>
      </w:r>
      <w:proofErr w:type="spellStart"/>
      <w:r w:rsidRPr="0026742B">
        <w:rPr>
          <w:rFonts w:ascii="Sylfaen" w:hAnsi="Sylfaen" w:cs="Sylfaen"/>
          <w:sz w:val="18"/>
          <w:szCs w:val="18"/>
        </w:rPr>
        <w:t>ასევე</w:t>
      </w:r>
      <w:proofErr w:type="spellEnd"/>
      <w:r w:rsidRPr="0026742B">
        <w:rPr>
          <w:rFonts w:cstheme="majorHAnsi"/>
          <w:sz w:val="18"/>
          <w:szCs w:val="18"/>
        </w:rPr>
        <w:t xml:space="preserve"> </w:t>
      </w:r>
      <w:proofErr w:type="spellStart"/>
      <w:r w:rsidRPr="0026742B">
        <w:rPr>
          <w:rFonts w:ascii="Sylfaen" w:hAnsi="Sylfaen" w:cs="Sylfaen"/>
          <w:sz w:val="18"/>
          <w:szCs w:val="18"/>
        </w:rPr>
        <w:t>გაიზრდება</w:t>
      </w:r>
      <w:proofErr w:type="spellEnd"/>
      <w:r w:rsidRPr="0026742B">
        <w:rPr>
          <w:rFonts w:cstheme="majorHAnsi"/>
          <w:sz w:val="18"/>
          <w:szCs w:val="18"/>
        </w:rPr>
        <w:t xml:space="preserve"> </w:t>
      </w:r>
      <w:proofErr w:type="spellStart"/>
      <w:r w:rsidRPr="0026742B">
        <w:rPr>
          <w:rFonts w:ascii="Sylfaen" w:hAnsi="Sylfaen" w:cs="Sylfaen"/>
          <w:sz w:val="18"/>
          <w:szCs w:val="18"/>
        </w:rPr>
        <w:t>იმ</w:t>
      </w:r>
      <w:proofErr w:type="spellEnd"/>
      <w:r w:rsidRPr="0026742B">
        <w:rPr>
          <w:rFonts w:cstheme="majorHAnsi"/>
          <w:sz w:val="18"/>
          <w:szCs w:val="18"/>
        </w:rPr>
        <w:t xml:space="preserve"> </w:t>
      </w:r>
      <w:proofErr w:type="spellStart"/>
      <w:r w:rsidRPr="0026742B">
        <w:rPr>
          <w:rFonts w:ascii="Sylfaen" w:hAnsi="Sylfaen" w:cs="Sylfaen"/>
          <w:sz w:val="18"/>
          <w:szCs w:val="18"/>
        </w:rPr>
        <w:t>შემთხვევაში</w:t>
      </w:r>
      <w:proofErr w:type="spellEnd"/>
      <w:r w:rsidRPr="0026742B">
        <w:rPr>
          <w:rFonts w:cstheme="majorHAnsi"/>
          <w:sz w:val="18"/>
          <w:szCs w:val="18"/>
        </w:rPr>
        <w:t xml:space="preserve">, </w:t>
      </w:r>
      <w:proofErr w:type="spellStart"/>
      <w:r w:rsidRPr="0026742B">
        <w:rPr>
          <w:rFonts w:ascii="Sylfaen" w:hAnsi="Sylfaen" w:cs="Sylfaen"/>
          <w:sz w:val="18"/>
          <w:szCs w:val="18"/>
        </w:rPr>
        <w:t>თუ</w:t>
      </w:r>
      <w:proofErr w:type="spellEnd"/>
      <w:r w:rsidRPr="0026742B">
        <w:rPr>
          <w:rFonts w:cstheme="majorHAnsi"/>
          <w:sz w:val="18"/>
          <w:szCs w:val="18"/>
        </w:rPr>
        <w:t xml:space="preserve"> </w:t>
      </w:r>
      <w:proofErr w:type="spellStart"/>
      <w:r w:rsidRPr="0026742B">
        <w:rPr>
          <w:rFonts w:ascii="Sylfaen" w:hAnsi="Sylfaen" w:cs="Sylfaen"/>
          <w:sz w:val="18"/>
          <w:szCs w:val="18"/>
        </w:rPr>
        <w:t>დამკვეთი</w:t>
      </w:r>
      <w:proofErr w:type="spellEnd"/>
      <w:r w:rsidRPr="0026742B">
        <w:rPr>
          <w:rFonts w:cstheme="majorHAnsi"/>
          <w:sz w:val="18"/>
          <w:szCs w:val="18"/>
        </w:rPr>
        <w:t xml:space="preserve"> </w:t>
      </w:r>
      <w:proofErr w:type="spellStart"/>
      <w:r w:rsidRPr="0026742B">
        <w:rPr>
          <w:rFonts w:ascii="Sylfaen" w:hAnsi="Sylfaen" w:cs="Sylfaen"/>
          <w:sz w:val="18"/>
          <w:szCs w:val="18"/>
        </w:rPr>
        <w:t>ვერ</w:t>
      </w:r>
      <w:proofErr w:type="spellEnd"/>
      <w:r w:rsidRPr="0026742B">
        <w:rPr>
          <w:rFonts w:cstheme="majorHAnsi"/>
          <w:sz w:val="18"/>
          <w:szCs w:val="18"/>
        </w:rPr>
        <w:t xml:space="preserve"> </w:t>
      </w:r>
      <w:proofErr w:type="spellStart"/>
      <w:r w:rsidRPr="0026742B">
        <w:rPr>
          <w:rFonts w:ascii="Sylfaen" w:hAnsi="Sylfaen" w:cs="Sylfaen"/>
          <w:sz w:val="18"/>
          <w:szCs w:val="18"/>
        </w:rPr>
        <w:t>უზრუნველყოფს</w:t>
      </w:r>
      <w:proofErr w:type="spellEnd"/>
      <w:r w:rsidRPr="0026742B">
        <w:rPr>
          <w:rFonts w:cstheme="majorHAnsi"/>
          <w:sz w:val="18"/>
          <w:szCs w:val="18"/>
        </w:rPr>
        <w:t xml:space="preserve"> </w:t>
      </w:r>
      <w:proofErr w:type="spellStart"/>
      <w:r w:rsidRPr="0026742B">
        <w:rPr>
          <w:rFonts w:ascii="Sylfaen" w:hAnsi="Sylfaen" w:cs="Sylfaen"/>
          <w:sz w:val="18"/>
          <w:szCs w:val="18"/>
        </w:rPr>
        <w:t>ამ</w:t>
      </w:r>
      <w:proofErr w:type="spellEnd"/>
      <w:r w:rsidRPr="0026742B">
        <w:rPr>
          <w:rFonts w:cstheme="majorHAnsi"/>
          <w:sz w:val="18"/>
          <w:szCs w:val="18"/>
        </w:rPr>
        <w:t xml:space="preserve"> </w:t>
      </w:r>
      <w:proofErr w:type="spellStart"/>
      <w:r w:rsidRPr="0026742B">
        <w:rPr>
          <w:rFonts w:ascii="Sylfaen" w:hAnsi="Sylfaen" w:cs="Sylfaen"/>
          <w:sz w:val="18"/>
          <w:szCs w:val="18"/>
        </w:rPr>
        <w:t>ხელშეკრულებით</w:t>
      </w:r>
      <w:proofErr w:type="spellEnd"/>
      <w:r w:rsidRPr="0026742B">
        <w:rPr>
          <w:rFonts w:cstheme="majorHAnsi"/>
          <w:sz w:val="18"/>
          <w:szCs w:val="18"/>
        </w:rPr>
        <w:t xml:space="preserve"> </w:t>
      </w:r>
      <w:proofErr w:type="spellStart"/>
      <w:r w:rsidRPr="0026742B">
        <w:rPr>
          <w:rFonts w:ascii="Sylfaen" w:hAnsi="Sylfaen" w:cs="Sylfaen"/>
          <w:sz w:val="18"/>
          <w:szCs w:val="18"/>
        </w:rPr>
        <w:t>მასზე</w:t>
      </w:r>
      <w:proofErr w:type="spellEnd"/>
      <w:r w:rsidRPr="0026742B">
        <w:rPr>
          <w:rFonts w:cstheme="majorHAnsi"/>
          <w:sz w:val="18"/>
          <w:szCs w:val="18"/>
        </w:rPr>
        <w:t xml:space="preserve"> </w:t>
      </w:r>
      <w:proofErr w:type="spellStart"/>
      <w:r w:rsidRPr="0026742B">
        <w:rPr>
          <w:rFonts w:ascii="Sylfaen" w:hAnsi="Sylfaen" w:cs="Sylfaen"/>
          <w:sz w:val="18"/>
          <w:szCs w:val="18"/>
        </w:rPr>
        <w:t>ნაკისრი</w:t>
      </w:r>
      <w:proofErr w:type="spellEnd"/>
      <w:r w:rsidRPr="0026742B">
        <w:rPr>
          <w:rFonts w:cstheme="majorHAnsi"/>
          <w:sz w:val="18"/>
          <w:szCs w:val="18"/>
        </w:rPr>
        <w:t xml:space="preserve"> </w:t>
      </w:r>
      <w:proofErr w:type="spellStart"/>
      <w:r w:rsidRPr="0026742B">
        <w:rPr>
          <w:rFonts w:ascii="Sylfaen" w:hAnsi="Sylfaen" w:cs="Sylfaen"/>
          <w:sz w:val="18"/>
          <w:szCs w:val="18"/>
        </w:rPr>
        <w:t>რომელიმე</w:t>
      </w:r>
      <w:proofErr w:type="spellEnd"/>
      <w:r w:rsidRPr="0026742B">
        <w:rPr>
          <w:rFonts w:cstheme="majorHAnsi"/>
          <w:sz w:val="18"/>
          <w:szCs w:val="18"/>
        </w:rPr>
        <w:t xml:space="preserve"> </w:t>
      </w:r>
      <w:proofErr w:type="spellStart"/>
      <w:r w:rsidRPr="0026742B">
        <w:rPr>
          <w:rFonts w:ascii="Sylfaen" w:hAnsi="Sylfaen" w:cs="Sylfaen"/>
          <w:sz w:val="18"/>
          <w:szCs w:val="18"/>
        </w:rPr>
        <w:t>ისეთი</w:t>
      </w:r>
      <w:proofErr w:type="spellEnd"/>
      <w:r w:rsidRPr="0026742B">
        <w:rPr>
          <w:rFonts w:cstheme="majorHAnsi"/>
          <w:sz w:val="18"/>
          <w:szCs w:val="18"/>
        </w:rPr>
        <w:t xml:space="preserve"> </w:t>
      </w:r>
      <w:proofErr w:type="spellStart"/>
      <w:r w:rsidRPr="0026742B">
        <w:rPr>
          <w:rFonts w:ascii="Sylfaen" w:hAnsi="Sylfaen" w:cs="Sylfaen"/>
          <w:sz w:val="18"/>
          <w:szCs w:val="18"/>
        </w:rPr>
        <w:t>ვალდებულების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შესრულებას</w:t>
      </w:r>
      <w:proofErr w:type="spellEnd"/>
      <w:r w:rsidRPr="0026742B">
        <w:rPr>
          <w:rFonts w:cstheme="majorHAnsi"/>
          <w:sz w:val="18"/>
          <w:szCs w:val="18"/>
        </w:rPr>
        <w:t xml:space="preserve">, </w:t>
      </w:r>
      <w:proofErr w:type="spellStart"/>
      <w:r w:rsidRPr="0026742B">
        <w:rPr>
          <w:rFonts w:ascii="Sylfaen" w:hAnsi="Sylfaen" w:cs="Sylfaen"/>
          <w:sz w:val="18"/>
          <w:szCs w:val="18"/>
        </w:rPr>
        <w:t>რომლის</w:t>
      </w:r>
      <w:proofErr w:type="spellEnd"/>
      <w:r w:rsidRPr="0026742B">
        <w:rPr>
          <w:rFonts w:cstheme="majorHAnsi"/>
          <w:sz w:val="18"/>
          <w:szCs w:val="18"/>
        </w:rPr>
        <w:t xml:space="preserve"> </w:t>
      </w:r>
      <w:proofErr w:type="spellStart"/>
      <w:r w:rsidRPr="0026742B">
        <w:rPr>
          <w:rFonts w:ascii="Sylfaen" w:hAnsi="Sylfaen" w:cs="Sylfaen"/>
          <w:sz w:val="18"/>
          <w:szCs w:val="18"/>
        </w:rPr>
        <w:t>შეუსრულებლობის</w:t>
      </w:r>
      <w:proofErr w:type="spellEnd"/>
      <w:r w:rsidRPr="0026742B">
        <w:rPr>
          <w:rFonts w:cstheme="majorHAnsi"/>
          <w:sz w:val="18"/>
          <w:szCs w:val="18"/>
        </w:rPr>
        <w:t xml:space="preserve"> </w:t>
      </w:r>
      <w:proofErr w:type="spellStart"/>
      <w:r w:rsidRPr="0026742B">
        <w:rPr>
          <w:rFonts w:ascii="Sylfaen" w:hAnsi="Sylfaen" w:cs="Sylfaen"/>
          <w:sz w:val="18"/>
          <w:szCs w:val="18"/>
        </w:rPr>
        <w:t>გამო</w:t>
      </w:r>
      <w:proofErr w:type="spellEnd"/>
      <w:r w:rsidRPr="0026742B">
        <w:rPr>
          <w:rFonts w:cstheme="majorHAnsi"/>
          <w:sz w:val="18"/>
          <w:szCs w:val="18"/>
        </w:rPr>
        <w:t xml:space="preserve"> </w:t>
      </w:r>
      <w:r w:rsidR="00A4397C">
        <w:rPr>
          <w:rFonts w:ascii="Sylfaen" w:hAnsi="Sylfaen" w:cs="Sylfaen"/>
          <w:sz w:val="18"/>
          <w:szCs w:val="18"/>
          <w:lang w:val="ka-GE"/>
        </w:rPr>
        <w:t>მენარდე</w:t>
      </w:r>
      <w:r w:rsidRPr="0026742B">
        <w:rPr>
          <w:rFonts w:cstheme="majorHAnsi"/>
          <w:sz w:val="18"/>
          <w:szCs w:val="18"/>
        </w:rPr>
        <w:t xml:space="preserve"> </w:t>
      </w:r>
      <w:proofErr w:type="spellStart"/>
      <w:r w:rsidRPr="0026742B">
        <w:rPr>
          <w:rFonts w:ascii="Sylfaen" w:hAnsi="Sylfaen" w:cs="Sylfaen"/>
          <w:sz w:val="18"/>
          <w:szCs w:val="18"/>
        </w:rPr>
        <w:t>მოკლებული</w:t>
      </w:r>
      <w:proofErr w:type="spellEnd"/>
      <w:r w:rsidRPr="0026742B">
        <w:rPr>
          <w:rFonts w:cstheme="majorHAnsi"/>
          <w:sz w:val="18"/>
          <w:szCs w:val="18"/>
        </w:rPr>
        <w:t xml:space="preserve"> </w:t>
      </w:r>
      <w:proofErr w:type="spellStart"/>
      <w:r w:rsidRPr="0026742B">
        <w:rPr>
          <w:rFonts w:ascii="Sylfaen" w:hAnsi="Sylfaen" w:cs="Sylfaen"/>
          <w:sz w:val="18"/>
          <w:szCs w:val="18"/>
        </w:rPr>
        <w:t>იქნება</w:t>
      </w:r>
      <w:proofErr w:type="spellEnd"/>
      <w:r w:rsidRPr="0026742B">
        <w:rPr>
          <w:rFonts w:cstheme="majorHAnsi"/>
          <w:sz w:val="18"/>
          <w:szCs w:val="18"/>
        </w:rPr>
        <w:t xml:space="preserve"> </w:t>
      </w:r>
      <w:proofErr w:type="spellStart"/>
      <w:r w:rsidRPr="0026742B">
        <w:rPr>
          <w:rFonts w:ascii="Sylfaen" w:hAnsi="Sylfaen" w:cs="Sylfaen"/>
          <w:sz w:val="18"/>
          <w:szCs w:val="18"/>
        </w:rPr>
        <w:t>შესაძლებლობას</w:t>
      </w:r>
      <w:proofErr w:type="spellEnd"/>
      <w:r w:rsidRPr="0026742B">
        <w:rPr>
          <w:rFonts w:cstheme="majorHAnsi"/>
          <w:sz w:val="18"/>
          <w:szCs w:val="18"/>
        </w:rPr>
        <w:t xml:space="preserve">, </w:t>
      </w:r>
      <w:proofErr w:type="spellStart"/>
      <w:r w:rsidRPr="0026742B">
        <w:rPr>
          <w:rFonts w:ascii="Sylfaen" w:hAnsi="Sylfaen" w:cs="Sylfaen"/>
          <w:sz w:val="18"/>
          <w:szCs w:val="18"/>
        </w:rPr>
        <w:t>აწარმოოს</w:t>
      </w:r>
      <w:proofErr w:type="spellEnd"/>
      <w:r w:rsidRPr="0026742B">
        <w:rPr>
          <w:rFonts w:cstheme="majorHAnsi"/>
          <w:sz w:val="18"/>
          <w:szCs w:val="18"/>
        </w:rPr>
        <w:t xml:space="preserve"> </w:t>
      </w:r>
      <w:proofErr w:type="spellStart"/>
      <w:r w:rsidRPr="0026742B">
        <w:rPr>
          <w:rFonts w:ascii="Sylfaen" w:hAnsi="Sylfaen" w:cs="Sylfaen"/>
          <w:sz w:val="18"/>
          <w:szCs w:val="18"/>
        </w:rPr>
        <w:t>და</w:t>
      </w:r>
      <w:proofErr w:type="spellEnd"/>
      <w:r w:rsidRPr="0026742B">
        <w:rPr>
          <w:rFonts w:cstheme="majorHAnsi"/>
          <w:sz w:val="18"/>
          <w:szCs w:val="18"/>
        </w:rPr>
        <w:t xml:space="preserve"> </w:t>
      </w:r>
      <w:proofErr w:type="spellStart"/>
      <w:r w:rsidRPr="0026742B">
        <w:rPr>
          <w:rFonts w:ascii="Sylfaen" w:hAnsi="Sylfaen" w:cs="Sylfaen"/>
          <w:sz w:val="18"/>
          <w:szCs w:val="18"/>
        </w:rPr>
        <w:t>შეთანხმებულ</w:t>
      </w:r>
      <w:proofErr w:type="spellEnd"/>
      <w:r w:rsidRPr="0026742B">
        <w:rPr>
          <w:rFonts w:cstheme="majorHAnsi"/>
          <w:sz w:val="18"/>
          <w:szCs w:val="18"/>
        </w:rPr>
        <w:t xml:space="preserve"> </w:t>
      </w:r>
      <w:proofErr w:type="spellStart"/>
      <w:r w:rsidRPr="0026742B">
        <w:rPr>
          <w:rFonts w:ascii="Sylfaen" w:hAnsi="Sylfaen" w:cs="Sylfaen"/>
          <w:sz w:val="18"/>
          <w:szCs w:val="18"/>
        </w:rPr>
        <w:t>დროში</w:t>
      </w:r>
      <w:proofErr w:type="spellEnd"/>
      <w:r w:rsidRPr="0026742B">
        <w:rPr>
          <w:rFonts w:cstheme="majorHAnsi"/>
          <w:sz w:val="18"/>
          <w:szCs w:val="18"/>
        </w:rPr>
        <w:t xml:space="preserve"> </w:t>
      </w:r>
      <w:proofErr w:type="spellStart"/>
      <w:r w:rsidRPr="0026742B">
        <w:rPr>
          <w:rFonts w:ascii="Sylfaen" w:hAnsi="Sylfaen" w:cs="Sylfaen"/>
          <w:sz w:val="18"/>
          <w:szCs w:val="18"/>
        </w:rPr>
        <w:t>დაასრულოს</w:t>
      </w:r>
      <w:proofErr w:type="spellEnd"/>
      <w:r w:rsidRPr="0026742B">
        <w:rPr>
          <w:rFonts w:cstheme="majorHAnsi"/>
          <w:sz w:val="18"/>
          <w:szCs w:val="18"/>
        </w:rPr>
        <w:t xml:space="preserve"> </w:t>
      </w:r>
      <w:proofErr w:type="spellStart"/>
      <w:r w:rsidRPr="0026742B">
        <w:rPr>
          <w:rFonts w:ascii="Sylfaen" w:hAnsi="Sylfaen" w:cs="Sylfaen"/>
          <w:sz w:val="18"/>
          <w:szCs w:val="18"/>
        </w:rPr>
        <w:t>სამუშაოები</w:t>
      </w:r>
      <w:proofErr w:type="spellEnd"/>
      <w:r w:rsidRPr="0026742B">
        <w:rPr>
          <w:rFonts w:cstheme="majorHAnsi"/>
          <w:sz w:val="18"/>
          <w:szCs w:val="18"/>
        </w:rPr>
        <w:t xml:space="preserve">. </w:t>
      </w:r>
      <w:r w:rsidR="00A4397C">
        <w:rPr>
          <w:rFonts w:ascii="Sylfaen" w:hAnsi="Sylfaen" w:cs="Sylfaen"/>
          <w:sz w:val="18"/>
          <w:szCs w:val="18"/>
          <w:lang w:val="ka-GE"/>
        </w:rPr>
        <w:t>მენარდე</w:t>
      </w:r>
      <w:r w:rsidRPr="0026742B">
        <w:rPr>
          <w:rFonts w:cstheme="majorHAnsi"/>
          <w:sz w:val="18"/>
          <w:szCs w:val="18"/>
        </w:rPr>
        <w:t xml:space="preserve"> </w:t>
      </w:r>
      <w:proofErr w:type="spellStart"/>
      <w:r w:rsidRPr="0026742B">
        <w:rPr>
          <w:rFonts w:ascii="Sylfaen" w:hAnsi="Sylfaen" w:cs="Sylfaen"/>
          <w:sz w:val="18"/>
          <w:szCs w:val="18"/>
        </w:rPr>
        <w:t>აღნიშნული</w:t>
      </w:r>
      <w:proofErr w:type="spellEnd"/>
      <w:r w:rsidRPr="0026742B">
        <w:rPr>
          <w:rFonts w:cstheme="majorHAnsi"/>
          <w:sz w:val="18"/>
          <w:szCs w:val="18"/>
        </w:rPr>
        <w:t xml:space="preserve"> </w:t>
      </w:r>
      <w:proofErr w:type="spellStart"/>
      <w:r w:rsidRPr="0026742B">
        <w:rPr>
          <w:rFonts w:ascii="Sylfaen" w:hAnsi="Sylfaen" w:cs="Sylfaen"/>
          <w:sz w:val="18"/>
          <w:szCs w:val="18"/>
        </w:rPr>
        <w:t>გარემოების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დადგომის</w:t>
      </w:r>
      <w:proofErr w:type="spellEnd"/>
      <w:r w:rsidRPr="0026742B">
        <w:rPr>
          <w:rFonts w:cstheme="majorHAnsi"/>
          <w:sz w:val="18"/>
          <w:szCs w:val="18"/>
        </w:rPr>
        <w:t xml:space="preserve"> </w:t>
      </w:r>
      <w:proofErr w:type="spellStart"/>
      <w:r w:rsidRPr="0026742B">
        <w:rPr>
          <w:rFonts w:ascii="Sylfaen" w:hAnsi="Sylfaen" w:cs="Sylfaen"/>
          <w:sz w:val="18"/>
          <w:szCs w:val="18"/>
        </w:rPr>
        <w:t>შესახებ</w:t>
      </w:r>
      <w:proofErr w:type="spellEnd"/>
      <w:r w:rsidRPr="0026742B">
        <w:rPr>
          <w:rFonts w:cstheme="majorHAnsi"/>
          <w:sz w:val="18"/>
          <w:szCs w:val="18"/>
        </w:rPr>
        <w:t xml:space="preserve"> </w:t>
      </w:r>
      <w:proofErr w:type="spellStart"/>
      <w:r w:rsidRPr="0026742B">
        <w:rPr>
          <w:rFonts w:ascii="Sylfaen" w:hAnsi="Sylfaen" w:cs="Sylfaen"/>
          <w:sz w:val="18"/>
          <w:szCs w:val="18"/>
        </w:rPr>
        <w:t>წერილობით</w:t>
      </w:r>
      <w:proofErr w:type="spellEnd"/>
      <w:r w:rsidRPr="0026742B">
        <w:rPr>
          <w:rFonts w:cstheme="majorHAnsi"/>
          <w:sz w:val="18"/>
          <w:szCs w:val="18"/>
        </w:rPr>
        <w:t xml:space="preserve"> </w:t>
      </w:r>
      <w:proofErr w:type="spellStart"/>
      <w:r w:rsidRPr="0026742B">
        <w:rPr>
          <w:rFonts w:ascii="Sylfaen" w:hAnsi="Sylfaen" w:cs="Sylfaen"/>
          <w:sz w:val="18"/>
          <w:szCs w:val="18"/>
        </w:rPr>
        <w:t>აცნობებს</w:t>
      </w:r>
      <w:proofErr w:type="spellEnd"/>
      <w:r w:rsidRPr="0026742B">
        <w:rPr>
          <w:rFonts w:cstheme="majorHAnsi"/>
          <w:sz w:val="18"/>
          <w:szCs w:val="18"/>
        </w:rPr>
        <w:t xml:space="preserve"> </w:t>
      </w:r>
      <w:proofErr w:type="spellStart"/>
      <w:r w:rsidRPr="0026742B">
        <w:rPr>
          <w:rFonts w:ascii="Sylfaen" w:hAnsi="Sylfaen" w:cs="Sylfaen"/>
          <w:sz w:val="18"/>
          <w:szCs w:val="18"/>
        </w:rPr>
        <w:t>დამკვეთს</w:t>
      </w:r>
      <w:proofErr w:type="spellEnd"/>
      <w:r w:rsidRPr="0026742B">
        <w:rPr>
          <w:rFonts w:cstheme="majorHAnsi"/>
          <w:sz w:val="18"/>
          <w:szCs w:val="18"/>
        </w:rPr>
        <w:t xml:space="preserve">. </w:t>
      </w:r>
      <w:proofErr w:type="spellStart"/>
      <w:r w:rsidRPr="0026742B">
        <w:rPr>
          <w:rFonts w:ascii="Sylfaen" w:hAnsi="Sylfaen" w:cs="Sylfaen"/>
          <w:sz w:val="18"/>
          <w:szCs w:val="18"/>
        </w:rPr>
        <w:t>ასეთი</w:t>
      </w:r>
      <w:proofErr w:type="spellEnd"/>
      <w:r w:rsidRPr="0026742B">
        <w:rPr>
          <w:rFonts w:cstheme="majorHAnsi"/>
          <w:sz w:val="18"/>
          <w:szCs w:val="18"/>
        </w:rPr>
        <w:t xml:space="preserve"> </w:t>
      </w:r>
      <w:proofErr w:type="spellStart"/>
      <w:r w:rsidRPr="0026742B">
        <w:rPr>
          <w:rFonts w:ascii="Sylfaen" w:hAnsi="Sylfaen" w:cs="Sylfaen"/>
          <w:sz w:val="18"/>
          <w:szCs w:val="18"/>
        </w:rPr>
        <w:t>შეტყობინების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არ</w:t>
      </w:r>
      <w:proofErr w:type="spellEnd"/>
      <w:r w:rsidRPr="0026742B">
        <w:rPr>
          <w:rFonts w:cstheme="majorHAnsi"/>
          <w:sz w:val="18"/>
          <w:szCs w:val="18"/>
        </w:rPr>
        <w:t xml:space="preserve"> </w:t>
      </w:r>
      <w:proofErr w:type="spellStart"/>
      <w:r w:rsidRPr="0026742B">
        <w:rPr>
          <w:rFonts w:ascii="Sylfaen" w:hAnsi="Sylfaen" w:cs="Sylfaen"/>
          <w:sz w:val="18"/>
          <w:szCs w:val="18"/>
        </w:rPr>
        <w:t>გაგზავნის</w:t>
      </w:r>
      <w:proofErr w:type="spellEnd"/>
      <w:r w:rsidRPr="0026742B">
        <w:rPr>
          <w:rFonts w:cstheme="majorHAnsi"/>
          <w:sz w:val="18"/>
          <w:szCs w:val="18"/>
        </w:rPr>
        <w:t xml:space="preserve"> </w:t>
      </w:r>
      <w:proofErr w:type="spellStart"/>
      <w:r w:rsidRPr="0026742B">
        <w:rPr>
          <w:rFonts w:ascii="Sylfaen" w:hAnsi="Sylfaen" w:cs="Sylfaen"/>
          <w:sz w:val="18"/>
          <w:szCs w:val="18"/>
        </w:rPr>
        <w:t>შემთხვევაში</w:t>
      </w:r>
      <w:proofErr w:type="spellEnd"/>
      <w:r w:rsidRPr="0026742B">
        <w:rPr>
          <w:rFonts w:cstheme="majorHAnsi"/>
          <w:sz w:val="18"/>
          <w:szCs w:val="18"/>
        </w:rPr>
        <w:t xml:space="preserve">, </w:t>
      </w:r>
      <w:r w:rsidR="00A4397C">
        <w:rPr>
          <w:rFonts w:ascii="Sylfaen" w:hAnsi="Sylfaen" w:cs="Sylfaen"/>
          <w:sz w:val="18"/>
          <w:szCs w:val="18"/>
          <w:lang w:val="ka-GE"/>
        </w:rPr>
        <w:t>მენარდე</w:t>
      </w:r>
      <w:r w:rsidRPr="0026742B">
        <w:rPr>
          <w:rFonts w:cstheme="majorHAnsi"/>
          <w:sz w:val="18"/>
          <w:szCs w:val="18"/>
        </w:rPr>
        <w:t xml:space="preserve"> </w:t>
      </w:r>
      <w:proofErr w:type="spellStart"/>
      <w:r w:rsidRPr="0026742B">
        <w:rPr>
          <w:rFonts w:ascii="Sylfaen" w:hAnsi="Sylfaen" w:cs="Sylfaen"/>
          <w:sz w:val="18"/>
          <w:szCs w:val="18"/>
        </w:rPr>
        <w:t>არ</w:t>
      </w:r>
      <w:proofErr w:type="spellEnd"/>
      <w:r w:rsidRPr="0026742B">
        <w:rPr>
          <w:rFonts w:cstheme="majorHAnsi"/>
          <w:sz w:val="18"/>
          <w:szCs w:val="18"/>
        </w:rPr>
        <w:t xml:space="preserve"> </w:t>
      </w:r>
      <w:proofErr w:type="spellStart"/>
      <w:r w:rsidRPr="0026742B">
        <w:rPr>
          <w:rFonts w:ascii="Sylfaen" w:hAnsi="Sylfaen" w:cs="Sylfaen"/>
          <w:sz w:val="18"/>
          <w:szCs w:val="18"/>
        </w:rPr>
        <w:t>თავისუფლდება</w:t>
      </w:r>
      <w:proofErr w:type="spellEnd"/>
      <w:r w:rsidRPr="0026742B">
        <w:rPr>
          <w:rFonts w:cstheme="majorHAnsi"/>
          <w:sz w:val="18"/>
          <w:szCs w:val="18"/>
        </w:rPr>
        <w:t xml:space="preserve"> </w:t>
      </w:r>
      <w:proofErr w:type="spellStart"/>
      <w:r w:rsidRPr="0026742B">
        <w:rPr>
          <w:rFonts w:ascii="Sylfaen" w:hAnsi="Sylfaen" w:cs="Sylfaen"/>
          <w:sz w:val="18"/>
          <w:szCs w:val="18"/>
        </w:rPr>
        <w:t>ხელშეკრულებით</w:t>
      </w:r>
      <w:proofErr w:type="spellEnd"/>
      <w:r w:rsidRPr="0026742B">
        <w:rPr>
          <w:rFonts w:cstheme="majorHAnsi"/>
          <w:sz w:val="18"/>
          <w:szCs w:val="18"/>
        </w:rPr>
        <w:t xml:space="preserve"> </w:t>
      </w:r>
      <w:proofErr w:type="spellStart"/>
      <w:r w:rsidRPr="0026742B">
        <w:rPr>
          <w:rFonts w:ascii="Sylfaen" w:hAnsi="Sylfaen" w:cs="Sylfaen"/>
          <w:sz w:val="18"/>
          <w:szCs w:val="18"/>
        </w:rPr>
        <w:t>გათვალისწინებული</w:t>
      </w:r>
      <w:proofErr w:type="spellEnd"/>
      <w:r w:rsidRPr="0026742B">
        <w:rPr>
          <w:rFonts w:cstheme="majorHAnsi"/>
          <w:sz w:val="18"/>
          <w:szCs w:val="18"/>
        </w:rPr>
        <w:t xml:space="preserve"> </w:t>
      </w:r>
      <w:proofErr w:type="spellStart"/>
      <w:r w:rsidRPr="0026742B">
        <w:rPr>
          <w:rFonts w:ascii="Sylfaen" w:hAnsi="Sylfaen" w:cs="Sylfaen"/>
          <w:sz w:val="18"/>
          <w:szCs w:val="18"/>
        </w:rPr>
        <w:t>ვალდებულებების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შესრულებისგან</w:t>
      </w:r>
      <w:proofErr w:type="spellEnd"/>
      <w:r w:rsidRPr="0026742B">
        <w:rPr>
          <w:rFonts w:cstheme="majorHAnsi"/>
          <w:sz w:val="18"/>
          <w:szCs w:val="18"/>
        </w:rPr>
        <w:t>.</w:t>
      </w:r>
    </w:p>
    <w:p w14:paraId="00C284D8" w14:textId="4DBD45FB" w:rsidR="004B6084" w:rsidRDefault="00A74260" w:rsidP="00185C20">
      <w:pPr>
        <w:pStyle w:val="ListParagraph"/>
        <w:numPr>
          <w:ilvl w:val="1"/>
          <w:numId w:val="13"/>
        </w:numPr>
        <w:jc w:val="both"/>
        <w:rPr>
          <w:rFonts w:cstheme="majorHAnsi"/>
          <w:sz w:val="18"/>
          <w:szCs w:val="18"/>
        </w:rPr>
      </w:pPr>
      <w:proofErr w:type="spellStart"/>
      <w:r w:rsidRPr="0026742B">
        <w:rPr>
          <w:rFonts w:ascii="Sylfaen" w:hAnsi="Sylfaen" w:cs="Sylfaen"/>
          <w:sz w:val="18"/>
          <w:szCs w:val="18"/>
        </w:rPr>
        <w:t>თუ</w:t>
      </w:r>
      <w:proofErr w:type="spellEnd"/>
      <w:r w:rsidRPr="0026742B">
        <w:rPr>
          <w:rFonts w:cstheme="majorHAnsi"/>
          <w:sz w:val="18"/>
          <w:szCs w:val="18"/>
        </w:rPr>
        <w:t xml:space="preserve"> </w:t>
      </w:r>
      <w:proofErr w:type="spellStart"/>
      <w:r w:rsidRPr="0026742B">
        <w:rPr>
          <w:rFonts w:ascii="Sylfaen" w:hAnsi="Sylfaen" w:cs="Sylfaen"/>
          <w:sz w:val="18"/>
          <w:szCs w:val="18"/>
        </w:rPr>
        <w:t>ადგილი</w:t>
      </w:r>
      <w:proofErr w:type="spellEnd"/>
      <w:r w:rsidRPr="0026742B">
        <w:rPr>
          <w:rFonts w:cstheme="majorHAnsi"/>
          <w:sz w:val="18"/>
          <w:szCs w:val="18"/>
        </w:rPr>
        <w:t xml:space="preserve"> </w:t>
      </w:r>
      <w:proofErr w:type="spellStart"/>
      <w:r w:rsidRPr="0026742B">
        <w:rPr>
          <w:rFonts w:ascii="Sylfaen" w:hAnsi="Sylfaen" w:cs="Sylfaen"/>
          <w:sz w:val="18"/>
          <w:szCs w:val="18"/>
        </w:rPr>
        <w:t>ექნება</w:t>
      </w:r>
      <w:proofErr w:type="spellEnd"/>
      <w:r w:rsidRPr="0026742B">
        <w:rPr>
          <w:rFonts w:cstheme="majorHAnsi"/>
          <w:sz w:val="18"/>
          <w:szCs w:val="18"/>
        </w:rPr>
        <w:t xml:space="preserve"> 5.1.</w:t>
      </w:r>
      <w:r w:rsidR="00846B8F">
        <w:rPr>
          <w:rFonts w:cstheme="majorHAnsi"/>
          <w:sz w:val="18"/>
          <w:szCs w:val="18"/>
          <w:lang w:val="ka-GE"/>
        </w:rPr>
        <w:t>2</w:t>
      </w:r>
      <w:r w:rsidRPr="0026742B">
        <w:rPr>
          <w:rFonts w:cstheme="majorHAnsi"/>
          <w:sz w:val="18"/>
          <w:szCs w:val="18"/>
        </w:rPr>
        <w:t>, 5.1.</w:t>
      </w:r>
      <w:r w:rsidR="00846B8F">
        <w:rPr>
          <w:rFonts w:cstheme="majorHAnsi"/>
          <w:sz w:val="18"/>
          <w:szCs w:val="18"/>
          <w:lang w:val="ka-GE"/>
        </w:rPr>
        <w:t>4</w:t>
      </w:r>
      <w:r w:rsidRPr="0026742B">
        <w:rPr>
          <w:rFonts w:cstheme="majorHAnsi"/>
          <w:sz w:val="18"/>
          <w:szCs w:val="18"/>
        </w:rPr>
        <w:t xml:space="preserve">, 5.2. </w:t>
      </w:r>
      <w:proofErr w:type="spellStart"/>
      <w:r w:rsidRPr="0026742B">
        <w:rPr>
          <w:rFonts w:ascii="Sylfaen" w:hAnsi="Sylfaen" w:cs="Sylfaen"/>
          <w:sz w:val="18"/>
          <w:szCs w:val="18"/>
        </w:rPr>
        <w:t>და</w:t>
      </w:r>
      <w:proofErr w:type="spellEnd"/>
      <w:r w:rsidRPr="0026742B">
        <w:rPr>
          <w:rFonts w:cstheme="majorHAnsi"/>
          <w:sz w:val="18"/>
          <w:szCs w:val="18"/>
        </w:rPr>
        <w:t xml:space="preserve"> 5.3</w:t>
      </w:r>
      <w:r w:rsidR="00A4397C">
        <w:rPr>
          <w:rFonts w:ascii="Sylfaen" w:hAnsi="Sylfaen" w:cstheme="majorHAnsi"/>
          <w:sz w:val="18"/>
          <w:szCs w:val="18"/>
          <w:lang w:val="ka-GE"/>
        </w:rPr>
        <w:t xml:space="preserve"> </w:t>
      </w:r>
      <w:proofErr w:type="spellStart"/>
      <w:r w:rsidRPr="0026742B">
        <w:rPr>
          <w:rFonts w:ascii="Sylfaen" w:hAnsi="Sylfaen" w:cs="Sylfaen"/>
          <w:sz w:val="18"/>
          <w:szCs w:val="18"/>
        </w:rPr>
        <w:t>მუხლებით</w:t>
      </w:r>
      <w:proofErr w:type="spellEnd"/>
      <w:r w:rsidRPr="0026742B">
        <w:rPr>
          <w:rFonts w:cstheme="majorHAnsi"/>
          <w:sz w:val="18"/>
          <w:szCs w:val="18"/>
        </w:rPr>
        <w:t xml:space="preserve"> </w:t>
      </w:r>
      <w:proofErr w:type="spellStart"/>
      <w:r w:rsidRPr="0026742B">
        <w:rPr>
          <w:rFonts w:ascii="Sylfaen" w:hAnsi="Sylfaen" w:cs="Sylfaen"/>
          <w:sz w:val="18"/>
          <w:szCs w:val="18"/>
        </w:rPr>
        <w:t>გათვალისწინებული</w:t>
      </w:r>
      <w:proofErr w:type="spellEnd"/>
      <w:r w:rsidRPr="0026742B">
        <w:rPr>
          <w:rFonts w:cstheme="majorHAnsi"/>
          <w:sz w:val="18"/>
          <w:szCs w:val="18"/>
        </w:rPr>
        <w:t xml:space="preserve"> </w:t>
      </w:r>
      <w:proofErr w:type="spellStart"/>
      <w:r w:rsidRPr="0026742B">
        <w:rPr>
          <w:rFonts w:ascii="Sylfaen" w:hAnsi="Sylfaen" w:cs="Sylfaen"/>
          <w:sz w:val="18"/>
          <w:szCs w:val="18"/>
        </w:rPr>
        <w:t>გარემოებების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გამო</w:t>
      </w:r>
      <w:proofErr w:type="spellEnd"/>
      <w:r w:rsidRPr="0026742B">
        <w:rPr>
          <w:rFonts w:cstheme="majorHAnsi"/>
          <w:sz w:val="18"/>
          <w:szCs w:val="18"/>
        </w:rPr>
        <w:t xml:space="preserve"> </w:t>
      </w:r>
      <w:proofErr w:type="spellStart"/>
      <w:r w:rsidRPr="0026742B">
        <w:rPr>
          <w:rFonts w:ascii="Sylfaen" w:hAnsi="Sylfaen" w:cs="Sylfaen"/>
          <w:sz w:val="18"/>
          <w:szCs w:val="18"/>
        </w:rPr>
        <w:t>სამუშაოების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წარმოების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შეჩერებას</w:t>
      </w:r>
      <w:proofErr w:type="spellEnd"/>
      <w:r w:rsidRPr="0026742B">
        <w:rPr>
          <w:rFonts w:cstheme="majorHAnsi"/>
          <w:sz w:val="18"/>
          <w:szCs w:val="18"/>
        </w:rPr>
        <w:t xml:space="preserve">, </w:t>
      </w:r>
      <w:proofErr w:type="spellStart"/>
      <w:r w:rsidRPr="0026742B">
        <w:rPr>
          <w:rFonts w:ascii="Sylfaen" w:hAnsi="Sylfaen" w:cs="Sylfaen"/>
          <w:sz w:val="18"/>
          <w:szCs w:val="18"/>
        </w:rPr>
        <w:t>მაშინ</w:t>
      </w:r>
      <w:proofErr w:type="spellEnd"/>
      <w:r w:rsidRPr="0026742B">
        <w:rPr>
          <w:rFonts w:cstheme="majorHAnsi"/>
          <w:sz w:val="18"/>
          <w:szCs w:val="18"/>
        </w:rPr>
        <w:t xml:space="preserve"> </w:t>
      </w:r>
      <w:r w:rsidR="00A4397C">
        <w:rPr>
          <w:rFonts w:ascii="Sylfaen" w:hAnsi="Sylfaen" w:cs="Sylfaen"/>
          <w:sz w:val="18"/>
          <w:szCs w:val="18"/>
          <w:lang w:val="ka-GE"/>
        </w:rPr>
        <w:t>მენარდე</w:t>
      </w:r>
      <w:r w:rsidRPr="0026742B">
        <w:rPr>
          <w:rFonts w:cstheme="majorHAnsi"/>
          <w:sz w:val="18"/>
          <w:szCs w:val="18"/>
        </w:rPr>
        <w:t xml:space="preserve"> </w:t>
      </w:r>
      <w:proofErr w:type="spellStart"/>
      <w:r w:rsidRPr="0026742B">
        <w:rPr>
          <w:rFonts w:ascii="Sylfaen" w:hAnsi="Sylfaen" w:cs="Sylfaen"/>
          <w:sz w:val="18"/>
          <w:szCs w:val="18"/>
        </w:rPr>
        <w:t>ვალდებული</w:t>
      </w:r>
      <w:proofErr w:type="spellEnd"/>
      <w:r w:rsidRPr="0026742B">
        <w:rPr>
          <w:rFonts w:cstheme="majorHAnsi"/>
          <w:sz w:val="18"/>
          <w:szCs w:val="18"/>
        </w:rPr>
        <w:t xml:space="preserve"> </w:t>
      </w:r>
      <w:proofErr w:type="spellStart"/>
      <w:r w:rsidRPr="0026742B">
        <w:rPr>
          <w:rFonts w:ascii="Sylfaen" w:hAnsi="Sylfaen" w:cs="Sylfaen"/>
          <w:sz w:val="18"/>
          <w:szCs w:val="18"/>
        </w:rPr>
        <w:t>იქნება</w:t>
      </w:r>
      <w:proofErr w:type="spellEnd"/>
      <w:r w:rsidRPr="0026742B">
        <w:rPr>
          <w:rFonts w:cstheme="majorHAnsi"/>
          <w:sz w:val="18"/>
          <w:szCs w:val="18"/>
        </w:rPr>
        <w:t xml:space="preserve"> </w:t>
      </w:r>
      <w:proofErr w:type="spellStart"/>
      <w:r w:rsidRPr="0026742B">
        <w:rPr>
          <w:rFonts w:ascii="Sylfaen" w:hAnsi="Sylfaen" w:cs="Sylfaen"/>
          <w:sz w:val="18"/>
          <w:szCs w:val="18"/>
        </w:rPr>
        <w:t>ასეთი</w:t>
      </w:r>
      <w:proofErr w:type="spellEnd"/>
      <w:r w:rsidRPr="0026742B">
        <w:rPr>
          <w:rFonts w:cstheme="majorHAnsi"/>
          <w:sz w:val="18"/>
          <w:szCs w:val="18"/>
        </w:rPr>
        <w:t xml:space="preserve"> </w:t>
      </w:r>
      <w:proofErr w:type="spellStart"/>
      <w:r w:rsidRPr="0026742B">
        <w:rPr>
          <w:rFonts w:ascii="Sylfaen" w:hAnsi="Sylfaen" w:cs="Sylfaen"/>
          <w:sz w:val="18"/>
          <w:szCs w:val="18"/>
        </w:rPr>
        <w:t>შეჩერებიდან</w:t>
      </w:r>
      <w:proofErr w:type="spellEnd"/>
      <w:r w:rsidR="00A4397C">
        <w:rPr>
          <w:rFonts w:cstheme="majorHAnsi"/>
          <w:sz w:val="18"/>
          <w:szCs w:val="18"/>
        </w:rPr>
        <w:t xml:space="preserve"> - 3 </w:t>
      </w:r>
      <w:r w:rsidR="00A4397C">
        <w:rPr>
          <w:rFonts w:ascii="Sylfaen" w:hAnsi="Sylfaen" w:cstheme="majorHAnsi"/>
          <w:sz w:val="18"/>
          <w:szCs w:val="18"/>
          <w:lang w:val="ka-GE"/>
        </w:rPr>
        <w:t>(</w:t>
      </w:r>
      <w:proofErr w:type="spellStart"/>
      <w:r w:rsidRPr="0026742B">
        <w:rPr>
          <w:rFonts w:ascii="Sylfaen" w:hAnsi="Sylfaen" w:cs="Sylfaen"/>
          <w:sz w:val="18"/>
          <w:szCs w:val="18"/>
        </w:rPr>
        <w:t>სამი</w:t>
      </w:r>
      <w:proofErr w:type="spellEnd"/>
      <w:r w:rsidR="00A4397C">
        <w:rPr>
          <w:rFonts w:ascii="Sylfaen" w:hAnsi="Sylfaen" w:cstheme="majorHAnsi"/>
          <w:sz w:val="18"/>
          <w:szCs w:val="18"/>
          <w:lang w:val="ka-GE"/>
        </w:rPr>
        <w:t>)</w:t>
      </w:r>
      <w:r w:rsidRPr="0026742B">
        <w:rPr>
          <w:rFonts w:cstheme="majorHAnsi"/>
          <w:sz w:val="18"/>
          <w:szCs w:val="18"/>
        </w:rPr>
        <w:t xml:space="preserve"> </w:t>
      </w:r>
      <w:proofErr w:type="spellStart"/>
      <w:r w:rsidRPr="0026742B">
        <w:rPr>
          <w:rFonts w:ascii="Sylfaen" w:hAnsi="Sylfaen" w:cs="Sylfaen"/>
          <w:sz w:val="18"/>
          <w:szCs w:val="18"/>
        </w:rPr>
        <w:t>კალენდარული</w:t>
      </w:r>
      <w:proofErr w:type="spellEnd"/>
      <w:r w:rsidRPr="0026742B">
        <w:rPr>
          <w:rFonts w:cstheme="majorHAnsi"/>
          <w:sz w:val="18"/>
          <w:szCs w:val="18"/>
        </w:rPr>
        <w:t xml:space="preserve"> </w:t>
      </w:r>
      <w:proofErr w:type="spellStart"/>
      <w:r w:rsidRPr="0026742B">
        <w:rPr>
          <w:rFonts w:ascii="Sylfaen" w:hAnsi="Sylfaen" w:cs="Sylfaen"/>
          <w:sz w:val="18"/>
          <w:szCs w:val="18"/>
        </w:rPr>
        <w:t>დღის</w:t>
      </w:r>
      <w:proofErr w:type="spellEnd"/>
      <w:r w:rsidRPr="0026742B">
        <w:rPr>
          <w:rFonts w:cstheme="majorHAnsi"/>
          <w:sz w:val="18"/>
          <w:szCs w:val="18"/>
        </w:rPr>
        <w:t xml:space="preserve"> </w:t>
      </w:r>
      <w:proofErr w:type="spellStart"/>
      <w:r w:rsidRPr="0026742B">
        <w:rPr>
          <w:rFonts w:ascii="Sylfaen" w:hAnsi="Sylfaen" w:cs="Sylfaen"/>
          <w:sz w:val="18"/>
          <w:szCs w:val="18"/>
        </w:rPr>
        <w:t>ვადაში</w:t>
      </w:r>
      <w:proofErr w:type="spellEnd"/>
      <w:r w:rsidRPr="0026742B">
        <w:rPr>
          <w:rFonts w:cstheme="majorHAnsi"/>
          <w:sz w:val="18"/>
          <w:szCs w:val="18"/>
        </w:rPr>
        <w:t xml:space="preserve"> </w:t>
      </w:r>
      <w:proofErr w:type="spellStart"/>
      <w:r w:rsidRPr="0026742B">
        <w:rPr>
          <w:rFonts w:ascii="Sylfaen" w:hAnsi="Sylfaen" w:cs="Sylfaen"/>
          <w:sz w:val="18"/>
          <w:szCs w:val="18"/>
        </w:rPr>
        <w:t>დამკვეთს</w:t>
      </w:r>
      <w:proofErr w:type="spellEnd"/>
      <w:r w:rsidRPr="0026742B">
        <w:rPr>
          <w:rFonts w:cstheme="majorHAnsi"/>
          <w:sz w:val="18"/>
          <w:szCs w:val="18"/>
        </w:rPr>
        <w:t xml:space="preserve"> </w:t>
      </w:r>
      <w:proofErr w:type="spellStart"/>
      <w:r w:rsidRPr="0026742B">
        <w:rPr>
          <w:rFonts w:ascii="Sylfaen" w:hAnsi="Sylfaen" w:cs="Sylfaen"/>
          <w:sz w:val="18"/>
          <w:szCs w:val="18"/>
        </w:rPr>
        <w:t>აცნობოს</w:t>
      </w:r>
      <w:proofErr w:type="spellEnd"/>
      <w:r w:rsidRPr="0026742B">
        <w:rPr>
          <w:rFonts w:cstheme="majorHAnsi"/>
          <w:sz w:val="18"/>
          <w:szCs w:val="18"/>
        </w:rPr>
        <w:t>/</w:t>
      </w:r>
      <w:proofErr w:type="spellStart"/>
      <w:r w:rsidRPr="0026742B">
        <w:rPr>
          <w:rFonts w:ascii="Sylfaen" w:hAnsi="Sylfaen" w:cs="Sylfaen"/>
          <w:sz w:val="18"/>
          <w:szCs w:val="18"/>
        </w:rPr>
        <w:t>გაუგზავნოს</w:t>
      </w:r>
      <w:proofErr w:type="spellEnd"/>
      <w:r w:rsidRPr="0026742B">
        <w:rPr>
          <w:rFonts w:cstheme="majorHAnsi"/>
          <w:sz w:val="18"/>
          <w:szCs w:val="18"/>
        </w:rPr>
        <w:t xml:space="preserve"> </w:t>
      </w:r>
      <w:proofErr w:type="spellStart"/>
      <w:r w:rsidRPr="0026742B">
        <w:rPr>
          <w:rFonts w:ascii="Sylfaen" w:hAnsi="Sylfaen" w:cs="Sylfaen"/>
          <w:sz w:val="18"/>
          <w:szCs w:val="18"/>
        </w:rPr>
        <w:t>წერილობითი</w:t>
      </w:r>
      <w:proofErr w:type="spellEnd"/>
      <w:r w:rsidRPr="0026742B">
        <w:rPr>
          <w:rFonts w:cstheme="majorHAnsi"/>
          <w:sz w:val="18"/>
          <w:szCs w:val="18"/>
        </w:rPr>
        <w:t xml:space="preserve"> </w:t>
      </w:r>
      <w:proofErr w:type="spellStart"/>
      <w:r w:rsidRPr="0026742B">
        <w:rPr>
          <w:rFonts w:ascii="Sylfaen" w:hAnsi="Sylfaen" w:cs="Sylfaen"/>
          <w:sz w:val="18"/>
          <w:szCs w:val="18"/>
        </w:rPr>
        <w:t>შეტყობინება</w:t>
      </w:r>
      <w:proofErr w:type="spellEnd"/>
      <w:r w:rsidRPr="0026742B">
        <w:rPr>
          <w:rFonts w:cstheme="majorHAnsi"/>
          <w:sz w:val="18"/>
          <w:szCs w:val="18"/>
        </w:rPr>
        <w:t xml:space="preserve"> </w:t>
      </w:r>
      <w:proofErr w:type="spellStart"/>
      <w:r w:rsidRPr="0026742B">
        <w:rPr>
          <w:rFonts w:ascii="Sylfaen" w:hAnsi="Sylfaen" w:cs="Sylfaen"/>
          <w:sz w:val="18"/>
          <w:szCs w:val="18"/>
        </w:rPr>
        <w:t>შეჩერების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საფუძვლის</w:t>
      </w:r>
      <w:proofErr w:type="spellEnd"/>
      <w:r w:rsidRPr="0026742B">
        <w:rPr>
          <w:rFonts w:cstheme="majorHAnsi"/>
          <w:sz w:val="18"/>
          <w:szCs w:val="18"/>
        </w:rPr>
        <w:t xml:space="preserve"> </w:t>
      </w:r>
      <w:proofErr w:type="spellStart"/>
      <w:r w:rsidRPr="0026742B">
        <w:rPr>
          <w:rFonts w:ascii="Sylfaen" w:hAnsi="Sylfaen" w:cs="Sylfaen"/>
          <w:sz w:val="18"/>
          <w:szCs w:val="18"/>
        </w:rPr>
        <w:t>მითითებით</w:t>
      </w:r>
      <w:proofErr w:type="spellEnd"/>
      <w:r w:rsidRPr="0026742B">
        <w:rPr>
          <w:rFonts w:cstheme="majorHAnsi"/>
          <w:sz w:val="18"/>
          <w:szCs w:val="18"/>
        </w:rPr>
        <w:t>.</w:t>
      </w:r>
    </w:p>
    <w:p w14:paraId="63251B5F" w14:textId="56B18149" w:rsidR="00C86A0D" w:rsidRDefault="00A74260" w:rsidP="00185C20">
      <w:pPr>
        <w:pStyle w:val="ListParagraph"/>
        <w:numPr>
          <w:ilvl w:val="1"/>
          <w:numId w:val="13"/>
        </w:numPr>
        <w:jc w:val="both"/>
        <w:rPr>
          <w:rFonts w:cstheme="majorHAnsi"/>
          <w:sz w:val="18"/>
          <w:szCs w:val="18"/>
        </w:rPr>
      </w:pPr>
      <w:proofErr w:type="spellStart"/>
      <w:r w:rsidRPr="0026742B">
        <w:rPr>
          <w:rFonts w:ascii="Sylfaen" w:hAnsi="Sylfaen" w:cs="Sylfaen"/>
          <w:sz w:val="18"/>
          <w:szCs w:val="18"/>
        </w:rPr>
        <w:t>ხელშეკრულებით</w:t>
      </w:r>
      <w:proofErr w:type="spellEnd"/>
      <w:r w:rsidRPr="0026742B">
        <w:rPr>
          <w:rFonts w:cstheme="majorHAnsi"/>
          <w:sz w:val="18"/>
          <w:szCs w:val="18"/>
        </w:rPr>
        <w:t xml:space="preserve"> </w:t>
      </w:r>
      <w:proofErr w:type="spellStart"/>
      <w:r w:rsidRPr="0026742B">
        <w:rPr>
          <w:rFonts w:ascii="Sylfaen" w:hAnsi="Sylfaen" w:cs="Sylfaen"/>
          <w:sz w:val="18"/>
          <w:szCs w:val="18"/>
        </w:rPr>
        <w:t>განსაზღვრული</w:t>
      </w:r>
      <w:proofErr w:type="spellEnd"/>
      <w:r w:rsidRPr="0026742B">
        <w:rPr>
          <w:rFonts w:cstheme="majorHAnsi"/>
          <w:sz w:val="18"/>
          <w:szCs w:val="18"/>
        </w:rPr>
        <w:t xml:space="preserve"> </w:t>
      </w:r>
      <w:proofErr w:type="spellStart"/>
      <w:r w:rsidRPr="0026742B">
        <w:rPr>
          <w:rFonts w:ascii="Sylfaen" w:hAnsi="Sylfaen" w:cs="Sylfaen"/>
          <w:sz w:val="18"/>
          <w:szCs w:val="18"/>
        </w:rPr>
        <w:t>სამუშაოები</w:t>
      </w:r>
      <w:proofErr w:type="spellEnd"/>
      <w:r w:rsidRPr="0026742B">
        <w:rPr>
          <w:rFonts w:cstheme="majorHAnsi"/>
          <w:sz w:val="18"/>
          <w:szCs w:val="18"/>
        </w:rPr>
        <w:t xml:space="preserve"> </w:t>
      </w:r>
      <w:proofErr w:type="spellStart"/>
      <w:r w:rsidRPr="0026742B">
        <w:rPr>
          <w:rFonts w:ascii="Sylfaen" w:hAnsi="Sylfaen" w:cs="Sylfaen"/>
          <w:sz w:val="18"/>
          <w:szCs w:val="18"/>
        </w:rPr>
        <w:t>ითვლება</w:t>
      </w:r>
      <w:proofErr w:type="spellEnd"/>
      <w:r w:rsidRPr="0026742B">
        <w:rPr>
          <w:rFonts w:cstheme="majorHAnsi"/>
          <w:sz w:val="18"/>
          <w:szCs w:val="18"/>
        </w:rPr>
        <w:t xml:space="preserve"> </w:t>
      </w:r>
      <w:proofErr w:type="spellStart"/>
      <w:r w:rsidRPr="0026742B">
        <w:rPr>
          <w:rFonts w:ascii="Sylfaen" w:hAnsi="Sylfaen" w:cs="Sylfaen"/>
          <w:sz w:val="18"/>
          <w:szCs w:val="18"/>
        </w:rPr>
        <w:t>დასრულებულად</w:t>
      </w:r>
      <w:proofErr w:type="spellEnd"/>
      <w:r w:rsidRPr="0026742B">
        <w:rPr>
          <w:rFonts w:cstheme="majorHAnsi"/>
          <w:sz w:val="18"/>
          <w:szCs w:val="18"/>
        </w:rPr>
        <w:t xml:space="preserve"> </w:t>
      </w:r>
      <w:proofErr w:type="spellStart"/>
      <w:r w:rsidRPr="0026742B">
        <w:rPr>
          <w:rFonts w:ascii="Sylfaen" w:hAnsi="Sylfaen" w:cs="Sylfaen"/>
          <w:sz w:val="18"/>
          <w:szCs w:val="18"/>
        </w:rPr>
        <w:t>და</w:t>
      </w:r>
      <w:proofErr w:type="spellEnd"/>
      <w:r w:rsidRPr="0026742B">
        <w:rPr>
          <w:rFonts w:cstheme="majorHAnsi"/>
          <w:sz w:val="18"/>
          <w:szCs w:val="18"/>
        </w:rPr>
        <w:t xml:space="preserve"> </w:t>
      </w:r>
      <w:proofErr w:type="spellStart"/>
      <w:r w:rsidRPr="0026742B">
        <w:rPr>
          <w:rFonts w:ascii="Sylfaen" w:hAnsi="Sylfaen" w:cs="Sylfaen"/>
          <w:sz w:val="18"/>
          <w:szCs w:val="18"/>
        </w:rPr>
        <w:t>ჩაბარებულად</w:t>
      </w:r>
      <w:proofErr w:type="spellEnd"/>
      <w:r w:rsidR="00F4347A">
        <w:rPr>
          <w:rFonts w:ascii="Sylfaen" w:hAnsi="Sylfaen" w:cs="Sylfaen"/>
          <w:sz w:val="18"/>
          <w:szCs w:val="18"/>
          <w:lang w:val="ka-GE"/>
        </w:rPr>
        <w:t xml:space="preserve"> </w:t>
      </w:r>
      <w:proofErr w:type="spellStart"/>
      <w:r w:rsidRPr="0026742B">
        <w:rPr>
          <w:rFonts w:ascii="Sylfaen" w:hAnsi="Sylfaen" w:cs="Sylfaen"/>
          <w:sz w:val="18"/>
          <w:szCs w:val="18"/>
        </w:rPr>
        <w:t>სამუშაოების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მიღების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შესახებ</w:t>
      </w:r>
      <w:proofErr w:type="spellEnd"/>
      <w:r w:rsidR="00A4397C">
        <w:rPr>
          <w:rFonts w:ascii="Sylfaen" w:hAnsi="Sylfaen" w:cs="Sylfaen"/>
          <w:sz w:val="18"/>
          <w:szCs w:val="18"/>
          <w:lang w:val="ka-GE"/>
        </w:rPr>
        <w:t xml:space="preserve"> </w:t>
      </w:r>
      <w:proofErr w:type="spellStart"/>
      <w:r w:rsidRPr="0026742B">
        <w:rPr>
          <w:rFonts w:ascii="Sylfaen" w:hAnsi="Sylfaen" w:cs="Sylfaen"/>
          <w:sz w:val="18"/>
          <w:szCs w:val="18"/>
        </w:rPr>
        <w:t>საბოლოო</w:t>
      </w:r>
      <w:proofErr w:type="spellEnd"/>
      <w:r w:rsidRPr="0026742B">
        <w:rPr>
          <w:rFonts w:cstheme="majorHAnsi"/>
          <w:sz w:val="18"/>
          <w:szCs w:val="18"/>
        </w:rPr>
        <w:t xml:space="preserve"> </w:t>
      </w:r>
      <w:proofErr w:type="spellStart"/>
      <w:r w:rsidRPr="0026742B">
        <w:rPr>
          <w:rFonts w:ascii="Sylfaen" w:hAnsi="Sylfaen" w:cs="Sylfaen"/>
          <w:sz w:val="18"/>
          <w:szCs w:val="18"/>
        </w:rPr>
        <w:t>მიღება</w:t>
      </w:r>
      <w:r w:rsidRPr="0026742B">
        <w:rPr>
          <w:rFonts w:cstheme="majorHAnsi"/>
          <w:sz w:val="18"/>
          <w:szCs w:val="18"/>
        </w:rPr>
        <w:t>-</w:t>
      </w:r>
      <w:r w:rsidRPr="0026742B">
        <w:rPr>
          <w:rFonts w:ascii="Sylfaen" w:hAnsi="Sylfaen" w:cs="Sylfaen"/>
          <w:sz w:val="18"/>
          <w:szCs w:val="18"/>
        </w:rPr>
        <w:t>ჩაბარების</w:t>
      </w:r>
      <w:proofErr w:type="spellEnd"/>
      <w:r w:rsidRPr="0026742B">
        <w:rPr>
          <w:rFonts w:cstheme="majorHAnsi"/>
          <w:sz w:val="18"/>
          <w:szCs w:val="18"/>
        </w:rPr>
        <w:t xml:space="preserve"> </w:t>
      </w:r>
      <w:proofErr w:type="spellStart"/>
      <w:r w:rsidRPr="0026742B">
        <w:rPr>
          <w:rFonts w:ascii="Sylfaen" w:hAnsi="Sylfaen" w:cs="Sylfaen"/>
          <w:sz w:val="18"/>
          <w:szCs w:val="18"/>
        </w:rPr>
        <w:t>აქტის</w:t>
      </w:r>
      <w:proofErr w:type="spellEnd"/>
      <w:r w:rsidR="00A4397C">
        <w:rPr>
          <w:rFonts w:cstheme="majorHAnsi"/>
          <w:sz w:val="18"/>
          <w:szCs w:val="18"/>
        </w:rPr>
        <w:t xml:space="preserve"> </w:t>
      </w:r>
      <w:r w:rsidR="00A4397C">
        <w:rPr>
          <w:rFonts w:ascii="Sylfaen" w:hAnsi="Sylfaen" w:cstheme="majorHAnsi"/>
          <w:sz w:val="18"/>
          <w:szCs w:val="18"/>
          <w:lang w:val="ka-GE"/>
        </w:rPr>
        <w:t>(</w:t>
      </w:r>
      <w:proofErr w:type="spellStart"/>
      <w:r w:rsidRPr="0026742B">
        <w:rPr>
          <w:rFonts w:ascii="Sylfaen" w:hAnsi="Sylfaen" w:cs="Sylfaen"/>
          <w:sz w:val="18"/>
          <w:szCs w:val="18"/>
        </w:rPr>
        <w:t>საბოლოო</w:t>
      </w:r>
      <w:proofErr w:type="spellEnd"/>
      <w:r w:rsidRPr="0026742B">
        <w:rPr>
          <w:rFonts w:cstheme="majorHAnsi"/>
          <w:sz w:val="18"/>
          <w:szCs w:val="18"/>
        </w:rPr>
        <w:t xml:space="preserve"> </w:t>
      </w:r>
      <w:proofErr w:type="spellStart"/>
      <w:r w:rsidRPr="0026742B">
        <w:rPr>
          <w:rFonts w:ascii="Sylfaen" w:hAnsi="Sylfaen" w:cs="Sylfaen"/>
          <w:sz w:val="18"/>
          <w:szCs w:val="18"/>
        </w:rPr>
        <w:t>ფორმა</w:t>
      </w:r>
      <w:proofErr w:type="spellEnd"/>
      <w:r w:rsidR="00A4397C">
        <w:rPr>
          <w:rFonts w:cstheme="majorHAnsi"/>
          <w:sz w:val="18"/>
          <w:szCs w:val="18"/>
        </w:rPr>
        <w:t xml:space="preserve"> N2</w:t>
      </w:r>
      <w:r w:rsidR="00A4397C">
        <w:rPr>
          <w:rFonts w:ascii="Sylfaen" w:hAnsi="Sylfaen" w:cstheme="majorHAnsi"/>
          <w:sz w:val="18"/>
          <w:szCs w:val="18"/>
          <w:lang w:val="ka-GE"/>
        </w:rPr>
        <w:t>)</w:t>
      </w:r>
      <w:r w:rsidRPr="0026742B">
        <w:rPr>
          <w:rFonts w:cstheme="majorHAnsi"/>
          <w:sz w:val="18"/>
          <w:szCs w:val="18"/>
        </w:rPr>
        <w:t xml:space="preserve"> </w:t>
      </w:r>
      <w:proofErr w:type="spellStart"/>
      <w:r w:rsidRPr="0026742B">
        <w:rPr>
          <w:rFonts w:ascii="Sylfaen" w:hAnsi="Sylfaen" w:cs="Sylfaen"/>
          <w:sz w:val="18"/>
          <w:szCs w:val="18"/>
        </w:rPr>
        <w:t>ხელშეკრულებით</w:t>
      </w:r>
      <w:proofErr w:type="spellEnd"/>
      <w:r w:rsidRPr="0026742B">
        <w:rPr>
          <w:rFonts w:cstheme="majorHAnsi"/>
          <w:sz w:val="18"/>
          <w:szCs w:val="18"/>
        </w:rPr>
        <w:t xml:space="preserve"> </w:t>
      </w:r>
      <w:proofErr w:type="spellStart"/>
      <w:r w:rsidRPr="0026742B">
        <w:rPr>
          <w:rFonts w:ascii="Sylfaen" w:hAnsi="Sylfaen" w:cs="Sylfaen"/>
          <w:sz w:val="18"/>
          <w:szCs w:val="18"/>
        </w:rPr>
        <w:t>დადგენილი</w:t>
      </w:r>
      <w:proofErr w:type="spellEnd"/>
      <w:r w:rsidRPr="0026742B">
        <w:rPr>
          <w:rFonts w:cstheme="majorHAnsi"/>
          <w:sz w:val="18"/>
          <w:szCs w:val="18"/>
        </w:rPr>
        <w:t xml:space="preserve"> </w:t>
      </w:r>
      <w:proofErr w:type="spellStart"/>
      <w:r w:rsidRPr="0026742B">
        <w:rPr>
          <w:rFonts w:ascii="Sylfaen" w:hAnsi="Sylfaen" w:cs="Sylfaen"/>
          <w:sz w:val="18"/>
          <w:szCs w:val="18"/>
        </w:rPr>
        <w:t>წესით</w:t>
      </w:r>
      <w:proofErr w:type="spellEnd"/>
      <w:r w:rsidRPr="0026742B">
        <w:rPr>
          <w:rFonts w:cstheme="majorHAnsi"/>
          <w:sz w:val="18"/>
          <w:szCs w:val="18"/>
        </w:rPr>
        <w:t xml:space="preserve"> </w:t>
      </w:r>
      <w:proofErr w:type="spellStart"/>
      <w:r w:rsidRPr="0026742B">
        <w:rPr>
          <w:rFonts w:ascii="Sylfaen" w:hAnsi="Sylfaen" w:cs="Sylfaen"/>
          <w:sz w:val="18"/>
          <w:szCs w:val="18"/>
        </w:rPr>
        <w:t>დამკვეთის</w:t>
      </w:r>
      <w:proofErr w:type="spellEnd"/>
      <w:r w:rsidRPr="0026742B">
        <w:rPr>
          <w:rFonts w:cstheme="majorHAnsi"/>
          <w:sz w:val="18"/>
          <w:szCs w:val="18"/>
        </w:rPr>
        <w:t xml:space="preserve"> </w:t>
      </w:r>
      <w:proofErr w:type="spellStart"/>
      <w:r w:rsidRPr="0026742B">
        <w:rPr>
          <w:rFonts w:ascii="Sylfaen" w:hAnsi="Sylfaen" w:cs="Sylfaen"/>
          <w:sz w:val="18"/>
          <w:szCs w:val="18"/>
        </w:rPr>
        <w:t>მიერ</w:t>
      </w:r>
      <w:proofErr w:type="spellEnd"/>
      <w:r w:rsidRPr="0026742B">
        <w:rPr>
          <w:rFonts w:cstheme="majorHAnsi"/>
          <w:sz w:val="18"/>
          <w:szCs w:val="18"/>
        </w:rPr>
        <w:t xml:space="preserve"> </w:t>
      </w:r>
      <w:proofErr w:type="spellStart"/>
      <w:r w:rsidRPr="0026742B">
        <w:rPr>
          <w:rFonts w:ascii="Sylfaen" w:hAnsi="Sylfaen" w:cs="Sylfaen"/>
          <w:sz w:val="18"/>
          <w:szCs w:val="18"/>
        </w:rPr>
        <w:t>ხელმოწერის</w:t>
      </w:r>
      <w:proofErr w:type="spellEnd"/>
      <w:r w:rsidRPr="0026742B">
        <w:rPr>
          <w:rFonts w:cstheme="majorHAnsi"/>
          <w:sz w:val="18"/>
          <w:szCs w:val="18"/>
        </w:rPr>
        <w:t xml:space="preserve"> </w:t>
      </w:r>
      <w:proofErr w:type="spellStart"/>
      <w:r w:rsidRPr="0026742B">
        <w:rPr>
          <w:rFonts w:ascii="Sylfaen" w:hAnsi="Sylfaen" w:cs="Sylfaen"/>
          <w:sz w:val="18"/>
          <w:szCs w:val="18"/>
        </w:rPr>
        <w:t>შემდეგ</w:t>
      </w:r>
      <w:proofErr w:type="spellEnd"/>
      <w:r w:rsidRPr="0026742B">
        <w:rPr>
          <w:rFonts w:cstheme="majorHAnsi"/>
          <w:sz w:val="18"/>
          <w:szCs w:val="18"/>
        </w:rPr>
        <w:t>.</w:t>
      </w:r>
    </w:p>
    <w:p w14:paraId="5A32D2DF" w14:textId="077EAF72" w:rsidR="004B6084" w:rsidRPr="00717704" w:rsidRDefault="00A74260" w:rsidP="00185C20">
      <w:pPr>
        <w:pStyle w:val="ListParagraph"/>
        <w:numPr>
          <w:ilvl w:val="1"/>
          <w:numId w:val="13"/>
        </w:numPr>
        <w:jc w:val="both"/>
        <w:rPr>
          <w:rFonts w:cstheme="majorHAnsi"/>
          <w:sz w:val="18"/>
          <w:szCs w:val="18"/>
        </w:rPr>
      </w:pPr>
      <w:proofErr w:type="spellStart"/>
      <w:r w:rsidRPr="00A009C6">
        <w:rPr>
          <w:rFonts w:ascii="Sylfaen" w:hAnsi="Sylfaen" w:cs="Sylfaen"/>
          <w:sz w:val="18"/>
          <w:szCs w:val="18"/>
        </w:rPr>
        <w:t>მენარედე</w:t>
      </w:r>
      <w:proofErr w:type="spellEnd"/>
      <w:r w:rsidRPr="00A009C6">
        <w:rPr>
          <w:rFonts w:cstheme="majorHAnsi"/>
          <w:sz w:val="18"/>
          <w:szCs w:val="18"/>
        </w:rPr>
        <w:t xml:space="preserve"> </w:t>
      </w:r>
      <w:proofErr w:type="spellStart"/>
      <w:r w:rsidRPr="00A009C6">
        <w:rPr>
          <w:rFonts w:ascii="Sylfaen" w:hAnsi="Sylfaen" w:cs="Sylfaen"/>
          <w:sz w:val="18"/>
          <w:szCs w:val="18"/>
        </w:rPr>
        <w:t>ვალდებულია</w:t>
      </w:r>
      <w:proofErr w:type="spellEnd"/>
      <w:r w:rsidRPr="00A009C6">
        <w:rPr>
          <w:rFonts w:cstheme="majorHAnsi"/>
          <w:sz w:val="18"/>
          <w:szCs w:val="18"/>
        </w:rPr>
        <w:t xml:space="preserve"> </w:t>
      </w:r>
      <w:proofErr w:type="spellStart"/>
      <w:r w:rsidRPr="00A009C6">
        <w:rPr>
          <w:rFonts w:ascii="Sylfaen" w:hAnsi="Sylfaen" w:cs="Sylfaen"/>
          <w:sz w:val="18"/>
          <w:szCs w:val="18"/>
        </w:rPr>
        <w:t>უზრუნველყოს</w:t>
      </w:r>
      <w:proofErr w:type="spellEnd"/>
      <w:r w:rsidRPr="00A009C6">
        <w:rPr>
          <w:rFonts w:cstheme="majorHAnsi"/>
          <w:sz w:val="18"/>
          <w:szCs w:val="18"/>
        </w:rPr>
        <w:t xml:space="preserve"> </w:t>
      </w:r>
      <w:proofErr w:type="spellStart"/>
      <w:r w:rsidRPr="00A009C6">
        <w:rPr>
          <w:rFonts w:ascii="Sylfaen" w:hAnsi="Sylfaen" w:cs="Sylfaen"/>
          <w:sz w:val="18"/>
          <w:szCs w:val="18"/>
        </w:rPr>
        <w:t>პირადად</w:t>
      </w:r>
      <w:proofErr w:type="spellEnd"/>
      <w:r w:rsidRPr="00A009C6">
        <w:rPr>
          <w:rFonts w:cstheme="majorHAnsi"/>
          <w:sz w:val="18"/>
          <w:szCs w:val="18"/>
        </w:rPr>
        <w:t xml:space="preserve"> </w:t>
      </w:r>
      <w:proofErr w:type="spellStart"/>
      <w:r w:rsidRPr="00A009C6">
        <w:rPr>
          <w:rFonts w:ascii="Sylfaen" w:hAnsi="Sylfaen" w:cs="Sylfaen"/>
          <w:sz w:val="18"/>
          <w:szCs w:val="18"/>
        </w:rPr>
        <w:t>და</w:t>
      </w:r>
      <w:proofErr w:type="spellEnd"/>
      <w:r w:rsidRPr="00A009C6">
        <w:rPr>
          <w:rFonts w:cstheme="majorHAnsi"/>
          <w:sz w:val="18"/>
          <w:szCs w:val="18"/>
        </w:rPr>
        <w:t xml:space="preserve"> </w:t>
      </w:r>
      <w:r w:rsidR="00A009C6">
        <w:rPr>
          <w:rFonts w:ascii="Sylfaen" w:hAnsi="Sylfaen" w:cs="Sylfaen"/>
          <w:sz w:val="18"/>
          <w:szCs w:val="18"/>
          <w:lang w:val="ka-GE"/>
        </w:rPr>
        <w:t xml:space="preserve">სამშენებლო </w:t>
      </w:r>
      <w:proofErr w:type="spellStart"/>
      <w:r w:rsidRPr="00A009C6">
        <w:rPr>
          <w:rFonts w:ascii="Sylfaen" w:hAnsi="Sylfaen" w:cs="Sylfaen"/>
          <w:sz w:val="18"/>
          <w:szCs w:val="18"/>
        </w:rPr>
        <w:t>მოედანზე</w:t>
      </w:r>
      <w:proofErr w:type="spellEnd"/>
      <w:r w:rsidRPr="00A009C6">
        <w:rPr>
          <w:rFonts w:cstheme="majorHAnsi"/>
          <w:sz w:val="18"/>
          <w:szCs w:val="18"/>
        </w:rPr>
        <w:t xml:space="preserve"> </w:t>
      </w:r>
      <w:proofErr w:type="spellStart"/>
      <w:r w:rsidRPr="00A009C6">
        <w:rPr>
          <w:rFonts w:ascii="Sylfaen" w:hAnsi="Sylfaen" w:cs="Sylfaen"/>
          <w:sz w:val="18"/>
          <w:szCs w:val="18"/>
        </w:rPr>
        <w:t>დასაქმებული</w:t>
      </w:r>
      <w:proofErr w:type="spellEnd"/>
      <w:r w:rsidRPr="00A009C6">
        <w:rPr>
          <w:rFonts w:cstheme="majorHAnsi"/>
          <w:sz w:val="18"/>
          <w:szCs w:val="18"/>
        </w:rPr>
        <w:t xml:space="preserve"> </w:t>
      </w:r>
      <w:proofErr w:type="spellStart"/>
      <w:r w:rsidRPr="00A009C6">
        <w:rPr>
          <w:rFonts w:ascii="Sylfaen" w:hAnsi="Sylfaen" w:cs="Sylfaen"/>
          <w:sz w:val="18"/>
          <w:szCs w:val="18"/>
        </w:rPr>
        <w:t>პირების</w:t>
      </w:r>
      <w:proofErr w:type="spellEnd"/>
      <w:r w:rsidRPr="00A009C6">
        <w:rPr>
          <w:rFonts w:cstheme="majorHAnsi"/>
          <w:sz w:val="18"/>
          <w:szCs w:val="18"/>
        </w:rPr>
        <w:t xml:space="preserve"> </w:t>
      </w:r>
      <w:proofErr w:type="spellStart"/>
      <w:r w:rsidRPr="00A009C6">
        <w:rPr>
          <w:rFonts w:ascii="Sylfaen" w:hAnsi="Sylfaen" w:cs="Sylfaen"/>
          <w:sz w:val="18"/>
          <w:szCs w:val="18"/>
        </w:rPr>
        <w:t>მხრიდან</w:t>
      </w:r>
      <w:proofErr w:type="spellEnd"/>
      <w:r w:rsidRPr="00A009C6">
        <w:rPr>
          <w:rFonts w:cstheme="majorHAnsi"/>
          <w:sz w:val="18"/>
          <w:szCs w:val="18"/>
        </w:rPr>
        <w:t xml:space="preserve"> </w:t>
      </w:r>
      <w:proofErr w:type="spellStart"/>
      <w:r w:rsidRPr="00A009C6">
        <w:rPr>
          <w:rFonts w:ascii="Sylfaen" w:hAnsi="Sylfaen" w:cs="Sylfaen"/>
          <w:sz w:val="18"/>
          <w:szCs w:val="18"/>
        </w:rPr>
        <w:t>მესამე</w:t>
      </w:r>
      <w:proofErr w:type="spellEnd"/>
      <w:r w:rsidRPr="00A009C6">
        <w:rPr>
          <w:rFonts w:cstheme="majorHAnsi"/>
          <w:sz w:val="18"/>
          <w:szCs w:val="18"/>
        </w:rPr>
        <w:t xml:space="preserve"> </w:t>
      </w:r>
      <w:proofErr w:type="spellStart"/>
      <w:r w:rsidRPr="00A009C6">
        <w:rPr>
          <w:rFonts w:ascii="Sylfaen" w:hAnsi="Sylfaen" w:cs="Sylfaen"/>
          <w:sz w:val="18"/>
          <w:szCs w:val="18"/>
        </w:rPr>
        <w:t>პირთა</w:t>
      </w:r>
      <w:proofErr w:type="spellEnd"/>
      <w:r w:rsidR="00A4397C">
        <w:rPr>
          <w:rFonts w:cstheme="majorHAnsi"/>
          <w:sz w:val="18"/>
          <w:szCs w:val="18"/>
        </w:rPr>
        <w:t xml:space="preserve"> </w:t>
      </w:r>
      <w:r w:rsidR="00A4397C">
        <w:rPr>
          <w:rFonts w:ascii="Sylfaen" w:hAnsi="Sylfaen" w:cstheme="majorHAnsi"/>
          <w:sz w:val="18"/>
          <w:szCs w:val="18"/>
          <w:lang w:val="ka-GE"/>
        </w:rPr>
        <w:t>(</w:t>
      </w:r>
      <w:proofErr w:type="spellStart"/>
      <w:r w:rsidRPr="00A009C6">
        <w:rPr>
          <w:rFonts w:ascii="Sylfaen" w:hAnsi="Sylfaen" w:cs="Sylfaen"/>
          <w:sz w:val="18"/>
          <w:szCs w:val="18"/>
        </w:rPr>
        <w:t>მათ</w:t>
      </w:r>
      <w:proofErr w:type="spellEnd"/>
      <w:r w:rsidRPr="00A009C6">
        <w:rPr>
          <w:rFonts w:cstheme="majorHAnsi"/>
          <w:sz w:val="18"/>
          <w:szCs w:val="18"/>
        </w:rPr>
        <w:t xml:space="preserve"> </w:t>
      </w:r>
      <w:proofErr w:type="spellStart"/>
      <w:r w:rsidRPr="00A009C6">
        <w:rPr>
          <w:rFonts w:ascii="Sylfaen" w:hAnsi="Sylfaen" w:cs="Sylfaen"/>
          <w:sz w:val="18"/>
          <w:szCs w:val="18"/>
        </w:rPr>
        <w:t>შორის</w:t>
      </w:r>
      <w:proofErr w:type="spellEnd"/>
      <w:r w:rsidRPr="00A009C6">
        <w:rPr>
          <w:rFonts w:cstheme="majorHAnsi"/>
          <w:sz w:val="18"/>
          <w:szCs w:val="18"/>
        </w:rPr>
        <w:t xml:space="preserve">: </w:t>
      </w:r>
      <w:proofErr w:type="spellStart"/>
      <w:r w:rsidRPr="00A009C6">
        <w:rPr>
          <w:rFonts w:ascii="Sylfaen" w:hAnsi="Sylfaen" w:cs="Sylfaen"/>
          <w:sz w:val="18"/>
          <w:szCs w:val="18"/>
        </w:rPr>
        <w:t>დამკვეთის</w:t>
      </w:r>
      <w:proofErr w:type="spellEnd"/>
      <w:r w:rsidRPr="00A009C6">
        <w:rPr>
          <w:rFonts w:cstheme="majorHAnsi"/>
          <w:sz w:val="18"/>
          <w:szCs w:val="18"/>
        </w:rPr>
        <w:t xml:space="preserve"> </w:t>
      </w:r>
      <w:proofErr w:type="spellStart"/>
      <w:r w:rsidRPr="00A009C6">
        <w:rPr>
          <w:rFonts w:ascii="Sylfaen" w:hAnsi="Sylfaen" w:cs="Sylfaen"/>
          <w:sz w:val="18"/>
          <w:szCs w:val="18"/>
        </w:rPr>
        <w:t>პოტენციური</w:t>
      </w:r>
      <w:proofErr w:type="spellEnd"/>
      <w:r w:rsidRPr="00A009C6">
        <w:rPr>
          <w:rFonts w:cstheme="majorHAnsi"/>
          <w:sz w:val="18"/>
          <w:szCs w:val="18"/>
        </w:rPr>
        <w:t xml:space="preserve"> </w:t>
      </w:r>
      <w:proofErr w:type="spellStart"/>
      <w:r w:rsidRPr="00A009C6">
        <w:rPr>
          <w:rFonts w:ascii="Sylfaen" w:hAnsi="Sylfaen" w:cs="Sylfaen"/>
          <w:sz w:val="18"/>
          <w:szCs w:val="18"/>
        </w:rPr>
        <w:t>ან</w:t>
      </w:r>
      <w:proofErr w:type="spellEnd"/>
      <w:r w:rsidRPr="00A009C6">
        <w:rPr>
          <w:rFonts w:cstheme="majorHAnsi"/>
          <w:sz w:val="18"/>
          <w:szCs w:val="18"/>
        </w:rPr>
        <w:t xml:space="preserve"> </w:t>
      </w:r>
      <w:proofErr w:type="spellStart"/>
      <w:r w:rsidRPr="00A009C6">
        <w:rPr>
          <w:rFonts w:ascii="Sylfaen" w:hAnsi="Sylfaen" w:cs="Sylfaen"/>
          <w:sz w:val="18"/>
          <w:szCs w:val="18"/>
        </w:rPr>
        <w:t>არსებული</w:t>
      </w:r>
      <w:proofErr w:type="spellEnd"/>
      <w:r w:rsidRPr="00A009C6">
        <w:rPr>
          <w:rFonts w:cstheme="majorHAnsi"/>
          <w:sz w:val="18"/>
          <w:szCs w:val="18"/>
        </w:rPr>
        <w:t xml:space="preserve"> </w:t>
      </w:r>
      <w:proofErr w:type="spellStart"/>
      <w:r w:rsidRPr="00A009C6">
        <w:rPr>
          <w:rFonts w:ascii="Sylfaen" w:hAnsi="Sylfaen" w:cs="Sylfaen"/>
          <w:sz w:val="18"/>
          <w:szCs w:val="18"/>
        </w:rPr>
        <w:t>კლიენტები</w:t>
      </w:r>
      <w:proofErr w:type="spellEnd"/>
      <w:r w:rsidRPr="00A009C6">
        <w:rPr>
          <w:rFonts w:cstheme="majorHAnsi"/>
          <w:sz w:val="18"/>
          <w:szCs w:val="18"/>
        </w:rPr>
        <w:t xml:space="preserve">, </w:t>
      </w:r>
      <w:proofErr w:type="spellStart"/>
      <w:r w:rsidRPr="00A009C6">
        <w:rPr>
          <w:rFonts w:ascii="Sylfaen" w:hAnsi="Sylfaen" w:cs="Sylfaen"/>
          <w:sz w:val="18"/>
          <w:szCs w:val="18"/>
        </w:rPr>
        <w:t>მეზობელი</w:t>
      </w:r>
      <w:proofErr w:type="spellEnd"/>
      <w:r w:rsidRPr="00A009C6">
        <w:rPr>
          <w:rFonts w:cstheme="majorHAnsi"/>
          <w:sz w:val="18"/>
          <w:szCs w:val="18"/>
        </w:rPr>
        <w:t xml:space="preserve"> </w:t>
      </w:r>
      <w:proofErr w:type="spellStart"/>
      <w:r w:rsidRPr="00A009C6">
        <w:rPr>
          <w:rFonts w:ascii="Sylfaen" w:hAnsi="Sylfaen" w:cs="Sylfaen"/>
          <w:sz w:val="18"/>
          <w:szCs w:val="18"/>
        </w:rPr>
        <w:t>ნაკვეთების</w:t>
      </w:r>
      <w:proofErr w:type="spellEnd"/>
      <w:r w:rsidR="00A4397C">
        <w:rPr>
          <w:rFonts w:ascii="Sylfaen" w:hAnsi="Sylfaen" w:cs="Sylfaen"/>
          <w:sz w:val="18"/>
          <w:szCs w:val="18"/>
          <w:lang w:val="ka-GE"/>
        </w:rPr>
        <w:t xml:space="preserve"> </w:t>
      </w:r>
      <w:proofErr w:type="spellStart"/>
      <w:r w:rsidRPr="00A009C6">
        <w:rPr>
          <w:rFonts w:ascii="Sylfaen" w:hAnsi="Sylfaen" w:cs="Sylfaen"/>
          <w:sz w:val="18"/>
          <w:szCs w:val="18"/>
        </w:rPr>
        <w:t>მესაკუთრეები</w:t>
      </w:r>
      <w:proofErr w:type="spellEnd"/>
      <w:r w:rsidRPr="00A009C6">
        <w:rPr>
          <w:rFonts w:cstheme="majorHAnsi"/>
          <w:sz w:val="18"/>
          <w:szCs w:val="18"/>
        </w:rPr>
        <w:t xml:space="preserve"> </w:t>
      </w:r>
      <w:proofErr w:type="spellStart"/>
      <w:r w:rsidRPr="00A009C6">
        <w:rPr>
          <w:rFonts w:ascii="Sylfaen" w:hAnsi="Sylfaen" w:cs="Sylfaen"/>
          <w:sz w:val="18"/>
          <w:szCs w:val="18"/>
        </w:rPr>
        <w:t>და</w:t>
      </w:r>
      <w:proofErr w:type="spellEnd"/>
      <w:r w:rsidRPr="00A009C6">
        <w:rPr>
          <w:rFonts w:cstheme="majorHAnsi"/>
          <w:sz w:val="18"/>
          <w:szCs w:val="18"/>
        </w:rPr>
        <w:t xml:space="preserve"> </w:t>
      </w:r>
      <w:proofErr w:type="spellStart"/>
      <w:r w:rsidRPr="00A009C6">
        <w:rPr>
          <w:rFonts w:ascii="Sylfaen" w:hAnsi="Sylfaen" w:cs="Sylfaen"/>
          <w:sz w:val="18"/>
          <w:szCs w:val="18"/>
        </w:rPr>
        <w:t>ა</w:t>
      </w:r>
      <w:r w:rsidRPr="00A009C6">
        <w:rPr>
          <w:rFonts w:cstheme="majorHAnsi"/>
          <w:sz w:val="18"/>
          <w:szCs w:val="18"/>
        </w:rPr>
        <w:t>.</w:t>
      </w:r>
      <w:r w:rsidRPr="00A009C6">
        <w:rPr>
          <w:rFonts w:ascii="Sylfaen" w:hAnsi="Sylfaen" w:cs="Sylfaen"/>
          <w:sz w:val="18"/>
          <w:szCs w:val="18"/>
        </w:rPr>
        <w:t>შ</w:t>
      </w:r>
      <w:proofErr w:type="spellEnd"/>
      <w:r w:rsidR="00A4397C">
        <w:rPr>
          <w:rFonts w:cstheme="majorHAnsi"/>
          <w:sz w:val="18"/>
          <w:szCs w:val="18"/>
        </w:rPr>
        <w:t>.</w:t>
      </w:r>
      <w:r w:rsidR="00A4397C">
        <w:rPr>
          <w:rFonts w:ascii="Sylfaen" w:hAnsi="Sylfaen" w:cstheme="majorHAnsi"/>
          <w:sz w:val="18"/>
          <w:szCs w:val="18"/>
          <w:lang w:val="ka-GE"/>
        </w:rPr>
        <w:t>)</w:t>
      </w:r>
      <w:r w:rsidRPr="00A009C6">
        <w:rPr>
          <w:rFonts w:cstheme="majorHAnsi"/>
          <w:sz w:val="18"/>
          <w:szCs w:val="18"/>
        </w:rPr>
        <w:t xml:space="preserve"> </w:t>
      </w:r>
      <w:proofErr w:type="spellStart"/>
      <w:r w:rsidRPr="00A009C6">
        <w:rPr>
          <w:rFonts w:ascii="Sylfaen" w:hAnsi="Sylfaen" w:cs="Sylfaen"/>
          <w:sz w:val="18"/>
          <w:szCs w:val="18"/>
        </w:rPr>
        <w:t>მიმართ</w:t>
      </w:r>
      <w:proofErr w:type="spellEnd"/>
      <w:r w:rsidRPr="00A009C6">
        <w:rPr>
          <w:rFonts w:cstheme="majorHAnsi"/>
          <w:sz w:val="18"/>
          <w:szCs w:val="18"/>
        </w:rPr>
        <w:t xml:space="preserve"> </w:t>
      </w:r>
      <w:proofErr w:type="spellStart"/>
      <w:r w:rsidRPr="00A009C6">
        <w:rPr>
          <w:rFonts w:ascii="Sylfaen" w:hAnsi="Sylfaen" w:cs="Sylfaen"/>
          <w:sz w:val="18"/>
          <w:szCs w:val="18"/>
        </w:rPr>
        <w:t>ნებისმიერი</w:t>
      </w:r>
      <w:proofErr w:type="spellEnd"/>
      <w:r w:rsidRPr="00A009C6">
        <w:rPr>
          <w:rFonts w:cstheme="majorHAnsi"/>
          <w:sz w:val="18"/>
          <w:szCs w:val="18"/>
        </w:rPr>
        <w:t xml:space="preserve"> </w:t>
      </w:r>
      <w:proofErr w:type="spellStart"/>
      <w:r w:rsidRPr="00A009C6">
        <w:rPr>
          <w:rFonts w:ascii="Sylfaen" w:hAnsi="Sylfaen" w:cs="Sylfaen"/>
          <w:sz w:val="18"/>
          <w:szCs w:val="18"/>
        </w:rPr>
        <w:t>სახის</w:t>
      </w:r>
      <w:proofErr w:type="spellEnd"/>
      <w:r w:rsidRPr="00A009C6">
        <w:rPr>
          <w:rFonts w:cstheme="majorHAnsi"/>
          <w:sz w:val="18"/>
          <w:szCs w:val="18"/>
        </w:rPr>
        <w:t xml:space="preserve"> </w:t>
      </w:r>
      <w:proofErr w:type="spellStart"/>
      <w:r w:rsidRPr="00A009C6">
        <w:rPr>
          <w:rFonts w:ascii="Sylfaen" w:hAnsi="Sylfaen" w:cs="Sylfaen"/>
          <w:sz w:val="18"/>
          <w:szCs w:val="18"/>
        </w:rPr>
        <w:t>ინფორმაციის</w:t>
      </w:r>
      <w:proofErr w:type="spellEnd"/>
      <w:r w:rsidRPr="00A009C6">
        <w:rPr>
          <w:rFonts w:cstheme="majorHAnsi"/>
          <w:sz w:val="18"/>
          <w:szCs w:val="18"/>
        </w:rPr>
        <w:t xml:space="preserve"> </w:t>
      </w:r>
      <w:proofErr w:type="spellStart"/>
      <w:r w:rsidRPr="00A009C6">
        <w:rPr>
          <w:rFonts w:ascii="Sylfaen" w:hAnsi="Sylfaen" w:cs="Sylfaen"/>
          <w:sz w:val="18"/>
          <w:szCs w:val="18"/>
        </w:rPr>
        <w:t>ან</w:t>
      </w:r>
      <w:proofErr w:type="spellEnd"/>
      <w:r w:rsidRPr="00A009C6">
        <w:rPr>
          <w:rFonts w:cstheme="majorHAnsi"/>
          <w:sz w:val="18"/>
          <w:szCs w:val="18"/>
        </w:rPr>
        <w:t xml:space="preserve"> </w:t>
      </w:r>
      <w:proofErr w:type="spellStart"/>
      <w:r w:rsidRPr="00A009C6">
        <w:rPr>
          <w:rFonts w:ascii="Sylfaen" w:hAnsi="Sylfaen" w:cs="Sylfaen"/>
          <w:sz w:val="18"/>
          <w:szCs w:val="18"/>
        </w:rPr>
        <w:t>დეზინფორმაციის</w:t>
      </w:r>
      <w:proofErr w:type="spellEnd"/>
      <w:r w:rsidR="00A4397C">
        <w:rPr>
          <w:rFonts w:ascii="Sylfaen" w:hAnsi="Sylfaen" w:cs="Sylfaen"/>
          <w:sz w:val="18"/>
          <w:szCs w:val="18"/>
          <w:lang w:val="ka-GE"/>
        </w:rPr>
        <w:t xml:space="preserve"> </w:t>
      </w:r>
      <w:proofErr w:type="spellStart"/>
      <w:r w:rsidRPr="00A009C6">
        <w:rPr>
          <w:rFonts w:ascii="Sylfaen" w:hAnsi="Sylfaen" w:cs="Sylfaen"/>
          <w:sz w:val="18"/>
          <w:szCs w:val="18"/>
        </w:rPr>
        <w:t>გაუვრცელებლობა</w:t>
      </w:r>
      <w:proofErr w:type="spellEnd"/>
      <w:r w:rsidRPr="00A009C6">
        <w:rPr>
          <w:rFonts w:cstheme="majorHAnsi"/>
          <w:sz w:val="18"/>
          <w:szCs w:val="18"/>
        </w:rPr>
        <w:t xml:space="preserve">, </w:t>
      </w:r>
      <w:proofErr w:type="spellStart"/>
      <w:r w:rsidRPr="00A009C6">
        <w:rPr>
          <w:rFonts w:ascii="Sylfaen" w:hAnsi="Sylfaen" w:cs="Sylfaen"/>
          <w:sz w:val="18"/>
          <w:szCs w:val="18"/>
        </w:rPr>
        <w:t>მათ</w:t>
      </w:r>
      <w:proofErr w:type="spellEnd"/>
      <w:r w:rsidRPr="00A009C6">
        <w:rPr>
          <w:rFonts w:cstheme="majorHAnsi"/>
          <w:sz w:val="18"/>
          <w:szCs w:val="18"/>
        </w:rPr>
        <w:t xml:space="preserve"> </w:t>
      </w:r>
      <w:proofErr w:type="spellStart"/>
      <w:r w:rsidRPr="00A009C6">
        <w:rPr>
          <w:rFonts w:ascii="Sylfaen" w:hAnsi="Sylfaen" w:cs="Sylfaen"/>
          <w:sz w:val="18"/>
          <w:szCs w:val="18"/>
        </w:rPr>
        <w:t>შორის</w:t>
      </w:r>
      <w:proofErr w:type="spellEnd"/>
      <w:r w:rsidRPr="00A009C6">
        <w:rPr>
          <w:rFonts w:cstheme="majorHAnsi"/>
          <w:sz w:val="18"/>
          <w:szCs w:val="18"/>
        </w:rPr>
        <w:t xml:space="preserve"> </w:t>
      </w:r>
      <w:proofErr w:type="spellStart"/>
      <w:r w:rsidRPr="00A009C6">
        <w:rPr>
          <w:rFonts w:ascii="Sylfaen" w:hAnsi="Sylfaen" w:cs="Sylfaen"/>
          <w:sz w:val="18"/>
          <w:szCs w:val="18"/>
        </w:rPr>
        <w:t>ინფორმაცია</w:t>
      </w:r>
      <w:proofErr w:type="spellEnd"/>
      <w:r w:rsidRPr="00A009C6">
        <w:rPr>
          <w:rFonts w:cstheme="majorHAnsi"/>
          <w:sz w:val="18"/>
          <w:szCs w:val="18"/>
        </w:rPr>
        <w:t xml:space="preserve"> </w:t>
      </w:r>
      <w:proofErr w:type="spellStart"/>
      <w:r w:rsidRPr="00A009C6">
        <w:rPr>
          <w:rFonts w:ascii="Sylfaen" w:hAnsi="Sylfaen" w:cs="Sylfaen"/>
          <w:sz w:val="18"/>
          <w:szCs w:val="18"/>
        </w:rPr>
        <w:t>მშენებლობის</w:t>
      </w:r>
      <w:proofErr w:type="spellEnd"/>
      <w:r w:rsidRPr="00A009C6">
        <w:rPr>
          <w:rFonts w:cstheme="majorHAnsi"/>
          <w:sz w:val="18"/>
          <w:szCs w:val="18"/>
        </w:rPr>
        <w:t xml:space="preserve"> </w:t>
      </w:r>
      <w:proofErr w:type="spellStart"/>
      <w:r w:rsidRPr="00A009C6">
        <w:rPr>
          <w:rFonts w:ascii="Sylfaen" w:hAnsi="Sylfaen" w:cs="Sylfaen"/>
          <w:sz w:val="18"/>
          <w:szCs w:val="18"/>
        </w:rPr>
        <w:t>მიმდინარეობაზე</w:t>
      </w:r>
      <w:proofErr w:type="spellEnd"/>
      <w:r w:rsidRPr="00A009C6">
        <w:rPr>
          <w:rFonts w:cstheme="majorHAnsi"/>
          <w:sz w:val="18"/>
          <w:szCs w:val="18"/>
        </w:rPr>
        <w:t xml:space="preserve">, </w:t>
      </w:r>
      <w:proofErr w:type="spellStart"/>
      <w:r w:rsidRPr="00A009C6">
        <w:rPr>
          <w:rFonts w:ascii="Sylfaen" w:hAnsi="Sylfaen" w:cs="Sylfaen"/>
          <w:sz w:val="18"/>
          <w:szCs w:val="18"/>
        </w:rPr>
        <w:t>ვადებზე</w:t>
      </w:r>
      <w:proofErr w:type="spellEnd"/>
      <w:r w:rsidRPr="00A009C6">
        <w:rPr>
          <w:rFonts w:cstheme="majorHAnsi"/>
          <w:sz w:val="18"/>
          <w:szCs w:val="18"/>
        </w:rPr>
        <w:t xml:space="preserve">, </w:t>
      </w:r>
      <w:proofErr w:type="spellStart"/>
      <w:r w:rsidRPr="00A009C6">
        <w:rPr>
          <w:rFonts w:ascii="Sylfaen" w:hAnsi="Sylfaen" w:cs="Sylfaen"/>
          <w:sz w:val="18"/>
          <w:szCs w:val="18"/>
        </w:rPr>
        <w:t>მასალებზე</w:t>
      </w:r>
      <w:proofErr w:type="spellEnd"/>
      <w:r w:rsidRPr="00A009C6">
        <w:rPr>
          <w:rFonts w:cstheme="majorHAnsi"/>
          <w:sz w:val="18"/>
          <w:szCs w:val="18"/>
        </w:rPr>
        <w:t xml:space="preserve"> </w:t>
      </w:r>
      <w:proofErr w:type="spellStart"/>
      <w:r w:rsidRPr="00A009C6">
        <w:rPr>
          <w:rFonts w:ascii="Sylfaen" w:hAnsi="Sylfaen" w:cs="Sylfaen"/>
          <w:sz w:val="18"/>
          <w:szCs w:val="18"/>
        </w:rPr>
        <w:t>და</w:t>
      </w:r>
      <w:proofErr w:type="spellEnd"/>
      <w:r w:rsidRPr="00A009C6">
        <w:rPr>
          <w:rFonts w:cstheme="majorHAnsi"/>
          <w:sz w:val="18"/>
          <w:szCs w:val="18"/>
        </w:rPr>
        <w:t xml:space="preserve"> </w:t>
      </w:r>
      <w:proofErr w:type="spellStart"/>
      <w:r w:rsidRPr="00A009C6">
        <w:rPr>
          <w:rFonts w:ascii="Sylfaen" w:hAnsi="Sylfaen" w:cs="Sylfaen"/>
          <w:sz w:val="18"/>
          <w:szCs w:val="18"/>
        </w:rPr>
        <w:t>ა</w:t>
      </w:r>
      <w:r w:rsidRPr="00A009C6">
        <w:rPr>
          <w:rFonts w:cstheme="majorHAnsi"/>
          <w:sz w:val="18"/>
          <w:szCs w:val="18"/>
        </w:rPr>
        <w:t>.</w:t>
      </w:r>
      <w:r w:rsidRPr="00A009C6">
        <w:rPr>
          <w:rFonts w:ascii="Sylfaen" w:hAnsi="Sylfaen" w:cs="Sylfaen"/>
          <w:sz w:val="18"/>
          <w:szCs w:val="18"/>
        </w:rPr>
        <w:t>შ</w:t>
      </w:r>
      <w:proofErr w:type="spellEnd"/>
      <w:r w:rsidRPr="00A009C6">
        <w:rPr>
          <w:rFonts w:cstheme="majorHAnsi"/>
          <w:sz w:val="18"/>
          <w:szCs w:val="18"/>
        </w:rPr>
        <w:t>.</w:t>
      </w:r>
    </w:p>
    <w:p w14:paraId="148A3DF8" w14:textId="77777777" w:rsidR="00717704" w:rsidRDefault="00717704" w:rsidP="00717704">
      <w:pPr>
        <w:pStyle w:val="ListParagraph"/>
        <w:jc w:val="both"/>
        <w:rPr>
          <w:rFonts w:cstheme="majorHAnsi"/>
          <w:sz w:val="18"/>
          <w:szCs w:val="18"/>
          <w:lang w:val="ru-RU"/>
        </w:rPr>
      </w:pPr>
    </w:p>
    <w:p w14:paraId="17C5E803" w14:textId="77777777" w:rsidR="00717704" w:rsidRPr="00717704" w:rsidRDefault="00717704" w:rsidP="00717704">
      <w:pPr>
        <w:pStyle w:val="ListParagraph"/>
        <w:jc w:val="both"/>
        <w:rPr>
          <w:rFonts w:cstheme="majorHAnsi"/>
          <w:sz w:val="18"/>
          <w:szCs w:val="18"/>
        </w:rPr>
      </w:pPr>
    </w:p>
    <w:p w14:paraId="56053CE0" w14:textId="77777777" w:rsidR="00521466" w:rsidRPr="00C86A0D" w:rsidRDefault="00521466" w:rsidP="00521466">
      <w:pPr>
        <w:pStyle w:val="ListParagraph"/>
        <w:numPr>
          <w:ilvl w:val="0"/>
          <w:numId w:val="13"/>
        </w:numPr>
        <w:rPr>
          <w:rFonts w:cstheme="majorHAnsi"/>
          <w:b/>
          <w:bCs/>
        </w:rPr>
      </w:pPr>
      <w:r>
        <w:rPr>
          <w:rFonts w:ascii="Sylfaen" w:hAnsi="Sylfaen" w:cstheme="majorHAnsi"/>
          <w:sz w:val="18"/>
          <w:szCs w:val="18"/>
          <w:lang w:val="ka-GE"/>
        </w:rPr>
        <w:t xml:space="preserve">  </w:t>
      </w:r>
      <w:proofErr w:type="spellStart"/>
      <w:r w:rsidRPr="00C86A0D">
        <w:rPr>
          <w:rFonts w:ascii="Sylfaen" w:hAnsi="Sylfaen" w:cs="Sylfaen"/>
          <w:b/>
          <w:bCs/>
        </w:rPr>
        <w:t>მასალების</w:t>
      </w:r>
      <w:proofErr w:type="spellEnd"/>
      <w:r w:rsidRPr="00C86A0D">
        <w:rPr>
          <w:rFonts w:cstheme="majorHAnsi"/>
          <w:b/>
          <w:bCs/>
        </w:rPr>
        <w:t xml:space="preserve"> </w:t>
      </w:r>
      <w:proofErr w:type="spellStart"/>
      <w:r w:rsidRPr="00C86A0D">
        <w:rPr>
          <w:rFonts w:ascii="Sylfaen" w:hAnsi="Sylfaen" w:cs="Sylfaen"/>
          <w:b/>
          <w:bCs/>
        </w:rPr>
        <w:t>შეძენა</w:t>
      </w:r>
      <w:proofErr w:type="spellEnd"/>
    </w:p>
    <w:p w14:paraId="21FD3618" w14:textId="64F72E35" w:rsidR="00521466" w:rsidRPr="0031445B" w:rsidRDefault="00521466" w:rsidP="00521466">
      <w:pPr>
        <w:pStyle w:val="ListParagraph"/>
        <w:numPr>
          <w:ilvl w:val="1"/>
          <w:numId w:val="13"/>
        </w:numPr>
        <w:rPr>
          <w:rFonts w:cstheme="majorHAnsi"/>
          <w:sz w:val="18"/>
          <w:szCs w:val="18"/>
        </w:rPr>
      </w:pPr>
      <w:proofErr w:type="spellStart"/>
      <w:r w:rsidRPr="0031445B">
        <w:rPr>
          <w:rFonts w:ascii="Sylfaen" w:hAnsi="Sylfaen" w:cs="Sylfaen"/>
          <w:sz w:val="18"/>
          <w:szCs w:val="18"/>
        </w:rPr>
        <w:t>დამკვეთი</w:t>
      </w:r>
      <w:proofErr w:type="spellEnd"/>
      <w:r w:rsidR="00B709C9">
        <w:rPr>
          <w:rFonts w:ascii="Sylfaen" w:hAnsi="Sylfaen" w:cs="Sylfaen"/>
          <w:sz w:val="18"/>
          <w:szCs w:val="18"/>
        </w:rPr>
        <w:t xml:space="preserve"> </w:t>
      </w:r>
      <w:r>
        <w:rPr>
          <w:rFonts w:ascii="Sylfaen" w:hAnsi="Sylfaen" w:cs="Sylfaen"/>
          <w:sz w:val="18"/>
          <w:szCs w:val="18"/>
          <w:lang w:val="ka-GE"/>
        </w:rPr>
        <w:t>ქვაბულის</w:t>
      </w:r>
      <w:r w:rsidRPr="0031445B">
        <w:rPr>
          <w:rFonts w:cstheme="majorHAnsi"/>
          <w:sz w:val="18"/>
          <w:szCs w:val="18"/>
        </w:rPr>
        <w:t xml:space="preserve"> </w:t>
      </w:r>
      <w:r w:rsidRPr="0031445B">
        <w:rPr>
          <w:rFonts w:ascii="Sylfaen" w:hAnsi="Sylfaen" w:cs="Sylfaen"/>
          <w:sz w:val="18"/>
          <w:szCs w:val="18"/>
          <w:lang w:val="ka-GE"/>
        </w:rPr>
        <w:t>მოწყობის</w:t>
      </w:r>
      <w:r w:rsidRPr="0031445B">
        <w:rPr>
          <w:rFonts w:cstheme="majorHAnsi"/>
          <w:sz w:val="18"/>
          <w:szCs w:val="18"/>
        </w:rPr>
        <w:t xml:space="preserve"> </w:t>
      </w:r>
      <w:proofErr w:type="spellStart"/>
      <w:r w:rsidRPr="0031445B">
        <w:rPr>
          <w:rFonts w:ascii="Sylfaen" w:hAnsi="Sylfaen" w:cs="Sylfaen"/>
          <w:sz w:val="18"/>
          <w:szCs w:val="18"/>
        </w:rPr>
        <w:t>სამუშაოების</w:t>
      </w:r>
      <w:proofErr w:type="spellEnd"/>
      <w:r w:rsidRPr="0031445B">
        <w:rPr>
          <w:rFonts w:cstheme="majorHAnsi"/>
          <w:sz w:val="18"/>
          <w:szCs w:val="18"/>
        </w:rPr>
        <w:t xml:space="preserve"> </w:t>
      </w:r>
      <w:proofErr w:type="spellStart"/>
      <w:r w:rsidRPr="0031445B">
        <w:rPr>
          <w:rFonts w:ascii="Sylfaen" w:hAnsi="Sylfaen" w:cs="Sylfaen"/>
          <w:sz w:val="18"/>
          <w:szCs w:val="18"/>
        </w:rPr>
        <w:t>წარმოების</w:t>
      </w:r>
      <w:proofErr w:type="spellEnd"/>
      <w:r w:rsidRPr="0031445B">
        <w:rPr>
          <w:rFonts w:cstheme="majorHAnsi"/>
          <w:sz w:val="18"/>
          <w:szCs w:val="18"/>
        </w:rPr>
        <w:t xml:space="preserve"> </w:t>
      </w:r>
      <w:proofErr w:type="spellStart"/>
      <w:r w:rsidRPr="0031445B">
        <w:rPr>
          <w:rFonts w:ascii="Sylfaen" w:hAnsi="Sylfaen" w:cs="Sylfaen"/>
          <w:sz w:val="18"/>
          <w:szCs w:val="18"/>
        </w:rPr>
        <w:t>დროს</w:t>
      </w:r>
      <w:proofErr w:type="spellEnd"/>
      <w:r w:rsidRPr="0031445B">
        <w:rPr>
          <w:rFonts w:cstheme="majorHAnsi"/>
          <w:sz w:val="18"/>
          <w:szCs w:val="18"/>
        </w:rPr>
        <w:t xml:space="preserve"> </w:t>
      </w:r>
      <w:proofErr w:type="spellStart"/>
      <w:r w:rsidRPr="0031445B">
        <w:rPr>
          <w:rFonts w:ascii="Sylfaen" w:hAnsi="Sylfaen" w:cs="Sylfaen"/>
          <w:sz w:val="18"/>
          <w:szCs w:val="18"/>
        </w:rPr>
        <w:t>განახორციელებს</w:t>
      </w:r>
      <w:proofErr w:type="spellEnd"/>
      <w:r w:rsidRPr="0031445B">
        <w:rPr>
          <w:rFonts w:cstheme="majorHAnsi"/>
          <w:sz w:val="18"/>
          <w:szCs w:val="18"/>
        </w:rPr>
        <w:t xml:space="preserve"> </w:t>
      </w:r>
      <w:proofErr w:type="spellStart"/>
      <w:r w:rsidRPr="0031445B">
        <w:rPr>
          <w:rFonts w:ascii="Sylfaen" w:hAnsi="Sylfaen" w:cs="Sylfaen"/>
          <w:sz w:val="18"/>
          <w:szCs w:val="18"/>
        </w:rPr>
        <w:t>შემდეგი</w:t>
      </w:r>
      <w:proofErr w:type="spellEnd"/>
      <w:r w:rsidRPr="0031445B">
        <w:rPr>
          <w:rFonts w:cstheme="majorHAnsi"/>
          <w:sz w:val="18"/>
          <w:szCs w:val="18"/>
        </w:rPr>
        <w:t xml:space="preserve"> </w:t>
      </w:r>
      <w:proofErr w:type="spellStart"/>
      <w:r w:rsidRPr="0031445B">
        <w:rPr>
          <w:rFonts w:ascii="Sylfaen" w:hAnsi="Sylfaen" w:cs="Sylfaen"/>
          <w:sz w:val="18"/>
          <w:szCs w:val="18"/>
        </w:rPr>
        <w:t>მასალების</w:t>
      </w:r>
      <w:proofErr w:type="spellEnd"/>
      <w:r w:rsidR="00B709C9">
        <w:rPr>
          <w:rFonts w:ascii="Sylfaen" w:hAnsi="Sylfaen" w:cs="Sylfaen"/>
          <w:sz w:val="18"/>
          <w:szCs w:val="18"/>
        </w:rPr>
        <w:t xml:space="preserve"> </w:t>
      </w:r>
      <w:r w:rsidRPr="0031445B">
        <w:rPr>
          <w:rFonts w:cstheme="majorHAnsi"/>
          <w:sz w:val="18"/>
          <w:szCs w:val="18"/>
        </w:rPr>
        <w:t>(</w:t>
      </w:r>
      <w:proofErr w:type="spellStart"/>
      <w:r w:rsidRPr="0031445B">
        <w:rPr>
          <w:rFonts w:ascii="Sylfaen" w:hAnsi="Sylfaen" w:cs="Sylfaen"/>
          <w:sz w:val="18"/>
          <w:szCs w:val="18"/>
        </w:rPr>
        <w:t>შემდგომში</w:t>
      </w:r>
      <w:proofErr w:type="spellEnd"/>
      <w:r w:rsidRPr="0031445B">
        <w:rPr>
          <w:rFonts w:cstheme="majorHAnsi"/>
          <w:sz w:val="18"/>
          <w:szCs w:val="18"/>
        </w:rPr>
        <w:t xml:space="preserve"> „</w:t>
      </w:r>
      <w:proofErr w:type="spellStart"/>
      <w:r w:rsidRPr="0031445B">
        <w:rPr>
          <w:rFonts w:ascii="Sylfaen" w:hAnsi="Sylfaen" w:cs="Sylfaen"/>
          <w:sz w:val="18"/>
          <w:szCs w:val="18"/>
        </w:rPr>
        <w:t>მასალა</w:t>
      </w:r>
      <w:proofErr w:type="spellEnd"/>
      <w:r w:rsidRPr="0031445B">
        <w:rPr>
          <w:rFonts w:cstheme="majorHAnsi"/>
          <w:sz w:val="18"/>
          <w:szCs w:val="18"/>
        </w:rPr>
        <w:t xml:space="preserve">“) </w:t>
      </w:r>
      <w:proofErr w:type="spellStart"/>
      <w:r w:rsidRPr="0031445B">
        <w:rPr>
          <w:rFonts w:ascii="Sylfaen" w:hAnsi="Sylfaen" w:cs="Sylfaen"/>
          <w:sz w:val="18"/>
          <w:szCs w:val="18"/>
        </w:rPr>
        <w:t>შეძენას</w:t>
      </w:r>
      <w:proofErr w:type="spellEnd"/>
      <w:r w:rsidRPr="00917F20">
        <w:rPr>
          <w:rFonts w:ascii="Sylfaen" w:hAnsi="Sylfaen" w:cs="Sylfaen"/>
          <w:sz w:val="18"/>
          <w:szCs w:val="18"/>
          <w:lang w:val="ka-GE"/>
        </w:rPr>
        <w:t xml:space="preserve"> (</w:t>
      </w:r>
      <w:proofErr w:type="spellStart"/>
      <w:r w:rsidRPr="0031445B">
        <w:rPr>
          <w:rFonts w:ascii="Sylfaen" w:hAnsi="Sylfaen"/>
          <w:sz w:val="18"/>
          <w:szCs w:val="18"/>
        </w:rPr>
        <w:t>დანართის</w:t>
      </w:r>
      <w:proofErr w:type="spellEnd"/>
      <w:r w:rsidRPr="0031445B">
        <w:rPr>
          <w:rFonts w:ascii="Sylfaen" w:hAnsi="Sylfaen"/>
          <w:sz w:val="18"/>
          <w:szCs w:val="18"/>
        </w:rPr>
        <w:t xml:space="preserve"> </w:t>
      </w:r>
      <w:proofErr w:type="spellStart"/>
      <w:r w:rsidRPr="0031445B">
        <w:rPr>
          <w:rFonts w:ascii="Sylfaen" w:hAnsi="Sylfaen"/>
          <w:sz w:val="18"/>
          <w:szCs w:val="18"/>
        </w:rPr>
        <w:t>სახით</w:t>
      </w:r>
      <w:proofErr w:type="spellEnd"/>
      <w:r w:rsidRPr="0031445B">
        <w:rPr>
          <w:rFonts w:ascii="Sylfaen" w:hAnsi="Sylfaen"/>
          <w:sz w:val="18"/>
          <w:szCs w:val="18"/>
        </w:rPr>
        <w:t xml:space="preserve"> </w:t>
      </w:r>
      <w:proofErr w:type="spellStart"/>
      <w:r w:rsidRPr="0031445B">
        <w:rPr>
          <w:rFonts w:ascii="Sylfaen" w:hAnsi="Sylfaen"/>
          <w:sz w:val="18"/>
          <w:szCs w:val="18"/>
        </w:rPr>
        <w:t>დაერთვება</w:t>
      </w:r>
      <w:proofErr w:type="spellEnd"/>
      <w:r w:rsidRPr="0031445B">
        <w:rPr>
          <w:rFonts w:ascii="Sylfaen" w:hAnsi="Sylfaen"/>
          <w:sz w:val="18"/>
          <w:szCs w:val="18"/>
        </w:rPr>
        <w:t xml:space="preserve"> </w:t>
      </w:r>
      <w:proofErr w:type="spellStart"/>
      <w:r w:rsidRPr="0031445B">
        <w:rPr>
          <w:rFonts w:ascii="Sylfaen" w:hAnsi="Sylfaen"/>
          <w:sz w:val="18"/>
          <w:szCs w:val="18"/>
        </w:rPr>
        <w:t>ხელშეკრულებას</w:t>
      </w:r>
      <w:proofErr w:type="spellEnd"/>
      <w:r w:rsidRPr="0031445B">
        <w:rPr>
          <w:rFonts w:ascii="Sylfaen" w:hAnsi="Sylfaen"/>
          <w:sz w:val="18"/>
          <w:szCs w:val="18"/>
        </w:rPr>
        <w:t xml:space="preserve"> </w:t>
      </w:r>
      <w:proofErr w:type="spellStart"/>
      <w:r w:rsidRPr="0031445B">
        <w:rPr>
          <w:rFonts w:ascii="Sylfaen" w:hAnsi="Sylfaen"/>
          <w:sz w:val="18"/>
          <w:szCs w:val="18"/>
        </w:rPr>
        <w:t>მათი</w:t>
      </w:r>
      <w:proofErr w:type="spellEnd"/>
      <w:r w:rsidRPr="0031445B">
        <w:rPr>
          <w:rFonts w:ascii="Sylfaen" w:hAnsi="Sylfaen"/>
          <w:sz w:val="18"/>
          <w:szCs w:val="18"/>
        </w:rPr>
        <w:t xml:space="preserve"> </w:t>
      </w:r>
      <w:proofErr w:type="spellStart"/>
      <w:r w:rsidRPr="0031445B">
        <w:rPr>
          <w:rFonts w:ascii="Sylfaen" w:hAnsi="Sylfaen"/>
          <w:sz w:val="18"/>
          <w:szCs w:val="18"/>
        </w:rPr>
        <w:t>არსებობის</w:t>
      </w:r>
      <w:proofErr w:type="spellEnd"/>
      <w:r w:rsidRPr="0031445B">
        <w:rPr>
          <w:rFonts w:ascii="Sylfaen" w:hAnsi="Sylfaen"/>
          <w:sz w:val="18"/>
          <w:szCs w:val="18"/>
        </w:rPr>
        <w:t xml:space="preserve"> </w:t>
      </w:r>
      <w:proofErr w:type="spellStart"/>
      <w:r w:rsidRPr="0031445B">
        <w:rPr>
          <w:rFonts w:ascii="Sylfaen" w:hAnsi="Sylfaen"/>
          <w:sz w:val="18"/>
          <w:szCs w:val="18"/>
        </w:rPr>
        <w:t>შემთხვევაში</w:t>
      </w:r>
      <w:proofErr w:type="spellEnd"/>
      <w:r w:rsidRPr="0031445B">
        <w:rPr>
          <w:rFonts w:ascii="Sylfaen" w:hAnsi="Sylfaen" w:cs="Sylfaen"/>
          <w:sz w:val="18"/>
          <w:szCs w:val="18"/>
          <w:lang w:val="ka-GE"/>
        </w:rPr>
        <w:t>)</w:t>
      </w:r>
      <w:r>
        <w:rPr>
          <w:rFonts w:ascii="Sylfaen" w:hAnsi="Sylfaen" w:cstheme="majorHAnsi"/>
          <w:sz w:val="18"/>
          <w:szCs w:val="18"/>
          <w:lang w:val="ka-GE"/>
        </w:rPr>
        <w:t>.</w:t>
      </w:r>
      <w:r w:rsidRPr="0031445B">
        <w:rPr>
          <w:rFonts w:cstheme="majorHAnsi"/>
          <w:sz w:val="18"/>
          <w:szCs w:val="18"/>
        </w:rPr>
        <w:t xml:space="preserve"> </w:t>
      </w:r>
    </w:p>
    <w:p w14:paraId="0A10EC99" w14:textId="4FD46855" w:rsidR="00521466" w:rsidRDefault="00521466" w:rsidP="00521466">
      <w:pPr>
        <w:pStyle w:val="ListParagraph"/>
        <w:numPr>
          <w:ilvl w:val="1"/>
          <w:numId w:val="13"/>
        </w:numPr>
        <w:rPr>
          <w:rFonts w:cstheme="majorHAnsi"/>
          <w:sz w:val="18"/>
          <w:szCs w:val="18"/>
        </w:rPr>
      </w:pPr>
      <w:proofErr w:type="spellStart"/>
      <w:r w:rsidRPr="00C86A0D">
        <w:rPr>
          <w:rFonts w:ascii="Sylfaen" w:hAnsi="Sylfaen" w:cs="Sylfaen"/>
          <w:sz w:val="18"/>
          <w:szCs w:val="18"/>
        </w:rPr>
        <w:t>წინამდებარე</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ხელშეკრულების</w:t>
      </w:r>
      <w:proofErr w:type="spellEnd"/>
      <w:r w:rsidRPr="00C86A0D">
        <w:rPr>
          <w:rFonts w:cstheme="majorHAnsi"/>
          <w:sz w:val="18"/>
          <w:szCs w:val="18"/>
        </w:rPr>
        <w:t xml:space="preserve"> 6.1. </w:t>
      </w:r>
      <w:proofErr w:type="spellStart"/>
      <w:r w:rsidRPr="00C86A0D">
        <w:rPr>
          <w:rFonts w:ascii="Sylfaen" w:hAnsi="Sylfaen" w:cs="Sylfaen"/>
          <w:sz w:val="18"/>
          <w:szCs w:val="18"/>
        </w:rPr>
        <w:t>მუხლით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განსაზღვრული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მასალის</w:t>
      </w:r>
      <w:proofErr w:type="spellEnd"/>
      <w:r w:rsidRPr="00C86A0D">
        <w:rPr>
          <w:rFonts w:cstheme="majorHAnsi"/>
          <w:sz w:val="18"/>
          <w:szCs w:val="18"/>
        </w:rPr>
        <w:t xml:space="preserve"> </w:t>
      </w:r>
      <w:proofErr w:type="spellStart"/>
      <w:r w:rsidRPr="00C86A0D">
        <w:rPr>
          <w:rFonts w:ascii="Sylfaen" w:hAnsi="Sylfaen" w:cs="Sylfaen"/>
          <w:sz w:val="18"/>
          <w:szCs w:val="18"/>
        </w:rPr>
        <w:t>სახეობა</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ხარისხი</w:t>
      </w:r>
      <w:proofErr w:type="spellEnd"/>
      <w:r w:rsidRPr="00C86A0D">
        <w:rPr>
          <w:rFonts w:cstheme="majorHAnsi"/>
          <w:sz w:val="18"/>
          <w:szCs w:val="18"/>
        </w:rPr>
        <w:t xml:space="preserve"> </w:t>
      </w:r>
      <w:proofErr w:type="spellStart"/>
      <w:r w:rsidRPr="00C86A0D">
        <w:rPr>
          <w:rFonts w:ascii="Sylfaen" w:hAnsi="Sylfaen" w:cs="Sylfaen"/>
          <w:sz w:val="18"/>
          <w:szCs w:val="18"/>
        </w:rPr>
        <w:t>უნდა</w:t>
      </w:r>
      <w:proofErr w:type="spellEnd"/>
      <w:r w:rsidRPr="00C86A0D">
        <w:rPr>
          <w:rFonts w:cstheme="majorHAnsi"/>
          <w:sz w:val="18"/>
          <w:szCs w:val="18"/>
        </w:rPr>
        <w:t xml:space="preserve"> </w:t>
      </w:r>
      <w:proofErr w:type="spellStart"/>
      <w:r w:rsidRPr="00C86A0D">
        <w:rPr>
          <w:rFonts w:ascii="Sylfaen" w:hAnsi="Sylfaen" w:cs="Sylfaen"/>
          <w:sz w:val="18"/>
          <w:szCs w:val="18"/>
        </w:rPr>
        <w:t>შეესაბამებოდეს</w:t>
      </w:r>
      <w:proofErr w:type="spellEnd"/>
      <w:r w:rsidRPr="00C86A0D">
        <w:rPr>
          <w:rFonts w:cstheme="majorHAnsi"/>
          <w:sz w:val="18"/>
          <w:szCs w:val="18"/>
        </w:rPr>
        <w:t xml:space="preserve"> </w:t>
      </w:r>
      <w:proofErr w:type="spellStart"/>
      <w:r w:rsidRPr="00C86A0D">
        <w:rPr>
          <w:rFonts w:ascii="Sylfaen" w:hAnsi="Sylfaen" w:cs="Sylfaen"/>
          <w:sz w:val="18"/>
          <w:szCs w:val="18"/>
        </w:rPr>
        <w:t>საპროექტო</w:t>
      </w:r>
      <w:proofErr w:type="spellEnd"/>
      <w:r w:rsidRPr="00C86A0D">
        <w:rPr>
          <w:rFonts w:cstheme="majorHAnsi"/>
          <w:sz w:val="18"/>
          <w:szCs w:val="18"/>
        </w:rPr>
        <w:t xml:space="preserve"> </w:t>
      </w:r>
      <w:proofErr w:type="spellStart"/>
      <w:r w:rsidRPr="00C86A0D">
        <w:rPr>
          <w:rFonts w:ascii="Sylfaen" w:hAnsi="Sylfaen" w:cs="Sylfaen"/>
          <w:sz w:val="18"/>
          <w:szCs w:val="18"/>
        </w:rPr>
        <w:t>დოკუმენტაციით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განსაზღვრულ</w:t>
      </w:r>
      <w:proofErr w:type="spellEnd"/>
      <w:r w:rsidRPr="00C86A0D">
        <w:rPr>
          <w:rFonts w:cstheme="majorHAnsi"/>
          <w:sz w:val="18"/>
          <w:szCs w:val="18"/>
        </w:rPr>
        <w:t xml:space="preserve"> </w:t>
      </w:r>
      <w:proofErr w:type="spellStart"/>
      <w:r w:rsidRPr="00C86A0D">
        <w:rPr>
          <w:rFonts w:ascii="Sylfaen" w:hAnsi="Sylfaen" w:cs="Sylfaen"/>
          <w:sz w:val="18"/>
          <w:szCs w:val="18"/>
        </w:rPr>
        <w:t>სახეობას</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საქართველოში</w:t>
      </w:r>
      <w:proofErr w:type="spellEnd"/>
      <w:r w:rsidRPr="00C86A0D">
        <w:rPr>
          <w:rFonts w:cstheme="majorHAnsi"/>
          <w:sz w:val="18"/>
          <w:szCs w:val="18"/>
        </w:rPr>
        <w:t xml:space="preserve"> </w:t>
      </w:r>
      <w:proofErr w:type="spellStart"/>
      <w:r w:rsidRPr="00C86A0D">
        <w:rPr>
          <w:rFonts w:ascii="Sylfaen" w:hAnsi="Sylfaen" w:cs="Sylfaen"/>
          <w:sz w:val="18"/>
          <w:szCs w:val="18"/>
        </w:rPr>
        <w:t>მოქმედი</w:t>
      </w:r>
      <w:proofErr w:type="spellEnd"/>
      <w:r w:rsidR="00B709C9">
        <w:rPr>
          <w:rFonts w:ascii="Sylfaen" w:hAnsi="Sylfaen" w:cs="Sylfaen"/>
          <w:sz w:val="18"/>
          <w:szCs w:val="18"/>
        </w:rPr>
        <w:t xml:space="preserve"> </w:t>
      </w:r>
      <w:proofErr w:type="spellStart"/>
      <w:r w:rsidRPr="00C86A0D">
        <w:rPr>
          <w:rFonts w:ascii="Sylfaen" w:hAnsi="Sylfaen" w:cs="Sylfaen"/>
          <w:sz w:val="18"/>
          <w:szCs w:val="18"/>
        </w:rPr>
        <w:t>ნორმებით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ასეთი</w:t>
      </w:r>
      <w:proofErr w:type="spellEnd"/>
      <w:r w:rsidRPr="00C86A0D">
        <w:rPr>
          <w:rFonts w:cstheme="majorHAnsi"/>
          <w:sz w:val="18"/>
          <w:szCs w:val="18"/>
        </w:rPr>
        <w:t xml:space="preserve"> </w:t>
      </w:r>
      <w:proofErr w:type="spellStart"/>
      <w:r w:rsidRPr="00C86A0D">
        <w:rPr>
          <w:rFonts w:ascii="Sylfaen" w:hAnsi="Sylfaen" w:cs="Sylfaen"/>
          <w:sz w:val="18"/>
          <w:szCs w:val="18"/>
        </w:rPr>
        <w:t>სახეობის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მასალაზე</w:t>
      </w:r>
      <w:proofErr w:type="spellEnd"/>
      <w:r w:rsidRPr="00C86A0D">
        <w:rPr>
          <w:rFonts w:cstheme="majorHAnsi"/>
          <w:sz w:val="18"/>
          <w:szCs w:val="18"/>
        </w:rPr>
        <w:t xml:space="preserve"> </w:t>
      </w:r>
      <w:proofErr w:type="spellStart"/>
      <w:r w:rsidRPr="00C86A0D">
        <w:rPr>
          <w:rFonts w:ascii="Sylfaen" w:hAnsi="Sylfaen" w:cs="Sylfaen"/>
          <w:sz w:val="18"/>
          <w:szCs w:val="18"/>
        </w:rPr>
        <w:t>არსებულ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ხარისხობრივ</w:t>
      </w:r>
      <w:proofErr w:type="spellEnd"/>
      <w:r w:rsidRPr="00C86A0D">
        <w:rPr>
          <w:rFonts w:cstheme="majorHAnsi"/>
          <w:sz w:val="18"/>
          <w:szCs w:val="18"/>
        </w:rPr>
        <w:t xml:space="preserve"> </w:t>
      </w:r>
      <w:proofErr w:type="spellStart"/>
      <w:r w:rsidRPr="00C86A0D">
        <w:rPr>
          <w:rFonts w:ascii="Sylfaen" w:hAnsi="Sylfaen" w:cs="Sylfaen"/>
          <w:sz w:val="18"/>
          <w:szCs w:val="18"/>
        </w:rPr>
        <w:t>მოთხოვნებს</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სტანდარტებს</w:t>
      </w:r>
      <w:proofErr w:type="spellEnd"/>
      <w:r w:rsidRPr="00C86A0D">
        <w:rPr>
          <w:rFonts w:cstheme="majorHAnsi"/>
          <w:sz w:val="18"/>
          <w:szCs w:val="18"/>
        </w:rPr>
        <w:t>.</w:t>
      </w:r>
    </w:p>
    <w:p w14:paraId="46514DB3" w14:textId="105AD830" w:rsidR="00521466" w:rsidRDefault="00521466" w:rsidP="00521466">
      <w:pPr>
        <w:pStyle w:val="ListParagraph"/>
        <w:numPr>
          <w:ilvl w:val="1"/>
          <w:numId w:val="13"/>
        </w:numPr>
        <w:rPr>
          <w:rFonts w:cstheme="majorHAnsi"/>
          <w:sz w:val="18"/>
          <w:szCs w:val="18"/>
        </w:rPr>
      </w:pPr>
      <w:proofErr w:type="spellStart"/>
      <w:r w:rsidRPr="00C86A0D">
        <w:rPr>
          <w:rFonts w:ascii="Sylfaen" w:hAnsi="Sylfaen" w:cs="Sylfaen"/>
          <w:sz w:val="18"/>
          <w:szCs w:val="18"/>
        </w:rPr>
        <w:t>წინამდებარე</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ხელშეკრულების</w:t>
      </w:r>
      <w:proofErr w:type="spellEnd"/>
      <w:r w:rsidRPr="00C86A0D">
        <w:rPr>
          <w:rFonts w:cstheme="majorHAnsi"/>
          <w:sz w:val="18"/>
          <w:szCs w:val="18"/>
        </w:rPr>
        <w:t xml:space="preserve"> 6.1. </w:t>
      </w:r>
      <w:proofErr w:type="spellStart"/>
      <w:r w:rsidRPr="00C86A0D">
        <w:rPr>
          <w:rFonts w:ascii="Sylfaen" w:hAnsi="Sylfaen" w:cs="Sylfaen"/>
          <w:sz w:val="18"/>
          <w:szCs w:val="18"/>
        </w:rPr>
        <w:t>მუხლით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განსაზღვრული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მასალის</w:t>
      </w:r>
      <w:proofErr w:type="spellEnd"/>
      <w:r w:rsidRPr="00C86A0D">
        <w:rPr>
          <w:rFonts w:cstheme="majorHAnsi"/>
          <w:sz w:val="18"/>
          <w:szCs w:val="18"/>
        </w:rPr>
        <w:t xml:space="preserve"> </w:t>
      </w:r>
      <w:proofErr w:type="spellStart"/>
      <w:r w:rsidRPr="00C86A0D">
        <w:rPr>
          <w:rFonts w:ascii="Sylfaen" w:hAnsi="Sylfaen" w:cs="Sylfaen"/>
          <w:sz w:val="18"/>
          <w:szCs w:val="18"/>
        </w:rPr>
        <w:t>ხარისხის</w:t>
      </w:r>
      <w:proofErr w:type="spellEnd"/>
      <w:r w:rsidRPr="00C86A0D">
        <w:rPr>
          <w:rFonts w:cstheme="majorHAnsi"/>
          <w:sz w:val="18"/>
          <w:szCs w:val="18"/>
        </w:rPr>
        <w:t xml:space="preserve"> </w:t>
      </w:r>
      <w:proofErr w:type="spellStart"/>
      <w:r w:rsidRPr="00C86A0D">
        <w:rPr>
          <w:rFonts w:ascii="Sylfaen" w:hAnsi="Sylfaen" w:cs="Sylfaen"/>
          <w:sz w:val="18"/>
          <w:szCs w:val="18"/>
        </w:rPr>
        <w:t>ნაკლთან</w:t>
      </w:r>
      <w:proofErr w:type="spellEnd"/>
      <w:r w:rsidRPr="00C86A0D">
        <w:rPr>
          <w:rFonts w:cstheme="majorHAnsi"/>
          <w:sz w:val="18"/>
          <w:szCs w:val="18"/>
        </w:rPr>
        <w:t xml:space="preserve"> </w:t>
      </w:r>
      <w:proofErr w:type="spellStart"/>
      <w:r w:rsidRPr="00C86A0D">
        <w:rPr>
          <w:rFonts w:ascii="Sylfaen" w:hAnsi="Sylfaen" w:cs="Sylfaen"/>
          <w:sz w:val="18"/>
          <w:szCs w:val="18"/>
        </w:rPr>
        <w:t>დაკავშირებით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შეტყობინების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ვალდებულება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სრულად</w:t>
      </w:r>
      <w:proofErr w:type="spellEnd"/>
      <w:r w:rsidRPr="00C86A0D">
        <w:rPr>
          <w:rFonts w:cstheme="majorHAnsi"/>
          <w:sz w:val="18"/>
          <w:szCs w:val="18"/>
        </w:rPr>
        <w:t xml:space="preserve"> </w:t>
      </w:r>
      <w:proofErr w:type="spellStart"/>
      <w:r w:rsidRPr="00C86A0D">
        <w:rPr>
          <w:rFonts w:ascii="Sylfaen" w:hAnsi="Sylfaen" w:cs="Sylfaen"/>
          <w:sz w:val="18"/>
          <w:szCs w:val="18"/>
        </w:rPr>
        <w:t>ეკისრება</w:t>
      </w:r>
      <w:proofErr w:type="spellEnd"/>
      <w:r w:rsidRPr="00C86A0D">
        <w:rPr>
          <w:rFonts w:cstheme="majorHAnsi"/>
          <w:sz w:val="18"/>
          <w:szCs w:val="18"/>
        </w:rPr>
        <w:t xml:space="preserve"> </w:t>
      </w:r>
      <w:proofErr w:type="spellStart"/>
      <w:r w:rsidR="00B709C9">
        <w:rPr>
          <w:rFonts w:ascii="Sylfaen" w:hAnsi="Sylfaen" w:cs="Sylfaen"/>
          <w:sz w:val="18"/>
          <w:szCs w:val="18"/>
        </w:rPr>
        <w:t>მენარდეს</w:t>
      </w:r>
      <w:proofErr w:type="spellEnd"/>
      <w:r w:rsidR="00B709C9">
        <w:rPr>
          <w:rFonts w:cstheme="majorHAnsi"/>
          <w:sz w:val="18"/>
          <w:szCs w:val="18"/>
        </w:rPr>
        <w:t>.</w:t>
      </w:r>
    </w:p>
    <w:p w14:paraId="381E94A2" w14:textId="4D1EB4ED" w:rsidR="00521466" w:rsidRDefault="00521466" w:rsidP="00521466">
      <w:pPr>
        <w:pStyle w:val="ListParagraph"/>
        <w:numPr>
          <w:ilvl w:val="1"/>
          <w:numId w:val="13"/>
        </w:numPr>
        <w:rPr>
          <w:rFonts w:cstheme="majorHAnsi"/>
          <w:sz w:val="18"/>
          <w:szCs w:val="18"/>
        </w:rPr>
      </w:pPr>
      <w:proofErr w:type="spellStart"/>
      <w:r w:rsidRPr="00C86A0D">
        <w:rPr>
          <w:rFonts w:ascii="Sylfaen" w:hAnsi="Sylfaen" w:cs="Sylfaen"/>
          <w:sz w:val="18"/>
          <w:szCs w:val="18"/>
        </w:rPr>
        <w:lastRenderedPageBreak/>
        <w:t>ხელშეკრულების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სხვა</w:t>
      </w:r>
      <w:proofErr w:type="spellEnd"/>
      <w:r w:rsidRPr="00C86A0D">
        <w:rPr>
          <w:rFonts w:cstheme="majorHAnsi"/>
          <w:sz w:val="18"/>
          <w:szCs w:val="18"/>
        </w:rPr>
        <w:t xml:space="preserve"> </w:t>
      </w:r>
      <w:proofErr w:type="spellStart"/>
      <w:r w:rsidRPr="00C86A0D">
        <w:rPr>
          <w:rFonts w:ascii="Sylfaen" w:hAnsi="Sylfaen" w:cs="Sylfaen"/>
          <w:sz w:val="18"/>
          <w:szCs w:val="18"/>
        </w:rPr>
        <w:t>დანართებთან</w:t>
      </w:r>
      <w:proofErr w:type="spellEnd"/>
      <w:r w:rsidRPr="00C86A0D">
        <w:rPr>
          <w:rFonts w:cstheme="majorHAnsi"/>
          <w:sz w:val="18"/>
          <w:szCs w:val="18"/>
        </w:rPr>
        <w:t xml:space="preserve"> </w:t>
      </w:r>
      <w:proofErr w:type="spellStart"/>
      <w:r w:rsidRPr="00C86A0D">
        <w:rPr>
          <w:rFonts w:ascii="Sylfaen" w:hAnsi="Sylfaen" w:cs="Sylfaen"/>
          <w:sz w:val="18"/>
          <w:szCs w:val="18"/>
        </w:rPr>
        <w:t>ერთად</w:t>
      </w:r>
      <w:proofErr w:type="spellEnd"/>
      <w:r w:rsidRPr="00C86A0D">
        <w:rPr>
          <w:rFonts w:cstheme="majorHAnsi"/>
          <w:sz w:val="18"/>
          <w:szCs w:val="18"/>
        </w:rPr>
        <w:t xml:space="preserve"> </w:t>
      </w:r>
      <w:proofErr w:type="spellStart"/>
      <w:r w:rsidR="00B709C9">
        <w:rPr>
          <w:rFonts w:ascii="Sylfaen" w:hAnsi="Sylfaen" w:cs="Sylfaen"/>
          <w:sz w:val="18"/>
          <w:szCs w:val="18"/>
        </w:rPr>
        <w:t>მენარდე</w:t>
      </w:r>
      <w:proofErr w:type="spellEnd"/>
      <w:r w:rsidR="00B709C9">
        <w:rPr>
          <w:rFonts w:ascii="Sylfaen" w:hAnsi="Sylfaen" w:cs="Sylfaen"/>
          <w:sz w:val="18"/>
          <w:szCs w:val="18"/>
        </w:rPr>
        <w:t xml:space="preserve"> </w:t>
      </w:r>
      <w:proofErr w:type="spellStart"/>
      <w:r w:rsidRPr="00C86A0D">
        <w:rPr>
          <w:rFonts w:ascii="Sylfaen" w:hAnsi="Sylfaen" w:cs="Sylfaen"/>
          <w:sz w:val="18"/>
          <w:szCs w:val="18"/>
        </w:rPr>
        <w:t>ვალდებულია</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წარმოადგინოს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შესასყიდი</w:t>
      </w:r>
      <w:proofErr w:type="spellEnd"/>
      <w:r w:rsidRPr="00C86A0D">
        <w:rPr>
          <w:rFonts w:cstheme="majorHAnsi"/>
          <w:sz w:val="18"/>
          <w:szCs w:val="18"/>
        </w:rPr>
        <w:t xml:space="preserve"> </w:t>
      </w:r>
      <w:proofErr w:type="spellStart"/>
      <w:r w:rsidRPr="00C86A0D">
        <w:rPr>
          <w:rFonts w:ascii="Sylfaen" w:hAnsi="Sylfaen" w:cs="Sylfaen"/>
          <w:sz w:val="18"/>
          <w:szCs w:val="18"/>
        </w:rPr>
        <w:t>ძირითადი</w:t>
      </w:r>
      <w:proofErr w:type="spellEnd"/>
      <w:r w:rsidRPr="00C86A0D">
        <w:rPr>
          <w:rFonts w:cstheme="majorHAnsi"/>
          <w:sz w:val="18"/>
          <w:szCs w:val="18"/>
        </w:rPr>
        <w:t xml:space="preserve"> </w:t>
      </w:r>
      <w:proofErr w:type="spellStart"/>
      <w:r w:rsidRPr="00C86A0D">
        <w:rPr>
          <w:rFonts w:ascii="Sylfaen" w:hAnsi="Sylfaen" w:cs="Sylfaen"/>
          <w:sz w:val="18"/>
          <w:szCs w:val="18"/>
        </w:rPr>
        <w:t>მასალების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წარმოშობისა</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ხარისხის</w:t>
      </w:r>
      <w:proofErr w:type="spellEnd"/>
      <w:r w:rsidRPr="00C86A0D">
        <w:rPr>
          <w:rFonts w:cstheme="majorHAnsi"/>
          <w:sz w:val="18"/>
          <w:szCs w:val="18"/>
        </w:rPr>
        <w:t xml:space="preserve"> </w:t>
      </w:r>
      <w:proofErr w:type="spellStart"/>
      <w:r w:rsidRPr="00C86A0D">
        <w:rPr>
          <w:rFonts w:ascii="Sylfaen" w:hAnsi="Sylfaen" w:cs="Sylfaen"/>
          <w:sz w:val="18"/>
          <w:szCs w:val="18"/>
        </w:rPr>
        <w:t>სერთიფიკატები</w:t>
      </w:r>
      <w:proofErr w:type="spellEnd"/>
      <w:r w:rsidRPr="00C86A0D">
        <w:rPr>
          <w:rFonts w:cstheme="majorHAnsi"/>
          <w:sz w:val="18"/>
          <w:szCs w:val="18"/>
        </w:rPr>
        <w:t xml:space="preserve">, </w:t>
      </w:r>
      <w:proofErr w:type="spellStart"/>
      <w:r w:rsidRPr="00C86A0D">
        <w:rPr>
          <w:rFonts w:ascii="Sylfaen" w:hAnsi="Sylfaen" w:cs="Sylfaen"/>
          <w:sz w:val="18"/>
          <w:szCs w:val="18"/>
        </w:rPr>
        <w:t>რომელთა</w:t>
      </w:r>
      <w:proofErr w:type="spellEnd"/>
      <w:r w:rsidRPr="00C86A0D">
        <w:rPr>
          <w:rFonts w:cstheme="majorHAnsi"/>
          <w:sz w:val="18"/>
          <w:szCs w:val="18"/>
        </w:rPr>
        <w:t xml:space="preserve"> </w:t>
      </w:r>
      <w:proofErr w:type="spellStart"/>
      <w:r w:rsidRPr="00C86A0D">
        <w:rPr>
          <w:rFonts w:ascii="Sylfaen" w:hAnsi="Sylfaen" w:cs="Sylfaen"/>
          <w:sz w:val="18"/>
          <w:szCs w:val="18"/>
        </w:rPr>
        <w:t>მონაცემები</w:t>
      </w:r>
      <w:proofErr w:type="spellEnd"/>
      <w:r w:rsidRPr="00C86A0D">
        <w:rPr>
          <w:rFonts w:cstheme="majorHAnsi"/>
          <w:sz w:val="18"/>
          <w:szCs w:val="18"/>
        </w:rPr>
        <w:t xml:space="preserve"> </w:t>
      </w:r>
      <w:proofErr w:type="spellStart"/>
      <w:r w:rsidRPr="00C86A0D">
        <w:rPr>
          <w:rFonts w:ascii="Sylfaen" w:hAnsi="Sylfaen" w:cs="Sylfaen"/>
          <w:sz w:val="18"/>
          <w:szCs w:val="18"/>
        </w:rPr>
        <w:t>უნდა</w:t>
      </w:r>
      <w:proofErr w:type="spellEnd"/>
      <w:r w:rsidRPr="00C86A0D">
        <w:rPr>
          <w:rFonts w:cstheme="majorHAnsi"/>
          <w:sz w:val="18"/>
          <w:szCs w:val="18"/>
        </w:rPr>
        <w:t xml:space="preserve"> </w:t>
      </w:r>
      <w:proofErr w:type="spellStart"/>
      <w:r w:rsidRPr="00C86A0D">
        <w:rPr>
          <w:rFonts w:ascii="Sylfaen" w:hAnsi="Sylfaen" w:cs="Sylfaen"/>
          <w:sz w:val="18"/>
          <w:szCs w:val="18"/>
        </w:rPr>
        <w:t>შეესაბამებოდეს</w:t>
      </w:r>
      <w:proofErr w:type="spellEnd"/>
      <w:r w:rsidRPr="00C86A0D">
        <w:rPr>
          <w:rFonts w:cstheme="majorHAnsi"/>
          <w:sz w:val="18"/>
          <w:szCs w:val="18"/>
        </w:rPr>
        <w:t xml:space="preserve"> </w:t>
      </w:r>
      <w:proofErr w:type="spellStart"/>
      <w:r w:rsidRPr="00C86A0D">
        <w:rPr>
          <w:rFonts w:ascii="Sylfaen" w:hAnsi="Sylfaen" w:cs="Sylfaen"/>
          <w:sz w:val="18"/>
          <w:szCs w:val="18"/>
        </w:rPr>
        <w:t>საქართველოში</w:t>
      </w:r>
      <w:proofErr w:type="spellEnd"/>
      <w:r w:rsidRPr="00C86A0D">
        <w:rPr>
          <w:rFonts w:cstheme="majorHAnsi"/>
          <w:sz w:val="18"/>
          <w:szCs w:val="18"/>
        </w:rPr>
        <w:t xml:space="preserve"> </w:t>
      </w:r>
      <w:proofErr w:type="spellStart"/>
      <w:r w:rsidRPr="00C86A0D">
        <w:rPr>
          <w:rFonts w:ascii="Sylfaen" w:hAnsi="Sylfaen" w:cs="Sylfaen"/>
          <w:sz w:val="18"/>
          <w:szCs w:val="18"/>
        </w:rPr>
        <w:t>მოქმედ</w:t>
      </w:r>
      <w:proofErr w:type="spellEnd"/>
      <w:r w:rsidRPr="00C86A0D">
        <w:rPr>
          <w:rFonts w:cstheme="majorHAnsi"/>
          <w:sz w:val="18"/>
          <w:szCs w:val="18"/>
        </w:rPr>
        <w:t xml:space="preserve"> </w:t>
      </w:r>
      <w:proofErr w:type="spellStart"/>
      <w:r w:rsidRPr="00C86A0D">
        <w:rPr>
          <w:rFonts w:ascii="Sylfaen" w:hAnsi="Sylfaen" w:cs="Sylfaen"/>
          <w:sz w:val="18"/>
          <w:szCs w:val="18"/>
        </w:rPr>
        <w:t>სტანდარტებს</w:t>
      </w:r>
      <w:proofErr w:type="spellEnd"/>
      <w:r w:rsidRPr="00C86A0D">
        <w:rPr>
          <w:rFonts w:cstheme="majorHAnsi"/>
          <w:sz w:val="18"/>
          <w:szCs w:val="18"/>
        </w:rPr>
        <w:t>.</w:t>
      </w:r>
    </w:p>
    <w:p w14:paraId="0838E512" w14:textId="71A79823" w:rsidR="00521466" w:rsidRDefault="00B709C9" w:rsidP="00521466">
      <w:pPr>
        <w:pStyle w:val="ListParagraph"/>
        <w:numPr>
          <w:ilvl w:val="1"/>
          <w:numId w:val="13"/>
        </w:numPr>
        <w:rPr>
          <w:rFonts w:cstheme="majorHAnsi"/>
          <w:sz w:val="18"/>
          <w:szCs w:val="18"/>
        </w:rPr>
      </w:pPr>
      <w:proofErr w:type="spellStart"/>
      <w:r>
        <w:rPr>
          <w:rFonts w:ascii="Sylfaen" w:hAnsi="Sylfaen" w:cs="Sylfaen"/>
          <w:sz w:val="18"/>
          <w:szCs w:val="18"/>
        </w:rPr>
        <w:t>მენარდე</w:t>
      </w:r>
      <w:proofErr w:type="spellEnd"/>
      <w:r>
        <w:rPr>
          <w:rFonts w:ascii="Sylfaen" w:hAnsi="Sylfaen" w:cs="Sylfaen"/>
          <w:sz w:val="18"/>
          <w:szCs w:val="18"/>
        </w:rPr>
        <w:t xml:space="preserve"> </w:t>
      </w:r>
      <w:proofErr w:type="spellStart"/>
      <w:r w:rsidR="00521466" w:rsidRPr="00C86A0D">
        <w:rPr>
          <w:rFonts w:ascii="Sylfaen" w:hAnsi="Sylfaen" w:cs="Sylfaen"/>
          <w:sz w:val="18"/>
          <w:szCs w:val="18"/>
        </w:rPr>
        <w:t>ვალდებულია</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დადგენილი</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წესით</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აკონტროლოს</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ბეტონის</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ხარისხი</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კერძოდ</w:t>
      </w:r>
      <w:proofErr w:type="spellEnd"/>
      <w:r w:rsidR="002C2804">
        <w:rPr>
          <w:rFonts w:cstheme="majorHAnsi"/>
          <w:sz w:val="18"/>
          <w:szCs w:val="18"/>
        </w:rPr>
        <w:t xml:space="preserve">: </w:t>
      </w:r>
      <w:proofErr w:type="spellStart"/>
      <w:r w:rsidR="00521466" w:rsidRPr="00C86A0D">
        <w:rPr>
          <w:rFonts w:ascii="Sylfaen" w:hAnsi="Sylfaen" w:cs="Sylfaen"/>
          <w:sz w:val="18"/>
          <w:szCs w:val="18"/>
        </w:rPr>
        <w:t>უზრუნველყოს</w:t>
      </w:r>
      <w:proofErr w:type="spellEnd"/>
      <w:r w:rsidR="00521466" w:rsidRPr="00C86A0D">
        <w:rPr>
          <w:rFonts w:cstheme="majorHAnsi"/>
          <w:sz w:val="18"/>
          <w:szCs w:val="18"/>
        </w:rPr>
        <w:t xml:space="preserve"> </w:t>
      </w:r>
      <w:r w:rsidR="00521466">
        <w:rPr>
          <w:rFonts w:ascii="Sylfaen" w:hAnsi="Sylfaen" w:cs="Sylfaen"/>
          <w:sz w:val="18"/>
          <w:szCs w:val="18"/>
          <w:lang w:val="ka-GE"/>
        </w:rPr>
        <w:t xml:space="preserve">სამშენებლო </w:t>
      </w:r>
      <w:proofErr w:type="spellStart"/>
      <w:r w:rsidR="00521466" w:rsidRPr="00C86A0D">
        <w:rPr>
          <w:rFonts w:ascii="Sylfaen" w:hAnsi="Sylfaen" w:cs="Sylfaen"/>
          <w:sz w:val="18"/>
          <w:szCs w:val="18"/>
        </w:rPr>
        <w:t>მოედანზე</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მიწოდებული</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ბეტონის</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ყოველი</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პარტიიდან</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ერთ</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ჯერზე</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მოწოდებული</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პროდუქციის</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მოცულობიდან</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მომწოდებლის</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მიერ</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შესაბამისი</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რაოდენობის</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სინჯების</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აღება</w:t>
      </w:r>
      <w:proofErr w:type="spellEnd"/>
      <w:r w:rsidR="00521466" w:rsidRPr="00C86A0D">
        <w:rPr>
          <w:rFonts w:cstheme="majorHAnsi"/>
          <w:sz w:val="18"/>
          <w:szCs w:val="18"/>
        </w:rPr>
        <w:t xml:space="preserve"> (</w:t>
      </w:r>
      <w:proofErr w:type="spellStart"/>
      <w:r w:rsidR="00521466" w:rsidRPr="00C86A0D">
        <w:rPr>
          <w:rFonts w:ascii="Sylfaen" w:hAnsi="Sylfaen" w:cs="Sylfaen"/>
          <w:sz w:val="18"/>
          <w:szCs w:val="18"/>
        </w:rPr>
        <w:t>არანაკლებ</w:t>
      </w:r>
      <w:proofErr w:type="spellEnd"/>
      <w:r w:rsidR="00521466" w:rsidRPr="00C86A0D">
        <w:rPr>
          <w:rFonts w:cstheme="majorHAnsi"/>
          <w:sz w:val="18"/>
          <w:szCs w:val="18"/>
        </w:rPr>
        <w:t xml:space="preserve"> 2 </w:t>
      </w:r>
      <w:proofErr w:type="spellStart"/>
      <w:r w:rsidR="00521466" w:rsidRPr="00C86A0D">
        <w:rPr>
          <w:rFonts w:ascii="Sylfaen" w:hAnsi="Sylfaen" w:cs="Sylfaen"/>
          <w:sz w:val="18"/>
          <w:szCs w:val="18"/>
        </w:rPr>
        <w:t>ცალი</w:t>
      </w:r>
      <w:proofErr w:type="spellEnd"/>
      <w:r w:rsidR="00521466" w:rsidRPr="00C86A0D">
        <w:rPr>
          <w:rFonts w:cstheme="majorHAnsi"/>
          <w:sz w:val="18"/>
          <w:szCs w:val="18"/>
        </w:rPr>
        <w:t>).</w:t>
      </w:r>
    </w:p>
    <w:p w14:paraId="09B88B54" w14:textId="5090E668" w:rsidR="00521466" w:rsidRPr="00C86A0D" w:rsidRDefault="00521466" w:rsidP="00521466">
      <w:pPr>
        <w:ind w:left="360"/>
        <w:rPr>
          <w:rFonts w:ascii="Sylfaen" w:hAnsi="Sylfaen" w:cstheme="majorHAnsi"/>
          <w:sz w:val="18"/>
          <w:szCs w:val="18"/>
          <w:lang w:val="ka-GE"/>
        </w:rPr>
      </w:pPr>
      <w:r w:rsidRPr="00C86A0D">
        <w:rPr>
          <w:rFonts w:ascii="Sylfaen" w:hAnsi="Sylfaen" w:cstheme="majorHAnsi"/>
          <w:sz w:val="18"/>
          <w:szCs w:val="18"/>
          <w:lang w:val="ka-GE"/>
        </w:rPr>
        <w:t>6.5.1.</w:t>
      </w:r>
      <w:r w:rsidRPr="00C86A0D">
        <w:rPr>
          <w:rFonts w:cstheme="majorHAnsi"/>
          <w:sz w:val="18"/>
          <w:szCs w:val="18"/>
        </w:rPr>
        <w:t xml:space="preserve"> </w:t>
      </w:r>
      <w:proofErr w:type="spellStart"/>
      <w:r w:rsidR="00355002">
        <w:rPr>
          <w:rFonts w:ascii="Sylfaen" w:hAnsi="Sylfaen" w:cs="Sylfaen"/>
          <w:sz w:val="18"/>
          <w:szCs w:val="18"/>
        </w:rPr>
        <w:t>მენარდე</w:t>
      </w:r>
      <w:proofErr w:type="spellEnd"/>
      <w:r w:rsidR="00355002">
        <w:rPr>
          <w:rFonts w:ascii="Sylfaen" w:hAnsi="Sylfaen" w:cs="Sylfaen"/>
          <w:sz w:val="18"/>
          <w:szCs w:val="18"/>
        </w:rPr>
        <w:t xml:space="preserve"> </w:t>
      </w:r>
      <w:proofErr w:type="spellStart"/>
      <w:r w:rsidRPr="00C86A0D">
        <w:rPr>
          <w:rFonts w:ascii="Sylfaen" w:hAnsi="Sylfaen" w:cs="Sylfaen"/>
          <w:sz w:val="18"/>
          <w:szCs w:val="18"/>
        </w:rPr>
        <w:t>ვალდებულია</w:t>
      </w:r>
      <w:proofErr w:type="spellEnd"/>
      <w:r w:rsidRPr="00C86A0D">
        <w:rPr>
          <w:rFonts w:cstheme="majorHAnsi"/>
          <w:sz w:val="18"/>
          <w:szCs w:val="18"/>
        </w:rPr>
        <w:t xml:space="preserve"> </w:t>
      </w:r>
      <w:proofErr w:type="spellStart"/>
      <w:r w:rsidRPr="00C86A0D">
        <w:rPr>
          <w:rFonts w:ascii="Sylfaen" w:hAnsi="Sylfaen" w:cs="Sylfaen"/>
          <w:sz w:val="18"/>
          <w:szCs w:val="18"/>
        </w:rPr>
        <w:t>ყოველ</w:t>
      </w:r>
      <w:proofErr w:type="spellEnd"/>
      <w:r w:rsidRPr="00C86A0D">
        <w:rPr>
          <w:rFonts w:cstheme="majorHAnsi"/>
          <w:sz w:val="18"/>
          <w:szCs w:val="18"/>
        </w:rPr>
        <w:t xml:space="preserve"> </w:t>
      </w:r>
      <w:proofErr w:type="spellStart"/>
      <w:r w:rsidRPr="00C86A0D">
        <w:rPr>
          <w:rFonts w:ascii="Sylfaen" w:hAnsi="Sylfaen" w:cs="Sylfaen"/>
          <w:sz w:val="18"/>
          <w:szCs w:val="18"/>
        </w:rPr>
        <w:t>ჯერზე</w:t>
      </w:r>
      <w:proofErr w:type="spellEnd"/>
      <w:r w:rsidR="00355002">
        <w:rPr>
          <w:rFonts w:ascii="Sylfaen" w:hAnsi="Sylfaen" w:cs="Sylfaen"/>
          <w:sz w:val="18"/>
          <w:szCs w:val="18"/>
        </w:rPr>
        <w:t xml:space="preserve">, </w:t>
      </w:r>
      <w:proofErr w:type="spellStart"/>
      <w:r w:rsidRPr="00C86A0D">
        <w:rPr>
          <w:rFonts w:ascii="Sylfaen" w:hAnsi="Sylfaen" w:cs="Sylfaen"/>
          <w:sz w:val="18"/>
          <w:szCs w:val="18"/>
        </w:rPr>
        <w:t>წინასწარ</w:t>
      </w:r>
      <w:proofErr w:type="spellEnd"/>
      <w:r w:rsidRPr="00C86A0D">
        <w:rPr>
          <w:rFonts w:cstheme="majorHAnsi"/>
          <w:sz w:val="18"/>
          <w:szCs w:val="18"/>
        </w:rPr>
        <w:t xml:space="preserve">, </w:t>
      </w:r>
      <w:proofErr w:type="spellStart"/>
      <w:r w:rsidRPr="00C86A0D">
        <w:rPr>
          <w:rFonts w:ascii="Sylfaen" w:hAnsi="Sylfaen" w:cs="Sylfaen"/>
          <w:sz w:val="18"/>
          <w:szCs w:val="18"/>
        </w:rPr>
        <w:t>ერთი</w:t>
      </w:r>
      <w:proofErr w:type="spellEnd"/>
      <w:r w:rsidRPr="00C86A0D">
        <w:rPr>
          <w:rFonts w:cstheme="majorHAnsi"/>
          <w:sz w:val="18"/>
          <w:szCs w:val="18"/>
        </w:rPr>
        <w:t xml:space="preserve"> </w:t>
      </w:r>
      <w:proofErr w:type="spellStart"/>
      <w:r w:rsidRPr="00C86A0D">
        <w:rPr>
          <w:rFonts w:ascii="Sylfaen" w:hAnsi="Sylfaen" w:cs="Sylfaen"/>
          <w:sz w:val="18"/>
          <w:szCs w:val="18"/>
        </w:rPr>
        <w:t>თვით</w:t>
      </w:r>
      <w:proofErr w:type="spellEnd"/>
      <w:r w:rsidRPr="00C86A0D">
        <w:rPr>
          <w:rFonts w:cstheme="majorHAnsi"/>
          <w:sz w:val="18"/>
          <w:szCs w:val="18"/>
        </w:rPr>
        <w:t xml:space="preserve"> </w:t>
      </w:r>
      <w:proofErr w:type="spellStart"/>
      <w:r w:rsidRPr="00C86A0D">
        <w:rPr>
          <w:rFonts w:ascii="Sylfaen" w:hAnsi="Sylfaen" w:cs="Sylfaen"/>
          <w:sz w:val="18"/>
          <w:szCs w:val="18"/>
        </w:rPr>
        <w:t>ადრე</w:t>
      </w:r>
      <w:proofErr w:type="spellEnd"/>
      <w:r w:rsidRPr="00C86A0D">
        <w:rPr>
          <w:rFonts w:cstheme="majorHAnsi"/>
          <w:sz w:val="18"/>
          <w:szCs w:val="18"/>
        </w:rPr>
        <w:t xml:space="preserve"> </w:t>
      </w:r>
      <w:proofErr w:type="spellStart"/>
      <w:r w:rsidRPr="00C86A0D">
        <w:rPr>
          <w:rFonts w:ascii="Sylfaen" w:hAnsi="Sylfaen" w:cs="Sylfaen"/>
          <w:sz w:val="18"/>
          <w:szCs w:val="18"/>
        </w:rPr>
        <w:t>წარუდგინოს</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დამკვეთს</w:t>
      </w:r>
      <w:proofErr w:type="spellEnd"/>
      <w:r w:rsidRPr="00C86A0D">
        <w:rPr>
          <w:rFonts w:cstheme="majorHAnsi"/>
          <w:sz w:val="18"/>
          <w:szCs w:val="18"/>
        </w:rPr>
        <w:t xml:space="preserve"> </w:t>
      </w:r>
      <w:proofErr w:type="spellStart"/>
      <w:r w:rsidRPr="00C86A0D">
        <w:rPr>
          <w:rFonts w:ascii="Sylfaen" w:hAnsi="Sylfaen" w:cs="Sylfaen"/>
          <w:sz w:val="18"/>
          <w:szCs w:val="18"/>
        </w:rPr>
        <w:t>ბეტონის</w:t>
      </w:r>
      <w:proofErr w:type="spellEnd"/>
      <w:r w:rsidRPr="00C86A0D">
        <w:rPr>
          <w:rFonts w:cstheme="majorHAnsi"/>
          <w:sz w:val="18"/>
          <w:szCs w:val="18"/>
        </w:rPr>
        <w:t xml:space="preserve"> </w:t>
      </w:r>
      <w:proofErr w:type="spellStart"/>
      <w:r w:rsidRPr="00C86A0D">
        <w:rPr>
          <w:rFonts w:ascii="Sylfaen" w:hAnsi="Sylfaen" w:cs="Sylfaen"/>
          <w:sz w:val="18"/>
          <w:szCs w:val="18"/>
        </w:rPr>
        <w:t>ჩასხმების</w:t>
      </w:r>
      <w:proofErr w:type="spellEnd"/>
      <w:r w:rsidRPr="00C86A0D">
        <w:rPr>
          <w:rFonts w:cstheme="majorHAnsi"/>
          <w:sz w:val="18"/>
          <w:szCs w:val="18"/>
        </w:rPr>
        <w:t xml:space="preserve"> 1 (</w:t>
      </w:r>
      <w:proofErr w:type="spellStart"/>
      <w:r w:rsidRPr="00C86A0D">
        <w:rPr>
          <w:rFonts w:ascii="Sylfaen" w:hAnsi="Sylfaen" w:cs="Sylfaen"/>
          <w:sz w:val="18"/>
          <w:szCs w:val="18"/>
        </w:rPr>
        <w:t>ერთი</w:t>
      </w:r>
      <w:proofErr w:type="spellEnd"/>
      <w:r w:rsidRPr="00C86A0D">
        <w:rPr>
          <w:rFonts w:cstheme="majorHAnsi"/>
          <w:sz w:val="18"/>
          <w:szCs w:val="18"/>
        </w:rPr>
        <w:t xml:space="preserve">) </w:t>
      </w:r>
      <w:proofErr w:type="spellStart"/>
      <w:r w:rsidRPr="00C86A0D">
        <w:rPr>
          <w:rFonts w:ascii="Sylfaen" w:hAnsi="Sylfaen" w:cs="Sylfaen"/>
          <w:sz w:val="18"/>
          <w:szCs w:val="18"/>
        </w:rPr>
        <w:t>თვიანი</w:t>
      </w:r>
      <w:proofErr w:type="spellEnd"/>
      <w:r w:rsidRPr="00C86A0D">
        <w:rPr>
          <w:rFonts w:cstheme="majorHAnsi"/>
          <w:sz w:val="18"/>
          <w:szCs w:val="18"/>
        </w:rPr>
        <w:t xml:space="preserve"> </w:t>
      </w:r>
      <w:proofErr w:type="spellStart"/>
      <w:r w:rsidRPr="00C86A0D">
        <w:rPr>
          <w:rFonts w:ascii="Sylfaen" w:hAnsi="Sylfaen" w:cs="Sylfaen"/>
          <w:sz w:val="18"/>
          <w:szCs w:val="18"/>
        </w:rPr>
        <w:t>გრაფიკი</w:t>
      </w:r>
      <w:proofErr w:type="spellEnd"/>
      <w:r w:rsidRPr="00C86A0D">
        <w:rPr>
          <w:rFonts w:cstheme="majorHAnsi"/>
          <w:sz w:val="18"/>
          <w:szCs w:val="18"/>
        </w:rPr>
        <w:t xml:space="preserve"> (</w:t>
      </w:r>
      <w:proofErr w:type="spellStart"/>
      <w:r w:rsidRPr="00C86A0D">
        <w:rPr>
          <w:rFonts w:ascii="Sylfaen" w:hAnsi="Sylfaen" w:cs="Sylfaen"/>
          <w:sz w:val="18"/>
          <w:szCs w:val="18"/>
        </w:rPr>
        <w:t>ჩასხმის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დაწყების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დღისა</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დროის</w:t>
      </w:r>
      <w:proofErr w:type="spellEnd"/>
      <w:r w:rsidRPr="00C86A0D">
        <w:rPr>
          <w:rFonts w:cstheme="majorHAnsi"/>
          <w:sz w:val="18"/>
          <w:szCs w:val="18"/>
        </w:rPr>
        <w:t>/</w:t>
      </w:r>
      <w:proofErr w:type="spellStart"/>
      <w:r w:rsidRPr="00C86A0D">
        <w:rPr>
          <w:rFonts w:ascii="Sylfaen" w:hAnsi="Sylfaen" w:cs="Sylfaen"/>
          <w:sz w:val="18"/>
          <w:szCs w:val="18"/>
        </w:rPr>
        <w:t>საათის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მითითებით</w:t>
      </w:r>
      <w:proofErr w:type="spellEnd"/>
      <w:r w:rsidRPr="00C86A0D">
        <w:rPr>
          <w:rFonts w:cstheme="majorHAnsi"/>
          <w:sz w:val="18"/>
          <w:szCs w:val="18"/>
        </w:rPr>
        <w:t>).</w:t>
      </w:r>
    </w:p>
    <w:p w14:paraId="07C5DA4E" w14:textId="69371D7F" w:rsidR="00521466" w:rsidRDefault="00521466" w:rsidP="00521466">
      <w:pPr>
        <w:pStyle w:val="ListParagraph"/>
        <w:numPr>
          <w:ilvl w:val="1"/>
          <w:numId w:val="13"/>
        </w:numPr>
        <w:rPr>
          <w:rFonts w:cstheme="majorHAnsi"/>
          <w:sz w:val="18"/>
          <w:szCs w:val="18"/>
        </w:rPr>
      </w:pPr>
      <w:proofErr w:type="spellStart"/>
      <w:r w:rsidRPr="00C86A0D">
        <w:rPr>
          <w:rFonts w:ascii="Sylfaen" w:hAnsi="Sylfaen" w:cs="Sylfaen"/>
          <w:sz w:val="18"/>
          <w:szCs w:val="18"/>
        </w:rPr>
        <w:t>მხარეები</w:t>
      </w:r>
      <w:proofErr w:type="spellEnd"/>
      <w:r w:rsidRPr="00C86A0D">
        <w:rPr>
          <w:rFonts w:cstheme="majorHAnsi"/>
          <w:sz w:val="18"/>
          <w:szCs w:val="18"/>
        </w:rPr>
        <w:t xml:space="preserve"> </w:t>
      </w:r>
      <w:proofErr w:type="spellStart"/>
      <w:r w:rsidRPr="00C86A0D">
        <w:rPr>
          <w:rFonts w:ascii="Sylfaen" w:hAnsi="Sylfaen" w:cs="Sylfaen"/>
          <w:sz w:val="18"/>
          <w:szCs w:val="18"/>
        </w:rPr>
        <w:t>თანხმდებიან</w:t>
      </w:r>
      <w:proofErr w:type="spellEnd"/>
      <w:r w:rsidRPr="00C86A0D">
        <w:rPr>
          <w:rFonts w:cstheme="majorHAnsi"/>
          <w:sz w:val="18"/>
          <w:szCs w:val="18"/>
        </w:rPr>
        <w:t xml:space="preserve">, </w:t>
      </w:r>
      <w:proofErr w:type="spellStart"/>
      <w:r w:rsidRPr="00C86A0D">
        <w:rPr>
          <w:rFonts w:ascii="Sylfaen" w:hAnsi="Sylfaen" w:cs="Sylfaen"/>
          <w:sz w:val="18"/>
          <w:szCs w:val="18"/>
        </w:rPr>
        <w:t>რომ</w:t>
      </w:r>
      <w:proofErr w:type="spellEnd"/>
      <w:r w:rsidRPr="00C86A0D">
        <w:rPr>
          <w:rFonts w:cstheme="majorHAnsi"/>
          <w:sz w:val="18"/>
          <w:szCs w:val="18"/>
        </w:rPr>
        <w:t xml:space="preserve"> </w:t>
      </w:r>
      <w:proofErr w:type="spellStart"/>
      <w:r w:rsidRPr="00C86A0D">
        <w:rPr>
          <w:rFonts w:ascii="Sylfaen" w:hAnsi="Sylfaen" w:cs="Sylfaen"/>
          <w:sz w:val="18"/>
          <w:szCs w:val="18"/>
        </w:rPr>
        <w:t>ყოველ</w:t>
      </w:r>
      <w:proofErr w:type="spellEnd"/>
      <w:r w:rsidRPr="00C86A0D">
        <w:rPr>
          <w:rFonts w:cstheme="majorHAnsi"/>
          <w:sz w:val="18"/>
          <w:szCs w:val="18"/>
        </w:rPr>
        <w:t xml:space="preserve"> </w:t>
      </w:r>
      <w:proofErr w:type="spellStart"/>
      <w:r w:rsidRPr="00C86A0D">
        <w:rPr>
          <w:rFonts w:ascii="Sylfaen" w:hAnsi="Sylfaen" w:cs="Sylfaen"/>
          <w:sz w:val="18"/>
          <w:szCs w:val="18"/>
        </w:rPr>
        <w:t>ცალკეულ</w:t>
      </w:r>
      <w:proofErr w:type="spellEnd"/>
      <w:r w:rsidRPr="00C86A0D">
        <w:rPr>
          <w:rFonts w:cstheme="majorHAnsi"/>
          <w:sz w:val="18"/>
          <w:szCs w:val="18"/>
        </w:rPr>
        <w:t xml:space="preserve"> </w:t>
      </w:r>
      <w:proofErr w:type="spellStart"/>
      <w:r w:rsidRPr="00C86A0D">
        <w:rPr>
          <w:rFonts w:ascii="Sylfaen" w:hAnsi="Sylfaen" w:cs="Sylfaen"/>
          <w:sz w:val="18"/>
          <w:szCs w:val="18"/>
        </w:rPr>
        <w:t>საანგარიშო</w:t>
      </w:r>
      <w:proofErr w:type="spellEnd"/>
      <w:r w:rsidRPr="00C86A0D">
        <w:rPr>
          <w:rFonts w:cstheme="majorHAnsi"/>
          <w:sz w:val="18"/>
          <w:szCs w:val="18"/>
        </w:rPr>
        <w:t xml:space="preserve"> </w:t>
      </w:r>
      <w:proofErr w:type="spellStart"/>
      <w:r w:rsidRPr="00C86A0D">
        <w:rPr>
          <w:rFonts w:ascii="Sylfaen" w:hAnsi="Sylfaen" w:cs="Sylfaen"/>
          <w:sz w:val="18"/>
          <w:szCs w:val="18"/>
        </w:rPr>
        <w:t>პერიოდში</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შესყიდული</w:t>
      </w:r>
      <w:proofErr w:type="spellEnd"/>
      <w:r w:rsidRPr="00C86A0D">
        <w:rPr>
          <w:rFonts w:cstheme="majorHAnsi"/>
          <w:sz w:val="18"/>
          <w:szCs w:val="18"/>
        </w:rPr>
        <w:t xml:space="preserve"> </w:t>
      </w:r>
      <w:proofErr w:type="spellStart"/>
      <w:r w:rsidRPr="00C86A0D">
        <w:rPr>
          <w:rFonts w:ascii="Sylfaen" w:hAnsi="Sylfaen" w:cs="Sylfaen"/>
          <w:sz w:val="18"/>
          <w:szCs w:val="18"/>
        </w:rPr>
        <w:t>მასალების</w:t>
      </w:r>
      <w:proofErr w:type="spellEnd"/>
      <w:r w:rsidRPr="00C86A0D">
        <w:rPr>
          <w:rFonts w:cstheme="majorHAnsi"/>
          <w:sz w:val="18"/>
          <w:szCs w:val="18"/>
        </w:rPr>
        <w:t xml:space="preserve"> </w:t>
      </w:r>
      <w:r>
        <w:rPr>
          <w:rFonts w:ascii="Sylfaen" w:hAnsi="Sylfaen" w:cstheme="majorHAnsi"/>
          <w:sz w:val="18"/>
          <w:szCs w:val="18"/>
          <w:lang w:val="ka-GE"/>
        </w:rPr>
        <w:t xml:space="preserve">(მათი არსებობის შემთხვევაში) </w:t>
      </w:r>
      <w:proofErr w:type="spellStart"/>
      <w:r w:rsidRPr="00C86A0D">
        <w:rPr>
          <w:rFonts w:ascii="Sylfaen" w:hAnsi="Sylfaen" w:cs="Sylfaen"/>
          <w:sz w:val="18"/>
          <w:szCs w:val="18"/>
        </w:rPr>
        <w:t>სახარჯთაღრიცხვო</w:t>
      </w:r>
      <w:proofErr w:type="spellEnd"/>
      <w:r w:rsidRPr="00C86A0D">
        <w:rPr>
          <w:rFonts w:cstheme="majorHAnsi"/>
          <w:sz w:val="18"/>
          <w:szCs w:val="18"/>
        </w:rPr>
        <w:t xml:space="preserve"> </w:t>
      </w:r>
      <w:proofErr w:type="spellStart"/>
      <w:r w:rsidRPr="00C86A0D">
        <w:rPr>
          <w:rFonts w:ascii="Sylfaen" w:hAnsi="Sylfaen" w:cs="Sylfaen"/>
          <w:sz w:val="18"/>
          <w:szCs w:val="18"/>
        </w:rPr>
        <w:t>ღირებულებები</w:t>
      </w:r>
      <w:proofErr w:type="spellEnd"/>
      <w:r w:rsidRPr="00C86A0D">
        <w:rPr>
          <w:rFonts w:cstheme="majorHAnsi"/>
          <w:sz w:val="18"/>
          <w:szCs w:val="18"/>
        </w:rPr>
        <w:t xml:space="preserve"> (</w:t>
      </w:r>
      <w:proofErr w:type="spellStart"/>
      <w:r w:rsidRPr="00C86A0D">
        <w:rPr>
          <w:rFonts w:ascii="Sylfaen" w:hAnsi="Sylfaen" w:cs="Sylfaen"/>
          <w:sz w:val="18"/>
          <w:szCs w:val="18"/>
        </w:rPr>
        <w:t>დარიცხვების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გარეშე</w:t>
      </w:r>
      <w:proofErr w:type="spellEnd"/>
      <w:r w:rsidRPr="00C86A0D">
        <w:rPr>
          <w:rFonts w:cstheme="majorHAnsi"/>
          <w:sz w:val="18"/>
          <w:szCs w:val="18"/>
        </w:rPr>
        <w:t xml:space="preserve">) </w:t>
      </w:r>
      <w:proofErr w:type="spellStart"/>
      <w:r w:rsidRPr="00C86A0D">
        <w:rPr>
          <w:rFonts w:ascii="Sylfaen" w:hAnsi="Sylfaen" w:cs="Sylfaen"/>
          <w:sz w:val="18"/>
          <w:szCs w:val="18"/>
        </w:rPr>
        <w:t>გამოაკლდება</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ეტაპის</w:t>
      </w:r>
      <w:proofErr w:type="spellEnd"/>
      <w:r w:rsidRPr="00C86A0D">
        <w:rPr>
          <w:rFonts w:cstheme="majorHAnsi"/>
          <w:sz w:val="18"/>
          <w:szCs w:val="18"/>
        </w:rPr>
        <w:t xml:space="preserve"> </w:t>
      </w:r>
      <w:proofErr w:type="spellStart"/>
      <w:r w:rsidRPr="00C86A0D">
        <w:rPr>
          <w:rFonts w:ascii="Sylfaen" w:hAnsi="Sylfaen" w:cs="Sylfaen"/>
          <w:sz w:val="18"/>
          <w:szCs w:val="18"/>
        </w:rPr>
        <w:t>ფორმა</w:t>
      </w:r>
      <w:proofErr w:type="spellEnd"/>
      <w:r w:rsidRPr="00C86A0D">
        <w:rPr>
          <w:rFonts w:cstheme="majorHAnsi"/>
          <w:sz w:val="18"/>
          <w:szCs w:val="18"/>
        </w:rPr>
        <w:t xml:space="preserve"> #2-</w:t>
      </w:r>
      <w:r w:rsidRPr="00C86A0D">
        <w:rPr>
          <w:rFonts w:ascii="Sylfaen" w:hAnsi="Sylfaen" w:cs="Sylfaen"/>
          <w:sz w:val="18"/>
          <w:szCs w:val="18"/>
        </w:rPr>
        <w:t>ით</w:t>
      </w:r>
      <w:r w:rsidRPr="00C86A0D">
        <w:rPr>
          <w:rFonts w:cstheme="majorHAnsi"/>
          <w:sz w:val="18"/>
          <w:szCs w:val="18"/>
        </w:rPr>
        <w:t xml:space="preserve"> </w:t>
      </w:r>
      <w:proofErr w:type="spellStart"/>
      <w:r w:rsidRPr="00C86A0D">
        <w:rPr>
          <w:rFonts w:ascii="Sylfaen" w:hAnsi="Sylfaen" w:cs="Sylfaen"/>
          <w:sz w:val="18"/>
          <w:szCs w:val="18"/>
        </w:rPr>
        <w:t>განსაზღვრულ</w:t>
      </w:r>
      <w:proofErr w:type="spellEnd"/>
      <w:r w:rsidRPr="00C86A0D">
        <w:rPr>
          <w:rFonts w:cstheme="majorHAnsi"/>
          <w:sz w:val="18"/>
          <w:szCs w:val="18"/>
        </w:rPr>
        <w:t xml:space="preserve"> </w:t>
      </w:r>
      <w:proofErr w:type="spellStart"/>
      <w:r w:rsidR="003377EA">
        <w:rPr>
          <w:rFonts w:ascii="Sylfaen" w:hAnsi="Sylfaen" w:cs="Sylfaen"/>
          <w:sz w:val="18"/>
          <w:szCs w:val="18"/>
        </w:rPr>
        <w:t>მენარდის</w:t>
      </w:r>
      <w:proofErr w:type="spellEnd"/>
      <w:r w:rsidR="003377EA">
        <w:rPr>
          <w:rFonts w:ascii="Sylfaen" w:hAnsi="Sylfaen" w:cs="Sylfaen"/>
          <w:sz w:val="18"/>
          <w:szCs w:val="18"/>
        </w:rPr>
        <w:t xml:space="preserve"> </w:t>
      </w:r>
      <w:proofErr w:type="spellStart"/>
      <w:r w:rsidRPr="00C86A0D">
        <w:rPr>
          <w:rFonts w:ascii="Sylfaen" w:hAnsi="Sylfaen" w:cs="Sylfaen"/>
          <w:sz w:val="18"/>
          <w:szCs w:val="18"/>
        </w:rPr>
        <w:t>მიერ</w:t>
      </w:r>
      <w:proofErr w:type="spellEnd"/>
      <w:r w:rsidR="003377EA">
        <w:rPr>
          <w:rFonts w:ascii="Sylfaen" w:hAnsi="Sylfaen" w:cs="Sylfaen"/>
          <w:sz w:val="18"/>
          <w:szCs w:val="18"/>
        </w:rPr>
        <w:t xml:space="preserve"> </w:t>
      </w:r>
      <w:proofErr w:type="spellStart"/>
      <w:r w:rsidRPr="00C86A0D">
        <w:rPr>
          <w:rFonts w:ascii="Sylfaen" w:hAnsi="Sylfaen" w:cs="Sylfaen"/>
          <w:sz w:val="18"/>
          <w:szCs w:val="18"/>
        </w:rPr>
        <w:t>შესრულებული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ღირებულებას</w:t>
      </w:r>
      <w:proofErr w:type="spellEnd"/>
      <w:r w:rsidRPr="00C86A0D">
        <w:rPr>
          <w:rFonts w:cstheme="majorHAnsi"/>
          <w:sz w:val="18"/>
          <w:szCs w:val="18"/>
        </w:rPr>
        <w:t>.</w:t>
      </w:r>
    </w:p>
    <w:p w14:paraId="4C548C12" w14:textId="55C3FDF1" w:rsidR="00521466" w:rsidRDefault="00521466" w:rsidP="00521466">
      <w:pPr>
        <w:pStyle w:val="ListParagraph"/>
        <w:numPr>
          <w:ilvl w:val="1"/>
          <w:numId w:val="13"/>
        </w:numPr>
        <w:rPr>
          <w:rFonts w:cstheme="majorHAnsi"/>
          <w:sz w:val="18"/>
          <w:szCs w:val="18"/>
        </w:rPr>
      </w:pPr>
      <w:proofErr w:type="spellStart"/>
      <w:r w:rsidRPr="00C86A0D">
        <w:rPr>
          <w:rFonts w:ascii="Sylfaen" w:hAnsi="Sylfaen" w:cs="Sylfaen"/>
          <w:sz w:val="18"/>
          <w:szCs w:val="18"/>
        </w:rPr>
        <w:t>მხარეები</w:t>
      </w:r>
      <w:proofErr w:type="spellEnd"/>
      <w:r w:rsidRPr="00C86A0D">
        <w:rPr>
          <w:rFonts w:cstheme="majorHAnsi"/>
          <w:sz w:val="18"/>
          <w:szCs w:val="18"/>
        </w:rPr>
        <w:t xml:space="preserve"> </w:t>
      </w:r>
      <w:proofErr w:type="spellStart"/>
      <w:r w:rsidRPr="00C86A0D">
        <w:rPr>
          <w:rFonts w:ascii="Sylfaen" w:hAnsi="Sylfaen" w:cs="Sylfaen"/>
          <w:sz w:val="18"/>
          <w:szCs w:val="18"/>
        </w:rPr>
        <w:t>თანხმდებიან</w:t>
      </w:r>
      <w:proofErr w:type="spellEnd"/>
      <w:r w:rsidRPr="00C86A0D">
        <w:rPr>
          <w:rFonts w:cstheme="majorHAnsi"/>
          <w:sz w:val="18"/>
          <w:szCs w:val="18"/>
        </w:rPr>
        <w:t xml:space="preserve"> </w:t>
      </w:r>
      <w:proofErr w:type="spellStart"/>
      <w:r w:rsidRPr="00C86A0D">
        <w:rPr>
          <w:rFonts w:ascii="Sylfaen" w:hAnsi="Sylfaen" w:cs="Sylfaen"/>
          <w:sz w:val="18"/>
          <w:szCs w:val="18"/>
        </w:rPr>
        <w:t>მასზედ</w:t>
      </w:r>
      <w:proofErr w:type="spellEnd"/>
      <w:r w:rsidRPr="00C86A0D">
        <w:rPr>
          <w:rFonts w:cstheme="majorHAnsi"/>
          <w:sz w:val="18"/>
          <w:szCs w:val="18"/>
        </w:rPr>
        <w:t xml:space="preserve">, </w:t>
      </w:r>
      <w:proofErr w:type="spellStart"/>
      <w:r w:rsidRPr="00C86A0D">
        <w:rPr>
          <w:rFonts w:ascii="Sylfaen" w:hAnsi="Sylfaen" w:cs="Sylfaen"/>
          <w:sz w:val="18"/>
          <w:szCs w:val="18"/>
        </w:rPr>
        <w:t>რომ</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წინამდებარე</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სხვა</w:t>
      </w:r>
      <w:proofErr w:type="spellEnd"/>
      <w:r w:rsidRPr="00C86A0D">
        <w:rPr>
          <w:rFonts w:cstheme="majorHAnsi"/>
          <w:sz w:val="18"/>
          <w:szCs w:val="18"/>
        </w:rPr>
        <w:t xml:space="preserve"> </w:t>
      </w:r>
      <w:proofErr w:type="spellStart"/>
      <w:r w:rsidRPr="00C86A0D">
        <w:rPr>
          <w:rFonts w:ascii="Sylfaen" w:hAnsi="Sylfaen" w:cs="Sylfaen"/>
          <w:sz w:val="18"/>
          <w:szCs w:val="18"/>
        </w:rPr>
        <w:t>რამ</w:t>
      </w:r>
      <w:proofErr w:type="spellEnd"/>
      <w:r w:rsidRPr="00C86A0D">
        <w:rPr>
          <w:rFonts w:cstheme="majorHAnsi"/>
          <w:sz w:val="18"/>
          <w:szCs w:val="18"/>
        </w:rPr>
        <w:t xml:space="preserve"> </w:t>
      </w:r>
      <w:proofErr w:type="spellStart"/>
      <w:r w:rsidRPr="00C86A0D">
        <w:rPr>
          <w:rFonts w:ascii="Sylfaen" w:hAnsi="Sylfaen" w:cs="Sylfaen"/>
          <w:sz w:val="18"/>
          <w:szCs w:val="18"/>
        </w:rPr>
        <w:t>არ</w:t>
      </w:r>
      <w:proofErr w:type="spellEnd"/>
      <w:r w:rsidRPr="00C86A0D">
        <w:rPr>
          <w:rFonts w:cstheme="majorHAnsi"/>
          <w:sz w:val="18"/>
          <w:szCs w:val="18"/>
        </w:rPr>
        <w:t xml:space="preserve"> </w:t>
      </w:r>
      <w:proofErr w:type="spellStart"/>
      <w:r w:rsidRPr="00C86A0D">
        <w:rPr>
          <w:rFonts w:ascii="Sylfaen" w:hAnsi="Sylfaen" w:cs="Sylfaen"/>
          <w:sz w:val="18"/>
          <w:szCs w:val="18"/>
        </w:rPr>
        <w:t>არის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იმ</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თუ</w:t>
      </w:r>
      <w:proofErr w:type="spellEnd"/>
      <w:r w:rsidRPr="00C86A0D">
        <w:rPr>
          <w:rFonts w:cstheme="majorHAnsi"/>
          <w:sz w:val="18"/>
          <w:szCs w:val="18"/>
        </w:rPr>
        <w:t xml:space="preserve"> </w:t>
      </w:r>
      <w:proofErr w:type="spellStart"/>
      <w:r w:rsidRPr="00C86A0D">
        <w:rPr>
          <w:rFonts w:ascii="Sylfaen" w:hAnsi="Sylfaen" w:cs="Sylfaen"/>
          <w:sz w:val="18"/>
          <w:szCs w:val="18"/>
        </w:rPr>
        <w:t>ამ</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ხელშეკრულებით</w:t>
      </w:r>
      <w:proofErr w:type="spellEnd"/>
      <w:r w:rsidR="00107698">
        <w:rPr>
          <w:rFonts w:ascii="Sylfaen" w:hAnsi="Sylfaen" w:cs="Sylfaen"/>
          <w:sz w:val="18"/>
          <w:szCs w:val="18"/>
        </w:rPr>
        <w:t xml:space="preserve"> </w:t>
      </w:r>
      <w:proofErr w:type="spellStart"/>
      <w:r w:rsidRPr="00C86A0D">
        <w:rPr>
          <w:rFonts w:ascii="Sylfaen" w:hAnsi="Sylfaen" w:cs="Sylfaen"/>
          <w:sz w:val="18"/>
          <w:szCs w:val="18"/>
        </w:rPr>
        <w:t>განსაზღვრული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რომელიმე</w:t>
      </w:r>
      <w:proofErr w:type="spellEnd"/>
      <w:r w:rsidRPr="00C86A0D">
        <w:rPr>
          <w:rFonts w:cstheme="majorHAnsi"/>
          <w:sz w:val="18"/>
          <w:szCs w:val="18"/>
        </w:rPr>
        <w:t xml:space="preserve"> </w:t>
      </w:r>
      <w:proofErr w:type="spellStart"/>
      <w:r w:rsidRPr="00C86A0D">
        <w:rPr>
          <w:rFonts w:ascii="Sylfaen" w:hAnsi="Sylfaen" w:cs="Sylfaen"/>
          <w:sz w:val="18"/>
          <w:szCs w:val="18"/>
        </w:rPr>
        <w:t>ნაწილს</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w:t>
      </w:r>
      <w:proofErr w:type="spellEnd"/>
      <w:r w:rsidRPr="00C86A0D">
        <w:rPr>
          <w:rFonts w:cstheme="majorHAnsi"/>
          <w:sz w:val="18"/>
          <w:szCs w:val="18"/>
        </w:rPr>
        <w:t xml:space="preserve"> </w:t>
      </w:r>
      <w:proofErr w:type="spellStart"/>
      <w:r w:rsidRPr="00C86A0D">
        <w:rPr>
          <w:rFonts w:ascii="Sylfaen" w:hAnsi="Sylfaen" w:cs="Sylfaen"/>
          <w:sz w:val="18"/>
          <w:szCs w:val="18"/>
        </w:rPr>
        <w:t>ასრულებს</w:t>
      </w:r>
      <w:proofErr w:type="spellEnd"/>
      <w:r w:rsidRPr="00C86A0D">
        <w:rPr>
          <w:rFonts w:cstheme="majorHAnsi"/>
          <w:sz w:val="18"/>
          <w:szCs w:val="18"/>
        </w:rPr>
        <w:t xml:space="preserve"> </w:t>
      </w:r>
      <w:proofErr w:type="spellStart"/>
      <w:r w:rsidRPr="00C86A0D">
        <w:rPr>
          <w:rFonts w:ascii="Sylfaen" w:hAnsi="Sylfaen" w:cs="Sylfaen"/>
          <w:sz w:val="18"/>
          <w:szCs w:val="18"/>
        </w:rPr>
        <w:t>თავად</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მესამე</w:t>
      </w:r>
      <w:proofErr w:type="spellEnd"/>
      <w:r w:rsidRPr="00C86A0D">
        <w:rPr>
          <w:rFonts w:cstheme="majorHAnsi"/>
          <w:sz w:val="18"/>
          <w:szCs w:val="18"/>
        </w:rPr>
        <w:t xml:space="preserve"> </w:t>
      </w:r>
      <w:proofErr w:type="spellStart"/>
      <w:r w:rsidRPr="00C86A0D">
        <w:rPr>
          <w:rFonts w:ascii="Sylfaen" w:hAnsi="Sylfaen" w:cs="Sylfaen"/>
          <w:sz w:val="18"/>
          <w:szCs w:val="18"/>
        </w:rPr>
        <w:t>პირების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მეშვეობით</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შესაბამისად</w:t>
      </w:r>
      <w:proofErr w:type="spellEnd"/>
      <w:r w:rsidR="00107698">
        <w:rPr>
          <w:rFonts w:ascii="Sylfaen" w:hAnsi="Sylfaen" w:cs="Sylfaen"/>
          <w:sz w:val="18"/>
          <w:szCs w:val="18"/>
        </w:rPr>
        <w:t xml:space="preserve"> </w:t>
      </w:r>
      <w:proofErr w:type="spellStart"/>
      <w:r w:rsidRPr="00C86A0D">
        <w:rPr>
          <w:rFonts w:ascii="Sylfaen" w:hAnsi="Sylfaen" w:cs="Sylfaen"/>
          <w:sz w:val="18"/>
          <w:szCs w:val="18"/>
        </w:rPr>
        <w:t>აღნიშნული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შესასრულებლად</w:t>
      </w:r>
      <w:proofErr w:type="spellEnd"/>
      <w:r w:rsidRPr="00C86A0D">
        <w:rPr>
          <w:rFonts w:cstheme="majorHAnsi"/>
          <w:sz w:val="18"/>
          <w:szCs w:val="18"/>
        </w:rPr>
        <w:t xml:space="preserve"> </w:t>
      </w:r>
      <w:proofErr w:type="spellStart"/>
      <w:r w:rsidRPr="00C86A0D">
        <w:rPr>
          <w:rFonts w:ascii="Sylfaen" w:hAnsi="Sylfaen" w:cs="Sylfaen"/>
          <w:sz w:val="18"/>
          <w:szCs w:val="18"/>
        </w:rPr>
        <w:t>საჭირო</w:t>
      </w:r>
      <w:proofErr w:type="spellEnd"/>
      <w:r w:rsidRPr="00C86A0D">
        <w:rPr>
          <w:rFonts w:cstheme="majorHAnsi"/>
          <w:sz w:val="18"/>
          <w:szCs w:val="18"/>
        </w:rPr>
        <w:t xml:space="preserve"> </w:t>
      </w:r>
      <w:proofErr w:type="spellStart"/>
      <w:r w:rsidRPr="00C86A0D">
        <w:rPr>
          <w:rFonts w:ascii="Sylfaen" w:hAnsi="Sylfaen" w:cs="Sylfaen"/>
          <w:sz w:val="18"/>
          <w:szCs w:val="18"/>
        </w:rPr>
        <w:t>მასალების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შეძენას</w:t>
      </w:r>
      <w:proofErr w:type="spellEnd"/>
      <w:r w:rsidRPr="00C86A0D">
        <w:rPr>
          <w:rFonts w:cstheme="majorHAnsi"/>
          <w:sz w:val="18"/>
          <w:szCs w:val="18"/>
        </w:rPr>
        <w:t xml:space="preserve"> </w:t>
      </w:r>
      <w:proofErr w:type="spellStart"/>
      <w:r w:rsidRPr="00C86A0D">
        <w:rPr>
          <w:rFonts w:ascii="Sylfaen" w:hAnsi="Sylfaen" w:cs="Sylfaen"/>
          <w:sz w:val="18"/>
          <w:szCs w:val="18"/>
        </w:rPr>
        <w:t>ახორციელებს</w:t>
      </w:r>
      <w:proofErr w:type="spellEnd"/>
      <w:r w:rsidRPr="00C86A0D">
        <w:rPr>
          <w:rFonts w:cstheme="majorHAnsi"/>
          <w:sz w:val="18"/>
          <w:szCs w:val="18"/>
        </w:rPr>
        <w:t xml:space="preserve"> </w:t>
      </w:r>
      <w:proofErr w:type="spellStart"/>
      <w:r w:rsidRPr="00C86A0D">
        <w:rPr>
          <w:rFonts w:ascii="Sylfaen" w:hAnsi="Sylfaen" w:cs="Sylfaen"/>
          <w:sz w:val="18"/>
          <w:szCs w:val="18"/>
        </w:rPr>
        <w:t>თავად</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შესაბამისად</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მოწოდებული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მასალის</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მის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სამუშაოს</w:t>
      </w:r>
      <w:proofErr w:type="spellEnd"/>
      <w:r w:rsidRPr="00C86A0D">
        <w:rPr>
          <w:rFonts w:cstheme="majorHAnsi"/>
          <w:sz w:val="18"/>
          <w:szCs w:val="18"/>
        </w:rPr>
        <w:t xml:space="preserve"> </w:t>
      </w:r>
      <w:proofErr w:type="spellStart"/>
      <w:r w:rsidRPr="00C86A0D">
        <w:rPr>
          <w:rFonts w:ascii="Sylfaen" w:hAnsi="Sylfaen" w:cs="Sylfaen"/>
          <w:sz w:val="18"/>
          <w:szCs w:val="18"/>
        </w:rPr>
        <w:t>ხარისხთან</w:t>
      </w:r>
      <w:proofErr w:type="spellEnd"/>
      <w:r w:rsidRPr="00C86A0D">
        <w:rPr>
          <w:rFonts w:cstheme="majorHAnsi"/>
          <w:sz w:val="18"/>
          <w:szCs w:val="18"/>
        </w:rPr>
        <w:t xml:space="preserve"> </w:t>
      </w:r>
      <w:proofErr w:type="spellStart"/>
      <w:r w:rsidRPr="00C86A0D">
        <w:rPr>
          <w:rFonts w:ascii="Sylfaen" w:hAnsi="Sylfaen" w:cs="Sylfaen"/>
          <w:sz w:val="18"/>
          <w:szCs w:val="18"/>
        </w:rPr>
        <w:t>დაკავშირებით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პასუხისმგებლობა</w:t>
      </w:r>
      <w:proofErr w:type="spellEnd"/>
      <w:r w:rsidRPr="00C86A0D">
        <w:rPr>
          <w:rFonts w:cstheme="majorHAnsi"/>
          <w:sz w:val="18"/>
          <w:szCs w:val="18"/>
        </w:rPr>
        <w:t xml:space="preserve"> </w:t>
      </w:r>
      <w:proofErr w:type="spellStart"/>
      <w:r w:rsidRPr="00C86A0D">
        <w:rPr>
          <w:rFonts w:ascii="Sylfaen" w:hAnsi="Sylfaen" w:cs="Sylfaen"/>
          <w:sz w:val="18"/>
          <w:szCs w:val="18"/>
        </w:rPr>
        <w:t>ეკისრება</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დამკვეთს</w:t>
      </w:r>
      <w:proofErr w:type="spellEnd"/>
      <w:r w:rsidRPr="00C86A0D">
        <w:rPr>
          <w:rFonts w:cstheme="majorHAnsi"/>
          <w:sz w:val="18"/>
          <w:szCs w:val="18"/>
        </w:rPr>
        <w:t xml:space="preserve"> (</w:t>
      </w:r>
      <w:proofErr w:type="spellStart"/>
      <w:r w:rsidRPr="00C86A0D">
        <w:rPr>
          <w:rFonts w:ascii="Sylfaen" w:hAnsi="Sylfaen" w:cs="Sylfaen"/>
          <w:sz w:val="18"/>
          <w:szCs w:val="18"/>
        </w:rPr>
        <w:t>ასეთის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არსებობის</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 xml:space="preserve">), </w:t>
      </w:r>
      <w:proofErr w:type="spellStart"/>
      <w:r w:rsidRPr="00C86A0D">
        <w:rPr>
          <w:rFonts w:ascii="Sylfaen" w:hAnsi="Sylfaen" w:cs="Sylfaen"/>
          <w:sz w:val="18"/>
          <w:szCs w:val="18"/>
        </w:rPr>
        <w:t>გარდა</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ხელშეკრულების</w:t>
      </w:r>
      <w:proofErr w:type="spellEnd"/>
      <w:r w:rsidRPr="00C86A0D">
        <w:rPr>
          <w:rFonts w:cstheme="majorHAnsi"/>
          <w:sz w:val="18"/>
          <w:szCs w:val="18"/>
        </w:rPr>
        <w:t xml:space="preserve">  6.3. </w:t>
      </w:r>
      <w:proofErr w:type="spellStart"/>
      <w:r w:rsidRPr="00C86A0D">
        <w:rPr>
          <w:rFonts w:ascii="Sylfaen" w:hAnsi="Sylfaen" w:cs="Sylfaen"/>
          <w:sz w:val="18"/>
          <w:szCs w:val="18"/>
        </w:rPr>
        <w:t>მუხლით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განსაზღვრული</w:t>
      </w:r>
      <w:proofErr w:type="spellEnd"/>
      <w:r w:rsidRPr="00C86A0D">
        <w:rPr>
          <w:rFonts w:cstheme="majorHAnsi"/>
          <w:sz w:val="18"/>
          <w:szCs w:val="18"/>
        </w:rPr>
        <w:t xml:space="preserve"> </w:t>
      </w:r>
      <w:proofErr w:type="spellStart"/>
      <w:r w:rsidRPr="00C86A0D">
        <w:rPr>
          <w:rFonts w:ascii="Sylfaen" w:hAnsi="Sylfaen" w:cs="Sylfaen"/>
          <w:sz w:val="18"/>
          <w:szCs w:val="18"/>
        </w:rPr>
        <w:t>პირობისა</w:t>
      </w:r>
      <w:proofErr w:type="spellEnd"/>
      <w:r w:rsidRPr="00C86A0D">
        <w:rPr>
          <w:rFonts w:cstheme="majorHAnsi"/>
          <w:sz w:val="18"/>
          <w:szCs w:val="18"/>
        </w:rPr>
        <w:t>.</w:t>
      </w:r>
      <w:r w:rsidR="00107698">
        <w:rPr>
          <w:rFonts w:cstheme="majorHAnsi"/>
          <w:sz w:val="18"/>
          <w:szCs w:val="18"/>
        </w:rPr>
        <w:t xml:space="preserve"> </w:t>
      </w:r>
      <w:proofErr w:type="spellStart"/>
      <w:r w:rsidRPr="00C86A0D">
        <w:rPr>
          <w:rFonts w:ascii="Sylfaen" w:hAnsi="Sylfaen" w:cs="Sylfaen"/>
          <w:sz w:val="18"/>
          <w:szCs w:val="18"/>
        </w:rPr>
        <w:t>დამკვეთი</w:t>
      </w:r>
      <w:proofErr w:type="spellEnd"/>
      <w:r w:rsidR="00107698">
        <w:rPr>
          <w:rFonts w:ascii="Sylfaen" w:hAnsi="Sylfaen" w:cs="Sylfaen"/>
          <w:sz w:val="18"/>
          <w:szCs w:val="18"/>
        </w:rPr>
        <w:t xml:space="preserve"> </w:t>
      </w:r>
      <w:proofErr w:type="spellStart"/>
      <w:r w:rsidRPr="00C86A0D">
        <w:rPr>
          <w:rFonts w:ascii="Sylfaen" w:hAnsi="Sylfaen" w:cs="Sylfaen"/>
          <w:sz w:val="18"/>
          <w:szCs w:val="18"/>
        </w:rPr>
        <w:t>თვითონ</w:t>
      </w:r>
      <w:proofErr w:type="spellEnd"/>
      <w:r w:rsidRPr="00C86A0D">
        <w:rPr>
          <w:rFonts w:cstheme="majorHAnsi"/>
          <w:sz w:val="18"/>
          <w:szCs w:val="18"/>
        </w:rPr>
        <w:t xml:space="preserve"> </w:t>
      </w:r>
      <w:proofErr w:type="spellStart"/>
      <w:r w:rsidRPr="00C86A0D">
        <w:rPr>
          <w:rFonts w:ascii="Sylfaen" w:hAnsi="Sylfaen" w:cs="Sylfaen"/>
          <w:sz w:val="18"/>
          <w:szCs w:val="18"/>
        </w:rPr>
        <w:t>გამოვა</w:t>
      </w:r>
      <w:proofErr w:type="spellEnd"/>
      <w:r w:rsidRPr="00C86A0D">
        <w:rPr>
          <w:rFonts w:cstheme="majorHAnsi"/>
          <w:sz w:val="18"/>
          <w:szCs w:val="18"/>
        </w:rPr>
        <w:t xml:space="preserve"> </w:t>
      </w:r>
      <w:proofErr w:type="spellStart"/>
      <w:r w:rsidRPr="00C86A0D">
        <w:rPr>
          <w:rFonts w:ascii="Sylfaen" w:hAnsi="Sylfaen" w:cs="Sylfaen"/>
          <w:sz w:val="18"/>
          <w:szCs w:val="18"/>
        </w:rPr>
        <w:t>მოპასუხედ</w:t>
      </w:r>
      <w:proofErr w:type="spellEnd"/>
      <w:r w:rsidRPr="00C86A0D">
        <w:rPr>
          <w:rFonts w:cstheme="majorHAnsi"/>
          <w:sz w:val="18"/>
          <w:szCs w:val="18"/>
        </w:rPr>
        <w:t xml:space="preserve"> </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აგებს</w:t>
      </w:r>
      <w:proofErr w:type="spellEnd"/>
      <w:r w:rsidRPr="00C86A0D">
        <w:rPr>
          <w:rFonts w:cstheme="majorHAnsi"/>
          <w:sz w:val="18"/>
          <w:szCs w:val="18"/>
        </w:rPr>
        <w:t xml:space="preserve"> </w:t>
      </w:r>
      <w:proofErr w:type="spellStart"/>
      <w:r w:rsidRPr="00C86A0D">
        <w:rPr>
          <w:rFonts w:ascii="Sylfaen" w:hAnsi="Sylfaen" w:cs="Sylfaen"/>
          <w:sz w:val="18"/>
          <w:szCs w:val="18"/>
        </w:rPr>
        <w:t>პასუხს</w:t>
      </w:r>
      <w:proofErr w:type="spellEnd"/>
      <w:r w:rsidRPr="00C86A0D">
        <w:rPr>
          <w:rFonts w:cstheme="majorHAnsi"/>
          <w:sz w:val="18"/>
          <w:szCs w:val="18"/>
        </w:rPr>
        <w:t xml:space="preserve"> </w:t>
      </w:r>
      <w:proofErr w:type="spellStart"/>
      <w:r w:rsidRPr="00C86A0D">
        <w:rPr>
          <w:rFonts w:ascii="Sylfaen" w:hAnsi="Sylfaen" w:cs="Sylfaen"/>
          <w:sz w:val="18"/>
          <w:szCs w:val="18"/>
        </w:rPr>
        <w:t>ყველა</w:t>
      </w:r>
      <w:proofErr w:type="spellEnd"/>
      <w:r w:rsidRPr="00C86A0D">
        <w:rPr>
          <w:rFonts w:cstheme="majorHAnsi"/>
          <w:sz w:val="18"/>
          <w:szCs w:val="18"/>
        </w:rPr>
        <w:t xml:space="preserve"> </w:t>
      </w:r>
      <w:proofErr w:type="spellStart"/>
      <w:r w:rsidRPr="00C86A0D">
        <w:rPr>
          <w:rFonts w:ascii="Sylfaen" w:hAnsi="Sylfaen" w:cs="Sylfaen"/>
          <w:sz w:val="18"/>
          <w:szCs w:val="18"/>
        </w:rPr>
        <w:t>ისეთ</w:t>
      </w:r>
      <w:proofErr w:type="spellEnd"/>
      <w:r w:rsidRPr="00C86A0D">
        <w:rPr>
          <w:rFonts w:cstheme="majorHAnsi"/>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w:t>
      </w:r>
      <w:r w:rsidR="00107698">
        <w:rPr>
          <w:rFonts w:cstheme="majorHAnsi"/>
          <w:sz w:val="18"/>
          <w:szCs w:val="18"/>
        </w:rPr>
        <w:t xml:space="preserve"> </w:t>
      </w:r>
      <w:proofErr w:type="spellStart"/>
      <w:r w:rsidRPr="00C86A0D">
        <w:rPr>
          <w:rFonts w:ascii="Sylfaen" w:hAnsi="Sylfaen" w:cs="Sylfaen"/>
          <w:sz w:val="18"/>
          <w:szCs w:val="18"/>
        </w:rPr>
        <w:t>როდესაც</w:t>
      </w:r>
      <w:proofErr w:type="spellEnd"/>
      <w:r w:rsidRPr="00C86A0D">
        <w:rPr>
          <w:rFonts w:cstheme="majorHAnsi"/>
          <w:sz w:val="18"/>
          <w:szCs w:val="18"/>
        </w:rPr>
        <w:t xml:space="preserve"> </w:t>
      </w:r>
      <w:proofErr w:type="spellStart"/>
      <w:r w:rsidRPr="00C86A0D">
        <w:rPr>
          <w:rFonts w:ascii="Sylfaen" w:hAnsi="Sylfaen" w:cs="Sylfaen"/>
          <w:sz w:val="18"/>
          <w:szCs w:val="18"/>
        </w:rPr>
        <w:t>ნებისმიერი</w:t>
      </w:r>
      <w:proofErr w:type="spellEnd"/>
      <w:r w:rsidRPr="00C86A0D">
        <w:rPr>
          <w:rFonts w:cstheme="majorHAnsi"/>
          <w:sz w:val="18"/>
          <w:szCs w:val="18"/>
        </w:rPr>
        <w:t xml:space="preserve"> </w:t>
      </w:r>
      <w:proofErr w:type="spellStart"/>
      <w:r w:rsidRPr="00C86A0D">
        <w:rPr>
          <w:rFonts w:ascii="Sylfaen" w:hAnsi="Sylfaen" w:cs="Sylfaen"/>
          <w:sz w:val="18"/>
          <w:szCs w:val="18"/>
        </w:rPr>
        <w:t>მესამე</w:t>
      </w:r>
      <w:proofErr w:type="spellEnd"/>
      <w:r w:rsidRPr="00C86A0D">
        <w:rPr>
          <w:rFonts w:cstheme="majorHAnsi"/>
          <w:sz w:val="18"/>
          <w:szCs w:val="18"/>
        </w:rPr>
        <w:t xml:space="preserve"> </w:t>
      </w:r>
      <w:proofErr w:type="spellStart"/>
      <w:r w:rsidRPr="00C86A0D">
        <w:rPr>
          <w:rFonts w:ascii="Sylfaen" w:hAnsi="Sylfaen" w:cs="Sylfaen"/>
          <w:sz w:val="18"/>
          <w:szCs w:val="18"/>
        </w:rPr>
        <w:t>პირი</w:t>
      </w:r>
      <w:proofErr w:type="spellEnd"/>
      <w:r w:rsidRPr="00C86A0D">
        <w:rPr>
          <w:rFonts w:cstheme="majorHAnsi"/>
          <w:sz w:val="18"/>
          <w:szCs w:val="18"/>
        </w:rPr>
        <w:t xml:space="preserve"> </w:t>
      </w:r>
      <w:proofErr w:type="spellStart"/>
      <w:r w:rsidRPr="00C86A0D">
        <w:rPr>
          <w:rFonts w:ascii="Sylfaen" w:hAnsi="Sylfaen" w:cs="Sylfaen"/>
          <w:sz w:val="18"/>
          <w:szCs w:val="18"/>
        </w:rPr>
        <w:t>წამოაყენებს</w:t>
      </w:r>
      <w:proofErr w:type="spellEnd"/>
      <w:r w:rsidRPr="00C86A0D">
        <w:rPr>
          <w:rFonts w:cstheme="majorHAnsi"/>
          <w:sz w:val="18"/>
          <w:szCs w:val="18"/>
        </w:rPr>
        <w:t xml:space="preserve"> </w:t>
      </w:r>
      <w:proofErr w:type="spellStart"/>
      <w:r w:rsidRPr="00C86A0D">
        <w:rPr>
          <w:rFonts w:ascii="Sylfaen" w:hAnsi="Sylfaen" w:cs="Sylfaen"/>
          <w:sz w:val="18"/>
          <w:szCs w:val="18"/>
        </w:rPr>
        <w:t>რაიმე</w:t>
      </w:r>
      <w:proofErr w:type="spellEnd"/>
      <w:r w:rsidRPr="00C86A0D">
        <w:rPr>
          <w:rFonts w:cstheme="majorHAnsi"/>
          <w:sz w:val="18"/>
          <w:szCs w:val="18"/>
        </w:rPr>
        <w:t xml:space="preserve"> </w:t>
      </w:r>
      <w:proofErr w:type="spellStart"/>
      <w:r w:rsidRPr="00C86A0D">
        <w:rPr>
          <w:rFonts w:ascii="Sylfaen" w:hAnsi="Sylfaen" w:cs="Sylfaen"/>
          <w:sz w:val="18"/>
          <w:szCs w:val="18"/>
        </w:rPr>
        <w:t>მოთხოვნას</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პრეტენზიას</w:t>
      </w:r>
      <w:proofErr w:type="spellEnd"/>
      <w:r w:rsidR="00170927">
        <w:rPr>
          <w:rFonts w:ascii="Sylfaen" w:hAnsi="Sylfaen" w:cs="Sylfaen"/>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შესრულებული</w:t>
      </w:r>
      <w:proofErr w:type="spellEnd"/>
      <w:r w:rsidRPr="00C86A0D">
        <w:rPr>
          <w:rFonts w:cstheme="majorHAnsi"/>
          <w:sz w:val="18"/>
          <w:szCs w:val="18"/>
        </w:rPr>
        <w:t xml:space="preserve"> </w:t>
      </w:r>
      <w:proofErr w:type="spellStart"/>
      <w:r w:rsidRPr="00C86A0D">
        <w:rPr>
          <w:rFonts w:ascii="Sylfaen" w:hAnsi="Sylfaen" w:cs="Sylfaen"/>
          <w:sz w:val="18"/>
          <w:szCs w:val="18"/>
        </w:rPr>
        <w:t>სამუშაოების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ხარისთან</w:t>
      </w:r>
      <w:proofErr w:type="spellEnd"/>
      <w:r w:rsidRPr="00C86A0D">
        <w:rPr>
          <w:rFonts w:cstheme="majorHAnsi"/>
          <w:sz w:val="18"/>
          <w:szCs w:val="18"/>
        </w:rPr>
        <w:t xml:space="preserve"> </w:t>
      </w:r>
      <w:proofErr w:type="spellStart"/>
      <w:r w:rsidRPr="00C86A0D">
        <w:rPr>
          <w:rFonts w:ascii="Sylfaen" w:hAnsi="Sylfaen" w:cs="Sylfaen"/>
          <w:sz w:val="18"/>
          <w:szCs w:val="18"/>
        </w:rPr>
        <w:t>დაკავშირებით</w:t>
      </w:r>
      <w:proofErr w:type="spellEnd"/>
      <w:r w:rsidRPr="00C86A0D">
        <w:rPr>
          <w:rFonts w:cstheme="majorHAnsi"/>
          <w:sz w:val="18"/>
          <w:szCs w:val="18"/>
        </w:rPr>
        <w:t xml:space="preserve"> </w:t>
      </w:r>
      <w:proofErr w:type="spellStart"/>
      <w:r w:rsidRPr="00C86A0D">
        <w:rPr>
          <w:rFonts w:ascii="Sylfaen" w:hAnsi="Sylfaen" w:cs="Sylfaen"/>
          <w:sz w:val="18"/>
          <w:szCs w:val="18"/>
        </w:rPr>
        <w:t>ან</w:t>
      </w:r>
      <w:proofErr w:type="spellEnd"/>
      <w:r w:rsidRPr="00C86A0D">
        <w:rPr>
          <w:rFonts w:cstheme="majorHAnsi"/>
          <w:sz w:val="18"/>
          <w:szCs w:val="18"/>
        </w:rPr>
        <w:t>/</w:t>
      </w:r>
      <w:proofErr w:type="spellStart"/>
      <w:r w:rsidRPr="00C86A0D">
        <w:rPr>
          <w:rFonts w:ascii="Sylfaen" w:hAnsi="Sylfaen" w:cs="Sylfaen"/>
          <w:sz w:val="18"/>
          <w:szCs w:val="18"/>
        </w:rPr>
        <w:t>და</w:t>
      </w:r>
      <w:proofErr w:type="spellEnd"/>
      <w:r w:rsidRPr="00C86A0D">
        <w:rPr>
          <w:rFonts w:cstheme="majorHAnsi"/>
          <w:sz w:val="18"/>
          <w:szCs w:val="18"/>
        </w:rPr>
        <w:t xml:space="preserve"> </w:t>
      </w:r>
      <w:proofErr w:type="spellStart"/>
      <w:r w:rsidRPr="00C86A0D">
        <w:rPr>
          <w:rFonts w:ascii="Sylfaen" w:hAnsi="Sylfaen" w:cs="Sylfaen"/>
          <w:sz w:val="18"/>
          <w:szCs w:val="18"/>
        </w:rPr>
        <w:t>მისგან</w:t>
      </w:r>
      <w:proofErr w:type="spellEnd"/>
      <w:r w:rsidRPr="00C86A0D">
        <w:rPr>
          <w:rFonts w:cstheme="majorHAnsi"/>
          <w:sz w:val="18"/>
          <w:szCs w:val="18"/>
        </w:rPr>
        <w:t xml:space="preserve"> </w:t>
      </w:r>
      <w:proofErr w:type="spellStart"/>
      <w:r w:rsidRPr="00C86A0D">
        <w:rPr>
          <w:rFonts w:ascii="Sylfaen" w:hAnsi="Sylfaen" w:cs="Sylfaen"/>
          <w:sz w:val="18"/>
          <w:szCs w:val="18"/>
        </w:rPr>
        <w:t>გამომდინარე</w:t>
      </w:r>
      <w:proofErr w:type="spellEnd"/>
      <w:r w:rsidRPr="00C86A0D">
        <w:rPr>
          <w:rFonts w:cstheme="majorHAnsi"/>
          <w:sz w:val="18"/>
          <w:szCs w:val="18"/>
        </w:rPr>
        <w:t>.</w:t>
      </w:r>
    </w:p>
    <w:p w14:paraId="628E6F0B" w14:textId="3B1066CE" w:rsidR="00521466" w:rsidRPr="00C86A0D" w:rsidRDefault="00521466" w:rsidP="00521466">
      <w:pPr>
        <w:pStyle w:val="ListParagraph"/>
        <w:numPr>
          <w:ilvl w:val="1"/>
          <w:numId w:val="13"/>
        </w:numPr>
        <w:rPr>
          <w:rFonts w:cstheme="majorHAnsi"/>
          <w:sz w:val="18"/>
          <w:szCs w:val="18"/>
        </w:rPr>
      </w:pPr>
      <w:proofErr w:type="spellStart"/>
      <w:r w:rsidRPr="00C86A0D">
        <w:rPr>
          <w:rFonts w:ascii="Sylfaen" w:hAnsi="Sylfaen" w:cs="Sylfaen"/>
          <w:sz w:val="18"/>
          <w:szCs w:val="18"/>
        </w:rPr>
        <w:t>ხელშეკრულების</w:t>
      </w:r>
      <w:proofErr w:type="spellEnd"/>
      <w:r w:rsidRPr="00C86A0D">
        <w:rPr>
          <w:rFonts w:cstheme="majorHAnsi"/>
          <w:sz w:val="18"/>
          <w:szCs w:val="18"/>
        </w:rPr>
        <w:t xml:space="preserve"> 6.6. </w:t>
      </w:r>
      <w:proofErr w:type="spellStart"/>
      <w:r w:rsidRPr="00C86A0D">
        <w:rPr>
          <w:rFonts w:ascii="Sylfaen" w:hAnsi="Sylfaen" w:cs="Sylfaen"/>
          <w:sz w:val="18"/>
          <w:szCs w:val="18"/>
        </w:rPr>
        <w:t>მუხლით</w:t>
      </w:r>
      <w:proofErr w:type="spellEnd"/>
      <w:r w:rsidRPr="00C86A0D">
        <w:rPr>
          <w:rFonts w:cstheme="majorHAnsi"/>
          <w:sz w:val="18"/>
          <w:szCs w:val="18"/>
        </w:rPr>
        <w:t xml:space="preserve"> </w:t>
      </w:r>
      <w:proofErr w:type="spellStart"/>
      <w:r w:rsidRPr="00C86A0D">
        <w:rPr>
          <w:rFonts w:ascii="Sylfaen" w:hAnsi="Sylfaen" w:cs="Sylfaen"/>
          <w:sz w:val="18"/>
          <w:szCs w:val="18"/>
        </w:rPr>
        <w:t>განსაზღვრულ</w:t>
      </w:r>
      <w:proofErr w:type="spellEnd"/>
      <w:r w:rsidR="00170927">
        <w:rPr>
          <w:rFonts w:ascii="Sylfaen" w:hAnsi="Sylfaen" w:cs="Sylfaen"/>
          <w:sz w:val="18"/>
          <w:szCs w:val="18"/>
        </w:rPr>
        <w:t xml:space="preserve"> </w:t>
      </w:r>
      <w:proofErr w:type="spellStart"/>
      <w:r w:rsidRPr="00C86A0D">
        <w:rPr>
          <w:rFonts w:ascii="Sylfaen" w:hAnsi="Sylfaen" w:cs="Sylfaen"/>
          <w:sz w:val="18"/>
          <w:szCs w:val="18"/>
        </w:rPr>
        <w:t>შემთხვევაში</w:t>
      </w:r>
      <w:proofErr w:type="spellEnd"/>
      <w:r w:rsidRPr="00C86A0D">
        <w:rPr>
          <w:rFonts w:cstheme="majorHAnsi"/>
          <w:sz w:val="18"/>
          <w:szCs w:val="18"/>
        </w:rPr>
        <w:t>,</w:t>
      </w:r>
      <w:r w:rsidR="00170927">
        <w:rPr>
          <w:rFonts w:cstheme="majorHAnsi"/>
          <w:sz w:val="18"/>
          <w:szCs w:val="18"/>
        </w:rPr>
        <w:t xml:space="preserve"> </w:t>
      </w:r>
      <w:proofErr w:type="spellStart"/>
      <w:r w:rsidRPr="00C86A0D">
        <w:rPr>
          <w:rFonts w:ascii="Sylfaen" w:hAnsi="Sylfaen" w:cs="Sylfaen"/>
          <w:sz w:val="18"/>
          <w:szCs w:val="18"/>
        </w:rPr>
        <w:t>დამკვეთი</w:t>
      </w:r>
      <w:proofErr w:type="spellEnd"/>
      <w:r w:rsidRPr="00C86A0D">
        <w:rPr>
          <w:rFonts w:cstheme="majorHAnsi"/>
          <w:sz w:val="18"/>
          <w:szCs w:val="18"/>
        </w:rPr>
        <w:t xml:space="preserve"> </w:t>
      </w:r>
      <w:proofErr w:type="spellStart"/>
      <w:r w:rsidRPr="00C86A0D">
        <w:rPr>
          <w:rFonts w:ascii="Sylfaen" w:hAnsi="Sylfaen" w:cs="Sylfaen"/>
          <w:sz w:val="18"/>
          <w:szCs w:val="18"/>
        </w:rPr>
        <w:t>გააფორმებს</w:t>
      </w:r>
      <w:proofErr w:type="spellEnd"/>
      <w:r w:rsidRPr="00C86A0D">
        <w:rPr>
          <w:rFonts w:cstheme="majorHAnsi"/>
          <w:sz w:val="18"/>
          <w:szCs w:val="18"/>
        </w:rPr>
        <w:t xml:space="preserve"> </w:t>
      </w:r>
      <w:proofErr w:type="spellStart"/>
      <w:r w:rsidRPr="00C86A0D">
        <w:rPr>
          <w:rFonts w:ascii="Sylfaen" w:hAnsi="Sylfaen" w:cs="Sylfaen"/>
          <w:sz w:val="18"/>
          <w:szCs w:val="18"/>
        </w:rPr>
        <w:t>ხელშეკრულებას</w:t>
      </w:r>
      <w:proofErr w:type="spellEnd"/>
      <w:r w:rsidRPr="00C86A0D">
        <w:rPr>
          <w:rFonts w:cstheme="majorHAnsi"/>
          <w:sz w:val="18"/>
          <w:szCs w:val="18"/>
        </w:rPr>
        <w:t xml:space="preserve"> </w:t>
      </w:r>
      <w:proofErr w:type="spellStart"/>
      <w:r w:rsidRPr="00C86A0D">
        <w:rPr>
          <w:rFonts w:ascii="Sylfaen" w:hAnsi="Sylfaen" w:cs="Sylfaen"/>
          <w:sz w:val="18"/>
          <w:szCs w:val="18"/>
        </w:rPr>
        <w:t>მის</w:t>
      </w:r>
      <w:proofErr w:type="spellEnd"/>
      <w:r w:rsidRPr="00C86A0D">
        <w:rPr>
          <w:rFonts w:cstheme="majorHAnsi"/>
          <w:sz w:val="18"/>
          <w:szCs w:val="18"/>
        </w:rPr>
        <w:t xml:space="preserve"> (</w:t>
      </w:r>
      <w:proofErr w:type="spellStart"/>
      <w:r w:rsidRPr="00C86A0D">
        <w:rPr>
          <w:rFonts w:ascii="Sylfaen" w:hAnsi="Sylfaen" w:cs="Sylfaen"/>
          <w:sz w:val="18"/>
          <w:szCs w:val="18"/>
        </w:rPr>
        <w:t>დამკვეთის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მიერ</w:t>
      </w:r>
      <w:proofErr w:type="spellEnd"/>
      <w:r w:rsidRPr="00C86A0D">
        <w:rPr>
          <w:rFonts w:cstheme="majorHAnsi"/>
          <w:sz w:val="18"/>
          <w:szCs w:val="18"/>
        </w:rPr>
        <w:t xml:space="preserve"> </w:t>
      </w:r>
      <w:proofErr w:type="spellStart"/>
      <w:r w:rsidRPr="00C86A0D">
        <w:rPr>
          <w:rFonts w:ascii="Sylfaen" w:hAnsi="Sylfaen" w:cs="Sylfaen"/>
          <w:sz w:val="18"/>
          <w:szCs w:val="18"/>
        </w:rPr>
        <w:t>გამოცხადებულ</w:t>
      </w:r>
      <w:proofErr w:type="spellEnd"/>
      <w:r w:rsidRPr="00C86A0D">
        <w:rPr>
          <w:rFonts w:cstheme="majorHAnsi"/>
          <w:sz w:val="18"/>
          <w:szCs w:val="18"/>
        </w:rPr>
        <w:t xml:space="preserve"> </w:t>
      </w:r>
      <w:proofErr w:type="spellStart"/>
      <w:r w:rsidRPr="00C86A0D">
        <w:rPr>
          <w:rFonts w:ascii="Sylfaen" w:hAnsi="Sylfaen" w:cs="Sylfaen"/>
          <w:sz w:val="18"/>
          <w:szCs w:val="18"/>
        </w:rPr>
        <w:t>ტენდერში</w:t>
      </w:r>
      <w:proofErr w:type="spellEnd"/>
      <w:r w:rsidRPr="00C86A0D">
        <w:rPr>
          <w:rFonts w:cstheme="majorHAnsi"/>
          <w:sz w:val="18"/>
          <w:szCs w:val="18"/>
        </w:rPr>
        <w:t xml:space="preserve"> </w:t>
      </w:r>
      <w:proofErr w:type="spellStart"/>
      <w:r w:rsidRPr="00C86A0D">
        <w:rPr>
          <w:rFonts w:ascii="Sylfaen" w:hAnsi="Sylfaen" w:cs="Sylfaen"/>
          <w:sz w:val="18"/>
          <w:szCs w:val="18"/>
        </w:rPr>
        <w:t>გამარჯვებულად</w:t>
      </w:r>
      <w:proofErr w:type="spellEnd"/>
      <w:r w:rsidRPr="00C86A0D">
        <w:rPr>
          <w:rFonts w:cstheme="majorHAnsi"/>
          <w:sz w:val="18"/>
          <w:szCs w:val="18"/>
        </w:rPr>
        <w:t xml:space="preserve"> </w:t>
      </w:r>
      <w:proofErr w:type="spellStart"/>
      <w:r w:rsidRPr="00C86A0D">
        <w:rPr>
          <w:rFonts w:ascii="Sylfaen" w:hAnsi="Sylfaen" w:cs="Sylfaen"/>
          <w:sz w:val="18"/>
          <w:szCs w:val="18"/>
        </w:rPr>
        <w:t>გამოვლენილ</w:t>
      </w:r>
      <w:proofErr w:type="spellEnd"/>
      <w:r w:rsidRPr="00C86A0D">
        <w:rPr>
          <w:rFonts w:cstheme="majorHAnsi"/>
          <w:sz w:val="18"/>
          <w:szCs w:val="18"/>
        </w:rPr>
        <w:t xml:space="preserve"> </w:t>
      </w:r>
      <w:proofErr w:type="spellStart"/>
      <w:r w:rsidRPr="00C86A0D">
        <w:rPr>
          <w:rFonts w:ascii="Sylfaen" w:hAnsi="Sylfaen" w:cs="Sylfaen"/>
          <w:sz w:val="18"/>
          <w:szCs w:val="18"/>
        </w:rPr>
        <w:t>შესაბამისი</w:t>
      </w:r>
      <w:proofErr w:type="spellEnd"/>
      <w:r w:rsidRPr="00C86A0D">
        <w:rPr>
          <w:rFonts w:cstheme="majorHAnsi"/>
          <w:sz w:val="18"/>
          <w:szCs w:val="18"/>
        </w:rPr>
        <w:t xml:space="preserve"> </w:t>
      </w:r>
      <w:proofErr w:type="spellStart"/>
      <w:r w:rsidRPr="00C86A0D">
        <w:rPr>
          <w:rFonts w:ascii="Sylfaen" w:hAnsi="Sylfaen" w:cs="Sylfaen"/>
          <w:sz w:val="18"/>
          <w:szCs w:val="18"/>
        </w:rPr>
        <w:t>აქტივის</w:t>
      </w:r>
      <w:proofErr w:type="spellEnd"/>
      <w:r w:rsidRPr="00C86A0D">
        <w:rPr>
          <w:rFonts w:cstheme="majorHAnsi"/>
          <w:sz w:val="18"/>
          <w:szCs w:val="18"/>
        </w:rPr>
        <w:t>/</w:t>
      </w:r>
      <w:proofErr w:type="spellStart"/>
      <w:r w:rsidRPr="00C86A0D">
        <w:rPr>
          <w:rFonts w:ascii="Sylfaen" w:hAnsi="Sylfaen" w:cs="Sylfaen"/>
          <w:sz w:val="18"/>
          <w:szCs w:val="18"/>
        </w:rPr>
        <w:t>მომსახურების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მიმწოდებელთან</w:t>
      </w:r>
      <w:proofErr w:type="spellEnd"/>
      <w:r w:rsidR="00170927">
        <w:rPr>
          <w:rFonts w:ascii="Sylfaen" w:hAnsi="Sylfaen" w:cs="Sylfaen"/>
          <w:sz w:val="18"/>
          <w:szCs w:val="18"/>
        </w:rPr>
        <w:t xml:space="preserve"> </w:t>
      </w:r>
      <w:proofErr w:type="spellStart"/>
      <w:r w:rsidRPr="00C86A0D">
        <w:rPr>
          <w:rFonts w:ascii="Sylfaen" w:hAnsi="Sylfaen" w:cs="Sylfaen"/>
          <w:sz w:val="18"/>
          <w:szCs w:val="18"/>
        </w:rPr>
        <w:t>ტენდერის</w:t>
      </w:r>
      <w:proofErr w:type="spellEnd"/>
      <w:r w:rsidRPr="00C86A0D">
        <w:rPr>
          <w:rFonts w:cstheme="majorHAnsi"/>
          <w:sz w:val="18"/>
          <w:szCs w:val="18"/>
        </w:rPr>
        <w:t xml:space="preserve"> </w:t>
      </w:r>
      <w:proofErr w:type="spellStart"/>
      <w:r w:rsidRPr="00C86A0D">
        <w:rPr>
          <w:rFonts w:ascii="Sylfaen" w:hAnsi="Sylfaen" w:cs="Sylfaen"/>
          <w:sz w:val="18"/>
          <w:szCs w:val="18"/>
        </w:rPr>
        <w:t>პირობების</w:t>
      </w:r>
      <w:proofErr w:type="spellEnd"/>
      <w:r w:rsidRPr="00C86A0D">
        <w:rPr>
          <w:rFonts w:cstheme="majorHAnsi"/>
          <w:sz w:val="18"/>
          <w:szCs w:val="18"/>
        </w:rPr>
        <w:t xml:space="preserve"> </w:t>
      </w:r>
      <w:proofErr w:type="spellStart"/>
      <w:r w:rsidRPr="00C86A0D">
        <w:rPr>
          <w:rFonts w:ascii="Sylfaen" w:hAnsi="Sylfaen" w:cs="Sylfaen"/>
          <w:sz w:val="18"/>
          <w:szCs w:val="18"/>
        </w:rPr>
        <w:t>გათვალისწინებით</w:t>
      </w:r>
      <w:proofErr w:type="spellEnd"/>
      <w:r w:rsidRPr="00C86A0D">
        <w:rPr>
          <w:rFonts w:cstheme="majorHAnsi"/>
          <w:sz w:val="18"/>
          <w:szCs w:val="18"/>
        </w:rPr>
        <w:t>.</w:t>
      </w:r>
    </w:p>
    <w:p w14:paraId="0D46F767" w14:textId="6E2C8EFF" w:rsidR="00521466" w:rsidRPr="00D73BDF" w:rsidRDefault="00521466" w:rsidP="00521466">
      <w:pPr>
        <w:rPr>
          <w:rFonts w:cstheme="majorHAnsi"/>
          <w:sz w:val="18"/>
          <w:szCs w:val="18"/>
        </w:rPr>
      </w:pPr>
      <w:r w:rsidRPr="00D73BDF">
        <w:rPr>
          <w:rFonts w:cstheme="majorHAnsi"/>
          <w:sz w:val="18"/>
          <w:szCs w:val="18"/>
        </w:rPr>
        <w:t xml:space="preserve"> </w:t>
      </w:r>
      <w:r w:rsidRPr="00D73BDF">
        <w:rPr>
          <w:rFonts w:ascii="Sylfaen" w:hAnsi="Sylfaen" w:cs="Sylfaen"/>
          <w:sz w:val="18"/>
          <w:szCs w:val="18"/>
        </w:rPr>
        <w:t>ა</w:t>
      </w:r>
      <w:r w:rsidRPr="00D73BDF">
        <w:rPr>
          <w:rFonts w:cstheme="majorHAnsi"/>
          <w:sz w:val="18"/>
          <w:szCs w:val="18"/>
        </w:rPr>
        <w:t xml:space="preserve">) </w:t>
      </w:r>
      <w:proofErr w:type="spellStart"/>
      <w:r w:rsidRPr="00D73BDF">
        <w:rPr>
          <w:rFonts w:ascii="Sylfaen" w:hAnsi="Sylfaen" w:cs="Sylfaen"/>
          <w:sz w:val="18"/>
          <w:szCs w:val="18"/>
        </w:rPr>
        <w:t>დამკვეთი</w:t>
      </w:r>
      <w:proofErr w:type="spellEnd"/>
      <w:r w:rsidRPr="00D73BDF">
        <w:rPr>
          <w:rFonts w:cstheme="majorHAnsi"/>
          <w:sz w:val="18"/>
          <w:szCs w:val="18"/>
        </w:rPr>
        <w:t xml:space="preserve"> </w:t>
      </w:r>
      <w:proofErr w:type="spellStart"/>
      <w:r w:rsidRPr="00D73BDF">
        <w:rPr>
          <w:rFonts w:ascii="Sylfaen" w:hAnsi="Sylfaen" w:cs="Sylfaen"/>
          <w:sz w:val="18"/>
          <w:szCs w:val="18"/>
        </w:rPr>
        <w:t>განახორციელებს</w:t>
      </w:r>
      <w:proofErr w:type="spellEnd"/>
      <w:r w:rsidRPr="00D73BDF">
        <w:rPr>
          <w:rFonts w:cstheme="majorHAnsi"/>
          <w:sz w:val="18"/>
          <w:szCs w:val="18"/>
        </w:rPr>
        <w:t xml:space="preserve"> </w:t>
      </w:r>
      <w:proofErr w:type="spellStart"/>
      <w:r w:rsidRPr="00D73BDF">
        <w:rPr>
          <w:rFonts w:ascii="Sylfaen" w:hAnsi="Sylfaen" w:cs="Sylfaen"/>
          <w:sz w:val="18"/>
          <w:szCs w:val="18"/>
        </w:rPr>
        <w:t>მიმწოდებლისათვის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w:t>
      </w:r>
      <w:proofErr w:type="spellEnd"/>
      <w:r w:rsidR="00E600E3">
        <w:rPr>
          <w:rFonts w:ascii="Sylfaen" w:hAnsi="Sylfaen" w:cs="Sylfaen"/>
          <w:sz w:val="18"/>
          <w:szCs w:val="18"/>
        </w:rPr>
        <w:t xml:space="preserve"> </w:t>
      </w:r>
      <w:proofErr w:type="spellStart"/>
      <w:r w:rsidRPr="00D73BDF">
        <w:rPr>
          <w:rFonts w:ascii="Sylfaen" w:hAnsi="Sylfaen" w:cs="Sylfaen"/>
          <w:sz w:val="18"/>
          <w:szCs w:val="18"/>
        </w:rPr>
        <w:t>ხელშეკრულებით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აქტივის</w:t>
      </w:r>
      <w:proofErr w:type="spellEnd"/>
      <w:r w:rsidRPr="00D73BDF">
        <w:rPr>
          <w:rFonts w:cstheme="majorHAnsi"/>
          <w:sz w:val="18"/>
          <w:szCs w:val="18"/>
        </w:rPr>
        <w:t>/</w:t>
      </w:r>
      <w:proofErr w:type="spellStart"/>
      <w:r w:rsidRPr="00D73BDF">
        <w:rPr>
          <w:rFonts w:ascii="Sylfaen" w:hAnsi="Sylfaen" w:cs="Sylfaen"/>
          <w:sz w:val="18"/>
          <w:szCs w:val="18"/>
        </w:rPr>
        <w:t>მომსახურების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ღირებულების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გადახდას</w:t>
      </w:r>
      <w:proofErr w:type="spellEnd"/>
      <w:r w:rsidRPr="00D73BDF">
        <w:rPr>
          <w:rFonts w:cstheme="majorHAnsi"/>
          <w:sz w:val="18"/>
          <w:szCs w:val="18"/>
        </w:rPr>
        <w:t xml:space="preserve">. </w:t>
      </w:r>
      <w:proofErr w:type="spellStart"/>
      <w:r w:rsidRPr="00D73BDF">
        <w:rPr>
          <w:rFonts w:ascii="Sylfaen" w:hAnsi="Sylfaen" w:cs="Sylfaen"/>
          <w:sz w:val="18"/>
          <w:szCs w:val="18"/>
        </w:rPr>
        <w:t>ხოლო</w:t>
      </w:r>
      <w:proofErr w:type="spellEnd"/>
      <w:r w:rsidRPr="00D73BDF">
        <w:rPr>
          <w:rFonts w:cstheme="majorHAnsi"/>
          <w:sz w:val="18"/>
          <w:szCs w:val="18"/>
        </w:rPr>
        <w:t xml:space="preserve"> </w:t>
      </w:r>
      <w:proofErr w:type="spellStart"/>
      <w:r w:rsidRPr="00D73BDF">
        <w:rPr>
          <w:rFonts w:ascii="Sylfaen" w:hAnsi="Sylfaen" w:cs="Sylfaen"/>
          <w:sz w:val="18"/>
          <w:szCs w:val="18"/>
        </w:rPr>
        <w:t>იმ</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თუ</w:t>
      </w:r>
      <w:proofErr w:type="spellEnd"/>
      <w:r w:rsidRPr="00D73BDF">
        <w:rPr>
          <w:rFonts w:cstheme="majorHAnsi"/>
          <w:sz w:val="18"/>
          <w:szCs w:val="18"/>
        </w:rPr>
        <w:t xml:space="preserve"> </w:t>
      </w:r>
      <w:proofErr w:type="spellStart"/>
      <w:r w:rsidRPr="00D73BDF">
        <w:rPr>
          <w:rFonts w:ascii="Sylfaen" w:hAnsi="Sylfaen" w:cs="Sylfaen"/>
          <w:sz w:val="18"/>
          <w:szCs w:val="18"/>
        </w:rPr>
        <w:t>წინამდებარე</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ხელშეკრულებაზე</w:t>
      </w:r>
      <w:proofErr w:type="spellEnd"/>
      <w:r w:rsidRPr="00D73BDF">
        <w:rPr>
          <w:rFonts w:cstheme="majorHAnsi"/>
          <w:sz w:val="18"/>
          <w:szCs w:val="18"/>
        </w:rPr>
        <w:t xml:space="preserve"> </w:t>
      </w:r>
      <w:proofErr w:type="spellStart"/>
      <w:r w:rsidRPr="00D73BDF">
        <w:rPr>
          <w:rFonts w:ascii="Sylfaen" w:hAnsi="Sylfaen" w:cs="Sylfaen"/>
          <w:sz w:val="18"/>
          <w:szCs w:val="18"/>
        </w:rPr>
        <w:t>თანდართული</w:t>
      </w:r>
      <w:proofErr w:type="spellEnd"/>
      <w:r w:rsidRPr="00D73BDF">
        <w:rPr>
          <w:rFonts w:cstheme="majorHAnsi"/>
          <w:sz w:val="18"/>
          <w:szCs w:val="18"/>
        </w:rPr>
        <w:t xml:space="preserve"> </w:t>
      </w:r>
      <w:proofErr w:type="spellStart"/>
      <w:r w:rsidRPr="00D73BDF">
        <w:rPr>
          <w:rFonts w:ascii="Sylfaen" w:hAnsi="Sylfaen" w:cs="Sylfaen"/>
          <w:sz w:val="18"/>
          <w:szCs w:val="18"/>
        </w:rPr>
        <w:t>ხარჯთაღრიცხვით</w:t>
      </w:r>
      <w:proofErr w:type="spellEnd"/>
      <w:r w:rsidR="00E600E3">
        <w:rPr>
          <w:rFonts w:ascii="Sylfaen" w:hAnsi="Sylfaen" w:cs="Sylfaen"/>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იყო</w:t>
      </w:r>
      <w:proofErr w:type="spellEnd"/>
      <w:r w:rsidRPr="00D73BDF">
        <w:rPr>
          <w:rFonts w:cstheme="majorHAnsi"/>
          <w:sz w:val="18"/>
          <w:szCs w:val="18"/>
        </w:rPr>
        <w:t xml:space="preserve"> 6.6 </w:t>
      </w:r>
      <w:proofErr w:type="spellStart"/>
      <w:r w:rsidRPr="00D73BDF">
        <w:rPr>
          <w:rFonts w:ascii="Sylfaen" w:hAnsi="Sylfaen" w:cs="Sylfaen"/>
          <w:sz w:val="18"/>
          <w:szCs w:val="18"/>
        </w:rPr>
        <w:t>პუნქტში</w:t>
      </w:r>
      <w:proofErr w:type="spellEnd"/>
      <w:r w:rsidRPr="00D73BDF">
        <w:rPr>
          <w:rFonts w:cstheme="majorHAnsi"/>
          <w:sz w:val="18"/>
          <w:szCs w:val="18"/>
        </w:rPr>
        <w:t xml:space="preserve"> </w:t>
      </w:r>
      <w:proofErr w:type="spellStart"/>
      <w:r w:rsidRPr="00D73BDF">
        <w:rPr>
          <w:rFonts w:ascii="Sylfaen" w:hAnsi="Sylfaen" w:cs="Sylfaen"/>
          <w:sz w:val="18"/>
          <w:szCs w:val="18"/>
        </w:rPr>
        <w:t>ჩამოთვლილი</w:t>
      </w:r>
      <w:proofErr w:type="spellEnd"/>
      <w:r w:rsidRPr="00D73BDF">
        <w:rPr>
          <w:rFonts w:cstheme="majorHAnsi"/>
          <w:sz w:val="18"/>
          <w:szCs w:val="18"/>
        </w:rPr>
        <w:t xml:space="preserve"> </w:t>
      </w:r>
      <w:proofErr w:type="spellStart"/>
      <w:r w:rsidRPr="00D73BDF">
        <w:rPr>
          <w:rFonts w:ascii="Sylfaen" w:hAnsi="Sylfaen" w:cs="Sylfaen"/>
          <w:sz w:val="18"/>
          <w:szCs w:val="18"/>
        </w:rPr>
        <w:t>რომელიმე</w:t>
      </w:r>
      <w:proofErr w:type="spellEnd"/>
      <w:r w:rsidRPr="00D73BDF">
        <w:rPr>
          <w:rFonts w:cstheme="majorHAnsi"/>
          <w:sz w:val="18"/>
          <w:szCs w:val="18"/>
        </w:rPr>
        <w:t xml:space="preserve"> </w:t>
      </w:r>
      <w:proofErr w:type="spellStart"/>
      <w:r w:rsidRPr="00D73BDF">
        <w:rPr>
          <w:rFonts w:ascii="Sylfaen" w:hAnsi="Sylfaen" w:cs="Sylfaen"/>
          <w:sz w:val="18"/>
          <w:szCs w:val="18"/>
        </w:rPr>
        <w:t>აქტივი</w:t>
      </w:r>
      <w:proofErr w:type="spellEnd"/>
      <w:r w:rsidRPr="00D73BDF">
        <w:rPr>
          <w:rFonts w:cstheme="majorHAnsi"/>
          <w:sz w:val="18"/>
          <w:szCs w:val="18"/>
        </w:rPr>
        <w:t>/</w:t>
      </w:r>
      <w:proofErr w:type="spellStart"/>
      <w:r w:rsidRPr="00D73BDF">
        <w:rPr>
          <w:rFonts w:ascii="Sylfaen" w:hAnsi="Sylfaen" w:cs="Sylfaen"/>
          <w:sz w:val="18"/>
          <w:szCs w:val="18"/>
        </w:rPr>
        <w:t>მომსახურება</w:t>
      </w:r>
      <w:proofErr w:type="spellEnd"/>
      <w:r w:rsidRPr="00D73BDF">
        <w:rPr>
          <w:rFonts w:cstheme="majorHAnsi"/>
          <w:sz w:val="18"/>
          <w:szCs w:val="18"/>
        </w:rPr>
        <w:t>,</w:t>
      </w:r>
      <w:r w:rsidR="00477268">
        <w:rPr>
          <w:rFonts w:cstheme="majorHAnsi"/>
          <w:sz w:val="18"/>
          <w:szCs w:val="18"/>
        </w:rPr>
        <w:t xml:space="preserve"> </w:t>
      </w:r>
      <w:proofErr w:type="spellStart"/>
      <w:r w:rsidRPr="00D73BDF">
        <w:rPr>
          <w:rFonts w:ascii="Sylfaen" w:hAnsi="Sylfaen" w:cs="Sylfaen"/>
          <w:sz w:val="18"/>
          <w:szCs w:val="18"/>
        </w:rPr>
        <w:t>დამკვეთის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w:t>
      </w:r>
      <w:proofErr w:type="spellEnd"/>
      <w:r w:rsidRPr="00D73BDF">
        <w:rPr>
          <w:rFonts w:cstheme="majorHAnsi"/>
          <w:sz w:val="18"/>
          <w:szCs w:val="18"/>
        </w:rPr>
        <w:t xml:space="preserve"> </w:t>
      </w:r>
      <w:proofErr w:type="spellStart"/>
      <w:r w:rsidRPr="00D73BDF">
        <w:rPr>
          <w:rFonts w:ascii="Sylfaen" w:hAnsi="Sylfaen" w:cs="Sylfaen"/>
          <w:sz w:val="18"/>
          <w:szCs w:val="18"/>
        </w:rPr>
        <w:t>აქტივის</w:t>
      </w:r>
      <w:proofErr w:type="spellEnd"/>
      <w:r w:rsidRPr="00D73BDF">
        <w:rPr>
          <w:rFonts w:cstheme="majorHAnsi"/>
          <w:sz w:val="18"/>
          <w:szCs w:val="18"/>
        </w:rPr>
        <w:t>/</w:t>
      </w:r>
      <w:proofErr w:type="spellStart"/>
      <w:r w:rsidRPr="00D73BDF">
        <w:rPr>
          <w:rFonts w:ascii="Sylfaen" w:hAnsi="Sylfaen" w:cs="Sylfaen"/>
          <w:sz w:val="18"/>
          <w:szCs w:val="18"/>
        </w:rPr>
        <w:t>მომსახურების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მიმწოდებლისათვის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გადახდილი</w:t>
      </w:r>
      <w:proofErr w:type="spellEnd"/>
      <w:r w:rsidRPr="00D73BDF">
        <w:rPr>
          <w:rFonts w:cstheme="majorHAnsi"/>
          <w:sz w:val="18"/>
          <w:szCs w:val="18"/>
        </w:rPr>
        <w:t xml:space="preserve"> </w:t>
      </w:r>
      <w:proofErr w:type="spellStart"/>
      <w:r w:rsidRPr="00D73BDF">
        <w:rPr>
          <w:rFonts w:ascii="Sylfaen" w:hAnsi="Sylfaen" w:cs="Sylfaen"/>
          <w:sz w:val="18"/>
          <w:szCs w:val="18"/>
        </w:rPr>
        <w:t>თანხები</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გამოაკლდება</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Pr="00D73BDF">
        <w:rPr>
          <w:rFonts w:cstheme="majorHAnsi"/>
          <w:sz w:val="18"/>
          <w:szCs w:val="18"/>
        </w:rPr>
        <w:t xml:space="preserve"> </w:t>
      </w:r>
      <w:proofErr w:type="spellStart"/>
      <w:r w:rsidRPr="00D73BDF">
        <w:rPr>
          <w:rFonts w:ascii="Sylfaen" w:hAnsi="Sylfaen" w:cs="Sylfaen"/>
          <w:sz w:val="18"/>
          <w:szCs w:val="18"/>
        </w:rPr>
        <w:t>ეტაპის</w:t>
      </w:r>
      <w:proofErr w:type="spellEnd"/>
      <w:r w:rsidRPr="00D73BDF">
        <w:rPr>
          <w:rFonts w:cstheme="majorHAnsi"/>
          <w:sz w:val="18"/>
          <w:szCs w:val="18"/>
        </w:rPr>
        <w:t xml:space="preserve"> </w:t>
      </w:r>
      <w:proofErr w:type="spellStart"/>
      <w:r w:rsidRPr="00D73BDF">
        <w:rPr>
          <w:rFonts w:ascii="Sylfaen" w:hAnsi="Sylfaen" w:cs="Sylfaen"/>
          <w:sz w:val="18"/>
          <w:szCs w:val="18"/>
        </w:rPr>
        <w:t>ფორმა</w:t>
      </w:r>
      <w:proofErr w:type="spellEnd"/>
      <w:r w:rsidRPr="00D73BDF">
        <w:rPr>
          <w:rFonts w:cstheme="majorHAnsi"/>
          <w:sz w:val="18"/>
          <w:szCs w:val="18"/>
        </w:rPr>
        <w:t xml:space="preserve"> N2-</w:t>
      </w:r>
      <w:r w:rsidRPr="00D73BDF">
        <w:rPr>
          <w:rFonts w:ascii="Sylfaen" w:hAnsi="Sylfaen" w:cs="Sylfaen"/>
          <w:sz w:val="18"/>
          <w:szCs w:val="18"/>
        </w:rPr>
        <w:t>ით</w:t>
      </w:r>
      <w:r w:rsidRPr="00D73BDF">
        <w:rPr>
          <w:rFonts w:cstheme="majorHAnsi"/>
          <w:sz w:val="18"/>
          <w:szCs w:val="18"/>
        </w:rPr>
        <w:t xml:space="preserve"> </w:t>
      </w:r>
      <w:proofErr w:type="spellStart"/>
      <w:r w:rsidRPr="00D73BDF">
        <w:rPr>
          <w:rFonts w:ascii="Sylfaen" w:hAnsi="Sylfaen" w:cs="Sylfaen"/>
          <w:sz w:val="18"/>
          <w:szCs w:val="18"/>
        </w:rPr>
        <w:t>განსაზღვრულ</w:t>
      </w:r>
      <w:proofErr w:type="spellEnd"/>
      <w:r w:rsidR="00477268">
        <w:rPr>
          <w:rFonts w:ascii="Sylfaen" w:hAnsi="Sylfaen" w:cs="Sylfaen"/>
          <w:sz w:val="18"/>
          <w:szCs w:val="18"/>
        </w:rPr>
        <w:t xml:space="preserve"> </w:t>
      </w:r>
      <w:proofErr w:type="spellStart"/>
      <w:r w:rsidRPr="00D73BDF">
        <w:rPr>
          <w:rFonts w:ascii="Sylfaen" w:hAnsi="Sylfaen" w:cs="Sylfaen"/>
          <w:sz w:val="18"/>
          <w:szCs w:val="18"/>
        </w:rPr>
        <w:t>მენარდის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00477268">
        <w:rPr>
          <w:rFonts w:ascii="Sylfaen" w:hAnsi="Sylfaen" w:cs="Sylfaen"/>
          <w:sz w:val="18"/>
          <w:szCs w:val="18"/>
        </w:rPr>
        <w:t xml:space="preserve"> </w:t>
      </w:r>
      <w:proofErr w:type="spellStart"/>
      <w:r w:rsidRPr="00D73BDF">
        <w:rPr>
          <w:rFonts w:ascii="Sylfaen" w:hAnsi="Sylfaen" w:cs="Sylfaen"/>
          <w:sz w:val="18"/>
          <w:szCs w:val="18"/>
        </w:rPr>
        <w:t>შესრულებული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სამუშაოს</w:t>
      </w:r>
      <w:proofErr w:type="spellEnd"/>
      <w:r w:rsidR="00477268">
        <w:rPr>
          <w:rFonts w:ascii="Sylfaen" w:hAnsi="Sylfaen" w:cs="Sylfaen"/>
          <w:sz w:val="18"/>
          <w:szCs w:val="18"/>
        </w:rPr>
        <w:t xml:space="preserve"> </w:t>
      </w:r>
      <w:proofErr w:type="spellStart"/>
      <w:r w:rsidRPr="00D73BDF">
        <w:rPr>
          <w:rFonts w:ascii="Sylfaen" w:hAnsi="Sylfaen" w:cs="Sylfaen"/>
          <w:sz w:val="18"/>
          <w:szCs w:val="18"/>
        </w:rPr>
        <w:t>ღირებულებას</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შესაბამისად</w:t>
      </w:r>
      <w:proofErr w:type="spellEnd"/>
      <w:r w:rsidRPr="00D73BDF">
        <w:rPr>
          <w:rFonts w:cstheme="majorHAnsi"/>
          <w:sz w:val="18"/>
          <w:szCs w:val="18"/>
        </w:rPr>
        <w:t xml:space="preserve"> </w:t>
      </w:r>
      <w:proofErr w:type="spellStart"/>
      <w:r w:rsidRPr="00D73BDF">
        <w:rPr>
          <w:rFonts w:ascii="Sylfaen" w:hAnsi="Sylfaen" w:cs="Sylfaen"/>
          <w:sz w:val="18"/>
          <w:szCs w:val="18"/>
        </w:rPr>
        <w:t>შეამცირებს</w:t>
      </w:r>
      <w:proofErr w:type="spellEnd"/>
      <w:r w:rsidRPr="00D73BDF">
        <w:rPr>
          <w:rFonts w:cstheme="majorHAnsi"/>
          <w:sz w:val="18"/>
          <w:szCs w:val="18"/>
        </w:rPr>
        <w:t xml:space="preserve"> </w:t>
      </w:r>
      <w:proofErr w:type="spellStart"/>
      <w:r w:rsidRPr="00D73BDF">
        <w:rPr>
          <w:rFonts w:ascii="Sylfaen" w:hAnsi="Sylfaen" w:cs="Sylfaen"/>
          <w:sz w:val="18"/>
          <w:szCs w:val="18"/>
        </w:rPr>
        <w:t>საერთო</w:t>
      </w:r>
      <w:proofErr w:type="spellEnd"/>
      <w:r w:rsidRPr="00D73BDF">
        <w:rPr>
          <w:rFonts w:cstheme="majorHAnsi"/>
          <w:sz w:val="18"/>
          <w:szCs w:val="18"/>
        </w:rPr>
        <w:t xml:space="preserve"> </w:t>
      </w:r>
      <w:proofErr w:type="spellStart"/>
      <w:r w:rsidRPr="00D73BDF">
        <w:rPr>
          <w:rFonts w:ascii="Sylfaen" w:hAnsi="Sylfaen" w:cs="Sylfaen"/>
          <w:sz w:val="18"/>
          <w:szCs w:val="18"/>
        </w:rPr>
        <w:t>ღირებულებას</w:t>
      </w:r>
      <w:proofErr w:type="spellEnd"/>
      <w:r w:rsidRPr="00D73BDF">
        <w:rPr>
          <w:rFonts w:cstheme="majorHAnsi"/>
          <w:sz w:val="18"/>
          <w:szCs w:val="18"/>
        </w:rPr>
        <w:t>;</w:t>
      </w:r>
    </w:p>
    <w:p w14:paraId="768DEE4D" w14:textId="4F5AA78D" w:rsidR="00521466" w:rsidRPr="00D73BDF" w:rsidRDefault="00521466" w:rsidP="00521466">
      <w:pPr>
        <w:rPr>
          <w:rFonts w:cstheme="majorHAnsi"/>
          <w:sz w:val="18"/>
          <w:szCs w:val="18"/>
        </w:rPr>
      </w:pPr>
      <w:r w:rsidRPr="00D73BDF">
        <w:rPr>
          <w:rFonts w:ascii="Sylfaen" w:hAnsi="Sylfaen" w:cs="Sylfaen"/>
          <w:sz w:val="18"/>
          <w:szCs w:val="18"/>
        </w:rPr>
        <w:t>ბ</w:t>
      </w:r>
      <w:r w:rsidRPr="00D73BDF">
        <w:rPr>
          <w:rFonts w:cstheme="majorHAnsi"/>
          <w:sz w:val="18"/>
          <w:szCs w:val="18"/>
        </w:rPr>
        <w:t>)</w:t>
      </w:r>
      <w:r w:rsidR="00E600E3">
        <w:rPr>
          <w:rFonts w:cstheme="majorHAnsi"/>
          <w:sz w:val="18"/>
          <w:szCs w:val="18"/>
        </w:rPr>
        <w:t xml:space="preserve"> </w:t>
      </w:r>
      <w:proofErr w:type="spellStart"/>
      <w:r w:rsidRPr="00D73BDF">
        <w:rPr>
          <w:rFonts w:ascii="Sylfaen" w:hAnsi="Sylfaen" w:cs="Sylfaen"/>
          <w:sz w:val="18"/>
          <w:szCs w:val="18"/>
        </w:rPr>
        <w:t>მიმწოდებლის</w:t>
      </w:r>
      <w:proofErr w:type="spellEnd"/>
      <w:r w:rsidR="00E600E3">
        <w:rPr>
          <w:rFonts w:ascii="Sylfaen" w:hAnsi="Sylfaen" w:cs="Sylfaen"/>
          <w:sz w:val="18"/>
          <w:szCs w:val="18"/>
        </w:rPr>
        <w:t xml:space="preserve"> </w:t>
      </w:r>
      <w:proofErr w:type="spellStart"/>
      <w:r w:rsidRPr="00D73BDF">
        <w:rPr>
          <w:rFonts w:ascii="Sylfaen" w:hAnsi="Sylfaen" w:cs="Sylfaen"/>
          <w:sz w:val="18"/>
          <w:szCs w:val="18"/>
        </w:rPr>
        <w:t>მიერ</w:t>
      </w:r>
      <w:proofErr w:type="spellEnd"/>
      <w:r w:rsidR="00E600E3">
        <w:rPr>
          <w:rFonts w:ascii="Sylfaen" w:hAnsi="Sylfaen" w:cs="Sylfaen"/>
          <w:sz w:val="18"/>
          <w:szCs w:val="18"/>
        </w:rPr>
        <w:t xml:space="preserve"> </w:t>
      </w:r>
      <w:proofErr w:type="spellStart"/>
      <w:r w:rsidRPr="00D73BDF">
        <w:rPr>
          <w:rFonts w:ascii="Sylfaen" w:hAnsi="Sylfaen" w:cs="Sylfaen"/>
          <w:sz w:val="18"/>
          <w:szCs w:val="18"/>
        </w:rPr>
        <w:t>ამ</w:t>
      </w:r>
      <w:proofErr w:type="spellEnd"/>
      <w:r w:rsidRPr="00D73BDF">
        <w:rPr>
          <w:rFonts w:cstheme="majorHAnsi"/>
          <w:sz w:val="18"/>
          <w:szCs w:val="18"/>
        </w:rPr>
        <w:t xml:space="preserve"> </w:t>
      </w:r>
      <w:proofErr w:type="spellStart"/>
      <w:r w:rsidRPr="00D73BDF">
        <w:rPr>
          <w:rFonts w:ascii="Sylfaen" w:hAnsi="Sylfaen" w:cs="Sylfaen"/>
          <w:sz w:val="18"/>
          <w:szCs w:val="18"/>
        </w:rPr>
        <w:t>მუხლით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აქტივის</w:t>
      </w:r>
      <w:proofErr w:type="spellEnd"/>
      <w:r w:rsidRPr="00D73BDF">
        <w:rPr>
          <w:rFonts w:cstheme="majorHAnsi"/>
          <w:sz w:val="18"/>
          <w:szCs w:val="18"/>
        </w:rPr>
        <w:t>/</w:t>
      </w:r>
      <w:proofErr w:type="spellStart"/>
      <w:r w:rsidRPr="00D73BDF">
        <w:rPr>
          <w:rFonts w:ascii="Sylfaen" w:hAnsi="Sylfaen" w:cs="Sylfaen"/>
          <w:sz w:val="18"/>
          <w:szCs w:val="18"/>
        </w:rPr>
        <w:t>მომსახურების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შესყიდვის</w:t>
      </w:r>
      <w:proofErr w:type="spellEnd"/>
      <w:r w:rsidR="00E600E3">
        <w:rPr>
          <w:rFonts w:ascii="Sylfaen" w:hAnsi="Sylfaen" w:cs="Sylfaen"/>
          <w:sz w:val="18"/>
          <w:szCs w:val="18"/>
        </w:rPr>
        <w:t xml:space="preserve"> </w:t>
      </w:r>
      <w:proofErr w:type="spellStart"/>
      <w:r w:rsidRPr="00D73BDF">
        <w:rPr>
          <w:rFonts w:ascii="Sylfaen" w:hAnsi="Sylfaen" w:cs="Sylfaen"/>
          <w:sz w:val="18"/>
          <w:szCs w:val="18"/>
        </w:rPr>
        <w:t>ხელშეკრულების</w:t>
      </w:r>
      <w:proofErr w:type="spellEnd"/>
      <w:r w:rsidR="00E600E3">
        <w:rPr>
          <w:rFonts w:ascii="Sylfaen" w:hAnsi="Sylfaen" w:cs="Sylfaen"/>
          <w:sz w:val="18"/>
          <w:szCs w:val="18"/>
        </w:rPr>
        <w:t xml:space="preserve"> </w:t>
      </w:r>
      <w:proofErr w:type="spellStart"/>
      <w:r w:rsidRPr="00D73BDF">
        <w:rPr>
          <w:rFonts w:ascii="Sylfaen" w:hAnsi="Sylfaen" w:cs="Sylfaen"/>
          <w:sz w:val="18"/>
          <w:szCs w:val="18"/>
        </w:rPr>
        <w:t>პირობების</w:t>
      </w:r>
      <w:proofErr w:type="spellEnd"/>
      <w:r w:rsidR="00E600E3">
        <w:rPr>
          <w:rFonts w:ascii="Sylfaen" w:hAnsi="Sylfaen" w:cs="Sylfaen"/>
          <w:sz w:val="18"/>
          <w:szCs w:val="18"/>
        </w:rPr>
        <w:t xml:space="preserve"> </w:t>
      </w:r>
      <w:proofErr w:type="spellStart"/>
      <w:r w:rsidRPr="00D73BDF">
        <w:rPr>
          <w:rFonts w:ascii="Sylfaen" w:hAnsi="Sylfaen" w:cs="Sylfaen"/>
          <w:sz w:val="18"/>
          <w:szCs w:val="18"/>
        </w:rPr>
        <w:t>დარღვევაზე</w:t>
      </w:r>
      <w:proofErr w:type="spellEnd"/>
      <w:r w:rsidRPr="00D73BDF">
        <w:rPr>
          <w:rFonts w:cstheme="majorHAnsi"/>
          <w:sz w:val="18"/>
          <w:szCs w:val="18"/>
        </w:rPr>
        <w:t xml:space="preserve"> </w:t>
      </w:r>
      <w:proofErr w:type="spellStart"/>
      <w:r w:rsidRPr="00D73BDF">
        <w:rPr>
          <w:rFonts w:ascii="Sylfaen" w:hAnsi="Sylfaen" w:cs="Sylfaen"/>
          <w:sz w:val="18"/>
          <w:szCs w:val="18"/>
        </w:rPr>
        <w:t>საჯარიმო</w:t>
      </w:r>
      <w:proofErr w:type="spellEnd"/>
      <w:r w:rsidRPr="00D73BDF">
        <w:rPr>
          <w:rFonts w:cstheme="majorHAnsi"/>
          <w:sz w:val="18"/>
          <w:szCs w:val="18"/>
        </w:rPr>
        <w:t xml:space="preserve"> </w:t>
      </w:r>
      <w:proofErr w:type="spellStart"/>
      <w:r w:rsidRPr="00D73BDF">
        <w:rPr>
          <w:rFonts w:ascii="Sylfaen" w:hAnsi="Sylfaen" w:cs="Sylfaen"/>
          <w:sz w:val="18"/>
          <w:szCs w:val="18"/>
        </w:rPr>
        <w:t>სანქციების</w:t>
      </w:r>
      <w:proofErr w:type="spellEnd"/>
      <w:r w:rsidRPr="00D73BDF">
        <w:rPr>
          <w:rFonts w:cstheme="majorHAnsi"/>
          <w:sz w:val="18"/>
          <w:szCs w:val="18"/>
        </w:rPr>
        <w:t>/</w:t>
      </w:r>
      <w:proofErr w:type="spellStart"/>
      <w:r w:rsidRPr="00D73BDF">
        <w:rPr>
          <w:rFonts w:ascii="Sylfaen" w:hAnsi="Sylfaen" w:cs="Sylfaen"/>
          <w:sz w:val="18"/>
          <w:szCs w:val="18"/>
        </w:rPr>
        <w:t>ზიანის</w:t>
      </w:r>
      <w:proofErr w:type="spellEnd"/>
      <w:r w:rsidRPr="00D73BDF">
        <w:rPr>
          <w:rFonts w:cstheme="majorHAnsi"/>
          <w:sz w:val="18"/>
          <w:szCs w:val="18"/>
        </w:rPr>
        <w:t xml:space="preserve"> </w:t>
      </w:r>
      <w:proofErr w:type="spellStart"/>
      <w:r w:rsidRPr="00D73BDF">
        <w:rPr>
          <w:rFonts w:ascii="Sylfaen" w:hAnsi="Sylfaen" w:cs="Sylfaen"/>
          <w:sz w:val="18"/>
          <w:szCs w:val="18"/>
        </w:rPr>
        <w:t>ანაზღაურების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მოთხოვნის</w:t>
      </w:r>
      <w:proofErr w:type="spellEnd"/>
      <w:r w:rsidRPr="00D73BDF">
        <w:rPr>
          <w:rFonts w:cstheme="majorHAnsi"/>
          <w:sz w:val="18"/>
          <w:szCs w:val="18"/>
        </w:rPr>
        <w:t xml:space="preserve"> </w:t>
      </w:r>
      <w:proofErr w:type="spellStart"/>
      <w:r w:rsidRPr="00D73BDF">
        <w:rPr>
          <w:rFonts w:ascii="Sylfaen" w:hAnsi="Sylfaen" w:cs="Sylfaen"/>
          <w:sz w:val="18"/>
          <w:szCs w:val="18"/>
        </w:rPr>
        <w:t>უფლება</w:t>
      </w:r>
      <w:proofErr w:type="spellEnd"/>
      <w:r w:rsidRPr="00D73BDF">
        <w:rPr>
          <w:rFonts w:cstheme="majorHAnsi"/>
          <w:sz w:val="18"/>
          <w:szCs w:val="18"/>
        </w:rPr>
        <w:t xml:space="preserve"> </w:t>
      </w:r>
      <w:proofErr w:type="spellStart"/>
      <w:r w:rsidRPr="00D73BDF">
        <w:rPr>
          <w:rFonts w:ascii="Sylfaen" w:hAnsi="Sylfaen" w:cs="Sylfaen"/>
          <w:sz w:val="18"/>
          <w:szCs w:val="18"/>
        </w:rPr>
        <w:t>გააჩნია</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დამკვეთს</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იგი</w:t>
      </w:r>
      <w:proofErr w:type="spellEnd"/>
      <w:r w:rsidRPr="00D73BDF">
        <w:rPr>
          <w:rFonts w:cstheme="majorHAnsi"/>
          <w:sz w:val="18"/>
          <w:szCs w:val="18"/>
        </w:rPr>
        <w:t xml:space="preserve"> </w:t>
      </w:r>
      <w:proofErr w:type="spellStart"/>
      <w:r w:rsidRPr="00D73BDF">
        <w:rPr>
          <w:rFonts w:ascii="Sylfaen" w:hAnsi="Sylfaen" w:cs="Sylfaen"/>
          <w:sz w:val="18"/>
          <w:szCs w:val="18"/>
        </w:rPr>
        <w:t>შემსრულებელთან</w:t>
      </w:r>
      <w:proofErr w:type="spellEnd"/>
      <w:r w:rsidRPr="00D73BDF">
        <w:rPr>
          <w:rFonts w:cstheme="majorHAnsi"/>
          <w:sz w:val="18"/>
          <w:szCs w:val="18"/>
        </w:rPr>
        <w:t>/</w:t>
      </w:r>
      <w:proofErr w:type="spellStart"/>
      <w:r w:rsidRPr="00D73BDF">
        <w:rPr>
          <w:rFonts w:ascii="Sylfaen" w:hAnsi="Sylfaen" w:cs="Sylfaen"/>
          <w:sz w:val="18"/>
          <w:szCs w:val="18"/>
        </w:rPr>
        <w:t>მიმწოდებელთან</w:t>
      </w:r>
      <w:proofErr w:type="spellEnd"/>
      <w:r w:rsidRPr="00D73BDF">
        <w:rPr>
          <w:rFonts w:cstheme="majorHAnsi"/>
          <w:sz w:val="18"/>
          <w:szCs w:val="18"/>
        </w:rPr>
        <w:t xml:space="preserve"> </w:t>
      </w:r>
      <w:proofErr w:type="spellStart"/>
      <w:r w:rsidRPr="00D73BDF">
        <w:rPr>
          <w:rFonts w:ascii="Sylfaen" w:hAnsi="Sylfaen" w:cs="Sylfaen"/>
          <w:sz w:val="18"/>
          <w:szCs w:val="18"/>
        </w:rPr>
        <w:t>რაიმე</w:t>
      </w:r>
      <w:proofErr w:type="spellEnd"/>
      <w:r w:rsidRPr="00D73BDF">
        <w:rPr>
          <w:rFonts w:cstheme="majorHAnsi"/>
          <w:sz w:val="18"/>
          <w:szCs w:val="18"/>
        </w:rPr>
        <w:t xml:space="preserve"> </w:t>
      </w:r>
      <w:proofErr w:type="spellStart"/>
      <w:r w:rsidRPr="00D73BDF">
        <w:rPr>
          <w:rFonts w:ascii="Sylfaen" w:hAnsi="Sylfaen" w:cs="Sylfaen"/>
          <w:sz w:val="18"/>
          <w:szCs w:val="18"/>
        </w:rPr>
        <w:t>დამატებითი</w:t>
      </w:r>
      <w:proofErr w:type="spellEnd"/>
      <w:r w:rsidRPr="00D73BDF">
        <w:rPr>
          <w:rFonts w:cstheme="majorHAnsi"/>
          <w:sz w:val="18"/>
          <w:szCs w:val="18"/>
        </w:rPr>
        <w:t xml:space="preserve"> </w:t>
      </w:r>
      <w:proofErr w:type="spellStart"/>
      <w:r w:rsidRPr="00D73BDF">
        <w:rPr>
          <w:rFonts w:ascii="Sylfaen" w:hAnsi="Sylfaen" w:cs="Sylfaen"/>
          <w:sz w:val="18"/>
          <w:szCs w:val="18"/>
        </w:rPr>
        <w:t>შეთანხმების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გარეშე</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w:t>
      </w:r>
      <w:proofErr w:type="spellEnd"/>
      <w:r w:rsidRPr="00D73BDF">
        <w:rPr>
          <w:rFonts w:cstheme="majorHAnsi"/>
          <w:sz w:val="18"/>
          <w:szCs w:val="18"/>
        </w:rPr>
        <w:t xml:space="preserve">   </w:t>
      </w:r>
      <w:proofErr w:type="spellStart"/>
      <w:r w:rsidRPr="00D73BDF">
        <w:rPr>
          <w:rFonts w:ascii="Sylfaen" w:hAnsi="Sylfaen" w:cs="Sylfaen"/>
          <w:sz w:val="18"/>
          <w:szCs w:val="18"/>
        </w:rPr>
        <w:t>აქტივის</w:t>
      </w:r>
      <w:proofErr w:type="spellEnd"/>
      <w:r w:rsidRPr="00D73BDF">
        <w:rPr>
          <w:rFonts w:cstheme="majorHAnsi"/>
          <w:sz w:val="18"/>
          <w:szCs w:val="18"/>
        </w:rPr>
        <w:t>/</w:t>
      </w:r>
      <w:proofErr w:type="spellStart"/>
      <w:r w:rsidRPr="00D73BDF">
        <w:rPr>
          <w:rFonts w:ascii="Sylfaen" w:hAnsi="Sylfaen" w:cs="Sylfaen"/>
          <w:sz w:val="18"/>
          <w:szCs w:val="18"/>
        </w:rPr>
        <w:t>მომსახურების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შესყიდვის</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ძალით</w:t>
      </w:r>
      <w:proofErr w:type="spellEnd"/>
      <w:r w:rsidRPr="00D73BDF">
        <w:rPr>
          <w:rFonts w:cstheme="majorHAnsi"/>
          <w:sz w:val="18"/>
          <w:szCs w:val="18"/>
        </w:rPr>
        <w:t>, </w:t>
      </w:r>
      <w:proofErr w:type="spellStart"/>
      <w:r w:rsidRPr="00D73BDF">
        <w:rPr>
          <w:rFonts w:ascii="Sylfaen" w:hAnsi="Sylfaen" w:cs="Sylfaen"/>
          <w:sz w:val="18"/>
          <w:szCs w:val="18"/>
        </w:rPr>
        <w:t>უფლებამოსილია</w:t>
      </w:r>
      <w:proofErr w:type="spellEnd"/>
      <w:r w:rsidR="00477268">
        <w:rPr>
          <w:rFonts w:ascii="Sylfaen" w:hAnsi="Sylfaen" w:cs="Sylfaen"/>
          <w:sz w:val="18"/>
          <w:szCs w:val="18"/>
        </w:rPr>
        <w:t xml:space="preserve"> </w:t>
      </w:r>
      <w:proofErr w:type="spellStart"/>
      <w:r w:rsidRPr="00D73BDF">
        <w:rPr>
          <w:rFonts w:ascii="Sylfaen" w:hAnsi="Sylfaen" w:cs="Sylfaen"/>
          <w:sz w:val="18"/>
          <w:szCs w:val="18"/>
        </w:rPr>
        <w:t>მოითხოვოს</w:t>
      </w:r>
      <w:proofErr w:type="spellEnd"/>
      <w:r w:rsidR="00E600E3">
        <w:rPr>
          <w:rFonts w:ascii="Sylfaen" w:hAnsi="Sylfaen" w:cs="Sylfaen"/>
          <w:sz w:val="18"/>
          <w:szCs w:val="18"/>
        </w:rPr>
        <w:t xml:space="preserve"> </w:t>
      </w:r>
      <w:proofErr w:type="spellStart"/>
      <w:r w:rsidRPr="00D73BDF">
        <w:rPr>
          <w:rFonts w:ascii="Sylfaen" w:hAnsi="Sylfaen" w:cs="Sylfaen"/>
          <w:sz w:val="18"/>
          <w:szCs w:val="18"/>
        </w:rPr>
        <w:t>მიმწოდებლისგან</w:t>
      </w:r>
      <w:proofErr w:type="spellEnd"/>
      <w:r w:rsidR="00E600E3">
        <w:rPr>
          <w:rFonts w:ascii="Sylfaen" w:hAnsi="Sylfaen" w:cs="Sylfaen"/>
          <w:sz w:val="18"/>
          <w:szCs w:val="18"/>
        </w:rPr>
        <w:t xml:space="preserve"> </w:t>
      </w:r>
      <w:proofErr w:type="spellStart"/>
      <w:r w:rsidRPr="00D73BDF">
        <w:rPr>
          <w:rFonts w:ascii="Sylfaen" w:hAnsi="Sylfaen" w:cs="Sylfaen"/>
          <w:sz w:val="18"/>
          <w:szCs w:val="18"/>
        </w:rPr>
        <w:t>ჯარიმის</w:t>
      </w:r>
      <w:proofErr w:type="spellEnd"/>
      <w:r w:rsidRPr="00D73BDF">
        <w:rPr>
          <w:rFonts w:cstheme="majorHAnsi"/>
          <w:sz w:val="18"/>
          <w:szCs w:val="18"/>
        </w:rPr>
        <w:t>/</w:t>
      </w:r>
      <w:proofErr w:type="spellStart"/>
      <w:r w:rsidRPr="00D73BDF">
        <w:rPr>
          <w:rFonts w:ascii="Sylfaen" w:hAnsi="Sylfaen" w:cs="Sylfaen"/>
          <w:sz w:val="18"/>
          <w:szCs w:val="18"/>
        </w:rPr>
        <w:t>პირგასამტეხლოს</w:t>
      </w:r>
      <w:proofErr w:type="spellEnd"/>
      <w:r w:rsidRPr="00D73BDF">
        <w:rPr>
          <w:rFonts w:cstheme="majorHAnsi"/>
          <w:sz w:val="18"/>
          <w:szCs w:val="18"/>
        </w:rPr>
        <w:t xml:space="preserve"> </w:t>
      </w:r>
      <w:proofErr w:type="spellStart"/>
      <w:r w:rsidRPr="00D73BDF">
        <w:rPr>
          <w:rFonts w:ascii="Sylfaen" w:hAnsi="Sylfaen" w:cs="Sylfaen"/>
          <w:sz w:val="18"/>
          <w:szCs w:val="18"/>
        </w:rPr>
        <w:t>თანხის</w:t>
      </w:r>
      <w:proofErr w:type="spellEnd"/>
      <w:r w:rsidRPr="00D73BDF">
        <w:rPr>
          <w:rFonts w:cstheme="majorHAnsi"/>
          <w:sz w:val="18"/>
          <w:szCs w:val="18"/>
        </w:rPr>
        <w:t xml:space="preserve"> </w:t>
      </w:r>
      <w:proofErr w:type="spellStart"/>
      <w:r w:rsidRPr="00D73BDF">
        <w:rPr>
          <w:rFonts w:ascii="Sylfaen" w:hAnsi="Sylfaen" w:cs="Sylfaen"/>
          <w:sz w:val="18"/>
          <w:szCs w:val="18"/>
        </w:rPr>
        <w:t>უშუალოდ</w:t>
      </w:r>
      <w:proofErr w:type="spellEnd"/>
      <w:r w:rsidRPr="00D73BDF">
        <w:rPr>
          <w:rFonts w:cstheme="majorHAnsi"/>
          <w:sz w:val="18"/>
          <w:szCs w:val="18"/>
        </w:rPr>
        <w:t xml:space="preserve"> </w:t>
      </w:r>
      <w:proofErr w:type="spellStart"/>
      <w:r w:rsidRPr="00D73BDF">
        <w:rPr>
          <w:rFonts w:ascii="Sylfaen" w:hAnsi="Sylfaen" w:cs="Sylfaen"/>
          <w:sz w:val="18"/>
          <w:szCs w:val="18"/>
        </w:rPr>
        <w:t>მისთვის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დამკვეთისათვის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გადახდა</w:t>
      </w:r>
      <w:proofErr w:type="spellEnd"/>
      <w:r w:rsidRPr="00D73BDF">
        <w:rPr>
          <w:rFonts w:cstheme="majorHAnsi"/>
          <w:sz w:val="18"/>
          <w:szCs w:val="18"/>
        </w:rPr>
        <w:t>;</w:t>
      </w:r>
    </w:p>
    <w:p w14:paraId="49CE91B4" w14:textId="5580A9A7" w:rsidR="00477268" w:rsidRDefault="00521466" w:rsidP="00521466">
      <w:pPr>
        <w:rPr>
          <w:rFonts w:cstheme="majorHAnsi"/>
          <w:sz w:val="18"/>
          <w:szCs w:val="18"/>
        </w:rPr>
      </w:pPr>
      <w:r w:rsidRPr="00D73BDF">
        <w:rPr>
          <w:rFonts w:ascii="Sylfaen" w:hAnsi="Sylfaen" w:cs="Sylfaen"/>
          <w:sz w:val="18"/>
          <w:szCs w:val="18"/>
        </w:rPr>
        <w:t>გ</w:t>
      </w:r>
      <w:r w:rsidRPr="00D73BDF">
        <w:rPr>
          <w:rFonts w:cstheme="majorHAnsi"/>
          <w:sz w:val="18"/>
          <w:szCs w:val="18"/>
        </w:rPr>
        <w:t xml:space="preserve">) </w:t>
      </w:r>
      <w:proofErr w:type="spellStart"/>
      <w:r w:rsidR="00FF24B9">
        <w:rPr>
          <w:rFonts w:ascii="Sylfaen" w:hAnsi="Sylfaen" w:cs="Sylfaen"/>
          <w:sz w:val="18"/>
          <w:szCs w:val="18"/>
        </w:rPr>
        <w:t>მენარდე</w:t>
      </w:r>
      <w:proofErr w:type="spellEnd"/>
      <w:r w:rsidR="00FF24B9">
        <w:rPr>
          <w:rFonts w:ascii="Sylfaen" w:hAnsi="Sylfaen" w:cs="Sylfaen"/>
          <w:sz w:val="18"/>
          <w:szCs w:val="18"/>
        </w:rPr>
        <w:t xml:space="preserve"> </w:t>
      </w:r>
      <w:proofErr w:type="spellStart"/>
      <w:r w:rsidRPr="00D73BDF">
        <w:rPr>
          <w:rFonts w:ascii="Sylfaen" w:hAnsi="Sylfaen" w:cs="Sylfaen"/>
          <w:sz w:val="18"/>
          <w:szCs w:val="18"/>
        </w:rPr>
        <w:t>პასუხისმგებელი</w:t>
      </w:r>
      <w:proofErr w:type="spellEnd"/>
      <w:r w:rsidRPr="00D73BDF">
        <w:rPr>
          <w:rFonts w:cstheme="majorHAnsi"/>
          <w:sz w:val="18"/>
          <w:szCs w:val="18"/>
        </w:rPr>
        <w:t xml:space="preserve"> </w:t>
      </w:r>
      <w:proofErr w:type="spellStart"/>
      <w:r w:rsidRPr="00D73BDF">
        <w:rPr>
          <w:rFonts w:ascii="Sylfaen" w:hAnsi="Sylfaen" w:cs="Sylfaen"/>
          <w:sz w:val="18"/>
          <w:szCs w:val="18"/>
        </w:rPr>
        <w:t>იქნება</w:t>
      </w:r>
      <w:proofErr w:type="spellEnd"/>
      <w:r w:rsidRPr="00D73BDF">
        <w:rPr>
          <w:rFonts w:cstheme="majorHAnsi"/>
          <w:sz w:val="18"/>
          <w:szCs w:val="18"/>
        </w:rPr>
        <w:t xml:space="preserve"> </w:t>
      </w:r>
      <w:proofErr w:type="spellStart"/>
      <w:r w:rsidRPr="00D73BDF">
        <w:rPr>
          <w:rFonts w:ascii="Sylfaen" w:hAnsi="Sylfaen" w:cs="Sylfaen"/>
          <w:sz w:val="18"/>
          <w:szCs w:val="18"/>
        </w:rPr>
        <w:t>ლოჯისტიკაზე</w:t>
      </w:r>
      <w:proofErr w:type="spellEnd"/>
      <w:r w:rsidRPr="00D73BDF">
        <w:rPr>
          <w:rFonts w:cstheme="majorHAnsi"/>
          <w:sz w:val="18"/>
          <w:szCs w:val="18"/>
        </w:rPr>
        <w:t xml:space="preserve">, </w:t>
      </w:r>
      <w:proofErr w:type="spellStart"/>
      <w:r w:rsidRPr="00D73BDF">
        <w:rPr>
          <w:rFonts w:ascii="Sylfaen" w:hAnsi="Sylfaen" w:cs="Sylfaen"/>
          <w:sz w:val="18"/>
          <w:szCs w:val="18"/>
        </w:rPr>
        <w:t>აგრეთვე</w:t>
      </w:r>
      <w:proofErr w:type="spellEnd"/>
      <w:r w:rsidRPr="00D73BDF">
        <w:rPr>
          <w:rFonts w:cstheme="majorHAnsi"/>
          <w:sz w:val="18"/>
          <w:szCs w:val="18"/>
        </w:rPr>
        <w:t xml:space="preserve"> </w:t>
      </w:r>
      <w:proofErr w:type="spellStart"/>
      <w:r w:rsidRPr="00D73BDF">
        <w:rPr>
          <w:rFonts w:ascii="Sylfaen" w:hAnsi="Sylfaen" w:cs="Sylfaen"/>
          <w:sz w:val="18"/>
          <w:szCs w:val="18"/>
        </w:rPr>
        <w:t>ობიექტისა</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მიმწოდებლის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ობიექტზე</w:t>
      </w:r>
      <w:proofErr w:type="spellEnd"/>
      <w:r w:rsidRPr="00D73BDF">
        <w:rPr>
          <w:rFonts w:cstheme="majorHAnsi"/>
          <w:sz w:val="18"/>
          <w:szCs w:val="18"/>
        </w:rPr>
        <w:t xml:space="preserve"> </w:t>
      </w:r>
      <w:proofErr w:type="spellStart"/>
      <w:r w:rsidRPr="00D73BDF">
        <w:rPr>
          <w:rFonts w:ascii="Sylfaen" w:hAnsi="Sylfaen" w:cs="Sylfaen"/>
          <w:sz w:val="18"/>
          <w:szCs w:val="18"/>
        </w:rPr>
        <w:t>მიწოდებული</w:t>
      </w:r>
      <w:proofErr w:type="spellEnd"/>
      <w:r w:rsidRPr="00D73BDF">
        <w:rPr>
          <w:rFonts w:cstheme="majorHAnsi"/>
          <w:sz w:val="18"/>
          <w:szCs w:val="18"/>
        </w:rPr>
        <w:t>/</w:t>
      </w:r>
      <w:proofErr w:type="spellStart"/>
      <w:r w:rsidRPr="00D73BDF">
        <w:rPr>
          <w:rFonts w:ascii="Sylfaen" w:hAnsi="Sylfaen" w:cs="Sylfaen"/>
          <w:sz w:val="18"/>
          <w:szCs w:val="18"/>
        </w:rPr>
        <w:t>დასაწყობებული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აქტივის</w:t>
      </w:r>
      <w:proofErr w:type="spellEnd"/>
      <w:r w:rsidRPr="00D73BDF">
        <w:rPr>
          <w:rFonts w:cstheme="majorHAnsi"/>
          <w:sz w:val="18"/>
          <w:szCs w:val="18"/>
        </w:rPr>
        <w:t>/</w:t>
      </w:r>
      <w:proofErr w:type="spellStart"/>
      <w:r w:rsidRPr="00D73BDF">
        <w:rPr>
          <w:rFonts w:ascii="Sylfaen" w:hAnsi="Sylfaen" w:cs="Sylfaen"/>
          <w:sz w:val="18"/>
          <w:szCs w:val="18"/>
        </w:rPr>
        <w:t>მომსახურების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დაცვაზე</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აღნიშნულისათვის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იგი</w:t>
      </w:r>
      <w:proofErr w:type="spellEnd"/>
      <w:r w:rsidRPr="00D73BDF">
        <w:rPr>
          <w:rFonts w:cstheme="majorHAnsi"/>
          <w:sz w:val="18"/>
          <w:szCs w:val="18"/>
        </w:rPr>
        <w:t xml:space="preserve"> </w:t>
      </w:r>
      <w:proofErr w:type="spellStart"/>
      <w:r w:rsidRPr="00D73BDF">
        <w:rPr>
          <w:rFonts w:ascii="Sylfaen" w:hAnsi="Sylfaen" w:cs="Sylfaen"/>
          <w:sz w:val="18"/>
          <w:szCs w:val="18"/>
        </w:rPr>
        <w:t>ანაზღაურების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სახით</w:t>
      </w:r>
      <w:proofErr w:type="spellEnd"/>
      <w:r w:rsidRPr="00D73BDF">
        <w:rPr>
          <w:rFonts w:cstheme="majorHAnsi"/>
          <w:sz w:val="18"/>
          <w:szCs w:val="18"/>
        </w:rPr>
        <w:t xml:space="preserve"> </w:t>
      </w:r>
      <w:proofErr w:type="spellStart"/>
      <w:r w:rsidRPr="00D73BDF">
        <w:rPr>
          <w:rFonts w:ascii="Sylfaen" w:hAnsi="Sylfaen" w:cs="Sylfaen"/>
          <w:sz w:val="18"/>
          <w:szCs w:val="18"/>
        </w:rPr>
        <w:t>მიიღებს</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დამკვეთისაგან</w:t>
      </w:r>
      <w:proofErr w:type="spellEnd"/>
      <w:r w:rsidR="00477268">
        <w:rPr>
          <w:rFonts w:ascii="Sylfaen" w:hAnsi="Sylfaen" w:cs="Sylfaen"/>
          <w:sz w:val="18"/>
          <w:szCs w:val="18"/>
        </w:rPr>
        <w:t xml:space="preserve"> </w:t>
      </w:r>
      <w:proofErr w:type="spellStart"/>
      <w:r w:rsidRPr="00D73BDF">
        <w:rPr>
          <w:rFonts w:ascii="Sylfaen" w:hAnsi="Sylfaen" w:cs="Sylfaen"/>
          <w:sz w:val="18"/>
          <w:szCs w:val="18"/>
        </w:rPr>
        <w:t>ამ</w:t>
      </w:r>
      <w:proofErr w:type="spellEnd"/>
      <w:r w:rsidRPr="00D73BDF">
        <w:rPr>
          <w:rFonts w:cstheme="majorHAnsi"/>
          <w:sz w:val="18"/>
          <w:szCs w:val="18"/>
        </w:rPr>
        <w:t xml:space="preserve"> </w:t>
      </w:r>
      <w:proofErr w:type="spellStart"/>
      <w:r w:rsidRPr="00D73BDF">
        <w:rPr>
          <w:rFonts w:ascii="Sylfaen" w:hAnsi="Sylfaen" w:cs="Sylfaen"/>
          <w:sz w:val="18"/>
          <w:szCs w:val="18"/>
        </w:rPr>
        <w:t>მუხლით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აქტივის</w:t>
      </w:r>
      <w:proofErr w:type="spellEnd"/>
      <w:r w:rsidRPr="00D73BDF">
        <w:rPr>
          <w:rFonts w:cstheme="majorHAnsi"/>
          <w:sz w:val="18"/>
          <w:szCs w:val="18"/>
        </w:rPr>
        <w:t>/</w:t>
      </w:r>
      <w:proofErr w:type="spellStart"/>
      <w:r w:rsidRPr="00D73BDF">
        <w:rPr>
          <w:rFonts w:ascii="Sylfaen" w:hAnsi="Sylfaen" w:cs="Sylfaen"/>
          <w:sz w:val="18"/>
          <w:szCs w:val="18"/>
        </w:rPr>
        <w:t>მომსახურების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შესყიდვის</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აქტივის</w:t>
      </w:r>
      <w:proofErr w:type="spellEnd"/>
      <w:r w:rsidRPr="00D73BDF">
        <w:rPr>
          <w:rFonts w:cstheme="majorHAnsi"/>
          <w:sz w:val="18"/>
          <w:szCs w:val="18"/>
        </w:rPr>
        <w:t>/</w:t>
      </w:r>
      <w:proofErr w:type="spellStart"/>
      <w:r w:rsidRPr="00D73BDF">
        <w:rPr>
          <w:rFonts w:ascii="Sylfaen" w:hAnsi="Sylfaen" w:cs="Sylfaen"/>
          <w:sz w:val="18"/>
          <w:szCs w:val="18"/>
        </w:rPr>
        <w:t>მომსახურების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ღირებულების</w:t>
      </w:r>
      <w:proofErr w:type="spellEnd"/>
      <w:r w:rsidRPr="00D73BDF">
        <w:rPr>
          <w:rFonts w:cstheme="majorHAnsi"/>
          <w:sz w:val="18"/>
          <w:szCs w:val="18"/>
        </w:rPr>
        <w:t>/</w:t>
      </w:r>
      <w:proofErr w:type="spellStart"/>
      <w:r w:rsidRPr="00D73BDF">
        <w:rPr>
          <w:rFonts w:ascii="Sylfaen" w:hAnsi="Sylfaen" w:cs="Sylfaen"/>
          <w:sz w:val="18"/>
          <w:szCs w:val="18"/>
        </w:rPr>
        <w:t>ფასის</w:t>
      </w:r>
      <w:proofErr w:type="spellEnd"/>
      <w:r w:rsidRPr="00D73BDF">
        <w:rPr>
          <w:rFonts w:cstheme="majorHAnsi"/>
          <w:sz w:val="18"/>
          <w:szCs w:val="18"/>
        </w:rPr>
        <w:t xml:space="preserve"> - 1 (</w:t>
      </w:r>
      <w:proofErr w:type="spellStart"/>
      <w:r w:rsidRPr="00D73BDF">
        <w:rPr>
          <w:rFonts w:ascii="Sylfaen" w:hAnsi="Sylfaen" w:cs="Sylfaen"/>
          <w:sz w:val="18"/>
          <w:szCs w:val="18"/>
        </w:rPr>
        <w:t>ერთი</w:t>
      </w:r>
      <w:proofErr w:type="spellEnd"/>
      <w:r w:rsidRPr="00D73BDF">
        <w:rPr>
          <w:rFonts w:cstheme="majorHAnsi"/>
          <w:sz w:val="18"/>
          <w:szCs w:val="18"/>
        </w:rPr>
        <w:t>) %-</w:t>
      </w:r>
      <w:r w:rsidRPr="00D73BDF">
        <w:rPr>
          <w:rFonts w:ascii="Sylfaen" w:hAnsi="Sylfaen" w:cs="Sylfaen"/>
          <w:sz w:val="18"/>
          <w:szCs w:val="18"/>
        </w:rPr>
        <w:t>ს</w:t>
      </w:r>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მოგების</w:t>
      </w:r>
      <w:proofErr w:type="spellEnd"/>
      <w:r w:rsidRPr="00D73BDF">
        <w:rPr>
          <w:rFonts w:cstheme="majorHAnsi"/>
          <w:sz w:val="18"/>
          <w:szCs w:val="18"/>
        </w:rPr>
        <w:t xml:space="preserve"> - 1 (</w:t>
      </w:r>
      <w:proofErr w:type="spellStart"/>
      <w:r w:rsidRPr="00D73BDF">
        <w:rPr>
          <w:rFonts w:ascii="Sylfaen" w:hAnsi="Sylfaen" w:cs="Sylfaen"/>
          <w:sz w:val="18"/>
          <w:szCs w:val="18"/>
        </w:rPr>
        <w:t>ერთი</w:t>
      </w:r>
      <w:proofErr w:type="spellEnd"/>
      <w:r w:rsidRPr="00D73BDF">
        <w:rPr>
          <w:rFonts w:cstheme="majorHAnsi"/>
          <w:sz w:val="18"/>
          <w:szCs w:val="18"/>
        </w:rPr>
        <w:t>)%-</w:t>
      </w:r>
      <w:r w:rsidRPr="00D73BDF">
        <w:rPr>
          <w:rFonts w:ascii="Sylfaen" w:hAnsi="Sylfaen" w:cs="Sylfaen"/>
          <w:sz w:val="18"/>
          <w:szCs w:val="18"/>
        </w:rPr>
        <w:t>ს</w:t>
      </w:r>
      <w:r w:rsidRPr="00D73BDF">
        <w:rPr>
          <w:rFonts w:cstheme="majorHAnsi"/>
          <w:sz w:val="18"/>
          <w:szCs w:val="18"/>
        </w:rPr>
        <w:t>.</w:t>
      </w:r>
    </w:p>
    <w:p w14:paraId="05216CCF" w14:textId="12485E0A" w:rsidR="00521466" w:rsidRPr="00D73BDF" w:rsidRDefault="00521466" w:rsidP="00521466">
      <w:pPr>
        <w:rPr>
          <w:rFonts w:cstheme="majorHAnsi"/>
          <w:sz w:val="18"/>
          <w:szCs w:val="18"/>
        </w:rPr>
      </w:pPr>
      <w:r w:rsidRPr="00D73BDF">
        <w:rPr>
          <w:rFonts w:ascii="Sylfaen" w:hAnsi="Sylfaen" w:cs="Sylfaen"/>
          <w:sz w:val="18"/>
          <w:szCs w:val="18"/>
        </w:rPr>
        <w:lastRenderedPageBreak/>
        <w:t>დ</w:t>
      </w:r>
      <w:r w:rsidRPr="00D73BDF">
        <w:rPr>
          <w:rFonts w:cstheme="majorHAnsi"/>
          <w:sz w:val="18"/>
          <w:szCs w:val="18"/>
        </w:rPr>
        <w:t xml:space="preserve">) </w:t>
      </w:r>
      <w:proofErr w:type="spellStart"/>
      <w:r w:rsidR="00FF24B9">
        <w:rPr>
          <w:rFonts w:ascii="Sylfaen" w:hAnsi="Sylfaen" w:cs="Sylfaen"/>
          <w:sz w:val="18"/>
          <w:szCs w:val="18"/>
        </w:rPr>
        <w:t>მენარდე</w:t>
      </w:r>
      <w:proofErr w:type="spellEnd"/>
      <w:r w:rsidR="00FF24B9">
        <w:rPr>
          <w:rFonts w:ascii="Sylfaen" w:hAnsi="Sylfaen" w:cs="Sylfaen"/>
          <w:sz w:val="18"/>
          <w:szCs w:val="18"/>
        </w:rPr>
        <w:t xml:space="preserve"> </w:t>
      </w:r>
      <w:proofErr w:type="spellStart"/>
      <w:r w:rsidRPr="00D73BDF">
        <w:rPr>
          <w:rFonts w:ascii="Sylfaen" w:hAnsi="Sylfaen" w:cs="Sylfaen"/>
          <w:sz w:val="18"/>
          <w:szCs w:val="18"/>
        </w:rPr>
        <w:t>სრულად</w:t>
      </w:r>
      <w:proofErr w:type="spellEnd"/>
      <w:r w:rsidRPr="00D73BDF">
        <w:rPr>
          <w:rFonts w:cstheme="majorHAnsi"/>
          <w:sz w:val="18"/>
          <w:szCs w:val="18"/>
        </w:rPr>
        <w:t xml:space="preserve"> </w:t>
      </w:r>
      <w:proofErr w:type="spellStart"/>
      <w:r w:rsidRPr="00D73BDF">
        <w:rPr>
          <w:rFonts w:ascii="Sylfaen" w:hAnsi="Sylfaen" w:cs="Sylfaen"/>
          <w:sz w:val="18"/>
          <w:szCs w:val="18"/>
        </w:rPr>
        <w:t>იქნება</w:t>
      </w:r>
      <w:proofErr w:type="spellEnd"/>
      <w:r w:rsidRPr="00D73BDF">
        <w:rPr>
          <w:rFonts w:cstheme="majorHAnsi"/>
          <w:sz w:val="18"/>
          <w:szCs w:val="18"/>
        </w:rPr>
        <w:t xml:space="preserve"> </w:t>
      </w:r>
      <w:proofErr w:type="spellStart"/>
      <w:r w:rsidRPr="00D73BDF">
        <w:rPr>
          <w:rFonts w:ascii="Sylfaen" w:hAnsi="Sylfaen" w:cs="Sylfaen"/>
          <w:sz w:val="18"/>
          <w:szCs w:val="18"/>
        </w:rPr>
        <w:t>პასუხისმგებელი</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w:t>
      </w:r>
      <w:proofErr w:type="spellEnd"/>
      <w:r w:rsidRPr="00D73BDF">
        <w:rPr>
          <w:rFonts w:cstheme="majorHAnsi"/>
          <w:sz w:val="18"/>
          <w:szCs w:val="18"/>
        </w:rPr>
        <w:t xml:space="preserve"> </w:t>
      </w:r>
      <w:proofErr w:type="spellStart"/>
      <w:r w:rsidRPr="00D73BDF">
        <w:rPr>
          <w:rFonts w:ascii="Sylfaen" w:hAnsi="Sylfaen" w:cs="Sylfaen"/>
          <w:sz w:val="18"/>
          <w:szCs w:val="18"/>
        </w:rPr>
        <w:t>აქტივის</w:t>
      </w:r>
      <w:proofErr w:type="spellEnd"/>
      <w:r w:rsidRPr="00D73BDF">
        <w:rPr>
          <w:rFonts w:cstheme="majorHAnsi"/>
          <w:sz w:val="18"/>
          <w:szCs w:val="18"/>
        </w:rPr>
        <w:t>/</w:t>
      </w:r>
      <w:proofErr w:type="spellStart"/>
      <w:r w:rsidRPr="00D73BDF">
        <w:rPr>
          <w:rFonts w:ascii="Sylfaen" w:hAnsi="Sylfaen" w:cs="Sylfaen"/>
          <w:sz w:val="18"/>
          <w:szCs w:val="18"/>
        </w:rPr>
        <w:t>მომსახურების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შესყიდვის</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აქტივის</w:t>
      </w:r>
      <w:proofErr w:type="spellEnd"/>
      <w:r w:rsidRPr="00D73BDF">
        <w:rPr>
          <w:rFonts w:cstheme="majorHAnsi"/>
          <w:sz w:val="18"/>
          <w:szCs w:val="18"/>
        </w:rPr>
        <w:t>/</w:t>
      </w:r>
      <w:proofErr w:type="spellStart"/>
      <w:r w:rsidRPr="00D73BDF">
        <w:rPr>
          <w:rFonts w:ascii="Sylfaen" w:hAnsi="Sylfaen" w:cs="Sylfaen"/>
          <w:sz w:val="18"/>
          <w:szCs w:val="18"/>
        </w:rPr>
        <w:t>მომსახურების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მიმწოდებლისთვის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მიყენებულ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ნებისმიერ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ზიანზე</w:t>
      </w:r>
      <w:proofErr w:type="spellEnd"/>
      <w:r w:rsidRPr="00D73BDF">
        <w:rPr>
          <w:rFonts w:cstheme="majorHAnsi"/>
          <w:sz w:val="18"/>
          <w:szCs w:val="18"/>
        </w:rPr>
        <w:t xml:space="preserve">, </w:t>
      </w:r>
      <w:proofErr w:type="spellStart"/>
      <w:r w:rsidRPr="00D73BDF">
        <w:rPr>
          <w:rFonts w:ascii="Sylfaen" w:hAnsi="Sylfaen" w:cs="Sylfaen"/>
          <w:sz w:val="18"/>
          <w:szCs w:val="18"/>
        </w:rPr>
        <w:t>რომელიც</w:t>
      </w:r>
      <w:proofErr w:type="spellEnd"/>
      <w:r w:rsidRPr="00D73BDF">
        <w:rPr>
          <w:rFonts w:cstheme="majorHAnsi"/>
          <w:sz w:val="18"/>
          <w:szCs w:val="18"/>
        </w:rPr>
        <w:t xml:space="preserve"> </w:t>
      </w:r>
      <w:proofErr w:type="spellStart"/>
      <w:r w:rsidRPr="00D73BDF">
        <w:rPr>
          <w:rFonts w:ascii="Sylfaen" w:hAnsi="Sylfaen" w:cs="Sylfaen"/>
          <w:sz w:val="18"/>
          <w:szCs w:val="18"/>
        </w:rPr>
        <w:t>გამოწვეული</w:t>
      </w:r>
      <w:proofErr w:type="spellEnd"/>
      <w:r w:rsidRPr="00D73BDF">
        <w:rPr>
          <w:rFonts w:cstheme="majorHAnsi"/>
          <w:sz w:val="18"/>
          <w:szCs w:val="18"/>
        </w:rPr>
        <w:t xml:space="preserve"> </w:t>
      </w:r>
      <w:proofErr w:type="spellStart"/>
      <w:r w:rsidRPr="00D73BDF">
        <w:rPr>
          <w:rFonts w:ascii="Sylfaen" w:hAnsi="Sylfaen" w:cs="Sylfaen"/>
          <w:sz w:val="18"/>
          <w:szCs w:val="18"/>
        </w:rPr>
        <w:t>იქნება</w:t>
      </w:r>
      <w:proofErr w:type="spellEnd"/>
      <w:r w:rsidRPr="00D73BDF">
        <w:rPr>
          <w:rFonts w:cstheme="majorHAnsi"/>
          <w:sz w:val="18"/>
          <w:szCs w:val="18"/>
        </w:rPr>
        <w:t xml:space="preserve"> </w:t>
      </w:r>
      <w:proofErr w:type="spellStart"/>
      <w:r w:rsidRPr="005C6D37">
        <w:rPr>
          <w:rFonts w:ascii="Sylfaen" w:hAnsi="Sylfaen" w:cs="Sylfaen"/>
          <w:sz w:val="18"/>
          <w:szCs w:val="18"/>
        </w:rPr>
        <w:t>მენარდის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წინამდებარე</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ნაკისრი</w:t>
      </w:r>
      <w:proofErr w:type="spellEnd"/>
      <w:r w:rsidRPr="00D73BDF">
        <w:rPr>
          <w:rFonts w:cstheme="majorHAnsi"/>
          <w:sz w:val="18"/>
          <w:szCs w:val="18"/>
        </w:rPr>
        <w:t xml:space="preserve"> </w:t>
      </w:r>
      <w:proofErr w:type="spellStart"/>
      <w:r w:rsidRPr="00D73BDF">
        <w:rPr>
          <w:rFonts w:ascii="Sylfaen" w:hAnsi="Sylfaen" w:cs="Sylfaen"/>
          <w:sz w:val="18"/>
          <w:szCs w:val="18"/>
        </w:rPr>
        <w:t>ვალდებულებების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მათ</w:t>
      </w:r>
      <w:proofErr w:type="spellEnd"/>
      <w:r w:rsidRPr="00D73BDF">
        <w:rPr>
          <w:rFonts w:cstheme="majorHAnsi"/>
          <w:sz w:val="18"/>
          <w:szCs w:val="18"/>
        </w:rPr>
        <w:t xml:space="preserve"> </w:t>
      </w:r>
      <w:proofErr w:type="spellStart"/>
      <w:r w:rsidRPr="00D73BDF">
        <w:rPr>
          <w:rFonts w:ascii="Sylfaen" w:hAnsi="Sylfaen" w:cs="Sylfaen"/>
          <w:sz w:val="18"/>
          <w:szCs w:val="18"/>
        </w:rPr>
        <w:t>შორის</w:t>
      </w:r>
      <w:proofErr w:type="spellEnd"/>
      <w:r w:rsidRPr="00D73BDF">
        <w:rPr>
          <w:rFonts w:cstheme="majorHAnsi"/>
          <w:sz w:val="18"/>
          <w:szCs w:val="18"/>
        </w:rPr>
        <w:t xml:space="preserve">, </w:t>
      </w:r>
      <w:proofErr w:type="spellStart"/>
      <w:r w:rsidRPr="00D73BDF">
        <w:rPr>
          <w:rFonts w:ascii="Sylfaen" w:hAnsi="Sylfaen" w:cs="Sylfaen"/>
          <w:sz w:val="18"/>
          <w:szCs w:val="18"/>
        </w:rPr>
        <w:t>აღნიშნული</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ხელშეკრულების</w:t>
      </w:r>
      <w:proofErr w:type="spellEnd"/>
      <w:r w:rsidRPr="00D73BDF">
        <w:rPr>
          <w:rFonts w:cstheme="majorHAnsi"/>
          <w:sz w:val="18"/>
          <w:szCs w:val="18"/>
        </w:rPr>
        <w:t xml:space="preserve"> 3.3.</w:t>
      </w:r>
      <w:r>
        <w:rPr>
          <w:rFonts w:ascii="Sylfaen" w:hAnsi="Sylfaen" w:cstheme="majorHAnsi"/>
          <w:sz w:val="18"/>
          <w:szCs w:val="18"/>
          <w:lang w:val="ka-GE"/>
        </w:rPr>
        <w:t>8</w:t>
      </w:r>
      <w:r w:rsidRPr="00D73BDF">
        <w:rPr>
          <w:rFonts w:cstheme="majorHAnsi"/>
          <w:sz w:val="18"/>
          <w:szCs w:val="18"/>
        </w:rPr>
        <w:t xml:space="preserve"> </w:t>
      </w:r>
      <w:proofErr w:type="spellStart"/>
      <w:r w:rsidRPr="00D73BDF">
        <w:rPr>
          <w:rFonts w:ascii="Sylfaen" w:hAnsi="Sylfaen" w:cs="Sylfaen"/>
          <w:sz w:val="18"/>
          <w:szCs w:val="18"/>
        </w:rPr>
        <w:t>მუხლის</w:t>
      </w:r>
      <w:proofErr w:type="spellEnd"/>
      <w:r w:rsidRPr="00D73BDF">
        <w:rPr>
          <w:rFonts w:cstheme="majorHAnsi"/>
          <w:sz w:val="18"/>
          <w:szCs w:val="18"/>
        </w:rPr>
        <w:t xml:space="preserve"> </w:t>
      </w:r>
      <w:proofErr w:type="spellStart"/>
      <w:r w:rsidRPr="00D73BDF">
        <w:rPr>
          <w:rFonts w:ascii="Sylfaen" w:hAnsi="Sylfaen" w:cs="Sylfaen"/>
          <w:sz w:val="18"/>
          <w:szCs w:val="18"/>
        </w:rPr>
        <w:t>ან</w:t>
      </w:r>
      <w:proofErr w:type="spellEnd"/>
      <w:r w:rsidRPr="00D73BDF">
        <w:rPr>
          <w:rFonts w:cstheme="majorHAnsi"/>
          <w:sz w:val="18"/>
          <w:szCs w:val="18"/>
        </w:rPr>
        <w:t>/</w:t>
      </w:r>
      <w:proofErr w:type="spellStart"/>
      <w:r w:rsidRPr="00D73BDF">
        <w:rPr>
          <w:rFonts w:ascii="Sylfaen" w:hAnsi="Sylfaen" w:cs="Sylfaen"/>
          <w:sz w:val="18"/>
          <w:szCs w:val="18"/>
        </w:rPr>
        <w:t>და</w:t>
      </w:r>
      <w:proofErr w:type="spellEnd"/>
      <w:r w:rsidRPr="00D73BDF">
        <w:rPr>
          <w:rFonts w:cstheme="majorHAnsi"/>
          <w:sz w:val="18"/>
          <w:szCs w:val="18"/>
        </w:rPr>
        <w:t xml:space="preserve"> 6.7. </w:t>
      </w:r>
      <w:proofErr w:type="spellStart"/>
      <w:r w:rsidRPr="00D73BDF">
        <w:rPr>
          <w:rFonts w:ascii="Sylfaen" w:hAnsi="Sylfaen" w:cs="Sylfaen"/>
          <w:sz w:val="18"/>
          <w:szCs w:val="18"/>
        </w:rPr>
        <w:t>მუხლის</w:t>
      </w:r>
      <w:proofErr w:type="spellEnd"/>
      <w:r w:rsidRPr="00D73BDF">
        <w:rPr>
          <w:rFonts w:cstheme="majorHAnsi"/>
          <w:sz w:val="18"/>
          <w:szCs w:val="18"/>
        </w:rPr>
        <w:t xml:space="preserve"> „</w:t>
      </w:r>
      <w:r w:rsidRPr="00D73BDF">
        <w:rPr>
          <w:rFonts w:ascii="Sylfaen" w:hAnsi="Sylfaen" w:cs="Sylfaen"/>
          <w:sz w:val="18"/>
          <w:szCs w:val="18"/>
        </w:rPr>
        <w:t>გ</w:t>
      </w:r>
      <w:r w:rsidRPr="00D73BDF">
        <w:rPr>
          <w:rFonts w:cstheme="majorHAnsi"/>
          <w:sz w:val="18"/>
          <w:szCs w:val="18"/>
        </w:rPr>
        <w:t>“</w:t>
      </w:r>
      <w:r w:rsidR="005C6D37">
        <w:rPr>
          <w:rFonts w:cstheme="majorHAnsi"/>
          <w:sz w:val="18"/>
          <w:szCs w:val="18"/>
        </w:rPr>
        <w:t xml:space="preserve"> </w:t>
      </w:r>
      <w:proofErr w:type="spellStart"/>
      <w:r w:rsidRPr="00D73BDF">
        <w:rPr>
          <w:rFonts w:ascii="Sylfaen" w:hAnsi="Sylfaen" w:cs="Sylfaen"/>
          <w:sz w:val="18"/>
          <w:szCs w:val="18"/>
        </w:rPr>
        <w:t>ქვეპუნქტით</w:t>
      </w:r>
      <w:proofErr w:type="spellEnd"/>
      <w:r w:rsidR="005C6D37">
        <w:rPr>
          <w:rFonts w:ascii="Sylfaen" w:hAnsi="Sylfaen" w:cs="Sylfaen"/>
          <w:sz w:val="18"/>
          <w:szCs w:val="18"/>
        </w:rPr>
        <w:t xml:space="preserve"> </w:t>
      </w:r>
      <w:proofErr w:type="spellStart"/>
      <w:r w:rsidRPr="00D73BDF">
        <w:rPr>
          <w:rFonts w:ascii="Sylfaen" w:hAnsi="Sylfaen" w:cs="Sylfaen"/>
          <w:sz w:val="18"/>
          <w:szCs w:val="18"/>
        </w:rPr>
        <w:t>გათვალისწინებული</w:t>
      </w:r>
      <w:proofErr w:type="spellEnd"/>
      <w:r w:rsidRPr="00D73BDF">
        <w:rPr>
          <w:rFonts w:cstheme="majorHAnsi"/>
          <w:sz w:val="18"/>
          <w:szCs w:val="18"/>
        </w:rPr>
        <w:t xml:space="preserve"> </w:t>
      </w:r>
      <w:proofErr w:type="spellStart"/>
      <w:r w:rsidRPr="00D73BDF">
        <w:rPr>
          <w:rFonts w:ascii="Sylfaen" w:hAnsi="Sylfaen" w:cs="Sylfaen"/>
          <w:sz w:val="18"/>
          <w:szCs w:val="18"/>
        </w:rPr>
        <w:t>დაცვის</w:t>
      </w:r>
      <w:proofErr w:type="spellEnd"/>
      <w:r w:rsidRPr="00D73BDF">
        <w:rPr>
          <w:rFonts w:cstheme="majorHAnsi"/>
          <w:sz w:val="18"/>
          <w:szCs w:val="18"/>
        </w:rPr>
        <w:t xml:space="preserve"> </w:t>
      </w:r>
      <w:proofErr w:type="spellStart"/>
      <w:r w:rsidRPr="00D73BDF">
        <w:rPr>
          <w:rFonts w:ascii="Sylfaen" w:hAnsi="Sylfaen" w:cs="Sylfaen"/>
          <w:sz w:val="18"/>
          <w:szCs w:val="18"/>
        </w:rPr>
        <w:t>ვალდებულების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შეუსრულებლობით</w:t>
      </w:r>
      <w:proofErr w:type="spellEnd"/>
      <w:r w:rsidRPr="00D73BDF">
        <w:rPr>
          <w:rFonts w:cstheme="majorHAnsi"/>
          <w:sz w:val="18"/>
          <w:szCs w:val="18"/>
        </w:rPr>
        <w:t>/</w:t>
      </w:r>
      <w:proofErr w:type="spellStart"/>
      <w:r w:rsidRPr="00D73BDF">
        <w:rPr>
          <w:rFonts w:ascii="Sylfaen" w:hAnsi="Sylfaen" w:cs="Sylfaen"/>
          <w:sz w:val="18"/>
          <w:szCs w:val="18"/>
        </w:rPr>
        <w:t>არაჯეროვნად</w:t>
      </w:r>
      <w:proofErr w:type="spellEnd"/>
      <w:r w:rsidRPr="00D73BDF">
        <w:rPr>
          <w:rFonts w:cstheme="majorHAnsi"/>
          <w:sz w:val="18"/>
          <w:szCs w:val="18"/>
        </w:rPr>
        <w:t xml:space="preserve"> </w:t>
      </w:r>
      <w:proofErr w:type="spellStart"/>
      <w:r w:rsidRPr="00D73BDF">
        <w:rPr>
          <w:rFonts w:ascii="Sylfaen" w:hAnsi="Sylfaen" w:cs="Sylfaen"/>
          <w:sz w:val="18"/>
          <w:szCs w:val="18"/>
        </w:rPr>
        <w:t>შესრულებით</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ამდენად</w:t>
      </w:r>
      <w:proofErr w:type="spellEnd"/>
      <w:r w:rsidRPr="00D73BDF">
        <w:rPr>
          <w:rFonts w:cstheme="majorHAnsi"/>
          <w:sz w:val="18"/>
          <w:szCs w:val="18"/>
        </w:rPr>
        <w:t xml:space="preserve">, </w:t>
      </w:r>
      <w:proofErr w:type="spellStart"/>
      <w:r w:rsidRPr="00D73BDF">
        <w:rPr>
          <w:rFonts w:ascii="Sylfaen" w:hAnsi="Sylfaen" w:cs="Sylfaen"/>
          <w:sz w:val="18"/>
          <w:szCs w:val="18"/>
        </w:rPr>
        <w:t>ზიანის</w:t>
      </w:r>
      <w:proofErr w:type="spellEnd"/>
      <w:r w:rsidRPr="00D73BDF">
        <w:rPr>
          <w:rFonts w:cstheme="majorHAnsi"/>
          <w:sz w:val="18"/>
          <w:szCs w:val="18"/>
        </w:rPr>
        <w:t xml:space="preserve"> </w:t>
      </w:r>
      <w:proofErr w:type="spellStart"/>
      <w:r w:rsidRPr="00D73BDF">
        <w:rPr>
          <w:rFonts w:ascii="Sylfaen" w:hAnsi="Sylfaen" w:cs="Sylfaen"/>
          <w:sz w:val="18"/>
          <w:szCs w:val="18"/>
        </w:rPr>
        <w:t>შემთხვევაში</w:t>
      </w:r>
      <w:proofErr w:type="spellEnd"/>
      <w:r w:rsidRPr="00D73BDF">
        <w:rPr>
          <w:rFonts w:cstheme="majorHAnsi"/>
          <w:sz w:val="18"/>
          <w:szCs w:val="18"/>
        </w:rPr>
        <w:t xml:space="preserve">, </w:t>
      </w:r>
      <w:proofErr w:type="spellStart"/>
      <w:r w:rsidRPr="00D73BDF">
        <w:rPr>
          <w:rFonts w:ascii="Sylfaen" w:hAnsi="Sylfaen" w:cs="Sylfaen"/>
          <w:sz w:val="18"/>
          <w:szCs w:val="18"/>
        </w:rPr>
        <w:t>მიმწოდებლის</w:t>
      </w:r>
      <w:proofErr w:type="spellEnd"/>
      <w:r w:rsidRPr="00D73BDF">
        <w:rPr>
          <w:rFonts w:cstheme="majorHAnsi"/>
          <w:sz w:val="18"/>
          <w:szCs w:val="18"/>
        </w:rPr>
        <w:t xml:space="preserve"> </w:t>
      </w:r>
      <w:proofErr w:type="spellStart"/>
      <w:r w:rsidRPr="00D73BDF">
        <w:rPr>
          <w:rFonts w:ascii="Sylfaen" w:hAnsi="Sylfaen" w:cs="Sylfaen"/>
          <w:sz w:val="18"/>
          <w:szCs w:val="18"/>
        </w:rPr>
        <w:t>მოთხოვნის</w:t>
      </w:r>
      <w:proofErr w:type="spellEnd"/>
      <w:r w:rsidRPr="00D73BDF">
        <w:rPr>
          <w:rFonts w:cstheme="majorHAnsi"/>
          <w:sz w:val="18"/>
          <w:szCs w:val="18"/>
        </w:rPr>
        <w:t xml:space="preserve"> </w:t>
      </w:r>
      <w:proofErr w:type="spellStart"/>
      <w:r w:rsidRPr="00D73BDF">
        <w:rPr>
          <w:rFonts w:ascii="Sylfaen" w:hAnsi="Sylfaen" w:cs="Sylfaen"/>
          <w:sz w:val="18"/>
          <w:szCs w:val="18"/>
        </w:rPr>
        <w:t>არსებობისას</w:t>
      </w:r>
      <w:proofErr w:type="spellEnd"/>
      <w:r w:rsidRPr="00D73BDF">
        <w:rPr>
          <w:rFonts w:cstheme="majorHAnsi"/>
          <w:sz w:val="18"/>
          <w:szCs w:val="18"/>
        </w:rPr>
        <w:t xml:space="preserve">, </w:t>
      </w:r>
      <w:proofErr w:type="spellStart"/>
      <w:r w:rsidRPr="00D73BDF">
        <w:rPr>
          <w:rFonts w:ascii="Sylfaen" w:hAnsi="Sylfaen" w:cs="Sylfaen"/>
          <w:sz w:val="18"/>
          <w:szCs w:val="18"/>
        </w:rPr>
        <w:t>მიმწოდებელი</w:t>
      </w:r>
      <w:proofErr w:type="spellEnd"/>
      <w:r w:rsidRPr="00D73BDF">
        <w:rPr>
          <w:rFonts w:cstheme="majorHAnsi"/>
          <w:sz w:val="18"/>
          <w:szCs w:val="18"/>
        </w:rPr>
        <w:t xml:space="preserve"> </w:t>
      </w:r>
      <w:proofErr w:type="spellStart"/>
      <w:r w:rsidRPr="00D73BDF">
        <w:rPr>
          <w:rFonts w:ascii="Sylfaen" w:hAnsi="Sylfaen" w:cs="Sylfaen"/>
          <w:sz w:val="18"/>
          <w:szCs w:val="18"/>
        </w:rPr>
        <w:t>ანაზღაურების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მოთხოვნას</w:t>
      </w:r>
      <w:proofErr w:type="spellEnd"/>
      <w:r w:rsidRPr="00D73BDF">
        <w:rPr>
          <w:rFonts w:cstheme="majorHAnsi"/>
          <w:sz w:val="18"/>
          <w:szCs w:val="18"/>
        </w:rPr>
        <w:t xml:space="preserve"> </w:t>
      </w:r>
      <w:proofErr w:type="spellStart"/>
      <w:r w:rsidRPr="00D73BDF">
        <w:rPr>
          <w:rFonts w:ascii="Sylfaen" w:hAnsi="Sylfaen" w:cs="Sylfaen"/>
          <w:sz w:val="18"/>
          <w:szCs w:val="18"/>
        </w:rPr>
        <w:t>წაუყენებს</w:t>
      </w:r>
      <w:proofErr w:type="spellEnd"/>
      <w:r w:rsidRPr="00D73BDF">
        <w:rPr>
          <w:rFonts w:cstheme="majorHAnsi"/>
          <w:sz w:val="18"/>
          <w:szCs w:val="18"/>
        </w:rPr>
        <w:t xml:space="preserve"> </w:t>
      </w:r>
      <w:proofErr w:type="spellStart"/>
      <w:r w:rsidRPr="00D73BDF">
        <w:rPr>
          <w:rFonts w:ascii="Sylfaen" w:hAnsi="Sylfaen" w:cs="Sylfaen"/>
          <w:sz w:val="18"/>
          <w:szCs w:val="18"/>
        </w:rPr>
        <w:t>უშუალოდ</w:t>
      </w:r>
      <w:proofErr w:type="spellEnd"/>
      <w:r w:rsidRPr="00D73BDF">
        <w:rPr>
          <w:rFonts w:cstheme="majorHAnsi"/>
          <w:sz w:val="18"/>
          <w:szCs w:val="18"/>
        </w:rPr>
        <w:t xml:space="preserve"> </w:t>
      </w:r>
      <w:proofErr w:type="spellStart"/>
      <w:r w:rsidRPr="00D73BDF">
        <w:rPr>
          <w:rFonts w:ascii="Sylfaen" w:hAnsi="Sylfaen" w:cs="Sylfaen"/>
          <w:sz w:val="18"/>
          <w:szCs w:val="18"/>
        </w:rPr>
        <w:t>შემსრულებელს</w:t>
      </w:r>
      <w:proofErr w:type="spellEnd"/>
      <w:r w:rsidRPr="00D73BDF">
        <w:rPr>
          <w:rFonts w:cstheme="majorHAnsi"/>
          <w:sz w:val="18"/>
          <w:szCs w:val="18"/>
        </w:rPr>
        <w:t xml:space="preserve"> </w:t>
      </w:r>
      <w:proofErr w:type="spellStart"/>
      <w:r w:rsidRPr="00D73BDF">
        <w:rPr>
          <w:rFonts w:ascii="Sylfaen" w:hAnsi="Sylfaen" w:cs="Sylfaen"/>
          <w:sz w:val="18"/>
          <w:szCs w:val="18"/>
        </w:rPr>
        <w:t>და</w:t>
      </w:r>
      <w:proofErr w:type="spellEnd"/>
      <w:r w:rsidRPr="00D73BDF">
        <w:rPr>
          <w:rFonts w:cstheme="majorHAnsi"/>
          <w:sz w:val="18"/>
          <w:szCs w:val="18"/>
        </w:rPr>
        <w:t xml:space="preserve"> </w:t>
      </w:r>
      <w:proofErr w:type="spellStart"/>
      <w:r w:rsidRPr="00D73BDF">
        <w:rPr>
          <w:rFonts w:ascii="Sylfaen" w:hAnsi="Sylfaen" w:cs="Sylfaen"/>
          <w:sz w:val="18"/>
          <w:szCs w:val="18"/>
        </w:rPr>
        <w:t>არა</w:t>
      </w:r>
      <w:proofErr w:type="spellEnd"/>
      <w:r w:rsidRPr="00D73BDF">
        <w:rPr>
          <w:rFonts w:cstheme="majorHAnsi"/>
          <w:sz w:val="18"/>
          <w:szCs w:val="18"/>
        </w:rPr>
        <w:t xml:space="preserve"> </w:t>
      </w:r>
      <w:proofErr w:type="spellStart"/>
      <w:r w:rsidRPr="00D73BDF">
        <w:rPr>
          <w:rFonts w:ascii="Sylfaen" w:hAnsi="Sylfaen" w:cs="Sylfaen"/>
          <w:sz w:val="18"/>
          <w:szCs w:val="18"/>
        </w:rPr>
        <w:t>დამკვეთს</w:t>
      </w:r>
      <w:proofErr w:type="spellEnd"/>
      <w:r w:rsidRPr="00D73BDF">
        <w:rPr>
          <w:rFonts w:cstheme="majorHAnsi"/>
          <w:sz w:val="18"/>
          <w:szCs w:val="18"/>
        </w:rPr>
        <w:t xml:space="preserve">, </w:t>
      </w:r>
      <w:proofErr w:type="spellStart"/>
      <w:r w:rsidRPr="00D73BDF">
        <w:rPr>
          <w:rFonts w:ascii="Sylfaen" w:hAnsi="Sylfaen" w:cs="Sylfaen"/>
          <w:sz w:val="18"/>
          <w:szCs w:val="18"/>
        </w:rPr>
        <w:t>რაზეც</w:t>
      </w:r>
      <w:proofErr w:type="spellEnd"/>
      <w:r w:rsidRPr="00D73BDF">
        <w:rPr>
          <w:rFonts w:cstheme="majorHAnsi"/>
          <w:sz w:val="18"/>
          <w:szCs w:val="18"/>
        </w:rPr>
        <w:t xml:space="preserve"> </w:t>
      </w:r>
      <w:proofErr w:type="spellStart"/>
      <w:r w:rsidRPr="00D73BDF">
        <w:rPr>
          <w:rFonts w:ascii="Sylfaen" w:hAnsi="Sylfaen" w:cs="Sylfaen"/>
          <w:sz w:val="18"/>
          <w:szCs w:val="18"/>
        </w:rPr>
        <w:t>შემსრულებელი</w:t>
      </w:r>
      <w:proofErr w:type="spellEnd"/>
      <w:r w:rsidRPr="00D73BDF">
        <w:rPr>
          <w:rFonts w:cstheme="majorHAnsi"/>
          <w:sz w:val="18"/>
          <w:szCs w:val="18"/>
        </w:rPr>
        <w:t xml:space="preserve"> </w:t>
      </w:r>
      <w:proofErr w:type="spellStart"/>
      <w:r w:rsidRPr="00D73BDF">
        <w:rPr>
          <w:rFonts w:ascii="Sylfaen" w:hAnsi="Sylfaen" w:cs="Sylfaen"/>
          <w:sz w:val="18"/>
          <w:szCs w:val="18"/>
        </w:rPr>
        <w:t>წინასწარ</w:t>
      </w:r>
      <w:proofErr w:type="spellEnd"/>
      <w:r w:rsidRPr="00D73BDF">
        <w:rPr>
          <w:rFonts w:cstheme="majorHAnsi"/>
          <w:sz w:val="18"/>
          <w:szCs w:val="18"/>
        </w:rPr>
        <w:t xml:space="preserve">, </w:t>
      </w:r>
      <w:proofErr w:type="spellStart"/>
      <w:r w:rsidRPr="00D73BDF">
        <w:rPr>
          <w:rFonts w:ascii="Sylfaen" w:hAnsi="Sylfaen" w:cs="Sylfaen"/>
          <w:sz w:val="18"/>
          <w:szCs w:val="18"/>
        </w:rPr>
        <w:t>ამ</w:t>
      </w:r>
      <w:proofErr w:type="spellEnd"/>
      <w:r w:rsidRPr="00D73BDF">
        <w:rPr>
          <w:rFonts w:cstheme="majorHAnsi"/>
          <w:sz w:val="18"/>
          <w:szCs w:val="18"/>
        </w:rPr>
        <w:t xml:space="preserve"> </w:t>
      </w:r>
      <w:proofErr w:type="spellStart"/>
      <w:r w:rsidRPr="00D73BDF">
        <w:rPr>
          <w:rFonts w:ascii="Sylfaen" w:hAnsi="Sylfaen" w:cs="Sylfaen"/>
          <w:sz w:val="18"/>
          <w:szCs w:val="18"/>
        </w:rPr>
        <w:t>ხელშეკრულებაზე</w:t>
      </w:r>
      <w:proofErr w:type="spellEnd"/>
      <w:r w:rsidRPr="00D73BDF">
        <w:rPr>
          <w:rFonts w:cstheme="majorHAnsi"/>
          <w:sz w:val="18"/>
          <w:szCs w:val="18"/>
        </w:rPr>
        <w:t xml:space="preserve"> </w:t>
      </w:r>
      <w:proofErr w:type="spellStart"/>
      <w:r w:rsidRPr="00D73BDF">
        <w:rPr>
          <w:rFonts w:ascii="Sylfaen" w:hAnsi="Sylfaen" w:cs="Sylfaen"/>
          <w:sz w:val="18"/>
          <w:szCs w:val="18"/>
        </w:rPr>
        <w:t>ხელმოწერით</w:t>
      </w:r>
      <w:proofErr w:type="spellEnd"/>
      <w:r w:rsidRPr="00D73BDF">
        <w:rPr>
          <w:rFonts w:cstheme="majorHAnsi"/>
          <w:sz w:val="18"/>
          <w:szCs w:val="18"/>
        </w:rPr>
        <w:t xml:space="preserve">, </w:t>
      </w:r>
      <w:proofErr w:type="spellStart"/>
      <w:r w:rsidRPr="00D73BDF">
        <w:rPr>
          <w:rFonts w:ascii="Sylfaen" w:hAnsi="Sylfaen" w:cs="Sylfaen"/>
          <w:sz w:val="18"/>
          <w:szCs w:val="18"/>
        </w:rPr>
        <w:t>აცხადებს</w:t>
      </w:r>
      <w:proofErr w:type="spellEnd"/>
      <w:r w:rsidRPr="00D73BDF">
        <w:rPr>
          <w:rFonts w:cstheme="majorHAnsi"/>
          <w:sz w:val="18"/>
          <w:szCs w:val="18"/>
        </w:rPr>
        <w:t xml:space="preserve"> </w:t>
      </w:r>
      <w:proofErr w:type="spellStart"/>
      <w:r w:rsidRPr="00D73BDF">
        <w:rPr>
          <w:rFonts w:ascii="Sylfaen" w:hAnsi="Sylfaen" w:cs="Sylfaen"/>
          <w:sz w:val="18"/>
          <w:szCs w:val="18"/>
        </w:rPr>
        <w:t>თანხმობას</w:t>
      </w:r>
      <w:proofErr w:type="spellEnd"/>
      <w:r w:rsidRPr="00D73BDF">
        <w:rPr>
          <w:rFonts w:cstheme="majorHAnsi"/>
          <w:sz w:val="18"/>
          <w:szCs w:val="18"/>
        </w:rPr>
        <w:t>.</w:t>
      </w:r>
    </w:p>
    <w:p w14:paraId="221D658F" w14:textId="6E57F559" w:rsidR="004869AE" w:rsidRPr="00A009C6" w:rsidRDefault="004869AE" w:rsidP="00521466">
      <w:pPr>
        <w:pStyle w:val="ListParagraph"/>
        <w:ind w:left="644"/>
        <w:jc w:val="both"/>
        <w:rPr>
          <w:rFonts w:cstheme="majorHAnsi"/>
          <w:sz w:val="18"/>
          <w:szCs w:val="18"/>
        </w:rPr>
      </w:pPr>
    </w:p>
    <w:p w14:paraId="013A9640" w14:textId="77777777" w:rsidR="004B6084" w:rsidRPr="00521466" w:rsidRDefault="004B6084" w:rsidP="00185C20">
      <w:pPr>
        <w:jc w:val="both"/>
        <w:rPr>
          <w:rFonts w:ascii="Sylfaen" w:hAnsi="Sylfaen" w:cstheme="majorHAnsi"/>
          <w:sz w:val="18"/>
          <w:szCs w:val="18"/>
          <w:lang w:val="ka-GE"/>
        </w:rPr>
      </w:pPr>
    </w:p>
    <w:p w14:paraId="3FA2CAE6" w14:textId="31B3CB4B" w:rsidR="004B6084" w:rsidRPr="000A1DB5" w:rsidRDefault="00CD0375" w:rsidP="00185C20">
      <w:pPr>
        <w:pStyle w:val="ListParagraph"/>
        <w:numPr>
          <w:ilvl w:val="0"/>
          <w:numId w:val="13"/>
        </w:numPr>
        <w:jc w:val="both"/>
        <w:rPr>
          <w:rFonts w:cstheme="majorHAnsi"/>
          <w:b/>
          <w:bCs/>
          <w:u w:val="single"/>
        </w:rPr>
      </w:pPr>
      <w:r>
        <w:rPr>
          <w:rFonts w:ascii="Sylfaen" w:hAnsi="Sylfaen" w:cs="Sylfaen"/>
          <w:b/>
          <w:bCs/>
          <w:u w:val="single"/>
          <w:lang w:val="ka-GE"/>
        </w:rPr>
        <w:t>შესრულებული სამუშაოების</w:t>
      </w:r>
      <w:r w:rsidRPr="000A1DB5">
        <w:rPr>
          <w:rFonts w:cstheme="majorHAnsi"/>
          <w:b/>
          <w:bCs/>
          <w:u w:val="single"/>
        </w:rPr>
        <w:t xml:space="preserve"> </w:t>
      </w:r>
      <w:proofErr w:type="spellStart"/>
      <w:r w:rsidR="00A74260" w:rsidRPr="000A1DB5">
        <w:rPr>
          <w:rFonts w:ascii="Sylfaen" w:hAnsi="Sylfaen" w:cs="Sylfaen"/>
          <w:b/>
          <w:bCs/>
          <w:u w:val="single"/>
        </w:rPr>
        <w:t>ხარისხი</w:t>
      </w:r>
      <w:proofErr w:type="spellEnd"/>
    </w:p>
    <w:p w14:paraId="44B42EEF" w14:textId="77777777" w:rsidR="00624E10" w:rsidRPr="006B35E7" w:rsidRDefault="00624E10" w:rsidP="00624E10">
      <w:pPr>
        <w:pStyle w:val="ListParagraph"/>
        <w:numPr>
          <w:ilvl w:val="1"/>
          <w:numId w:val="13"/>
        </w:numPr>
        <w:ind w:left="1070"/>
        <w:jc w:val="both"/>
        <w:rPr>
          <w:rFonts w:cstheme="majorHAnsi"/>
          <w:sz w:val="18"/>
          <w:szCs w:val="18"/>
        </w:rPr>
      </w:pPr>
      <w:r>
        <w:rPr>
          <w:rFonts w:ascii="Sylfaen" w:hAnsi="Sylfaen" w:cs="Sylfaen"/>
          <w:bCs/>
          <w:sz w:val="18"/>
          <w:szCs w:val="18"/>
          <w:lang w:val="ka-GE"/>
        </w:rPr>
        <w:t>მენარდე</w:t>
      </w:r>
      <w:r w:rsidRPr="006B35E7">
        <w:rPr>
          <w:rFonts w:cstheme="majorHAnsi"/>
          <w:bCs/>
          <w:sz w:val="18"/>
          <w:szCs w:val="18"/>
        </w:rPr>
        <w:t xml:space="preserve"> </w:t>
      </w:r>
      <w:proofErr w:type="spellStart"/>
      <w:r w:rsidRPr="006B35E7">
        <w:rPr>
          <w:rFonts w:ascii="Sylfaen" w:hAnsi="Sylfaen" w:cs="Sylfaen"/>
          <w:sz w:val="18"/>
          <w:szCs w:val="18"/>
        </w:rPr>
        <w:t>ვალდებულია</w:t>
      </w:r>
      <w:proofErr w:type="spellEnd"/>
      <w:r w:rsidRPr="006B35E7">
        <w:rPr>
          <w:rFonts w:cstheme="majorHAnsi"/>
          <w:sz w:val="18"/>
          <w:szCs w:val="18"/>
        </w:rPr>
        <w:t xml:space="preserve"> </w:t>
      </w:r>
      <w:proofErr w:type="spellStart"/>
      <w:r w:rsidRPr="006B35E7">
        <w:rPr>
          <w:rFonts w:ascii="Sylfaen" w:hAnsi="Sylfaen" w:cs="Sylfaen"/>
          <w:sz w:val="18"/>
          <w:szCs w:val="18"/>
        </w:rPr>
        <w:t>დამკვეთს</w:t>
      </w:r>
      <w:proofErr w:type="spellEnd"/>
      <w:r w:rsidRPr="006B35E7">
        <w:rPr>
          <w:rFonts w:cstheme="majorHAnsi"/>
          <w:sz w:val="18"/>
          <w:szCs w:val="18"/>
        </w:rPr>
        <w:t xml:space="preserve"> </w:t>
      </w:r>
      <w:proofErr w:type="spellStart"/>
      <w:r w:rsidRPr="006B35E7">
        <w:rPr>
          <w:rFonts w:ascii="Sylfaen" w:hAnsi="Sylfaen" w:cs="Sylfaen"/>
          <w:sz w:val="18"/>
          <w:szCs w:val="18"/>
        </w:rPr>
        <w:t>ჩააბაროს</w:t>
      </w:r>
      <w:proofErr w:type="spellEnd"/>
      <w:r w:rsidRPr="006B35E7">
        <w:rPr>
          <w:rFonts w:cstheme="majorHAnsi"/>
          <w:sz w:val="18"/>
          <w:szCs w:val="18"/>
        </w:rPr>
        <w:t xml:space="preserve"> </w:t>
      </w:r>
      <w:proofErr w:type="spellStart"/>
      <w:r w:rsidRPr="006B35E7">
        <w:rPr>
          <w:rFonts w:ascii="Sylfaen" w:hAnsi="Sylfaen" w:cs="Sylfaen"/>
          <w:sz w:val="18"/>
          <w:szCs w:val="18"/>
        </w:rPr>
        <w:t>ნივთობრივად</w:t>
      </w:r>
      <w:proofErr w:type="spellEnd"/>
      <w:r w:rsidRPr="006B35E7">
        <w:rPr>
          <w:rFonts w:cstheme="majorHAnsi"/>
          <w:sz w:val="18"/>
          <w:szCs w:val="18"/>
        </w:rPr>
        <w:t xml:space="preserve"> </w:t>
      </w:r>
      <w:proofErr w:type="spellStart"/>
      <w:r w:rsidRPr="006B35E7">
        <w:rPr>
          <w:rFonts w:ascii="Sylfaen" w:hAnsi="Sylfaen" w:cs="Sylfaen"/>
          <w:sz w:val="18"/>
          <w:szCs w:val="18"/>
        </w:rPr>
        <w:t>და</w:t>
      </w:r>
      <w:proofErr w:type="spellEnd"/>
      <w:r w:rsidRPr="006B35E7">
        <w:rPr>
          <w:rFonts w:cstheme="majorHAnsi"/>
          <w:sz w:val="18"/>
          <w:szCs w:val="18"/>
        </w:rPr>
        <w:t xml:space="preserve"> </w:t>
      </w:r>
      <w:proofErr w:type="spellStart"/>
      <w:r w:rsidRPr="006B35E7">
        <w:rPr>
          <w:rFonts w:ascii="Sylfaen" w:hAnsi="Sylfaen" w:cs="Sylfaen"/>
          <w:sz w:val="18"/>
          <w:szCs w:val="18"/>
        </w:rPr>
        <w:t>უფლებრივად</w:t>
      </w:r>
      <w:proofErr w:type="spellEnd"/>
      <w:r w:rsidRPr="006B35E7">
        <w:rPr>
          <w:rFonts w:cstheme="majorHAnsi"/>
          <w:sz w:val="18"/>
          <w:szCs w:val="18"/>
        </w:rPr>
        <w:t xml:space="preserve"> </w:t>
      </w:r>
      <w:proofErr w:type="spellStart"/>
      <w:r w:rsidRPr="006B35E7">
        <w:rPr>
          <w:rFonts w:ascii="Sylfaen" w:hAnsi="Sylfaen" w:cs="Sylfaen"/>
          <w:sz w:val="18"/>
          <w:szCs w:val="18"/>
        </w:rPr>
        <w:t>უნაკლო</w:t>
      </w:r>
      <w:proofErr w:type="spellEnd"/>
      <w:r w:rsidRPr="006B35E7">
        <w:rPr>
          <w:rFonts w:cstheme="majorHAnsi"/>
          <w:sz w:val="18"/>
          <w:szCs w:val="18"/>
        </w:rPr>
        <w:t xml:space="preserve"> </w:t>
      </w:r>
      <w:proofErr w:type="spellStart"/>
      <w:r w:rsidRPr="006B35E7">
        <w:rPr>
          <w:rFonts w:ascii="Sylfaen" w:hAnsi="Sylfaen" w:cs="Sylfaen"/>
          <w:sz w:val="18"/>
          <w:szCs w:val="18"/>
        </w:rPr>
        <w:t>ნივთი</w:t>
      </w:r>
      <w:proofErr w:type="spellEnd"/>
      <w:r>
        <w:rPr>
          <w:rFonts w:cstheme="majorHAnsi"/>
          <w:sz w:val="18"/>
          <w:szCs w:val="18"/>
        </w:rPr>
        <w:t xml:space="preserve"> </w:t>
      </w:r>
      <w:r>
        <w:rPr>
          <w:rFonts w:ascii="Sylfaen" w:hAnsi="Sylfaen" w:cstheme="majorHAnsi"/>
          <w:sz w:val="18"/>
          <w:szCs w:val="18"/>
          <w:lang w:val="ka-GE"/>
        </w:rPr>
        <w:t>(</w:t>
      </w:r>
      <w:r w:rsidRPr="006B35E7">
        <w:rPr>
          <w:rFonts w:ascii="Sylfaen" w:hAnsi="Sylfaen" w:cs="Sylfaen"/>
          <w:sz w:val="18"/>
          <w:szCs w:val="18"/>
          <w:lang w:val="ka-GE"/>
        </w:rPr>
        <w:t>დაკისრებული ვალდებულება</w:t>
      </w:r>
      <w:r>
        <w:rPr>
          <w:rFonts w:ascii="Sylfaen" w:hAnsi="Sylfaen" w:cstheme="majorHAnsi"/>
          <w:sz w:val="18"/>
          <w:szCs w:val="18"/>
          <w:lang w:val="ka-GE"/>
        </w:rPr>
        <w:t>)</w:t>
      </w:r>
      <w:r w:rsidRPr="006B35E7">
        <w:rPr>
          <w:rFonts w:cstheme="majorHAnsi"/>
          <w:sz w:val="18"/>
          <w:szCs w:val="18"/>
        </w:rPr>
        <w:t>.</w:t>
      </w:r>
    </w:p>
    <w:p w14:paraId="4F79648F" w14:textId="46DACDFB" w:rsidR="00624E10" w:rsidRDefault="00624E10" w:rsidP="00624E10">
      <w:pPr>
        <w:pStyle w:val="ListParagraph"/>
        <w:numPr>
          <w:ilvl w:val="1"/>
          <w:numId w:val="13"/>
        </w:numPr>
        <w:ind w:left="1070"/>
        <w:jc w:val="both"/>
        <w:rPr>
          <w:rFonts w:cstheme="majorHAnsi"/>
          <w:sz w:val="18"/>
          <w:szCs w:val="18"/>
        </w:rPr>
      </w:pPr>
      <w:r>
        <w:rPr>
          <w:rFonts w:ascii="Sylfaen" w:hAnsi="Sylfaen" w:cs="Sylfaen"/>
          <w:sz w:val="18"/>
          <w:szCs w:val="18"/>
          <w:lang w:val="ka-GE"/>
        </w:rPr>
        <w:t>შესასრულებელი სამუშაო</w:t>
      </w:r>
      <w:r w:rsidRPr="000A1DB5">
        <w:rPr>
          <w:rFonts w:cstheme="majorHAnsi"/>
          <w:sz w:val="18"/>
          <w:szCs w:val="18"/>
        </w:rPr>
        <w:t xml:space="preserve"> </w:t>
      </w:r>
      <w:proofErr w:type="spellStart"/>
      <w:r w:rsidRPr="000A1DB5">
        <w:rPr>
          <w:rFonts w:ascii="Sylfaen" w:hAnsi="Sylfaen" w:cs="Sylfaen"/>
          <w:sz w:val="18"/>
          <w:szCs w:val="18"/>
        </w:rPr>
        <w:t>ნივთობრივად</w:t>
      </w:r>
      <w:proofErr w:type="spellEnd"/>
      <w:r w:rsidRPr="000A1DB5">
        <w:rPr>
          <w:rFonts w:cstheme="majorHAnsi"/>
          <w:sz w:val="18"/>
          <w:szCs w:val="18"/>
        </w:rPr>
        <w:t xml:space="preserve"> </w:t>
      </w:r>
      <w:proofErr w:type="spellStart"/>
      <w:r w:rsidRPr="000A1DB5">
        <w:rPr>
          <w:rFonts w:ascii="Sylfaen" w:hAnsi="Sylfaen" w:cs="Sylfaen"/>
          <w:sz w:val="18"/>
          <w:szCs w:val="18"/>
        </w:rPr>
        <w:t>უნაკლოა</w:t>
      </w:r>
      <w:proofErr w:type="spellEnd"/>
      <w:r w:rsidRPr="000A1DB5">
        <w:rPr>
          <w:rFonts w:cstheme="majorHAnsi"/>
          <w:sz w:val="18"/>
          <w:szCs w:val="18"/>
        </w:rPr>
        <w:t xml:space="preserve">, </w:t>
      </w:r>
      <w:proofErr w:type="spellStart"/>
      <w:r w:rsidRPr="000A1DB5">
        <w:rPr>
          <w:rFonts w:ascii="Sylfaen" w:hAnsi="Sylfaen" w:cs="Sylfaen"/>
          <w:sz w:val="18"/>
          <w:szCs w:val="18"/>
        </w:rPr>
        <w:t>თუ</w:t>
      </w:r>
      <w:proofErr w:type="spellEnd"/>
      <w:r w:rsidRPr="000A1DB5">
        <w:rPr>
          <w:rFonts w:cstheme="majorHAnsi"/>
          <w:sz w:val="18"/>
          <w:szCs w:val="18"/>
        </w:rPr>
        <w:t xml:space="preserve"> </w:t>
      </w:r>
      <w:proofErr w:type="spellStart"/>
      <w:r w:rsidRPr="000A1DB5">
        <w:rPr>
          <w:rFonts w:ascii="Sylfaen" w:hAnsi="Sylfaen" w:cs="Sylfaen"/>
          <w:sz w:val="18"/>
          <w:szCs w:val="18"/>
        </w:rPr>
        <w:t>იგი</w:t>
      </w:r>
      <w:proofErr w:type="spellEnd"/>
      <w:r w:rsidRPr="000A1DB5">
        <w:rPr>
          <w:rFonts w:cstheme="majorHAnsi"/>
          <w:sz w:val="18"/>
          <w:szCs w:val="18"/>
        </w:rPr>
        <w:t xml:space="preserve"> </w:t>
      </w:r>
      <w:proofErr w:type="spellStart"/>
      <w:r w:rsidRPr="000A1DB5">
        <w:rPr>
          <w:rFonts w:ascii="Sylfaen" w:hAnsi="Sylfaen" w:cs="Sylfaen"/>
          <w:sz w:val="18"/>
          <w:szCs w:val="18"/>
        </w:rPr>
        <w:t>შესრულებულია</w:t>
      </w:r>
      <w:proofErr w:type="spellEnd"/>
      <w:r w:rsidRPr="000A1DB5">
        <w:rPr>
          <w:rFonts w:cstheme="majorHAnsi"/>
          <w:sz w:val="18"/>
          <w:szCs w:val="18"/>
        </w:rPr>
        <w:t xml:space="preserve"> </w:t>
      </w:r>
      <w:proofErr w:type="spellStart"/>
      <w:r w:rsidRPr="000A1DB5">
        <w:rPr>
          <w:rFonts w:ascii="Sylfaen" w:hAnsi="Sylfaen" w:cs="Sylfaen"/>
          <w:sz w:val="18"/>
          <w:szCs w:val="18"/>
        </w:rPr>
        <w:t>ხარჯთაღრიცხვისა</w:t>
      </w:r>
      <w:proofErr w:type="spellEnd"/>
      <w:r w:rsidRPr="000A1DB5">
        <w:rPr>
          <w:rFonts w:cstheme="majorHAnsi"/>
          <w:sz w:val="18"/>
          <w:szCs w:val="18"/>
        </w:rPr>
        <w:t xml:space="preserve"> </w:t>
      </w:r>
      <w:proofErr w:type="spellStart"/>
      <w:r w:rsidRPr="000A1DB5">
        <w:rPr>
          <w:rFonts w:ascii="Sylfaen" w:hAnsi="Sylfaen" w:cs="Sylfaen"/>
          <w:sz w:val="18"/>
          <w:szCs w:val="18"/>
        </w:rPr>
        <w:t>და</w:t>
      </w:r>
      <w:proofErr w:type="spellEnd"/>
      <w:r w:rsidRPr="000A1DB5">
        <w:rPr>
          <w:rFonts w:cstheme="majorHAnsi"/>
          <w:sz w:val="18"/>
          <w:szCs w:val="18"/>
        </w:rPr>
        <w:t xml:space="preserve"> </w:t>
      </w:r>
      <w:proofErr w:type="spellStart"/>
      <w:r w:rsidRPr="000A1DB5">
        <w:rPr>
          <w:rFonts w:ascii="Sylfaen" w:hAnsi="Sylfaen" w:cs="Sylfaen"/>
          <w:sz w:val="18"/>
          <w:szCs w:val="18"/>
        </w:rPr>
        <w:t>საპროექტო</w:t>
      </w:r>
      <w:proofErr w:type="spellEnd"/>
      <w:r w:rsidR="00276902">
        <w:rPr>
          <w:rFonts w:ascii="Sylfaen" w:hAnsi="Sylfaen" w:cs="Sylfaen"/>
          <w:sz w:val="18"/>
          <w:szCs w:val="18"/>
          <w:lang w:val="ru-RU"/>
        </w:rPr>
        <w:t xml:space="preserve"> </w:t>
      </w:r>
      <w:proofErr w:type="spellStart"/>
      <w:r w:rsidRPr="000A1DB5">
        <w:rPr>
          <w:rFonts w:ascii="Sylfaen" w:hAnsi="Sylfaen" w:cs="Sylfaen"/>
          <w:sz w:val="18"/>
          <w:szCs w:val="18"/>
        </w:rPr>
        <w:t>დოკუმენტაციის</w:t>
      </w:r>
      <w:proofErr w:type="spellEnd"/>
      <w:r w:rsidRPr="000A1DB5">
        <w:rPr>
          <w:rFonts w:cstheme="majorHAnsi"/>
          <w:sz w:val="18"/>
          <w:szCs w:val="18"/>
        </w:rPr>
        <w:t xml:space="preserve"> </w:t>
      </w:r>
      <w:proofErr w:type="spellStart"/>
      <w:r w:rsidRPr="000A1DB5">
        <w:rPr>
          <w:rFonts w:ascii="Sylfaen" w:hAnsi="Sylfaen" w:cs="Sylfaen"/>
          <w:sz w:val="18"/>
          <w:szCs w:val="18"/>
        </w:rPr>
        <w:t>შესაბამისად</w:t>
      </w:r>
      <w:proofErr w:type="spellEnd"/>
      <w:r w:rsidRPr="000A1DB5">
        <w:rPr>
          <w:rFonts w:cstheme="majorHAnsi"/>
          <w:sz w:val="18"/>
          <w:szCs w:val="18"/>
        </w:rPr>
        <w:t xml:space="preserve"> </w:t>
      </w:r>
      <w:proofErr w:type="spellStart"/>
      <w:r w:rsidRPr="000A1DB5">
        <w:rPr>
          <w:rFonts w:ascii="Sylfaen" w:hAnsi="Sylfaen" w:cs="Sylfaen"/>
          <w:sz w:val="18"/>
          <w:szCs w:val="18"/>
        </w:rPr>
        <w:t>და</w:t>
      </w:r>
      <w:proofErr w:type="spellEnd"/>
      <w:r w:rsidRPr="000A1DB5">
        <w:rPr>
          <w:rFonts w:cstheme="majorHAnsi"/>
          <w:sz w:val="18"/>
          <w:szCs w:val="18"/>
        </w:rPr>
        <w:t xml:space="preserve"> </w:t>
      </w:r>
      <w:proofErr w:type="spellStart"/>
      <w:r w:rsidRPr="000A1DB5">
        <w:rPr>
          <w:rFonts w:ascii="Sylfaen" w:hAnsi="Sylfaen" w:cs="Sylfaen"/>
          <w:sz w:val="18"/>
          <w:szCs w:val="18"/>
        </w:rPr>
        <w:t>შესრულებული</w:t>
      </w:r>
      <w:proofErr w:type="spellEnd"/>
      <w:r w:rsidRPr="000A1DB5">
        <w:rPr>
          <w:rFonts w:cstheme="majorHAnsi"/>
          <w:sz w:val="18"/>
          <w:szCs w:val="18"/>
        </w:rPr>
        <w:t xml:space="preserve"> </w:t>
      </w:r>
      <w:proofErr w:type="spellStart"/>
      <w:r w:rsidRPr="000A1DB5">
        <w:rPr>
          <w:rFonts w:ascii="Sylfaen" w:hAnsi="Sylfaen" w:cs="Sylfaen"/>
          <w:sz w:val="18"/>
          <w:szCs w:val="18"/>
        </w:rPr>
        <w:t>სამუშაო</w:t>
      </w:r>
      <w:proofErr w:type="spellEnd"/>
      <w:r w:rsidRPr="000A1DB5">
        <w:rPr>
          <w:rFonts w:cstheme="majorHAnsi"/>
          <w:sz w:val="18"/>
          <w:szCs w:val="18"/>
        </w:rPr>
        <w:t xml:space="preserve"> </w:t>
      </w:r>
      <w:proofErr w:type="spellStart"/>
      <w:r w:rsidRPr="000A1DB5">
        <w:rPr>
          <w:rFonts w:ascii="Sylfaen" w:hAnsi="Sylfaen" w:cs="Sylfaen"/>
          <w:sz w:val="18"/>
          <w:szCs w:val="18"/>
        </w:rPr>
        <w:t>შეესაბამება</w:t>
      </w:r>
      <w:proofErr w:type="spellEnd"/>
      <w:r w:rsidRPr="000A1DB5">
        <w:rPr>
          <w:rFonts w:cstheme="majorHAnsi"/>
          <w:sz w:val="18"/>
          <w:szCs w:val="18"/>
        </w:rPr>
        <w:t xml:space="preserve"> </w:t>
      </w:r>
      <w:proofErr w:type="spellStart"/>
      <w:r w:rsidRPr="000A1DB5">
        <w:rPr>
          <w:rFonts w:ascii="Sylfaen" w:hAnsi="Sylfaen" w:cs="Sylfaen"/>
          <w:sz w:val="18"/>
          <w:szCs w:val="18"/>
        </w:rPr>
        <w:t>საქართველოს</w:t>
      </w:r>
      <w:proofErr w:type="spellEnd"/>
      <w:r w:rsidRPr="000A1DB5">
        <w:rPr>
          <w:rFonts w:cstheme="majorHAnsi"/>
          <w:sz w:val="18"/>
          <w:szCs w:val="18"/>
        </w:rPr>
        <w:t xml:space="preserve"> </w:t>
      </w:r>
      <w:proofErr w:type="spellStart"/>
      <w:r w:rsidRPr="000A1DB5">
        <w:rPr>
          <w:rFonts w:ascii="Sylfaen" w:hAnsi="Sylfaen" w:cs="Sylfaen"/>
          <w:sz w:val="18"/>
          <w:szCs w:val="18"/>
        </w:rPr>
        <w:t>მოქმედი</w:t>
      </w:r>
      <w:proofErr w:type="spellEnd"/>
      <w:r w:rsidRPr="000A1DB5">
        <w:rPr>
          <w:rFonts w:cstheme="majorHAnsi"/>
          <w:sz w:val="18"/>
          <w:szCs w:val="18"/>
        </w:rPr>
        <w:t xml:space="preserve"> </w:t>
      </w:r>
      <w:proofErr w:type="spellStart"/>
      <w:r w:rsidRPr="000A1DB5">
        <w:rPr>
          <w:rFonts w:ascii="Sylfaen" w:hAnsi="Sylfaen" w:cs="Sylfaen"/>
          <w:sz w:val="18"/>
          <w:szCs w:val="18"/>
        </w:rPr>
        <w:t>კანონმდებლობით</w:t>
      </w:r>
      <w:proofErr w:type="spellEnd"/>
      <w:r w:rsidRPr="000A1DB5">
        <w:rPr>
          <w:rFonts w:cstheme="majorHAnsi"/>
          <w:sz w:val="18"/>
          <w:szCs w:val="18"/>
        </w:rPr>
        <w:t xml:space="preserve"> </w:t>
      </w:r>
      <w:proofErr w:type="spellStart"/>
      <w:r w:rsidRPr="000A1DB5">
        <w:rPr>
          <w:rFonts w:ascii="Sylfaen" w:hAnsi="Sylfaen" w:cs="Sylfaen"/>
          <w:sz w:val="18"/>
          <w:szCs w:val="18"/>
        </w:rPr>
        <w:t>გათვალისწინებულ</w:t>
      </w:r>
      <w:proofErr w:type="spellEnd"/>
      <w:r w:rsidRPr="000A1DB5">
        <w:rPr>
          <w:rFonts w:cstheme="majorHAnsi"/>
          <w:sz w:val="18"/>
          <w:szCs w:val="18"/>
        </w:rPr>
        <w:t xml:space="preserve"> </w:t>
      </w:r>
      <w:r>
        <w:rPr>
          <w:rFonts w:ascii="Sylfaen" w:hAnsi="Sylfaen" w:cs="Sylfaen"/>
          <w:sz w:val="18"/>
          <w:szCs w:val="18"/>
          <w:lang w:val="ka-GE"/>
        </w:rPr>
        <w:t>სამშენებლო</w:t>
      </w:r>
      <w:r w:rsidRPr="000A1DB5">
        <w:rPr>
          <w:rFonts w:cstheme="majorHAnsi"/>
          <w:sz w:val="18"/>
          <w:szCs w:val="18"/>
        </w:rPr>
        <w:t xml:space="preserve"> </w:t>
      </w:r>
      <w:proofErr w:type="spellStart"/>
      <w:r w:rsidRPr="000A1DB5">
        <w:rPr>
          <w:rFonts w:ascii="Sylfaen" w:hAnsi="Sylfaen" w:cs="Sylfaen"/>
          <w:sz w:val="18"/>
          <w:szCs w:val="18"/>
        </w:rPr>
        <w:t>ნორმებს</w:t>
      </w:r>
      <w:proofErr w:type="spellEnd"/>
      <w:r w:rsidRPr="000A1DB5">
        <w:rPr>
          <w:rFonts w:cstheme="majorHAnsi"/>
          <w:sz w:val="18"/>
          <w:szCs w:val="18"/>
        </w:rPr>
        <w:t>.</w:t>
      </w:r>
    </w:p>
    <w:p w14:paraId="7F13B02A" w14:textId="17CC4C61" w:rsidR="00624E10" w:rsidRPr="0043468A" w:rsidRDefault="00624E10" w:rsidP="00624E10">
      <w:pPr>
        <w:pStyle w:val="ListParagraph"/>
        <w:numPr>
          <w:ilvl w:val="1"/>
          <w:numId w:val="13"/>
        </w:numPr>
        <w:ind w:left="1070"/>
        <w:jc w:val="both"/>
        <w:rPr>
          <w:rFonts w:cstheme="majorHAnsi"/>
          <w:sz w:val="18"/>
          <w:szCs w:val="18"/>
        </w:rPr>
      </w:pPr>
      <w:r>
        <w:rPr>
          <w:rFonts w:ascii="Sylfaen" w:hAnsi="Sylfaen" w:cs="Sylfaen"/>
          <w:sz w:val="18"/>
          <w:szCs w:val="18"/>
          <w:lang w:val="ka-GE"/>
        </w:rPr>
        <w:t>ქვაბულის</w:t>
      </w:r>
      <w:r w:rsidR="00276902">
        <w:rPr>
          <w:rFonts w:ascii="Sylfaen" w:hAnsi="Sylfaen" w:cs="Sylfaen"/>
          <w:sz w:val="18"/>
          <w:szCs w:val="18"/>
          <w:lang w:val="ru-RU"/>
        </w:rPr>
        <w:t xml:space="preserve"> </w:t>
      </w:r>
      <w:r>
        <w:rPr>
          <w:rFonts w:ascii="Sylfaen" w:hAnsi="Sylfaen" w:cs="Sylfaen"/>
          <w:sz w:val="18"/>
          <w:szCs w:val="18"/>
          <w:lang w:val="ka-GE"/>
        </w:rPr>
        <w:t>მოწყობის</w:t>
      </w:r>
      <w:r w:rsidRPr="000A1DB5">
        <w:rPr>
          <w:rFonts w:cstheme="majorHAnsi"/>
          <w:sz w:val="18"/>
          <w:szCs w:val="18"/>
        </w:rPr>
        <w:t xml:space="preserve"> </w:t>
      </w:r>
      <w:proofErr w:type="spellStart"/>
      <w:r w:rsidRPr="000A1DB5">
        <w:rPr>
          <w:rFonts w:ascii="Sylfaen" w:hAnsi="Sylfaen" w:cs="Sylfaen"/>
          <w:sz w:val="18"/>
          <w:szCs w:val="18"/>
        </w:rPr>
        <w:t>სამუშაოების</w:t>
      </w:r>
      <w:proofErr w:type="spellEnd"/>
      <w:r w:rsidRPr="000A1DB5">
        <w:rPr>
          <w:rFonts w:cstheme="majorHAnsi"/>
          <w:sz w:val="18"/>
          <w:szCs w:val="18"/>
        </w:rPr>
        <w:t xml:space="preserve"> </w:t>
      </w:r>
      <w:proofErr w:type="spellStart"/>
      <w:r w:rsidRPr="000A1DB5">
        <w:rPr>
          <w:rFonts w:ascii="Sylfaen" w:hAnsi="Sylfaen" w:cs="Sylfaen"/>
          <w:sz w:val="18"/>
          <w:szCs w:val="18"/>
        </w:rPr>
        <w:t>ხარისხზე</w:t>
      </w:r>
      <w:proofErr w:type="spellEnd"/>
      <w:r w:rsidRPr="000A1DB5">
        <w:rPr>
          <w:rFonts w:cstheme="majorHAnsi"/>
          <w:sz w:val="18"/>
          <w:szCs w:val="18"/>
        </w:rPr>
        <w:t xml:space="preserve"> </w:t>
      </w:r>
      <w:proofErr w:type="spellStart"/>
      <w:r w:rsidRPr="000A1DB5">
        <w:rPr>
          <w:rFonts w:ascii="Sylfaen" w:hAnsi="Sylfaen" w:cs="Sylfaen"/>
          <w:sz w:val="18"/>
          <w:szCs w:val="18"/>
        </w:rPr>
        <w:t>პასუხისმგებლობა</w:t>
      </w:r>
      <w:proofErr w:type="spellEnd"/>
      <w:r w:rsidRPr="000A1DB5">
        <w:rPr>
          <w:rFonts w:cstheme="majorHAnsi"/>
          <w:sz w:val="18"/>
          <w:szCs w:val="18"/>
        </w:rPr>
        <w:t xml:space="preserve"> </w:t>
      </w:r>
      <w:proofErr w:type="spellStart"/>
      <w:r w:rsidRPr="000A1DB5">
        <w:rPr>
          <w:rFonts w:ascii="Sylfaen" w:hAnsi="Sylfaen" w:cs="Sylfaen"/>
          <w:sz w:val="18"/>
          <w:szCs w:val="18"/>
        </w:rPr>
        <w:t>სრულად</w:t>
      </w:r>
      <w:proofErr w:type="spellEnd"/>
      <w:r w:rsidRPr="000A1DB5">
        <w:rPr>
          <w:rFonts w:cstheme="majorHAnsi"/>
          <w:sz w:val="18"/>
          <w:szCs w:val="18"/>
        </w:rPr>
        <w:t xml:space="preserve"> </w:t>
      </w:r>
      <w:proofErr w:type="spellStart"/>
      <w:r w:rsidRPr="000A1DB5">
        <w:rPr>
          <w:rFonts w:ascii="Sylfaen" w:hAnsi="Sylfaen" w:cs="Sylfaen"/>
          <w:sz w:val="18"/>
          <w:szCs w:val="18"/>
        </w:rPr>
        <w:t>ეკისრება</w:t>
      </w:r>
      <w:proofErr w:type="spellEnd"/>
      <w:r w:rsidRPr="000A1DB5">
        <w:rPr>
          <w:rFonts w:cstheme="majorHAnsi"/>
          <w:sz w:val="18"/>
          <w:szCs w:val="18"/>
        </w:rPr>
        <w:t xml:space="preserve"> </w:t>
      </w:r>
      <w:r>
        <w:rPr>
          <w:rFonts w:ascii="Sylfaen" w:hAnsi="Sylfaen" w:cs="Sylfaen"/>
          <w:sz w:val="18"/>
          <w:szCs w:val="18"/>
          <w:lang w:val="ka-GE"/>
        </w:rPr>
        <w:t>მენარდეს</w:t>
      </w:r>
      <w:r w:rsidRPr="000A1DB5">
        <w:rPr>
          <w:rFonts w:cstheme="majorHAnsi"/>
          <w:sz w:val="18"/>
          <w:szCs w:val="18"/>
        </w:rPr>
        <w:t>.</w:t>
      </w:r>
      <w:r>
        <w:rPr>
          <w:rFonts w:cstheme="majorHAnsi"/>
          <w:sz w:val="18"/>
          <w:szCs w:val="18"/>
        </w:rPr>
        <w:t xml:space="preserve"> </w:t>
      </w:r>
      <w:r>
        <w:rPr>
          <w:rFonts w:ascii="Sylfaen" w:hAnsi="Sylfaen" w:cs="Sylfaen"/>
          <w:sz w:val="18"/>
          <w:szCs w:val="18"/>
          <w:lang w:val="ka-GE"/>
        </w:rPr>
        <w:t xml:space="preserve">მენარდის </w:t>
      </w:r>
      <w:proofErr w:type="spellStart"/>
      <w:r w:rsidRPr="000A1DB5">
        <w:rPr>
          <w:rFonts w:ascii="Sylfaen" w:hAnsi="Sylfaen" w:cs="Sylfaen"/>
          <w:sz w:val="18"/>
          <w:szCs w:val="18"/>
        </w:rPr>
        <w:t>მიერ</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შესრულებულ</w:t>
      </w:r>
      <w:proofErr w:type="spellEnd"/>
      <w:r>
        <w:rPr>
          <w:rFonts w:ascii="Sylfaen" w:hAnsi="Sylfaen" w:cs="Sylfaen"/>
          <w:sz w:val="18"/>
          <w:szCs w:val="18"/>
          <w:lang w:val="ka-GE"/>
        </w:rPr>
        <w:t>ი ქვაბულის</w:t>
      </w:r>
      <w:r w:rsidRPr="000A1DB5">
        <w:rPr>
          <w:rFonts w:ascii="Sylfaen" w:hAnsi="Sylfaen" w:cs="Sylfaen"/>
          <w:sz w:val="18"/>
          <w:szCs w:val="18"/>
        </w:rPr>
        <w:t xml:space="preserve"> </w:t>
      </w:r>
      <w:proofErr w:type="spellStart"/>
      <w:r>
        <w:rPr>
          <w:rFonts w:ascii="Sylfaen" w:hAnsi="Sylfaen" w:cs="Sylfaen"/>
          <w:sz w:val="18"/>
          <w:szCs w:val="18"/>
        </w:rPr>
        <w:t>მოწყობის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სამუშაოებზე</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სამუშაოების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დასრულების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მომენტიდან</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ვრცელდება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საგარანტიო</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ვადა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რომელიც</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შეადგენს</w:t>
      </w:r>
      <w:proofErr w:type="spellEnd"/>
      <w:r w:rsidRPr="000A1DB5">
        <w:rPr>
          <w:rFonts w:ascii="Sylfaen" w:hAnsi="Sylfaen" w:cs="Sylfaen"/>
          <w:sz w:val="18"/>
          <w:szCs w:val="18"/>
        </w:rPr>
        <w:t xml:space="preserve"> </w:t>
      </w:r>
      <w:r>
        <w:rPr>
          <w:rFonts w:ascii="Sylfaen" w:hAnsi="Sylfaen" w:cs="Sylfaen"/>
          <w:sz w:val="18"/>
          <w:szCs w:val="18"/>
        </w:rPr>
        <w:t>50</w:t>
      </w:r>
      <w:r w:rsidRPr="000A1DB5">
        <w:rPr>
          <w:rFonts w:ascii="Sylfaen" w:hAnsi="Sylfaen" w:cs="Sylfaen"/>
          <w:sz w:val="18"/>
          <w:szCs w:val="18"/>
        </w:rPr>
        <w:t xml:space="preserve"> (</w:t>
      </w:r>
      <w:proofErr w:type="spellStart"/>
      <w:r>
        <w:rPr>
          <w:rFonts w:ascii="Sylfaen" w:hAnsi="Sylfaen" w:cs="Sylfaen"/>
          <w:sz w:val="18"/>
          <w:szCs w:val="18"/>
        </w:rPr>
        <w:t>ორმოცდა</w:t>
      </w:r>
      <w:r w:rsidRPr="000A1DB5">
        <w:rPr>
          <w:rFonts w:ascii="Sylfaen" w:hAnsi="Sylfaen" w:cs="Sylfaen"/>
          <w:sz w:val="18"/>
          <w:szCs w:val="18"/>
        </w:rPr>
        <w:t>ათი</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წელს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თუ</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საქართველოს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კანონმდებლობით</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უფრო</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მეტი</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ვადა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არ</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იქნება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გათვალისწინებული</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ამ</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უკანასკნელ</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შემთხვევაში</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იმოქმედებს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საქართველოს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კანონმდებლობით</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განსაზღვრული</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საგარანტიო</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ვადა</w:t>
      </w:r>
      <w:proofErr w:type="spellEnd"/>
      <w:r w:rsidRPr="000A1DB5">
        <w:rPr>
          <w:rFonts w:ascii="Sylfaen" w:hAnsi="Sylfaen" w:cs="Sylfaen"/>
          <w:sz w:val="18"/>
          <w:szCs w:val="18"/>
        </w:rPr>
        <w:t>.</w:t>
      </w:r>
      <w:r>
        <w:rPr>
          <w:rFonts w:ascii="Sylfaen" w:hAnsi="Sylfaen" w:cs="Sylfaen"/>
          <w:sz w:val="18"/>
          <w:szCs w:val="18"/>
        </w:rPr>
        <w:t xml:space="preserve"> </w:t>
      </w:r>
      <w:proofErr w:type="spellStart"/>
      <w:r w:rsidRPr="000A1DB5">
        <w:rPr>
          <w:rFonts w:ascii="Sylfaen" w:hAnsi="Sylfaen" w:cs="Sylfaen"/>
          <w:sz w:val="18"/>
          <w:szCs w:val="18"/>
        </w:rPr>
        <w:t>საგარანტიო</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ვადა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ვრცელდება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მხოლოდ</w:t>
      </w:r>
      <w:proofErr w:type="spellEnd"/>
      <w:r w:rsidRPr="000A1DB5">
        <w:rPr>
          <w:rFonts w:ascii="Sylfaen" w:hAnsi="Sylfaen" w:cs="Sylfaen"/>
          <w:sz w:val="18"/>
          <w:szCs w:val="18"/>
        </w:rPr>
        <w:t xml:space="preserve"> </w:t>
      </w:r>
      <w:r>
        <w:rPr>
          <w:rFonts w:ascii="Sylfaen" w:hAnsi="Sylfaen" w:cs="Sylfaen"/>
          <w:sz w:val="18"/>
          <w:szCs w:val="18"/>
          <w:lang w:val="ka-GE"/>
        </w:rPr>
        <w:t xml:space="preserve">ქვაბულის </w:t>
      </w:r>
      <w:proofErr w:type="spellStart"/>
      <w:r w:rsidRPr="000A1DB5">
        <w:rPr>
          <w:rFonts w:ascii="Sylfaen" w:hAnsi="Sylfaen" w:cs="Sylfaen"/>
          <w:sz w:val="18"/>
          <w:szCs w:val="18"/>
        </w:rPr>
        <w:t>და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მონტაჟის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ხარისხზე</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მათ</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მდგრადობასა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და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სიმყარეზე</w:t>
      </w:r>
      <w:proofErr w:type="spellEnd"/>
      <w:r w:rsidRPr="000A1DB5">
        <w:rPr>
          <w:rFonts w:ascii="Sylfaen" w:hAnsi="Sylfaen" w:cs="Sylfaen"/>
          <w:sz w:val="18"/>
          <w:szCs w:val="18"/>
        </w:rPr>
        <w:t>.</w:t>
      </w:r>
      <w:r>
        <w:rPr>
          <w:rFonts w:ascii="Sylfaen" w:hAnsi="Sylfaen" w:cs="Sylfaen"/>
          <w:sz w:val="18"/>
          <w:szCs w:val="18"/>
        </w:rPr>
        <w:t xml:space="preserve"> </w:t>
      </w:r>
      <w:proofErr w:type="spellStart"/>
      <w:r w:rsidRPr="000A1DB5">
        <w:rPr>
          <w:rFonts w:ascii="Sylfaen" w:hAnsi="Sylfaen" w:cs="Sylfaen"/>
          <w:sz w:val="18"/>
          <w:szCs w:val="18"/>
        </w:rPr>
        <w:t>ყოველგვარი</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გაურკვევლობის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თავიდან</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ასაცილებლად</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მხარეები</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ადასტურებენ</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რომ</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საგარანტიო</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ვადა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ვრცელდება</w:t>
      </w:r>
      <w:proofErr w:type="spellEnd"/>
      <w:r w:rsidRPr="000A1DB5">
        <w:rPr>
          <w:rFonts w:ascii="Sylfaen" w:hAnsi="Sylfaen" w:cs="Sylfaen"/>
          <w:sz w:val="18"/>
          <w:szCs w:val="18"/>
        </w:rPr>
        <w:t xml:space="preserve"> </w:t>
      </w:r>
      <w:r>
        <w:rPr>
          <w:rFonts w:ascii="Sylfaen" w:hAnsi="Sylfaen" w:cs="Sylfaen"/>
          <w:sz w:val="18"/>
          <w:szCs w:val="18"/>
          <w:lang w:val="ka-GE"/>
        </w:rPr>
        <w:t>მენარდის</w:t>
      </w:r>
      <w:r w:rsidRPr="000A1DB5">
        <w:rPr>
          <w:rFonts w:ascii="Sylfaen" w:hAnsi="Sylfaen" w:cs="Sylfaen"/>
          <w:sz w:val="18"/>
          <w:szCs w:val="18"/>
        </w:rPr>
        <w:t xml:space="preserve"> </w:t>
      </w:r>
      <w:proofErr w:type="spellStart"/>
      <w:r w:rsidRPr="000A1DB5">
        <w:rPr>
          <w:rFonts w:ascii="Sylfaen" w:hAnsi="Sylfaen" w:cs="Sylfaen"/>
          <w:sz w:val="18"/>
          <w:szCs w:val="18"/>
        </w:rPr>
        <w:t>მიერ</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სამუშაოს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სრულად</w:t>
      </w:r>
      <w:proofErr w:type="spellEnd"/>
      <w:r w:rsidRPr="000A1DB5">
        <w:rPr>
          <w:rFonts w:ascii="Sylfaen" w:hAnsi="Sylfaen" w:cs="Sylfaen"/>
          <w:sz w:val="18"/>
          <w:szCs w:val="18"/>
        </w:rPr>
        <w:t>/</w:t>
      </w:r>
      <w:proofErr w:type="spellStart"/>
      <w:r w:rsidRPr="000A1DB5">
        <w:rPr>
          <w:rFonts w:ascii="Sylfaen" w:hAnsi="Sylfaen" w:cs="Sylfaen"/>
          <w:sz w:val="18"/>
          <w:szCs w:val="18"/>
        </w:rPr>
        <w:t>ნაწილობრივ</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შესრულების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შედეგად</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დამდგარ</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ნებისმიერ</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ზიანზე</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ან</w:t>
      </w:r>
      <w:proofErr w:type="spellEnd"/>
      <w:r w:rsidRPr="000A1DB5">
        <w:rPr>
          <w:rFonts w:ascii="Sylfaen" w:hAnsi="Sylfaen" w:cs="Sylfaen"/>
          <w:sz w:val="18"/>
          <w:szCs w:val="18"/>
        </w:rPr>
        <w:t>/</w:t>
      </w:r>
      <w:proofErr w:type="spellStart"/>
      <w:r w:rsidRPr="000A1DB5">
        <w:rPr>
          <w:rFonts w:ascii="Sylfaen" w:hAnsi="Sylfaen" w:cs="Sylfaen"/>
          <w:sz w:val="18"/>
          <w:szCs w:val="18"/>
        </w:rPr>
        <w:t>და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ზარალზე</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მათ</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შორის</w:t>
      </w:r>
      <w:proofErr w:type="spellEnd"/>
      <w:r w:rsidRPr="000A1DB5">
        <w:rPr>
          <w:rFonts w:ascii="Sylfaen" w:hAnsi="Sylfaen" w:cs="Sylfaen"/>
          <w:sz w:val="18"/>
          <w:szCs w:val="18"/>
        </w:rPr>
        <w:t xml:space="preserve"> </w:t>
      </w:r>
      <w:proofErr w:type="spellStart"/>
      <w:r>
        <w:rPr>
          <w:rFonts w:ascii="Sylfaen" w:hAnsi="Sylfaen" w:cs="Sylfaen"/>
          <w:sz w:val="18"/>
          <w:szCs w:val="18"/>
        </w:rPr>
        <w:t>ქვაბულის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სიმყარის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მდგრადობის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ფარული</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ნაკლის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ან</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სხვა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ხარვეზის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გამო</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დამდგარ</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ზიანზე</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ან</w:t>
      </w:r>
      <w:proofErr w:type="spellEnd"/>
      <w:r w:rsidRPr="000A1DB5">
        <w:rPr>
          <w:rFonts w:ascii="Sylfaen" w:hAnsi="Sylfaen" w:cs="Sylfaen"/>
          <w:sz w:val="18"/>
          <w:szCs w:val="18"/>
        </w:rPr>
        <w:t>/</w:t>
      </w:r>
      <w:proofErr w:type="spellStart"/>
      <w:r w:rsidRPr="000A1DB5">
        <w:rPr>
          <w:rFonts w:ascii="Sylfaen" w:hAnsi="Sylfaen" w:cs="Sylfaen"/>
          <w:sz w:val="18"/>
          <w:szCs w:val="18"/>
        </w:rPr>
        <w:t>და</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ზარალზე</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მათ</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შორის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მესამე</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პირისათვის</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მიყენებულ</w:t>
      </w:r>
      <w:proofErr w:type="spellEnd"/>
      <w:r w:rsidRPr="000A1DB5">
        <w:rPr>
          <w:rFonts w:ascii="Sylfaen" w:hAnsi="Sylfaen" w:cs="Sylfaen"/>
          <w:sz w:val="18"/>
          <w:szCs w:val="18"/>
        </w:rPr>
        <w:t xml:space="preserve"> </w:t>
      </w:r>
      <w:proofErr w:type="spellStart"/>
      <w:r w:rsidRPr="000A1DB5">
        <w:rPr>
          <w:rFonts w:ascii="Sylfaen" w:hAnsi="Sylfaen" w:cs="Sylfaen"/>
          <w:sz w:val="18"/>
          <w:szCs w:val="18"/>
        </w:rPr>
        <w:t>ზიანზე</w:t>
      </w:r>
      <w:proofErr w:type="spellEnd"/>
      <w:r w:rsidRPr="000A1DB5">
        <w:rPr>
          <w:rFonts w:ascii="Sylfaen" w:hAnsi="Sylfaen" w:cs="Sylfaen"/>
          <w:sz w:val="18"/>
          <w:szCs w:val="18"/>
        </w:rPr>
        <w:t>/</w:t>
      </w:r>
      <w:proofErr w:type="spellStart"/>
      <w:r w:rsidRPr="000A1DB5">
        <w:rPr>
          <w:rFonts w:ascii="Sylfaen" w:hAnsi="Sylfaen" w:cs="Sylfaen"/>
          <w:sz w:val="18"/>
          <w:szCs w:val="18"/>
        </w:rPr>
        <w:t>ზარალზე</w:t>
      </w:r>
      <w:proofErr w:type="spellEnd"/>
      <w:r w:rsidRPr="000A1DB5">
        <w:rPr>
          <w:rFonts w:ascii="Sylfaen" w:hAnsi="Sylfaen" w:cs="Sylfaen"/>
          <w:sz w:val="18"/>
          <w:szCs w:val="18"/>
        </w:rPr>
        <w:t>.</w:t>
      </w:r>
    </w:p>
    <w:p w14:paraId="315A42E1" w14:textId="27C6F5A1" w:rsidR="00624E10" w:rsidRDefault="00624E10" w:rsidP="00624E10">
      <w:pPr>
        <w:pStyle w:val="ListParagraph"/>
        <w:numPr>
          <w:ilvl w:val="1"/>
          <w:numId w:val="13"/>
        </w:numPr>
        <w:ind w:left="1070"/>
        <w:jc w:val="both"/>
        <w:rPr>
          <w:rFonts w:cstheme="majorHAnsi"/>
          <w:sz w:val="18"/>
          <w:szCs w:val="18"/>
        </w:rPr>
      </w:pPr>
      <w:proofErr w:type="spellStart"/>
      <w:r w:rsidRPr="0043468A">
        <w:rPr>
          <w:rFonts w:ascii="Sylfaen" w:hAnsi="Sylfaen" w:cs="Sylfaen"/>
          <w:sz w:val="18"/>
          <w:szCs w:val="18"/>
        </w:rPr>
        <w:t>ამასთან</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თუ</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შესრულებული</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სამუშაოს</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ნაკლი</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გამოწვეულია</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საპროექტო</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დოკუმენტაციის</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ხარვეზით</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და</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დადგინდა</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რომ</w:t>
      </w:r>
      <w:proofErr w:type="spellEnd"/>
      <w:r w:rsidRPr="0043468A">
        <w:rPr>
          <w:rFonts w:ascii="Sylfaen" w:hAnsi="Sylfaen" w:cs="Sylfaen"/>
          <w:sz w:val="18"/>
          <w:szCs w:val="18"/>
        </w:rPr>
        <w:t xml:space="preserve"> </w:t>
      </w:r>
      <w:r>
        <w:rPr>
          <w:rFonts w:ascii="Sylfaen" w:hAnsi="Sylfaen" w:cs="Sylfaen"/>
          <w:sz w:val="18"/>
          <w:szCs w:val="18"/>
          <w:lang w:val="ka-GE"/>
        </w:rPr>
        <w:t xml:space="preserve">მენარდის </w:t>
      </w:r>
      <w:proofErr w:type="spellStart"/>
      <w:r w:rsidRPr="0043468A">
        <w:rPr>
          <w:rFonts w:ascii="Sylfaen" w:hAnsi="Sylfaen" w:cs="Sylfaen"/>
          <w:sz w:val="18"/>
          <w:szCs w:val="18"/>
        </w:rPr>
        <w:t>სამუშაოები</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შესრულებულია</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სწორედ</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აღნიშნული</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დოკუმენტაციის</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შესაბამისად</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ასეთ</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შემთხვევაში</w:t>
      </w:r>
      <w:proofErr w:type="spellEnd"/>
      <w:r w:rsidRPr="0043468A">
        <w:rPr>
          <w:rFonts w:ascii="Sylfaen" w:hAnsi="Sylfaen" w:cs="Sylfaen"/>
          <w:sz w:val="18"/>
          <w:szCs w:val="18"/>
        </w:rPr>
        <w:t xml:space="preserve"> </w:t>
      </w:r>
      <w:r>
        <w:rPr>
          <w:rFonts w:ascii="Sylfaen" w:hAnsi="Sylfaen" w:cs="Sylfaen"/>
          <w:sz w:val="18"/>
          <w:szCs w:val="18"/>
          <w:lang w:val="ka-GE"/>
        </w:rPr>
        <w:t xml:space="preserve">მენარდე </w:t>
      </w:r>
      <w:proofErr w:type="spellStart"/>
      <w:r w:rsidRPr="0043468A">
        <w:rPr>
          <w:rFonts w:ascii="Sylfaen" w:hAnsi="Sylfaen" w:cs="Sylfaen"/>
          <w:sz w:val="18"/>
          <w:szCs w:val="18"/>
        </w:rPr>
        <w:t>არ</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იქნება</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პასუხისმგებელი</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აღნიშნულ</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ნაკლზე</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ხარვეზზე</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და</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მისით</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გამოწვეულ</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ნებისმიერ</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ზიანზე</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ან</w:t>
      </w:r>
      <w:proofErr w:type="spellEnd"/>
      <w:r w:rsidRPr="0043468A">
        <w:rPr>
          <w:rFonts w:ascii="Sylfaen" w:hAnsi="Sylfaen" w:cs="Sylfaen"/>
          <w:sz w:val="18"/>
          <w:szCs w:val="18"/>
        </w:rPr>
        <w:t>/</w:t>
      </w:r>
      <w:proofErr w:type="spellStart"/>
      <w:r w:rsidRPr="0043468A">
        <w:rPr>
          <w:rFonts w:ascii="Sylfaen" w:hAnsi="Sylfaen" w:cs="Sylfaen"/>
          <w:sz w:val="18"/>
          <w:szCs w:val="18"/>
        </w:rPr>
        <w:t>და</w:t>
      </w:r>
      <w:proofErr w:type="spellEnd"/>
      <w:r w:rsidRPr="0043468A">
        <w:rPr>
          <w:rFonts w:ascii="Sylfaen" w:hAnsi="Sylfaen" w:cs="Sylfaen"/>
          <w:sz w:val="18"/>
          <w:szCs w:val="18"/>
        </w:rPr>
        <w:t xml:space="preserve"> </w:t>
      </w:r>
      <w:proofErr w:type="spellStart"/>
      <w:r w:rsidRPr="0043468A">
        <w:rPr>
          <w:rFonts w:ascii="Sylfaen" w:hAnsi="Sylfaen" w:cs="Sylfaen"/>
          <w:sz w:val="18"/>
          <w:szCs w:val="18"/>
        </w:rPr>
        <w:t>ზარალზე</w:t>
      </w:r>
      <w:proofErr w:type="spellEnd"/>
      <w:r w:rsidRPr="0043468A">
        <w:rPr>
          <w:rFonts w:ascii="Sylfaen" w:hAnsi="Sylfaen" w:cs="Sylfaen"/>
          <w:sz w:val="18"/>
          <w:szCs w:val="18"/>
        </w:rPr>
        <w:t>.</w:t>
      </w:r>
      <w:r>
        <w:rPr>
          <w:rFonts w:ascii="Sylfaen" w:hAnsi="Sylfaen" w:cs="Sylfaen"/>
          <w:sz w:val="18"/>
          <w:szCs w:val="18"/>
          <w:lang w:val="ka-GE"/>
        </w:rPr>
        <w:t xml:space="preserve"> </w:t>
      </w:r>
      <w:proofErr w:type="spellStart"/>
      <w:r w:rsidRPr="0043468A">
        <w:rPr>
          <w:rFonts w:ascii="Sylfaen" w:hAnsi="Sylfaen" w:cs="Sylfaen"/>
          <w:sz w:val="18"/>
          <w:szCs w:val="18"/>
        </w:rPr>
        <w:t>დამკვეთს</w:t>
      </w:r>
      <w:proofErr w:type="spellEnd"/>
      <w:r w:rsidRPr="0043468A">
        <w:rPr>
          <w:rFonts w:cstheme="majorHAnsi"/>
          <w:sz w:val="18"/>
          <w:szCs w:val="18"/>
        </w:rPr>
        <w:t xml:space="preserve"> </w:t>
      </w:r>
      <w:proofErr w:type="spellStart"/>
      <w:r w:rsidRPr="0043468A">
        <w:rPr>
          <w:rFonts w:ascii="Sylfaen" w:hAnsi="Sylfaen" w:cs="Sylfaen"/>
          <w:sz w:val="18"/>
          <w:szCs w:val="18"/>
        </w:rPr>
        <w:t>უფლება</w:t>
      </w:r>
      <w:proofErr w:type="spellEnd"/>
      <w:r w:rsidRPr="0043468A">
        <w:rPr>
          <w:rFonts w:cstheme="majorHAnsi"/>
          <w:sz w:val="18"/>
          <w:szCs w:val="18"/>
        </w:rPr>
        <w:t xml:space="preserve"> </w:t>
      </w:r>
      <w:proofErr w:type="spellStart"/>
      <w:r w:rsidRPr="0043468A">
        <w:rPr>
          <w:rFonts w:ascii="Sylfaen" w:hAnsi="Sylfaen" w:cs="Sylfaen"/>
          <w:sz w:val="18"/>
          <w:szCs w:val="18"/>
        </w:rPr>
        <w:t>აქვს</w:t>
      </w:r>
      <w:proofErr w:type="spellEnd"/>
      <w:r w:rsidRPr="0043468A">
        <w:rPr>
          <w:rFonts w:cstheme="majorHAnsi"/>
          <w:sz w:val="18"/>
          <w:szCs w:val="18"/>
        </w:rPr>
        <w:t xml:space="preserve">, </w:t>
      </w:r>
      <w:proofErr w:type="spellStart"/>
      <w:r w:rsidRPr="0043468A">
        <w:rPr>
          <w:rFonts w:ascii="Sylfaen" w:hAnsi="Sylfaen" w:cs="Sylfaen"/>
          <w:sz w:val="18"/>
          <w:szCs w:val="18"/>
        </w:rPr>
        <w:t>მშენებლობის</w:t>
      </w:r>
      <w:proofErr w:type="spellEnd"/>
      <w:r w:rsidRPr="0043468A">
        <w:rPr>
          <w:rFonts w:cstheme="majorHAnsi"/>
          <w:sz w:val="18"/>
          <w:szCs w:val="18"/>
        </w:rPr>
        <w:t xml:space="preserve"> </w:t>
      </w:r>
      <w:proofErr w:type="spellStart"/>
      <w:r w:rsidRPr="0043468A">
        <w:rPr>
          <w:rFonts w:ascii="Sylfaen" w:hAnsi="Sylfaen" w:cs="Sylfaen"/>
          <w:sz w:val="18"/>
          <w:szCs w:val="18"/>
        </w:rPr>
        <w:t>ყველა</w:t>
      </w:r>
      <w:proofErr w:type="spellEnd"/>
      <w:r w:rsidRPr="0043468A">
        <w:rPr>
          <w:rFonts w:cstheme="majorHAnsi"/>
          <w:sz w:val="18"/>
          <w:szCs w:val="18"/>
        </w:rPr>
        <w:t xml:space="preserve"> </w:t>
      </w:r>
      <w:proofErr w:type="spellStart"/>
      <w:r w:rsidRPr="0043468A">
        <w:rPr>
          <w:rFonts w:ascii="Sylfaen" w:hAnsi="Sylfaen" w:cs="Sylfaen"/>
          <w:sz w:val="18"/>
          <w:szCs w:val="18"/>
        </w:rPr>
        <w:t>ეტაპზე</w:t>
      </w:r>
      <w:proofErr w:type="spellEnd"/>
      <w:r w:rsidRPr="0043468A">
        <w:rPr>
          <w:rFonts w:cstheme="majorHAnsi"/>
          <w:sz w:val="18"/>
          <w:szCs w:val="18"/>
        </w:rPr>
        <w:t xml:space="preserve"> </w:t>
      </w:r>
      <w:proofErr w:type="spellStart"/>
      <w:r w:rsidRPr="0043468A">
        <w:rPr>
          <w:rFonts w:ascii="Sylfaen" w:hAnsi="Sylfaen" w:cs="Sylfaen"/>
          <w:sz w:val="18"/>
          <w:szCs w:val="18"/>
        </w:rPr>
        <w:t>შეამოწმოს</w:t>
      </w:r>
      <w:proofErr w:type="spellEnd"/>
      <w:r w:rsidRPr="0043468A">
        <w:rPr>
          <w:rFonts w:cstheme="majorHAnsi"/>
          <w:sz w:val="18"/>
          <w:szCs w:val="18"/>
        </w:rPr>
        <w:t xml:space="preserve"> </w:t>
      </w:r>
      <w:proofErr w:type="spellStart"/>
      <w:r w:rsidRPr="0043468A">
        <w:rPr>
          <w:rFonts w:ascii="Sylfaen" w:hAnsi="Sylfaen" w:cs="Sylfaen"/>
          <w:sz w:val="18"/>
          <w:szCs w:val="18"/>
        </w:rPr>
        <w:t>მშენებლობის</w:t>
      </w:r>
      <w:proofErr w:type="spellEnd"/>
      <w:r w:rsidRPr="0043468A">
        <w:rPr>
          <w:rFonts w:cstheme="majorHAnsi"/>
          <w:sz w:val="18"/>
          <w:szCs w:val="18"/>
        </w:rPr>
        <w:t xml:space="preserve"> </w:t>
      </w:r>
      <w:proofErr w:type="spellStart"/>
      <w:r w:rsidRPr="0043468A">
        <w:rPr>
          <w:rFonts w:ascii="Sylfaen" w:hAnsi="Sylfaen" w:cs="Sylfaen"/>
          <w:sz w:val="18"/>
          <w:szCs w:val="18"/>
        </w:rPr>
        <w:t>ხარისხი</w:t>
      </w:r>
      <w:proofErr w:type="spellEnd"/>
      <w:r w:rsidRPr="0043468A">
        <w:rPr>
          <w:rFonts w:cstheme="majorHAnsi"/>
          <w:sz w:val="18"/>
          <w:szCs w:val="18"/>
        </w:rPr>
        <w:t xml:space="preserve"> </w:t>
      </w:r>
      <w:proofErr w:type="spellStart"/>
      <w:r w:rsidRPr="0043468A">
        <w:rPr>
          <w:rFonts w:ascii="Sylfaen" w:hAnsi="Sylfaen" w:cs="Sylfaen"/>
          <w:sz w:val="18"/>
          <w:szCs w:val="18"/>
        </w:rPr>
        <w:t>და</w:t>
      </w:r>
      <w:proofErr w:type="spellEnd"/>
      <w:r w:rsidRPr="0043468A">
        <w:rPr>
          <w:rFonts w:cstheme="majorHAnsi"/>
          <w:sz w:val="18"/>
          <w:szCs w:val="18"/>
        </w:rPr>
        <w:t xml:space="preserve"> </w:t>
      </w:r>
      <w:proofErr w:type="spellStart"/>
      <w:r w:rsidRPr="0043468A">
        <w:rPr>
          <w:rFonts w:ascii="Sylfaen" w:hAnsi="Sylfaen" w:cs="Sylfaen"/>
          <w:sz w:val="18"/>
          <w:szCs w:val="18"/>
        </w:rPr>
        <w:t>მოითხოვოს</w:t>
      </w:r>
      <w:proofErr w:type="spellEnd"/>
      <w:r w:rsidRPr="0043468A">
        <w:rPr>
          <w:rFonts w:cstheme="majorHAnsi"/>
          <w:sz w:val="18"/>
          <w:szCs w:val="18"/>
        </w:rPr>
        <w:t xml:space="preserve"> </w:t>
      </w:r>
      <w:proofErr w:type="spellStart"/>
      <w:r w:rsidRPr="0043468A">
        <w:rPr>
          <w:rFonts w:ascii="Sylfaen" w:hAnsi="Sylfaen" w:cs="Sylfaen"/>
          <w:sz w:val="18"/>
          <w:szCs w:val="18"/>
        </w:rPr>
        <w:t>მისი</w:t>
      </w:r>
      <w:proofErr w:type="spellEnd"/>
      <w:r w:rsidRPr="0043468A">
        <w:rPr>
          <w:rFonts w:cstheme="majorHAnsi"/>
          <w:sz w:val="18"/>
          <w:szCs w:val="18"/>
        </w:rPr>
        <w:t xml:space="preserve"> </w:t>
      </w:r>
      <w:proofErr w:type="spellStart"/>
      <w:r w:rsidRPr="0043468A">
        <w:rPr>
          <w:rFonts w:ascii="Sylfaen" w:hAnsi="Sylfaen" w:cs="Sylfaen"/>
          <w:sz w:val="18"/>
          <w:szCs w:val="18"/>
        </w:rPr>
        <w:t>გაუმჯობესება</w:t>
      </w:r>
      <w:proofErr w:type="spellEnd"/>
      <w:r w:rsidRPr="0043468A">
        <w:rPr>
          <w:rFonts w:cstheme="majorHAnsi"/>
          <w:sz w:val="18"/>
          <w:szCs w:val="18"/>
        </w:rPr>
        <w:t xml:space="preserve">, </w:t>
      </w:r>
      <w:proofErr w:type="spellStart"/>
      <w:r w:rsidRPr="0043468A">
        <w:rPr>
          <w:rFonts w:ascii="Sylfaen" w:hAnsi="Sylfaen" w:cs="Sylfaen"/>
          <w:sz w:val="18"/>
          <w:szCs w:val="18"/>
        </w:rPr>
        <w:t>თუ</w:t>
      </w:r>
      <w:proofErr w:type="spellEnd"/>
      <w:r w:rsidRPr="0043468A">
        <w:rPr>
          <w:rFonts w:cstheme="majorHAnsi"/>
          <w:sz w:val="18"/>
          <w:szCs w:val="18"/>
        </w:rPr>
        <w:t xml:space="preserve"> </w:t>
      </w:r>
      <w:proofErr w:type="spellStart"/>
      <w:r w:rsidRPr="0043468A">
        <w:rPr>
          <w:rFonts w:ascii="Sylfaen" w:hAnsi="Sylfaen" w:cs="Sylfaen"/>
          <w:sz w:val="18"/>
          <w:szCs w:val="18"/>
        </w:rPr>
        <w:t>იგი</w:t>
      </w:r>
      <w:proofErr w:type="spellEnd"/>
      <w:r w:rsidRPr="0043468A">
        <w:rPr>
          <w:rFonts w:cstheme="majorHAnsi"/>
          <w:sz w:val="18"/>
          <w:szCs w:val="18"/>
        </w:rPr>
        <w:t xml:space="preserve"> </w:t>
      </w:r>
      <w:proofErr w:type="spellStart"/>
      <w:r w:rsidRPr="0043468A">
        <w:rPr>
          <w:rFonts w:ascii="Sylfaen" w:hAnsi="Sylfaen" w:cs="Sylfaen"/>
          <w:sz w:val="18"/>
          <w:szCs w:val="18"/>
        </w:rPr>
        <w:t>არ</w:t>
      </w:r>
      <w:proofErr w:type="spellEnd"/>
      <w:r w:rsidRPr="0043468A">
        <w:rPr>
          <w:rFonts w:cstheme="majorHAnsi"/>
          <w:sz w:val="18"/>
          <w:szCs w:val="18"/>
        </w:rPr>
        <w:t xml:space="preserve"> </w:t>
      </w:r>
      <w:proofErr w:type="spellStart"/>
      <w:r w:rsidRPr="0043468A">
        <w:rPr>
          <w:rFonts w:ascii="Sylfaen" w:hAnsi="Sylfaen" w:cs="Sylfaen"/>
          <w:sz w:val="18"/>
          <w:szCs w:val="18"/>
        </w:rPr>
        <w:t>შეესაბამება</w:t>
      </w:r>
      <w:proofErr w:type="spellEnd"/>
      <w:r w:rsidRPr="0043468A">
        <w:rPr>
          <w:rFonts w:cstheme="majorHAnsi"/>
          <w:sz w:val="18"/>
          <w:szCs w:val="18"/>
        </w:rPr>
        <w:t xml:space="preserve"> </w:t>
      </w:r>
      <w:proofErr w:type="spellStart"/>
      <w:r w:rsidRPr="0043468A">
        <w:rPr>
          <w:rFonts w:ascii="Sylfaen" w:hAnsi="Sylfaen" w:cs="Sylfaen"/>
          <w:sz w:val="18"/>
          <w:szCs w:val="18"/>
        </w:rPr>
        <w:t>საპროექტო</w:t>
      </w:r>
      <w:proofErr w:type="spellEnd"/>
      <w:r w:rsidRPr="0043468A">
        <w:rPr>
          <w:rFonts w:cstheme="majorHAnsi"/>
          <w:sz w:val="18"/>
          <w:szCs w:val="18"/>
        </w:rPr>
        <w:t xml:space="preserve"> </w:t>
      </w:r>
      <w:proofErr w:type="spellStart"/>
      <w:r w:rsidRPr="0043468A">
        <w:rPr>
          <w:rFonts w:ascii="Sylfaen" w:hAnsi="Sylfaen" w:cs="Sylfaen"/>
          <w:sz w:val="18"/>
          <w:szCs w:val="18"/>
        </w:rPr>
        <w:t>დოკუმენტაციას</w:t>
      </w:r>
      <w:proofErr w:type="spellEnd"/>
      <w:r w:rsidRPr="0043468A">
        <w:rPr>
          <w:rFonts w:cstheme="majorHAnsi"/>
          <w:sz w:val="18"/>
          <w:szCs w:val="18"/>
        </w:rPr>
        <w:t xml:space="preserve">. </w:t>
      </w:r>
      <w:proofErr w:type="spellStart"/>
      <w:r w:rsidRPr="0043468A">
        <w:rPr>
          <w:rFonts w:ascii="Sylfaen" w:hAnsi="Sylfaen" w:cs="Sylfaen"/>
          <w:sz w:val="18"/>
          <w:szCs w:val="18"/>
        </w:rPr>
        <w:t>ამასთან</w:t>
      </w:r>
      <w:proofErr w:type="spellEnd"/>
      <w:r w:rsidRPr="0043468A">
        <w:rPr>
          <w:rFonts w:cstheme="majorHAnsi"/>
          <w:sz w:val="18"/>
          <w:szCs w:val="18"/>
        </w:rPr>
        <w:t xml:space="preserve">, </w:t>
      </w:r>
      <w:proofErr w:type="spellStart"/>
      <w:r w:rsidRPr="0043468A">
        <w:rPr>
          <w:rFonts w:ascii="Sylfaen" w:hAnsi="Sylfaen" w:cs="Sylfaen"/>
          <w:sz w:val="18"/>
          <w:szCs w:val="18"/>
        </w:rPr>
        <w:t>მენარდის</w:t>
      </w:r>
      <w:proofErr w:type="spellEnd"/>
      <w:r w:rsidRPr="0043468A">
        <w:rPr>
          <w:rFonts w:cstheme="majorHAnsi"/>
          <w:sz w:val="18"/>
          <w:szCs w:val="18"/>
        </w:rPr>
        <w:t xml:space="preserve"> </w:t>
      </w:r>
      <w:proofErr w:type="spellStart"/>
      <w:r w:rsidRPr="0043468A">
        <w:rPr>
          <w:rFonts w:ascii="Sylfaen" w:hAnsi="Sylfaen" w:cs="Sylfaen"/>
          <w:sz w:val="18"/>
          <w:szCs w:val="18"/>
        </w:rPr>
        <w:t>მიერ</w:t>
      </w:r>
      <w:proofErr w:type="spellEnd"/>
      <w:r w:rsidRPr="0043468A">
        <w:rPr>
          <w:rFonts w:cstheme="majorHAnsi"/>
          <w:sz w:val="18"/>
          <w:szCs w:val="18"/>
        </w:rPr>
        <w:t xml:space="preserve"> </w:t>
      </w:r>
      <w:proofErr w:type="spellStart"/>
      <w:r w:rsidRPr="0043468A">
        <w:rPr>
          <w:rFonts w:ascii="Sylfaen" w:hAnsi="Sylfaen" w:cs="Sylfaen"/>
          <w:sz w:val="18"/>
          <w:szCs w:val="18"/>
        </w:rPr>
        <w:t>ხარვეზ</w:t>
      </w:r>
      <w:proofErr w:type="spellEnd"/>
      <w:r>
        <w:rPr>
          <w:rFonts w:ascii="Sylfaen" w:hAnsi="Sylfaen" w:cstheme="majorHAnsi"/>
          <w:sz w:val="18"/>
          <w:szCs w:val="18"/>
          <w:lang w:val="ka-GE"/>
        </w:rPr>
        <w:t>(</w:t>
      </w:r>
      <w:proofErr w:type="spellStart"/>
      <w:r w:rsidRPr="0043468A">
        <w:rPr>
          <w:rFonts w:ascii="Sylfaen" w:hAnsi="Sylfaen" w:cs="Sylfaen"/>
          <w:sz w:val="18"/>
          <w:szCs w:val="18"/>
        </w:rPr>
        <w:t>ებ</w:t>
      </w:r>
      <w:proofErr w:type="spellEnd"/>
      <w:r>
        <w:rPr>
          <w:rFonts w:ascii="Sylfaen" w:hAnsi="Sylfaen" w:cstheme="majorHAnsi"/>
          <w:sz w:val="18"/>
          <w:szCs w:val="18"/>
          <w:lang w:val="ka-GE"/>
        </w:rPr>
        <w:t>)</w:t>
      </w:r>
      <w:proofErr w:type="spellStart"/>
      <w:r w:rsidRPr="0043468A">
        <w:rPr>
          <w:rFonts w:ascii="Sylfaen" w:hAnsi="Sylfaen" w:cs="Sylfaen"/>
          <w:sz w:val="18"/>
          <w:szCs w:val="18"/>
        </w:rPr>
        <w:t>ის</w:t>
      </w:r>
      <w:proofErr w:type="spellEnd"/>
      <w:r w:rsidRPr="0043468A">
        <w:rPr>
          <w:rFonts w:cstheme="majorHAnsi"/>
          <w:sz w:val="18"/>
          <w:szCs w:val="18"/>
        </w:rPr>
        <w:t xml:space="preserve"> </w:t>
      </w:r>
      <w:proofErr w:type="spellStart"/>
      <w:r w:rsidRPr="0043468A">
        <w:rPr>
          <w:rFonts w:ascii="Sylfaen" w:hAnsi="Sylfaen" w:cs="Sylfaen"/>
          <w:sz w:val="18"/>
          <w:szCs w:val="18"/>
        </w:rPr>
        <w:t>გამოსწორება</w:t>
      </w:r>
      <w:proofErr w:type="spellEnd"/>
      <w:r w:rsidRPr="0043468A">
        <w:rPr>
          <w:rFonts w:cstheme="majorHAnsi"/>
          <w:sz w:val="18"/>
          <w:szCs w:val="18"/>
        </w:rPr>
        <w:t xml:space="preserve"> </w:t>
      </w:r>
      <w:proofErr w:type="spellStart"/>
      <w:r w:rsidRPr="0043468A">
        <w:rPr>
          <w:rFonts w:ascii="Sylfaen" w:hAnsi="Sylfaen" w:cs="Sylfaen"/>
          <w:sz w:val="18"/>
          <w:szCs w:val="18"/>
        </w:rPr>
        <w:t>უნდა</w:t>
      </w:r>
      <w:proofErr w:type="spellEnd"/>
      <w:r w:rsidRPr="0043468A">
        <w:rPr>
          <w:rFonts w:cstheme="majorHAnsi"/>
          <w:sz w:val="18"/>
          <w:szCs w:val="18"/>
        </w:rPr>
        <w:t xml:space="preserve"> </w:t>
      </w:r>
      <w:proofErr w:type="spellStart"/>
      <w:r w:rsidRPr="0043468A">
        <w:rPr>
          <w:rFonts w:ascii="Sylfaen" w:hAnsi="Sylfaen" w:cs="Sylfaen"/>
          <w:sz w:val="18"/>
          <w:szCs w:val="18"/>
        </w:rPr>
        <w:t>მოხდეს</w:t>
      </w:r>
      <w:proofErr w:type="spellEnd"/>
      <w:r w:rsidRPr="0043468A">
        <w:rPr>
          <w:rFonts w:cstheme="majorHAnsi"/>
          <w:sz w:val="18"/>
          <w:szCs w:val="18"/>
        </w:rPr>
        <w:t xml:space="preserve"> </w:t>
      </w:r>
      <w:proofErr w:type="spellStart"/>
      <w:r w:rsidRPr="0043468A">
        <w:rPr>
          <w:rFonts w:ascii="Sylfaen" w:hAnsi="Sylfaen" w:cs="Sylfaen"/>
          <w:sz w:val="18"/>
          <w:szCs w:val="18"/>
        </w:rPr>
        <w:t>დამკვეთის</w:t>
      </w:r>
      <w:proofErr w:type="spellEnd"/>
      <w:r w:rsidRPr="0043468A">
        <w:rPr>
          <w:rFonts w:cstheme="majorHAnsi"/>
          <w:sz w:val="18"/>
          <w:szCs w:val="18"/>
        </w:rPr>
        <w:t xml:space="preserve"> </w:t>
      </w:r>
      <w:proofErr w:type="spellStart"/>
      <w:r w:rsidRPr="0043468A">
        <w:rPr>
          <w:rFonts w:ascii="Sylfaen" w:hAnsi="Sylfaen" w:cs="Sylfaen"/>
          <w:sz w:val="18"/>
          <w:szCs w:val="18"/>
        </w:rPr>
        <w:t>მოთხოვნიდან</w:t>
      </w:r>
      <w:proofErr w:type="spellEnd"/>
      <w:r w:rsidRPr="0043468A">
        <w:rPr>
          <w:rFonts w:cstheme="majorHAnsi"/>
          <w:sz w:val="18"/>
          <w:szCs w:val="18"/>
        </w:rPr>
        <w:t xml:space="preserve"> </w:t>
      </w:r>
      <w:proofErr w:type="spellStart"/>
      <w:r w:rsidRPr="0043468A">
        <w:rPr>
          <w:rFonts w:ascii="Sylfaen" w:hAnsi="Sylfaen" w:cs="Sylfaen"/>
          <w:sz w:val="18"/>
          <w:szCs w:val="18"/>
        </w:rPr>
        <w:t>გონივრულ</w:t>
      </w:r>
      <w:proofErr w:type="spellEnd"/>
      <w:r w:rsidRPr="0043468A">
        <w:rPr>
          <w:rFonts w:cstheme="majorHAnsi"/>
          <w:sz w:val="18"/>
          <w:szCs w:val="18"/>
        </w:rPr>
        <w:t xml:space="preserve"> </w:t>
      </w:r>
      <w:proofErr w:type="spellStart"/>
      <w:r w:rsidRPr="0043468A">
        <w:rPr>
          <w:rFonts w:ascii="Sylfaen" w:hAnsi="Sylfaen" w:cs="Sylfaen"/>
          <w:sz w:val="18"/>
          <w:szCs w:val="18"/>
        </w:rPr>
        <w:t>ვადაში</w:t>
      </w:r>
      <w:proofErr w:type="spellEnd"/>
      <w:r w:rsidRPr="0043468A">
        <w:rPr>
          <w:rFonts w:cstheme="majorHAnsi"/>
          <w:sz w:val="18"/>
          <w:szCs w:val="18"/>
        </w:rPr>
        <w:t xml:space="preserve"> </w:t>
      </w:r>
      <w:proofErr w:type="spellStart"/>
      <w:r w:rsidRPr="0043468A">
        <w:rPr>
          <w:rFonts w:ascii="Sylfaen" w:hAnsi="Sylfaen" w:cs="Sylfaen"/>
          <w:sz w:val="18"/>
          <w:szCs w:val="18"/>
        </w:rPr>
        <w:t>ან</w:t>
      </w:r>
      <w:proofErr w:type="spellEnd"/>
      <w:r w:rsidRPr="0043468A">
        <w:rPr>
          <w:rFonts w:cstheme="majorHAnsi"/>
          <w:sz w:val="18"/>
          <w:szCs w:val="18"/>
        </w:rPr>
        <w:t xml:space="preserve"> </w:t>
      </w:r>
      <w:proofErr w:type="spellStart"/>
      <w:r w:rsidRPr="0043468A">
        <w:rPr>
          <w:rFonts w:ascii="Sylfaen" w:hAnsi="Sylfaen" w:cs="Sylfaen"/>
          <w:sz w:val="18"/>
          <w:szCs w:val="18"/>
        </w:rPr>
        <w:t>დამკვეთთან</w:t>
      </w:r>
      <w:proofErr w:type="spellEnd"/>
      <w:r w:rsidRPr="0043468A">
        <w:rPr>
          <w:rFonts w:cstheme="majorHAnsi"/>
          <w:sz w:val="18"/>
          <w:szCs w:val="18"/>
        </w:rPr>
        <w:t xml:space="preserve"> </w:t>
      </w:r>
      <w:proofErr w:type="spellStart"/>
      <w:r w:rsidRPr="0043468A">
        <w:rPr>
          <w:rFonts w:ascii="Sylfaen" w:hAnsi="Sylfaen" w:cs="Sylfaen"/>
          <w:sz w:val="18"/>
          <w:szCs w:val="18"/>
        </w:rPr>
        <w:t>წინასწარ</w:t>
      </w:r>
      <w:proofErr w:type="spellEnd"/>
      <w:r w:rsidRPr="0043468A">
        <w:rPr>
          <w:rFonts w:cstheme="majorHAnsi"/>
          <w:sz w:val="18"/>
          <w:szCs w:val="18"/>
        </w:rPr>
        <w:t xml:space="preserve"> </w:t>
      </w:r>
      <w:proofErr w:type="spellStart"/>
      <w:r w:rsidRPr="0043468A">
        <w:rPr>
          <w:rFonts w:ascii="Sylfaen" w:hAnsi="Sylfaen" w:cs="Sylfaen"/>
          <w:sz w:val="18"/>
          <w:szCs w:val="18"/>
        </w:rPr>
        <w:t>შეთანხმებულ</w:t>
      </w:r>
      <w:proofErr w:type="spellEnd"/>
      <w:r w:rsidRPr="0043468A">
        <w:rPr>
          <w:rFonts w:cstheme="majorHAnsi"/>
          <w:sz w:val="18"/>
          <w:szCs w:val="18"/>
        </w:rPr>
        <w:t xml:space="preserve"> </w:t>
      </w:r>
      <w:proofErr w:type="spellStart"/>
      <w:r w:rsidRPr="0043468A">
        <w:rPr>
          <w:rFonts w:ascii="Sylfaen" w:hAnsi="Sylfaen" w:cs="Sylfaen"/>
          <w:sz w:val="18"/>
          <w:szCs w:val="18"/>
        </w:rPr>
        <w:t>ვადაში</w:t>
      </w:r>
      <w:proofErr w:type="spellEnd"/>
      <w:r w:rsidRPr="0043468A">
        <w:rPr>
          <w:rFonts w:cstheme="majorHAnsi"/>
          <w:sz w:val="18"/>
          <w:szCs w:val="18"/>
        </w:rPr>
        <w:t xml:space="preserve">. </w:t>
      </w:r>
      <w:proofErr w:type="spellStart"/>
      <w:r w:rsidRPr="0043468A">
        <w:rPr>
          <w:rFonts w:ascii="Sylfaen" w:hAnsi="Sylfaen" w:cs="Sylfaen"/>
          <w:sz w:val="18"/>
          <w:szCs w:val="18"/>
        </w:rPr>
        <w:t>ამასთან</w:t>
      </w:r>
      <w:proofErr w:type="spellEnd"/>
      <w:r w:rsidRPr="0043468A">
        <w:rPr>
          <w:rFonts w:cstheme="majorHAnsi"/>
          <w:sz w:val="18"/>
          <w:szCs w:val="18"/>
        </w:rPr>
        <w:t xml:space="preserve">, </w:t>
      </w:r>
      <w:proofErr w:type="spellStart"/>
      <w:r w:rsidRPr="0043468A">
        <w:rPr>
          <w:rFonts w:ascii="Sylfaen" w:hAnsi="Sylfaen" w:cs="Sylfaen"/>
          <w:sz w:val="18"/>
          <w:szCs w:val="18"/>
        </w:rPr>
        <w:t>იმ</w:t>
      </w:r>
      <w:proofErr w:type="spellEnd"/>
      <w:r w:rsidRPr="0043468A">
        <w:rPr>
          <w:rFonts w:cstheme="majorHAnsi"/>
          <w:sz w:val="18"/>
          <w:szCs w:val="18"/>
        </w:rPr>
        <w:t xml:space="preserve"> </w:t>
      </w:r>
      <w:proofErr w:type="spellStart"/>
      <w:r w:rsidRPr="0043468A">
        <w:rPr>
          <w:rFonts w:ascii="Sylfaen" w:hAnsi="Sylfaen" w:cs="Sylfaen"/>
          <w:sz w:val="18"/>
          <w:szCs w:val="18"/>
        </w:rPr>
        <w:t>შემთხვევაში</w:t>
      </w:r>
      <w:proofErr w:type="spellEnd"/>
      <w:r w:rsidRPr="0043468A">
        <w:rPr>
          <w:rFonts w:cstheme="majorHAnsi"/>
          <w:sz w:val="18"/>
          <w:szCs w:val="18"/>
        </w:rPr>
        <w:t xml:space="preserve"> </w:t>
      </w:r>
      <w:proofErr w:type="spellStart"/>
      <w:r w:rsidRPr="0043468A">
        <w:rPr>
          <w:rFonts w:ascii="Sylfaen" w:hAnsi="Sylfaen" w:cs="Sylfaen"/>
          <w:sz w:val="18"/>
          <w:szCs w:val="18"/>
        </w:rPr>
        <w:t>თუ</w:t>
      </w:r>
      <w:proofErr w:type="spellEnd"/>
      <w:r w:rsidRPr="0043468A">
        <w:rPr>
          <w:rFonts w:cstheme="majorHAnsi"/>
          <w:sz w:val="18"/>
          <w:szCs w:val="18"/>
        </w:rPr>
        <w:t xml:space="preserve"> </w:t>
      </w:r>
      <w:proofErr w:type="spellStart"/>
      <w:r w:rsidRPr="0043468A">
        <w:rPr>
          <w:rFonts w:ascii="Sylfaen" w:hAnsi="Sylfaen" w:cs="Sylfaen"/>
          <w:sz w:val="18"/>
          <w:szCs w:val="18"/>
        </w:rPr>
        <w:t>მხარეები</w:t>
      </w:r>
      <w:proofErr w:type="spellEnd"/>
      <w:r w:rsidRPr="0043468A">
        <w:rPr>
          <w:rFonts w:cstheme="majorHAnsi"/>
          <w:sz w:val="18"/>
          <w:szCs w:val="18"/>
        </w:rPr>
        <w:t xml:space="preserve"> </w:t>
      </w:r>
      <w:proofErr w:type="spellStart"/>
      <w:r w:rsidRPr="0043468A">
        <w:rPr>
          <w:rFonts w:ascii="Sylfaen" w:hAnsi="Sylfaen" w:cs="Sylfaen"/>
          <w:sz w:val="18"/>
          <w:szCs w:val="18"/>
        </w:rPr>
        <w:t>ვერ</w:t>
      </w:r>
      <w:proofErr w:type="spellEnd"/>
      <w:r w:rsidRPr="0043468A">
        <w:rPr>
          <w:rFonts w:cstheme="majorHAnsi"/>
          <w:sz w:val="18"/>
          <w:szCs w:val="18"/>
        </w:rPr>
        <w:t xml:space="preserve"> </w:t>
      </w:r>
      <w:proofErr w:type="spellStart"/>
      <w:r w:rsidRPr="0043468A">
        <w:rPr>
          <w:rFonts w:ascii="Sylfaen" w:hAnsi="Sylfaen" w:cs="Sylfaen"/>
          <w:sz w:val="18"/>
          <w:szCs w:val="18"/>
        </w:rPr>
        <w:t>შეთანხმდებიან</w:t>
      </w:r>
      <w:proofErr w:type="spellEnd"/>
      <w:r w:rsidRPr="0043468A">
        <w:rPr>
          <w:rFonts w:cstheme="majorHAnsi"/>
          <w:sz w:val="18"/>
          <w:szCs w:val="18"/>
        </w:rPr>
        <w:t xml:space="preserve"> </w:t>
      </w:r>
      <w:proofErr w:type="spellStart"/>
      <w:r w:rsidRPr="0043468A">
        <w:rPr>
          <w:rFonts w:ascii="Sylfaen" w:hAnsi="Sylfaen" w:cs="Sylfaen"/>
          <w:sz w:val="18"/>
          <w:szCs w:val="18"/>
        </w:rPr>
        <w:t>ხარვეზ</w:t>
      </w:r>
      <w:proofErr w:type="spellEnd"/>
      <w:r>
        <w:rPr>
          <w:rFonts w:ascii="Sylfaen" w:hAnsi="Sylfaen" w:cstheme="majorHAnsi"/>
          <w:sz w:val="18"/>
          <w:szCs w:val="18"/>
          <w:lang w:val="ka-GE"/>
        </w:rPr>
        <w:t>(</w:t>
      </w:r>
      <w:proofErr w:type="spellStart"/>
      <w:r w:rsidRPr="0043468A">
        <w:rPr>
          <w:rFonts w:ascii="Sylfaen" w:hAnsi="Sylfaen" w:cs="Sylfaen"/>
          <w:sz w:val="18"/>
          <w:szCs w:val="18"/>
        </w:rPr>
        <w:t>ებ</w:t>
      </w:r>
      <w:proofErr w:type="spellEnd"/>
      <w:r>
        <w:rPr>
          <w:rFonts w:ascii="Sylfaen" w:hAnsi="Sylfaen" w:cstheme="majorHAnsi"/>
          <w:sz w:val="18"/>
          <w:szCs w:val="18"/>
          <w:lang w:val="ka-GE"/>
        </w:rPr>
        <w:t>)</w:t>
      </w:r>
      <w:proofErr w:type="spellStart"/>
      <w:r w:rsidRPr="0043468A">
        <w:rPr>
          <w:rFonts w:ascii="Sylfaen" w:hAnsi="Sylfaen" w:cs="Sylfaen"/>
          <w:sz w:val="18"/>
          <w:szCs w:val="18"/>
        </w:rPr>
        <w:t>ის</w:t>
      </w:r>
      <w:proofErr w:type="spellEnd"/>
      <w:r w:rsidRPr="0043468A">
        <w:rPr>
          <w:rFonts w:cstheme="majorHAnsi"/>
          <w:sz w:val="18"/>
          <w:szCs w:val="18"/>
        </w:rPr>
        <w:t xml:space="preserve"> </w:t>
      </w:r>
      <w:proofErr w:type="spellStart"/>
      <w:r w:rsidRPr="0043468A">
        <w:rPr>
          <w:rFonts w:ascii="Sylfaen" w:hAnsi="Sylfaen" w:cs="Sylfaen"/>
          <w:sz w:val="18"/>
          <w:szCs w:val="18"/>
        </w:rPr>
        <w:t>გამოსწორების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ვადაზე</w:t>
      </w:r>
      <w:proofErr w:type="spellEnd"/>
      <w:r w:rsidRPr="0043468A">
        <w:rPr>
          <w:rFonts w:cstheme="majorHAnsi"/>
          <w:sz w:val="18"/>
          <w:szCs w:val="18"/>
        </w:rPr>
        <w:t xml:space="preserve">, </w:t>
      </w:r>
      <w:proofErr w:type="spellStart"/>
      <w:r w:rsidRPr="0043468A">
        <w:rPr>
          <w:rFonts w:ascii="Sylfaen" w:hAnsi="Sylfaen" w:cs="Sylfaen"/>
          <w:sz w:val="18"/>
          <w:szCs w:val="18"/>
        </w:rPr>
        <w:t>ხარვეზ</w:t>
      </w:r>
      <w:proofErr w:type="spellEnd"/>
      <w:r>
        <w:rPr>
          <w:rFonts w:ascii="Sylfaen" w:hAnsi="Sylfaen" w:cstheme="majorHAnsi"/>
          <w:sz w:val="18"/>
          <w:szCs w:val="18"/>
          <w:lang w:val="ka-GE"/>
        </w:rPr>
        <w:t>(</w:t>
      </w:r>
      <w:proofErr w:type="spellStart"/>
      <w:r w:rsidRPr="0043468A">
        <w:rPr>
          <w:rFonts w:ascii="Sylfaen" w:hAnsi="Sylfaen" w:cs="Sylfaen"/>
          <w:sz w:val="18"/>
          <w:szCs w:val="18"/>
        </w:rPr>
        <w:t>ებ</w:t>
      </w:r>
      <w:proofErr w:type="spellEnd"/>
      <w:r>
        <w:rPr>
          <w:rFonts w:ascii="Sylfaen" w:hAnsi="Sylfaen" w:cstheme="majorHAnsi"/>
          <w:sz w:val="18"/>
          <w:szCs w:val="18"/>
          <w:lang w:val="ka-GE"/>
        </w:rPr>
        <w:t>)</w:t>
      </w:r>
      <w:proofErr w:type="spellStart"/>
      <w:r w:rsidRPr="0043468A">
        <w:rPr>
          <w:rFonts w:ascii="Sylfaen" w:hAnsi="Sylfaen" w:cs="Sylfaen"/>
          <w:sz w:val="18"/>
          <w:szCs w:val="18"/>
        </w:rPr>
        <w:t>ის</w:t>
      </w:r>
      <w:proofErr w:type="spellEnd"/>
      <w:r w:rsidRPr="0043468A">
        <w:rPr>
          <w:rFonts w:cstheme="majorHAnsi"/>
          <w:sz w:val="18"/>
          <w:szCs w:val="18"/>
        </w:rPr>
        <w:t xml:space="preserve"> </w:t>
      </w:r>
      <w:proofErr w:type="spellStart"/>
      <w:r w:rsidRPr="0043468A">
        <w:rPr>
          <w:rFonts w:ascii="Sylfaen" w:hAnsi="Sylfaen" w:cs="Sylfaen"/>
          <w:sz w:val="18"/>
          <w:szCs w:val="18"/>
        </w:rPr>
        <w:t>გამოსწორებისათვის</w:t>
      </w:r>
      <w:proofErr w:type="spellEnd"/>
      <w:r w:rsidRPr="0043468A">
        <w:rPr>
          <w:rFonts w:cstheme="majorHAnsi"/>
          <w:sz w:val="18"/>
          <w:szCs w:val="18"/>
        </w:rPr>
        <w:t xml:space="preserve"> </w:t>
      </w:r>
      <w:proofErr w:type="spellStart"/>
      <w:r w:rsidRPr="0043468A">
        <w:rPr>
          <w:rFonts w:ascii="Sylfaen" w:hAnsi="Sylfaen" w:cs="Sylfaen"/>
          <w:sz w:val="18"/>
          <w:szCs w:val="18"/>
        </w:rPr>
        <w:t>საჭირო</w:t>
      </w:r>
      <w:proofErr w:type="spellEnd"/>
      <w:r w:rsidRPr="0043468A">
        <w:rPr>
          <w:rFonts w:cstheme="majorHAnsi"/>
          <w:sz w:val="18"/>
          <w:szCs w:val="18"/>
        </w:rPr>
        <w:t xml:space="preserve"> </w:t>
      </w:r>
      <w:proofErr w:type="spellStart"/>
      <w:r w:rsidRPr="0043468A">
        <w:rPr>
          <w:rFonts w:ascii="Sylfaen" w:hAnsi="Sylfaen" w:cs="Sylfaen"/>
          <w:sz w:val="18"/>
          <w:szCs w:val="18"/>
        </w:rPr>
        <w:t>ვადა</w:t>
      </w:r>
      <w:proofErr w:type="spellEnd"/>
      <w:r w:rsidRPr="0043468A">
        <w:rPr>
          <w:rFonts w:cstheme="majorHAnsi"/>
          <w:sz w:val="18"/>
          <w:szCs w:val="18"/>
        </w:rPr>
        <w:t xml:space="preserve"> </w:t>
      </w:r>
      <w:proofErr w:type="spellStart"/>
      <w:r w:rsidRPr="0043468A">
        <w:rPr>
          <w:rFonts w:ascii="Sylfaen" w:hAnsi="Sylfaen" w:cs="Sylfaen"/>
          <w:sz w:val="18"/>
          <w:szCs w:val="18"/>
        </w:rPr>
        <w:t>დგინდება</w:t>
      </w:r>
      <w:proofErr w:type="spellEnd"/>
      <w:r w:rsidRPr="0043468A">
        <w:rPr>
          <w:rFonts w:cstheme="majorHAnsi"/>
          <w:sz w:val="18"/>
          <w:szCs w:val="18"/>
        </w:rPr>
        <w:t xml:space="preserve"> </w:t>
      </w:r>
      <w:proofErr w:type="spellStart"/>
      <w:r w:rsidRPr="0043468A">
        <w:rPr>
          <w:rFonts w:ascii="Sylfaen" w:hAnsi="Sylfaen" w:cs="Sylfaen"/>
          <w:sz w:val="18"/>
          <w:szCs w:val="18"/>
        </w:rPr>
        <w:t>სსიპ</w:t>
      </w:r>
      <w:proofErr w:type="spellEnd"/>
      <w:r w:rsidRPr="0043468A">
        <w:rPr>
          <w:rFonts w:cstheme="majorHAnsi"/>
          <w:sz w:val="18"/>
          <w:szCs w:val="18"/>
        </w:rPr>
        <w:t xml:space="preserve"> „</w:t>
      </w:r>
      <w:proofErr w:type="spellStart"/>
      <w:r w:rsidRPr="0043468A">
        <w:rPr>
          <w:rFonts w:ascii="Sylfaen" w:hAnsi="Sylfaen" w:cs="Sylfaen"/>
          <w:sz w:val="18"/>
          <w:szCs w:val="18"/>
        </w:rPr>
        <w:t>ლევან</w:t>
      </w:r>
      <w:proofErr w:type="spellEnd"/>
      <w:r w:rsidRPr="0043468A">
        <w:rPr>
          <w:rFonts w:cstheme="majorHAnsi"/>
          <w:sz w:val="18"/>
          <w:szCs w:val="18"/>
        </w:rPr>
        <w:t xml:space="preserve"> </w:t>
      </w:r>
      <w:proofErr w:type="spellStart"/>
      <w:r w:rsidRPr="0043468A">
        <w:rPr>
          <w:rFonts w:ascii="Sylfaen" w:hAnsi="Sylfaen" w:cs="Sylfaen"/>
          <w:sz w:val="18"/>
          <w:szCs w:val="18"/>
        </w:rPr>
        <w:t>სამხარაულის</w:t>
      </w:r>
      <w:proofErr w:type="spellEnd"/>
      <w:r w:rsidRPr="0043468A">
        <w:rPr>
          <w:rFonts w:cstheme="majorHAnsi"/>
          <w:sz w:val="18"/>
          <w:szCs w:val="18"/>
        </w:rPr>
        <w:t xml:space="preserve"> </w:t>
      </w:r>
      <w:proofErr w:type="spellStart"/>
      <w:r w:rsidRPr="0043468A">
        <w:rPr>
          <w:rFonts w:ascii="Sylfaen" w:hAnsi="Sylfaen" w:cs="Sylfaen"/>
          <w:sz w:val="18"/>
          <w:szCs w:val="18"/>
        </w:rPr>
        <w:t>სახელობის</w:t>
      </w:r>
      <w:proofErr w:type="spellEnd"/>
      <w:r w:rsidRPr="0043468A">
        <w:rPr>
          <w:rFonts w:cstheme="majorHAnsi"/>
          <w:sz w:val="18"/>
          <w:szCs w:val="18"/>
        </w:rPr>
        <w:t xml:space="preserve"> </w:t>
      </w:r>
      <w:proofErr w:type="spellStart"/>
      <w:r w:rsidRPr="0043468A">
        <w:rPr>
          <w:rFonts w:ascii="Sylfaen" w:hAnsi="Sylfaen" w:cs="Sylfaen"/>
          <w:sz w:val="18"/>
          <w:szCs w:val="18"/>
        </w:rPr>
        <w:t>სასამართლო</w:t>
      </w:r>
      <w:proofErr w:type="spellEnd"/>
      <w:r w:rsidRPr="0043468A">
        <w:rPr>
          <w:rFonts w:cstheme="majorHAnsi"/>
          <w:sz w:val="18"/>
          <w:szCs w:val="18"/>
        </w:rPr>
        <w:t xml:space="preserve"> </w:t>
      </w:r>
      <w:proofErr w:type="spellStart"/>
      <w:r w:rsidRPr="0043468A">
        <w:rPr>
          <w:rFonts w:ascii="Sylfaen" w:hAnsi="Sylfaen" w:cs="Sylfaen"/>
          <w:sz w:val="18"/>
          <w:szCs w:val="18"/>
        </w:rPr>
        <w:t>ექსპერტიზის</w:t>
      </w:r>
      <w:proofErr w:type="spellEnd"/>
      <w:r w:rsidRPr="0043468A">
        <w:rPr>
          <w:rFonts w:cstheme="majorHAnsi"/>
          <w:sz w:val="18"/>
          <w:szCs w:val="18"/>
        </w:rPr>
        <w:t xml:space="preserve"> </w:t>
      </w:r>
      <w:proofErr w:type="spellStart"/>
      <w:r w:rsidRPr="0043468A">
        <w:rPr>
          <w:rFonts w:ascii="Sylfaen" w:hAnsi="Sylfaen" w:cs="Sylfaen"/>
          <w:sz w:val="18"/>
          <w:szCs w:val="18"/>
        </w:rPr>
        <w:t>ეროვნული</w:t>
      </w:r>
      <w:proofErr w:type="spellEnd"/>
      <w:r w:rsidRPr="0043468A">
        <w:rPr>
          <w:rFonts w:cstheme="majorHAnsi"/>
          <w:sz w:val="18"/>
          <w:szCs w:val="18"/>
        </w:rPr>
        <w:t xml:space="preserve"> </w:t>
      </w:r>
      <w:proofErr w:type="spellStart"/>
      <w:r w:rsidRPr="0043468A">
        <w:rPr>
          <w:rFonts w:ascii="Sylfaen" w:hAnsi="Sylfaen" w:cs="Sylfaen"/>
          <w:sz w:val="18"/>
          <w:szCs w:val="18"/>
        </w:rPr>
        <w:t>ბიუროს</w:t>
      </w:r>
      <w:proofErr w:type="spellEnd"/>
      <w:r w:rsidRPr="0043468A">
        <w:rPr>
          <w:rFonts w:cstheme="majorHAnsi"/>
          <w:sz w:val="18"/>
          <w:szCs w:val="18"/>
        </w:rPr>
        <w:t>“</w:t>
      </w:r>
      <w:r w:rsidR="002464F3">
        <w:rPr>
          <w:rFonts w:cstheme="majorHAnsi"/>
          <w:sz w:val="18"/>
          <w:szCs w:val="18"/>
          <w:lang w:val="ru-RU"/>
        </w:rPr>
        <w:t xml:space="preserve"> </w:t>
      </w:r>
      <w:proofErr w:type="spellStart"/>
      <w:r w:rsidRPr="0043468A">
        <w:rPr>
          <w:rFonts w:ascii="Sylfaen" w:hAnsi="Sylfaen" w:cs="Sylfaen"/>
          <w:sz w:val="18"/>
          <w:szCs w:val="18"/>
        </w:rPr>
        <w:t>ან</w:t>
      </w:r>
      <w:proofErr w:type="spellEnd"/>
      <w:r w:rsidR="002464F3">
        <w:rPr>
          <w:rFonts w:ascii="Sylfaen" w:hAnsi="Sylfaen" w:cs="Sylfaen"/>
          <w:sz w:val="18"/>
          <w:szCs w:val="18"/>
          <w:lang w:val="ru-RU"/>
        </w:rPr>
        <w:t xml:space="preserve"> </w:t>
      </w:r>
      <w:proofErr w:type="spellStart"/>
      <w:r w:rsidRPr="0043468A">
        <w:rPr>
          <w:rFonts w:ascii="Sylfaen" w:hAnsi="Sylfaen" w:cs="Sylfaen"/>
          <w:sz w:val="18"/>
          <w:szCs w:val="18"/>
        </w:rPr>
        <w:t>აკრედიტირებული</w:t>
      </w:r>
      <w:proofErr w:type="spellEnd"/>
      <w:r w:rsidRPr="0043468A">
        <w:rPr>
          <w:rFonts w:cstheme="majorHAnsi"/>
          <w:sz w:val="18"/>
          <w:szCs w:val="18"/>
        </w:rPr>
        <w:t xml:space="preserve"> </w:t>
      </w:r>
      <w:proofErr w:type="spellStart"/>
      <w:r w:rsidRPr="0043468A">
        <w:rPr>
          <w:rFonts w:ascii="Sylfaen" w:hAnsi="Sylfaen" w:cs="Sylfaen"/>
          <w:sz w:val="18"/>
          <w:szCs w:val="18"/>
        </w:rPr>
        <w:t>საექსპერტო</w:t>
      </w:r>
      <w:proofErr w:type="spellEnd"/>
      <w:r w:rsidRPr="0043468A">
        <w:rPr>
          <w:rFonts w:cstheme="majorHAnsi"/>
          <w:sz w:val="18"/>
          <w:szCs w:val="18"/>
        </w:rPr>
        <w:t xml:space="preserve"> </w:t>
      </w:r>
      <w:proofErr w:type="spellStart"/>
      <w:r w:rsidRPr="0043468A">
        <w:rPr>
          <w:rFonts w:ascii="Sylfaen" w:hAnsi="Sylfaen" w:cs="Sylfaen"/>
          <w:sz w:val="18"/>
          <w:szCs w:val="18"/>
        </w:rPr>
        <w:t>დაწესებულების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ან</w:t>
      </w:r>
      <w:proofErr w:type="spellEnd"/>
      <w:r w:rsidRPr="0043468A">
        <w:rPr>
          <w:rFonts w:cstheme="majorHAnsi"/>
          <w:sz w:val="18"/>
          <w:szCs w:val="18"/>
        </w:rPr>
        <w:t xml:space="preserve"> </w:t>
      </w:r>
      <w:proofErr w:type="spellStart"/>
      <w:r w:rsidRPr="0043468A">
        <w:rPr>
          <w:rFonts w:ascii="Sylfaen" w:hAnsi="Sylfaen" w:cs="Sylfaen"/>
          <w:sz w:val="18"/>
          <w:szCs w:val="18"/>
        </w:rPr>
        <w:t>დამოუკიდებელი</w:t>
      </w:r>
      <w:proofErr w:type="spellEnd"/>
      <w:r w:rsidRPr="0043468A">
        <w:rPr>
          <w:rFonts w:cstheme="majorHAnsi"/>
          <w:sz w:val="18"/>
          <w:szCs w:val="18"/>
        </w:rPr>
        <w:t xml:space="preserve"> </w:t>
      </w:r>
      <w:proofErr w:type="spellStart"/>
      <w:r w:rsidRPr="0043468A">
        <w:rPr>
          <w:rFonts w:ascii="Sylfaen" w:hAnsi="Sylfaen" w:cs="Sylfaen"/>
          <w:sz w:val="18"/>
          <w:szCs w:val="18"/>
        </w:rPr>
        <w:t>ექსპერტის</w:t>
      </w:r>
      <w:proofErr w:type="spellEnd"/>
      <w:r w:rsidRPr="0043468A">
        <w:rPr>
          <w:rFonts w:cstheme="majorHAnsi"/>
          <w:sz w:val="18"/>
          <w:szCs w:val="18"/>
        </w:rPr>
        <w:t xml:space="preserve"> </w:t>
      </w:r>
      <w:proofErr w:type="spellStart"/>
      <w:r w:rsidRPr="0043468A">
        <w:rPr>
          <w:rFonts w:ascii="Sylfaen" w:hAnsi="Sylfaen" w:cs="Sylfaen"/>
          <w:sz w:val="18"/>
          <w:szCs w:val="18"/>
        </w:rPr>
        <w:t>მიერ</w:t>
      </w:r>
      <w:proofErr w:type="spellEnd"/>
      <w:r w:rsidRPr="0043468A">
        <w:rPr>
          <w:rFonts w:cstheme="majorHAnsi"/>
          <w:sz w:val="18"/>
          <w:szCs w:val="18"/>
        </w:rPr>
        <w:t xml:space="preserve"> </w:t>
      </w:r>
      <w:proofErr w:type="spellStart"/>
      <w:r w:rsidRPr="0043468A">
        <w:rPr>
          <w:rFonts w:ascii="Sylfaen" w:hAnsi="Sylfaen" w:cs="Sylfaen"/>
          <w:sz w:val="18"/>
          <w:szCs w:val="18"/>
        </w:rPr>
        <w:t>აღნიშნულ</w:t>
      </w:r>
      <w:proofErr w:type="spellEnd"/>
      <w:r w:rsidRPr="0043468A">
        <w:rPr>
          <w:rFonts w:cstheme="majorHAnsi"/>
          <w:sz w:val="18"/>
          <w:szCs w:val="18"/>
        </w:rPr>
        <w:t xml:space="preserve"> </w:t>
      </w:r>
      <w:proofErr w:type="spellStart"/>
      <w:r w:rsidRPr="0043468A">
        <w:rPr>
          <w:rFonts w:ascii="Sylfaen" w:hAnsi="Sylfaen" w:cs="Sylfaen"/>
          <w:sz w:val="18"/>
          <w:szCs w:val="18"/>
        </w:rPr>
        <w:t>საკითხზე</w:t>
      </w:r>
      <w:proofErr w:type="spellEnd"/>
      <w:r w:rsidRPr="0043468A">
        <w:rPr>
          <w:rFonts w:cstheme="majorHAnsi"/>
          <w:sz w:val="18"/>
          <w:szCs w:val="18"/>
        </w:rPr>
        <w:t xml:space="preserve"> </w:t>
      </w:r>
      <w:proofErr w:type="spellStart"/>
      <w:r w:rsidRPr="0043468A">
        <w:rPr>
          <w:rFonts w:ascii="Sylfaen" w:hAnsi="Sylfaen" w:cs="Sylfaen"/>
          <w:sz w:val="18"/>
          <w:szCs w:val="18"/>
        </w:rPr>
        <w:t>გაცემული</w:t>
      </w:r>
      <w:proofErr w:type="spellEnd"/>
      <w:r w:rsidRPr="0043468A">
        <w:rPr>
          <w:rFonts w:cstheme="majorHAnsi"/>
          <w:sz w:val="18"/>
          <w:szCs w:val="18"/>
        </w:rPr>
        <w:t xml:space="preserve"> </w:t>
      </w:r>
      <w:proofErr w:type="spellStart"/>
      <w:r w:rsidRPr="0043468A">
        <w:rPr>
          <w:rFonts w:ascii="Sylfaen" w:hAnsi="Sylfaen" w:cs="Sylfaen"/>
          <w:sz w:val="18"/>
          <w:szCs w:val="18"/>
        </w:rPr>
        <w:t>დასკვნით</w:t>
      </w:r>
      <w:proofErr w:type="spellEnd"/>
      <w:r w:rsidRPr="0043468A">
        <w:rPr>
          <w:rFonts w:cstheme="majorHAnsi"/>
          <w:sz w:val="18"/>
          <w:szCs w:val="18"/>
        </w:rPr>
        <w:t>.</w:t>
      </w:r>
    </w:p>
    <w:p w14:paraId="6EC482E2" w14:textId="77777777" w:rsidR="00624E10" w:rsidRDefault="00624E10" w:rsidP="00624E10">
      <w:pPr>
        <w:pStyle w:val="ListParagraph"/>
        <w:numPr>
          <w:ilvl w:val="1"/>
          <w:numId w:val="13"/>
        </w:numPr>
        <w:ind w:left="1070"/>
        <w:jc w:val="both"/>
        <w:rPr>
          <w:rFonts w:cstheme="majorHAnsi"/>
          <w:sz w:val="18"/>
          <w:szCs w:val="18"/>
        </w:rPr>
      </w:pPr>
      <w:proofErr w:type="spellStart"/>
      <w:r w:rsidRPr="0043468A">
        <w:rPr>
          <w:rFonts w:ascii="Sylfaen" w:hAnsi="Sylfaen" w:cs="Sylfaen"/>
          <w:sz w:val="18"/>
          <w:szCs w:val="18"/>
        </w:rPr>
        <w:t>მხარეები</w:t>
      </w:r>
      <w:proofErr w:type="spellEnd"/>
      <w:r w:rsidRPr="0043468A">
        <w:rPr>
          <w:rFonts w:cstheme="majorHAnsi"/>
          <w:sz w:val="18"/>
          <w:szCs w:val="18"/>
        </w:rPr>
        <w:t xml:space="preserve"> </w:t>
      </w:r>
      <w:proofErr w:type="spellStart"/>
      <w:r w:rsidRPr="0043468A">
        <w:rPr>
          <w:rFonts w:ascii="Sylfaen" w:hAnsi="Sylfaen" w:cs="Sylfaen"/>
          <w:sz w:val="18"/>
          <w:szCs w:val="18"/>
        </w:rPr>
        <w:t>ადასტურებენ</w:t>
      </w:r>
      <w:proofErr w:type="spellEnd"/>
      <w:r w:rsidRPr="0043468A">
        <w:rPr>
          <w:rFonts w:cstheme="majorHAnsi"/>
          <w:sz w:val="18"/>
          <w:szCs w:val="18"/>
        </w:rPr>
        <w:t xml:space="preserve">, </w:t>
      </w:r>
      <w:proofErr w:type="spellStart"/>
      <w:r w:rsidRPr="0043468A">
        <w:rPr>
          <w:rFonts w:ascii="Sylfaen" w:hAnsi="Sylfaen" w:cs="Sylfaen"/>
          <w:sz w:val="18"/>
          <w:szCs w:val="18"/>
        </w:rPr>
        <w:t>რომ</w:t>
      </w:r>
      <w:proofErr w:type="spellEnd"/>
      <w:r w:rsidRPr="0043468A">
        <w:rPr>
          <w:rFonts w:cstheme="majorHAnsi"/>
          <w:sz w:val="18"/>
          <w:szCs w:val="18"/>
        </w:rPr>
        <w:t xml:space="preserve"> </w:t>
      </w:r>
      <w:proofErr w:type="spellStart"/>
      <w:r w:rsidRPr="0043468A">
        <w:rPr>
          <w:rFonts w:ascii="Sylfaen" w:hAnsi="Sylfaen" w:cs="Sylfaen"/>
          <w:sz w:val="18"/>
          <w:szCs w:val="18"/>
        </w:rPr>
        <w:t>ხელშეკრულებით</w:t>
      </w:r>
      <w:proofErr w:type="spellEnd"/>
      <w:r w:rsidRPr="0043468A">
        <w:rPr>
          <w:rFonts w:cstheme="majorHAnsi"/>
          <w:sz w:val="18"/>
          <w:szCs w:val="18"/>
        </w:rPr>
        <w:t xml:space="preserve"> </w:t>
      </w:r>
      <w:proofErr w:type="spellStart"/>
      <w:r w:rsidRPr="0043468A">
        <w:rPr>
          <w:rFonts w:ascii="Sylfaen" w:hAnsi="Sylfaen" w:cs="Sylfaen"/>
          <w:sz w:val="18"/>
          <w:szCs w:val="18"/>
        </w:rPr>
        <w:t>გათვალისწინებული</w:t>
      </w:r>
      <w:proofErr w:type="spellEnd"/>
      <w:r w:rsidRPr="0043468A">
        <w:rPr>
          <w:rFonts w:cstheme="majorHAnsi"/>
          <w:sz w:val="18"/>
          <w:szCs w:val="18"/>
        </w:rPr>
        <w:t xml:space="preserve"> </w:t>
      </w:r>
      <w:proofErr w:type="spellStart"/>
      <w:r w:rsidRPr="0043468A">
        <w:rPr>
          <w:rFonts w:ascii="Sylfaen" w:hAnsi="Sylfaen" w:cs="Sylfaen"/>
          <w:sz w:val="18"/>
          <w:szCs w:val="18"/>
        </w:rPr>
        <w:t>შემთხვევის</w:t>
      </w:r>
      <w:proofErr w:type="spellEnd"/>
      <w:r w:rsidRPr="0043468A">
        <w:rPr>
          <w:rFonts w:cstheme="majorHAnsi"/>
          <w:sz w:val="18"/>
          <w:szCs w:val="18"/>
        </w:rPr>
        <w:t xml:space="preserve"> </w:t>
      </w:r>
      <w:proofErr w:type="spellStart"/>
      <w:r w:rsidRPr="0043468A">
        <w:rPr>
          <w:rFonts w:ascii="Sylfaen" w:hAnsi="Sylfaen" w:cs="Sylfaen"/>
          <w:sz w:val="18"/>
          <w:szCs w:val="18"/>
        </w:rPr>
        <w:t>დროს</w:t>
      </w:r>
      <w:proofErr w:type="spellEnd"/>
      <w:r w:rsidRPr="0043468A">
        <w:rPr>
          <w:rFonts w:cstheme="majorHAnsi"/>
          <w:sz w:val="18"/>
          <w:szCs w:val="18"/>
        </w:rPr>
        <w:t xml:space="preserve">, </w:t>
      </w:r>
      <w:proofErr w:type="spellStart"/>
      <w:r w:rsidRPr="0043468A">
        <w:rPr>
          <w:rFonts w:ascii="Sylfaen" w:hAnsi="Sylfaen" w:cs="Sylfaen"/>
          <w:sz w:val="18"/>
          <w:szCs w:val="18"/>
        </w:rPr>
        <w:t>როდესაც</w:t>
      </w:r>
      <w:proofErr w:type="spellEnd"/>
      <w:r w:rsidRPr="0043468A">
        <w:rPr>
          <w:rFonts w:cstheme="majorHAnsi"/>
          <w:sz w:val="18"/>
          <w:szCs w:val="18"/>
        </w:rPr>
        <w:t xml:space="preserve"> </w:t>
      </w:r>
      <w:proofErr w:type="spellStart"/>
      <w:r w:rsidRPr="0043468A">
        <w:rPr>
          <w:rFonts w:ascii="Sylfaen" w:hAnsi="Sylfaen" w:cs="Sylfaen"/>
          <w:sz w:val="18"/>
          <w:szCs w:val="18"/>
        </w:rPr>
        <w:t>მხარეები</w:t>
      </w:r>
      <w:proofErr w:type="spellEnd"/>
      <w:r w:rsidRPr="0043468A">
        <w:rPr>
          <w:rFonts w:cstheme="majorHAnsi"/>
          <w:sz w:val="18"/>
          <w:szCs w:val="18"/>
        </w:rPr>
        <w:t xml:space="preserve"> </w:t>
      </w:r>
      <w:proofErr w:type="spellStart"/>
      <w:r w:rsidRPr="0043468A">
        <w:rPr>
          <w:rFonts w:ascii="Sylfaen" w:hAnsi="Sylfaen" w:cs="Sylfaen"/>
          <w:sz w:val="18"/>
          <w:szCs w:val="18"/>
        </w:rPr>
        <w:t>ექსპერტიზისათვის</w:t>
      </w:r>
      <w:proofErr w:type="spellEnd"/>
      <w:r w:rsidRPr="0043468A">
        <w:rPr>
          <w:rFonts w:cstheme="majorHAnsi"/>
          <w:sz w:val="18"/>
          <w:szCs w:val="18"/>
        </w:rPr>
        <w:t xml:space="preserve"> </w:t>
      </w:r>
      <w:proofErr w:type="spellStart"/>
      <w:r w:rsidRPr="0043468A">
        <w:rPr>
          <w:rFonts w:ascii="Sylfaen" w:hAnsi="Sylfaen" w:cs="Sylfaen"/>
          <w:sz w:val="18"/>
          <w:szCs w:val="18"/>
        </w:rPr>
        <w:t>მიმართავენ</w:t>
      </w:r>
      <w:proofErr w:type="spellEnd"/>
      <w:r w:rsidRPr="0043468A">
        <w:rPr>
          <w:rFonts w:cstheme="majorHAnsi"/>
          <w:sz w:val="18"/>
          <w:szCs w:val="18"/>
        </w:rPr>
        <w:t xml:space="preserve"> </w:t>
      </w:r>
      <w:proofErr w:type="spellStart"/>
      <w:r w:rsidRPr="0043468A">
        <w:rPr>
          <w:rFonts w:ascii="Sylfaen" w:hAnsi="Sylfaen" w:cs="Sylfaen"/>
          <w:sz w:val="18"/>
          <w:szCs w:val="18"/>
        </w:rPr>
        <w:t>სსიპ</w:t>
      </w:r>
      <w:proofErr w:type="spellEnd"/>
      <w:r w:rsidRPr="0043468A">
        <w:rPr>
          <w:rFonts w:cstheme="majorHAnsi"/>
          <w:sz w:val="18"/>
          <w:szCs w:val="18"/>
        </w:rPr>
        <w:t xml:space="preserve"> „</w:t>
      </w:r>
      <w:proofErr w:type="spellStart"/>
      <w:r w:rsidRPr="0043468A">
        <w:rPr>
          <w:rFonts w:ascii="Sylfaen" w:hAnsi="Sylfaen" w:cs="Sylfaen"/>
          <w:sz w:val="18"/>
          <w:szCs w:val="18"/>
        </w:rPr>
        <w:t>ლევან</w:t>
      </w:r>
      <w:proofErr w:type="spellEnd"/>
      <w:r w:rsidRPr="0043468A">
        <w:rPr>
          <w:rFonts w:cstheme="majorHAnsi"/>
          <w:sz w:val="18"/>
          <w:szCs w:val="18"/>
        </w:rPr>
        <w:t xml:space="preserve"> </w:t>
      </w:r>
      <w:proofErr w:type="spellStart"/>
      <w:r w:rsidRPr="0043468A">
        <w:rPr>
          <w:rFonts w:ascii="Sylfaen" w:hAnsi="Sylfaen" w:cs="Sylfaen"/>
          <w:sz w:val="18"/>
          <w:szCs w:val="18"/>
        </w:rPr>
        <w:t>სამხარაულის</w:t>
      </w:r>
      <w:proofErr w:type="spellEnd"/>
      <w:r w:rsidRPr="0043468A">
        <w:rPr>
          <w:rFonts w:cstheme="majorHAnsi"/>
          <w:sz w:val="18"/>
          <w:szCs w:val="18"/>
        </w:rPr>
        <w:t xml:space="preserve"> </w:t>
      </w:r>
      <w:proofErr w:type="spellStart"/>
      <w:r w:rsidRPr="0043468A">
        <w:rPr>
          <w:rFonts w:ascii="Sylfaen" w:hAnsi="Sylfaen" w:cs="Sylfaen"/>
          <w:sz w:val="18"/>
          <w:szCs w:val="18"/>
        </w:rPr>
        <w:t>სახელობის</w:t>
      </w:r>
      <w:proofErr w:type="spellEnd"/>
      <w:r w:rsidRPr="0043468A">
        <w:rPr>
          <w:rFonts w:cstheme="majorHAnsi"/>
          <w:sz w:val="18"/>
          <w:szCs w:val="18"/>
        </w:rPr>
        <w:t xml:space="preserve"> </w:t>
      </w:r>
      <w:proofErr w:type="spellStart"/>
      <w:r w:rsidRPr="0043468A">
        <w:rPr>
          <w:rFonts w:ascii="Sylfaen" w:hAnsi="Sylfaen" w:cs="Sylfaen"/>
          <w:sz w:val="18"/>
          <w:szCs w:val="18"/>
        </w:rPr>
        <w:t>სასამართლო</w:t>
      </w:r>
      <w:proofErr w:type="spellEnd"/>
      <w:r w:rsidRPr="0043468A">
        <w:rPr>
          <w:rFonts w:cstheme="majorHAnsi"/>
          <w:sz w:val="18"/>
          <w:szCs w:val="18"/>
        </w:rPr>
        <w:t xml:space="preserve"> </w:t>
      </w:r>
      <w:proofErr w:type="spellStart"/>
      <w:r w:rsidRPr="0043468A">
        <w:rPr>
          <w:rFonts w:ascii="Sylfaen" w:hAnsi="Sylfaen" w:cs="Sylfaen"/>
          <w:sz w:val="18"/>
          <w:szCs w:val="18"/>
        </w:rPr>
        <w:t>ექსპერტიზის</w:t>
      </w:r>
      <w:proofErr w:type="spellEnd"/>
      <w:r w:rsidRPr="0043468A">
        <w:rPr>
          <w:rFonts w:cstheme="majorHAnsi"/>
          <w:sz w:val="18"/>
          <w:szCs w:val="18"/>
        </w:rPr>
        <w:t xml:space="preserve"> </w:t>
      </w:r>
      <w:proofErr w:type="spellStart"/>
      <w:r w:rsidRPr="0043468A">
        <w:rPr>
          <w:rFonts w:ascii="Sylfaen" w:hAnsi="Sylfaen" w:cs="Sylfaen"/>
          <w:sz w:val="18"/>
          <w:szCs w:val="18"/>
        </w:rPr>
        <w:t>ეროვნული</w:t>
      </w:r>
      <w:proofErr w:type="spellEnd"/>
      <w:r w:rsidRPr="0043468A">
        <w:rPr>
          <w:rFonts w:cstheme="majorHAnsi"/>
          <w:sz w:val="18"/>
          <w:szCs w:val="18"/>
        </w:rPr>
        <w:t xml:space="preserve"> </w:t>
      </w:r>
      <w:proofErr w:type="spellStart"/>
      <w:r w:rsidRPr="0043468A">
        <w:rPr>
          <w:rFonts w:ascii="Sylfaen" w:hAnsi="Sylfaen" w:cs="Sylfaen"/>
          <w:sz w:val="18"/>
          <w:szCs w:val="18"/>
        </w:rPr>
        <w:t>ბიუროს</w:t>
      </w:r>
      <w:proofErr w:type="spellEnd"/>
      <w:r w:rsidRPr="0043468A">
        <w:rPr>
          <w:rFonts w:cstheme="majorHAnsi"/>
          <w:sz w:val="18"/>
          <w:szCs w:val="18"/>
        </w:rPr>
        <w:t>“</w:t>
      </w:r>
      <w:r>
        <w:rPr>
          <w:rFonts w:ascii="Sylfaen" w:hAnsi="Sylfaen" w:cstheme="majorHAnsi"/>
          <w:sz w:val="18"/>
          <w:szCs w:val="18"/>
          <w:lang w:val="ka-GE"/>
        </w:rPr>
        <w:t xml:space="preserve"> </w:t>
      </w:r>
      <w:proofErr w:type="spellStart"/>
      <w:r w:rsidRPr="0043468A">
        <w:rPr>
          <w:rFonts w:ascii="Sylfaen" w:hAnsi="Sylfaen" w:cs="Sylfaen"/>
          <w:sz w:val="18"/>
          <w:szCs w:val="18"/>
        </w:rPr>
        <w:t>ან</w:t>
      </w:r>
      <w:proofErr w:type="spellEnd"/>
      <w:r w:rsidRPr="0043468A">
        <w:rPr>
          <w:rFonts w:cstheme="majorHAnsi"/>
          <w:sz w:val="18"/>
          <w:szCs w:val="18"/>
        </w:rPr>
        <w:t xml:space="preserve"> </w:t>
      </w:r>
      <w:proofErr w:type="spellStart"/>
      <w:r w:rsidRPr="0043468A">
        <w:rPr>
          <w:rFonts w:ascii="Sylfaen" w:hAnsi="Sylfaen" w:cs="Sylfaen"/>
          <w:sz w:val="18"/>
          <w:szCs w:val="18"/>
        </w:rPr>
        <w:t>აკრედიტირებული</w:t>
      </w:r>
      <w:proofErr w:type="spellEnd"/>
      <w:r w:rsidRPr="0043468A">
        <w:rPr>
          <w:rFonts w:cstheme="majorHAnsi"/>
          <w:sz w:val="18"/>
          <w:szCs w:val="18"/>
        </w:rPr>
        <w:t xml:space="preserve"> </w:t>
      </w:r>
      <w:proofErr w:type="spellStart"/>
      <w:r w:rsidRPr="0043468A">
        <w:rPr>
          <w:rFonts w:ascii="Sylfaen" w:hAnsi="Sylfaen" w:cs="Sylfaen"/>
          <w:sz w:val="18"/>
          <w:szCs w:val="18"/>
        </w:rPr>
        <w:t>საექსპერტო</w:t>
      </w:r>
      <w:proofErr w:type="spellEnd"/>
      <w:r w:rsidRPr="0043468A">
        <w:rPr>
          <w:rFonts w:cstheme="majorHAnsi"/>
          <w:sz w:val="18"/>
          <w:szCs w:val="18"/>
        </w:rPr>
        <w:t xml:space="preserve"> </w:t>
      </w:r>
      <w:proofErr w:type="spellStart"/>
      <w:r w:rsidRPr="0043468A">
        <w:rPr>
          <w:rFonts w:ascii="Sylfaen" w:hAnsi="Sylfaen" w:cs="Sylfaen"/>
          <w:sz w:val="18"/>
          <w:szCs w:val="18"/>
        </w:rPr>
        <w:t>დაწესებულებას</w:t>
      </w:r>
      <w:proofErr w:type="spellEnd"/>
      <w:r w:rsidRPr="0043468A">
        <w:rPr>
          <w:rFonts w:cstheme="majorHAnsi"/>
          <w:sz w:val="18"/>
          <w:szCs w:val="18"/>
        </w:rPr>
        <w:t xml:space="preserve">, </w:t>
      </w:r>
      <w:proofErr w:type="spellStart"/>
      <w:r w:rsidRPr="0043468A">
        <w:rPr>
          <w:rFonts w:ascii="Sylfaen" w:hAnsi="Sylfaen" w:cs="Sylfaen"/>
          <w:sz w:val="18"/>
          <w:szCs w:val="18"/>
        </w:rPr>
        <w:t>ან</w:t>
      </w:r>
      <w:proofErr w:type="spellEnd"/>
      <w:r w:rsidRPr="0043468A">
        <w:rPr>
          <w:rFonts w:cstheme="majorHAnsi"/>
          <w:sz w:val="18"/>
          <w:szCs w:val="18"/>
        </w:rPr>
        <w:t xml:space="preserve"> </w:t>
      </w:r>
      <w:proofErr w:type="spellStart"/>
      <w:r w:rsidRPr="0043468A">
        <w:rPr>
          <w:rFonts w:ascii="Sylfaen" w:hAnsi="Sylfaen" w:cs="Sylfaen"/>
          <w:sz w:val="18"/>
          <w:szCs w:val="18"/>
        </w:rPr>
        <w:t>დამოუკიდებელი</w:t>
      </w:r>
      <w:proofErr w:type="spellEnd"/>
      <w:r w:rsidRPr="0043468A">
        <w:rPr>
          <w:rFonts w:cstheme="majorHAnsi"/>
          <w:sz w:val="18"/>
          <w:szCs w:val="18"/>
        </w:rPr>
        <w:t xml:space="preserve"> </w:t>
      </w:r>
      <w:proofErr w:type="spellStart"/>
      <w:r w:rsidRPr="0043468A">
        <w:rPr>
          <w:rFonts w:ascii="Sylfaen" w:hAnsi="Sylfaen" w:cs="Sylfaen"/>
          <w:sz w:val="18"/>
          <w:szCs w:val="18"/>
        </w:rPr>
        <w:t>ექსპერტს</w:t>
      </w:r>
      <w:proofErr w:type="spellEnd"/>
      <w:r w:rsidRPr="0043468A">
        <w:rPr>
          <w:rFonts w:cstheme="majorHAnsi"/>
          <w:sz w:val="18"/>
          <w:szCs w:val="18"/>
        </w:rPr>
        <w:t xml:space="preserve">,  </w:t>
      </w:r>
      <w:proofErr w:type="spellStart"/>
      <w:r w:rsidRPr="0043468A">
        <w:rPr>
          <w:rFonts w:ascii="Sylfaen" w:hAnsi="Sylfaen" w:cs="Sylfaen"/>
          <w:sz w:val="18"/>
          <w:szCs w:val="18"/>
        </w:rPr>
        <w:t>ექსპერტიზის</w:t>
      </w:r>
      <w:proofErr w:type="spellEnd"/>
      <w:r w:rsidRPr="0043468A">
        <w:rPr>
          <w:rFonts w:cstheme="majorHAnsi"/>
          <w:sz w:val="18"/>
          <w:szCs w:val="18"/>
        </w:rPr>
        <w:t xml:space="preserve"> </w:t>
      </w:r>
      <w:proofErr w:type="spellStart"/>
      <w:r w:rsidRPr="0043468A">
        <w:rPr>
          <w:rFonts w:ascii="Sylfaen" w:hAnsi="Sylfaen" w:cs="Sylfaen"/>
          <w:sz w:val="18"/>
          <w:szCs w:val="18"/>
        </w:rPr>
        <w:t>ხარჯების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ანაზღაურების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ვალდებულება</w:t>
      </w:r>
      <w:proofErr w:type="spellEnd"/>
      <w:r w:rsidRPr="0043468A">
        <w:rPr>
          <w:rFonts w:cstheme="majorHAnsi"/>
          <w:sz w:val="18"/>
          <w:szCs w:val="18"/>
        </w:rPr>
        <w:t xml:space="preserve"> </w:t>
      </w:r>
      <w:proofErr w:type="spellStart"/>
      <w:r w:rsidRPr="0043468A">
        <w:rPr>
          <w:rFonts w:ascii="Sylfaen" w:hAnsi="Sylfaen" w:cs="Sylfaen"/>
          <w:sz w:val="18"/>
          <w:szCs w:val="18"/>
        </w:rPr>
        <w:t>წარმოეშობა</w:t>
      </w:r>
      <w:proofErr w:type="spellEnd"/>
      <w:r w:rsidRPr="0043468A">
        <w:rPr>
          <w:rFonts w:cstheme="majorHAnsi"/>
          <w:sz w:val="18"/>
          <w:szCs w:val="18"/>
        </w:rPr>
        <w:t xml:space="preserve"> </w:t>
      </w:r>
      <w:proofErr w:type="spellStart"/>
      <w:r w:rsidRPr="0043468A">
        <w:rPr>
          <w:rFonts w:ascii="Sylfaen" w:hAnsi="Sylfaen" w:cs="Sylfaen"/>
          <w:sz w:val="18"/>
          <w:szCs w:val="18"/>
        </w:rPr>
        <w:t>იმ</w:t>
      </w:r>
      <w:proofErr w:type="spellEnd"/>
      <w:r w:rsidRPr="0043468A">
        <w:rPr>
          <w:rFonts w:cstheme="majorHAnsi"/>
          <w:sz w:val="18"/>
          <w:szCs w:val="18"/>
        </w:rPr>
        <w:t xml:space="preserve"> </w:t>
      </w:r>
      <w:proofErr w:type="spellStart"/>
      <w:r w:rsidRPr="0043468A">
        <w:rPr>
          <w:rFonts w:ascii="Sylfaen" w:hAnsi="Sylfaen" w:cs="Sylfaen"/>
          <w:sz w:val="18"/>
          <w:szCs w:val="18"/>
        </w:rPr>
        <w:t>მხარეს</w:t>
      </w:r>
      <w:proofErr w:type="spellEnd"/>
      <w:r w:rsidRPr="0043468A">
        <w:rPr>
          <w:rFonts w:cstheme="majorHAnsi"/>
          <w:sz w:val="18"/>
          <w:szCs w:val="18"/>
        </w:rPr>
        <w:t xml:space="preserve">, </w:t>
      </w:r>
      <w:proofErr w:type="spellStart"/>
      <w:r w:rsidRPr="0043468A">
        <w:rPr>
          <w:rFonts w:ascii="Sylfaen" w:hAnsi="Sylfaen" w:cs="Sylfaen"/>
          <w:sz w:val="18"/>
          <w:szCs w:val="18"/>
        </w:rPr>
        <w:t>რომლის</w:t>
      </w:r>
      <w:proofErr w:type="spellEnd"/>
      <w:r w:rsidRPr="0043468A">
        <w:rPr>
          <w:rFonts w:cstheme="majorHAnsi"/>
          <w:sz w:val="18"/>
          <w:szCs w:val="18"/>
        </w:rPr>
        <w:t xml:space="preserve"> </w:t>
      </w:r>
      <w:proofErr w:type="spellStart"/>
      <w:r w:rsidRPr="0043468A">
        <w:rPr>
          <w:rFonts w:ascii="Sylfaen" w:hAnsi="Sylfaen" w:cs="Sylfaen"/>
          <w:sz w:val="18"/>
          <w:szCs w:val="18"/>
        </w:rPr>
        <w:t>პოზიციის</w:t>
      </w:r>
      <w:proofErr w:type="spellEnd"/>
      <w:r w:rsidRPr="0043468A">
        <w:rPr>
          <w:rFonts w:cstheme="majorHAnsi"/>
          <w:sz w:val="18"/>
          <w:szCs w:val="18"/>
        </w:rPr>
        <w:t xml:space="preserve"> </w:t>
      </w:r>
      <w:proofErr w:type="spellStart"/>
      <w:r w:rsidRPr="0043468A">
        <w:rPr>
          <w:rFonts w:ascii="Sylfaen" w:hAnsi="Sylfaen" w:cs="Sylfaen"/>
          <w:sz w:val="18"/>
          <w:szCs w:val="18"/>
        </w:rPr>
        <w:t>საწინააღმდეგო</w:t>
      </w:r>
      <w:proofErr w:type="spellEnd"/>
      <w:r w:rsidRPr="0043468A">
        <w:rPr>
          <w:rFonts w:cstheme="majorHAnsi"/>
          <w:sz w:val="18"/>
          <w:szCs w:val="18"/>
        </w:rPr>
        <w:t xml:space="preserve"> </w:t>
      </w:r>
      <w:proofErr w:type="spellStart"/>
      <w:r w:rsidRPr="0043468A">
        <w:rPr>
          <w:rFonts w:ascii="Sylfaen" w:hAnsi="Sylfaen" w:cs="Sylfaen"/>
          <w:sz w:val="18"/>
          <w:szCs w:val="18"/>
        </w:rPr>
        <w:t>დასკვნასაც</w:t>
      </w:r>
      <w:proofErr w:type="spellEnd"/>
      <w:r w:rsidRPr="0043468A">
        <w:rPr>
          <w:rFonts w:cstheme="majorHAnsi"/>
          <w:sz w:val="18"/>
          <w:szCs w:val="18"/>
        </w:rPr>
        <w:t xml:space="preserve"> </w:t>
      </w:r>
      <w:proofErr w:type="spellStart"/>
      <w:r w:rsidRPr="0043468A">
        <w:rPr>
          <w:rFonts w:ascii="Sylfaen" w:hAnsi="Sylfaen" w:cs="Sylfaen"/>
          <w:sz w:val="18"/>
          <w:szCs w:val="18"/>
        </w:rPr>
        <w:t>გასცემს</w:t>
      </w:r>
      <w:proofErr w:type="spellEnd"/>
      <w:r w:rsidRPr="0043468A">
        <w:rPr>
          <w:rFonts w:cstheme="majorHAnsi"/>
          <w:sz w:val="18"/>
          <w:szCs w:val="18"/>
        </w:rPr>
        <w:t xml:space="preserve"> </w:t>
      </w:r>
      <w:proofErr w:type="spellStart"/>
      <w:r w:rsidRPr="0043468A">
        <w:rPr>
          <w:rFonts w:ascii="Sylfaen" w:hAnsi="Sylfaen" w:cs="Sylfaen"/>
          <w:sz w:val="18"/>
          <w:szCs w:val="18"/>
        </w:rPr>
        <w:t>ექსპერტიზა</w:t>
      </w:r>
      <w:proofErr w:type="spellEnd"/>
      <w:r>
        <w:rPr>
          <w:rFonts w:cstheme="majorHAnsi"/>
          <w:sz w:val="18"/>
          <w:szCs w:val="18"/>
        </w:rPr>
        <w:t>.</w:t>
      </w:r>
    </w:p>
    <w:p w14:paraId="03DE0D71" w14:textId="77777777" w:rsidR="00624E10" w:rsidRDefault="00624E10" w:rsidP="00624E10">
      <w:pPr>
        <w:pStyle w:val="ListParagraph"/>
        <w:numPr>
          <w:ilvl w:val="1"/>
          <w:numId w:val="13"/>
        </w:numPr>
        <w:ind w:left="1070"/>
        <w:jc w:val="both"/>
        <w:rPr>
          <w:rFonts w:cstheme="majorHAnsi"/>
          <w:sz w:val="18"/>
          <w:szCs w:val="18"/>
        </w:rPr>
      </w:pPr>
      <w:proofErr w:type="spellStart"/>
      <w:r w:rsidRPr="0043468A">
        <w:rPr>
          <w:rFonts w:ascii="Sylfaen" w:hAnsi="Sylfaen" w:cs="Sylfaen"/>
          <w:sz w:val="18"/>
          <w:szCs w:val="18"/>
        </w:rPr>
        <w:t>თუ</w:t>
      </w:r>
      <w:proofErr w:type="spellEnd"/>
      <w:r w:rsidRPr="0043468A">
        <w:rPr>
          <w:rFonts w:cstheme="majorHAnsi"/>
          <w:sz w:val="18"/>
          <w:szCs w:val="18"/>
        </w:rPr>
        <w:t xml:space="preserve"> </w:t>
      </w:r>
      <w:proofErr w:type="spellStart"/>
      <w:r w:rsidRPr="0043468A">
        <w:rPr>
          <w:rFonts w:ascii="Sylfaen" w:hAnsi="Sylfaen" w:cs="Sylfaen"/>
          <w:sz w:val="18"/>
          <w:szCs w:val="18"/>
        </w:rPr>
        <w:t>დამკვეთისათვის</w:t>
      </w:r>
      <w:proofErr w:type="spellEnd"/>
      <w:r w:rsidRPr="0043468A">
        <w:rPr>
          <w:rFonts w:cstheme="majorHAnsi"/>
          <w:sz w:val="18"/>
          <w:szCs w:val="18"/>
        </w:rPr>
        <w:t xml:space="preserve"> </w:t>
      </w:r>
      <w:proofErr w:type="spellStart"/>
      <w:r>
        <w:rPr>
          <w:rFonts w:ascii="Sylfaen" w:hAnsi="Sylfaen" w:cs="Sylfaen"/>
          <w:sz w:val="18"/>
          <w:szCs w:val="18"/>
        </w:rPr>
        <w:t>შესრულებული</w:t>
      </w:r>
      <w:proofErr w:type="spellEnd"/>
      <w:r>
        <w:rPr>
          <w:rFonts w:ascii="Sylfaen" w:hAnsi="Sylfaen" w:cs="Sylfaen"/>
          <w:sz w:val="18"/>
          <w:szCs w:val="18"/>
        </w:rPr>
        <w:t xml:space="preserve"> </w:t>
      </w:r>
      <w:proofErr w:type="spellStart"/>
      <w:r>
        <w:rPr>
          <w:rFonts w:ascii="Sylfaen" w:hAnsi="Sylfaen" w:cs="Sylfaen"/>
          <w:sz w:val="18"/>
          <w:szCs w:val="18"/>
        </w:rPr>
        <w:t>სამუშაოების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ნაკლი</w:t>
      </w:r>
      <w:proofErr w:type="spellEnd"/>
      <w:r w:rsidRPr="0043468A">
        <w:rPr>
          <w:rFonts w:cstheme="majorHAnsi"/>
          <w:sz w:val="18"/>
          <w:szCs w:val="18"/>
        </w:rPr>
        <w:t xml:space="preserve"> </w:t>
      </w:r>
      <w:proofErr w:type="spellStart"/>
      <w:r w:rsidRPr="0043468A">
        <w:rPr>
          <w:rFonts w:ascii="Sylfaen" w:hAnsi="Sylfaen" w:cs="Sylfaen"/>
          <w:sz w:val="18"/>
          <w:szCs w:val="18"/>
        </w:rPr>
        <w:t>ცნობილია</w:t>
      </w:r>
      <w:proofErr w:type="spellEnd"/>
      <w:r w:rsidRPr="0043468A">
        <w:rPr>
          <w:rFonts w:cstheme="majorHAnsi"/>
          <w:sz w:val="18"/>
          <w:szCs w:val="18"/>
        </w:rPr>
        <w:t xml:space="preserve"> </w:t>
      </w:r>
      <w:proofErr w:type="spellStart"/>
      <w:r w:rsidRPr="0043468A">
        <w:rPr>
          <w:rFonts w:ascii="Sylfaen" w:hAnsi="Sylfaen" w:cs="Sylfaen"/>
          <w:sz w:val="18"/>
          <w:szCs w:val="18"/>
        </w:rPr>
        <w:t>და</w:t>
      </w:r>
      <w:proofErr w:type="spellEnd"/>
      <w:r w:rsidRPr="0043468A">
        <w:rPr>
          <w:rFonts w:cstheme="majorHAnsi"/>
          <w:sz w:val="18"/>
          <w:szCs w:val="18"/>
        </w:rPr>
        <w:t xml:space="preserve"> </w:t>
      </w:r>
      <w:proofErr w:type="spellStart"/>
      <w:r w:rsidRPr="0043468A">
        <w:rPr>
          <w:rFonts w:ascii="Sylfaen" w:hAnsi="Sylfaen" w:cs="Sylfaen"/>
          <w:sz w:val="18"/>
          <w:szCs w:val="18"/>
        </w:rPr>
        <w:t>იგი</w:t>
      </w:r>
      <w:proofErr w:type="spellEnd"/>
      <w:r w:rsidRPr="0043468A">
        <w:rPr>
          <w:rFonts w:cstheme="majorHAnsi"/>
          <w:sz w:val="18"/>
          <w:szCs w:val="18"/>
        </w:rPr>
        <w:t xml:space="preserve"> </w:t>
      </w:r>
      <w:proofErr w:type="spellStart"/>
      <w:r w:rsidRPr="0043468A">
        <w:rPr>
          <w:rFonts w:ascii="Sylfaen" w:hAnsi="Sylfaen" w:cs="Sylfaen"/>
          <w:sz w:val="18"/>
          <w:szCs w:val="18"/>
        </w:rPr>
        <w:t>მაინც</w:t>
      </w:r>
      <w:proofErr w:type="spellEnd"/>
      <w:r w:rsidRPr="0043468A">
        <w:rPr>
          <w:rFonts w:cstheme="majorHAnsi"/>
          <w:sz w:val="18"/>
          <w:szCs w:val="18"/>
        </w:rPr>
        <w:t xml:space="preserve"> </w:t>
      </w:r>
      <w:proofErr w:type="spellStart"/>
      <w:r w:rsidRPr="0043468A">
        <w:rPr>
          <w:rFonts w:ascii="Sylfaen" w:hAnsi="Sylfaen" w:cs="Sylfaen"/>
          <w:sz w:val="18"/>
          <w:szCs w:val="18"/>
        </w:rPr>
        <w:t>მიიღებს</w:t>
      </w:r>
      <w:proofErr w:type="spellEnd"/>
      <w:r w:rsidRPr="0043468A">
        <w:rPr>
          <w:rFonts w:cstheme="majorHAnsi"/>
          <w:sz w:val="18"/>
          <w:szCs w:val="18"/>
        </w:rPr>
        <w:t xml:space="preserve"> </w:t>
      </w:r>
      <w:proofErr w:type="spellStart"/>
      <w:r w:rsidRPr="0043468A">
        <w:rPr>
          <w:rFonts w:ascii="Sylfaen" w:hAnsi="Sylfaen" w:cs="Sylfaen"/>
          <w:sz w:val="18"/>
          <w:szCs w:val="18"/>
        </w:rPr>
        <w:t>მას</w:t>
      </w:r>
      <w:proofErr w:type="spellEnd"/>
      <w:r w:rsidRPr="0043468A">
        <w:rPr>
          <w:rFonts w:cstheme="majorHAnsi"/>
          <w:sz w:val="18"/>
          <w:szCs w:val="18"/>
        </w:rPr>
        <w:t xml:space="preserve"> </w:t>
      </w:r>
      <w:proofErr w:type="spellStart"/>
      <w:r w:rsidRPr="0043468A">
        <w:rPr>
          <w:rFonts w:ascii="Sylfaen" w:hAnsi="Sylfaen" w:cs="Sylfaen"/>
          <w:sz w:val="18"/>
          <w:szCs w:val="18"/>
        </w:rPr>
        <w:t>პრეტენზიის</w:t>
      </w:r>
      <w:proofErr w:type="spellEnd"/>
      <w:r w:rsidRPr="0043468A">
        <w:rPr>
          <w:rFonts w:cstheme="majorHAnsi"/>
          <w:sz w:val="18"/>
          <w:szCs w:val="18"/>
        </w:rPr>
        <w:t xml:space="preserve"> </w:t>
      </w:r>
      <w:proofErr w:type="spellStart"/>
      <w:r w:rsidRPr="0043468A">
        <w:rPr>
          <w:rFonts w:ascii="Sylfaen" w:hAnsi="Sylfaen" w:cs="Sylfaen"/>
          <w:sz w:val="18"/>
          <w:szCs w:val="18"/>
        </w:rPr>
        <w:t>განუცხადებლად</w:t>
      </w:r>
      <w:proofErr w:type="spellEnd"/>
      <w:r w:rsidRPr="0043468A">
        <w:rPr>
          <w:rFonts w:cstheme="majorHAnsi"/>
          <w:sz w:val="18"/>
          <w:szCs w:val="18"/>
        </w:rPr>
        <w:t xml:space="preserve">, </w:t>
      </w:r>
      <w:proofErr w:type="spellStart"/>
      <w:r w:rsidRPr="0043468A">
        <w:rPr>
          <w:rFonts w:ascii="Sylfaen" w:hAnsi="Sylfaen" w:cs="Sylfaen"/>
          <w:sz w:val="18"/>
          <w:szCs w:val="18"/>
        </w:rPr>
        <w:t>მაშინ</w:t>
      </w:r>
      <w:proofErr w:type="spellEnd"/>
      <w:r w:rsidRPr="0043468A">
        <w:rPr>
          <w:rFonts w:cstheme="majorHAnsi"/>
          <w:sz w:val="18"/>
          <w:szCs w:val="18"/>
        </w:rPr>
        <w:t xml:space="preserve"> </w:t>
      </w:r>
      <w:proofErr w:type="spellStart"/>
      <w:r w:rsidRPr="0043468A">
        <w:rPr>
          <w:rFonts w:ascii="Sylfaen" w:hAnsi="Sylfaen" w:cs="Sylfaen"/>
          <w:sz w:val="18"/>
          <w:szCs w:val="18"/>
        </w:rPr>
        <w:t>დამკვეთს</w:t>
      </w:r>
      <w:proofErr w:type="spellEnd"/>
      <w:r w:rsidRPr="0043468A">
        <w:rPr>
          <w:rFonts w:cstheme="majorHAnsi"/>
          <w:sz w:val="18"/>
          <w:szCs w:val="18"/>
        </w:rPr>
        <w:t xml:space="preserve"> </w:t>
      </w:r>
      <w:proofErr w:type="spellStart"/>
      <w:r w:rsidRPr="0043468A">
        <w:rPr>
          <w:rFonts w:ascii="Sylfaen" w:hAnsi="Sylfaen" w:cs="Sylfaen"/>
          <w:sz w:val="18"/>
          <w:szCs w:val="18"/>
        </w:rPr>
        <w:t>არ</w:t>
      </w:r>
      <w:proofErr w:type="spellEnd"/>
      <w:r w:rsidRPr="0043468A">
        <w:rPr>
          <w:rFonts w:cstheme="majorHAnsi"/>
          <w:sz w:val="18"/>
          <w:szCs w:val="18"/>
        </w:rPr>
        <w:t xml:space="preserve"> </w:t>
      </w:r>
      <w:proofErr w:type="spellStart"/>
      <w:r w:rsidRPr="0043468A">
        <w:rPr>
          <w:rFonts w:ascii="Sylfaen" w:hAnsi="Sylfaen" w:cs="Sylfaen"/>
          <w:sz w:val="18"/>
          <w:szCs w:val="18"/>
        </w:rPr>
        <w:t>წარმოეშობა</w:t>
      </w:r>
      <w:proofErr w:type="spellEnd"/>
      <w:r w:rsidRPr="0043468A">
        <w:rPr>
          <w:rFonts w:cstheme="majorHAnsi"/>
          <w:sz w:val="18"/>
          <w:szCs w:val="18"/>
        </w:rPr>
        <w:t xml:space="preserve"> </w:t>
      </w:r>
      <w:proofErr w:type="spellStart"/>
      <w:r w:rsidRPr="0043468A">
        <w:rPr>
          <w:rFonts w:ascii="Sylfaen" w:hAnsi="Sylfaen" w:cs="Sylfaen"/>
          <w:sz w:val="18"/>
          <w:szCs w:val="18"/>
        </w:rPr>
        <w:t>მოთხოვნის</w:t>
      </w:r>
      <w:proofErr w:type="spellEnd"/>
      <w:r w:rsidRPr="0043468A">
        <w:rPr>
          <w:rFonts w:cstheme="majorHAnsi"/>
          <w:sz w:val="18"/>
          <w:szCs w:val="18"/>
        </w:rPr>
        <w:t xml:space="preserve"> </w:t>
      </w:r>
      <w:proofErr w:type="spellStart"/>
      <w:r w:rsidRPr="0043468A">
        <w:rPr>
          <w:rFonts w:ascii="Sylfaen" w:hAnsi="Sylfaen" w:cs="Sylfaen"/>
          <w:sz w:val="18"/>
          <w:szCs w:val="18"/>
        </w:rPr>
        <w:t>უფლება</w:t>
      </w:r>
      <w:proofErr w:type="spellEnd"/>
      <w:r w:rsidRPr="0043468A">
        <w:rPr>
          <w:rFonts w:cstheme="majorHAnsi"/>
          <w:sz w:val="18"/>
          <w:szCs w:val="18"/>
        </w:rPr>
        <w:t xml:space="preserve"> </w:t>
      </w:r>
      <w:proofErr w:type="spellStart"/>
      <w:r w:rsidRPr="0043468A">
        <w:rPr>
          <w:rFonts w:ascii="Sylfaen" w:hAnsi="Sylfaen" w:cs="Sylfaen"/>
          <w:sz w:val="18"/>
          <w:szCs w:val="18"/>
        </w:rPr>
        <w:t>ამ</w:t>
      </w:r>
      <w:proofErr w:type="spellEnd"/>
      <w:r w:rsidRPr="0043468A">
        <w:rPr>
          <w:rFonts w:cstheme="majorHAnsi"/>
          <w:sz w:val="18"/>
          <w:szCs w:val="18"/>
        </w:rPr>
        <w:t xml:space="preserve"> </w:t>
      </w:r>
      <w:proofErr w:type="spellStart"/>
      <w:r w:rsidRPr="0043468A">
        <w:rPr>
          <w:rFonts w:ascii="Sylfaen" w:hAnsi="Sylfaen" w:cs="Sylfaen"/>
          <w:sz w:val="18"/>
          <w:szCs w:val="18"/>
        </w:rPr>
        <w:t>ნაკლის</w:t>
      </w:r>
      <w:proofErr w:type="spellEnd"/>
      <w:r w:rsidRPr="0043468A">
        <w:rPr>
          <w:rFonts w:cstheme="majorHAnsi"/>
          <w:sz w:val="18"/>
          <w:szCs w:val="18"/>
        </w:rPr>
        <w:t xml:space="preserve"> </w:t>
      </w:r>
      <w:proofErr w:type="spellStart"/>
      <w:r w:rsidRPr="0043468A">
        <w:rPr>
          <w:rFonts w:ascii="Sylfaen" w:hAnsi="Sylfaen" w:cs="Sylfaen"/>
          <w:sz w:val="18"/>
          <w:szCs w:val="18"/>
        </w:rPr>
        <w:t>გამო</w:t>
      </w:r>
      <w:proofErr w:type="spellEnd"/>
      <w:r w:rsidRPr="0043468A">
        <w:rPr>
          <w:rFonts w:cstheme="majorHAnsi"/>
          <w:sz w:val="18"/>
          <w:szCs w:val="18"/>
        </w:rPr>
        <w:t>.</w:t>
      </w:r>
    </w:p>
    <w:p w14:paraId="78B66CE8" w14:textId="16C9DFAE" w:rsidR="00624E10" w:rsidRPr="0043468A" w:rsidRDefault="00624E10" w:rsidP="00624E10">
      <w:pPr>
        <w:pStyle w:val="ListParagraph"/>
        <w:numPr>
          <w:ilvl w:val="1"/>
          <w:numId w:val="13"/>
        </w:numPr>
        <w:ind w:left="1070"/>
        <w:jc w:val="both"/>
        <w:rPr>
          <w:rFonts w:cstheme="majorHAnsi"/>
          <w:sz w:val="18"/>
          <w:szCs w:val="18"/>
        </w:rPr>
      </w:pPr>
      <w:proofErr w:type="spellStart"/>
      <w:r>
        <w:rPr>
          <w:rFonts w:ascii="Sylfaen" w:hAnsi="Sylfaen" w:cs="Sylfaen"/>
          <w:sz w:val="18"/>
          <w:szCs w:val="18"/>
        </w:rPr>
        <w:lastRenderedPageBreak/>
        <w:t>სამუშაოების</w:t>
      </w:r>
      <w:proofErr w:type="spellEnd"/>
      <w:r>
        <w:rPr>
          <w:rFonts w:ascii="Sylfaen" w:hAnsi="Sylfaen" w:cs="Sylfaen"/>
          <w:sz w:val="18"/>
          <w:szCs w:val="18"/>
        </w:rPr>
        <w:t xml:space="preserve"> </w:t>
      </w:r>
      <w:proofErr w:type="spellStart"/>
      <w:r>
        <w:rPr>
          <w:rFonts w:ascii="Sylfaen" w:hAnsi="Sylfaen" w:cs="Sylfaen"/>
          <w:sz w:val="18"/>
          <w:szCs w:val="18"/>
        </w:rPr>
        <w:t>შესრულების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დროს</w:t>
      </w:r>
      <w:proofErr w:type="spellEnd"/>
      <w:r w:rsidRPr="0043468A">
        <w:rPr>
          <w:rFonts w:cstheme="majorHAnsi"/>
          <w:sz w:val="18"/>
          <w:szCs w:val="18"/>
        </w:rPr>
        <w:t xml:space="preserve"> </w:t>
      </w:r>
      <w:proofErr w:type="spellStart"/>
      <w:r w:rsidRPr="0043468A">
        <w:rPr>
          <w:rFonts w:ascii="Sylfaen" w:hAnsi="Sylfaen" w:cs="Sylfaen"/>
          <w:sz w:val="18"/>
          <w:szCs w:val="18"/>
        </w:rPr>
        <w:t>მენარდის</w:t>
      </w:r>
      <w:proofErr w:type="spellEnd"/>
      <w:r w:rsidRPr="0043468A">
        <w:rPr>
          <w:rFonts w:cstheme="majorHAnsi"/>
          <w:sz w:val="18"/>
          <w:szCs w:val="18"/>
        </w:rPr>
        <w:t xml:space="preserve"> </w:t>
      </w:r>
      <w:proofErr w:type="spellStart"/>
      <w:r w:rsidRPr="0043468A">
        <w:rPr>
          <w:rFonts w:ascii="Sylfaen" w:hAnsi="Sylfaen" w:cs="Sylfaen"/>
          <w:sz w:val="18"/>
          <w:szCs w:val="18"/>
        </w:rPr>
        <w:t>მხრიდან</w:t>
      </w:r>
      <w:proofErr w:type="spellEnd"/>
      <w:r w:rsidRPr="0043468A">
        <w:rPr>
          <w:rFonts w:cstheme="majorHAnsi"/>
          <w:sz w:val="18"/>
          <w:szCs w:val="18"/>
        </w:rPr>
        <w:t xml:space="preserve"> </w:t>
      </w:r>
      <w:proofErr w:type="spellStart"/>
      <w:r w:rsidRPr="0043468A">
        <w:rPr>
          <w:rFonts w:ascii="Sylfaen" w:hAnsi="Sylfaen" w:cs="Sylfaen"/>
          <w:sz w:val="18"/>
          <w:szCs w:val="18"/>
        </w:rPr>
        <w:t>უნდა</w:t>
      </w:r>
      <w:proofErr w:type="spellEnd"/>
      <w:r w:rsidRPr="0043468A">
        <w:rPr>
          <w:rFonts w:cstheme="majorHAnsi"/>
          <w:sz w:val="18"/>
          <w:szCs w:val="18"/>
        </w:rPr>
        <w:t xml:space="preserve"> </w:t>
      </w:r>
      <w:proofErr w:type="spellStart"/>
      <w:r w:rsidRPr="0043468A">
        <w:rPr>
          <w:rFonts w:ascii="Sylfaen" w:hAnsi="Sylfaen" w:cs="Sylfaen"/>
          <w:sz w:val="18"/>
          <w:szCs w:val="18"/>
        </w:rPr>
        <w:t>იქნეს</w:t>
      </w:r>
      <w:proofErr w:type="spellEnd"/>
      <w:r w:rsidRPr="0043468A">
        <w:rPr>
          <w:rFonts w:cstheme="majorHAnsi"/>
          <w:sz w:val="18"/>
          <w:szCs w:val="18"/>
        </w:rPr>
        <w:t xml:space="preserve"> </w:t>
      </w:r>
      <w:proofErr w:type="spellStart"/>
      <w:r w:rsidRPr="0043468A">
        <w:rPr>
          <w:rFonts w:ascii="Sylfaen" w:hAnsi="Sylfaen" w:cs="Sylfaen"/>
          <w:sz w:val="18"/>
          <w:szCs w:val="18"/>
        </w:rPr>
        <w:t>დაცული</w:t>
      </w:r>
      <w:proofErr w:type="spellEnd"/>
      <w:r w:rsidRPr="0043468A">
        <w:rPr>
          <w:rFonts w:cstheme="majorHAnsi"/>
          <w:sz w:val="18"/>
          <w:szCs w:val="18"/>
        </w:rPr>
        <w:t xml:space="preserve"> СП 70.13330.2012-</w:t>
      </w:r>
      <w:r w:rsidRPr="0043468A">
        <w:rPr>
          <w:rFonts w:ascii="Sylfaen" w:hAnsi="Sylfaen" w:cs="Sylfaen"/>
          <w:sz w:val="18"/>
          <w:szCs w:val="18"/>
        </w:rPr>
        <w:t>ში</w:t>
      </w:r>
      <w:r w:rsidRPr="0043468A">
        <w:rPr>
          <w:rFonts w:cstheme="majorHAnsi"/>
          <w:sz w:val="18"/>
          <w:szCs w:val="18"/>
        </w:rPr>
        <w:t xml:space="preserve"> </w:t>
      </w:r>
      <w:r>
        <w:rPr>
          <w:rFonts w:ascii="Sylfaen" w:hAnsi="Sylfaen" w:cstheme="majorHAnsi"/>
          <w:sz w:val="18"/>
          <w:szCs w:val="18"/>
          <w:lang w:val="ka-GE"/>
        </w:rPr>
        <w:t xml:space="preserve"> და </w:t>
      </w:r>
      <w:r w:rsidRPr="00624E10">
        <w:rPr>
          <w:sz w:val="18"/>
          <w:szCs w:val="18"/>
        </w:rPr>
        <w:t>СП 45.13330</w:t>
      </w:r>
      <w:r>
        <w:rPr>
          <w:rFonts w:ascii="Sylfaen" w:hAnsi="Sylfaen"/>
          <w:sz w:val="18"/>
          <w:szCs w:val="18"/>
          <w:lang w:val="ka-GE"/>
        </w:rPr>
        <w:t xml:space="preserve">-ში </w:t>
      </w:r>
      <w:proofErr w:type="spellStart"/>
      <w:r w:rsidRPr="0043468A">
        <w:rPr>
          <w:rFonts w:ascii="Sylfaen" w:hAnsi="Sylfaen" w:cs="Sylfaen"/>
          <w:sz w:val="18"/>
          <w:szCs w:val="18"/>
        </w:rPr>
        <w:t>არსებული</w:t>
      </w:r>
      <w:proofErr w:type="spellEnd"/>
      <w:r w:rsidRPr="0043468A">
        <w:rPr>
          <w:rFonts w:cstheme="majorHAnsi"/>
          <w:sz w:val="18"/>
          <w:szCs w:val="18"/>
        </w:rPr>
        <w:t xml:space="preserve"> </w:t>
      </w:r>
      <w:proofErr w:type="spellStart"/>
      <w:r w:rsidRPr="0043468A">
        <w:rPr>
          <w:rFonts w:ascii="Sylfaen" w:hAnsi="Sylfaen" w:cs="Sylfaen"/>
          <w:sz w:val="18"/>
          <w:szCs w:val="18"/>
        </w:rPr>
        <w:t>მოთხოვნები</w:t>
      </w:r>
      <w:proofErr w:type="spellEnd"/>
      <w:r>
        <w:rPr>
          <w:rFonts w:ascii="Sylfaen" w:hAnsi="Sylfaen" w:cs="Sylfaen"/>
          <w:sz w:val="18"/>
          <w:szCs w:val="18"/>
          <w:lang w:val="ka-GE"/>
        </w:rPr>
        <w:t>.</w:t>
      </w:r>
    </w:p>
    <w:p w14:paraId="097CFDB7" w14:textId="77777777" w:rsidR="00624E10" w:rsidRPr="0043468A" w:rsidRDefault="00624E10" w:rsidP="00624E10">
      <w:pPr>
        <w:pStyle w:val="ListParagraph"/>
        <w:numPr>
          <w:ilvl w:val="1"/>
          <w:numId w:val="13"/>
        </w:numPr>
        <w:ind w:left="1070"/>
        <w:jc w:val="both"/>
        <w:rPr>
          <w:rFonts w:cstheme="majorHAnsi"/>
          <w:sz w:val="18"/>
          <w:szCs w:val="18"/>
        </w:rPr>
      </w:pPr>
      <w:r>
        <w:rPr>
          <w:rFonts w:ascii="Sylfaen" w:hAnsi="Sylfaen" w:cstheme="majorHAnsi"/>
          <w:sz w:val="18"/>
          <w:szCs w:val="18"/>
          <w:lang w:val="ka-GE"/>
        </w:rPr>
        <w:t xml:space="preserve">მენარდე </w:t>
      </w:r>
      <w:proofErr w:type="spellStart"/>
      <w:r w:rsidRPr="0043468A">
        <w:rPr>
          <w:rFonts w:ascii="Sylfaen" w:hAnsi="Sylfaen" w:cs="Sylfaen"/>
          <w:sz w:val="18"/>
          <w:szCs w:val="18"/>
        </w:rPr>
        <w:t>ვალდებულია</w:t>
      </w:r>
      <w:proofErr w:type="spellEnd"/>
      <w:r w:rsidRPr="0043468A">
        <w:rPr>
          <w:rFonts w:cstheme="majorHAnsi"/>
          <w:sz w:val="18"/>
          <w:szCs w:val="18"/>
        </w:rPr>
        <w:t xml:space="preserve">, </w:t>
      </w:r>
      <w:proofErr w:type="spellStart"/>
      <w:r w:rsidRPr="0043468A">
        <w:rPr>
          <w:rFonts w:ascii="Sylfaen" w:hAnsi="Sylfaen" w:cs="Sylfaen"/>
          <w:sz w:val="18"/>
          <w:szCs w:val="18"/>
        </w:rPr>
        <w:t>დამკვეთს</w:t>
      </w:r>
      <w:proofErr w:type="spellEnd"/>
      <w:r w:rsidRPr="0043468A">
        <w:rPr>
          <w:rFonts w:cstheme="majorHAnsi"/>
          <w:sz w:val="18"/>
          <w:szCs w:val="18"/>
        </w:rPr>
        <w:t xml:space="preserve"> </w:t>
      </w:r>
      <w:proofErr w:type="spellStart"/>
      <w:r w:rsidRPr="0043468A">
        <w:rPr>
          <w:rFonts w:ascii="Sylfaen" w:hAnsi="Sylfaen" w:cs="Sylfaen"/>
          <w:sz w:val="18"/>
          <w:szCs w:val="18"/>
        </w:rPr>
        <w:t>წარუდგინოს</w:t>
      </w:r>
      <w:proofErr w:type="spellEnd"/>
      <w:r w:rsidRPr="0043468A">
        <w:rPr>
          <w:rFonts w:cstheme="majorHAnsi"/>
          <w:sz w:val="18"/>
          <w:szCs w:val="18"/>
        </w:rPr>
        <w:t xml:space="preserve"> </w:t>
      </w:r>
      <w:proofErr w:type="spellStart"/>
      <w:r w:rsidRPr="0043468A">
        <w:rPr>
          <w:rFonts w:ascii="Sylfaen" w:hAnsi="Sylfaen" w:cs="Sylfaen"/>
          <w:sz w:val="18"/>
          <w:szCs w:val="18"/>
        </w:rPr>
        <w:t>მის</w:t>
      </w:r>
      <w:proofErr w:type="spellEnd"/>
      <w:r w:rsidRPr="0043468A">
        <w:rPr>
          <w:rFonts w:cstheme="majorHAnsi"/>
          <w:sz w:val="18"/>
          <w:szCs w:val="18"/>
        </w:rPr>
        <w:t xml:space="preserve"> </w:t>
      </w:r>
      <w:proofErr w:type="spellStart"/>
      <w:r w:rsidRPr="0043468A">
        <w:rPr>
          <w:rFonts w:ascii="Sylfaen" w:hAnsi="Sylfaen" w:cs="Sylfaen"/>
          <w:sz w:val="18"/>
          <w:szCs w:val="18"/>
        </w:rPr>
        <w:t>მიერ</w:t>
      </w:r>
      <w:proofErr w:type="spellEnd"/>
      <w:r w:rsidRPr="0043468A">
        <w:rPr>
          <w:rFonts w:cstheme="majorHAnsi"/>
          <w:sz w:val="18"/>
          <w:szCs w:val="18"/>
        </w:rPr>
        <w:t xml:space="preserve"> </w:t>
      </w:r>
      <w:proofErr w:type="spellStart"/>
      <w:r w:rsidRPr="0043468A">
        <w:rPr>
          <w:rFonts w:ascii="Sylfaen" w:hAnsi="Sylfaen" w:cs="Sylfaen"/>
          <w:sz w:val="18"/>
          <w:szCs w:val="18"/>
        </w:rPr>
        <w:t>დაგეგმილი</w:t>
      </w:r>
      <w:proofErr w:type="spellEnd"/>
      <w:r w:rsidRPr="0043468A">
        <w:rPr>
          <w:rFonts w:cstheme="majorHAnsi"/>
          <w:sz w:val="18"/>
          <w:szCs w:val="18"/>
        </w:rPr>
        <w:t xml:space="preserve"> </w:t>
      </w:r>
      <w:r>
        <w:rPr>
          <w:rFonts w:ascii="Sylfaen" w:hAnsi="Sylfaen" w:cs="Sylfaen"/>
          <w:sz w:val="18"/>
          <w:szCs w:val="18"/>
          <w:lang w:val="ka-GE"/>
        </w:rPr>
        <w:t xml:space="preserve">ქვაბულის </w:t>
      </w:r>
      <w:proofErr w:type="spellStart"/>
      <w:r w:rsidRPr="0043468A">
        <w:rPr>
          <w:rFonts w:ascii="Sylfaen" w:hAnsi="Sylfaen" w:cs="Sylfaen"/>
          <w:sz w:val="18"/>
          <w:szCs w:val="18"/>
        </w:rPr>
        <w:t>სამუშაოების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წარმოების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მეთოდოლოგია</w:t>
      </w:r>
      <w:proofErr w:type="spellEnd"/>
      <w:r w:rsidRPr="0043468A">
        <w:rPr>
          <w:rFonts w:cstheme="majorHAnsi"/>
          <w:sz w:val="18"/>
          <w:szCs w:val="18"/>
        </w:rPr>
        <w:t xml:space="preserve">, </w:t>
      </w:r>
      <w:proofErr w:type="spellStart"/>
      <w:r w:rsidRPr="0043468A">
        <w:rPr>
          <w:rFonts w:ascii="Sylfaen" w:hAnsi="Sylfaen" w:cs="Sylfaen"/>
          <w:sz w:val="18"/>
          <w:szCs w:val="18"/>
        </w:rPr>
        <w:t>მშენებლობის</w:t>
      </w:r>
      <w:proofErr w:type="spellEnd"/>
      <w:r w:rsidRPr="0043468A">
        <w:rPr>
          <w:rFonts w:cstheme="majorHAnsi"/>
          <w:sz w:val="18"/>
          <w:szCs w:val="18"/>
        </w:rPr>
        <w:t xml:space="preserve"> </w:t>
      </w:r>
      <w:proofErr w:type="spellStart"/>
      <w:r w:rsidRPr="0043468A">
        <w:rPr>
          <w:rFonts w:ascii="Sylfaen" w:hAnsi="Sylfaen" w:cs="Sylfaen"/>
          <w:sz w:val="18"/>
          <w:szCs w:val="18"/>
        </w:rPr>
        <w:t>ან</w:t>
      </w:r>
      <w:proofErr w:type="spellEnd"/>
      <w:r w:rsidRPr="0043468A">
        <w:rPr>
          <w:rFonts w:cstheme="majorHAnsi"/>
          <w:sz w:val="18"/>
          <w:szCs w:val="18"/>
        </w:rPr>
        <w:t xml:space="preserve"> </w:t>
      </w:r>
      <w:proofErr w:type="spellStart"/>
      <w:r w:rsidRPr="0043468A">
        <w:rPr>
          <w:rFonts w:ascii="Sylfaen" w:hAnsi="Sylfaen" w:cs="Sylfaen"/>
          <w:sz w:val="18"/>
          <w:szCs w:val="18"/>
        </w:rPr>
        <w:t>კონკრეტული</w:t>
      </w:r>
      <w:proofErr w:type="spellEnd"/>
      <w:r w:rsidRPr="0043468A">
        <w:rPr>
          <w:rFonts w:cstheme="majorHAnsi"/>
          <w:sz w:val="18"/>
          <w:szCs w:val="18"/>
        </w:rPr>
        <w:t xml:space="preserve"> </w:t>
      </w:r>
      <w:proofErr w:type="spellStart"/>
      <w:r w:rsidRPr="0043468A">
        <w:rPr>
          <w:rFonts w:ascii="Sylfaen" w:hAnsi="Sylfaen" w:cs="Sylfaen"/>
          <w:sz w:val="18"/>
          <w:szCs w:val="18"/>
        </w:rPr>
        <w:t>პროცესის</w:t>
      </w:r>
      <w:proofErr w:type="spellEnd"/>
      <w:r w:rsidRPr="0043468A">
        <w:rPr>
          <w:rFonts w:cstheme="majorHAnsi"/>
          <w:sz w:val="18"/>
          <w:szCs w:val="18"/>
        </w:rPr>
        <w:t xml:space="preserve"> </w:t>
      </w:r>
      <w:proofErr w:type="spellStart"/>
      <w:r w:rsidRPr="0043468A">
        <w:rPr>
          <w:rFonts w:ascii="Sylfaen" w:hAnsi="Sylfaen" w:cs="Sylfaen"/>
          <w:sz w:val="18"/>
          <w:szCs w:val="18"/>
        </w:rPr>
        <w:t>წარმოების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დაწყებამდე</w:t>
      </w:r>
      <w:proofErr w:type="spellEnd"/>
      <w:r w:rsidRPr="0043468A">
        <w:rPr>
          <w:rFonts w:cstheme="majorHAnsi"/>
          <w:sz w:val="18"/>
          <w:szCs w:val="18"/>
        </w:rPr>
        <w:t xml:space="preserve">, </w:t>
      </w:r>
      <w:proofErr w:type="spellStart"/>
      <w:r w:rsidRPr="0043468A">
        <w:rPr>
          <w:rFonts w:ascii="Sylfaen" w:hAnsi="Sylfaen" w:cs="Sylfaen"/>
          <w:sz w:val="18"/>
          <w:szCs w:val="18"/>
        </w:rPr>
        <w:t>დამკვეთის</w:t>
      </w:r>
      <w:proofErr w:type="spellEnd"/>
      <w:r w:rsidRPr="0043468A">
        <w:rPr>
          <w:rFonts w:cstheme="majorHAnsi"/>
          <w:sz w:val="18"/>
          <w:szCs w:val="18"/>
        </w:rPr>
        <w:t xml:space="preserve"> </w:t>
      </w:r>
      <w:proofErr w:type="spellStart"/>
      <w:r w:rsidRPr="0043468A">
        <w:rPr>
          <w:rFonts w:ascii="Sylfaen" w:hAnsi="Sylfaen" w:cs="Sylfaen"/>
          <w:sz w:val="18"/>
          <w:szCs w:val="18"/>
        </w:rPr>
        <w:t>მოთხოვნის</w:t>
      </w:r>
      <w:proofErr w:type="spellEnd"/>
      <w:r w:rsidRPr="0043468A">
        <w:rPr>
          <w:rFonts w:cstheme="majorHAnsi"/>
          <w:sz w:val="18"/>
          <w:szCs w:val="18"/>
        </w:rPr>
        <w:t xml:space="preserve"> </w:t>
      </w:r>
      <w:proofErr w:type="spellStart"/>
      <w:r w:rsidRPr="0043468A">
        <w:rPr>
          <w:rFonts w:ascii="Sylfaen" w:hAnsi="Sylfaen" w:cs="Sylfaen"/>
          <w:sz w:val="18"/>
          <w:szCs w:val="18"/>
        </w:rPr>
        <w:t>შესაბამისად</w:t>
      </w:r>
      <w:proofErr w:type="spellEnd"/>
      <w:r w:rsidRPr="0043468A">
        <w:rPr>
          <w:rFonts w:cstheme="majorHAnsi"/>
          <w:sz w:val="18"/>
          <w:szCs w:val="18"/>
        </w:rPr>
        <w:t>.</w:t>
      </w:r>
    </w:p>
    <w:p w14:paraId="561B06C5" w14:textId="77777777" w:rsidR="004B6084" w:rsidRPr="00D73BDF" w:rsidRDefault="004B6084" w:rsidP="00185C20">
      <w:pPr>
        <w:jc w:val="both"/>
        <w:rPr>
          <w:rFonts w:cstheme="majorHAnsi"/>
          <w:sz w:val="18"/>
          <w:szCs w:val="18"/>
        </w:rPr>
      </w:pPr>
    </w:p>
    <w:p w14:paraId="65DFA0F6" w14:textId="1F4B3123" w:rsidR="004B6084" w:rsidRPr="0043468A" w:rsidRDefault="00A74260" w:rsidP="00185C20">
      <w:pPr>
        <w:pStyle w:val="ListParagraph"/>
        <w:numPr>
          <w:ilvl w:val="0"/>
          <w:numId w:val="13"/>
        </w:numPr>
        <w:jc w:val="both"/>
        <w:rPr>
          <w:rFonts w:cstheme="majorHAnsi"/>
          <w:b/>
          <w:bCs/>
          <w:u w:val="single"/>
        </w:rPr>
      </w:pPr>
      <w:proofErr w:type="spellStart"/>
      <w:r w:rsidRPr="0043468A">
        <w:rPr>
          <w:rFonts w:ascii="Sylfaen" w:hAnsi="Sylfaen" w:cs="Sylfaen"/>
          <w:b/>
          <w:bCs/>
          <w:u w:val="single"/>
        </w:rPr>
        <w:t>ხელშეკრულების</w:t>
      </w:r>
      <w:proofErr w:type="spellEnd"/>
      <w:r w:rsidRPr="0043468A">
        <w:rPr>
          <w:rFonts w:cstheme="majorHAnsi"/>
          <w:b/>
          <w:bCs/>
          <w:u w:val="single"/>
        </w:rPr>
        <w:t xml:space="preserve"> </w:t>
      </w:r>
      <w:proofErr w:type="spellStart"/>
      <w:r w:rsidRPr="0043468A">
        <w:rPr>
          <w:rFonts w:ascii="Sylfaen" w:hAnsi="Sylfaen" w:cs="Sylfaen"/>
          <w:b/>
          <w:bCs/>
          <w:u w:val="single"/>
        </w:rPr>
        <w:t>შეწყვეტის</w:t>
      </w:r>
      <w:proofErr w:type="spellEnd"/>
      <w:r w:rsidRPr="0043468A">
        <w:rPr>
          <w:rFonts w:cstheme="majorHAnsi"/>
          <w:b/>
          <w:bCs/>
          <w:u w:val="single"/>
        </w:rPr>
        <w:t xml:space="preserve"> </w:t>
      </w:r>
      <w:proofErr w:type="spellStart"/>
      <w:r w:rsidRPr="0043468A">
        <w:rPr>
          <w:rFonts w:ascii="Sylfaen" w:hAnsi="Sylfaen" w:cs="Sylfaen"/>
          <w:b/>
          <w:bCs/>
          <w:u w:val="single"/>
        </w:rPr>
        <w:t>საფუძველი</w:t>
      </w:r>
      <w:proofErr w:type="spellEnd"/>
    </w:p>
    <w:p w14:paraId="4F2EDEB3" w14:textId="69BAFDA9" w:rsidR="004B6084" w:rsidRPr="003478DA" w:rsidRDefault="00A74260" w:rsidP="00185C20">
      <w:pPr>
        <w:pStyle w:val="ListParagraph"/>
        <w:numPr>
          <w:ilvl w:val="1"/>
          <w:numId w:val="13"/>
        </w:numPr>
        <w:jc w:val="both"/>
        <w:rPr>
          <w:rFonts w:cstheme="majorHAnsi"/>
          <w:sz w:val="18"/>
          <w:szCs w:val="18"/>
        </w:rPr>
      </w:pPr>
      <w:proofErr w:type="spellStart"/>
      <w:r w:rsidRPr="003478DA">
        <w:rPr>
          <w:rFonts w:ascii="Sylfaen" w:hAnsi="Sylfaen" w:cs="Sylfaen"/>
          <w:bCs/>
          <w:sz w:val="18"/>
          <w:szCs w:val="18"/>
        </w:rPr>
        <w:t>დამკვეთი</w:t>
      </w:r>
      <w:proofErr w:type="spellEnd"/>
      <w:r w:rsidRPr="003478DA">
        <w:rPr>
          <w:rFonts w:cstheme="majorHAnsi"/>
          <w:sz w:val="18"/>
          <w:szCs w:val="18"/>
        </w:rPr>
        <w:t xml:space="preserve"> </w:t>
      </w:r>
      <w:proofErr w:type="spellStart"/>
      <w:r w:rsidRPr="003478DA">
        <w:rPr>
          <w:rFonts w:ascii="Sylfaen" w:hAnsi="Sylfaen" w:cs="Sylfaen"/>
          <w:sz w:val="18"/>
          <w:szCs w:val="18"/>
        </w:rPr>
        <w:t>უფლებამოსილია</w:t>
      </w:r>
      <w:proofErr w:type="spellEnd"/>
      <w:r w:rsidRPr="003478DA">
        <w:rPr>
          <w:rFonts w:cstheme="majorHAnsi"/>
          <w:sz w:val="18"/>
          <w:szCs w:val="18"/>
        </w:rPr>
        <w:t xml:space="preserve">, </w:t>
      </w:r>
      <w:proofErr w:type="spellStart"/>
      <w:r w:rsidRPr="003478DA">
        <w:rPr>
          <w:rFonts w:ascii="Sylfaen" w:hAnsi="Sylfaen" w:cs="Sylfaen"/>
          <w:sz w:val="18"/>
          <w:szCs w:val="18"/>
        </w:rPr>
        <w:t>ხელშეკრულებით</w:t>
      </w:r>
      <w:proofErr w:type="spellEnd"/>
      <w:r w:rsidRPr="003478DA">
        <w:rPr>
          <w:rFonts w:cstheme="majorHAnsi"/>
          <w:sz w:val="18"/>
          <w:szCs w:val="18"/>
        </w:rPr>
        <w:t xml:space="preserve"> </w:t>
      </w:r>
      <w:proofErr w:type="spellStart"/>
      <w:r w:rsidRPr="003478DA">
        <w:rPr>
          <w:rFonts w:ascii="Sylfaen" w:hAnsi="Sylfaen" w:cs="Sylfaen"/>
          <w:sz w:val="18"/>
          <w:szCs w:val="18"/>
        </w:rPr>
        <w:t>გათვალისწინებული</w:t>
      </w:r>
      <w:proofErr w:type="spellEnd"/>
      <w:r w:rsidRPr="003478DA">
        <w:rPr>
          <w:rFonts w:cstheme="majorHAnsi"/>
          <w:sz w:val="18"/>
          <w:szCs w:val="18"/>
        </w:rPr>
        <w:t xml:space="preserve"> </w:t>
      </w:r>
      <w:proofErr w:type="spellStart"/>
      <w:r w:rsidRPr="003478DA">
        <w:rPr>
          <w:rFonts w:ascii="Sylfaen" w:hAnsi="Sylfaen" w:cs="Sylfaen"/>
          <w:sz w:val="18"/>
          <w:szCs w:val="18"/>
        </w:rPr>
        <w:t>სამუშაოების</w:t>
      </w:r>
      <w:proofErr w:type="spellEnd"/>
      <w:r w:rsidRPr="003478DA">
        <w:rPr>
          <w:rFonts w:cstheme="majorHAnsi"/>
          <w:sz w:val="18"/>
          <w:szCs w:val="18"/>
        </w:rPr>
        <w:t xml:space="preserve"> </w:t>
      </w:r>
      <w:proofErr w:type="spellStart"/>
      <w:r w:rsidRPr="003478DA">
        <w:rPr>
          <w:rFonts w:ascii="Sylfaen" w:hAnsi="Sylfaen" w:cs="Sylfaen"/>
          <w:sz w:val="18"/>
          <w:szCs w:val="18"/>
        </w:rPr>
        <w:t>დამთავრებამდე</w:t>
      </w:r>
      <w:proofErr w:type="spellEnd"/>
      <w:r w:rsidRPr="003478DA">
        <w:rPr>
          <w:rFonts w:cstheme="majorHAnsi"/>
          <w:sz w:val="18"/>
          <w:szCs w:val="18"/>
        </w:rPr>
        <w:t xml:space="preserve"> </w:t>
      </w:r>
      <w:proofErr w:type="spellStart"/>
      <w:r w:rsidRPr="003478DA">
        <w:rPr>
          <w:rFonts w:ascii="Sylfaen" w:hAnsi="Sylfaen" w:cs="Sylfaen"/>
          <w:sz w:val="18"/>
          <w:szCs w:val="18"/>
        </w:rPr>
        <w:t>მენარდისთვის</w:t>
      </w:r>
      <w:proofErr w:type="spellEnd"/>
      <w:r w:rsidRPr="003478DA">
        <w:rPr>
          <w:rFonts w:cstheme="majorHAnsi"/>
          <w:sz w:val="18"/>
          <w:szCs w:val="18"/>
        </w:rPr>
        <w:t xml:space="preserve"> </w:t>
      </w:r>
      <w:proofErr w:type="spellStart"/>
      <w:r w:rsidRPr="003478DA">
        <w:rPr>
          <w:rFonts w:ascii="Sylfaen" w:hAnsi="Sylfaen" w:cs="Sylfaen"/>
          <w:sz w:val="18"/>
          <w:szCs w:val="18"/>
        </w:rPr>
        <w:t>წინასწარ</w:t>
      </w:r>
      <w:proofErr w:type="spellEnd"/>
      <w:r w:rsidRPr="003478DA">
        <w:rPr>
          <w:rFonts w:cstheme="majorHAnsi"/>
          <w:sz w:val="18"/>
          <w:szCs w:val="18"/>
        </w:rPr>
        <w:t xml:space="preserve">, </w:t>
      </w:r>
      <w:proofErr w:type="spellStart"/>
      <w:r w:rsidRPr="003478DA">
        <w:rPr>
          <w:rFonts w:ascii="Sylfaen" w:hAnsi="Sylfaen" w:cs="Sylfaen"/>
          <w:sz w:val="18"/>
          <w:szCs w:val="18"/>
        </w:rPr>
        <w:t>ხელეშკრულების</w:t>
      </w:r>
      <w:proofErr w:type="spellEnd"/>
      <w:r w:rsidRPr="003478DA">
        <w:rPr>
          <w:rFonts w:cstheme="majorHAnsi"/>
          <w:sz w:val="18"/>
          <w:szCs w:val="18"/>
        </w:rPr>
        <w:t xml:space="preserve"> </w:t>
      </w:r>
      <w:proofErr w:type="spellStart"/>
      <w:r w:rsidRPr="003478DA">
        <w:rPr>
          <w:rFonts w:ascii="Sylfaen" w:hAnsi="Sylfaen" w:cs="Sylfaen"/>
          <w:sz w:val="18"/>
          <w:szCs w:val="18"/>
        </w:rPr>
        <w:t>შეწყვეტამდე</w:t>
      </w:r>
      <w:proofErr w:type="spellEnd"/>
      <w:r w:rsidR="003478DA">
        <w:rPr>
          <w:rFonts w:cstheme="majorHAnsi"/>
          <w:sz w:val="18"/>
          <w:szCs w:val="18"/>
        </w:rPr>
        <w:t xml:space="preserve"> 30 </w:t>
      </w:r>
      <w:r w:rsidR="003478DA">
        <w:rPr>
          <w:rFonts w:ascii="Sylfaen" w:hAnsi="Sylfaen" w:cstheme="majorHAnsi"/>
          <w:sz w:val="18"/>
          <w:szCs w:val="18"/>
          <w:lang w:val="ka-GE"/>
        </w:rPr>
        <w:t>(</w:t>
      </w:r>
      <w:proofErr w:type="spellStart"/>
      <w:r w:rsidRPr="003478DA">
        <w:rPr>
          <w:rFonts w:ascii="Sylfaen" w:hAnsi="Sylfaen" w:cs="Sylfaen"/>
          <w:sz w:val="18"/>
          <w:szCs w:val="18"/>
        </w:rPr>
        <w:t>ოცდაათი</w:t>
      </w:r>
      <w:proofErr w:type="spellEnd"/>
      <w:r w:rsidR="003478DA">
        <w:rPr>
          <w:rFonts w:ascii="Sylfaen" w:hAnsi="Sylfaen" w:cstheme="majorHAnsi"/>
          <w:sz w:val="18"/>
          <w:szCs w:val="18"/>
          <w:lang w:val="ka-GE"/>
        </w:rPr>
        <w:t>)</w:t>
      </w:r>
      <w:r w:rsidRPr="003478DA">
        <w:rPr>
          <w:rFonts w:cstheme="majorHAnsi"/>
          <w:sz w:val="18"/>
          <w:szCs w:val="18"/>
        </w:rPr>
        <w:t xml:space="preserve"> </w:t>
      </w:r>
      <w:proofErr w:type="spellStart"/>
      <w:r w:rsidRPr="003478DA">
        <w:rPr>
          <w:rFonts w:ascii="Sylfaen" w:hAnsi="Sylfaen" w:cs="Sylfaen"/>
          <w:sz w:val="18"/>
          <w:szCs w:val="18"/>
        </w:rPr>
        <w:t>კალენდარული</w:t>
      </w:r>
      <w:proofErr w:type="spellEnd"/>
      <w:r w:rsidRPr="003478DA">
        <w:rPr>
          <w:rFonts w:cstheme="majorHAnsi"/>
          <w:sz w:val="18"/>
          <w:szCs w:val="18"/>
        </w:rPr>
        <w:t xml:space="preserve"> </w:t>
      </w:r>
      <w:proofErr w:type="spellStart"/>
      <w:r w:rsidRPr="003478DA">
        <w:rPr>
          <w:rFonts w:ascii="Sylfaen" w:hAnsi="Sylfaen" w:cs="Sylfaen"/>
          <w:sz w:val="18"/>
          <w:szCs w:val="18"/>
        </w:rPr>
        <w:t>დღით</w:t>
      </w:r>
      <w:proofErr w:type="spellEnd"/>
      <w:r w:rsidRPr="003478DA">
        <w:rPr>
          <w:rFonts w:cstheme="majorHAnsi"/>
          <w:sz w:val="18"/>
          <w:szCs w:val="18"/>
        </w:rPr>
        <w:t xml:space="preserve"> </w:t>
      </w:r>
      <w:proofErr w:type="spellStart"/>
      <w:r w:rsidRPr="003478DA">
        <w:rPr>
          <w:rFonts w:ascii="Sylfaen" w:hAnsi="Sylfaen" w:cs="Sylfaen"/>
          <w:sz w:val="18"/>
          <w:szCs w:val="18"/>
        </w:rPr>
        <w:t>ადრე</w:t>
      </w:r>
      <w:proofErr w:type="spellEnd"/>
      <w:r w:rsidRPr="003478DA">
        <w:rPr>
          <w:rFonts w:cstheme="majorHAnsi"/>
          <w:sz w:val="18"/>
          <w:szCs w:val="18"/>
        </w:rPr>
        <w:t xml:space="preserve">, </w:t>
      </w:r>
      <w:proofErr w:type="spellStart"/>
      <w:r w:rsidRPr="003478DA">
        <w:rPr>
          <w:rFonts w:ascii="Sylfaen" w:hAnsi="Sylfaen" w:cs="Sylfaen"/>
          <w:sz w:val="18"/>
          <w:szCs w:val="18"/>
        </w:rPr>
        <w:t>წერილობითი</w:t>
      </w:r>
      <w:proofErr w:type="spellEnd"/>
      <w:r w:rsidRPr="003478DA">
        <w:rPr>
          <w:rFonts w:cstheme="majorHAnsi"/>
          <w:sz w:val="18"/>
          <w:szCs w:val="18"/>
        </w:rPr>
        <w:t xml:space="preserve"> </w:t>
      </w:r>
      <w:proofErr w:type="spellStart"/>
      <w:r w:rsidRPr="003478DA">
        <w:rPr>
          <w:rFonts w:ascii="Sylfaen" w:hAnsi="Sylfaen" w:cs="Sylfaen"/>
          <w:sz w:val="18"/>
          <w:szCs w:val="18"/>
        </w:rPr>
        <w:t>შეტყობინების</w:t>
      </w:r>
      <w:proofErr w:type="spellEnd"/>
      <w:r w:rsidRPr="003478DA">
        <w:rPr>
          <w:rFonts w:cstheme="majorHAnsi"/>
          <w:sz w:val="18"/>
          <w:szCs w:val="18"/>
        </w:rPr>
        <w:t xml:space="preserve"> </w:t>
      </w:r>
      <w:proofErr w:type="spellStart"/>
      <w:r w:rsidRPr="003478DA">
        <w:rPr>
          <w:rFonts w:ascii="Sylfaen" w:hAnsi="Sylfaen" w:cs="Sylfaen"/>
          <w:sz w:val="18"/>
          <w:szCs w:val="18"/>
        </w:rPr>
        <w:t>გაგზავნით</w:t>
      </w:r>
      <w:proofErr w:type="spellEnd"/>
      <w:r w:rsidRPr="003478DA">
        <w:rPr>
          <w:rFonts w:cstheme="majorHAnsi"/>
          <w:sz w:val="18"/>
          <w:szCs w:val="18"/>
        </w:rPr>
        <w:t xml:space="preserve"> </w:t>
      </w:r>
      <w:proofErr w:type="spellStart"/>
      <w:r w:rsidRPr="003478DA">
        <w:rPr>
          <w:rFonts w:ascii="Sylfaen" w:hAnsi="Sylfaen" w:cs="Sylfaen"/>
          <w:sz w:val="18"/>
          <w:szCs w:val="18"/>
        </w:rPr>
        <w:t>შეწყვიტოს</w:t>
      </w:r>
      <w:proofErr w:type="spellEnd"/>
      <w:r w:rsidRPr="003478DA">
        <w:rPr>
          <w:rFonts w:cstheme="majorHAnsi"/>
          <w:sz w:val="18"/>
          <w:szCs w:val="18"/>
        </w:rPr>
        <w:t xml:space="preserve"> </w:t>
      </w:r>
      <w:proofErr w:type="spellStart"/>
      <w:r w:rsidRPr="003478DA">
        <w:rPr>
          <w:rFonts w:ascii="Sylfaen" w:hAnsi="Sylfaen" w:cs="Sylfaen"/>
          <w:sz w:val="18"/>
          <w:szCs w:val="18"/>
        </w:rPr>
        <w:t>ხელშეკრულება</w:t>
      </w:r>
      <w:proofErr w:type="spellEnd"/>
      <w:r w:rsidRPr="003478DA">
        <w:rPr>
          <w:rFonts w:cstheme="majorHAnsi"/>
          <w:sz w:val="18"/>
          <w:szCs w:val="18"/>
        </w:rPr>
        <w:t xml:space="preserve">. </w:t>
      </w:r>
      <w:proofErr w:type="spellStart"/>
      <w:r w:rsidRPr="003478DA">
        <w:rPr>
          <w:rFonts w:ascii="Sylfaen" w:hAnsi="Sylfaen" w:cs="Sylfaen"/>
          <w:sz w:val="18"/>
          <w:szCs w:val="18"/>
        </w:rPr>
        <w:t>ასეთ</w:t>
      </w:r>
      <w:proofErr w:type="spellEnd"/>
      <w:r w:rsidRPr="003478DA">
        <w:rPr>
          <w:rFonts w:cstheme="majorHAnsi"/>
          <w:sz w:val="18"/>
          <w:szCs w:val="18"/>
        </w:rPr>
        <w:t xml:space="preserve"> </w:t>
      </w:r>
      <w:proofErr w:type="spellStart"/>
      <w:r w:rsidRPr="003478DA">
        <w:rPr>
          <w:rFonts w:ascii="Sylfaen" w:hAnsi="Sylfaen" w:cs="Sylfaen"/>
          <w:sz w:val="18"/>
          <w:szCs w:val="18"/>
        </w:rPr>
        <w:t>შემთხვევაში</w:t>
      </w:r>
      <w:proofErr w:type="spellEnd"/>
      <w:r w:rsidRPr="003478DA">
        <w:rPr>
          <w:rFonts w:cstheme="majorHAnsi"/>
          <w:sz w:val="18"/>
          <w:szCs w:val="18"/>
        </w:rPr>
        <w:t xml:space="preserve">, </w:t>
      </w:r>
      <w:proofErr w:type="spellStart"/>
      <w:r w:rsidRPr="003478DA">
        <w:rPr>
          <w:rFonts w:ascii="Sylfaen" w:hAnsi="Sylfaen" w:cs="Sylfaen"/>
          <w:sz w:val="18"/>
          <w:szCs w:val="18"/>
        </w:rPr>
        <w:t>დამკვეთი</w:t>
      </w:r>
      <w:proofErr w:type="spellEnd"/>
      <w:r w:rsidRPr="003478DA">
        <w:rPr>
          <w:rFonts w:cstheme="majorHAnsi"/>
          <w:sz w:val="18"/>
          <w:szCs w:val="18"/>
        </w:rPr>
        <w:t xml:space="preserve"> </w:t>
      </w:r>
      <w:proofErr w:type="spellStart"/>
      <w:r w:rsidRPr="003478DA">
        <w:rPr>
          <w:rFonts w:ascii="Sylfaen" w:hAnsi="Sylfaen" w:cs="Sylfaen"/>
          <w:sz w:val="18"/>
          <w:szCs w:val="18"/>
        </w:rPr>
        <w:t>ვალდებულია</w:t>
      </w:r>
      <w:proofErr w:type="spellEnd"/>
      <w:r w:rsidRPr="003478DA">
        <w:rPr>
          <w:rFonts w:cstheme="majorHAnsi"/>
          <w:sz w:val="18"/>
          <w:szCs w:val="18"/>
        </w:rPr>
        <w:t xml:space="preserve"> </w:t>
      </w:r>
      <w:proofErr w:type="spellStart"/>
      <w:r w:rsidRPr="003478DA">
        <w:rPr>
          <w:rFonts w:ascii="Sylfaen" w:hAnsi="Sylfaen" w:cs="Sylfaen"/>
          <w:sz w:val="18"/>
          <w:szCs w:val="18"/>
        </w:rPr>
        <w:t>აუნაზღაუროს</w:t>
      </w:r>
      <w:proofErr w:type="spellEnd"/>
      <w:r w:rsidRPr="003478DA">
        <w:rPr>
          <w:rFonts w:cstheme="majorHAnsi"/>
          <w:sz w:val="18"/>
          <w:szCs w:val="18"/>
        </w:rPr>
        <w:t xml:space="preserve"> </w:t>
      </w:r>
      <w:r w:rsidR="003478DA">
        <w:rPr>
          <w:rFonts w:ascii="Sylfaen" w:hAnsi="Sylfaen" w:cs="Sylfaen"/>
          <w:sz w:val="18"/>
          <w:szCs w:val="18"/>
          <w:lang w:val="ka-GE"/>
        </w:rPr>
        <w:t>მენარდეს</w:t>
      </w:r>
      <w:r w:rsidRPr="003478DA">
        <w:rPr>
          <w:rFonts w:cstheme="majorHAnsi"/>
          <w:sz w:val="18"/>
          <w:szCs w:val="18"/>
        </w:rPr>
        <w:t xml:space="preserve"> </w:t>
      </w:r>
      <w:proofErr w:type="spellStart"/>
      <w:r w:rsidRPr="003478DA">
        <w:rPr>
          <w:rFonts w:ascii="Sylfaen" w:hAnsi="Sylfaen" w:cs="Sylfaen"/>
          <w:sz w:val="18"/>
          <w:szCs w:val="18"/>
        </w:rPr>
        <w:t>ობიექტზე</w:t>
      </w:r>
      <w:proofErr w:type="spellEnd"/>
      <w:r w:rsidRPr="003478DA">
        <w:rPr>
          <w:rFonts w:cstheme="majorHAnsi"/>
          <w:sz w:val="18"/>
          <w:szCs w:val="18"/>
        </w:rPr>
        <w:t xml:space="preserve"> </w:t>
      </w:r>
      <w:proofErr w:type="spellStart"/>
      <w:r w:rsidRPr="003478DA">
        <w:rPr>
          <w:rFonts w:ascii="Sylfaen" w:hAnsi="Sylfaen" w:cs="Sylfaen"/>
          <w:sz w:val="18"/>
          <w:szCs w:val="18"/>
        </w:rPr>
        <w:t>მენარდის</w:t>
      </w:r>
      <w:proofErr w:type="spellEnd"/>
      <w:r w:rsidRPr="003478DA">
        <w:rPr>
          <w:rFonts w:cstheme="majorHAnsi"/>
          <w:sz w:val="18"/>
          <w:szCs w:val="18"/>
        </w:rPr>
        <w:t xml:space="preserve"> </w:t>
      </w:r>
      <w:proofErr w:type="spellStart"/>
      <w:r w:rsidRPr="003478DA">
        <w:rPr>
          <w:rFonts w:ascii="Sylfaen" w:hAnsi="Sylfaen" w:cs="Sylfaen"/>
          <w:sz w:val="18"/>
          <w:szCs w:val="18"/>
        </w:rPr>
        <w:t>მიერ</w:t>
      </w:r>
      <w:proofErr w:type="spellEnd"/>
      <w:r w:rsidRPr="003478DA">
        <w:rPr>
          <w:rFonts w:cstheme="majorHAnsi"/>
          <w:sz w:val="18"/>
          <w:szCs w:val="18"/>
        </w:rPr>
        <w:t xml:space="preserve"> </w:t>
      </w:r>
      <w:proofErr w:type="spellStart"/>
      <w:r w:rsidRPr="003478DA">
        <w:rPr>
          <w:rFonts w:ascii="Sylfaen" w:hAnsi="Sylfaen" w:cs="Sylfaen"/>
          <w:sz w:val="18"/>
          <w:szCs w:val="18"/>
        </w:rPr>
        <w:t>ფაქტობრივად</w:t>
      </w:r>
      <w:proofErr w:type="spellEnd"/>
      <w:r w:rsidRPr="003478DA">
        <w:rPr>
          <w:rFonts w:cstheme="majorHAnsi"/>
          <w:sz w:val="18"/>
          <w:szCs w:val="18"/>
        </w:rPr>
        <w:t xml:space="preserve"> </w:t>
      </w:r>
      <w:proofErr w:type="spellStart"/>
      <w:r w:rsidRPr="003478DA">
        <w:rPr>
          <w:rFonts w:ascii="Sylfaen" w:hAnsi="Sylfaen" w:cs="Sylfaen"/>
          <w:sz w:val="18"/>
          <w:szCs w:val="18"/>
        </w:rPr>
        <w:t>შესრულებული</w:t>
      </w:r>
      <w:proofErr w:type="spellEnd"/>
      <w:r w:rsidRPr="003478DA">
        <w:rPr>
          <w:rFonts w:cstheme="majorHAnsi"/>
          <w:sz w:val="18"/>
          <w:szCs w:val="18"/>
        </w:rPr>
        <w:t xml:space="preserve"> </w:t>
      </w:r>
      <w:proofErr w:type="spellStart"/>
      <w:r w:rsidRPr="003478DA">
        <w:rPr>
          <w:rFonts w:ascii="Sylfaen" w:hAnsi="Sylfaen" w:cs="Sylfaen"/>
          <w:sz w:val="18"/>
          <w:szCs w:val="18"/>
        </w:rPr>
        <w:t>სამუშაოების</w:t>
      </w:r>
      <w:proofErr w:type="spellEnd"/>
      <w:r w:rsidRPr="003478DA">
        <w:rPr>
          <w:rFonts w:cstheme="majorHAnsi"/>
          <w:sz w:val="18"/>
          <w:szCs w:val="18"/>
        </w:rPr>
        <w:t xml:space="preserve"> </w:t>
      </w:r>
      <w:proofErr w:type="spellStart"/>
      <w:r w:rsidRPr="003478DA">
        <w:rPr>
          <w:rFonts w:ascii="Sylfaen" w:hAnsi="Sylfaen" w:cs="Sylfaen"/>
          <w:sz w:val="18"/>
          <w:szCs w:val="18"/>
        </w:rPr>
        <w:t>მთლიანი</w:t>
      </w:r>
      <w:proofErr w:type="spellEnd"/>
      <w:r w:rsidRPr="003478DA">
        <w:rPr>
          <w:rFonts w:cstheme="majorHAnsi"/>
          <w:sz w:val="18"/>
          <w:szCs w:val="18"/>
        </w:rPr>
        <w:t xml:space="preserve"> </w:t>
      </w:r>
      <w:proofErr w:type="spellStart"/>
      <w:r w:rsidRPr="003478DA">
        <w:rPr>
          <w:rFonts w:ascii="Sylfaen" w:hAnsi="Sylfaen" w:cs="Sylfaen"/>
          <w:sz w:val="18"/>
          <w:szCs w:val="18"/>
        </w:rPr>
        <w:t>ღირებულება</w:t>
      </w:r>
      <w:proofErr w:type="spellEnd"/>
      <w:r w:rsidRPr="003478DA">
        <w:rPr>
          <w:rFonts w:cstheme="majorHAnsi"/>
          <w:sz w:val="18"/>
          <w:szCs w:val="18"/>
        </w:rPr>
        <w:t xml:space="preserve">, </w:t>
      </w:r>
      <w:proofErr w:type="spellStart"/>
      <w:r w:rsidRPr="003478DA">
        <w:rPr>
          <w:rFonts w:ascii="Sylfaen" w:hAnsi="Sylfaen" w:cs="Sylfaen"/>
          <w:sz w:val="18"/>
          <w:szCs w:val="18"/>
        </w:rPr>
        <w:t>მათ</w:t>
      </w:r>
      <w:proofErr w:type="spellEnd"/>
      <w:r w:rsidRPr="003478DA">
        <w:rPr>
          <w:rFonts w:cstheme="majorHAnsi"/>
          <w:sz w:val="18"/>
          <w:szCs w:val="18"/>
        </w:rPr>
        <w:t xml:space="preserve"> </w:t>
      </w:r>
      <w:proofErr w:type="spellStart"/>
      <w:r w:rsidRPr="003478DA">
        <w:rPr>
          <w:rFonts w:ascii="Sylfaen" w:hAnsi="Sylfaen" w:cs="Sylfaen"/>
          <w:sz w:val="18"/>
          <w:szCs w:val="18"/>
        </w:rPr>
        <w:t>შორის</w:t>
      </w:r>
      <w:proofErr w:type="spellEnd"/>
      <w:r w:rsidRPr="003478DA">
        <w:rPr>
          <w:rFonts w:cstheme="majorHAnsi"/>
          <w:sz w:val="18"/>
          <w:szCs w:val="18"/>
        </w:rPr>
        <w:t xml:space="preserve">, </w:t>
      </w:r>
      <w:proofErr w:type="spellStart"/>
      <w:r w:rsidRPr="003478DA">
        <w:rPr>
          <w:rFonts w:ascii="Sylfaen" w:hAnsi="Sylfaen" w:cs="Sylfaen"/>
          <w:sz w:val="18"/>
          <w:szCs w:val="18"/>
        </w:rPr>
        <w:t>ხარჯთაღრიცხვით</w:t>
      </w:r>
      <w:proofErr w:type="spellEnd"/>
      <w:r w:rsidRPr="003478DA">
        <w:rPr>
          <w:rFonts w:cstheme="majorHAnsi"/>
          <w:sz w:val="18"/>
          <w:szCs w:val="18"/>
        </w:rPr>
        <w:t xml:space="preserve"> </w:t>
      </w:r>
      <w:proofErr w:type="spellStart"/>
      <w:r w:rsidRPr="003478DA">
        <w:rPr>
          <w:rFonts w:ascii="Sylfaen" w:hAnsi="Sylfaen" w:cs="Sylfaen"/>
          <w:sz w:val="18"/>
          <w:szCs w:val="18"/>
        </w:rPr>
        <w:t>გათვალისწინებული</w:t>
      </w:r>
      <w:proofErr w:type="spellEnd"/>
      <w:r w:rsidRPr="003478DA">
        <w:rPr>
          <w:rFonts w:cstheme="majorHAnsi"/>
          <w:sz w:val="18"/>
          <w:szCs w:val="18"/>
        </w:rPr>
        <w:t xml:space="preserve"> </w:t>
      </w:r>
      <w:proofErr w:type="spellStart"/>
      <w:r w:rsidRPr="003478DA">
        <w:rPr>
          <w:rFonts w:ascii="Sylfaen" w:hAnsi="Sylfaen" w:cs="Sylfaen"/>
          <w:sz w:val="18"/>
          <w:szCs w:val="18"/>
        </w:rPr>
        <w:t>სამუშაოს</w:t>
      </w:r>
      <w:proofErr w:type="spellEnd"/>
      <w:r w:rsidRPr="003478DA">
        <w:rPr>
          <w:rFonts w:cstheme="majorHAnsi"/>
          <w:sz w:val="18"/>
          <w:szCs w:val="18"/>
        </w:rPr>
        <w:t xml:space="preserve"> </w:t>
      </w:r>
      <w:proofErr w:type="spellStart"/>
      <w:r w:rsidRPr="003478DA">
        <w:rPr>
          <w:rFonts w:ascii="Sylfaen" w:hAnsi="Sylfaen" w:cs="Sylfaen"/>
          <w:sz w:val="18"/>
          <w:szCs w:val="18"/>
        </w:rPr>
        <w:t>შესასრულებლად</w:t>
      </w:r>
      <w:proofErr w:type="spellEnd"/>
      <w:r w:rsidRPr="003478DA">
        <w:rPr>
          <w:rFonts w:cstheme="majorHAnsi"/>
          <w:sz w:val="18"/>
          <w:szCs w:val="18"/>
        </w:rPr>
        <w:t xml:space="preserve"> </w:t>
      </w:r>
      <w:proofErr w:type="spellStart"/>
      <w:r w:rsidRPr="003478DA">
        <w:rPr>
          <w:rFonts w:ascii="Sylfaen" w:hAnsi="Sylfaen" w:cs="Sylfaen"/>
          <w:sz w:val="18"/>
          <w:szCs w:val="18"/>
        </w:rPr>
        <w:t>მენარდის</w:t>
      </w:r>
      <w:proofErr w:type="spellEnd"/>
      <w:r w:rsidRPr="003478DA">
        <w:rPr>
          <w:rFonts w:cstheme="majorHAnsi"/>
          <w:sz w:val="18"/>
          <w:szCs w:val="18"/>
        </w:rPr>
        <w:t xml:space="preserve"> </w:t>
      </w:r>
      <w:proofErr w:type="spellStart"/>
      <w:r w:rsidRPr="003478DA">
        <w:rPr>
          <w:rFonts w:ascii="Sylfaen" w:hAnsi="Sylfaen" w:cs="Sylfaen"/>
          <w:sz w:val="18"/>
          <w:szCs w:val="18"/>
        </w:rPr>
        <w:t>მიერ</w:t>
      </w:r>
      <w:proofErr w:type="spellEnd"/>
      <w:r w:rsidRPr="003478DA">
        <w:rPr>
          <w:rFonts w:cstheme="majorHAnsi"/>
          <w:sz w:val="18"/>
          <w:szCs w:val="18"/>
        </w:rPr>
        <w:t xml:space="preserve"> </w:t>
      </w:r>
      <w:proofErr w:type="spellStart"/>
      <w:r w:rsidRPr="003478DA">
        <w:rPr>
          <w:rFonts w:ascii="Sylfaen" w:hAnsi="Sylfaen" w:cs="Sylfaen"/>
          <w:sz w:val="18"/>
          <w:szCs w:val="18"/>
        </w:rPr>
        <w:t>შესყიდული</w:t>
      </w:r>
      <w:proofErr w:type="spellEnd"/>
      <w:r w:rsidRPr="003478DA">
        <w:rPr>
          <w:rFonts w:cstheme="majorHAnsi"/>
          <w:sz w:val="18"/>
          <w:szCs w:val="18"/>
        </w:rPr>
        <w:t xml:space="preserve"> </w:t>
      </w:r>
      <w:proofErr w:type="spellStart"/>
      <w:r w:rsidRPr="003478DA">
        <w:rPr>
          <w:rFonts w:ascii="Sylfaen" w:hAnsi="Sylfaen" w:cs="Sylfaen"/>
          <w:sz w:val="18"/>
          <w:szCs w:val="18"/>
        </w:rPr>
        <w:t>ან</w:t>
      </w:r>
      <w:proofErr w:type="spellEnd"/>
      <w:r w:rsidRPr="003478DA">
        <w:rPr>
          <w:rFonts w:cstheme="majorHAnsi"/>
          <w:sz w:val="18"/>
          <w:szCs w:val="18"/>
        </w:rPr>
        <w:t>/</w:t>
      </w:r>
      <w:proofErr w:type="spellStart"/>
      <w:r w:rsidRPr="003478DA">
        <w:rPr>
          <w:rFonts w:ascii="Sylfaen" w:hAnsi="Sylfaen" w:cs="Sylfaen"/>
          <w:sz w:val="18"/>
          <w:szCs w:val="18"/>
        </w:rPr>
        <w:t>და</w:t>
      </w:r>
      <w:proofErr w:type="spellEnd"/>
      <w:r w:rsidRPr="003478DA">
        <w:rPr>
          <w:rFonts w:cstheme="majorHAnsi"/>
          <w:sz w:val="18"/>
          <w:szCs w:val="18"/>
        </w:rPr>
        <w:t xml:space="preserve"> </w:t>
      </w:r>
      <w:proofErr w:type="spellStart"/>
      <w:r w:rsidRPr="003478DA">
        <w:rPr>
          <w:rFonts w:ascii="Sylfaen" w:hAnsi="Sylfaen" w:cs="Sylfaen"/>
          <w:sz w:val="18"/>
          <w:szCs w:val="18"/>
        </w:rPr>
        <w:t>ავანსირებული</w:t>
      </w:r>
      <w:proofErr w:type="spellEnd"/>
      <w:r w:rsidRPr="003478DA">
        <w:rPr>
          <w:rFonts w:cstheme="majorHAnsi"/>
          <w:sz w:val="18"/>
          <w:szCs w:val="18"/>
        </w:rPr>
        <w:t xml:space="preserve"> </w:t>
      </w:r>
      <w:proofErr w:type="spellStart"/>
      <w:r w:rsidRPr="003478DA">
        <w:rPr>
          <w:rFonts w:ascii="Sylfaen" w:hAnsi="Sylfaen" w:cs="Sylfaen"/>
          <w:sz w:val="18"/>
          <w:szCs w:val="18"/>
        </w:rPr>
        <w:t>ისეთი</w:t>
      </w:r>
      <w:proofErr w:type="spellEnd"/>
      <w:r w:rsidRPr="003478DA">
        <w:rPr>
          <w:rFonts w:cstheme="majorHAnsi"/>
          <w:sz w:val="18"/>
          <w:szCs w:val="18"/>
        </w:rPr>
        <w:t xml:space="preserve"> </w:t>
      </w:r>
      <w:proofErr w:type="spellStart"/>
      <w:r w:rsidRPr="003478DA">
        <w:rPr>
          <w:rFonts w:ascii="Sylfaen" w:hAnsi="Sylfaen" w:cs="Sylfaen"/>
          <w:sz w:val="18"/>
          <w:szCs w:val="18"/>
        </w:rPr>
        <w:t>მასალების</w:t>
      </w:r>
      <w:proofErr w:type="spellEnd"/>
      <w:r w:rsidRPr="003478DA">
        <w:rPr>
          <w:rFonts w:cstheme="majorHAnsi"/>
          <w:sz w:val="18"/>
          <w:szCs w:val="18"/>
        </w:rPr>
        <w:t xml:space="preserve"> </w:t>
      </w:r>
      <w:proofErr w:type="spellStart"/>
      <w:r w:rsidRPr="003478DA">
        <w:rPr>
          <w:rFonts w:ascii="Sylfaen" w:hAnsi="Sylfaen" w:cs="Sylfaen"/>
          <w:sz w:val="18"/>
          <w:szCs w:val="18"/>
        </w:rPr>
        <w:t>ღირებულება</w:t>
      </w:r>
      <w:proofErr w:type="spellEnd"/>
      <w:r w:rsidRPr="003478DA">
        <w:rPr>
          <w:rFonts w:cstheme="majorHAnsi"/>
          <w:sz w:val="18"/>
          <w:szCs w:val="18"/>
        </w:rPr>
        <w:t xml:space="preserve">, </w:t>
      </w:r>
      <w:proofErr w:type="spellStart"/>
      <w:r w:rsidRPr="003478DA">
        <w:rPr>
          <w:rFonts w:ascii="Sylfaen" w:hAnsi="Sylfaen" w:cs="Sylfaen"/>
          <w:sz w:val="18"/>
          <w:szCs w:val="18"/>
        </w:rPr>
        <w:t>რომლებიც</w:t>
      </w:r>
      <w:proofErr w:type="spellEnd"/>
      <w:r w:rsidRPr="003478DA">
        <w:rPr>
          <w:rFonts w:cstheme="majorHAnsi"/>
          <w:sz w:val="18"/>
          <w:szCs w:val="18"/>
        </w:rPr>
        <w:t xml:space="preserve"> </w:t>
      </w:r>
      <w:proofErr w:type="spellStart"/>
      <w:r w:rsidRPr="003478DA">
        <w:rPr>
          <w:rFonts w:ascii="Sylfaen" w:hAnsi="Sylfaen" w:cs="Sylfaen"/>
          <w:sz w:val="18"/>
          <w:szCs w:val="18"/>
        </w:rPr>
        <w:t>განკუთვნილია</w:t>
      </w:r>
      <w:proofErr w:type="spellEnd"/>
      <w:r w:rsidRPr="003478DA">
        <w:rPr>
          <w:rFonts w:cstheme="majorHAnsi"/>
          <w:sz w:val="18"/>
          <w:szCs w:val="18"/>
        </w:rPr>
        <w:t xml:space="preserve"> </w:t>
      </w:r>
      <w:proofErr w:type="spellStart"/>
      <w:r w:rsidRPr="003478DA">
        <w:rPr>
          <w:rFonts w:ascii="Sylfaen" w:hAnsi="Sylfaen" w:cs="Sylfaen"/>
          <w:sz w:val="18"/>
          <w:szCs w:val="18"/>
        </w:rPr>
        <w:t>კონკრეტულად</w:t>
      </w:r>
      <w:proofErr w:type="spellEnd"/>
      <w:r w:rsidRPr="003478DA">
        <w:rPr>
          <w:rFonts w:cstheme="majorHAnsi"/>
          <w:sz w:val="18"/>
          <w:szCs w:val="18"/>
        </w:rPr>
        <w:t xml:space="preserve"> </w:t>
      </w:r>
      <w:proofErr w:type="spellStart"/>
      <w:r w:rsidRPr="003478DA">
        <w:rPr>
          <w:rFonts w:ascii="Sylfaen" w:hAnsi="Sylfaen" w:cs="Sylfaen"/>
          <w:sz w:val="18"/>
          <w:szCs w:val="18"/>
        </w:rPr>
        <w:t>წინამდებარე</w:t>
      </w:r>
      <w:proofErr w:type="spellEnd"/>
      <w:r w:rsidRPr="003478DA">
        <w:rPr>
          <w:rFonts w:cstheme="majorHAnsi"/>
          <w:sz w:val="18"/>
          <w:szCs w:val="18"/>
        </w:rPr>
        <w:t xml:space="preserve"> </w:t>
      </w:r>
      <w:proofErr w:type="spellStart"/>
      <w:r w:rsidRPr="003478DA">
        <w:rPr>
          <w:rFonts w:ascii="Sylfaen" w:hAnsi="Sylfaen" w:cs="Sylfaen"/>
          <w:sz w:val="18"/>
          <w:szCs w:val="18"/>
        </w:rPr>
        <w:t>ხელშეკრულებით</w:t>
      </w:r>
      <w:proofErr w:type="spellEnd"/>
      <w:r w:rsidRPr="003478DA">
        <w:rPr>
          <w:rFonts w:cstheme="majorHAnsi"/>
          <w:sz w:val="18"/>
          <w:szCs w:val="18"/>
        </w:rPr>
        <w:t xml:space="preserve"> </w:t>
      </w:r>
      <w:proofErr w:type="spellStart"/>
      <w:r w:rsidRPr="003478DA">
        <w:rPr>
          <w:rFonts w:ascii="Sylfaen" w:hAnsi="Sylfaen" w:cs="Sylfaen"/>
          <w:sz w:val="18"/>
          <w:szCs w:val="18"/>
        </w:rPr>
        <w:t>განსაზღვრული</w:t>
      </w:r>
      <w:proofErr w:type="spellEnd"/>
      <w:r w:rsidRPr="003478DA">
        <w:rPr>
          <w:rFonts w:cstheme="majorHAnsi"/>
          <w:sz w:val="18"/>
          <w:szCs w:val="18"/>
        </w:rPr>
        <w:t xml:space="preserve"> </w:t>
      </w:r>
      <w:proofErr w:type="spellStart"/>
      <w:r w:rsidRPr="003478DA">
        <w:rPr>
          <w:rFonts w:ascii="Sylfaen" w:hAnsi="Sylfaen" w:cs="Sylfaen"/>
          <w:sz w:val="18"/>
          <w:szCs w:val="18"/>
        </w:rPr>
        <w:t>სამუშაოს</w:t>
      </w:r>
      <w:proofErr w:type="spellEnd"/>
      <w:r w:rsidRPr="003478DA">
        <w:rPr>
          <w:rFonts w:cstheme="majorHAnsi"/>
          <w:sz w:val="18"/>
          <w:szCs w:val="18"/>
        </w:rPr>
        <w:t xml:space="preserve"> </w:t>
      </w:r>
      <w:proofErr w:type="spellStart"/>
      <w:r w:rsidRPr="003478DA">
        <w:rPr>
          <w:rFonts w:ascii="Sylfaen" w:hAnsi="Sylfaen" w:cs="Sylfaen"/>
          <w:sz w:val="18"/>
          <w:szCs w:val="18"/>
        </w:rPr>
        <w:t>შესასრულებლად</w:t>
      </w:r>
      <w:proofErr w:type="spellEnd"/>
      <w:r w:rsidRPr="003478DA">
        <w:rPr>
          <w:rFonts w:cstheme="majorHAnsi"/>
          <w:sz w:val="18"/>
          <w:szCs w:val="18"/>
        </w:rPr>
        <w:t xml:space="preserve"> </w:t>
      </w:r>
      <w:proofErr w:type="spellStart"/>
      <w:r w:rsidRPr="003478DA">
        <w:rPr>
          <w:rFonts w:ascii="Sylfaen" w:hAnsi="Sylfaen" w:cs="Sylfaen"/>
          <w:sz w:val="18"/>
          <w:szCs w:val="18"/>
        </w:rPr>
        <w:t>და</w:t>
      </w:r>
      <w:proofErr w:type="spellEnd"/>
      <w:r w:rsidRPr="003478DA">
        <w:rPr>
          <w:rFonts w:cstheme="majorHAnsi"/>
          <w:sz w:val="18"/>
          <w:szCs w:val="18"/>
        </w:rPr>
        <w:t xml:space="preserve"> </w:t>
      </w:r>
      <w:proofErr w:type="spellStart"/>
      <w:r w:rsidRPr="003478DA">
        <w:rPr>
          <w:rFonts w:ascii="Sylfaen" w:hAnsi="Sylfaen" w:cs="Sylfaen"/>
          <w:sz w:val="18"/>
          <w:szCs w:val="18"/>
        </w:rPr>
        <w:t>რომელთა</w:t>
      </w:r>
      <w:proofErr w:type="spellEnd"/>
      <w:r w:rsidRPr="003478DA">
        <w:rPr>
          <w:rFonts w:cstheme="majorHAnsi"/>
          <w:sz w:val="18"/>
          <w:szCs w:val="18"/>
        </w:rPr>
        <w:t xml:space="preserve"> </w:t>
      </w:r>
      <w:proofErr w:type="spellStart"/>
      <w:r w:rsidRPr="003478DA">
        <w:rPr>
          <w:rFonts w:ascii="Sylfaen" w:hAnsi="Sylfaen" w:cs="Sylfaen"/>
          <w:sz w:val="18"/>
          <w:szCs w:val="18"/>
        </w:rPr>
        <w:t>გამოყენებაც</w:t>
      </w:r>
      <w:proofErr w:type="spellEnd"/>
      <w:r w:rsidRPr="003478DA">
        <w:rPr>
          <w:rFonts w:cstheme="majorHAnsi"/>
          <w:sz w:val="18"/>
          <w:szCs w:val="18"/>
        </w:rPr>
        <w:t xml:space="preserve"> </w:t>
      </w:r>
      <w:proofErr w:type="spellStart"/>
      <w:r w:rsidRPr="003478DA">
        <w:rPr>
          <w:rFonts w:ascii="Sylfaen" w:hAnsi="Sylfaen" w:cs="Sylfaen"/>
          <w:sz w:val="18"/>
          <w:szCs w:val="18"/>
        </w:rPr>
        <w:t>ხელშეკრულების</w:t>
      </w:r>
      <w:proofErr w:type="spellEnd"/>
      <w:r w:rsidRPr="003478DA">
        <w:rPr>
          <w:rFonts w:cstheme="majorHAnsi"/>
          <w:sz w:val="18"/>
          <w:szCs w:val="18"/>
        </w:rPr>
        <w:t xml:space="preserve"> </w:t>
      </w:r>
      <w:proofErr w:type="spellStart"/>
      <w:r w:rsidRPr="003478DA">
        <w:rPr>
          <w:rFonts w:ascii="Sylfaen" w:hAnsi="Sylfaen" w:cs="Sylfaen"/>
          <w:sz w:val="18"/>
          <w:szCs w:val="18"/>
        </w:rPr>
        <w:t>შეწყვეტის</w:t>
      </w:r>
      <w:proofErr w:type="spellEnd"/>
      <w:r w:rsidRPr="003478DA">
        <w:rPr>
          <w:rFonts w:cstheme="majorHAnsi"/>
          <w:sz w:val="18"/>
          <w:szCs w:val="18"/>
        </w:rPr>
        <w:t xml:space="preserve"> </w:t>
      </w:r>
      <w:proofErr w:type="spellStart"/>
      <w:r w:rsidRPr="003478DA">
        <w:rPr>
          <w:rFonts w:ascii="Sylfaen" w:hAnsi="Sylfaen" w:cs="Sylfaen"/>
          <w:sz w:val="18"/>
          <w:szCs w:val="18"/>
        </w:rPr>
        <w:t>მომენტისთვის</w:t>
      </w:r>
      <w:proofErr w:type="spellEnd"/>
      <w:r w:rsidRPr="003478DA">
        <w:rPr>
          <w:rFonts w:cstheme="majorHAnsi"/>
          <w:sz w:val="18"/>
          <w:szCs w:val="18"/>
        </w:rPr>
        <w:t xml:space="preserve"> </w:t>
      </w:r>
      <w:proofErr w:type="spellStart"/>
      <w:r w:rsidRPr="003478DA">
        <w:rPr>
          <w:rFonts w:ascii="Sylfaen" w:hAnsi="Sylfaen" w:cs="Sylfaen"/>
          <w:sz w:val="18"/>
          <w:szCs w:val="18"/>
        </w:rPr>
        <w:t>ჯერ</w:t>
      </w:r>
      <w:proofErr w:type="spellEnd"/>
      <w:r w:rsidRPr="003478DA">
        <w:rPr>
          <w:rFonts w:cstheme="majorHAnsi"/>
          <w:sz w:val="18"/>
          <w:szCs w:val="18"/>
        </w:rPr>
        <w:t xml:space="preserve"> </w:t>
      </w:r>
      <w:proofErr w:type="spellStart"/>
      <w:r w:rsidRPr="003478DA">
        <w:rPr>
          <w:rFonts w:ascii="Sylfaen" w:hAnsi="Sylfaen" w:cs="Sylfaen"/>
          <w:sz w:val="18"/>
          <w:szCs w:val="18"/>
        </w:rPr>
        <w:t>არ</w:t>
      </w:r>
      <w:proofErr w:type="spellEnd"/>
      <w:r w:rsidRPr="003478DA">
        <w:rPr>
          <w:rFonts w:cstheme="majorHAnsi"/>
          <w:sz w:val="18"/>
          <w:szCs w:val="18"/>
        </w:rPr>
        <w:t xml:space="preserve"> </w:t>
      </w:r>
      <w:proofErr w:type="spellStart"/>
      <w:r w:rsidRPr="003478DA">
        <w:rPr>
          <w:rFonts w:ascii="Sylfaen" w:hAnsi="Sylfaen" w:cs="Sylfaen"/>
          <w:sz w:val="18"/>
          <w:szCs w:val="18"/>
        </w:rPr>
        <w:t>მომხდარა</w:t>
      </w:r>
      <w:proofErr w:type="spellEnd"/>
      <w:r w:rsidR="003478DA">
        <w:rPr>
          <w:rFonts w:cstheme="majorHAnsi"/>
          <w:sz w:val="18"/>
          <w:szCs w:val="18"/>
        </w:rPr>
        <w:t xml:space="preserve"> </w:t>
      </w:r>
      <w:r w:rsidR="003478DA">
        <w:rPr>
          <w:rFonts w:ascii="Sylfaen" w:hAnsi="Sylfaen" w:cstheme="majorHAnsi"/>
          <w:sz w:val="18"/>
          <w:szCs w:val="18"/>
          <w:lang w:val="ka-GE"/>
        </w:rPr>
        <w:t>(</w:t>
      </w:r>
      <w:proofErr w:type="spellStart"/>
      <w:r w:rsidRPr="003478DA">
        <w:rPr>
          <w:rFonts w:ascii="Sylfaen" w:hAnsi="Sylfaen" w:cs="Sylfaen"/>
          <w:sz w:val="18"/>
          <w:szCs w:val="18"/>
        </w:rPr>
        <w:t>მენარდის</w:t>
      </w:r>
      <w:proofErr w:type="spellEnd"/>
      <w:r w:rsidRPr="003478DA">
        <w:rPr>
          <w:rFonts w:cstheme="majorHAnsi"/>
          <w:sz w:val="18"/>
          <w:szCs w:val="18"/>
        </w:rPr>
        <w:t xml:space="preserve"> </w:t>
      </w:r>
      <w:proofErr w:type="spellStart"/>
      <w:r w:rsidRPr="003478DA">
        <w:rPr>
          <w:rFonts w:ascii="Sylfaen" w:hAnsi="Sylfaen" w:cs="Sylfaen"/>
          <w:sz w:val="18"/>
          <w:szCs w:val="18"/>
        </w:rPr>
        <w:t>მიერ</w:t>
      </w:r>
      <w:proofErr w:type="spellEnd"/>
      <w:r w:rsidRPr="003478DA">
        <w:rPr>
          <w:rFonts w:cstheme="majorHAnsi"/>
          <w:sz w:val="18"/>
          <w:szCs w:val="18"/>
        </w:rPr>
        <w:t xml:space="preserve"> </w:t>
      </w:r>
      <w:proofErr w:type="spellStart"/>
      <w:r w:rsidRPr="003478DA">
        <w:rPr>
          <w:rFonts w:ascii="Sylfaen" w:hAnsi="Sylfaen" w:cs="Sylfaen"/>
          <w:sz w:val="18"/>
          <w:szCs w:val="18"/>
        </w:rPr>
        <w:t>დამკვეთისათვის</w:t>
      </w:r>
      <w:proofErr w:type="spellEnd"/>
      <w:r w:rsidRPr="003478DA">
        <w:rPr>
          <w:rFonts w:cstheme="majorHAnsi"/>
          <w:sz w:val="18"/>
          <w:szCs w:val="18"/>
        </w:rPr>
        <w:t xml:space="preserve">  </w:t>
      </w:r>
      <w:proofErr w:type="spellStart"/>
      <w:r w:rsidRPr="003478DA">
        <w:rPr>
          <w:rFonts w:ascii="Sylfaen" w:hAnsi="Sylfaen" w:cs="Sylfaen"/>
          <w:sz w:val="18"/>
          <w:szCs w:val="18"/>
        </w:rPr>
        <w:t>შესყიდული</w:t>
      </w:r>
      <w:proofErr w:type="spellEnd"/>
      <w:r w:rsidRPr="003478DA">
        <w:rPr>
          <w:rFonts w:cstheme="majorHAnsi"/>
          <w:sz w:val="18"/>
          <w:szCs w:val="18"/>
        </w:rPr>
        <w:t xml:space="preserve"> </w:t>
      </w:r>
      <w:proofErr w:type="spellStart"/>
      <w:r w:rsidRPr="003478DA">
        <w:rPr>
          <w:rFonts w:ascii="Sylfaen" w:hAnsi="Sylfaen" w:cs="Sylfaen"/>
          <w:sz w:val="18"/>
          <w:szCs w:val="18"/>
        </w:rPr>
        <w:t>ან</w:t>
      </w:r>
      <w:proofErr w:type="spellEnd"/>
      <w:r w:rsidRPr="003478DA">
        <w:rPr>
          <w:rFonts w:cstheme="majorHAnsi"/>
          <w:sz w:val="18"/>
          <w:szCs w:val="18"/>
        </w:rPr>
        <w:t>/</w:t>
      </w:r>
      <w:proofErr w:type="spellStart"/>
      <w:r w:rsidRPr="003478DA">
        <w:rPr>
          <w:rFonts w:ascii="Sylfaen" w:hAnsi="Sylfaen" w:cs="Sylfaen"/>
          <w:sz w:val="18"/>
          <w:szCs w:val="18"/>
        </w:rPr>
        <w:t>და</w:t>
      </w:r>
      <w:proofErr w:type="spellEnd"/>
      <w:r w:rsidRPr="003478DA">
        <w:rPr>
          <w:rFonts w:cstheme="majorHAnsi"/>
          <w:sz w:val="18"/>
          <w:szCs w:val="18"/>
        </w:rPr>
        <w:t xml:space="preserve"> </w:t>
      </w:r>
      <w:proofErr w:type="spellStart"/>
      <w:r w:rsidRPr="003478DA">
        <w:rPr>
          <w:rFonts w:ascii="Sylfaen" w:hAnsi="Sylfaen" w:cs="Sylfaen"/>
          <w:sz w:val="18"/>
          <w:szCs w:val="18"/>
        </w:rPr>
        <w:t>ავანსირებული</w:t>
      </w:r>
      <w:proofErr w:type="spellEnd"/>
      <w:r w:rsidRPr="003478DA">
        <w:rPr>
          <w:rFonts w:cstheme="majorHAnsi"/>
          <w:sz w:val="18"/>
          <w:szCs w:val="18"/>
        </w:rPr>
        <w:t xml:space="preserve"> </w:t>
      </w:r>
      <w:proofErr w:type="spellStart"/>
      <w:r w:rsidRPr="003478DA">
        <w:rPr>
          <w:rFonts w:ascii="Sylfaen" w:hAnsi="Sylfaen" w:cs="Sylfaen"/>
          <w:sz w:val="18"/>
          <w:szCs w:val="18"/>
        </w:rPr>
        <w:t>მასალების</w:t>
      </w:r>
      <w:proofErr w:type="spellEnd"/>
      <w:r w:rsidRPr="003478DA">
        <w:rPr>
          <w:rFonts w:cstheme="majorHAnsi"/>
          <w:sz w:val="18"/>
          <w:szCs w:val="18"/>
        </w:rPr>
        <w:t xml:space="preserve"> </w:t>
      </w:r>
      <w:proofErr w:type="spellStart"/>
      <w:r w:rsidRPr="003478DA">
        <w:rPr>
          <w:rFonts w:ascii="Sylfaen" w:hAnsi="Sylfaen" w:cs="Sylfaen"/>
          <w:sz w:val="18"/>
          <w:szCs w:val="18"/>
        </w:rPr>
        <w:t>შესყიდვის</w:t>
      </w:r>
      <w:proofErr w:type="spellEnd"/>
      <w:r w:rsidRPr="003478DA">
        <w:rPr>
          <w:rFonts w:cstheme="majorHAnsi"/>
          <w:sz w:val="18"/>
          <w:szCs w:val="18"/>
        </w:rPr>
        <w:t xml:space="preserve"> </w:t>
      </w:r>
      <w:proofErr w:type="spellStart"/>
      <w:r w:rsidRPr="003478DA">
        <w:rPr>
          <w:rFonts w:ascii="Sylfaen" w:hAnsi="Sylfaen" w:cs="Sylfaen"/>
          <w:sz w:val="18"/>
          <w:szCs w:val="18"/>
        </w:rPr>
        <w:t>დამადასტურებელი</w:t>
      </w:r>
      <w:proofErr w:type="spellEnd"/>
      <w:r w:rsidRPr="003478DA">
        <w:rPr>
          <w:rFonts w:cstheme="majorHAnsi"/>
          <w:sz w:val="18"/>
          <w:szCs w:val="18"/>
        </w:rPr>
        <w:t xml:space="preserve"> </w:t>
      </w:r>
      <w:proofErr w:type="spellStart"/>
      <w:r w:rsidRPr="003478DA">
        <w:rPr>
          <w:rFonts w:ascii="Sylfaen" w:hAnsi="Sylfaen" w:cs="Sylfaen"/>
          <w:sz w:val="18"/>
          <w:szCs w:val="18"/>
        </w:rPr>
        <w:t>შესაბამისი</w:t>
      </w:r>
      <w:proofErr w:type="spellEnd"/>
      <w:r w:rsidRPr="003478DA">
        <w:rPr>
          <w:rFonts w:cstheme="majorHAnsi"/>
          <w:sz w:val="18"/>
          <w:szCs w:val="18"/>
        </w:rPr>
        <w:t xml:space="preserve"> </w:t>
      </w:r>
      <w:proofErr w:type="spellStart"/>
      <w:r w:rsidRPr="003478DA">
        <w:rPr>
          <w:rFonts w:ascii="Sylfaen" w:hAnsi="Sylfaen" w:cs="Sylfaen"/>
          <w:sz w:val="18"/>
          <w:szCs w:val="18"/>
        </w:rPr>
        <w:t>დოკუმენტ</w:t>
      </w:r>
      <w:proofErr w:type="spellEnd"/>
      <w:r w:rsidR="003478DA">
        <w:rPr>
          <w:rFonts w:ascii="Sylfaen" w:hAnsi="Sylfaen" w:cstheme="majorHAnsi"/>
          <w:sz w:val="18"/>
          <w:szCs w:val="18"/>
          <w:lang w:val="ka-GE"/>
        </w:rPr>
        <w:t>(</w:t>
      </w:r>
      <w:proofErr w:type="spellStart"/>
      <w:r w:rsidRPr="003478DA">
        <w:rPr>
          <w:rFonts w:ascii="Sylfaen" w:hAnsi="Sylfaen" w:cs="Sylfaen"/>
          <w:sz w:val="18"/>
          <w:szCs w:val="18"/>
        </w:rPr>
        <w:t>ებ</w:t>
      </w:r>
      <w:proofErr w:type="spellEnd"/>
      <w:r w:rsidR="003478DA">
        <w:rPr>
          <w:rFonts w:ascii="Sylfaen" w:hAnsi="Sylfaen" w:cstheme="majorHAnsi"/>
          <w:sz w:val="18"/>
          <w:szCs w:val="18"/>
          <w:lang w:val="ka-GE"/>
        </w:rPr>
        <w:t>)</w:t>
      </w:r>
      <w:proofErr w:type="spellStart"/>
      <w:r w:rsidRPr="003478DA">
        <w:rPr>
          <w:rFonts w:ascii="Sylfaen" w:hAnsi="Sylfaen" w:cs="Sylfaen"/>
          <w:sz w:val="18"/>
          <w:szCs w:val="18"/>
        </w:rPr>
        <w:t>ის</w:t>
      </w:r>
      <w:proofErr w:type="spellEnd"/>
      <w:r w:rsidRPr="003478DA">
        <w:rPr>
          <w:rFonts w:cstheme="majorHAnsi"/>
          <w:sz w:val="18"/>
          <w:szCs w:val="18"/>
        </w:rPr>
        <w:t xml:space="preserve"> </w:t>
      </w:r>
      <w:proofErr w:type="spellStart"/>
      <w:r w:rsidRPr="003478DA">
        <w:rPr>
          <w:rFonts w:ascii="Sylfaen" w:hAnsi="Sylfaen" w:cs="Sylfaen"/>
          <w:sz w:val="18"/>
          <w:szCs w:val="18"/>
        </w:rPr>
        <w:t>წარდგენის</w:t>
      </w:r>
      <w:proofErr w:type="spellEnd"/>
      <w:r w:rsidRPr="003478DA">
        <w:rPr>
          <w:rFonts w:cstheme="majorHAnsi"/>
          <w:sz w:val="18"/>
          <w:szCs w:val="18"/>
        </w:rPr>
        <w:t xml:space="preserve"> </w:t>
      </w:r>
      <w:proofErr w:type="spellStart"/>
      <w:r w:rsidRPr="003478DA">
        <w:rPr>
          <w:rFonts w:ascii="Sylfaen" w:hAnsi="Sylfaen" w:cs="Sylfaen"/>
          <w:sz w:val="18"/>
          <w:szCs w:val="18"/>
        </w:rPr>
        <w:t>საფუძველზე</w:t>
      </w:r>
      <w:proofErr w:type="spellEnd"/>
      <w:r w:rsidR="003478DA">
        <w:rPr>
          <w:rFonts w:ascii="Sylfaen" w:hAnsi="Sylfaen" w:cstheme="majorHAnsi"/>
          <w:sz w:val="18"/>
          <w:szCs w:val="18"/>
          <w:lang w:val="ka-GE"/>
        </w:rPr>
        <w:t>)</w:t>
      </w:r>
      <w:r w:rsidRPr="003478DA">
        <w:rPr>
          <w:rFonts w:cstheme="majorHAnsi"/>
          <w:sz w:val="18"/>
          <w:szCs w:val="18"/>
        </w:rPr>
        <w:t xml:space="preserve">. </w:t>
      </w:r>
      <w:proofErr w:type="spellStart"/>
      <w:r w:rsidRPr="003478DA">
        <w:rPr>
          <w:rFonts w:ascii="Sylfaen" w:hAnsi="Sylfaen" w:cs="Sylfaen"/>
          <w:sz w:val="18"/>
          <w:szCs w:val="18"/>
        </w:rPr>
        <w:t>დამკვეთის</w:t>
      </w:r>
      <w:proofErr w:type="spellEnd"/>
      <w:r w:rsidRPr="003478DA">
        <w:rPr>
          <w:rFonts w:cstheme="majorHAnsi"/>
          <w:sz w:val="18"/>
          <w:szCs w:val="18"/>
        </w:rPr>
        <w:t xml:space="preserve"> </w:t>
      </w:r>
      <w:proofErr w:type="spellStart"/>
      <w:r w:rsidRPr="003478DA">
        <w:rPr>
          <w:rFonts w:ascii="Sylfaen" w:hAnsi="Sylfaen" w:cs="Sylfaen"/>
          <w:sz w:val="18"/>
          <w:szCs w:val="18"/>
        </w:rPr>
        <w:t>მიერ</w:t>
      </w:r>
      <w:proofErr w:type="spellEnd"/>
      <w:r w:rsidRPr="003478DA">
        <w:rPr>
          <w:rFonts w:cstheme="majorHAnsi"/>
          <w:sz w:val="18"/>
          <w:szCs w:val="18"/>
        </w:rPr>
        <w:t xml:space="preserve"> </w:t>
      </w:r>
      <w:proofErr w:type="spellStart"/>
      <w:r w:rsidRPr="003478DA">
        <w:rPr>
          <w:rFonts w:ascii="Sylfaen" w:hAnsi="Sylfaen" w:cs="Sylfaen"/>
          <w:sz w:val="18"/>
          <w:szCs w:val="18"/>
        </w:rPr>
        <w:t>ანაზღაურებული</w:t>
      </w:r>
      <w:proofErr w:type="spellEnd"/>
      <w:r w:rsidRPr="003478DA">
        <w:rPr>
          <w:rFonts w:cstheme="majorHAnsi"/>
          <w:sz w:val="18"/>
          <w:szCs w:val="18"/>
        </w:rPr>
        <w:t xml:space="preserve"> </w:t>
      </w:r>
      <w:proofErr w:type="spellStart"/>
      <w:r w:rsidRPr="003478DA">
        <w:rPr>
          <w:rFonts w:ascii="Sylfaen" w:hAnsi="Sylfaen" w:cs="Sylfaen"/>
          <w:sz w:val="18"/>
          <w:szCs w:val="18"/>
        </w:rPr>
        <w:t>მენარდის</w:t>
      </w:r>
      <w:proofErr w:type="spellEnd"/>
      <w:r w:rsidRPr="003478DA">
        <w:rPr>
          <w:rFonts w:cstheme="majorHAnsi"/>
          <w:sz w:val="18"/>
          <w:szCs w:val="18"/>
        </w:rPr>
        <w:t xml:space="preserve"> </w:t>
      </w:r>
      <w:proofErr w:type="spellStart"/>
      <w:r w:rsidRPr="003478DA">
        <w:rPr>
          <w:rFonts w:ascii="Sylfaen" w:hAnsi="Sylfaen" w:cs="Sylfaen"/>
          <w:sz w:val="18"/>
          <w:szCs w:val="18"/>
        </w:rPr>
        <w:t>მიერ</w:t>
      </w:r>
      <w:proofErr w:type="spellEnd"/>
      <w:r w:rsidRPr="003478DA">
        <w:rPr>
          <w:rFonts w:cstheme="majorHAnsi"/>
          <w:sz w:val="18"/>
          <w:szCs w:val="18"/>
        </w:rPr>
        <w:t xml:space="preserve"> </w:t>
      </w:r>
      <w:proofErr w:type="spellStart"/>
      <w:r w:rsidRPr="003478DA">
        <w:rPr>
          <w:rFonts w:ascii="Sylfaen" w:hAnsi="Sylfaen" w:cs="Sylfaen"/>
          <w:sz w:val="18"/>
          <w:szCs w:val="18"/>
        </w:rPr>
        <w:t>სამუშაოს</w:t>
      </w:r>
      <w:proofErr w:type="spellEnd"/>
      <w:r w:rsidRPr="003478DA">
        <w:rPr>
          <w:rFonts w:cstheme="majorHAnsi"/>
          <w:sz w:val="18"/>
          <w:szCs w:val="18"/>
        </w:rPr>
        <w:t xml:space="preserve"> </w:t>
      </w:r>
      <w:proofErr w:type="spellStart"/>
      <w:r w:rsidRPr="003478DA">
        <w:rPr>
          <w:rFonts w:ascii="Sylfaen" w:hAnsi="Sylfaen" w:cs="Sylfaen"/>
          <w:sz w:val="18"/>
          <w:szCs w:val="18"/>
        </w:rPr>
        <w:t>შესრულებისათვის</w:t>
      </w:r>
      <w:proofErr w:type="spellEnd"/>
      <w:r w:rsidRPr="003478DA">
        <w:rPr>
          <w:rFonts w:cstheme="majorHAnsi"/>
          <w:sz w:val="18"/>
          <w:szCs w:val="18"/>
        </w:rPr>
        <w:t xml:space="preserve"> </w:t>
      </w:r>
      <w:proofErr w:type="spellStart"/>
      <w:r w:rsidRPr="003478DA">
        <w:rPr>
          <w:rFonts w:ascii="Sylfaen" w:hAnsi="Sylfaen" w:cs="Sylfaen"/>
          <w:sz w:val="18"/>
          <w:szCs w:val="18"/>
        </w:rPr>
        <w:t>შესყიდული</w:t>
      </w:r>
      <w:proofErr w:type="spellEnd"/>
      <w:r w:rsidRPr="003478DA">
        <w:rPr>
          <w:rFonts w:cstheme="majorHAnsi"/>
          <w:sz w:val="18"/>
          <w:szCs w:val="18"/>
        </w:rPr>
        <w:t xml:space="preserve"> </w:t>
      </w:r>
      <w:proofErr w:type="spellStart"/>
      <w:r w:rsidRPr="003478DA">
        <w:rPr>
          <w:rFonts w:ascii="Sylfaen" w:hAnsi="Sylfaen" w:cs="Sylfaen"/>
          <w:sz w:val="18"/>
          <w:szCs w:val="18"/>
        </w:rPr>
        <w:t>ან</w:t>
      </w:r>
      <w:proofErr w:type="spellEnd"/>
      <w:r w:rsidRPr="003478DA">
        <w:rPr>
          <w:rFonts w:cstheme="majorHAnsi"/>
          <w:sz w:val="18"/>
          <w:szCs w:val="18"/>
        </w:rPr>
        <w:t>/</w:t>
      </w:r>
      <w:proofErr w:type="spellStart"/>
      <w:r w:rsidRPr="003478DA">
        <w:rPr>
          <w:rFonts w:ascii="Sylfaen" w:hAnsi="Sylfaen" w:cs="Sylfaen"/>
          <w:sz w:val="18"/>
          <w:szCs w:val="18"/>
        </w:rPr>
        <w:t>და</w:t>
      </w:r>
      <w:proofErr w:type="spellEnd"/>
      <w:r w:rsidRPr="003478DA">
        <w:rPr>
          <w:rFonts w:cstheme="majorHAnsi"/>
          <w:sz w:val="18"/>
          <w:szCs w:val="18"/>
        </w:rPr>
        <w:t xml:space="preserve"> </w:t>
      </w:r>
      <w:proofErr w:type="spellStart"/>
      <w:r w:rsidRPr="003478DA">
        <w:rPr>
          <w:rFonts w:ascii="Sylfaen" w:hAnsi="Sylfaen" w:cs="Sylfaen"/>
          <w:sz w:val="18"/>
          <w:szCs w:val="18"/>
        </w:rPr>
        <w:t>ავანსირებული</w:t>
      </w:r>
      <w:proofErr w:type="spellEnd"/>
      <w:r w:rsidRPr="003478DA">
        <w:rPr>
          <w:rFonts w:cstheme="majorHAnsi"/>
          <w:sz w:val="18"/>
          <w:szCs w:val="18"/>
        </w:rPr>
        <w:t xml:space="preserve"> </w:t>
      </w:r>
      <w:proofErr w:type="spellStart"/>
      <w:r w:rsidRPr="003478DA">
        <w:rPr>
          <w:rFonts w:ascii="Sylfaen" w:hAnsi="Sylfaen" w:cs="Sylfaen"/>
          <w:sz w:val="18"/>
          <w:szCs w:val="18"/>
        </w:rPr>
        <w:t>მასალები</w:t>
      </w:r>
      <w:proofErr w:type="spellEnd"/>
      <w:r w:rsidRPr="003478DA">
        <w:rPr>
          <w:rFonts w:cstheme="majorHAnsi"/>
          <w:sz w:val="18"/>
          <w:szCs w:val="18"/>
        </w:rPr>
        <w:t xml:space="preserve"> </w:t>
      </w:r>
      <w:proofErr w:type="spellStart"/>
      <w:r w:rsidRPr="003478DA">
        <w:rPr>
          <w:rFonts w:ascii="Sylfaen" w:hAnsi="Sylfaen" w:cs="Sylfaen"/>
          <w:sz w:val="18"/>
          <w:szCs w:val="18"/>
        </w:rPr>
        <w:t>გადაეცემა</w:t>
      </w:r>
      <w:proofErr w:type="spellEnd"/>
      <w:r w:rsidRPr="003478DA">
        <w:rPr>
          <w:rFonts w:cstheme="majorHAnsi"/>
          <w:sz w:val="18"/>
          <w:szCs w:val="18"/>
        </w:rPr>
        <w:t xml:space="preserve"> </w:t>
      </w:r>
      <w:proofErr w:type="spellStart"/>
      <w:r w:rsidRPr="003478DA">
        <w:rPr>
          <w:rFonts w:ascii="Sylfaen" w:hAnsi="Sylfaen" w:cs="Sylfaen"/>
          <w:sz w:val="18"/>
          <w:szCs w:val="18"/>
        </w:rPr>
        <w:t>დამკვეთს</w:t>
      </w:r>
      <w:proofErr w:type="spellEnd"/>
      <w:r w:rsidRPr="003478DA">
        <w:rPr>
          <w:rFonts w:cstheme="majorHAnsi"/>
          <w:sz w:val="18"/>
          <w:szCs w:val="18"/>
        </w:rPr>
        <w:t xml:space="preserve"> </w:t>
      </w:r>
      <w:proofErr w:type="spellStart"/>
      <w:r w:rsidRPr="003478DA">
        <w:rPr>
          <w:rFonts w:ascii="Sylfaen" w:hAnsi="Sylfaen" w:cs="Sylfaen"/>
          <w:sz w:val="18"/>
          <w:szCs w:val="18"/>
        </w:rPr>
        <w:t>და</w:t>
      </w:r>
      <w:proofErr w:type="spellEnd"/>
      <w:r w:rsidRPr="003478DA">
        <w:rPr>
          <w:rFonts w:cstheme="majorHAnsi"/>
          <w:sz w:val="18"/>
          <w:szCs w:val="18"/>
        </w:rPr>
        <w:t xml:space="preserve"> </w:t>
      </w:r>
      <w:proofErr w:type="spellStart"/>
      <w:r w:rsidRPr="003478DA">
        <w:rPr>
          <w:rFonts w:ascii="Sylfaen" w:hAnsi="Sylfaen" w:cs="Sylfaen"/>
          <w:sz w:val="18"/>
          <w:szCs w:val="18"/>
        </w:rPr>
        <w:t>მათზე</w:t>
      </w:r>
      <w:proofErr w:type="spellEnd"/>
      <w:r w:rsidRPr="003478DA">
        <w:rPr>
          <w:rFonts w:cstheme="majorHAnsi"/>
          <w:sz w:val="18"/>
          <w:szCs w:val="18"/>
        </w:rPr>
        <w:t xml:space="preserve"> </w:t>
      </w:r>
      <w:proofErr w:type="spellStart"/>
      <w:r w:rsidRPr="003478DA">
        <w:rPr>
          <w:rFonts w:ascii="Sylfaen" w:hAnsi="Sylfaen" w:cs="Sylfaen"/>
          <w:sz w:val="18"/>
          <w:szCs w:val="18"/>
        </w:rPr>
        <w:t>წარმოიშობა</w:t>
      </w:r>
      <w:proofErr w:type="spellEnd"/>
      <w:r w:rsidRPr="003478DA">
        <w:rPr>
          <w:rFonts w:cstheme="majorHAnsi"/>
          <w:sz w:val="18"/>
          <w:szCs w:val="18"/>
        </w:rPr>
        <w:t xml:space="preserve"> </w:t>
      </w:r>
      <w:proofErr w:type="spellStart"/>
      <w:r w:rsidRPr="003478DA">
        <w:rPr>
          <w:rFonts w:ascii="Sylfaen" w:hAnsi="Sylfaen" w:cs="Sylfaen"/>
          <w:sz w:val="18"/>
          <w:szCs w:val="18"/>
        </w:rPr>
        <w:t>დამკვეთის</w:t>
      </w:r>
      <w:proofErr w:type="spellEnd"/>
      <w:r w:rsidRPr="003478DA">
        <w:rPr>
          <w:rFonts w:cstheme="majorHAnsi"/>
          <w:sz w:val="18"/>
          <w:szCs w:val="18"/>
        </w:rPr>
        <w:t xml:space="preserve"> </w:t>
      </w:r>
      <w:proofErr w:type="spellStart"/>
      <w:r w:rsidRPr="003478DA">
        <w:rPr>
          <w:rFonts w:ascii="Sylfaen" w:hAnsi="Sylfaen" w:cs="Sylfaen"/>
          <w:sz w:val="18"/>
          <w:szCs w:val="18"/>
        </w:rPr>
        <w:t>საკუთრების</w:t>
      </w:r>
      <w:proofErr w:type="spellEnd"/>
      <w:r w:rsidRPr="003478DA">
        <w:rPr>
          <w:rFonts w:cstheme="majorHAnsi"/>
          <w:sz w:val="18"/>
          <w:szCs w:val="18"/>
        </w:rPr>
        <w:t xml:space="preserve"> </w:t>
      </w:r>
      <w:proofErr w:type="spellStart"/>
      <w:r w:rsidRPr="003478DA">
        <w:rPr>
          <w:rFonts w:ascii="Sylfaen" w:hAnsi="Sylfaen" w:cs="Sylfaen"/>
          <w:sz w:val="18"/>
          <w:szCs w:val="18"/>
        </w:rPr>
        <w:t>უფლება</w:t>
      </w:r>
      <w:proofErr w:type="spellEnd"/>
      <w:r w:rsidRPr="003478DA">
        <w:rPr>
          <w:rFonts w:cstheme="majorHAnsi"/>
          <w:sz w:val="18"/>
          <w:szCs w:val="18"/>
        </w:rPr>
        <w:t xml:space="preserve">. </w:t>
      </w:r>
    </w:p>
    <w:p w14:paraId="4792ACBD" w14:textId="6DFA113A" w:rsidR="0043468A" w:rsidRDefault="00A74260" w:rsidP="00185C20">
      <w:pPr>
        <w:pStyle w:val="ListParagraph"/>
        <w:numPr>
          <w:ilvl w:val="1"/>
          <w:numId w:val="13"/>
        </w:numPr>
        <w:jc w:val="both"/>
        <w:rPr>
          <w:rFonts w:cstheme="majorHAnsi"/>
          <w:sz w:val="18"/>
          <w:szCs w:val="18"/>
        </w:rPr>
      </w:pPr>
      <w:proofErr w:type="spellStart"/>
      <w:r w:rsidRPr="0043468A">
        <w:rPr>
          <w:rFonts w:ascii="Sylfaen" w:hAnsi="Sylfaen" w:cs="Sylfaen"/>
          <w:sz w:val="18"/>
          <w:szCs w:val="18"/>
        </w:rPr>
        <w:t>თუ</w:t>
      </w:r>
      <w:proofErr w:type="spellEnd"/>
      <w:r w:rsidRPr="0043468A">
        <w:rPr>
          <w:rFonts w:cstheme="majorHAnsi"/>
          <w:sz w:val="18"/>
          <w:szCs w:val="18"/>
        </w:rPr>
        <w:t xml:space="preserve"> </w:t>
      </w:r>
      <w:r w:rsidR="003478DA">
        <w:rPr>
          <w:rFonts w:ascii="Sylfaen" w:hAnsi="Sylfaen" w:cs="Sylfaen"/>
          <w:sz w:val="18"/>
          <w:szCs w:val="18"/>
          <w:lang w:val="ka-GE"/>
        </w:rPr>
        <w:t xml:space="preserve">მენარდე </w:t>
      </w:r>
      <w:proofErr w:type="spellStart"/>
      <w:r w:rsidRPr="0043468A">
        <w:rPr>
          <w:rFonts w:ascii="Sylfaen" w:hAnsi="Sylfaen" w:cs="Sylfaen"/>
          <w:sz w:val="18"/>
          <w:szCs w:val="18"/>
        </w:rPr>
        <w:t>დაარღვევს</w:t>
      </w:r>
      <w:proofErr w:type="spellEnd"/>
      <w:r w:rsidRPr="0043468A">
        <w:rPr>
          <w:rFonts w:cstheme="majorHAnsi"/>
          <w:sz w:val="18"/>
          <w:szCs w:val="18"/>
        </w:rPr>
        <w:t xml:space="preserve"> </w:t>
      </w:r>
      <w:proofErr w:type="spellStart"/>
      <w:r w:rsidRPr="0043468A">
        <w:rPr>
          <w:rFonts w:ascii="Sylfaen" w:hAnsi="Sylfaen" w:cs="Sylfaen"/>
          <w:sz w:val="18"/>
          <w:szCs w:val="18"/>
        </w:rPr>
        <w:t>სამუშაოების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შესრულებისათვის</w:t>
      </w:r>
      <w:proofErr w:type="spellEnd"/>
      <w:r w:rsidRPr="0043468A">
        <w:rPr>
          <w:rFonts w:cstheme="majorHAnsi"/>
          <w:sz w:val="18"/>
          <w:szCs w:val="18"/>
        </w:rPr>
        <w:t xml:space="preserve"> </w:t>
      </w:r>
      <w:proofErr w:type="spellStart"/>
      <w:r w:rsidRPr="0043468A">
        <w:rPr>
          <w:rFonts w:ascii="Sylfaen" w:hAnsi="Sylfaen" w:cs="Sylfaen"/>
          <w:sz w:val="18"/>
          <w:szCs w:val="18"/>
        </w:rPr>
        <w:t>კალენდარული</w:t>
      </w:r>
      <w:proofErr w:type="spellEnd"/>
      <w:r w:rsidRPr="0043468A">
        <w:rPr>
          <w:rFonts w:cstheme="majorHAnsi"/>
          <w:sz w:val="18"/>
          <w:szCs w:val="18"/>
        </w:rPr>
        <w:t xml:space="preserve"> </w:t>
      </w:r>
      <w:proofErr w:type="spellStart"/>
      <w:r w:rsidRPr="0043468A">
        <w:rPr>
          <w:rFonts w:ascii="Sylfaen" w:hAnsi="Sylfaen" w:cs="Sylfaen"/>
          <w:sz w:val="18"/>
          <w:szCs w:val="18"/>
        </w:rPr>
        <w:t>გეგმა</w:t>
      </w:r>
      <w:r w:rsidRPr="0043468A">
        <w:rPr>
          <w:rFonts w:cstheme="majorHAnsi"/>
          <w:sz w:val="18"/>
          <w:szCs w:val="18"/>
        </w:rPr>
        <w:t>-</w:t>
      </w:r>
      <w:r w:rsidRPr="0043468A">
        <w:rPr>
          <w:rFonts w:ascii="Sylfaen" w:hAnsi="Sylfaen" w:cs="Sylfaen"/>
          <w:sz w:val="18"/>
          <w:szCs w:val="18"/>
        </w:rPr>
        <w:t>გრაფიკით</w:t>
      </w:r>
      <w:proofErr w:type="spellEnd"/>
      <w:r w:rsidRPr="0043468A">
        <w:rPr>
          <w:rFonts w:cstheme="majorHAnsi"/>
          <w:sz w:val="18"/>
          <w:szCs w:val="18"/>
        </w:rPr>
        <w:t xml:space="preserve"> </w:t>
      </w:r>
      <w:proofErr w:type="spellStart"/>
      <w:r w:rsidRPr="0043468A">
        <w:rPr>
          <w:rFonts w:ascii="Sylfaen" w:hAnsi="Sylfaen" w:cs="Sylfaen"/>
          <w:sz w:val="18"/>
          <w:szCs w:val="18"/>
        </w:rPr>
        <w:t>დადგენილ</w:t>
      </w:r>
      <w:proofErr w:type="spellEnd"/>
      <w:r w:rsidRPr="0043468A">
        <w:rPr>
          <w:rFonts w:cstheme="majorHAnsi"/>
          <w:sz w:val="18"/>
          <w:szCs w:val="18"/>
        </w:rPr>
        <w:t xml:space="preserve"> </w:t>
      </w:r>
      <w:proofErr w:type="spellStart"/>
      <w:r w:rsidRPr="0043468A">
        <w:rPr>
          <w:rFonts w:ascii="Sylfaen" w:hAnsi="Sylfaen" w:cs="Sylfaen"/>
          <w:sz w:val="18"/>
          <w:szCs w:val="18"/>
        </w:rPr>
        <w:t>ვადებს</w:t>
      </w:r>
      <w:proofErr w:type="spellEnd"/>
      <w:r w:rsidRPr="0043468A">
        <w:rPr>
          <w:rFonts w:cstheme="majorHAnsi"/>
          <w:sz w:val="18"/>
          <w:szCs w:val="18"/>
        </w:rPr>
        <w:t xml:space="preserve">, </w:t>
      </w:r>
      <w:proofErr w:type="spellStart"/>
      <w:r w:rsidRPr="0043468A">
        <w:rPr>
          <w:rFonts w:ascii="Sylfaen" w:hAnsi="Sylfaen" w:cs="Sylfaen"/>
          <w:sz w:val="18"/>
          <w:szCs w:val="18"/>
        </w:rPr>
        <w:t>ასეთ</w:t>
      </w:r>
      <w:proofErr w:type="spellEnd"/>
      <w:r w:rsidRPr="0043468A">
        <w:rPr>
          <w:rFonts w:cstheme="majorHAnsi"/>
          <w:sz w:val="18"/>
          <w:szCs w:val="18"/>
        </w:rPr>
        <w:t xml:space="preserve"> </w:t>
      </w:r>
      <w:proofErr w:type="spellStart"/>
      <w:r w:rsidRPr="0043468A">
        <w:rPr>
          <w:rFonts w:ascii="Sylfaen" w:hAnsi="Sylfaen" w:cs="Sylfaen"/>
          <w:sz w:val="18"/>
          <w:szCs w:val="18"/>
        </w:rPr>
        <w:t>შემთხვევაში</w:t>
      </w:r>
      <w:proofErr w:type="spellEnd"/>
      <w:r w:rsidRPr="0043468A">
        <w:rPr>
          <w:rFonts w:cstheme="majorHAnsi"/>
          <w:sz w:val="18"/>
          <w:szCs w:val="18"/>
        </w:rPr>
        <w:t xml:space="preserve">, </w:t>
      </w:r>
      <w:r w:rsidR="003478DA">
        <w:rPr>
          <w:rFonts w:ascii="Sylfaen" w:hAnsi="Sylfaen" w:cs="Sylfaen"/>
          <w:sz w:val="18"/>
          <w:szCs w:val="18"/>
          <w:lang w:val="ka-GE"/>
        </w:rPr>
        <w:t>მენარდე</w:t>
      </w:r>
      <w:r w:rsidRPr="0043468A">
        <w:rPr>
          <w:rFonts w:cstheme="majorHAnsi"/>
          <w:sz w:val="18"/>
          <w:szCs w:val="18"/>
        </w:rPr>
        <w:t xml:space="preserve"> </w:t>
      </w:r>
      <w:proofErr w:type="spellStart"/>
      <w:r w:rsidRPr="0043468A">
        <w:rPr>
          <w:rFonts w:ascii="Sylfaen" w:hAnsi="Sylfaen" w:cs="Sylfaen"/>
          <w:sz w:val="18"/>
          <w:szCs w:val="18"/>
        </w:rPr>
        <w:t>ვალდებულია</w:t>
      </w:r>
      <w:proofErr w:type="spellEnd"/>
      <w:r w:rsidRPr="0043468A">
        <w:rPr>
          <w:rFonts w:cstheme="majorHAnsi"/>
          <w:sz w:val="18"/>
          <w:szCs w:val="18"/>
        </w:rPr>
        <w:t xml:space="preserve"> </w:t>
      </w:r>
      <w:proofErr w:type="spellStart"/>
      <w:r w:rsidRPr="0043468A">
        <w:rPr>
          <w:rFonts w:ascii="Sylfaen" w:hAnsi="Sylfaen" w:cs="Sylfaen"/>
          <w:sz w:val="18"/>
          <w:szCs w:val="18"/>
        </w:rPr>
        <w:t>არაუმეტეს</w:t>
      </w:r>
      <w:proofErr w:type="spellEnd"/>
      <w:r w:rsidR="003478DA">
        <w:rPr>
          <w:rFonts w:cstheme="majorHAnsi"/>
          <w:sz w:val="18"/>
          <w:szCs w:val="18"/>
        </w:rPr>
        <w:t xml:space="preserve"> - 30 </w:t>
      </w:r>
      <w:r w:rsidR="003478DA">
        <w:rPr>
          <w:rFonts w:ascii="Sylfaen" w:hAnsi="Sylfaen" w:cstheme="majorHAnsi"/>
          <w:sz w:val="18"/>
          <w:szCs w:val="18"/>
          <w:lang w:val="ka-GE"/>
        </w:rPr>
        <w:t>(</w:t>
      </w:r>
      <w:proofErr w:type="spellStart"/>
      <w:r w:rsidRPr="0043468A">
        <w:rPr>
          <w:rFonts w:ascii="Sylfaen" w:hAnsi="Sylfaen" w:cs="Sylfaen"/>
          <w:sz w:val="18"/>
          <w:szCs w:val="18"/>
        </w:rPr>
        <w:t>ოცდაათი</w:t>
      </w:r>
      <w:proofErr w:type="spellEnd"/>
      <w:r w:rsidR="003478DA">
        <w:rPr>
          <w:rFonts w:ascii="Sylfaen" w:hAnsi="Sylfaen" w:cstheme="majorHAnsi"/>
          <w:sz w:val="18"/>
          <w:szCs w:val="18"/>
          <w:lang w:val="ka-GE"/>
        </w:rPr>
        <w:t>)</w:t>
      </w:r>
      <w:r w:rsidRPr="0043468A">
        <w:rPr>
          <w:rFonts w:cstheme="majorHAnsi"/>
          <w:sz w:val="18"/>
          <w:szCs w:val="18"/>
        </w:rPr>
        <w:t xml:space="preserve"> </w:t>
      </w:r>
      <w:proofErr w:type="spellStart"/>
      <w:r w:rsidRPr="0043468A">
        <w:rPr>
          <w:rFonts w:ascii="Sylfaen" w:hAnsi="Sylfaen" w:cs="Sylfaen"/>
          <w:sz w:val="18"/>
          <w:szCs w:val="18"/>
        </w:rPr>
        <w:t>კალდენარულ</w:t>
      </w:r>
      <w:proofErr w:type="spellEnd"/>
      <w:r w:rsidRPr="0043468A">
        <w:rPr>
          <w:rFonts w:cstheme="majorHAnsi"/>
          <w:sz w:val="18"/>
          <w:szCs w:val="18"/>
        </w:rPr>
        <w:t xml:space="preserve"> </w:t>
      </w:r>
      <w:proofErr w:type="spellStart"/>
      <w:r w:rsidRPr="0043468A">
        <w:rPr>
          <w:rFonts w:ascii="Sylfaen" w:hAnsi="Sylfaen" w:cs="Sylfaen"/>
          <w:sz w:val="18"/>
          <w:szCs w:val="18"/>
        </w:rPr>
        <w:t>დღის</w:t>
      </w:r>
      <w:proofErr w:type="spellEnd"/>
      <w:r w:rsidRPr="0043468A">
        <w:rPr>
          <w:rFonts w:cstheme="majorHAnsi"/>
          <w:sz w:val="18"/>
          <w:szCs w:val="18"/>
        </w:rPr>
        <w:t xml:space="preserve"> </w:t>
      </w:r>
      <w:proofErr w:type="spellStart"/>
      <w:r w:rsidRPr="0043468A">
        <w:rPr>
          <w:rFonts w:ascii="Sylfaen" w:hAnsi="Sylfaen" w:cs="Sylfaen"/>
          <w:sz w:val="18"/>
          <w:szCs w:val="18"/>
        </w:rPr>
        <w:t>ვადაში</w:t>
      </w:r>
      <w:proofErr w:type="spellEnd"/>
      <w:r w:rsidRPr="0043468A">
        <w:rPr>
          <w:rFonts w:cstheme="majorHAnsi"/>
          <w:sz w:val="18"/>
          <w:szCs w:val="18"/>
        </w:rPr>
        <w:t xml:space="preserve"> </w:t>
      </w:r>
      <w:proofErr w:type="spellStart"/>
      <w:r w:rsidRPr="0043468A">
        <w:rPr>
          <w:rFonts w:ascii="Sylfaen" w:hAnsi="Sylfaen" w:cs="Sylfaen"/>
          <w:sz w:val="18"/>
          <w:szCs w:val="18"/>
        </w:rPr>
        <w:t>განახორციელოს</w:t>
      </w:r>
      <w:proofErr w:type="spellEnd"/>
      <w:r w:rsidRPr="0043468A">
        <w:rPr>
          <w:rFonts w:cstheme="majorHAnsi"/>
          <w:sz w:val="18"/>
          <w:szCs w:val="18"/>
        </w:rPr>
        <w:t xml:space="preserve"> </w:t>
      </w:r>
      <w:proofErr w:type="spellStart"/>
      <w:r w:rsidRPr="0043468A">
        <w:rPr>
          <w:rFonts w:ascii="Sylfaen" w:hAnsi="Sylfaen" w:cs="Sylfaen"/>
          <w:sz w:val="18"/>
          <w:szCs w:val="18"/>
        </w:rPr>
        <w:t>ვადის</w:t>
      </w:r>
      <w:proofErr w:type="spellEnd"/>
      <w:r w:rsidRPr="0043468A">
        <w:rPr>
          <w:rFonts w:cstheme="majorHAnsi"/>
          <w:sz w:val="18"/>
          <w:szCs w:val="18"/>
        </w:rPr>
        <w:t xml:space="preserve"> </w:t>
      </w:r>
      <w:proofErr w:type="spellStart"/>
      <w:r w:rsidRPr="0043468A">
        <w:rPr>
          <w:rFonts w:ascii="Sylfaen" w:hAnsi="Sylfaen" w:cs="Sylfaen"/>
          <w:sz w:val="18"/>
          <w:szCs w:val="18"/>
        </w:rPr>
        <w:t>დარღვევით</w:t>
      </w:r>
      <w:proofErr w:type="spellEnd"/>
      <w:r w:rsidRPr="0043468A">
        <w:rPr>
          <w:rFonts w:cstheme="majorHAnsi"/>
          <w:sz w:val="18"/>
          <w:szCs w:val="18"/>
        </w:rPr>
        <w:t xml:space="preserve"> </w:t>
      </w:r>
      <w:proofErr w:type="spellStart"/>
      <w:r w:rsidRPr="0043468A">
        <w:rPr>
          <w:rFonts w:ascii="Sylfaen" w:hAnsi="Sylfaen" w:cs="Sylfaen"/>
          <w:sz w:val="18"/>
          <w:szCs w:val="18"/>
        </w:rPr>
        <w:t>შესრულებული</w:t>
      </w:r>
      <w:proofErr w:type="spellEnd"/>
      <w:r w:rsidRPr="0043468A">
        <w:rPr>
          <w:rFonts w:cstheme="majorHAnsi"/>
          <w:sz w:val="18"/>
          <w:szCs w:val="18"/>
        </w:rPr>
        <w:t xml:space="preserve"> </w:t>
      </w:r>
      <w:proofErr w:type="spellStart"/>
      <w:r w:rsidRPr="0043468A">
        <w:rPr>
          <w:rFonts w:ascii="Sylfaen" w:hAnsi="Sylfaen" w:cs="Sylfaen"/>
          <w:sz w:val="18"/>
          <w:szCs w:val="18"/>
        </w:rPr>
        <w:t>სამუშაოს</w:t>
      </w:r>
      <w:proofErr w:type="spellEnd"/>
      <w:r w:rsidRPr="0043468A">
        <w:rPr>
          <w:rFonts w:cstheme="majorHAnsi"/>
          <w:sz w:val="18"/>
          <w:szCs w:val="18"/>
        </w:rPr>
        <w:t xml:space="preserve"> </w:t>
      </w:r>
      <w:proofErr w:type="spellStart"/>
      <w:r w:rsidRPr="0043468A">
        <w:rPr>
          <w:rFonts w:ascii="Sylfaen" w:hAnsi="Sylfaen" w:cs="Sylfaen"/>
          <w:sz w:val="18"/>
          <w:szCs w:val="18"/>
        </w:rPr>
        <w:t>შესრულება</w:t>
      </w:r>
      <w:proofErr w:type="spellEnd"/>
      <w:r w:rsidRPr="0043468A">
        <w:rPr>
          <w:rFonts w:cstheme="majorHAnsi"/>
          <w:sz w:val="18"/>
          <w:szCs w:val="18"/>
        </w:rPr>
        <w:t xml:space="preserve"> </w:t>
      </w:r>
      <w:proofErr w:type="spellStart"/>
      <w:r w:rsidRPr="0043468A">
        <w:rPr>
          <w:rFonts w:ascii="Sylfaen" w:hAnsi="Sylfaen" w:cs="Sylfaen"/>
          <w:sz w:val="18"/>
          <w:szCs w:val="18"/>
        </w:rPr>
        <w:t>იმგვარად</w:t>
      </w:r>
      <w:proofErr w:type="spellEnd"/>
      <w:r w:rsidRPr="0043468A">
        <w:rPr>
          <w:rFonts w:cstheme="majorHAnsi"/>
          <w:sz w:val="18"/>
          <w:szCs w:val="18"/>
        </w:rPr>
        <w:t xml:space="preserve">, </w:t>
      </w:r>
      <w:proofErr w:type="spellStart"/>
      <w:r w:rsidRPr="0043468A">
        <w:rPr>
          <w:rFonts w:ascii="Sylfaen" w:hAnsi="Sylfaen" w:cs="Sylfaen"/>
          <w:sz w:val="18"/>
          <w:szCs w:val="18"/>
        </w:rPr>
        <w:t>რომ</w:t>
      </w:r>
      <w:proofErr w:type="spellEnd"/>
      <w:r w:rsidRPr="0043468A">
        <w:rPr>
          <w:rFonts w:cstheme="majorHAnsi"/>
          <w:sz w:val="18"/>
          <w:szCs w:val="18"/>
        </w:rPr>
        <w:t xml:space="preserve"> </w:t>
      </w:r>
      <w:proofErr w:type="spellStart"/>
      <w:r w:rsidRPr="0043468A">
        <w:rPr>
          <w:rFonts w:ascii="Sylfaen" w:hAnsi="Sylfaen" w:cs="Sylfaen"/>
          <w:sz w:val="18"/>
          <w:szCs w:val="18"/>
        </w:rPr>
        <w:t>არ</w:t>
      </w:r>
      <w:proofErr w:type="spellEnd"/>
      <w:r w:rsidRPr="0043468A">
        <w:rPr>
          <w:rFonts w:cstheme="majorHAnsi"/>
          <w:sz w:val="18"/>
          <w:szCs w:val="18"/>
        </w:rPr>
        <w:t xml:space="preserve"> </w:t>
      </w:r>
      <w:proofErr w:type="spellStart"/>
      <w:r w:rsidRPr="0043468A">
        <w:rPr>
          <w:rFonts w:ascii="Sylfaen" w:hAnsi="Sylfaen" w:cs="Sylfaen"/>
          <w:sz w:val="18"/>
          <w:szCs w:val="18"/>
        </w:rPr>
        <w:t>დაირღვეს</w:t>
      </w:r>
      <w:proofErr w:type="spellEnd"/>
      <w:r w:rsidRPr="0043468A">
        <w:rPr>
          <w:rFonts w:cstheme="majorHAnsi"/>
          <w:sz w:val="18"/>
          <w:szCs w:val="18"/>
        </w:rPr>
        <w:t xml:space="preserve"> </w:t>
      </w:r>
      <w:proofErr w:type="spellStart"/>
      <w:r w:rsidRPr="0043468A">
        <w:rPr>
          <w:rFonts w:ascii="Sylfaen" w:hAnsi="Sylfaen" w:cs="Sylfaen"/>
          <w:sz w:val="18"/>
          <w:szCs w:val="18"/>
        </w:rPr>
        <w:t>კალენდარული</w:t>
      </w:r>
      <w:proofErr w:type="spellEnd"/>
      <w:r w:rsidRPr="0043468A">
        <w:rPr>
          <w:rFonts w:cstheme="majorHAnsi"/>
          <w:sz w:val="18"/>
          <w:szCs w:val="18"/>
        </w:rPr>
        <w:t xml:space="preserve"> </w:t>
      </w:r>
      <w:proofErr w:type="spellStart"/>
      <w:r w:rsidRPr="0043468A">
        <w:rPr>
          <w:rFonts w:ascii="Sylfaen" w:hAnsi="Sylfaen" w:cs="Sylfaen"/>
          <w:sz w:val="18"/>
          <w:szCs w:val="18"/>
        </w:rPr>
        <w:t>გეგმა</w:t>
      </w:r>
      <w:r w:rsidRPr="0043468A">
        <w:rPr>
          <w:rFonts w:cstheme="majorHAnsi"/>
          <w:sz w:val="18"/>
          <w:szCs w:val="18"/>
        </w:rPr>
        <w:t>-</w:t>
      </w:r>
      <w:r w:rsidRPr="0043468A">
        <w:rPr>
          <w:rFonts w:ascii="Sylfaen" w:hAnsi="Sylfaen" w:cs="Sylfaen"/>
          <w:sz w:val="18"/>
          <w:szCs w:val="18"/>
        </w:rPr>
        <w:t>გრაფიკით</w:t>
      </w:r>
      <w:proofErr w:type="spellEnd"/>
      <w:r w:rsidRPr="0043468A">
        <w:rPr>
          <w:rFonts w:cstheme="majorHAnsi"/>
          <w:sz w:val="18"/>
          <w:szCs w:val="18"/>
        </w:rPr>
        <w:t xml:space="preserve"> </w:t>
      </w:r>
      <w:proofErr w:type="spellStart"/>
      <w:r w:rsidRPr="0043468A">
        <w:rPr>
          <w:rFonts w:ascii="Sylfaen" w:hAnsi="Sylfaen" w:cs="Sylfaen"/>
          <w:sz w:val="18"/>
          <w:szCs w:val="18"/>
        </w:rPr>
        <w:t>განსაზღვრული</w:t>
      </w:r>
      <w:proofErr w:type="spellEnd"/>
      <w:r w:rsidRPr="0043468A">
        <w:rPr>
          <w:rFonts w:cstheme="majorHAnsi"/>
          <w:sz w:val="18"/>
          <w:szCs w:val="18"/>
        </w:rPr>
        <w:t xml:space="preserve"> </w:t>
      </w:r>
      <w:proofErr w:type="spellStart"/>
      <w:r w:rsidRPr="0043468A">
        <w:rPr>
          <w:rFonts w:ascii="Sylfaen" w:hAnsi="Sylfaen" w:cs="Sylfaen"/>
          <w:sz w:val="18"/>
          <w:szCs w:val="18"/>
        </w:rPr>
        <w:t>სხვა</w:t>
      </w:r>
      <w:proofErr w:type="spellEnd"/>
      <w:r w:rsidRPr="0043468A">
        <w:rPr>
          <w:rFonts w:cstheme="majorHAnsi"/>
          <w:sz w:val="18"/>
          <w:szCs w:val="18"/>
        </w:rPr>
        <w:t>/</w:t>
      </w:r>
      <w:proofErr w:type="spellStart"/>
      <w:r w:rsidRPr="0043468A">
        <w:rPr>
          <w:rFonts w:ascii="Sylfaen" w:hAnsi="Sylfaen" w:cs="Sylfaen"/>
          <w:sz w:val="18"/>
          <w:szCs w:val="18"/>
        </w:rPr>
        <w:t>მომდევნო</w:t>
      </w:r>
      <w:proofErr w:type="spellEnd"/>
      <w:r w:rsidRPr="0043468A">
        <w:rPr>
          <w:rFonts w:cstheme="majorHAnsi"/>
          <w:sz w:val="18"/>
          <w:szCs w:val="18"/>
        </w:rPr>
        <w:t xml:space="preserve"> </w:t>
      </w:r>
      <w:proofErr w:type="spellStart"/>
      <w:r w:rsidRPr="0043468A">
        <w:rPr>
          <w:rFonts w:ascii="Sylfaen" w:hAnsi="Sylfaen" w:cs="Sylfaen"/>
          <w:sz w:val="18"/>
          <w:szCs w:val="18"/>
        </w:rPr>
        <w:t>სამუშაოების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შესრულების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ვადა</w:t>
      </w:r>
      <w:proofErr w:type="spellEnd"/>
      <w:r w:rsidRPr="0043468A">
        <w:rPr>
          <w:rFonts w:cstheme="majorHAnsi"/>
          <w:sz w:val="18"/>
          <w:szCs w:val="18"/>
        </w:rPr>
        <w:t>.</w:t>
      </w:r>
      <w:r w:rsidR="002464F3">
        <w:rPr>
          <w:rFonts w:cstheme="majorHAnsi"/>
          <w:sz w:val="18"/>
          <w:szCs w:val="18"/>
          <w:lang w:val="ru-RU"/>
        </w:rPr>
        <w:t xml:space="preserve"> </w:t>
      </w:r>
      <w:proofErr w:type="spellStart"/>
      <w:r w:rsidRPr="0043468A">
        <w:rPr>
          <w:rFonts w:ascii="Sylfaen" w:hAnsi="Sylfaen" w:cs="Sylfaen"/>
          <w:sz w:val="18"/>
          <w:szCs w:val="18"/>
        </w:rPr>
        <w:t>ამასთან</w:t>
      </w:r>
      <w:proofErr w:type="spellEnd"/>
      <w:r w:rsidRPr="0043468A">
        <w:rPr>
          <w:rFonts w:cstheme="majorHAnsi"/>
          <w:sz w:val="18"/>
          <w:szCs w:val="18"/>
        </w:rPr>
        <w:t>,</w:t>
      </w:r>
      <w:r w:rsidR="002464F3">
        <w:rPr>
          <w:rFonts w:cstheme="majorHAnsi"/>
          <w:sz w:val="18"/>
          <w:szCs w:val="18"/>
          <w:lang w:val="ru-RU"/>
        </w:rPr>
        <w:t xml:space="preserve"> </w:t>
      </w:r>
      <w:r w:rsidR="003478DA">
        <w:rPr>
          <w:rFonts w:ascii="Sylfaen" w:hAnsi="Sylfaen" w:cs="Sylfaen"/>
          <w:sz w:val="18"/>
          <w:szCs w:val="18"/>
          <w:lang w:val="ka-GE"/>
        </w:rPr>
        <w:t xml:space="preserve">მენარდე </w:t>
      </w:r>
      <w:proofErr w:type="spellStart"/>
      <w:r w:rsidRPr="0043468A">
        <w:rPr>
          <w:rFonts w:ascii="Sylfaen" w:hAnsi="Sylfaen" w:cs="Sylfaen"/>
          <w:sz w:val="18"/>
          <w:szCs w:val="18"/>
        </w:rPr>
        <w:t>ამ</w:t>
      </w:r>
      <w:proofErr w:type="spellEnd"/>
      <w:r w:rsidRPr="0043468A">
        <w:rPr>
          <w:rFonts w:cstheme="majorHAnsi"/>
          <w:sz w:val="18"/>
          <w:szCs w:val="18"/>
        </w:rPr>
        <w:t xml:space="preserve"> </w:t>
      </w:r>
      <w:proofErr w:type="spellStart"/>
      <w:r w:rsidRPr="0043468A">
        <w:rPr>
          <w:rFonts w:ascii="Sylfaen" w:hAnsi="Sylfaen" w:cs="Sylfaen"/>
          <w:sz w:val="18"/>
          <w:szCs w:val="18"/>
        </w:rPr>
        <w:t>პუნქტით</w:t>
      </w:r>
      <w:proofErr w:type="spellEnd"/>
      <w:r w:rsidRPr="0043468A">
        <w:rPr>
          <w:rFonts w:cstheme="majorHAnsi"/>
          <w:sz w:val="18"/>
          <w:szCs w:val="18"/>
        </w:rPr>
        <w:t xml:space="preserve"> </w:t>
      </w:r>
      <w:proofErr w:type="spellStart"/>
      <w:r w:rsidRPr="0043468A">
        <w:rPr>
          <w:rFonts w:ascii="Sylfaen" w:hAnsi="Sylfaen" w:cs="Sylfaen"/>
          <w:sz w:val="18"/>
          <w:szCs w:val="18"/>
        </w:rPr>
        <w:t>განსაზღვრული</w:t>
      </w:r>
      <w:proofErr w:type="spellEnd"/>
      <w:r w:rsidRPr="0043468A">
        <w:rPr>
          <w:rFonts w:cstheme="majorHAnsi"/>
          <w:sz w:val="18"/>
          <w:szCs w:val="18"/>
        </w:rPr>
        <w:t xml:space="preserve"> </w:t>
      </w:r>
      <w:proofErr w:type="spellStart"/>
      <w:r w:rsidRPr="0043468A">
        <w:rPr>
          <w:rFonts w:ascii="Sylfaen" w:hAnsi="Sylfaen" w:cs="Sylfaen"/>
          <w:sz w:val="18"/>
          <w:szCs w:val="18"/>
        </w:rPr>
        <w:t>გარემოების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დადგომიდან</w:t>
      </w:r>
      <w:proofErr w:type="spellEnd"/>
      <w:r w:rsidRPr="0043468A">
        <w:rPr>
          <w:rFonts w:cstheme="majorHAnsi"/>
          <w:sz w:val="18"/>
          <w:szCs w:val="18"/>
        </w:rPr>
        <w:t>,</w:t>
      </w:r>
      <w:r w:rsidR="003478DA">
        <w:rPr>
          <w:rFonts w:ascii="Sylfaen" w:hAnsi="Sylfaen" w:cstheme="majorHAnsi"/>
          <w:sz w:val="18"/>
          <w:szCs w:val="18"/>
          <w:lang w:val="ka-GE"/>
        </w:rPr>
        <w:t xml:space="preserve"> </w:t>
      </w:r>
      <w:proofErr w:type="spellStart"/>
      <w:r w:rsidRPr="0043468A">
        <w:rPr>
          <w:rFonts w:ascii="Sylfaen" w:hAnsi="Sylfaen" w:cs="Sylfaen"/>
          <w:sz w:val="18"/>
          <w:szCs w:val="18"/>
        </w:rPr>
        <w:t>არაუმეტეს</w:t>
      </w:r>
      <w:proofErr w:type="spellEnd"/>
      <w:r w:rsidRPr="0043468A">
        <w:rPr>
          <w:rFonts w:cstheme="majorHAnsi"/>
          <w:sz w:val="18"/>
          <w:szCs w:val="18"/>
        </w:rPr>
        <w:t xml:space="preserve"> - 10 </w:t>
      </w:r>
      <w:r w:rsidR="003478DA">
        <w:rPr>
          <w:rFonts w:ascii="Sylfaen" w:hAnsi="Sylfaen" w:cstheme="majorHAnsi"/>
          <w:sz w:val="18"/>
          <w:szCs w:val="18"/>
          <w:lang w:val="ka-GE"/>
        </w:rPr>
        <w:t>(</w:t>
      </w:r>
      <w:proofErr w:type="spellStart"/>
      <w:r w:rsidRPr="0043468A">
        <w:rPr>
          <w:rFonts w:ascii="Sylfaen" w:hAnsi="Sylfaen" w:cs="Sylfaen"/>
          <w:sz w:val="18"/>
          <w:szCs w:val="18"/>
        </w:rPr>
        <w:t>ათი</w:t>
      </w:r>
      <w:proofErr w:type="spellEnd"/>
      <w:r w:rsidR="003478DA">
        <w:rPr>
          <w:rFonts w:ascii="Sylfaen" w:hAnsi="Sylfaen" w:cstheme="majorHAnsi"/>
          <w:sz w:val="18"/>
          <w:szCs w:val="18"/>
          <w:lang w:val="ka-GE"/>
        </w:rPr>
        <w:t>)</w:t>
      </w:r>
      <w:r w:rsidRPr="0043468A">
        <w:rPr>
          <w:rFonts w:cstheme="majorHAnsi"/>
          <w:sz w:val="18"/>
          <w:szCs w:val="18"/>
        </w:rPr>
        <w:t xml:space="preserve"> </w:t>
      </w:r>
      <w:proofErr w:type="spellStart"/>
      <w:r w:rsidRPr="0043468A">
        <w:rPr>
          <w:rFonts w:ascii="Sylfaen" w:hAnsi="Sylfaen" w:cs="Sylfaen"/>
          <w:sz w:val="18"/>
          <w:szCs w:val="18"/>
        </w:rPr>
        <w:t>კალენდარული</w:t>
      </w:r>
      <w:proofErr w:type="spellEnd"/>
      <w:r w:rsidRPr="0043468A">
        <w:rPr>
          <w:rFonts w:cstheme="majorHAnsi"/>
          <w:sz w:val="18"/>
          <w:szCs w:val="18"/>
        </w:rPr>
        <w:t xml:space="preserve"> </w:t>
      </w:r>
      <w:proofErr w:type="spellStart"/>
      <w:r w:rsidRPr="0043468A">
        <w:rPr>
          <w:rFonts w:ascii="Sylfaen" w:hAnsi="Sylfaen" w:cs="Sylfaen"/>
          <w:sz w:val="18"/>
          <w:szCs w:val="18"/>
        </w:rPr>
        <w:t>დღის</w:t>
      </w:r>
      <w:proofErr w:type="spellEnd"/>
      <w:r w:rsidRPr="0043468A">
        <w:rPr>
          <w:rFonts w:cstheme="majorHAnsi"/>
          <w:sz w:val="18"/>
          <w:szCs w:val="18"/>
        </w:rPr>
        <w:t xml:space="preserve"> </w:t>
      </w:r>
      <w:proofErr w:type="spellStart"/>
      <w:r w:rsidRPr="0043468A">
        <w:rPr>
          <w:rFonts w:ascii="Sylfaen" w:hAnsi="Sylfaen" w:cs="Sylfaen"/>
          <w:sz w:val="18"/>
          <w:szCs w:val="18"/>
        </w:rPr>
        <w:t>ვადაში</w:t>
      </w:r>
      <w:proofErr w:type="spellEnd"/>
      <w:r w:rsidRPr="0043468A">
        <w:rPr>
          <w:rFonts w:cstheme="majorHAnsi"/>
          <w:sz w:val="18"/>
          <w:szCs w:val="18"/>
        </w:rPr>
        <w:t xml:space="preserve">, </w:t>
      </w:r>
      <w:proofErr w:type="spellStart"/>
      <w:r w:rsidRPr="0043468A">
        <w:rPr>
          <w:rFonts w:ascii="Sylfaen" w:hAnsi="Sylfaen" w:cs="Sylfaen"/>
          <w:sz w:val="18"/>
          <w:szCs w:val="18"/>
        </w:rPr>
        <w:t>დამკვეთს</w:t>
      </w:r>
      <w:proofErr w:type="spellEnd"/>
      <w:r w:rsidRPr="0043468A">
        <w:rPr>
          <w:rFonts w:cstheme="majorHAnsi"/>
          <w:sz w:val="18"/>
          <w:szCs w:val="18"/>
        </w:rPr>
        <w:t xml:space="preserve"> </w:t>
      </w:r>
      <w:proofErr w:type="spellStart"/>
      <w:r w:rsidRPr="0043468A">
        <w:rPr>
          <w:rFonts w:ascii="Sylfaen" w:hAnsi="Sylfaen" w:cs="Sylfaen"/>
          <w:sz w:val="18"/>
          <w:szCs w:val="18"/>
        </w:rPr>
        <w:t>წარუდგ</w:t>
      </w:r>
      <w:proofErr w:type="spellEnd"/>
      <w:r w:rsidR="00E86FA0">
        <w:rPr>
          <w:rFonts w:ascii="Sylfaen" w:hAnsi="Sylfaen" w:cs="Sylfaen"/>
          <w:sz w:val="18"/>
          <w:szCs w:val="18"/>
          <w:lang w:val="ka-GE"/>
        </w:rPr>
        <w:t>ე</w:t>
      </w:r>
      <w:proofErr w:type="spellStart"/>
      <w:r w:rsidRPr="0043468A">
        <w:rPr>
          <w:rFonts w:ascii="Sylfaen" w:hAnsi="Sylfaen" w:cs="Sylfaen"/>
          <w:sz w:val="18"/>
          <w:szCs w:val="18"/>
        </w:rPr>
        <w:t>ნს</w:t>
      </w:r>
      <w:proofErr w:type="spellEnd"/>
      <w:r w:rsidRPr="0043468A">
        <w:rPr>
          <w:rFonts w:cstheme="majorHAnsi"/>
          <w:sz w:val="18"/>
          <w:szCs w:val="18"/>
        </w:rPr>
        <w:t xml:space="preserve"> </w:t>
      </w:r>
      <w:proofErr w:type="spellStart"/>
      <w:r w:rsidRPr="0043468A">
        <w:rPr>
          <w:rFonts w:ascii="Sylfaen" w:hAnsi="Sylfaen" w:cs="Sylfaen"/>
          <w:sz w:val="18"/>
          <w:szCs w:val="18"/>
        </w:rPr>
        <w:t>და</w:t>
      </w:r>
      <w:proofErr w:type="spellEnd"/>
      <w:r w:rsidRPr="0043468A">
        <w:rPr>
          <w:rFonts w:cstheme="majorHAnsi"/>
          <w:sz w:val="18"/>
          <w:szCs w:val="18"/>
        </w:rPr>
        <w:t xml:space="preserve"> </w:t>
      </w:r>
      <w:proofErr w:type="spellStart"/>
      <w:r w:rsidRPr="0043468A">
        <w:rPr>
          <w:rFonts w:ascii="Sylfaen" w:hAnsi="Sylfaen" w:cs="Sylfaen"/>
          <w:sz w:val="18"/>
          <w:szCs w:val="18"/>
        </w:rPr>
        <w:t>დამკვეთთან</w:t>
      </w:r>
      <w:proofErr w:type="spellEnd"/>
      <w:r w:rsidRPr="0043468A">
        <w:rPr>
          <w:rFonts w:cstheme="majorHAnsi"/>
          <w:sz w:val="18"/>
          <w:szCs w:val="18"/>
        </w:rPr>
        <w:t xml:space="preserve"> </w:t>
      </w:r>
      <w:proofErr w:type="spellStart"/>
      <w:r w:rsidRPr="0043468A">
        <w:rPr>
          <w:rFonts w:ascii="Sylfaen" w:hAnsi="Sylfaen" w:cs="Sylfaen"/>
          <w:sz w:val="18"/>
          <w:szCs w:val="18"/>
        </w:rPr>
        <w:t>შეათანხმებს</w:t>
      </w:r>
      <w:proofErr w:type="spellEnd"/>
      <w:r w:rsidRPr="0043468A">
        <w:rPr>
          <w:rFonts w:cstheme="majorHAnsi"/>
          <w:sz w:val="18"/>
          <w:szCs w:val="18"/>
        </w:rPr>
        <w:t xml:space="preserve"> </w:t>
      </w:r>
      <w:proofErr w:type="spellStart"/>
      <w:r w:rsidRPr="0043468A">
        <w:rPr>
          <w:rFonts w:ascii="Sylfaen" w:hAnsi="Sylfaen" w:cs="Sylfaen"/>
          <w:sz w:val="18"/>
          <w:szCs w:val="18"/>
        </w:rPr>
        <w:t>სამუშაოების</w:t>
      </w:r>
      <w:proofErr w:type="spellEnd"/>
      <w:r w:rsidRPr="0043468A">
        <w:rPr>
          <w:rFonts w:cstheme="majorHAnsi"/>
          <w:sz w:val="18"/>
          <w:szCs w:val="18"/>
        </w:rPr>
        <w:t xml:space="preserve"> </w:t>
      </w:r>
      <w:proofErr w:type="spellStart"/>
      <w:r w:rsidRPr="0043468A">
        <w:rPr>
          <w:rFonts w:ascii="Sylfaen" w:hAnsi="Sylfaen" w:cs="Sylfaen"/>
          <w:sz w:val="18"/>
          <w:szCs w:val="18"/>
        </w:rPr>
        <w:t>ახალ</w:t>
      </w:r>
      <w:proofErr w:type="spellEnd"/>
      <w:r w:rsidR="002464F3">
        <w:rPr>
          <w:rFonts w:ascii="Sylfaen" w:hAnsi="Sylfaen" w:cs="Sylfaen"/>
          <w:sz w:val="18"/>
          <w:szCs w:val="18"/>
          <w:lang w:val="ru-RU"/>
        </w:rPr>
        <w:t xml:space="preserve"> </w:t>
      </w:r>
      <w:proofErr w:type="spellStart"/>
      <w:r w:rsidRPr="0043468A">
        <w:rPr>
          <w:rFonts w:ascii="Sylfaen" w:hAnsi="Sylfaen" w:cs="Sylfaen"/>
          <w:sz w:val="18"/>
          <w:szCs w:val="18"/>
        </w:rPr>
        <w:t>კალენდარულ</w:t>
      </w:r>
      <w:proofErr w:type="spellEnd"/>
      <w:r w:rsidR="002464F3">
        <w:rPr>
          <w:rFonts w:ascii="Sylfaen" w:hAnsi="Sylfaen" w:cs="Sylfaen"/>
          <w:sz w:val="18"/>
          <w:szCs w:val="18"/>
          <w:lang w:val="ru-RU"/>
        </w:rPr>
        <w:t xml:space="preserve"> </w:t>
      </w:r>
      <w:proofErr w:type="spellStart"/>
      <w:r w:rsidRPr="0043468A">
        <w:rPr>
          <w:rFonts w:ascii="Sylfaen" w:hAnsi="Sylfaen" w:cs="Sylfaen"/>
          <w:sz w:val="18"/>
          <w:szCs w:val="18"/>
        </w:rPr>
        <w:t>გეგმა</w:t>
      </w:r>
      <w:r w:rsidRPr="0043468A">
        <w:rPr>
          <w:rFonts w:cstheme="majorHAnsi"/>
          <w:sz w:val="18"/>
          <w:szCs w:val="18"/>
        </w:rPr>
        <w:t>-</w:t>
      </w:r>
      <w:r w:rsidRPr="0043468A">
        <w:rPr>
          <w:rFonts w:ascii="Sylfaen" w:hAnsi="Sylfaen" w:cs="Sylfaen"/>
          <w:sz w:val="18"/>
          <w:szCs w:val="18"/>
        </w:rPr>
        <w:t>გრაფიკს</w:t>
      </w:r>
      <w:proofErr w:type="spellEnd"/>
      <w:r w:rsidRPr="0043468A">
        <w:rPr>
          <w:rFonts w:cstheme="majorHAnsi"/>
          <w:sz w:val="18"/>
          <w:szCs w:val="18"/>
        </w:rPr>
        <w:t xml:space="preserve">, </w:t>
      </w:r>
      <w:proofErr w:type="spellStart"/>
      <w:r w:rsidRPr="0043468A">
        <w:rPr>
          <w:rFonts w:ascii="Sylfaen" w:hAnsi="Sylfaen" w:cs="Sylfaen"/>
          <w:sz w:val="18"/>
          <w:szCs w:val="18"/>
        </w:rPr>
        <w:t>იმგვარად</w:t>
      </w:r>
      <w:proofErr w:type="spellEnd"/>
      <w:r w:rsidRPr="0043468A">
        <w:rPr>
          <w:rFonts w:cstheme="majorHAnsi"/>
          <w:sz w:val="18"/>
          <w:szCs w:val="18"/>
        </w:rPr>
        <w:t xml:space="preserve">, </w:t>
      </w:r>
      <w:proofErr w:type="spellStart"/>
      <w:r w:rsidRPr="0043468A">
        <w:rPr>
          <w:rFonts w:ascii="Sylfaen" w:hAnsi="Sylfaen" w:cs="Sylfaen"/>
          <w:sz w:val="18"/>
          <w:szCs w:val="18"/>
        </w:rPr>
        <w:t>რომ</w:t>
      </w:r>
      <w:proofErr w:type="spellEnd"/>
      <w:r w:rsidRPr="0043468A">
        <w:rPr>
          <w:rFonts w:cstheme="majorHAnsi"/>
          <w:sz w:val="18"/>
          <w:szCs w:val="18"/>
        </w:rPr>
        <w:t xml:space="preserve"> </w:t>
      </w:r>
      <w:proofErr w:type="spellStart"/>
      <w:r w:rsidRPr="0043468A">
        <w:rPr>
          <w:rFonts w:ascii="Sylfaen" w:hAnsi="Sylfaen" w:cs="Sylfaen"/>
          <w:sz w:val="18"/>
          <w:szCs w:val="18"/>
        </w:rPr>
        <w:t>ახალი</w:t>
      </w:r>
      <w:proofErr w:type="spellEnd"/>
      <w:r w:rsidRPr="0043468A">
        <w:rPr>
          <w:rFonts w:cstheme="majorHAnsi"/>
          <w:sz w:val="18"/>
          <w:szCs w:val="18"/>
        </w:rPr>
        <w:t xml:space="preserve"> </w:t>
      </w:r>
      <w:proofErr w:type="spellStart"/>
      <w:r w:rsidRPr="0043468A">
        <w:rPr>
          <w:rFonts w:ascii="Sylfaen" w:hAnsi="Sylfaen" w:cs="Sylfaen"/>
          <w:sz w:val="18"/>
          <w:szCs w:val="18"/>
        </w:rPr>
        <w:t>კალენდარული</w:t>
      </w:r>
      <w:proofErr w:type="spellEnd"/>
      <w:r w:rsidRPr="0043468A">
        <w:rPr>
          <w:rFonts w:cstheme="majorHAnsi"/>
          <w:sz w:val="18"/>
          <w:szCs w:val="18"/>
        </w:rPr>
        <w:t xml:space="preserve"> </w:t>
      </w:r>
      <w:proofErr w:type="spellStart"/>
      <w:r w:rsidRPr="0043468A">
        <w:rPr>
          <w:rFonts w:ascii="Sylfaen" w:hAnsi="Sylfaen" w:cs="Sylfaen"/>
          <w:sz w:val="18"/>
          <w:szCs w:val="18"/>
        </w:rPr>
        <w:t>გეგმა</w:t>
      </w:r>
      <w:r w:rsidRPr="0043468A">
        <w:rPr>
          <w:rFonts w:cstheme="majorHAnsi"/>
          <w:sz w:val="18"/>
          <w:szCs w:val="18"/>
        </w:rPr>
        <w:t>-</w:t>
      </w:r>
      <w:r w:rsidRPr="0043468A">
        <w:rPr>
          <w:rFonts w:ascii="Sylfaen" w:hAnsi="Sylfaen" w:cs="Sylfaen"/>
          <w:sz w:val="18"/>
          <w:szCs w:val="18"/>
        </w:rPr>
        <w:t>გრაფიკით</w:t>
      </w:r>
      <w:proofErr w:type="spellEnd"/>
      <w:r w:rsidRPr="0043468A">
        <w:rPr>
          <w:rFonts w:cstheme="majorHAnsi"/>
          <w:sz w:val="18"/>
          <w:szCs w:val="18"/>
        </w:rPr>
        <w:t xml:space="preserve"> </w:t>
      </w:r>
      <w:proofErr w:type="spellStart"/>
      <w:r w:rsidRPr="0043468A">
        <w:rPr>
          <w:rFonts w:ascii="Sylfaen" w:hAnsi="Sylfaen" w:cs="Sylfaen"/>
          <w:sz w:val="18"/>
          <w:szCs w:val="18"/>
        </w:rPr>
        <w:t>არ</w:t>
      </w:r>
      <w:proofErr w:type="spellEnd"/>
      <w:r w:rsidRPr="0043468A">
        <w:rPr>
          <w:rFonts w:cstheme="majorHAnsi"/>
          <w:sz w:val="18"/>
          <w:szCs w:val="18"/>
        </w:rPr>
        <w:t xml:space="preserve"> </w:t>
      </w:r>
      <w:proofErr w:type="spellStart"/>
      <w:r w:rsidRPr="0043468A">
        <w:rPr>
          <w:rFonts w:ascii="Sylfaen" w:hAnsi="Sylfaen" w:cs="Sylfaen"/>
          <w:sz w:val="18"/>
          <w:szCs w:val="18"/>
        </w:rPr>
        <w:t>უნდა</w:t>
      </w:r>
      <w:proofErr w:type="spellEnd"/>
      <w:r w:rsidRPr="0043468A">
        <w:rPr>
          <w:rFonts w:cstheme="majorHAnsi"/>
          <w:sz w:val="18"/>
          <w:szCs w:val="18"/>
        </w:rPr>
        <w:t xml:space="preserve"> </w:t>
      </w:r>
      <w:proofErr w:type="spellStart"/>
      <w:r w:rsidRPr="0043468A">
        <w:rPr>
          <w:rFonts w:ascii="Sylfaen" w:hAnsi="Sylfaen" w:cs="Sylfaen"/>
          <w:sz w:val="18"/>
          <w:szCs w:val="18"/>
        </w:rPr>
        <w:t>იცვლებოდეს</w:t>
      </w:r>
      <w:proofErr w:type="spellEnd"/>
      <w:r w:rsidRPr="0043468A">
        <w:rPr>
          <w:rFonts w:cstheme="majorHAnsi"/>
          <w:sz w:val="18"/>
          <w:szCs w:val="18"/>
        </w:rPr>
        <w:t xml:space="preserve"> </w:t>
      </w:r>
      <w:proofErr w:type="spellStart"/>
      <w:r w:rsidRPr="0043468A">
        <w:rPr>
          <w:rFonts w:ascii="Sylfaen" w:hAnsi="Sylfaen" w:cs="Sylfaen"/>
          <w:sz w:val="18"/>
          <w:szCs w:val="18"/>
        </w:rPr>
        <w:t>სამუშაოს</w:t>
      </w:r>
      <w:proofErr w:type="spellEnd"/>
      <w:r w:rsidRPr="0043468A">
        <w:rPr>
          <w:rFonts w:cstheme="majorHAnsi"/>
          <w:sz w:val="18"/>
          <w:szCs w:val="18"/>
        </w:rPr>
        <w:t xml:space="preserve"> </w:t>
      </w:r>
      <w:proofErr w:type="spellStart"/>
      <w:r w:rsidRPr="0043468A">
        <w:rPr>
          <w:rFonts w:ascii="Sylfaen" w:hAnsi="Sylfaen" w:cs="Sylfaen"/>
          <w:sz w:val="18"/>
          <w:szCs w:val="18"/>
        </w:rPr>
        <w:t>სრულად</w:t>
      </w:r>
      <w:proofErr w:type="spellEnd"/>
      <w:r w:rsidRPr="0043468A">
        <w:rPr>
          <w:rFonts w:cstheme="majorHAnsi"/>
          <w:sz w:val="18"/>
          <w:szCs w:val="18"/>
        </w:rPr>
        <w:t xml:space="preserve"> </w:t>
      </w:r>
      <w:proofErr w:type="spellStart"/>
      <w:r w:rsidRPr="0043468A">
        <w:rPr>
          <w:rFonts w:ascii="Sylfaen" w:hAnsi="Sylfaen" w:cs="Sylfaen"/>
          <w:sz w:val="18"/>
          <w:szCs w:val="18"/>
        </w:rPr>
        <w:t>შესრულებისათვის</w:t>
      </w:r>
      <w:proofErr w:type="spellEnd"/>
      <w:r w:rsidRPr="0043468A">
        <w:rPr>
          <w:rFonts w:cstheme="majorHAnsi"/>
          <w:sz w:val="18"/>
          <w:szCs w:val="18"/>
        </w:rPr>
        <w:t xml:space="preserve"> </w:t>
      </w:r>
      <w:r w:rsidR="003478DA">
        <w:rPr>
          <w:rFonts w:ascii="Sylfaen" w:hAnsi="Sylfaen" w:cstheme="majorHAnsi"/>
          <w:sz w:val="18"/>
          <w:szCs w:val="18"/>
          <w:lang w:val="ka-GE"/>
        </w:rPr>
        <w:t>(</w:t>
      </w:r>
      <w:proofErr w:type="spellStart"/>
      <w:r w:rsidRPr="0043468A">
        <w:rPr>
          <w:rFonts w:ascii="Sylfaen" w:hAnsi="Sylfaen" w:cs="Sylfaen"/>
          <w:sz w:val="18"/>
          <w:szCs w:val="18"/>
        </w:rPr>
        <w:t>სამუშაოს</w:t>
      </w:r>
      <w:proofErr w:type="spellEnd"/>
      <w:r w:rsidRPr="0043468A">
        <w:rPr>
          <w:rFonts w:cstheme="majorHAnsi"/>
          <w:sz w:val="18"/>
          <w:szCs w:val="18"/>
        </w:rPr>
        <w:t xml:space="preserve"> </w:t>
      </w:r>
      <w:proofErr w:type="spellStart"/>
      <w:r w:rsidRPr="0043468A">
        <w:rPr>
          <w:rFonts w:ascii="Sylfaen" w:hAnsi="Sylfaen" w:cs="Sylfaen"/>
          <w:sz w:val="18"/>
          <w:szCs w:val="18"/>
        </w:rPr>
        <w:t>დასრულებისთვის</w:t>
      </w:r>
      <w:proofErr w:type="spellEnd"/>
      <w:r w:rsidR="003478DA">
        <w:rPr>
          <w:rFonts w:ascii="Sylfaen" w:hAnsi="Sylfaen" w:cstheme="majorHAnsi"/>
          <w:sz w:val="18"/>
          <w:szCs w:val="18"/>
          <w:lang w:val="ka-GE"/>
        </w:rPr>
        <w:t xml:space="preserve">) </w:t>
      </w:r>
      <w:proofErr w:type="spellStart"/>
      <w:r w:rsidRPr="0043468A">
        <w:rPr>
          <w:rFonts w:ascii="Sylfaen" w:hAnsi="Sylfaen" w:cs="Sylfaen"/>
          <w:sz w:val="18"/>
          <w:szCs w:val="18"/>
        </w:rPr>
        <w:t>ხელშეკრულების</w:t>
      </w:r>
      <w:proofErr w:type="spellEnd"/>
      <w:r w:rsidRPr="0043468A">
        <w:rPr>
          <w:rFonts w:cstheme="majorHAnsi"/>
          <w:sz w:val="18"/>
          <w:szCs w:val="18"/>
        </w:rPr>
        <w:t xml:space="preserve"> 5.1. </w:t>
      </w:r>
      <w:proofErr w:type="spellStart"/>
      <w:r w:rsidRPr="0043468A">
        <w:rPr>
          <w:rFonts w:ascii="Sylfaen" w:hAnsi="Sylfaen" w:cs="Sylfaen"/>
          <w:sz w:val="18"/>
          <w:szCs w:val="18"/>
        </w:rPr>
        <w:t>მუხლით</w:t>
      </w:r>
      <w:proofErr w:type="spellEnd"/>
      <w:r w:rsidRPr="0043468A">
        <w:rPr>
          <w:rFonts w:cstheme="majorHAnsi"/>
          <w:sz w:val="18"/>
          <w:szCs w:val="18"/>
        </w:rPr>
        <w:t xml:space="preserve"> </w:t>
      </w:r>
      <w:proofErr w:type="spellStart"/>
      <w:r w:rsidRPr="0043468A">
        <w:rPr>
          <w:rFonts w:ascii="Sylfaen" w:hAnsi="Sylfaen" w:cs="Sylfaen"/>
          <w:sz w:val="18"/>
          <w:szCs w:val="18"/>
        </w:rPr>
        <w:t>განსაზღვრული</w:t>
      </w:r>
      <w:proofErr w:type="spellEnd"/>
      <w:r w:rsidRPr="0043468A">
        <w:rPr>
          <w:rFonts w:cstheme="majorHAnsi"/>
          <w:sz w:val="18"/>
          <w:szCs w:val="18"/>
        </w:rPr>
        <w:t xml:space="preserve"> </w:t>
      </w:r>
      <w:proofErr w:type="spellStart"/>
      <w:r w:rsidRPr="0043468A">
        <w:rPr>
          <w:rFonts w:ascii="Sylfaen" w:hAnsi="Sylfaen" w:cs="Sylfaen"/>
          <w:sz w:val="18"/>
          <w:szCs w:val="18"/>
        </w:rPr>
        <w:t>ვადა</w:t>
      </w:r>
      <w:proofErr w:type="spellEnd"/>
      <w:r w:rsidRPr="0043468A">
        <w:rPr>
          <w:rFonts w:cstheme="majorHAnsi"/>
          <w:sz w:val="18"/>
          <w:szCs w:val="18"/>
        </w:rPr>
        <w:t xml:space="preserve">. </w:t>
      </w:r>
      <w:proofErr w:type="spellStart"/>
      <w:r w:rsidRPr="0043468A">
        <w:rPr>
          <w:rFonts w:ascii="Sylfaen" w:hAnsi="Sylfaen" w:cs="Sylfaen"/>
          <w:sz w:val="18"/>
          <w:szCs w:val="18"/>
        </w:rPr>
        <w:t>ამასთან</w:t>
      </w:r>
      <w:proofErr w:type="spellEnd"/>
      <w:r w:rsidRPr="0043468A">
        <w:rPr>
          <w:rFonts w:cstheme="majorHAnsi"/>
          <w:sz w:val="18"/>
          <w:szCs w:val="18"/>
        </w:rPr>
        <w:t xml:space="preserve">, </w:t>
      </w:r>
      <w:proofErr w:type="spellStart"/>
      <w:r w:rsidRPr="0043468A">
        <w:rPr>
          <w:rFonts w:ascii="Sylfaen" w:hAnsi="Sylfaen" w:cs="Sylfaen"/>
          <w:sz w:val="18"/>
          <w:szCs w:val="18"/>
        </w:rPr>
        <w:t>დამკვეთი</w:t>
      </w:r>
      <w:proofErr w:type="spellEnd"/>
      <w:r w:rsidR="002464F3">
        <w:rPr>
          <w:rFonts w:ascii="Sylfaen" w:hAnsi="Sylfaen" w:cs="Sylfaen"/>
          <w:sz w:val="18"/>
          <w:szCs w:val="18"/>
          <w:lang w:val="ru-RU"/>
        </w:rPr>
        <w:t xml:space="preserve"> </w:t>
      </w:r>
      <w:proofErr w:type="spellStart"/>
      <w:r w:rsidRPr="0043468A">
        <w:rPr>
          <w:rFonts w:ascii="Sylfaen" w:hAnsi="Sylfaen" w:cs="Sylfaen"/>
          <w:sz w:val="18"/>
          <w:szCs w:val="18"/>
        </w:rPr>
        <w:t>უფლებამოსილია</w:t>
      </w:r>
      <w:proofErr w:type="spellEnd"/>
      <w:r w:rsidR="002464F3">
        <w:rPr>
          <w:rFonts w:ascii="Sylfaen" w:hAnsi="Sylfaen" w:cs="Sylfaen"/>
          <w:sz w:val="18"/>
          <w:szCs w:val="18"/>
          <w:lang w:val="ru-RU"/>
        </w:rPr>
        <w:t xml:space="preserve"> </w:t>
      </w:r>
      <w:proofErr w:type="spellStart"/>
      <w:r w:rsidRPr="0043468A">
        <w:rPr>
          <w:rFonts w:ascii="Sylfaen" w:hAnsi="Sylfaen" w:cs="Sylfaen"/>
          <w:sz w:val="18"/>
          <w:szCs w:val="18"/>
        </w:rPr>
        <w:t>გამოიყენოს</w:t>
      </w:r>
      <w:proofErr w:type="spellEnd"/>
      <w:r w:rsidRPr="0043468A">
        <w:rPr>
          <w:rFonts w:cstheme="majorHAnsi"/>
          <w:sz w:val="18"/>
          <w:szCs w:val="18"/>
        </w:rPr>
        <w:t xml:space="preserve"> </w:t>
      </w:r>
      <w:proofErr w:type="spellStart"/>
      <w:r w:rsidRPr="0043468A">
        <w:rPr>
          <w:rFonts w:ascii="Sylfaen" w:hAnsi="Sylfaen" w:cs="Sylfaen"/>
          <w:sz w:val="18"/>
          <w:szCs w:val="18"/>
        </w:rPr>
        <w:t>წინამდებარე</w:t>
      </w:r>
      <w:proofErr w:type="spellEnd"/>
      <w:r w:rsidRPr="0043468A">
        <w:rPr>
          <w:rFonts w:cstheme="majorHAnsi"/>
          <w:sz w:val="18"/>
          <w:szCs w:val="18"/>
        </w:rPr>
        <w:t xml:space="preserve"> </w:t>
      </w:r>
      <w:proofErr w:type="spellStart"/>
      <w:r w:rsidRPr="0043468A">
        <w:rPr>
          <w:rFonts w:ascii="Sylfaen" w:hAnsi="Sylfaen" w:cs="Sylfaen"/>
          <w:sz w:val="18"/>
          <w:szCs w:val="18"/>
        </w:rPr>
        <w:t>ხელშეკრულების</w:t>
      </w:r>
      <w:proofErr w:type="spellEnd"/>
      <w:r w:rsidRPr="0043468A">
        <w:rPr>
          <w:rFonts w:cstheme="majorHAnsi"/>
          <w:sz w:val="18"/>
          <w:szCs w:val="18"/>
        </w:rPr>
        <w:t xml:space="preserve"> 9.2.  </w:t>
      </w:r>
      <w:proofErr w:type="spellStart"/>
      <w:r w:rsidRPr="0043468A">
        <w:rPr>
          <w:rFonts w:ascii="Sylfaen" w:hAnsi="Sylfaen" w:cs="Sylfaen"/>
          <w:sz w:val="18"/>
          <w:szCs w:val="18"/>
        </w:rPr>
        <w:t>მუხლით</w:t>
      </w:r>
      <w:proofErr w:type="spellEnd"/>
      <w:r w:rsidRPr="0043468A">
        <w:rPr>
          <w:rFonts w:cstheme="majorHAnsi"/>
          <w:sz w:val="18"/>
          <w:szCs w:val="18"/>
        </w:rPr>
        <w:t xml:space="preserve"> </w:t>
      </w:r>
      <w:proofErr w:type="spellStart"/>
      <w:r w:rsidRPr="0043468A">
        <w:rPr>
          <w:rFonts w:ascii="Sylfaen" w:hAnsi="Sylfaen" w:cs="Sylfaen"/>
          <w:sz w:val="18"/>
          <w:szCs w:val="18"/>
        </w:rPr>
        <w:t>გათვალისწინებული</w:t>
      </w:r>
      <w:proofErr w:type="spellEnd"/>
      <w:r w:rsidRPr="0043468A">
        <w:rPr>
          <w:rFonts w:cstheme="majorHAnsi"/>
          <w:sz w:val="18"/>
          <w:szCs w:val="18"/>
        </w:rPr>
        <w:t xml:space="preserve"> </w:t>
      </w:r>
      <w:proofErr w:type="spellStart"/>
      <w:r w:rsidRPr="0043468A">
        <w:rPr>
          <w:rFonts w:ascii="Sylfaen" w:hAnsi="Sylfaen" w:cs="Sylfaen"/>
          <w:sz w:val="18"/>
          <w:szCs w:val="18"/>
        </w:rPr>
        <w:t>უფლებამოსილება</w:t>
      </w:r>
      <w:proofErr w:type="spellEnd"/>
      <w:r w:rsidRPr="0043468A">
        <w:rPr>
          <w:rFonts w:cstheme="majorHAnsi"/>
          <w:sz w:val="18"/>
          <w:szCs w:val="18"/>
        </w:rPr>
        <w:t>.</w:t>
      </w:r>
    </w:p>
    <w:p w14:paraId="20B72BEA" w14:textId="3A131DE1" w:rsidR="004B6084" w:rsidRPr="00917F20" w:rsidRDefault="00A74260" w:rsidP="00185C20">
      <w:pPr>
        <w:pStyle w:val="ListParagraph"/>
        <w:numPr>
          <w:ilvl w:val="1"/>
          <w:numId w:val="13"/>
        </w:numPr>
        <w:jc w:val="both"/>
        <w:rPr>
          <w:rFonts w:ascii="Sylfaen" w:hAnsi="Sylfaen" w:cs="Sylfaen"/>
          <w:sz w:val="18"/>
          <w:szCs w:val="18"/>
        </w:rPr>
      </w:pPr>
      <w:proofErr w:type="spellStart"/>
      <w:r w:rsidRPr="00917F20">
        <w:rPr>
          <w:rFonts w:ascii="Sylfaen" w:hAnsi="Sylfaen" w:cs="Sylfaen"/>
          <w:sz w:val="18"/>
          <w:szCs w:val="18"/>
        </w:rPr>
        <w:t>თუ</w:t>
      </w:r>
      <w:proofErr w:type="spellEnd"/>
      <w:r w:rsidRPr="00917F20">
        <w:rPr>
          <w:rFonts w:cstheme="majorHAnsi"/>
          <w:sz w:val="18"/>
          <w:szCs w:val="18"/>
        </w:rPr>
        <w:t xml:space="preserve"> </w:t>
      </w:r>
      <w:r w:rsidR="003478DA">
        <w:rPr>
          <w:rFonts w:ascii="Sylfaen" w:hAnsi="Sylfaen" w:cs="Sylfaen"/>
          <w:sz w:val="18"/>
          <w:szCs w:val="18"/>
          <w:lang w:val="ka-GE"/>
        </w:rPr>
        <w:t>მენარდე</w:t>
      </w:r>
      <w:r w:rsidRPr="00917F20">
        <w:rPr>
          <w:rFonts w:cstheme="majorHAnsi"/>
          <w:sz w:val="18"/>
          <w:szCs w:val="18"/>
        </w:rPr>
        <w:t xml:space="preserve"> </w:t>
      </w:r>
      <w:proofErr w:type="spellStart"/>
      <w:r w:rsidRPr="00917F20">
        <w:rPr>
          <w:rFonts w:ascii="Sylfaen" w:hAnsi="Sylfaen" w:cs="Sylfaen"/>
          <w:sz w:val="18"/>
          <w:szCs w:val="18"/>
        </w:rPr>
        <w:t>დაარღვევს</w:t>
      </w:r>
      <w:proofErr w:type="spellEnd"/>
      <w:r w:rsidRPr="00917F20">
        <w:rPr>
          <w:rFonts w:cstheme="majorHAnsi"/>
          <w:sz w:val="18"/>
          <w:szCs w:val="18"/>
        </w:rPr>
        <w:t xml:space="preserve"> </w:t>
      </w:r>
      <w:r w:rsidR="00624E10">
        <w:rPr>
          <w:rFonts w:ascii="Sylfaen" w:hAnsi="Sylfaen" w:cstheme="majorHAnsi"/>
          <w:sz w:val="18"/>
          <w:szCs w:val="18"/>
          <w:lang w:val="ka-GE"/>
        </w:rPr>
        <w:t>8</w:t>
      </w:r>
      <w:r w:rsidRPr="00917F20">
        <w:rPr>
          <w:rFonts w:cstheme="majorHAnsi"/>
          <w:sz w:val="18"/>
          <w:szCs w:val="18"/>
        </w:rPr>
        <w:t xml:space="preserve">.2. </w:t>
      </w:r>
      <w:proofErr w:type="spellStart"/>
      <w:r w:rsidRPr="00917F20">
        <w:rPr>
          <w:rFonts w:ascii="Sylfaen" w:hAnsi="Sylfaen" w:cs="Sylfaen"/>
          <w:sz w:val="18"/>
          <w:szCs w:val="18"/>
        </w:rPr>
        <w:t>მუხლით</w:t>
      </w:r>
      <w:proofErr w:type="spellEnd"/>
      <w:r w:rsidRPr="00917F20">
        <w:rPr>
          <w:rFonts w:cstheme="majorHAnsi"/>
          <w:sz w:val="18"/>
          <w:szCs w:val="18"/>
        </w:rPr>
        <w:t xml:space="preserve"> </w:t>
      </w:r>
      <w:proofErr w:type="spellStart"/>
      <w:r w:rsidRPr="00917F20">
        <w:rPr>
          <w:rFonts w:ascii="Sylfaen" w:hAnsi="Sylfaen" w:cs="Sylfaen"/>
          <w:sz w:val="18"/>
          <w:szCs w:val="18"/>
        </w:rPr>
        <w:t>განსაზღვრულ</w:t>
      </w:r>
      <w:proofErr w:type="spellEnd"/>
      <w:r w:rsidRPr="00917F20">
        <w:rPr>
          <w:rFonts w:cstheme="majorHAnsi"/>
          <w:sz w:val="18"/>
          <w:szCs w:val="18"/>
        </w:rPr>
        <w:t xml:space="preserve"> </w:t>
      </w:r>
      <w:proofErr w:type="spellStart"/>
      <w:r w:rsidRPr="00917F20">
        <w:rPr>
          <w:rFonts w:ascii="Sylfaen" w:hAnsi="Sylfaen" w:cs="Sylfaen"/>
          <w:sz w:val="18"/>
          <w:szCs w:val="18"/>
        </w:rPr>
        <w:t>ვალდებულებას</w:t>
      </w:r>
      <w:proofErr w:type="spellEnd"/>
      <w:r w:rsidRPr="00917F20">
        <w:rPr>
          <w:rFonts w:cstheme="majorHAnsi"/>
          <w:sz w:val="18"/>
          <w:szCs w:val="18"/>
        </w:rPr>
        <w:t xml:space="preserve"> </w:t>
      </w:r>
      <w:proofErr w:type="spellStart"/>
      <w:r w:rsidRPr="00917F20">
        <w:rPr>
          <w:rFonts w:ascii="Sylfaen" w:hAnsi="Sylfaen" w:cs="Sylfaen"/>
          <w:sz w:val="18"/>
          <w:szCs w:val="18"/>
        </w:rPr>
        <w:t>ან</w:t>
      </w:r>
      <w:proofErr w:type="spellEnd"/>
      <w:r w:rsidRPr="00917F20">
        <w:rPr>
          <w:rFonts w:cstheme="majorHAnsi"/>
          <w:sz w:val="18"/>
          <w:szCs w:val="18"/>
        </w:rPr>
        <w:t>/</w:t>
      </w:r>
      <w:proofErr w:type="spellStart"/>
      <w:r w:rsidRPr="00917F20">
        <w:rPr>
          <w:rFonts w:ascii="Sylfaen" w:hAnsi="Sylfaen" w:cs="Sylfaen"/>
          <w:sz w:val="18"/>
          <w:szCs w:val="18"/>
        </w:rPr>
        <w:t>და</w:t>
      </w:r>
      <w:proofErr w:type="spellEnd"/>
      <w:r w:rsidRPr="00917F20">
        <w:rPr>
          <w:rFonts w:cstheme="majorHAnsi"/>
          <w:sz w:val="18"/>
          <w:szCs w:val="18"/>
        </w:rPr>
        <w:t xml:space="preserve"> </w:t>
      </w:r>
      <w:proofErr w:type="spellStart"/>
      <w:r w:rsidRPr="00917F20">
        <w:rPr>
          <w:rFonts w:ascii="Sylfaen" w:hAnsi="Sylfaen" w:cs="Sylfaen"/>
          <w:sz w:val="18"/>
          <w:szCs w:val="18"/>
        </w:rPr>
        <w:t>დამკვეთი</w:t>
      </w:r>
      <w:proofErr w:type="spellEnd"/>
      <w:r w:rsidRPr="00917F20">
        <w:rPr>
          <w:rFonts w:cstheme="majorHAnsi"/>
          <w:sz w:val="18"/>
          <w:szCs w:val="18"/>
        </w:rPr>
        <w:t xml:space="preserve"> </w:t>
      </w:r>
      <w:proofErr w:type="spellStart"/>
      <w:r w:rsidRPr="00917F20">
        <w:rPr>
          <w:rFonts w:ascii="Sylfaen" w:hAnsi="Sylfaen" w:cs="Sylfaen"/>
          <w:sz w:val="18"/>
          <w:szCs w:val="18"/>
        </w:rPr>
        <w:t>არ</w:t>
      </w:r>
      <w:proofErr w:type="spellEnd"/>
      <w:r w:rsidRPr="00917F20">
        <w:rPr>
          <w:rFonts w:cstheme="majorHAnsi"/>
          <w:sz w:val="18"/>
          <w:szCs w:val="18"/>
        </w:rPr>
        <w:t xml:space="preserve"> </w:t>
      </w:r>
      <w:proofErr w:type="spellStart"/>
      <w:r w:rsidRPr="00917F20">
        <w:rPr>
          <w:rFonts w:ascii="Sylfaen" w:hAnsi="Sylfaen" w:cs="Sylfaen"/>
          <w:sz w:val="18"/>
          <w:szCs w:val="18"/>
        </w:rPr>
        <w:t>დაეთანხმება</w:t>
      </w:r>
      <w:proofErr w:type="spellEnd"/>
      <w:r w:rsidRPr="00917F20">
        <w:rPr>
          <w:rFonts w:cstheme="majorHAnsi"/>
          <w:sz w:val="18"/>
          <w:szCs w:val="18"/>
        </w:rPr>
        <w:t xml:space="preserve"> </w:t>
      </w:r>
      <w:proofErr w:type="spellStart"/>
      <w:r w:rsidRPr="00917F20">
        <w:rPr>
          <w:rFonts w:ascii="Sylfaen" w:hAnsi="Sylfaen" w:cs="Sylfaen"/>
          <w:sz w:val="18"/>
          <w:szCs w:val="18"/>
        </w:rPr>
        <w:t>მის</w:t>
      </w:r>
      <w:proofErr w:type="spellEnd"/>
      <w:r w:rsidRPr="00917F20">
        <w:rPr>
          <w:rFonts w:cstheme="majorHAnsi"/>
          <w:sz w:val="18"/>
          <w:szCs w:val="18"/>
        </w:rPr>
        <w:t xml:space="preserve"> </w:t>
      </w:r>
      <w:proofErr w:type="spellStart"/>
      <w:r w:rsidRPr="00917F20">
        <w:rPr>
          <w:rFonts w:ascii="Sylfaen" w:hAnsi="Sylfaen" w:cs="Sylfaen"/>
          <w:sz w:val="18"/>
          <w:szCs w:val="18"/>
        </w:rPr>
        <w:t>მიერ</w:t>
      </w:r>
      <w:proofErr w:type="spellEnd"/>
      <w:r w:rsidRPr="00917F20">
        <w:rPr>
          <w:rFonts w:cstheme="majorHAnsi"/>
          <w:sz w:val="18"/>
          <w:szCs w:val="18"/>
        </w:rPr>
        <w:t xml:space="preserve"> </w:t>
      </w:r>
      <w:proofErr w:type="spellStart"/>
      <w:r w:rsidRPr="00917F20">
        <w:rPr>
          <w:rFonts w:ascii="Sylfaen" w:hAnsi="Sylfaen" w:cs="Sylfaen"/>
          <w:sz w:val="18"/>
          <w:szCs w:val="18"/>
        </w:rPr>
        <w:t>დამკვეთისათვის</w:t>
      </w:r>
      <w:proofErr w:type="spellEnd"/>
      <w:r w:rsidRPr="00917F20">
        <w:rPr>
          <w:rFonts w:cstheme="majorHAnsi"/>
          <w:sz w:val="18"/>
          <w:szCs w:val="18"/>
        </w:rPr>
        <w:t xml:space="preserve"> </w:t>
      </w:r>
      <w:proofErr w:type="spellStart"/>
      <w:r w:rsidRPr="00917F20">
        <w:rPr>
          <w:rFonts w:ascii="Sylfaen" w:hAnsi="Sylfaen" w:cs="Sylfaen"/>
          <w:sz w:val="18"/>
          <w:szCs w:val="18"/>
        </w:rPr>
        <w:t>წარდგენილ</w:t>
      </w:r>
      <w:proofErr w:type="spellEnd"/>
      <w:r w:rsidR="003478DA">
        <w:rPr>
          <w:rFonts w:ascii="Sylfaen" w:hAnsi="Sylfaen" w:cs="Sylfaen"/>
          <w:sz w:val="18"/>
          <w:szCs w:val="18"/>
          <w:lang w:val="ka-GE"/>
        </w:rPr>
        <w:t xml:space="preserve"> </w:t>
      </w:r>
      <w:proofErr w:type="spellStart"/>
      <w:r w:rsidRPr="00917F20">
        <w:rPr>
          <w:rFonts w:ascii="Sylfaen" w:hAnsi="Sylfaen" w:cs="Sylfaen"/>
          <w:sz w:val="18"/>
          <w:szCs w:val="18"/>
        </w:rPr>
        <w:t>სამუშაოების</w:t>
      </w:r>
      <w:proofErr w:type="spellEnd"/>
      <w:r w:rsidRPr="00917F20">
        <w:rPr>
          <w:rFonts w:cstheme="majorHAnsi"/>
          <w:sz w:val="18"/>
          <w:szCs w:val="18"/>
        </w:rPr>
        <w:t xml:space="preserve"> </w:t>
      </w:r>
      <w:proofErr w:type="spellStart"/>
      <w:r w:rsidRPr="00917F20">
        <w:rPr>
          <w:rFonts w:ascii="Sylfaen" w:hAnsi="Sylfaen" w:cs="Sylfaen"/>
          <w:sz w:val="18"/>
          <w:szCs w:val="18"/>
        </w:rPr>
        <w:t>ახალ</w:t>
      </w:r>
      <w:proofErr w:type="spellEnd"/>
      <w:r w:rsidRPr="00917F20">
        <w:rPr>
          <w:rFonts w:cstheme="majorHAnsi"/>
          <w:sz w:val="18"/>
          <w:szCs w:val="18"/>
        </w:rPr>
        <w:t xml:space="preserve"> </w:t>
      </w:r>
      <w:proofErr w:type="spellStart"/>
      <w:r w:rsidRPr="00917F20">
        <w:rPr>
          <w:rFonts w:ascii="Sylfaen" w:hAnsi="Sylfaen" w:cs="Sylfaen"/>
          <w:sz w:val="18"/>
          <w:szCs w:val="18"/>
        </w:rPr>
        <w:t>კალენდარული</w:t>
      </w:r>
      <w:proofErr w:type="spellEnd"/>
      <w:r w:rsidRPr="00917F20">
        <w:rPr>
          <w:rFonts w:cstheme="majorHAnsi"/>
          <w:sz w:val="18"/>
          <w:szCs w:val="18"/>
        </w:rPr>
        <w:t xml:space="preserve"> </w:t>
      </w:r>
      <w:proofErr w:type="spellStart"/>
      <w:r w:rsidRPr="00917F20">
        <w:rPr>
          <w:rFonts w:ascii="Sylfaen" w:hAnsi="Sylfaen" w:cs="Sylfaen"/>
          <w:sz w:val="18"/>
          <w:szCs w:val="18"/>
        </w:rPr>
        <w:t>გეგმა</w:t>
      </w:r>
      <w:r w:rsidRPr="00917F20">
        <w:rPr>
          <w:rFonts w:cstheme="majorHAnsi"/>
          <w:sz w:val="18"/>
          <w:szCs w:val="18"/>
        </w:rPr>
        <w:t>-</w:t>
      </w:r>
      <w:r w:rsidRPr="00917F20">
        <w:rPr>
          <w:rFonts w:ascii="Sylfaen" w:hAnsi="Sylfaen" w:cs="Sylfaen"/>
          <w:sz w:val="18"/>
          <w:szCs w:val="18"/>
        </w:rPr>
        <w:t>გრაფიკს</w:t>
      </w:r>
      <w:proofErr w:type="spellEnd"/>
      <w:r w:rsidRPr="00917F20">
        <w:rPr>
          <w:rFonts w:cstheme="majorHAnsi"/>
          <w:sz w:val="18"/>
          <w:szCs w:val="18"/>
        </w:rPr>
        <w:t xml:space="preserve">, </w:t>
      </w:r>
      <w:proofErr w:type="spellStart"/>
      <w:r w:rsidRPr="00917F20">
        <w:rPr>
          <w:rFonts w:ascii="Sylfaen" w:hAnsi="Sylfaen" w:cs="Sylfaen"/>
          <w:sz w:val="18"/>
          <w:szCs w:val="18"/>
        </w:rPr>
        <w:t>ან</w:t>
      </w:r>
      <w:proofErr w:type="spellEnd"/>
      <w:r w:rsidRPr="00917F20">
        <w:rPr>
          <w:rFonts w:cstheme="majorHAnsi"/>
          <w:sz w:val="18"/>
          <w:szCs w:val="18"/>
        </w:rPr>
        <w:t>/</w:t>
      </w:r>
      <w:proofErr w:type="spellStart"/>
      <w:r w:rsidRPr="00917F20">
        <w:rPr>
          <w:rFonts w:ascii="Sylfaen" w:hAnsi="Sylfaen" w:cs="Sylfaen"/>
          <w:sz w:val="18"/>
          <w:szCs w:val="18"/>
        </w:rPr>
        <w:t>და</w:t>
      </w:r>
      <w:proofErr w:type="spellEnd"/>
      <w:r w:rsidRPr="00917F20">
        <w:rPr>
          <w:rFonts w:cstheme="majorHAnsi"/>
          <w:sz w:val="18"/>
          <w:szCs w:val="18"/>
        </w:rPr>
        <w:t xml:space="preserve"> </w:t>
      </w:r>
      <w:r w:rsidR="003478DA">
        <w:rPr>
          <w:rFonts w:ascii="Sylfaen" w:hAnsi="Sylfaen" w:cs="Sylfaen"/>
          <w:sz w:val="18"/>
          <w:szCs w:val="18"/>
          <w:lang w:val="ka-GE"/>
        </w:rPr>
        <w:t>მენარდე</w:t>
      </w:r>
      <w:r w:rsidRPr="00917F20">
        <w:rPr>
          <w:rFonts w:cstheme="majorHAnsi"/>
          <w:sz w:val="18"/>
          <w:szCs w:val="18"/>
        </w:rPr>
        <w:t xml:space="preserve"> </w:t>
      </w:r>
      <w:proofErr w:type="spellStart"/>
      <w:r w:rsidRPr="00917F20">
        <w:rPr>
          <w:rFonts w:ascii="Sylfaen" w:hAnsi="Sylfaen" w:cs="Sylfaen"/>
          <w:sz w:val="18"/>
          <w:szCs w:val="18"/>
        </w:rPr>
        <w:t>გადააცილებს</w:t>
      </w:r>
      <w:proofErr w:type="spellEnd"/>
      <w:r w:rsidRPr="00917F20">
        <w:rPr>
          <w:rFonts w:cstheme="majorHAnsi"/>
          <w:sz w:val="18"/>
          <w:szCs w:val="18"/>
        </w:rPr>
        <w:t xml:space="preserve"> </w:t>
      </w:r>
      <w:proofErr w:type="spellStart"/>
      <w:r w:rsidRPr="00D06AFB">
        <w:rPr>
          <w:rFonts w:ascii="Sylfaen" w:hAnsi="Sylfaen" w:cs="Sylfaen"/>
          <w:sz w:val="18"/>
          <w:szCs w:val="18"/>
        </w:rPr>
        <w:t>სამუშაოს</w:t>
      </w:r>
      <w:proofErr w:type="spellEnd"/>
      <w:r w:rsidRPr="00D06AFB">
        <w:rPr>
          <w:rFonts w:cstheme="majorHAnsi"/>
          <w:sz w:val="18"/>
          <w:szCs w:val="18"/>
        </w:rPr>
        <w:t xml:space="preserve"> </w:t>
      </w:r>
      <w:proofErr w:type="spellStart"/>
      <w:r w:rsidRPr="00D06AFB">
        <w:rPr>
          <w:rFonts w:ascii="Sylfaen" w:hAnsi="Sylfaen" w:cs="Sylfaen"/>
          <w:sz w:val="18"/>
          <w:szCs w:val="18"/>
        </w:rPr>
        <w:t>დასრულებისთვის</w:t>
      </w:r>
      <w:proofErr w:type="spellEnd"/>
      <w:r w:rsidRPr="00D06AFB">
        <w:rPr>
          <w:rFonts w:cstheme="majorHAnsi"/>
          <w:sz w:val="18"/>
          <w:szCs w:val="18"/>
        </w:rPr>
        <w:t xml:space="preserve"> </w:t>
      </w:r>
      <w:proofErr w:type="spellStart"/>
      <w:r w:rsidRPr="00D06AFB">
        <w:rPr>
          <w:rFonts w:ascii="Sylfaen" w:hAnsi="Sylfaen" w:cs="Sylfaen"/>
          <w:sz w:val="18"/>
          <w:szCs w:val="18"/>
        </w:rPr>
        <w:t>ხელშეკრულების</w:t>
      </w:r>
      <w:proofErr w:type="spellEnd"/>
      <w:r w:rsidRPr="00D06AFB">
        <w:rPr>
          <w:rFonts w:cstheme="majorHAnsi"/>
          <w:sz w:val="18"/>
          <w:szCs w:val="18"/>
        </w:rPr>
        <w:t xml:space="preserve"> 5.1. </w:t>
      </w:r>
      <w:proofErr w:type="spellStart"/>
      <w:r w:rsidRPr="00D06AFB">
        <w:rPr>
          <w:rFonts w:ascii="Sylfaen" w:hAnsi="Sylfaen" w:cs="Sylfaen"/>
          <w:sz w:val="18"/>
          <w:szCs w:val="18"/>
        </w:rPr>
        <w:t>მუხლით</w:t>
      </w:r>
      <w:proofErr w:type="spellEnd"/>
      <w:r w:rsidRPr="00D06AFB">
        <w:rPr>
          <w:rFonts w:cstheme="majorHAnsi"/>
          <w:sz w:val="18"/>
          <w:szCs w:val="18"/>
        </w:rPr>
        <w:t xml:space="preserve"> </w:t>
      </w:r>
      <w:proofErr w:type="spellStart"/>
      <w:r w:rsidRPr="00D06AFB">
        <w:rPr>
          <w:rFonts w:ascii="Sylfaen" w:hAnsi="Sylfaen" w:cs="Sylfaen"/>
          <w:sz w:val="18"/>
          <w:szCs w:val="18"/>
        </w:rPr>
        <w:t>გათვალისწინებულ</w:t>
      </w:r>
      <w:proofErr w:type="spellEnd"/>
      <w:r w:rsidRPr="00D06AFB">
        <w:rPr>
          <w:rFonts w:cstheme="majorHAnsi"/>
          <w:sz w:val="18"/>
          <w:szCs w:val="18"/>
        </w:rPr>
        <w:t xml:space="preserve"> </w:t>
      </w:r>
      <w:proofErr w:type="spellStart"/>
      <w:r w:rsidRPr="00D06AFB">
        <w:rPr>
          <w:rFonts w:ascii="Sylfaen" w:hAnsi="Sylfaen" w:cs="Sylfaen"/>
          <w:sz w:val="18"/>
          <w:szCs w:val="18"/>
        </w:rPr>
        <w:t>ვადას</w:t>
      </w:r>
      <w:proofErr w:type="spellEnd"/>
      <w:r w:rsidRPr="00D06AFB">
        <w:rPr>
          <w:rFonts w:cstheme="majorHAnsi"/>
          <w:sz w:val="18"/>
          <w:szCs w:val="18"/>
        </w:rPr>
        <w:t xml:space="preserve">, </w:t>
      </w:r>
      <w:proofErr w:type="spellStart"/>
      <w:r w:rsidRPr="00D06AFB">
        <w:rPr>
          <w:rFonts w:ascii="Sylfaen" w:hAnsi="Sylfaen" w:cs="Sylfaen"/>
          <w:sz w:val="18"/>
          <w:szCs w:val="18"/>
        </w:rPr>
        <w:t>ასეთ</w:t>
      </w:r>
      <w:proofErr w:type="spellEnd"/>
      <w:r w:rsidRPr="00D06AFB">
        <w:rPr>
          <w:rFonts w:cstheme="majorHAnsi"/>
          <w:sz w:val="18"/>
          <w:szCs w:val="18"/>
        </w:rPr>
        <w:t xml:space="preserve"> </w:t>
      </w:r>
      <w:proofErr w:type="spellStart"/>
      <w:r w:rsidRPr="00D06AFB">
        <w:rPr>
          <w:rFonts w:ascii="Sylfaen" w:hAnsi="Sylfaen" w:cs="Sylfaen"/>
          <w:sz w:val="18"/>
          <w:szCs w:val="18"/>
        </w:rPr>
        <w:t>დროს</w:t>
      </w:r>
      <w:proofErr w:type="spellEnd"/>
      <w:r w:rsidRPr="00D06AFB">
        <w:rPr>
          <w:rFonts w:cstheme="majorHAnsi"/>
          <w:sz w:val="18"/>
          <w:szCs w:val="18"/>
        </w:rPr>
        <w:t xml:space="preserve">, </w:t>
      </w:r>
      <w:proofErr w:type="spellStart"/>
      <w:r w:rsidRPr="00D06AFB">
        <w:rPr>
          <w:rFonts w:ascii="Sylfaen" w:hAnsi="Sylfaen" w:cs="Sylfaen"/>
          <w:sz w:val="18"/>
          <w:szCs w:val="18"/>
        </w:rPr>
        <w:t>დამკვეთი</w:t>
      </w:r>
      <w:proofErr w:type="spellEnd"/>
      <w:r w:rsidRPr="00D06AFB">
        <w:rPr>
          <w:rFonts w:cstheme="majorHAnsi"/>
          <w:sz w:val="18"/>
          <w:szCs w:val="18"/>
        </w:rPr>
        <w:t xml:space="preserve"> </w:t>
      </w:r>
      <w:proofErr w:type="spellStart"/>
      <w:r w:rsidRPr="00D06AFB">
        <w:rPr>
          <w:rFonts w:ascii="Sylfaen" w:hAnsi="Sylfaen" w:cs="Sylfaen"/>
          <w:sz w:val="18"/>
          <w:szCs w:val="18"/>
        </w:rPr>
        <w:t>უფლებამოსილი</w:t>
      </w:r>
      <w:proofErr w:type="spellEnd"/>
      <w:r w:rsidRPr="00D06AFB">
        <w:rPr>
          <w:rFonts w:ascii="Sylfaen" w:hAnsi="Sylfaen" w:cs="Sylfaen"/>
          <w:sz w:val="18"/>
          <w:szCs w:val="18"/>
        </w:rPr>
        <w:t xml:space="preserve"> </w:t>
      </w:r>
      <w:proofErr w:type="spellStart"/>
      <w:r w:rsidRPr="00D06AFB">
        <w:rPr>
          <w:rFonts w:ascii="Sylfaen" w:hAnsi="Sylfaen" w:cs="Sylfaen"/>
          <w:sz w:val="18"/>
          <w:szCs w:val="18"/>
        </w:rPr>
        <w:t>იქნება</w:t>
      </w:r>
      <w:proofErr w:type="spellEnd"/>
      <w:r w:rsidRPr="00D06AFB">
        <w:rPr>
          <w:rFonts w:ascii="Sylfaen" w:hAnsi="Sylfaen" w:cs="Sylfaen"/>
          <w:sz w:val="18"/>
          <w:szCs w:val="18"/>
        </w:rPr>
        <w:t xml:space="preserve">, </w:t>
      </w:r>
      <w:proofErr w:type="spellStart"/>
      <w:r w:rsidRPr="00D06AFB">
        <w:rPr>
          <w:rFonts w:ascii="Sylfaen" w:hAnsi="Sylfaen" w:cs="Sylfaen"/>
          <w:sz w:val="18"/>
          <w:szCs w:val="18"/>
        </w:rPr>
        <w:t>შეწყვიტოს</w:t>
      </w:r>
      <w:proofErr w:type="spellEnd"/>
      <w:r w:rsidRPr="00D06AFB">
        <w:rPr>
          <w:rFonts w:ascii="Sylfaen" w:hAnsi="Sylfaen" w:cs="Sylfaen"/>
          <w:sz w:val="18"/>
          <w:szCs w:val="18"/>
        </w:rPr>
        <w:t xml:space="preserve"> </w:t>
      </w:r>
      <w:proofErr w:type="spellStart"/>
      <w:r w:rsidRPr="00D06AFB">
        <w:rPr>
          <w:rFonts w:ascii="Sylfaen" w:hAnsi="Sylfaen" w:cs="Sylfaen"/>
          <w:sz w:val="18"/>
          <w:szCs w:val="18"/>
        </w:rPr>
        <w:t>წინამდებარე</w:t>
      </w:r>
      <w:proofErr w:type="spellEnd"/>
      <w:r w:rsidRPr="00D06AFB">
        <w:rPr>
          <w:rFonts w:ascii="Sylfaen" w:hAnsi="Sylfaen" w:cs="Sylfaen"/>
          <w:sz w:val="18"/>
          <w:szCs w:val="18"/>
        </w:rPr>
        <w:t xml:space="preserve"> </w:t>
      </w:r>
      <w:proofErr w:type="spellStart"/>
      <w:r w:rsidRPr="00D06AFB">
        <w:rPr>
          <w:rFonts w:ascii="Sylfaen" w:hAnsi="Sylfaen" w:cs="Sylfaen"/>
          <w:sz w:val="18"/>
          <w:szCs w:val="18"/>
        </w:rPr>
        <w:t>ხელშეკრულება</w:t>
      </w:r>
      <w:proofErr w:type="spellEnd"/>
      <w:r w:rsidR="006F1C64" w:rsidRPr="00D06AFB">
        <w:rPr>
          <w:rFonts w:ascii="Sylfaen" w:hAnsi="Sylfaen" w:cs="Sylfaen"/>
          <w:sz w:val="18"/>
          <w:szCs w:val="18"/>
        </w:rPr>
        <w:t xml:space="preserve">, </w:t>
      </w:r>
      <w:proofErr w:type="spellStart"/>
      <w:r w:rsidR="006F1C64" w:rsidRPr="00D06AFB">
        <w:rPr>
          <w:rFonts w:ascii="Sylfaen" w:hAnsi="Sylfaen" w:cs="Sylfaen"/>
          <w:sz w:val="18"/>
          <w:szCs w:val="18"/>
        </w:rPr>
        <w:t>ხოლო</w:t>
      </w:r>
      <w:proofErr w:type="spellEnd"/>
      <w:r w:rsidR="003478DA">
        <w:rPr>
          <w:rFonts w:ascii="Sylfaen" w:hAnsi="Sylfaen" w:cs="Sylfaen"/>
          <w:sz w:val="18"/>
          <w:szCs w:val="18"/>
          <w:lang w:val="ka-GE"/>
        </w:rPr>
        <w:t xml:space="preserve"> </w:t>
      </w:r>
      <w:proofErr w:type="spellStart"/>
      <w:r w:rsidRPr="00D06AFB">
        <w:rPr>
          <w:rFonts w:ascii="Sylfaen" w:hAnsi="Sylfaen" w:cs="Sylfaen"/>
          <w:sz w:val="18"/>
          <w:szCs w:val="18"/>
        </w:rPr>
        <w:t>მენარდის</w:t>
      </w:r>
      <w:proofErr w:type="spellEnd"/>
      <w:r w:rsidRPr="00D06AFB">
        <w:rPr>
          <w:rFonts w:ascii="Sylfaen" w:hAnsi="Sylfaen" w:cs="Sylfaen"/>
          <w:sz w:val="18"/>
          <w:szCs w:val="18"/>
        </w:rPr>
        <w:t xml:space="preserve"> </w:t>
      </w:r>
      <w:proofErr w:type="spellStart"/>
      <w:r w:rsidRPr="00D06AFB">
        <w:rPr>
          <w:rFonts w:ascii="Sylfaen" w:hAnsi="Sylfaen" w:cs="Sylfaen"/>
          <w:sz w:val="18"/>
          <w:szCs w:val="18"/>
        </w:rPr>
        <w:t>მიერ</w:t>
      </w:r>
      <w:proofErr w:type="spellEnd"/>
      <w:r w:rsidRPr="00D06AFB">
        <w:rPr>
          <w:rFonts w:ascii="Sylfaen" w:hAnsi="Sylfaen" w:cs="Sylfaen"/>
          <w:sz w:val="18"/>
          <w:szCs w:val="18"/>
        </w:rPr>
        <w:t xml:space="preserve"> </w:t>
      </w:r>
      <w:proofErr w:type="spellStart"/>
      <w:r w:rsidRPr="00D06AFB">
        <w:rPr>
          <w:rFonts w:ascii="Sylfaen" w:hAnsi="Sylfaen" w:cs="Sylfaen"/>
          <w:sz w:val="18"/>
          <w:szCs w:val="18"/>
        </w:rPr>
        <w:t>დამკვეთის</w:t>
      </w:r>
      <w:proofErr w:type="spellEnd"/>
      <w:r w:rsidRPr="00D06AFB">
        <w:rPr>
          <w:rFonts w:ascii="Sylfaen" w:hAnsi="Sylfaen" w:cs="Sylfaen"/>
          <w:sz w:val="18"/>
          <w:szCs w:val="18"/>
        </w:rPr>
        <w:t xml:space="preserve"> </w:t>
      </w:r>
      <w:proofErr w:type="spellStart"/>
      <w:r w:rsidRPr="00D06AFB">
        <w:rPr>
          <w:rFonts w:ascii="Sylfaen" w:hAnsi="Sylfaen" w:cs="Sylfaen"/>
          <w:sz w:val="18"/>
          <w:szCs w:val="18"/>
        </w:rPr>
        <w:t>სასარგებლოდ</w:t>
      </w:r>
      <w:proofErr w:type="spellEnd"/>
      <w:r w:rsidRPr="00D06AFB">
        <w:rPr>
          <w:rFonts w:ascii="Sylfaen" w:hAnsi="Sylfaen" w:cs="Sylfaen"/>
          <w:sz w:val="18"/>
          <w:szCs w:val="18"/>
        </w:rPr>
        <w:t xml:space="preserve"> </w:t>
      </w:r>
      <w:proofErr w:type="spellStart"/>
      <w:r w:rsidRPr="00D06AFB">
        <w:rPr>
          <w:rFonts w:ascii="Sylfaen" w:hAnsi="Sylfaen" w:cs="Sylfaen"/>
          <w:sz w:val="18"/>
          <w:szCs w:val="18"/>
        </w:rPr>
        <w:t>გადასახდელი</w:t>
      </w:r>
      <w:proofErr w:type="spellEnd"/>
      <w:r w:rsidRPr="00D06AFB">
        <w:rPr>
          <w:rFonts w:ascii="Sylfaen" w:hAnsi="Sylfaen" w:cs="Sylfaen"/>
          <w:sz w:val="18"/>
          <w:szCs w:val="18"/>
        </w:rPr>
        <w:t xml:space="preserve"> </w:t>
      </w:r>
      <w:proofErr w:type="spellStart"/>
      <w:r w:rsidRPr="00D06AFB">
        <w:rPr>
          <w:rFonts w:ascii="Sylfaen" w:hAnsi="Sylfaen" w:cs="Sylfaen"/>
          <w:sz w:val="18"/>
          <w:szCs w:val="18"/>
        </w:rPr>
        <w:t>ჯარიმის</w:t>
      </w:r>
      <w:proofErr w:type="spellEnd"/>
      <w:r w:rsidRPr="00D06AFB">
        <w:rPr>
          <w:rFonts w:ascii="Sylfaen" w:hAnsi="Sylfaen" w:cs="Sylfaen"/>
          <w:sz w:val="18"/>
          <w:szCs w:val="18"/>
        </w:rPr>
        <w:t xml:space="preserve"> </w:t>
      </w:r>
      <w:proofErr w:type="spellStart"/>
      <w:r w:rsidRPr="00D06AFB">
        <w:rPr>
          <w:rFonts w:ascii="Sylfaen" w:hAnsi="Sylfaen" w:cs="Sylfaen"/>
          <w:sz w:val="18"/>
          <w:szCs w:val="18"/>
        </w:rPr>
        <w:t>ოდენობა</w:t>
      </w:r>
      <w:proofErr w:type="spellEnd"/>
      <w:r w:rsidRPr="00D06AFB">
        <w:rPr>
          <w:rFonts w:ascii="Sylfaen" w:hAnsi="Sylfaen" w:cs="Sylfaen"/>
          <w:sz w:val="18"/>
          <w:szCs w:val="18"/>
        </w:rPr>
        <w:t xml:space="preserve"> </w:t>
      </w:r>
      <w:proofErr w:type="spellStart"/>
      <w:r w:rsidRPr="00D06AFB">
        <w:rPr>
          <w:rFonts w:ascii="Sylfaen" w:hAnsi="Sylfaen" w:cs="Sylfaen"/>
          <w:sz w:val="18"/>
          <w:szCs w:val="18"/>
        </w:rPr>
        <w:t>განისაზღვრება</w:t>
      </w:r>
      <w:proofErr w:type="spellEnd"/>
      <w:r w:rsidR="003478DA">
        <w:rPr>
          <w:rFonts w:ascii="Sylfaen" w:hAnsi="Sylfaen" w:cs="Sylfaen"/>
          <w:sz w:val="18"/>
          <w:szCs w:val="18"/>
          <w:lang w:val="ka-GE"/>
        </w:rPr>
        <w:t xml:space="preserve"> </w:t>
      </w:r>
      <w:r w:rsidRPr="00D06AFB">
        <w:rPr>
          <w:rFonts w:ascii="Sylfaen" w:hAnsi="Sylfaen" w:cs="Sylfaen"/>
          <w:sz w:val="18"/>
          <w:szCs w:val="18"/>
        </w:rPr>
        <w:t xml:space="preserve">- </w:t>
      </w:r>
      <w:proofErr w:type="spellStart"/>
      <w:r w:rsidR="006F1C64" w:rsidRPr="00D06AFB">
        <w:rPr>
          <w:rFonts w:ascii="Sylfaen" w:hAnsi="Sylfaen" w:cs="Sylfaen"/>
          <w:sz w:val="18"/>
          <w:szCs w:val="18"/>
        </w:rPr>
        <w:t>სახელშეკრულებო</w:t>
      </w:r>
      <w:proofErr w:type="spellEnd"/>
      <w:r w:rsidR="006F1C64" w:rsidRPr="00D06AFB">
        <w:rPr>
          <w:rFonts w:ascii="Sylfaen" w:hAnsi="Sylfaen" w:cs="Sylfaen"/>
          <w:sz w:val="18"/>
          <w:szCs w:val="18"/>
        </w:rPr>
        <w:t xml:space="preserve"> </w:t>
      </w:r>
      <w:proofErr w:type="spellStart"/>
      <w:r w:rsidR="006F1C64" w:rsidRPr="00D06AFB">
        <w:rPr>
          <w:rFonts w:ascii="Sylfaen" w:hAnsi="Sylfaen" w:cs="Sylfaen"/>
          <w:sz w:val="18"/>
          <w:szCs w:val="18"/>
        </w:rPr>
        <w:t>ღირებულების</w:t>
      </w:r>
      <w:proofErr w:type="spellEnd"/>
      <w:r w:rsidR="006F1C64" w:rsidRPr="00D06AFB">
        <w:rPr>
          <w:rFonts w:ascii="Sylfaen" w:hAnsi="Sylfaen" w:cs="Sylfaen"/>
          <w:sz w:val="18"/>
          <w:szCs w:val="18"/>
        </w:rPr>
        <w:t xml:space="preserve"> 10%-</w:t>
      </w:r>
      <w:proofErr w:type="spellStart"/>
      <w:r w:rsidR="006F1C64" w:rsidRPr="00D06AFB">
        <w:rPr>
          <w:rFonts w:ascii="Sylfaen" w:hAnsi="Sylfaen" w:cs="Sylfaen"/>
          <w:sz w:val="18"/>
          <w:szCs w:val="18"/>
        </w:rPr>
        <w:t>ით</w:t>
      </w:r>
      <w:proofErr w:type="spellEnd"/>
      <w:r w:rsidR="006F1C64" w:rsidRPr="00D06AFB">
        <w:rPr>
          <w:rFonts w:ascii="Sylfaen" w:hAnsi="Sylfaen" w:cs="Sylfaen"/>
          <w:sz w:val="18"/>
          <w:szCs w:val="18"/>
        </w:rPr>
        <w:t>.</w:t>
      </w:r>
    </w:p>
    <w:p w14:paraId="7CB90943" w14:textId="1F557A01" w:rsidR="0043468A" w:rsidRPr="00917F20" w:rsidRDefault="006F1C64" w:rsidP="00185C20">
      <w:pPr>
        <w:pStyle w:val="ListParagraph"/>
        <w:numPr>
          <w:ilvl w:val="1"/>
          <w:numId w:val="13"/>
        </w:numPr>
        <w:jc w:val="both"/>
        <w:rPr>
          <w:rFonts w:cstheme="majorHAnsi"/>
          <w:sz w:val="18"/>
          <w:szCs w:val="18"/>
        </w:rPr>
      </w:pPr>
      <w:r w:rsidRPr="00917F20">
        <w:rPr>
          <w:rFonts w:ascii="Sylfaen" w:hAnsi="Sylfaen" w:cstheme="majorHAnsi"/>
          <w:sz w:val="18"/>
          <w:szCs w:val="18"/>
          <w:lang w:val="ka-GE"/>
        </w:rPr>
        <w:t>თ</w:t>
      </w:r>
      <w:r w:rsidR="00A74260" w:rsidRPr="00917F20">
        <w:rPr>
          <w:rFonts w:ascii="Sylfaen" w:hAnsi="Sylfaen" w:cs="Sylfaen"/>
          <w:sz w:val="18"/>
          <w:szCs w:val="18"/>
        </w:rPr>
        <w:t>უ</w:t>
      </w:r>
      <w:r w:rsidR="00A74260" w:rsidRPr="00917F20">
        <w:rPr>
          <w:rFonts w:cstheme="majorHAnsi"/>
          <w:sz w:val="18"/>
          <w:szCs w:val="18"/>
        </w:rPr>
        <w:t xml:space="preserve"> </w:t>
      </w:r>
      <w:proofErr w:type="spellStart"/>
      <w:r w:rsidR="00A74260" w:rsidRPr="00917F20">
        <w:rPr>
          <w:rFonts w:ascii="Sylfaen" w:hAnsi="Sylfaen" w:cs="Sylfaen"/>
          <w:sz w:val="18"/>
          <w:szCs w:val="18"/>
        </w:rPr>
        <w:t>დამკვეთი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შესრულებული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სამუშაოების</w:t>
      </w:r>
      <w:proofErr w:type="spellEnd"/>
      <w:r w:rsidR="00A74260" w:rsidRPr="00917F20">
        <w:rPr>
          <w:rFonts w:cstheme="majorHAnsi"/>
          <w:sz w:val="18"/>
          <w:szCs w:val="18"/>
        </w:rPr>
        <w:t xml:space="preserve"> </w:t>
      </w:r>
      <w:r w:rsidR="00990C21">
        <w:rPr>
          <w:rFonts w:ascii="Sylfaen" w:hAnsi="Sylfaen" w:cstheme="majorHAnsi"/>
          <w:sz w:val="18"/>
          <w:szCs w:val="18"/>
          <w:lang w:val="ka-GE"/>
        </w:rPr>
        <w:t>(</w:t>
      </w:r>
      <w:proofErr w:type="spellStart"/>
      <w:r w:rsidR="00A74260" w:rsidRPr="00917F20">
        <w:rPr>
          <w:rFonts w:ascii="Sylfaen" w:hAnsi="Sylfaen" w:cs="Sylfaen"/>
          <w:sz w:val="18"/>
          <w:szCs w:val="18"/>
        </w:rPr>
        <w:t>ეტაპის</w:t>
      </w:r>
      <w:proofErr w:type="spellEnd"/>
      <w:r w:rsidR="00990C21">
        <w:rPr>
          <w:rFonts w:ascii="Sylfaen" w:hAnsi="Sylfaen" w:cs="Sylfaen"/>
          <w:sz w:val="18"/>
          <w:szCs w:val="18"/>
          <w:lang w:val="ka-GE"/>
        </w:rPr>
        <w:t>)</w:t>
      </w:r>
      <w:r w:rsidR="00A74260" w:rsidRPr="00917F20">
        <w:rPr>
          <w:rFonts w:cstheme="majorHAnsi"/>
          <w:sz w:val="18"/>
          <w:szCs w:val="18"/>
        </w:rPr>
        <w:t xml:space="preserve"> </w:t>
      </w:r>
      <w:proofErr w:type="spellStart"/>
      <w:r w:rsidR="00A74260" w:rsidRPr="00917F20">
        <w:rPr>
          <w:rFonts w:ascii="Sylfaen" w:hAnsi="Sylfaen" w:cs="Sylfaen"/>
          <w:sz w:val="18"/>
          <w:szCs w:val="18"/>
        </w:rPr>
        <w:t>მიღებიდან</w:t>
      </w:r>
      <w:proofErr w:type="spellEnd"/>
      <w:r w:rsidR="00A74260" w:rsidRPr="00917F20">
        <w:rPr>
          <w:rFonts w:cstheme="majorHAnsi"/>
          <w:sz w:val="18"/>
          <w:szCs w:val="18"/>
        </w:rPr>
        <w:t xml:space="preserve"> - </w:t>
      </w:r>
      <w:r w:rsidR="00624E10">
        <w:rPr>
          <w:rFonts w:ascii="Sylfaen" w:hAnsi="Sylfaen" w:cstheme="majorHAnsi"/>
          <w:sz w:val="18"/>
          <w:szCs w:val="18"/>
          <w:lang w:val="ka-GE"/>
        </w:rPr>
        <w:t>75</w:t>
      </w:r>
      <w:r w:rsidR="00990C21">
        <w:rPr>
          <w:rFonts w:ascii="Sylfaen" w:hAnsi="Sylfaen" w:cstheme="majorHAnsi"/>
          <w:sz w:val="18"/>
          <w:szCs w:val="18"/>
          <w:lang w:val="ka-GE"/>
        </w:rPr>
        <w:t xml:space="preserve"> (</w:t>
      </w:r>
      <w:r w:rsidR="00624E10">
        <w:rPr>
          <w:rFonts w:ascii="Sylfaen" w:hAnsi="Sylfaen" w:cs="Sylfaen"/>
          <w:sz w:val="18"/>
          <w:szCs w:val="18"/>
          <w:lang w:val="ka-GE"/>
        </w:rPr>
        <w:t>სამოცდათხუტმეტი</w:t>
      </w:r>
      <w:r w:rsidR="00990C21">
        <w:rPr>
          <w:rFonts w:ascii="Sylfaen" w:hAnsi="Sylfaen" w:cs="Sylfaen"/>
          <w:sz w:val="18"/>
          <w:szCs w:val="18"/>
          <w:lang w:val="ka-GE"/>
        </w:rPr>
        <w:t>)</w:t>
      </w:r>
      <w:r w:rsidR="00A74260" w:rsidRPr="00D06AFB">
        <w:rPr>
          <w:rFonts w:cstheme="majorHAnsi"/>
          <w:sz w:val="18"/>
          <w:szCs w:val="18"/>
        </w:rPr>
        <w:t xml:space="preserve"> </w:t>
      </w:r>
      <w:proofErr w:type="spellStart"/>
      <w:r w:rsidR="00A74260" w:rsidRPr="00D06AFB">
        <w:rPr>
          <w:rFonts w:ascii="Sylfaen" w:hAnsi="Sylfaen" w:cs="Sylfaen"/>
          <w:sz w:val="18"/>
          <w:szCs w:val="18"/>
        </w:rPr>
        <w:t>კალენდარული</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დღის</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განმავლობაშიც</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ვერ</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უზრუნველყოფს</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საანგარიშო</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პერიოდისათვის</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არსებული</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დავალიანების</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დაფარვას</w:t>
      </w:r>
      <w:proofErr w:type="spellEnd"/>
      <w:r w:rsidR="00A74260" w:rsidRPr="00D06AFB">
        <w:rPr>
          <w:rFonts w:cstheme="majorHAnsi"/>
          <w:sz w:val="18"/>
          <w:szCs w:val="18"/>
        </w:rPr>
        <w:t xml:space="preserve">, </w:t>
      </w:r>
      <w:r w:rsidR="00990C21">
        <w:rPr>
          <w:rFonts w:ascii="Sylfaen" w:hAnsi="Sylfaen" w:cs="Sylfaen"/>
          <w:sz w:val="18"/>
          <w:szCs w:val="18"/>
          <w:lang w:val="ka-GE"/>
        </w:rPr>
        <w:t xml:space="preserve">მენარდე </w:t>
      </w:r>
      <w:proofErr w:type="spellStart"/>
      <w:r w:rsidR="00A74260" w:rsidRPr="00D06AFB">
        <w:rPr>
          <w:rFonts w:ascii="Sylfaen" w:hAnsi="Sylfaen" w:cs="Sylfaen"/>
          <w:sz w:val="18"/>
          <w:szCs w:val="18"/>
        </w:rPr>
        <w:t>უფლებამოსილია</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დამკვეთისათვის</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წერილობითი</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შეტყობინების</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მიღებიდან</w:t>
      </w:r>
      <w:proofErr w:type="spellEnd"/>
      <w:r w:rsidR="00A74260" w:rsidRPr="00D06AFB">
        <w:rPr>
          <w:rFonts w:cstheme="majorHAnsi"/>
          <w:sz w:val="18"/>
          <w:szCs w:val="18"/>
        </w:rPr>
        <w:t xml:space="preserve"> - 15 </w:t>
      </w:r>
      <w:r w:rsidR="00990C21">
        <w:rPr>
          <w:rFonts w:ascii="Sylfaen" w:hAnsi="Sylfaen" w:cstheme="majorHAnsi"/>
          <w:sz w:val="18"/>
          <w:szCs w:val="18"/>
          <w:lang w:val="ka-GE"/>
        </w:rPr>
        <w:t>(</w:t>
      </w:r>
      <w:proofErr w:type="spellStart"/>
      <w:r w:rsidR="00A74260" w:rsidRPr="00D06AFB">
        <w:rPr>
          <w:rFonts w:ascii="Sylfaen" w:hAnsi="Sylfaen" w:cs="Sylfaen"/>
          <w:sz w:val="18"/>
          <w:szCs w:val="18"/>
        </w:rPr>
        <w:t>თხუთმეტი</w:t>
      </w:r>
      <w:proofErr w:type="spellEnd"/>
      <w:r w:rsidR="00990C21">
        <w:rPr>
          <w:rFonts w:ascii="Sylfaen" w:hAnsi="Sylfaen" w:cs="Sylfaen"/>
          <w:sz w:val="18"/>
          <w:szCs w:val="18"/>
          <w:lang w:val="ka-GE"/>
        </w:rPr>
        <w:t xml:space="preserve">) </w:t>
      </w:r>
      <w:proofErr w:type="spellStart"/>
      <w:r w:rsidR="00A74260" w:rsidRPr="00D06AFB">
        <w:rPr>
          <w:rFonts w:ascii="Sylfaen" w:hAnsi="Sylfaen" w:cs="Sylfaen"/>
          <w:sz w:val="18"/>
          <w:szCs w:val="18"/>
        </w:rPr>
        <w:t>კალენდარული</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დღის</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გასვლის</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შემდეგ</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ცალმხრივად</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შეწყვიტოს</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ხელშეკრულება</w:t>
      </w:r>
      <w:proofErr w:type="spellEnd"/>
      <w:r w:rsidR="00A74260" w:rsidRPr="00D06AFB">
        <w:rPr>
          <w:rFonts w:cstheme="majorHAnsi"/>
          <w:sz w:val="18"/>
          <w:szCs w:val="18"/>
        </w:rPr>
        <w:t>.</w:t>
      </w:r>
      <w:r w:rsidR="00A74260" w:rsidRPr="00917F20">
        <w:rPr>
          <w:rFonts w:cstheme="majorHAnsi"/>
          <w:sz w:val="18"/>
          <w:szCs w:val="18"/>
        </w:rPr>
        <w:t xml:space="preserve"> </w:t>
      </w:r>
      <w:proofErr w:type="spellStart"/>
      <w:r w:rsidR="00A74260" w:rsidRPr="00917F20">
        <w:rPr>
          <w:rFonts w:ascii="Sylfaen" w:hAnsi="Sylfaen" w:cs="Sylfaen"/>
          <w:sz w:val="18"/>
          <w:szCs w:val="18"/>
        </w:rPr>
        <w:t>ასეთ</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შემთხვევაში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დამკვეთი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ვალდებულია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აუნაზღაუროს</w:t>
      </w:r>
      <w:proofErr w:type="spellEnd"/>
      <w:r w:rsidR="00A74260" w:rsidRPr="00917F20">
        <w:rPr>
          <w:rFonts w:cstheme="majorHAnsi"/>
          <w:sz w:val="18"/>
          <w:szCs w:val="18"/>
        </w:rPr>
        <w:t xml:space="preserve"> </w:t>
      </w:r>
      <w:r w:rsidR="00990C21">
        <w:rPr>
          <w:rFonts w:ascii="Sylfaen" w:hAnsi="Sylfaen" w:cs="Sylfaen"/>
          <w:sz w:val="18"/>
          <w:szCs w:val="18"/>
          <w:lang w:val="ka-GE"/>
        </w:rPr>
        <w:t>მენარდეს</w:t>
      </w:r>
      <w:r w:rsidR="00A74260" w:rsidRPr="00917F20">
        <w:rPr>
          <w:rFonts w:cstheme="majorHAnsi"/>
          <w:sz w:val="18"/>
          <w:szCs w:val="18"/>
        </w:rPr>
        <w:t xml:space="preserve"> </w:t>
      </w:r>
      <w:proofErr w:type="spellStart"/>
      <w:r w:rsidR="00A74260" w:rsidRPr="00917F20">
        <w:rPr>
          <w:rFonts w:ascii="Sylfaen" w:hAnsi="Sylfaen" w:cs="Sylfaen"/>
          <w:sz w:val="18"/>
          <w:szCs w:val="18"/>
        </w:rPr>
        <w:t>ობიექტზე</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მენარდის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მიერ</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ფაქტობრივად</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შესრულებული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სამუშაოების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მთლიანი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ღირებულება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მათ</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შორის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ხარჯთაღრიცხვით</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გათვალისწინებული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სამუშაოს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შესასრულებლად</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მენარდის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მიერ</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შესყიდული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ან</w:t>
      </w:r>
      <w:proofErr w:type="spellEnd"/>
      <w:r w:rsidR="00A74260" w:rsidRPr="00917F20">
        <w:rPr>
          <w:rFonts w:cstheme="majorHAnsi"/>
          <w:sz w:val="18"/>
          <w:szCs w:val="18"/>
        </w:rPr>
        <w:t>/</w:t>
      </w:r>
      <w:proofErr w:type="spellStart"/>
      <w:r w:rsidR="00A74260" w:rsidRPr="00917F20">
        <w:rPr>
          <w:rFonts w:ascii="Sylfaen" w:hAnsi="Sylfaen" w:cs="Sylfaen"/>
          <w:sz w:val="18"/>
          <w:szCs w:val="18"/>
        </w:rPr>
        <w:t>და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ავანსირებული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ისეთი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მასალების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ღირებულება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რომლებიც</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განკუთვნილია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კონკრეტულად</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წინამდებარე</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ხელშეკრულებით</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განსაზღვრული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სამუშაოს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შესასრულებლად</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და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რომელთა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გამოყენებაც</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ხელშეკრულების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შეწყვეტის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მომენტისთვის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ჯერ</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არ</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მომხდარა</w:t>
      </w:r>
      <w:proofErr w:type="spellEnd"/>
      <w:r w:rsidR="00A74260" w:rsidRPr="00917F20">
        <w:rPr>
          <w:rFonts w:cstheme="majorHAnsi"/>
          <w:sz w:val="18"/>
          <w:szCs w:val="18"/>
        </w:rPr>
        <w:t xml:space="preserve"> </w:t>
      </w:r>
      <w:r w:rsidR="00990C21">
        <w:rPr>
          <w:rFonts w:ascii="Sylfaen" w:hAnsi="Sylfaen" w:cstheme="majorHAnsi"/>
          <w:sz w:val="18"/>
          <w:szCs w:val="18"/>
          <w:lang w:val="ka-GE"/>
        </w:rPr>
        <w:t>(</w:t>
      </w:r>
      <w:proofErr w:type="spellStart"/>
      <w:r w:rsidR="00A74260" w:rsidRPr="00917F20">
        <w:rPr>
          <w:rFonts w:ascii="Sylfaen" w:hAnsi="Sylfaen" w:cs="Sylfaen"/>
          <w:sz w:val="18"/>
          <w:szCs w:val="18"/>
        </w:rPr>
        <w:t>მენარდის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მიერ</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დამკვეთისათვის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შესყიდული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ან</w:t>
      </w:r>
      <w:proofErr w:type="spellEnd"/>
      <w:r w:rsidR="00A74260" w:rsidRPr="00917F20">
        <w:rPr>
          <w:rFonts w:cstheme="majorHAnsi"/>
          <w:sz w:val="18"/>
          <w:szCs w:val="18"/>
        </w:rPr>
        <w:t>/</w:t>
      </w:r>
      <w:proofErr w:type="spellStart"/>
      <w:r w:rsidR="00A74260" w:rsidRPr="00917F20">
        <w:rPr>
          <w:rFonts w:ascii="Sylfaen" w:hAnsi="Sylfaen" w:cs="Sylfaen"/>
          <w:sz w:val="18"/>
          <w:szCs w:val="18"/>
        </w:rPr>
        <w:t>და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ავანსირებული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მასალების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შესყიდვის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დამადასტურებელი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შესაბამისი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lastRenderedPageBreak/>
        <w:t>დოკუმენტ</w:t>
      </w:r>
      <w:proofErr w:type="spellEnd"/>
      <w:r w:rsidR="00990C21">
        <w:rPr>
          <w:rFonts w:ascii="Sylfaen" w:hAnsi="Sylfaen" w:cstheme="majorHAnsi"/>
          <w:sz w:val="18"/>
          <w:szCs w:val="18"/>
          <w:lang w:val="ka-GE"/>
        </w:rPr>
        <w:t>(</w:t>
      </w:r>
      <w:proofErr w:type="spellStart"/>
      <w:r w:rsidR="00A74260" w:rsidRPr="00917F20">
        <w:rPr>
          <w:rFonts w:ascii="Sylfaen" w:hAnsi="Sylfaen" w:cs="Sylfaen"/>
          <w:sz w:val="18"/>
          <w:szCs w:val="18"/>
        </w:rPr>
        <w:t>ებ</w:t>
      </w:r>
      <w:proofErr w:type="spellEnd"/>
      <w:r w:rsidR="00990C21">
        <w:rPr>
          <w:rFonts w:ascii="Sylfaen" w:hAnsi="Sylfaen" w:cstheme="majorHAnsi"/>
          <w:sz w:val="18"/>
          <w:szCs w:val="18"/>
          <w:lang w:val="ka-GE"/>
        </w:rPr>
        <w:t>)</w:t>
      </w:r>
      <w:proofErr w:type="spellStart"/>
      <w:r w:rsidR="00A74260" w:rsidRPr="00917F20">
        <w:rPr>
          <w:rFonts w:ascii="Sylfaen" w:hAnsi="Sylfaen" w:cs="Sylfaen"/>
          <w:sz w:val="18"/>
          <w:szCs w:val="18"/>
        </w:rPr>
        <w:t>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წარდგენის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საფუძველზე</w:t>
      </w:r>
      <w:proofErr w:type="spellEnd"/>
      <w:r w:rsidR="00990C21">
        <w:rPr>
          <w:rFonts w:ascii="Sylfaen" w:hAnsi="Sylfaen" w:cstheme="majorHAnsi"/>
          <w:sz w:val="18"/>
          <w:szCs w:val="18"/>
          <w:lang w:val="ka-GE"/>
        </w:rPr>
        <w:t>)</w:t>
      </w:r>
      <w:r w:rsidR="00A74260" w:rsidRPr="00917F20">
        <w:rPr>
          <w:rFonts w:cstheme="majorHAnsi"/>
          <w:sz w:val="18"/>
          <w:szCs w:val="18"/>
        </w:rPr>
        <w:t>.</w:t>
      </w:r>
      <w:r w:rsidR="00990C21">
        <w:rPr>
          <w:rFonts w:ascii="Sylfaen" w:hAnsi="Sylfaen" w:cstheme="majorHAnsi"/>
          <w:sz w:val="18"/>
          <w:szCs w:val="18"/>
          <w:lang w:val="ka-GE"/>
        </w:rPr>
        <w:t xml:space="preserve"> </w:t>
      </w:r>
      <w:proofErr w:type="spellStart"/>
      <w:r w:rsidR="00A74260" w:rsidRPr="00917F20">
        <w:rPr>
          <w:rFonts w:ascii="Sylfaen" w:hAnsi="Sylfaen" w:cs="Sylfaen"/>
          <w:sz w:val="18"/>
          <w:szCs w:val="18"/>
        </w:rPr>
        <w:t>დამკვეთის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მიერ</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ასეთი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ანაზღაურება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უნდა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განხორციელდეს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ხელშეკრულების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შეწყვეტიდან</w:t>
      </w:r>
      <w:proofErr w:type="spellEnd"/>
      <w:r w:rsidR="00990C21">
        <w:rPr>
          <w:rFonts w:ascii="Sylfaen" w:hAnsi="Sylfaen" w:cs="Sylfaen"/>
          <w:sz w:val="18"/>
          <w:szCs w:val="18"/>
          <w:lang w:val="ka-GE"/>
        </w:rPr>
        <w:t xml:space="preserve"> </w:t>
      </w:r>
      <w:r w:rsidR="00A74260" w:rsidRPr="00917F20">
        <w:rPr>
          <w:rFonts w:cstheme="majorHAnsi"/>
          <w:sz w:val="18"/>
          <w:szCs w:val="18"/>
        </w:rPr>
        <w:t>-</w:t>
      </w:r>
      <w:r w:rsidR="00990C21">
        <w:rPr>
          <w:rFonts w:ascii="Sylfaen" w:hAnsi="Sylfaen" w:cstheme="majorHAnsi"/>
          <w:sz w:val="18"/>
          <w:szCs w:val="18"/>
          <w:lang w:val="ka-GE"/>
        </w:rPr>
        <w:t xml:space="preserve"> </w:t>
      </w:r>
      <w:r w:rsidR="00A74260" w:rsidRPr="00D06AFB">
        <w:rPr>
          <w:rFonts w:cstheme="majorHAnsi"/>
          <w:sz w:val="18"/>
          <w:szCs w:val="18"/>
        </w:rPr>
        <w:t xml:space="preserve">20 </w:t>
      </w:r>
      <w:r w:rsidR="00990C21">
        <w:rPr>
          <w:rFonts w:ascii="Sylfaen" w:hAnsi="Sylfaen" w:cstheme="majorHAnsi"/>
          <w:sz w:val="18"/>
          <w:szCs w:val="18"/>
          <w:lang w:val="ka-GE"/>
        </w:rPr>
        <w:t>(</w:t>
      </w:r>
      <w:proofErr w:type="spellStart"/>
      <w:r w:rsidR="00A74260" w:rsidRPr="00D06AFB">
        <w:rPr>
          <w:rFonts w:ascii="Sylfaen" w:hAnsi="Sylfaen" w:cs="Sylfaen"/>
          <w:sz w:val="18"/>
          <w:szCs w:val="18"/>
        </w:rPr>
        <w:t>ოცი</w:t>
      </w:r>
      <w:proofErr w:type="spellEnd"/>
      <w:r w:rsidR="00990C21">
        <w:rPr>
          <w:rFonts w:ascii="Sylfaen" w:hAnsi="Sylfaen" w:cs="Sylfaen"/>
          <w:sz w:val="18"/>
          <w:szCs w:val="18"/>
          <w:lang w:val="ka-GE"/>
        </w:rPr>
        <w:t xml:space="preserve">) </w:t>
      </w:r>
      <w:proofErr w:type="spellStart"/>
      <w:r w:rsidR="00A74260" w:rsidRPr="00D06AFB">
        <w:rPr>
          <w:rFonts w:ascii="Sylfaen" w:hAnsi="Sylfaen" w:cs="Sylfaen"/>
          <w:sz w:val="18"/>
          <w:szCs w:val="18"/>
        </w:rPr>
        <w:t>სამუშაო</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დღის</w:t>
      </w:r>
      <w:proofErr w:type="spellEnd"/>
      <w:r w:rsidR="00A74260" w:rsidRPr="00D06AFB">
        <w:rPr>
          <w:rFonts w:cstheme="majorHAnsi"/>
          <w:sz w:val="18"/>
          <w:szCs w:val="18"/>
        </w:rPr>
        <w:t xml:space="preserve"> </w:t>
      </w:r>
      <w:proofErr w:type="spellStart"/>
      <w:r w:rsidR="00A74260" w:rsidRPr="00D06AFB">
        <w:rPr>
          <w:rFonts w:ascii="Sylfaen" w:hAnsi="Sylfaen" w:cs="Sylfaen"/>
          <w:sz w:val="18"/>
          <w:szCs w:val="18"/>
        </w:rPr>
        <w:t>ვადაში</w:t>
      </w:r>
      <w:proofErr w:type="spellEnd"/>
      <w:r w:rsidR="00A74260" w:rsidRPr="00D06AFB">
        <w:rPr>
          <w:rFonts w:cstheme="majorHAnsi"/>
          <w:sz w:val="18"/>
          <w:szCs w:val="18"/>
        </w:rPr>
        <w:t>.</w:t>
      </w:r>
      <w:r w:rsidR="00A74260" w:rsidRPr="00917F20">
        <w:rPr>
          <w:rFonts w:cstheme="majorHAnsi"/>
          <w:sz w:val="18"/>
          <w:szCs w:val="18"/>
        </w:rPr>
        <w:t xml:space="preserve"> </w:t>
      </w:r>
      <w:proofErr w:type="spellStart"/>
      <w:r w:rsidR="00A74260" w:rsidRPr="00917F20">
        <w:rPr>
          <w:rFonts w:ascii="Sylfaen" w:hAnsi="Sylfaen" w:cs="Sylfaen"/>
          <w:sz w:val="18"/>
          <w:szCs w:val="18"/>
        </w:rPr>
        <w:t>დამკვეთის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მიერ</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ანაზღაურებული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მენარდის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მიერ</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სამუშაოს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შესრულებისათვის</w:t>
      </w:r>
      <w:proofErr w:type="spellEnd"/>
      <w:r w:rsidR="00990C21">
        <w:rPr>
          <w:rFonts w:ascii="Sylfaen" w:hAnsi="Sylfaen" w:cs="Sylfaen"/>
          <w:sz w:val="18"/>
          <w:szCs w:val="18"/>
          <w:lang w:val="ka-GE"/>
        </w:rPr>
        <w:t xml:space="preserve"> </w:t>
      </w:r>
      <w:proofErr w:type="spellStart"/>
      <w:r w:rsidR="00A74260" w:rsidRPr="00917F20">
        <w:rPr>
          <w:rFonts w:ascii="Sylfaen" w:hAnsi="Sylfaen" w:cs="Sylfaen"/>
          <w:sz w:val="18"/>
          <w:szCs w:val="18"/>
        </w:rPr>
        <w:t>შესყიდული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ან</w:t>
      </w:r>
      <w:proofErr w:type="spellEnd"/>
      <w:r w:rsidR="00A74260" w:rsidRPr="00917F20">
        <w:rPr>
          <w:rFonts w:cstheme="majorHAnsi"/>
          <w:sz w:val="18"/>
          <w:szCs w:val="18"/>
        </w:rPr>
        <w:t>/</w:t>
      </w:r>
      <w:proofErr w:type="spellStart"/>
      <w:r w:rsidR="00A74260" w:rsidRPr="00917F20">
        <w:rPr>
          <w:rFonts w:ascii="Sylfaen" w:hAnsi="Sylfaen" w:cs="Sylfaen"/>
          <w:sz w:val="18"/>
          <w:szCs w:val="18"/>
        </w:rPr>
        <w:t>და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ავანსირებული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მასალები</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გადაეცემა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დამკვეთს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და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მათზე</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წარმოიშობა</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დამკვეთის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საკუთრების</w:t>
      </w:r>
      <w:proofErr w:type="spellEnd"/>
      <w:r w:rsidR="00A74260" w:rsidRPr="00917F20">
        <w:rPr>
          <w:rFonts w:cstheme="majorHAnsi"/>
          <w:sz w:val="18"/>
          <w:szCs w:val="18"/>
        </w:rPr>
        <w:t xml:space="preserve"> </w:t>
      </w:r>
      <w:proofErr w:type="spellStart"/>
      <w:r w:rsidR="00A74260" w:rsidRPr="00917F20">
        <w:rPr>
          <w:rFonts w:ascii="Sylfaen" w:hAnsi="Sylfaen" w:cs="Sylfaen"/>
          <w:sz w:val="18"/>
          <w:szCs w:val="18"/>
        </w:rPr>
        <w:t>უფლება</w:t>
      </w:r>
      <w:proofErr w:type="spellEnd"/>
      <w:r w:rsidR="00A74260" w:rsidRPr="00917F20">
        <w:rPr>
          <w:rFonts w:cstheme="majorHAnsi"/>
          <w:sz w:val="18"/>
          <w:szCs w:val="18"/>
        </w:rPr>
        <w:t>.</w:t>
      </w:r>
    </w:p>
    <w:p w14:paraId="36D0BC11" w14:textId="1F7F5370" w:rsidR="004B6084" w:rsidRDefault="00A74260" w:rsidP="00185C20">
      <w:pPr>
        <w:pStyle w:val="ListParagraph"/>
        <w:numPr>
          <w:ilvl w:val="1"/>
          <w:numId w:val="13"/>
        </w:numPr>
        <w:jc w:val="both"/>
        <w:rPr>
          <w:rFonts w:cstheme="majorHAnsi"/>
          <w:sz w:val="18"/>
          <w:szCs w:val="18"/>
        </w:rPr>
      </w:pPr>
      <w:proofErr w:type="spellStart"/>
      <w:r w:rsidRPr="000C596E">
        <w:rPr>
          <w:rFonts w:ascii="Sylfaen" w:hAnsi="Sylfaen" w:cs="Sylfaen"/>
          <w:sz w:val="18"/>
          <w:szCs w:val="18"/>
        </w:rPr>
        <w:t>იმ</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w:t>
      </w:r>
      <w:proofErr w:type="spellEnd"/>
      <w:r w:rsidRPr="000C596E">
        <w:rPr>
          <w:rFonts w:cstheme="majorHAnsi"/>
          <w:sz w:val="18"/>
          <w:szCs w:val="18"/>
        </w:rPr>
        <w:t xml:space="preserve">, </w:t>
      </w:r>
      <w:proofErr w:type="spellStart"/>
      <w:r w:rsidRPr="000C596E">
        <w:rPr>
          <w:rFonts w:ascii="Sylfaen" w:hAnsi="Sylfaen" w:cs="Sylfaen"/>
          <w:sz w:val="18"/>
          <w:szCs w:val="18"/>
        </w:rPr>
        <w:t>თუ</w:t>
      </w:r>
      <w:proofErr w:type="spellEnd"/>
      <w:r w:rsidRPr="000C596E">
        <w:rPr>
          <w:rFonts w:cstheme="majorHAnsi"/>
          <w:sz w:val="18"/>
          <w:szCs w:val="18"/>
        </w:rPr>
        <w:t xml:space="preserve"> </w:t>
      </w:r>
      <w:r w:rsidR="00990C21">
        <w:rPr>
          <w:rFonts w:ascii="Sylfaen" w:hAnsi="Sylfaen" w:cs="Sylfaen"/>
          <w:sz w:val="18"/>
          <w:szCs w:val="18"/>
          <w:lang w:val="ka-GE"/>
        </w:rPr>
        <w:t xml:space="preserve">მენარდე </w:t>
      </w:r>
      <w:proofErr w:type="spellStart"/>
      <w:r w:rsidRPr="000C596E">
        <w:rPr>
          <w:rFonts w:ascii="Sylfaen" w:hAnsi="Sylfaen" w:cs="Sylfaen"/>
          <w:sz w:val="18"/>
          <w:szCs w:val="18"/>
        </w:rPr>
        <w:t>უწყვეტად</w:t>
      </w:r>
      <w:proofErr w:type="spellEnd"/>
      <w:r w:rsidR="00990C21">
        <w:rPr>
          <w:rFonts w:ascii="Sylfaen" w:hAnsi="Sylfaen" w:cs="Sylfaen"/>
          <w:sz w:val="18"/>
          <w:szCs w:val="18"/>
          <w:lang w:val="ka-GE"/>
        </w:rPr>
        <w:t xml:space="preserve"> </w:t>
      </w:r>
      <w:proofErr w:type="spellStart"/>
      <w:r w:rsidRPr="000C596E">
        <w:rPr>
          <w:rFonts w:ascii="Sylfaen" w:hAnsi="Sylfaen" w:cs="Sylfaen"/>
          <w:sz w:val="18"/>
          <w:szCs w:val="18"/>
        </w:rPr>
        <w:t>შეაჩერებს</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სამუშაოებს</w:t>
      </w:r>
      <w:proofErr w:type="spellEnd"/>
      <w:r w:rsidRPr="000C596E">
        <w:rPr>
          <w:rFonts w:cstheme="majorHAnsi"/>
          <w:sz w:val="18"/>
          <w:szCs w:val="18"/>
        </w:rPr>
        <w:t xml:space="preserve">, </w:t>
      </w:r>
      <w:proofErr w:type="spellStart"/>
      <w:r w:rsidRPr="000C596E">
        <w:rPr>
          <w:rFonts w:ascii="Sylfaen" w:hAnsi="Sylfaen" w:cs="Sylfaen"/>
          <w:sz w:val="18"/>
          <w:szCs w:val="18"/>
        </w:rPr>
        <w:t>მათ</w:t>
      </w:r>
      <w:proofErr w:type="spellEnd"/>
      <w:r w:rsidRPr="000C596E">
        <w:rPr>
          <w:rFonts w:cstheme="majorHAnsi"/>
          <w:sz w:val="18"/>
          <w:szCs w:val="18"/>
        </w:rPr>
        <w:t xml:space="preserve"> </w:t>
      </w:r>
      <w:proofErr w:type="spellStart"/>
      <w:r w:rsidRPr="000C596E">
        <w:rPr>
          <w:rFonts w:ascii="Sylfaen" w:hAnsi="Sylfaen" w:cs="Sylfaen"/>
          <w:sz w:val="18"/>
          <w:szCs w:val="18"/>
        </w:rPr>
        <w:t>შორის</w:t>
      </w:r>
      <w:proofErr w:type="spellEnd"/>
      <w:r w:rsidRPr="000C596E">
        <w:rPr>
          <w:rFonts w:cstheme="majorHAnsi"/>
          <w:sz w:val="18"/>
          <w:szCs w:val="18"/>
        </w:rPr>
        <w:t xml:space="preserve">, </w:t>
      </w:r>
      <w:proofErr w:type="spellStart"/>
      <w:r w:rsidRPr="000C596E">
        <w:rPr>
          <w:rFonts w:ascii="Sylfaen" w:hAnsi="Sylfaen" w:cs="Sylfaen"/>
          <w:sz w:val="18"/>
          <w:szCs w:val="18"/>
        </w:rPr>
        <w:t>თუკი</w:t>
      </w:r>
      <w:proofErr w:type="spellEnd"/>
      <w:r w:rsidRPr="000C596E">
        <w:rPr>
          <w:rFonts w:cstheme="majorHAnsi"/>
          <w:sz w:val="18"/>
          <w:szCs w:val="18"/>
        </w:rPr>
        <w:t xml:space="preserve"> </w:t>
      </w:r>
      <w:proofErr w:type="spellStart"/>
      <w:r w:rsidRPr="000C596E">
        <w:rPr>
          <w:rFonts w:ascii="Sylfaen" w:hAnsi="Sylfaen" w:cs="Sylfaen"/>
          <w:sz w:val="18"/>
          <w:szCs w:val="18"/>
        </w:rPr>
        <w:t>იმ</w:t>
      </w:r>
      <w:proofErr w:type="spellEnd"/>
      <w:r w:rsidRPr="000C596E">
        <w:rPr>
          <w:rFonts w:cstheme="majorHAnsi"/>
          <w:sz w:val="18"/>
          <w:szCs w:val="18"/>
        </w:rPr>
        <w:t xml:space="preserve"> </w:t>
      </w:r>
      <w:proofErr w:type="spellStart"/>
      <w:r w:rsidRPr="000C596E">
        <w:rPr>
          <w:rFonts w:ascii="Sylfaen" w:hAnsi="Sylfaen" w:cs="Sylfaen"/>
          <w:sz w:val="18"/>
          <w:szCs w:val="18"/>
        </w:rPr>
        <w:t>დროისათვის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შესასრულებელ</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სამუშაოებს</w:t>
      </w:r>
      <w:proofErr w:type="spellEnd"/>
      <w:r w:rsidRPr="000C596E">
        <w:rPr>
          <w:rFonts w:cstheme="majorHAnsi"/>
          <w:sz w:val="18"/>
          <w:szCs w:val="18"/>
        </w:rPr>
        <w:t xml:space="preserve"> </w:t>
      </w:r>
      <w:proofErr w:type="spellStart"/>
      <w:r w:rsidRPr="000C596E">
        <w:rPr>
          <w:rFonts w:ascii="Sylfaen" w:hAnsi="Sylfaen" w:cs="Sylfaen"/>
          <w:sz w:val="18"/>
          <w:szCs w:val="18"/>
        </w:rPr>
        <w:t>ახორციელებს</w:t>
      </w:r>
      <w:proofErr w:type="spellEnd"/>
      <w:r w:rsidRPr="000C596E">
        <w:rPr>
          <w:rFonts w:cstheme="majorHAnsi"/>
          <w:sz w:val="18"/>
          <w:szCs w:val="18"/>
        </w:rPr>
        <w:t xml:space="preserve"> </w:t>
      </w:r>
      <w:proofErr w:type="spellStart"/>
      <w:r w:rsidRPr="000C596E">
        <w:rPr>
          <w:rFonts w:ascii="Sylfaen" w:hAnsi="Sylfaen" w:cs="Sylfaen"/>
          <w:sz w:val="18"/>
          <w:szCs w:val="18"/>
        </w:rPr>
        <w:t>არასაკმარისი</w:t>
      </w:r>
      <w:proofErr w:type="spellEnd"/>
      <w:r w:rsidRPr="000C596E">
        <w:rPr>
          <w:rFonts w:cstheme="majorHAnsi"/>
          <w:sz w:val="18"/>
          <w:szCs w:val="18"/>
        </w:rPr>
        <w:t xml:space="preserve"> </w:t>
      </w:r>
      <w:proofErr w:type="spellStart"/>
      <w:r w:rsidRPr="000C596E">
        <w:rPr>
          <w:rFonts w:ascii="Sylfaen" w:hAnsi="Sylfaen" w:cs="Sylfaen"/>
          <w:sz w:val="18"/>
          <w:szCs w:val="18"/>
        </w:rPr>
        <w:t>მუშახელით</w:t>
      </w:r>
      <w:proofErr w:type="spellEnd"/>
      <w:r w:rsidR="00E86FA0">
        <w:rPr>
          <w:rFonts w:ascii="Sylfaen" w:hAnsi="Sylfaen" w:cs="Sylfaen"/>
          <w:sz w:val="18"/>
          <w:szCs w:val="18"/>
          <w:lang w:val="ka-GE"/>
        </w:rPr>
        <w:t>,</w:t>
      </w:r>
      <w:r w:rsidRPr="000C596E">
        <w:rPr>
          <w:rFonts w:cstheme="majorHAnsi"/>
          <w:sz w:val="18"/>
          <w:szCs w:val="18"/>
        </w:rPr>
        <w:t xml:space="preserve"> 15 </w:t>
      </w:r>
      <w:r w:rsidR="00990C21">
        <w:rPr>
          <w:rFonts w:ascii="Sylfaen" w:hAnsi="Sylfaen" w:cstheme="majorHAnsi"/>
          <w:sz w:val="18"/>
          <w:szCs w:val="18"/>
          <w:lang w:val="ka-GE"/>
        </w:rPr>
        <w:t>(</w:t>
      </w:r>
      <w:proofErr w:type="spellStart"/>
      <w:r w:rsidRPr="000C596E">
        <w:rPr>
          <w:rFonts w:ascii="Sylfaen" w:hAnsi="Sylfaen" w:cs="Sylfaen"/>
          <w:sz w:val="18"/>
          <w:szCs w:val="18"/>
        </w:rPr>
        <w:t>თხუთმეტი</w:t>
      </w:r>
      <w:proofErr w:type="spellEnd"/>
      <w:r w:rsidR="00990C21">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კალენდარულ</w:t>
      </w:r>
      <w:proofErr w:type="spellEnd"/>
      <w:r w:rsidRPr="000C596E">
        <w:rPr>
          <w:rFonts w:cstheme="majorHAnsi"/>
          <w:sz w:val="18"/>
          <w:szCs w:val="18"/>
        </w:rPr>
        <w:t xml:space="preserve"> </w:t>
      </w:r>
      <w:proofErr w:type="spellStart"/>
      <w:r w:rsidRPr="000C596E">
        <w:rPr>
          <w:rFonts w:ascii="Sylfaen" w:hAnsi="Sylfaen" w:cs="Sylfaen"/>
          <w:sz w:val="18"/>
          <w:szCs w:val="18"/>
        </w:rPr>
        <w:t>დღეზე</w:t>
      </w:r>
      <w:proofErr w:type="spellEnd"/>
      <w:r w:rsidRPr="000C596E">
        <w:rPr>
          <w:rFonts w:cstheme="majorHAnsi"/>
          <w:sz w:val="18"/>
          <w:szCs w:val="18"/>
        </w:rPr>
        <w:t xml:space="preserve"> </w:t>
      </w:r>
      <w:proofErr w:type="spellStart"/>
      <w:r w:rsidRPr="000C596E">
        <w:rPr>
          <w:rFonts w:ascii="Sylfaen" w:hAnsi="Sylfaen" w:cs="Sylfaen"/>
          <w:sz w:val="18"/>
          <w:szCs w:val="18"/>
        </w:rPr>
        <w:t>მეტი</w:t>
      </w:r>
      <w:proofErr w:type="spellEnd"/>
      <w:r w:rsidRPr="000C596E">
        <w:rPr>
          <w:rFonts w:cstheme="majorHAnsi"/>
          <w:sz w:val="18"/>
          <w:szCs w:val="18"/>
        </w:rPr>
        <w:t xml:space="preserve"> </w:t>
      </w:r>
      <w:proofErr w:type="spellStart"/>
      <w:r w:rsidRPr="000C596E">
        <w:rPr>
          <w:rFonts w:ascii="Sylfaen" w:hAnsi="Sylfaen" w:cs="Sylfaen"/>
          <w:sz w:val="18"/>
          <w:szCs w:val="18"/>
        </w:rPr>
        <w:t>ვადით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გარდა</w:t>
      </w:r>
      <w:proofErr w:type="spellEnd"/>
      <w:r w:rsidRPr="000C596E">
        <w:rPr>
          <w:rFonts w:cstheme="majorHAnsi"/>
          <w:sz w:val="18"/>
          <w:szCs w:val="18"/>
        </w:rPr>
        <w:t xml:space="preserve"> </w:t>
      </w:r>
      <w:proofErr w:type="spellStart"/>
      <w:r w:rsidRPr="000C596E">
        <w:rPr>
          <w:rFonts w:ascii="Sylfaen" w:hAnsi="Sylfaen" w:cs="Sylfaen"/>
          <w:sz w:val="18"/>
          <w:szCs w:val="18"/>
        </w:rPr>
        <w:t>იმ</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შემთხვევისა</w:t>
      </w:r>
      <w:proofErr w:type="spellEnd"/>
      <w:r w:rsidRPr="000C596E">
        <w:rPr>
          <w:rFonts w:cstheme="majorHAnsi"/>
          <w:sz w:val="18"/>
          <w:szCs w:val="18"/>
        </w:rPr>
        <w:t xml:space="preserve">, </w:t>
      </w:r>
      <w:proofErr w:type="spellStart"/>
      <w:r w:rsidRPr="000C596E">
        <w:rPr>
          <w:rFonts w:ascii="Sylfaen" w:hAnsi="Sylfaen" w:cs="Sylfaen"/>
          <w:sz w:val="18"/>
          <w:szCs w:val="18"/>
        </w:rPr>
        <w:t>თუ</w:t>
      </w:r>
      <w:proofErr w:type="spellEnd"/>
      <w:r w:rsidRPr="000C596E">
        <w:rPr>
          <w:rFonts w:cstheme="majorHAnsi"/>
          <w:sz w:val="18"/>
          <w:szCs w:val="18"/>
        </w:rPr>
        <w:t xml:space="preserve"> </w:t>
      </w:r>
      <w:proofErr w:type="spellStart"/>
      <w:r w:rsidRPr="000C596E">
        <w:rPr>
          <w:rFonts w:ascii="Sylfaen" w:hAnsi="Sylfaen" w:cs="Sylfaen"/>
          <w:sz w:val="18"/>
          <w:szCs w:val="18"/>
        </w:rPr>
        <w:t>აღნიშნული</w:t>
      </w:r>
      <w:proofErr w:type="spellEnd"/>
      <w:r w:rsidRPr="000C596E">
        <w:rPr>
          <w:rFonts w:cstheme="majorHAnsi"/>
          <w:sz w:val="18"/>
          <w:szCs w:val="18"/>
        </w:rPr>
        <w:t xml:space="preserve"> </w:t>
      </w:r>
      <w:proofErr w:type="spellStart"/>
      <w:r w:rsidRPr="000C596E">
        <w:rPr>
          <w:rFonts w:ascii="Sylfaen" w:hAnsi="Sylfaen" w:cs="Sylfaen"/>
          <w:sz w:val="18"/>
          <w:szCs w:val="18"/>
        </w:rPr>
        <w:t>გამოწვეულია</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მხრიდან</w:t>
      </w:r>
      <w:proofErr w:type="spellEnd"/>
      <w:r w:rsidRPr="000C596E">
        <w:rPr>
          <w:rFonts w:cstheme="majorHAnsi"/>
          <w:sz w:val="18"/>
          <w:szCs w:val="18"/>
        </w:rPr>
        <w:t xml:space="preserve"> </w:t>
      </w:r>
      <w:proofErr w:type="spellStart"/>
      <w:r w:rsidRPr="000C596E">
        <w:rPr>
          <w:rFonts w:ascii="Sylfaen" w:hAnsi="Sylfaen" w:cs="Sylfaen"/>
          <w:sz w:val="18"/>
          <w:szCs w:val="18"/>
        </w:rPr>
        <w:t>წინამდებარე</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ნაკისრი</w:t>
      </w:r>
      <w:proofErr w:type="spellEnd"/>
      <w:r w:rsidRPr="000C596E">
        <w:rPr>
          <w:rFonts w:cstheme="majorHAnsi"/>
          <w:sz w:val="18"/>
          <w:szCs w:val="18"/>
        </w:rPr>
        <w:t xml:space="preserve"> </w:t>
      </w:r>
      <w:proofErr w:type="spellStart"/>
      <w:r w:rsidRPr="000C596E">
        <w:rPr>
          <w:rFonts w:ascii="Sylfaen" w:hAnsi="Sylfaen" w:cs="Sylfaen"/>
          <w:sz w:val="18"/>
          <w:szCs w:val="18"/>
        </w:rPr>
        <w:t>ვალდებულებების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დარღვევით</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ხელშეკრულების</w:t>
      </w:r>
      <w:proofErr w:type="spellEnd"/>
      <w:r w:rsidR="00990C21">
        <w:rPr>
          <w:rFonts w:ascii="Sylfaen" w:hAnsi="Sylfaen" w:cs="Sylfaen"/>
          <w:sz w:val="18"/>
          <w:szCs w:val="18"/>
          <w:lang w:val="ka-GE"/>
        </w:rPr>
        <w:t xml:space="preserve"> </w:t>
      </w:r>
      <w:proofErr w:type="spellStart"/>
      <w:r w:rsidRPr="000C596E">
        <w:rPr>
          <w:rFonts w:ascii="Sylfaen" w:hAnsi="Sylfaen" w:cs="Sylfaen"/>
          <w:sz w:val="18"/>
          <w:szCs w:val="18"/>
        </w:rPr>
        <w:t>მე</w:t>
      </w:r>
      <w:proofErr w:type="spellEnd"/>
      <w:r w:rsidRPr="000C596E">
        <w:rPr>
          <w:rFonts w:cstheme="majorHAnsi"/>
          <w:sz w:val="18"/>
          <w:szCs w:val="18"/>
        </w:rPr>
        <w:t>–</w:t>
      </w:r>
      <w:r w:rsidR="00624E10">
        <w:rPr>
          <w:rFonts w:ascii="Sylfaen" w:hAnsi="Sylfaen" w:cstheme="majorHAnsi"/>
          <w:sz w:val="18"/>
          <w:szCs w:val="18"/>
          <w:lang w:val="ka-GE"/>
        </w:rPr>
        <w:t>10</w:t>
      </w:r>
      <w:r w:rsidRPr="000C596E">
        <w:rPr>
          <w:rFonts w:cstheme="majorHAnsi"/>
          <w:sz w:val="18"/>
          <w:szCs w:val="18"/>
        </w:rPr>
        <w:t xml:space="preserve"> </w:t>
      </w:r>
      <w:proofErr w:type="spellStart"/>
      <w:r w:rsidRPr="000C596E">
        <w:rPr>
          <w:rFonts w:ascii="Sylfaen" w:hAnsi="Sylfaen" w:cs="Sylfaen"/>
          <w:sz w:val="18"/>
          <w:szCs w:val="18"/>
        </w:rPr>
        <w:t>მუხლით</w:t>
      </w:r>
      <w:proofErr w:type="spellEnd"/>
      <w:r w:rsidR="00990C21">
        <w:rPr>
          <w:rFonts w:cstheme="majorHAnsi"/>
          <w:sz w:val="18"/>
          <w:szCs w:val="18"/>
        </w:rPr>
        <w:t xml:space="preserve"> </w:t>
      </w:r>
      <w:r w:rsidR="00990C21">
        <w:rPr>
          <w:rFonts w:ascii="Sylfaen" w:hAnsi="Sylfaen" w:cstheme="majorHAnsi"/>
          <w:sz w:val="18"/>
          <w:szCs w:val="18"/>
          <w:lang w:val="ka-GE"/>
        </w:rPr>
        <w:t>(</w:t>
      </w:r>
      <w:proofErr w:type="spellStart"/>
      <w:r w:rsidRPr="000C596E">
        <w:rPr>
          <w:rFonts w:ascii="Sylfaen" w:hAnsi="Sylfaen" w:cs="Sylfaen"/>
          <w:sz w:val="18"/>
          <w:szCs w:val="18"/>
        </w:rPr>
        <w:t>ფორს</w:t>
      </w:r>
      <w:proofErr w:type="spellEnd"/>
      <w:r w:rsidRPr="000C596E">
        <w:rPr>
          <w:rFonts w:cstheme="majorHAnsi"/>
          <w:sz w:val="18"/>
          <w:szCs w:val="18"/>
        </w:rPr>
        <w:t>–</w:t>
      </w:r>
      <w:proofErr w:type="spellStart"/>
      <w:r w:rsidRPr="000C596E">
        <w:rPr>
          <w:rFonts w:ascii="Sylfaen" w:hAnsi="Sylfaen" w:cs="Sylfaen"/>
          <w:sz w:val="18"/>
          <w:szCs w:val="18"/>
        </w:rPr>
        <w:t>მაჟორი</w:t>
      </w:r>
      <w:proofErr w:type="spellEnd"/>
      <w:r w:rsidR="00990C21">
        <w:rPr>
          <w:rFonts w:ascii="Sylfaen" w:hAnsi="Sylfaen" w:cstheme="majorHAnsi"/>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გათვალისწინებული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გარემოებებით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ასეთ</w:t>
      </w:r>
      <w:proofErr w:type="spellEnd"/>
      <w:r w:rsidRPr="000C596E">
        <w:rPr>
          <w:rFonts w:cstheme="majorHAnsi"/>
          <w:sz w:val="18"/>
          <w:szCs w:val="18"/>
        </w:rPr>
        <w:t xml:space="preserve"> </w:t>
      </w:r>
      <w:proofErr w:type="spellStart"/>
      <w:r w:rsidRPr="000C596E">
        <w:rPr>
          <w:rFonts w:ascii="Sylfaen" w:hAnsi="Sylfaen" w:cs="Sylfaen"/>
          <w:sz w:val="18"/>
          <w:szCs w:val="18"/>
        </w:rPr>
        <w:t>დროს</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w:t>
      </w:r>
      <w:proofErr w:type="spellEnd"/>
      <w:r w:rsidRPr="000C596E">
        <w:rPr>
          <w:rFonts w:cstheme="majorHAnsi"/>
          <w:sz w:val="18"/>
          <w:szCs w:val="18"/>
        </w:rPr>
        <w:t xml:space="preserve"> </w:t>
      </w:r>
      <w:proofErr w:type="spellStart"/>
      <w:r w:rsidRPr="000C596E">
        <w:rPr>
          <w:rFonts w:ascii="Sylfaen" w:hAnsi="Sylfaen" w:cs="Sylfaen"/>
          <w:sz w:val="18"/>
          <w:szCs w:val="18"/>
        </w:rPr>
        <w:t>უფლებამოსილია</w:t>
      </w:r>
      <w:proofErr w:type="spellEnd"/>
      <w:r w:rsidRPr="000C596E">
        <w:rPr>
          <w:rFonts w:cstheme="majorHAnsi"/>
          <w:sz w:val="18"/>
          <w:szCs w:val="18"/>
        </w:rPr>
        <w:t xml:space="preserve">, </w:t>
      </w:r>
      <w:proofErr w:type="spellStart"/>
      <w:r w:rsidRPr="000C596E">
        <w:rPr>
          <w:rFonts w:ascii="Sylfaen" w:hAnsi="Sylfaen" w:cs="Sylfaen"/>
          <w:sz w:val="18"/>
          <w:szCs w:val="18"/>
        </w:rPr>
        <w:t>შეწყვიტოს</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ხელშეკრულება</w:t>
      </w:r>
      <w:proofErr w:type="spellEnd"/>
      <w:r w:rsidRPr="000C596E">
        <w:rPr>
          <w:rFonts w:cstheme="majorHAnsi"/>
          <w:sz w:val="18"/>
          <w:szCs w:val="18"/>
        </w:rPr>
        <w:t xml:space="preserve">, </w:t>
      </w:r>
      <w:proofErr w:type="spellStart"/>
      <w:r w:rsidRPr="000C596E">
        <w:rPr>
          <w:rFonts w:ascii="Sylfaen" w:hAnsi="Sylfaen" w:cs="Sylfaen"/>
          <w:sz w:val="18"/>
          <w:szCs w:val="18"/>
        </w:rPr>
        <w:t>ხოლო</w:t>
      </w:r>
      <w:proofErr w:type="spellEnd"/>
      <w:r w:rsidRPr="000C596E">
        <w:rPr>
          <w:rFonts w:cstheme="majorHAnsi"/>
          <w:sz w:val="18"/>
          <w:szCs w:val="18"/>
        </w:rPr>
        <w:t xml:space="preserve"> </w:t>
      </w:r>
      <w:r w:rsidR="00990C21">
        <w:rPr>
          <w:rFonts w:ascii="Sylfaen" w:hAnsi="Sylfaen" w:cs="Sylfaen"/>
          <w:sz w:val="18"/>
          <w:szCs w:val="18"/>
          <w:lang w:val="ka-GE"/>
        </w:rPr>
        <w:t>მენარდე</w:t>
      </w:r>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მოთხოვნის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w:t>
      </w:r>
      <w:proofErr w:type="spellEnd"/>
      <w:r w:rsidRPr="000C596E">
        <w:rPr>
          <w:rFonts w:cstheme="majorHAnsi"/>
          <w:sz w:val="18"/>
          <w:szCs w:val="18"/>
        </w:rPr>
        <w:t xml:space="preserve">, </w:t>
      </w:r>
      <w:proofErr w:type="spellStart"/>
      <w:r w:rsidRPr="000C596E">
        <w:rPr>
          <w:rFonts w:ascii="Sylfaen" w:hAnsi="Sylfaen" w:cs="Sylfaen"/>
          <w:sz w:val="18"/>
          <w:szCs w:val="18"/>
        </w:rPr>
        <w:t>ვალდებული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იქნება</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გადაუხადოს</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დამკვეთს</w:t>
      </w:r>
      <w:proofErr w:type="spellEnd"/>
      <w:r w:rsidRPr="000C596E">
        <w:rPr>
          <w:rFonts w:cstheme="majorHAnsi"/>
          <w:sz w:val="18"/>
          <w:szCs w:val="18"/>
        </w:rPr>
        <w:t xml:space="preserve"> </w:t>
      </w:r>
      <w:proofErr w:type="spellStart"/>
      <w:r w:rsidRPr="000C596E">
        <w:rPr>
          <w:rFonts w:ascii="Sylfaen" w:hAnsi="Sylfaen" w:cs="Sylfaen"/>
          <w:sz w:val="18"/>
          <w:szCs w:val="18"/>
        </w:rPr>
        <w:t>ჯარიმა</w:t>
      </w:r>
      <w:proofErr w:type="spellEnd"/>
      <w:r w:rsidRPr="000C596E">
        <w:rPr>
          <w:rFonts w:cstheme="majorHAnsi"/>
          <w:sz w:val="18"/>
          <w:szCs w:val="18"/>
        </w:rPr>
        <w:t xml:space="preserve"> </w:t>
      </w:r>
      <w:proofErr w:type="spellStart"/>
      <w:r w:rsidRPr="00B95CF9">
        <w:rPr>
          <w:rFonts w:ascii="Sylfaen" w:hAnsi="Sylfaen" w:cs="Sylfaen"/>
          <w:sz w:val="18"/>
          <w:szCs w:val="18"/>
        </w:rPr>
        <w:t>საერთო</w:t>
      </w:r>
      <w:proofErr w:type="spellEnd"/>
      <w:r w:rsidRPr="00B95CF9">
        <w:rPr>
          <w:rFonts w:cstheme="majorHAnsi"/>
          <w:sz w:val="18"/>
          <w:szCs w:val="18"/>
        </w:rPr>
        <w:t xml:space="preserve"> </w:t>
      </w:r>
      <w:proofErr w:type="spellStart"/>
      <w:r w:rsidRPr="00B95CF9">
        <w:rPr>
          <w:rFonts w:ascii="Sylfaen" w:hAnsi="Sylfaen" w:cs="Sylfaen"/>
          <w:sz w:val="18"/>
          <w:szCs w:val="18"/>
        </w:rPr>
        <w:t>ღირებულების</w:t>
      </w:r>
      <w:proofErr w:type="spellEnd"/>
      <w:r w:rsidRPr="00B95CF9">
        <w:rPr>
          <w:rFonts w:cstheme="majorHAnsi"/>
          <w:sz w:val="18"/>
          <w:szCs w:val="18"/>
        </w:rPr>
        <w:t xml:space="preserve"> </w:t>
      </w:r>
      <w:r w:rsidR="007E127A" w:rsidRPr="00B95CF9">
        <w:rPr>
          <w:rFonts w:cstheme="majorHAnsi"/>
          <w:sz w:val="18"/>
          <w:szCs w:val="18"/>
        </w:rPr>
        <w:t>10</w:t>
      </w:r>
      <w:r w:rsidRPr="00B95CF9">
        <w:rPr>
          <w:rFonts w:cstheme="majorHAnsi"/>
          <w:sz w:val="18"/>
          <w:szCs w:val="18"/>
        </w:rPr>
        <w:t xml:space="preserve"> </w:t>
      </w:r>
      <w:r w:rsidR="00990C21">
        <w:rPr>
          <w:rFonts w:ascii="Sylfaen" w:hAnsi="Sylfaen" w:cstheme="majorHAnsi"/>
          <w:sz w:val="18"/>
          <w:szCs w:val="18"/>
          <w:lang w:val="ka-GE"/>
        </w:rPr>
        <w:t>(</w:t>
      </w:r>
      <w:proofErr w:type="spellStart"/>
      <w:r w:rsidR="007E127A" w:rsidRPr="00B95CF9">
        <w:rPr>
          <w:rFonts w:ascii="Sylfaen" w:hAnsi="Sylfaen" w:cs="Sylfaen"/>
          <w:sz w:val="18"/>
          <w:szCs w:val="18"/>
        </w:rPr>
        <w:t>ათი</w:t>
      </w:r>
      <w:proofErr w:type="spellEnd"/>
      <w:r w:rsidR="00990C21">
        <w:rPr>
          <w:rFonts w:ascii="Sylfaen" w:hAnsi="Sylfaen" w:cs="Sylfaen"/>
          <w:sz w:val="18"/>
          <w:szCs w:val="18"/>
          <w:lang w:val="ka-GE"/>
        </w:rPr>
        <w:t xml:space="preserve">) </w:t>
      </w:r>
      <w:r w:rsidRPr="00B95CF9">
        <w:rPr>
          <w:rFonts w:cstheme="majorHAnsi"/>
          <w:sz w:val="18"/>
          <w:szCs w:val="18"/>
        </w:rPr>
        <w:t>%-</w:t>
      </w:r>
      <w:proofErr w:type="spellStart"/>
      <w:r w:rsidRPr="00B95CF9">
        <w:rPr>
          <w:rFonts w:ascii="Sylfaen" w:hAnsi="Sylfaen" w:cs="Sylfaen"/>
          <w:sz w:val="18"/>
          <w:szCs w:val="18"/>
        </w:rPr>
        <w:t>ის</w:t>
      </w:r>
      <w:proofErr w:type="spellEnd"/>
      <w:r w:rsidRPr="00B95CF9">
        <w:rPr>
          <w:rFonts w:cstheme="majorHAnsi"/>
          <w:sz w:val="18"/>
          <w:szCs w:val="18"/>
        </w:rPr>
        <w:t xml:space="preserve"> </w:t>
      </w:r>
      <w:proofErr w:type="spellStart"/>
      <w:r w:rsidRPr="00B95CF9">
        <w:rPr>
          <w:rFonts w:ascii="Sylfaen" w:hAnsi="Sylfaen" w:cs="Sylfaen"/>
          <w:sz w:val="18"/>
          <w:szCs w:val="18"/>
        </w:rPr>
        <w:t>ოდენობით</w:t>
      </w:r>
      <w:proofErr w:type="spellEnd"/>
      <w:r w:rsidRPr="00B95CF9">
        <w:rPr>
          <w:rFonts w:cstheme="majorHAnsi"/>
          <w:sz w:val="18"/>
          <w:szCs w:val="18"/>
        </w:rPr>
        <w:t>.</w:t>
      </w:r>
      <w:r w:rsidRPr="000C596E">
        <w:rPr>
          <w:rFonts w:cstheme="majorHAnsi"/>
          <w:sz w:val="18"/>
          <w:szCs w:val="18"/>
        </w:rPr>
        <w:t xml:space="preserve"> </w:t>
      </w:r>
      <w:proofErr w:type="spellStart"/>
      <w:r w:rsidRPr="000C596E">
        <w:rPr>
          <w:rFonts w:ascii="Sylfaen" w:hAnsi="Sylfaen" w:cs="Sylfaen"/>
          <w:sz w:val="18"/>
          <w:szCs w:val="18"/>
        </w:rPr>
        <w:t>იგივე</w:t>
      </w:r>
      <w:proofErr w:type="spellEnd"/>
      <w:r w:rsidRPr="000C596E">
        <w:rPr>
          <w:rFonts w:cstheme="majorHAnsi"/>
          <w:sz w:val="18"/>
          <w:szCs w:val="18"/>
        </w:rPr>
        <w:t xml:space="preserve"> </w:t>
      </w:r>
      <w:proofErr w:type="spellStart"/>
      <w:r w:rsidRPr="000C596E">
        <w:rPr>
          <w:rFonts w:ascii="Sylfaen" w:hAnsi="Sylfaen" w:cs="Sylfaen"/>
          <w:sz w:val="18"/>
          <w:szCs w:val="18"/>
        </w:rPr>
        <w:t>წესი</w:t>
      </w:r>
      <w:proofErr w:type="spellEnd"/>
      <w:r w:rsidR="00990C21">
        <w:rPr>
          <w:rFonts w:ascii="Sylfaen" w:hAnsi="Sylfaen" w:cs="Sylfaen"/>
          <w:sz w:val="18"/>
          <w:szCs w:val="18"/>
          <w:lang w:val="ka-GE"/>
        </w:rPr>
        <w:t xml:space="preserve"> </w:t>
      </w:r>
      <w:proofErr w:type="spellStart"/>
      <w:r w:rsidRPr="000C596E">
        <w:rPr>
          <w:rFonts w:ascii="Sylfaen" w:hAnsi="Sylfaen" w:cs="Sylfaen"/>
          <w:sz w:val="18"/>
          <w:szCs w:val="18"/>
        </w:rPr>
        <w:t>ვრცელდება</w:t>
      </w:r>
      <w:proofErr w:type="spellEnd"/>
      <w:r w:rsidRPr="000C596E">
        <w:rPr>
          <w:rFonts w:cstheme="majorHAnsi"/>
          <w:sz w:val="18"/>
          <w:szCs w:val="18"/>
        </w:rPr>
        <w:t xml:space="preserve"> </w:t>
      </w:r>
      <w:proofErr w:type="spellStart"/>
      <w:r w:rsidRPr="000C596E">
        <w:rPr>
          <w:rFonts w:ascii="Sylfaen" w:hAnsi="Sylfaen" w:cs="Sylfaen"/>
          <w:sz w:val="18"/>
          <w:szCs w:val="18"/>
        </w:rPr>
        <w:t>იმ</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შემთხვევაშიც</w:t>
      </w:r>
      <w:proofErr w:type="spellEnd"/>
      <w:r w:rsidRPr="000C596E">
        <w:rPr>
          <w:rFonts w:cstheme="majorHAnsi"/>
          <w:sz w:val="18"/>
          <w:szCs w:val="18"/>
        </w:rPr>
        <w:t xml:space="preserve">, </w:t>
      </w:r>
      <w:proofErr w:type="spellStart"/>
      <w:r w:rsidRPr="000C596E">
        <w:rPr>
          <w:rFonts w:ascii="Sylfaen" w:hAnsi="Sylfaen" w:cs="Sylfaen"/>
          <w:sz w:val="18"/>
          <w:szCs w:val="18"/>
        </w:rPr>
        <w:t>თუ</w:t>
      </w:r>
      <w:proofErr w:type="spellEnd"/>
      <w:r w:rsidRPr="000C596E">
        <w:rPr>
          <w:rFonts w:cstheme="majorHAnsi"/>
          <w:sz w:val="18"/>
          <w:szCs w:val="18"/>
        </w:rPr>
        <w:t xml:space="preserve"> </w:t>
      </w:r>
      <w:r w:rsidR="00990C21">
        <w:rPr>
          <w:rFonts w:ascii="Sylfaen" w:hAnsi="Sylfaen" w:cs="Sylfaen"/>
          <w:sz w:val="18"/>
          <w:szCs w:val="18"/>
          <w:lang w:val="ka-GE"/>
        </w:rPr>
        <w:t xml:space="preserve">მენარდე </w:t>
      </w:r>
      <w:proofErr w:type="spellStart"/>
      <w:r w:rsidRPr="000C596E">
        <w:rPr>
          <w:rFonts w:ascii="Sylfaen" w:hAnsi="Sylfaen" w:cs="Sylfaen"/>
          <w:sz w:val="18"/>
          <w:szCs w:val="18"/>
        </w:rPr>
        <w:t>შეწყვეტს</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ხელშეკრულებას</w:t>
      </w:r>
      <w:proofErr w:type="spellEnd"/>
      <w:r w:rsidRPr="000C596E">
        <w:rPr>
          <w:rFonts w:cstheme="majorHAnsi"/>
          <w:sz w:val="18"/>
          <w:szCs w:val="18"/>
        </w:rPr>
        <w:t xml:space="preserve"> </w:t>
      </w:r>
      <w:proofErr w:type="spellStart"/>
      <w:r w:rsidRPr="000C596E">
        <w:rPr>
          <w:rFonts w:ascii="Sylfaen" w:hAnsi="Sylfaen" w:cs="Sylfaen"/>
          <w:sz w:val="18"/>
          <w:szCs w:val="18"/>
        </w:rPr>
        <w:t>აღნიშნულის</w:t>
      </w:r>
      <w:proofErr w:type="spellEnd"/>
      <w:r w:rsidRPr="000C596E">
        <w:rPr>
          <w:rFonts w:cstheme="majorHAnsi"/>
          <w:sz w:val="18"/>
          <w:szCs w:val="18"/>
        </w:rPr>
        <w:t xml:space="preserve"> </w:t>
      </w:r>
      <w:proofErr w:type="spellStart"/>
      <w:r w:rsidRPr="000C596E">
        <w:rPr>
          <w:rFonts w:ascii="Sylfaen" w:hAnsi="Sylfaen" w:cs="Sylfaen"/>
          <w:sz w:val="18"/>
          <w:szCs w:val="18"/>
        </w:rPr>
        <w:t>თაობაზე</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დამკვეთისათვის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წერილობითი</w:t>
      </w:r>
      <w:proofErr w:type="spellEnd"/>
      <w:r w:rsidRPr="000C596E">
        <w:rPr>
          <w:rFonts w:cstheme="majorHAnsi"/>
          <w:sz w:val="18"/>
          <w:szCs w:val="18"/>
        </w:rPr>
        <w:t xml:space="preserve"> </w:t>
      </w:r>
      <w:proofErr w:type="spellStart"/>
      <w:r w:rsidRPr="000C596E">
        <w:rPr>
          <w:rFonts w:ascii="Sylfaen" w:hAnsi="Sylfaen" w:cs="Sylfaen"/>
          <w:sz w:val="18"/>
          <w:szCs w:val="18"/>
        </w:rPr>
        <w:t>შეტყობინების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გაგზავნით</w:t>
      </w:r>
      <w:proofErr w:type="spellEnd"/>
      <w:r w:rsidRPr="000C596E">
        <w:rPr>
          <w:rFonts w:cstheme="majorHAnsi"/>
          <w:sz w:val="18"/>
          <w:szCs w:val="18"/>
        </w:rPr>
        <w:t xml:space="preserve">, </w:t>
      </w:r>
      <w:proofErr w:type="spellStart"/>
      <w:r w:rsidRPr="000C596E">
        <w:rPr>
          <w:rFonts w:ascii="Sylfaen" w:hAnsi="Sylfaen" w:cs="Sylfaen"/>
          <w:sz w:val="18"/>
          <w:szCs w:val="18"/>
        </w:rPr>
        <w:t>თუ</w:t>
      </w:r>
      <w:proofErr w:type="spellEnd"/>
      <w:r w:rsidRPr="000C596E">
        <w:rPr>
          <w:rFonts w:cstheme="majorHAnsi"/>
          <w:sz w:val="18"/>
          <w:szCs w:val="18"/>
        </w:rPr>
        <w:t xml:space="preserve"> </w:t>
      </w:r>
      <w:proofErr w:type="spellStart"/>
      <w:r w:rsidRPr="000C596E">
        <w:rPr>
          <w:rFonts w:ascii="Sylfaen" w:hAnsi="Sylfaen" w:cs="Sylfaen"/>
          <w:sz w:val="18"/>
          <w:szCs w:val="18"/>
        </w:rPr>
        <w:t>შეწყვეტა</w:t>
      </w:r>
      <w:proofErr w:type="spellEnd"/>
      <w:r w:rsidRPr="000C596E">
        <w:rPr>
          <w:rFonts w:cstheme="majorHAnsi"/>
          <w:sz w:val="18"/>
          <w:szCs w:val="18"/>
        </w:rPr>
        <w:t xml:space="preserve"> </w:t>
      </w:r>
      <w:proofErr w:type="spellStart"/>
      <w:r w:rsidRPr="000C596E">
        <w:rPr>
          <w:rFonts w:ascii="Sylfaen" w:hAnsi="Sylfaen" w:cs="Sylfaen"/>
          <w:sz w:val="18"/>
          <w:szCs w:val="18"/>
        </w:rPr>
        <w:t>არ</w:t>
      </w:r>
      <w:proofErr w:type="spellEnd"/>
      <w:r w:rsidRPr="000C596E">
        <w:rPr>
          <w:rFonts w:cstheme="majorHAnsi"/>
          <w:sz w:val="18"/>
          <w:szCs w:val="18"/>
        </w:rPr>
        <w:t xml:space="preserve"> </w:t>
      </w:r>
      <w:proofErr w:type="spellStart"/>
      <w:r w:rsidRPr="000C596E">
        <w:rPr>
          <w:rFonts w:ascii="Sylfaen" w:hAnsi="Sylfaen" w:cs="Sylfaen"/>
          <w:sz w:val="18"/>
          <w:szCs w:val="18"/>
        </w:rPr>
        <w:t>არის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გამოწვეული</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მხრიდან</w:t>
      </w:r>
      <w:proofErr w:type="spellEnd"/>
      <w:r w:rsidRPr="000C596E">
        <w:rPr>
          <w:rFonts w:cstheme="majorHAnsi"/>
          <w:sz w:val="18"/>
          <w:szCs w:val="18"/>
        </w:rPr>
        <w:t xml:space="preserve"> </w:t>
      </w:r>
      <w:proofErr w:type="spellStart"/>
      <w:r w:rsidRPr="000C596E">
        <w:rPr>
          <w:rFonts w:ascii="Sylfaen" w:hAnsi="Sylfaen" w:cs="Sylfaen"/>
          <w:sz w:val="18"/>
          <w:szCs w:val="18"/>
        </w:rPr>
        <w:t>წინამდებარე</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ნაკისრი</w:t>
      </w:r>
      <w:proofErr w:type="spellEnd"/>
      <w:r w:rsidRPr="000C596E">
        <w:rPr>
          <w:rFonts w:cstheme="majorHAnsi"/>
          <w:sz w:val="18"/>
          <w:szCs w:val="18"/>
        </w:rPr>
        <w:t xml:space="preserve"> </w:t>
      </w:r>
      <w:proofErr w:type="spellStart"/>
      <w:r w:rsidRPr="000C596E">
        <w:rPr>
          <w:rFonts w:ascii="Sylfaen" w:hAnsi="Sylfaen" w:cs="Sylfaen"/>
          <w:sz w:val="18"/>
          <w:szCs w:val="18"/>
        </w:rPr>
        <w:t>ვალდებულებების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დარღვევით</w:t>
      </w:r>
      <w:proofErr w:type="spellEnd"/>
      <w:r w:rsidRPr="000C596E">
        <w:rPr>
          <w:rFonts w:cstheme="majorHAnsi"/>
          <w:sz w:val="18"/>
          <w:szCs w:val="18"/>
        </w:rPr>
        <w:t>.</w:t>
      </w:r>
    </w:p>
    <w:p w14:paraId="00CB988B" w14:textId="122C1834" w:rsidR="004B6084" w:rsidRPr="000C596E" w:rsidRDefault="00A74260" w:rsidP="00185C20">
      <w:pPr>
        <w:pStyle w:val="ListParagraph"/>
        <w:numPr>
          <w:ilvl w:val="1"/>
          <w:numId w:val="13"/>
        </w:numPr>
        <w:jc w:val="both"/>
        <w:rPr>
          <w:rFonts w:cstheme="majorHAnsi"/>
          <w:sz w:val="18"/>
          <w:szCs w:val="18"/>
        </w:rPr>
      </w:pPr>
      <w:proofErr w:type="spellStart"/>
      <w:r w:rsidRPr="000C596E">
        <w:rPr>
          <w:rFonts w:ascii="Sylfaen" w:hAnsi="Sylfaen" w:cs="Sylfaen"/>
          <w:sz w:val="18"/>
          <w:szCs w:val="18"/>
        </w:rPr>
        <w:t>დამკვეთი</w:t>
      </w:r>
      <w:proofErr w:type="spellEnd"/>
      <w:r w:rsidRPr="000C596E">
        <w:rPr>
          <w:rFonts w:cstheme="majorHAnsi"/>
          <w:sz w:val="18"/>
          <w:szCs w:val="18"/>
        </w:rPr>
        <w:t xml:space="preserve"> </w:t>
      </w:r>
      <w:proofErr w:type="spellStart"/>
      <w:r w:rsidRPr="000C596E">
        <w:rPr>
          <w:rFonts w:ascii="Sylfaen" w:hAnsi="Sylfaen" w:cs="Sylfaen"/>
          <w:sz w:val="18"/>
          <w:szCs w:val="18"/>
        </w:rPr>
        <w:t>უფლებამოსილია</w:t>
      </w:r>
      <w:proofErr w:type="spellEnd"/>
      <w:r w:rsidR="009D7D99">
        <w:rPr>
          <w:rFonts w:ascii="Sylfaen" w:hAnsi="Sylfaen" w:cs="Sylfaen"/>
          <w:sz w:val="18"/>
          <w:szCs w:val="18"/>
          <w:lang w:val="ru-RU"/>
        </w:rPr>
        <w:t xml:space="preserve"> </w:t>
      </w:r>
      <w:proofErr w:type="spellStart"/>
      <w:r w:rsidRPr="000C596E">
        <w:rPr>
          <w:rFonts w:ascii="Sylfaen" w:hAnsi="Sylfaen" w:cs="Sylfaen"/>
          <w:sz w:val="18"/>
          <w:szCs w:val="18"/>
        </w:rPr>
        <w:t>მოსთხოვოს</w:t>
      </w:r>
      <w:proofErr w:type="spellEnd"/>
      <w:r w:rsidRPr="000C596E">
        <w:rPr>
          <w:rFonts w:cstheme="majorHAnsi"/>
          <w:sz w:val="18"/>
          <w:szCs w:val="18"/>
        </w:rPr>
        <w:t xml:space="preserve"> </w:t>
      </w:r>
      <w:r w:rsidR="00747936">
        <w:rPr>
          <w:rFonts w:ascii="Sylfaen" w:hAnsi="Sylfaen" w:cs="Sylfaen"/>
          <w:sz w:val="18"/>
          <w:szCs w:val="18"/>
          <w:lang w:val="ka-GE"/>
        </w:rPr>
        <w:t>მენარდეს</w:t>
      </w:r>
      <w:r w:rsidRPr="000C596E">
        <w:rPr>
          <w:rFonts w:cstheme="majorHAnsi"/>
          <w:sz w:val="18"/>
          <w:szCs w:val="18"/>
        </w:rPr>
        <w:t xml:space="preserve">, </w:t>
      </w:r>
      <w:proofErr w:type="spellStart"/>
      <w:r w:rsidRPr="000C596E">
        <w:rPr>
          <w:rFonts w:ascii="Sylfaen" w:hAnsi="Sylfaen" w:cs="Sylfaen"/>
          <w:sz w:val="18"/>
          <w:szCs w:val="18"/>
        </w:rPr>
        <w:t>შეაჩეროს</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w:t>
      </w:r>
      <w:proofErr w:type="spellEnd"/>
      <w:r w:rsidRPr="000C596E">
        <w:rPr>
          <w:rFonts w:cstheme="majorHAnsi"/>
          <w:sz w:val="18"/>
          <w:szCs w:val="18"/>
        </w:rPr>
        <w:t xml:space="preserve"> </w:t>
      </w:r>
      <w:proofErr w:type="spellStart"/>
      <w:r w:rsidRPr="000C596E">
        <w:rPr>
          <w:rFonts w:ascii="Sylfaen" w:hAnsi="Sylfaen" w:cs="Sylfaen"/>
          <w:sz w:val="18"/>
          <w:szCs w:val="18"/>
        </w:rPr>
        <w:t>არაუმეტეს</w:t>
      </w:r>
      <w:proofErr w:type="spellEnd"/>
      <w:r w:rsidRPr="000C596E">
        <w:rPr>
          <w:rFonts w:cstheme="majorHAnsi"/>
          <w:sz w:val="18"/>
          <w:szCs w:val="18"/>
        </w:rPr>
        <w:t xml:space="preserve"> 45 </w:t>
      </w:r>
      <w:r w:rsidR="00570ACF">
        <w:rPr>
          <w:rFonts w:ascii="Sylfaen" w:hAnsi="Sylfaen" w:cstheme="majorHAnsi"/>
          <w:sz w:val="18"/>
          <w:szCs w:val="18"/>
          <w:lang w:val="ka-GE"/>
        </w:rPr>
        <w:t>(</w:t>
      </w:r>
      <w:proofErr w:type="spellStart"/>
      <w:r w:rsidRPr="000C596E">
        <w:rPr>
          <w:rFonts w:ascii="Sylfaen" w:hAnsi="Sylfaen" w:cs="Sylfaen"/>
          <w:sz w:val="18"/>
          <w:szCs w:val="18"/>
        </w:rPr>
        <w:t>ორმოცდახუთი</w:t>
      </w:r>
      <w:proofErr w:type="spellEnd"/>
      <w:r w:rsidR="00570ACF">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კალენდარული</w:t>
      </w:r>
      <w:proofErr w:type="spellEnd"/>
      <w:r w:rsidRPr="000C596E">
        <w:rPr>
          <w:rFonts w:cstheme="majorHAnsi"/>
          <w:sz w:val="18"/>
          <w:szCs w:val="18"/>
        </w:rPr>
        <w:t xml:space="preserve"> </w:t>
      </w:r>
      <w:proofErr w:type="spellStart"/>
      <w:r w:rsidRPr="000C596E">
        <w:rPr>
          <w:rFonts w:ascii="Sylfaen" w:hAnsi="Sylfaen" w:cs="Sylfaen"/>
          <w:sz w:val="18"/>
          <w:szCs w:val="18"/>
        </w:rPr>
        <w:t>დღით</w:t>
      </w:r>
      <w:proofErr w:type="spellEnd"/>
      <w:r w:rsidRPr="000C596E">
        <w:rPr>
          <w:rFonts w:cstheme="majorHAnsi"/>
          <w:sz w:val="18"/>
          <w:szCs w:val="18"/>
        </w:rPr>
        <w:t xml:space="preserve"> </w:t>
      </w:r>
      <w:proofErr w:type="spellStart"/>
      <w:r w:rsidRPr="000C596E">
        <w:rPr>
          <w:rFonts w:ascii="Sylfaen" w:hAnsi="Sylfaen" w:cs="Sylfaen"/>
          <w:sz w:val="18"/>
          <w:szCs w:val="18"/>
        </w:rPr>
        <w:t>მთლიანი</w:t>
      </w:r>
      <w:proofErr w:type="spellEnd"/>
      <w:r w:rsidRPr="000C596E">
        <w:rPr>
          <w:rFonts w:cstheme="majorHAnsi"/>
          <w:sz w:val="18"/>
          <w:szCs w:val="18"/>
        </w:rPr>
        <w:t xml:space="preserve"> </w:t>
      </w:r>
      <w:proofErr w:type="spellStart"/>
      <w:r w:rsidRPr="000C596E">
        <w:rPr>
          <w:rFonts w:ascii="Sylfaen" w:hAnsi="Sylfaen" w:cs="Sylfaen"/>
          <w:sz w:val="18"/>
          <w:szCs w:val="18"/>
        </w:rPr>
        <w:t>სახელშეკრულებო</w:t>
      </w:r>
      <w:proofErr w:type="spellEnd"/>
      <w:r w:rsidRPr="000C596E">
        <w:rPr>
          <w:rFonts w:cstheme="majorHAnsi"/>
          <w:sz w:val="18"/>
          <w:szCs w:val="18"/>
        </w:rPr>
        <w:t xml:space="preserve"> </w:t>
      </w:r>
      <w:proofErr w:type="spellStart"/>
      <w:r w:rsidRPr="000C596E">
        <w:rPr>
          <w:rFonts w:ascii="Sylfaen" w:hAnsi="Sylfaen" w:cs="Sylfaen"/>
          <w:sz w:val="18"/>
          <w:szCs w:val="18"/>
        </w:rPr>
        <w:t>ვადის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განმავლობაში</w:t>
      </w:r>
      <w:proofErr w:type="spellEnd"/>
      <w:r w:rsidRPr="000C596E">
        <w:rPr>
          <w:rFonts w:cstheme="majorHAnsi"/>
          <w:sz w:val="18"/>
          <w:szCs w:val="18"/>
        </w:rPr>
        <w:t xml:space="preserve">. </w:t>
      </w:r>
      <w:proofErr w:type="spellStart"/>
      <w:r w:rsidRPr="000C596E">
        <w:rPr>
          <w:rFonts w:ascii="Sylfaen" w:hAnsi="Sylfaen" w:cs="Sylfaen"/>
          <w:sz w:val="18"/>
          <w:szCs w:val="18"/>
        </w:rPr>
        <w:t>ამ</w:t>
      </w:r>
      <w:proofErr w:type="spellEnd"/>
      <w:r w:rsidRPr="000C596E">
        <w:rPr>
          <w:rFonts w:cstheme="majorHAnsi"/>
          <w:sz w:val="18"/>
          <w:szCs w:val="18"/>
        </w:rPr>
        <w:t xml:space="preserve"> </w:t>
      </w:r>
      <w:proofErr w:type="spellStart"/>
      <w:r w:rsidRPr="000C596E">
        <w:rPr>
          <w:rFonts w:ascii="Sylfaen" w:hAnsi="Sylfaen" w:cs="Sylfaen"/>
          <w:sz w:val="18"/>
          <w:szCs w:val="18"/>
        </w:rPr>
        <w:t>პერიოდის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განმავლობაში</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w:t>
      </w:r>
      <w:proofErr w:type="spellEnd"/>
      <w:r w:rsidRPr="000C596E">
        <w:rPr>
          <w:rFonts w:cstheme="majorHAnsi"/>
          <w:sz w:val="18"/>
          <w:szCs w:val="18"/>
        </w:rPr>
        <w:t xml:space="preserve"> </w:t>
      </w:r>
      <w:proofErr w:type="spellStart"/>
      <w:r w:rsidRPr="000C596E">
        <w:rPr>
          <w:rFonts w:ascii="Sylfaen" w:hAnsi="Sylfaen" w:cs="Sylfaen"/>
          <w:sz w:val="18"/>
          <w:szCs w:val="18"/>
        </w:rPr>
        <w:t>ვალდებულია</w:t>
      </w:r>
      <w:proofErr w:type="spellEnd"/>
      <w:r w:rsidRPr="000C596E">
        <w:rPr>
          <w:rFonts w:cstheme="majorHAnsi"/>
          <w:sz w:val="18"/>
          <w:szCs w:val="18"/>
        </w:rPr>
        <w:t xml:space="preserve">, </w:t>
      </w:r>
      <w:r w:rsidR="00570ACF">
        <w:rPr>
          <w:rFonts w:ascii="Sylfaen" w:hAnsi="Sylfaen" w:cs="Sylfaen"/>
          <w:sz w:val="18"/>
          <w:szCs w:val="18"/>
          <w:lang w:val="ka-GE"/>
        </w:rPr>
        <w:t xml:space="preserve">მენარდეს </w:t>
      </w:r>
      <w:proofErr w:type="spellStart"/>
      <w:r w:rsidRPr="000C596E">
        <w:rPr>
          <w:rFonts w:ascii="Sylfaen" w:hAnsi="Sylfaen" w:cs="Sylfaen"/>
          <w:sz w:val="18"/>
          <w:szCs w:val="18"/>
        </w:rPr>
        <w:t>აუნაზღაუროს</w:t>
      </w:r>
      <w:proofErr w:type="spellEnd"/>
      <w:r w:rsidRPr="000C596E">
        <w:rPr>
          <w:rFonts w:cstheme="majorHAnsi"/>
          <w:sz w:val="18"/>
          <w:szCs w:val="18"/>
        </w:rPr>
        <w:t xml:space="preserve"> </w:t>
      </w:r>
      <w:proofErr w:type="spellStart"/>
      <w:r w:rsidRPr="000C596E">
        <w:rPr>
          <w:rFonts w:ascii="Sylfaen" w:hAnsi="Sylfaen" w:cs="Sylfaen"/>
          <w:sz w:val="18"/>
          <w:szCs w:val="18"/>
        </w:rPr>
        <w:t>ობიექტზე</w:t>
      </w:r>
      <w:proofErr w:type="spellEnd"/>
      <w:r w:rsidRPr="000C596E">
        <w:rPr>
          <w:rFonts w:cstheme="majorHAnsi"/>
          <w:sz w:val="18"/>
          <w:szCs w:val="18"/>
        </w:rPr>
        <w:t xml:space="preserve"> </w:t>
      </w:r>
      <w:proofErr w:type="spellStart"/>
      <w:r w:rsidRPr="000C596E">
        <w:rPr>
          <w:rFonts w:ascii="Sylfaen" w:hAnsi="Sylfaen" w:cs="Sylfaen"/>
          <w:sz w:val="18"/>
          <w:szCs w:val="18"/>
        </w:rPr>
        <w:t>გაწეული</w:t>
      </w:r>
      <w:proofErr w:type="spellEnd"/>
      <w:r w:rsidRPr="000C596E">
        <w:rPr>
          <w:rFonts w:cstheme="majorHAnsi"/>
          <w:sz w:val="18"/>
          <w:szCs w:val="18"/>
        </w:rPr>
        <w:t xml:space="preserve"> </w:t>
      </w:r>
      <w:proofErr w:type="spellStart"/>
      <w:r w:rsidRPr="000C596E">
        <w:rPr>
          <w:rFonts w:ascii="Sylfaen" w:hAnsi="Sylfaen" w:cs="Sylfaen"/>
          <w:sz w:val="18"/>
          <w:szCs w:val="18"/>
        </w:rPr>
        <w:t>ხარჯი</w:t>
      </w:r>
      <w:proofErr w:type="spellEnd"/>
      <w:r w:rsidRPr="000C596E">
        <w:rPr>
          <w:rFonts w:cstheme="majorHAnsi"/>
          <w:sz w:val="18"/>
          <w:szCs w:val="18"/>
        </w:rPr>
        <w:t xml:space="preserve"> </w:t>
      </w:r>
      <w:r w:rsidR="00570ACF">
        <w:rPr>
          <w:rFonts w:ascii="Sylfaen" w:hAnsi="Sylfaen" w:cstheme="majorHAnsi"/>
          <w:sz w:val="18"/>
          <w:szCs w:val="18"/>
          <w:lang w:val="ka-GE"/>
        </w:rPr>
        <w:t>(</w:t>
      </w:r>
      <w:proofErr w:type="spellStart"/>
      <w:r w:rsidRPr="000C596E">
        <w:rPr>
          <w:rFonts w:ascii="Sylfaen" w:hAnsi="Sylfaen" w:cs="Sylfaen"/>
          <w:sz w:val="18"/>
          <w:szCs w:val="18"/>
        </w:rPr>
        <w:t>კოშკურა</w:t>
      </w:r>
      <w:proofErr w:type="spellEnd"/>
      <w:r w:rsidRPr="000C596E">
        <w:rPr>
          <w:rFonts w:cstheme="majorHAnsi"/>
          <w:sz w:val="18"/>
          <w:szCs w:val="18"/>
        </w:rPr>
        <w:t xml:space="preserve"> </w:t>
      </w:r>
      <w:proofErr w:type="spellStart"/>
      <w:r w:rsidRPr="000C596E">
        <w:rPr>
          <w:rFonts w:ascii="Sylfaen" w:hAnsi="Sylfaen" w:cs="Sylfaen"/>
          <w:sz w:val="18"/>
          <w:szCs w:val="18"/>
        </w:rPr>
        <w:t>ამწე</w:t>
      </w:r>
      <w:proofErr w:type="spellEnd"/>
      <w:r w:rsidRPr="000C596E">
        <w:rPr>
          <w:rFonts w:cstheme="majorHAnsi"/>
          <w:sz w:val="18"/>
          <w:szCs w:val="18"/>
        </w:rPr>
        <w:t xml:space="preserve">, </w:t>
      </w:r>
      <w:proofErr w:type="spellStart"/>
      <w:r w:rsidRPr="000C596E">
        <w:rPr>
          <w:rFonts w:ascii="Sylfaen" w:hAnsi="Sylfaen" w:cs="Sylfaen"/>
          <w:sz w:val="18"/>
          <w:szCs w:val="18"/>
        </w:rPr>
        <w:t>კომუნალური</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გადასახადები</w:t>
      </w:r>
      <w:proofErr w:type="spellEnd"/>
      <w:r w:rsidRPr="000C596E">
        <w:rPr>
          <w:rFonts w:cstheme="majorHAnsi"/>
          <w:sz w:val="18"/>
          <w:szCs w:val="18"/>
        </w:rPr>
        <w:t xml:space="preserve">, </w:t>
      </w:r>
      <w:proofErr w:type="spellStart"/>
      <w:r w:rsidRPr="000C596E">
        <w:rPr>
          <w:rFonts w:ascii="Sylfaen" w:hAnsi="Sylfaen" w:cs="Sylfaen"/>
          <w:sz w:val="18"/>
          <w:szCs w:val="18"/>
        </w:rPr>
        <w:t>ობიექტის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დაცვის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გადასახადები</w:t>
      </w:r>
      <w:proofErr w:type="spellEnd"/>
      <w:r w:rsidR="00570ACF">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ყოველგვარი</w:t>
      </w:r>
      <w:proofErr w:type="spellEnd"/>
      <w:r w:rsidRPr="000C596E">
        <w:rPr>
          <w:rFonts w:cstheme="majorHAnsi"/>
          <w:sz w:val="18"/>
          <w:szCs w:val="18"/>
        </w:rPr>
        <w:t xml:space="preserve"> </w:t>
      </w:r>
      <w:proofErr w:type="spellStart"/>
      <w:r w:rsidRPr="000C596E">
        <w:rPr>
          <w:rFonts w:ascii="Sylfaen" w:hAnsi="Sylfaen" w:cs="Sylfaen"/>
          <w:sz w:val="18"/>
          <w:szCs w:val="18"/>
        </w:rPr>
        <w:t>ეჭვის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გამორიცხვის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მიზნით</w:t>
      </w:r>
      <w:proofErr w:type="spellEnd"/>
      <w:r w:rsidRPr="000C596E">
        <w:rPr>
          <w:rFonts w:cstheme="majorHAnsi"/>
          <w:sz w:val="18"/>
          <w:szCs w:val="18"/>
        </w:rPr>
        <w:t xml:space="preserve">, </w:t>
      </w:r>
      <w:proofErr w:type="spellStart"/>
      <w:r w:rsidRPr="000C596E">
        <w:rPr>
          <w:rFonts w:ascii="Sylfaen" w:hAnsi="Sylfaen" w:cs="Sylfaen"/>
          <w:sz w:val="18"/>
          <w:szCs w:val="18"/>
        </w:rPr>
        <w:t>აღნიშნული</w:t>
      </w:r>
      <w:proofErr w:type="spellEnd"/>
      <w:r w:rsidRPr="000C596E">
        <w:rPr>
          <w:rFonts w:cstheme="majorHAnsi"/>
          <w:sz w:val="18"/>
          <w:szCs w:val="18"/>
        </w:rPr>
        <w:t xml:space="preserve"> </w:t>
      </w:r>
      <w:proofErr w:type="spellStart"/>
      <w:r w:rsidRPr="000C596E">
        <w:rPr>
          <w:rFonts w:ascii="Sylfaen" w:hAnsi="Sylfaen" w:cs="Sylfaen"/>
          <w:sz w:val="18"/>
          <w:szCs w:val="18"/>
        </w:rPr>
        <w:t>პირობა</w:t>
      </w:r>
      <w:proofErr w:type="spellEnd"/>
      <w:r w:rsidRPr="000C596E">
        <w:rPr>
          <w:rFonts w:cstheme="majorHAnsi"/>
          <w:sz w:val="18"/>
          <w:szCs w:val="18"/>
        </w:rPr>
        <w:t xml:space="preserve"> </w:t>
      </w:r>
      <w:proofErr w:type="spellStart"/>
      <w:r w:rsidRPr="000C596E">
        <w:rPr>
          <w:rFonts w:ascii="Sylfaen" w:hAnsi="Sylfaen" w:cs="Sylfaen"/>
          <w:sz w:val="18"/>
          <w:szCs w:val="18"/>
        </w:rPr>
        <w:t>არ</w:t>
      </w:r>
      <w:proofErr w:type="spellEnd"/>
      <w:r w:rsidRPr="000C596E">
        <w:rPr>
          <w:rFonts w:cstheme="majorHAnsi"/>
          <w:sz w:val="18"/>
          <w:szCs w:val="18"/>
        </w:rPr>
        <w:t xml:space="preserve"> </w:t>
      </w:r>
      <w:proofErr w:type="spellStart"/>
      <w:r w:rsidRPr="000C596E">
        <w:rPr>
          <w:rFonts w:ascii="Sylfaen" w:hAnsi="Sylfaen" w:cs="Sylfaen"/>
          <w:sz w:val="18"/>
          <w:szCs w:val="18"/>
        </w:rPr>
        <w:t>ეხება</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გათვალისწინებული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სხვა</w:t>
      </w:r>
      <w:proofErr w:type="spellEnd"/>
      <w:r w:rsidRPr="000C596E">
        <w:rPr>
          <w:rFonts w:cstheme="majorHAnsi"/>
          <w:sz w:val="18"/>
          <w:szCs w:val="18"/>
        </w:rPr>
        <w:t xml:space="preserve"> </w:t>
      </w:r>
      <w:proofErr w:type="spellStart"/>
      <w:r w:rsidRPr="000C596E">
        <w:rPr>
          <w:rFonts w:ascii="Sylfaen" w:hAnsi="Sylfaen" w:cs="Sylfaen"/>
          <w:sz w:val="18"/>
          <w:szCs w:val="18"/>
        </w:rPr>
        <w:t>საფუძვლებით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შეჩერებას</w:t>
      </w:r>
      <w:proofErr w:type="spellEnd"/>
      <w:r w:rsidRPr="000C596E">
        <w:rPr>
          <w:rFonts w:cstheme="majorHAnsi"/>
          <w:sz w:val="18"/>
          <w:szCs w:val="18"/>
        </w:rPr>
        <w:t>/</w:t>
      </w:r>
      <w:proofErr w:type="spellStart"/>
      <w:r w:rsidRPr="000C596E">
        <w:rPr>
          <w:rFonts w:ascii="Sylfaen" w:hAnsi="Sylfaen" w:cs="Sylfaen"/>
          <w:sz w:val="18"/>
          <w:szCs w:val="18"/>
        </w:rPr>
        <w:t>შეჩერების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მოთხოვნას</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აღნიშნული</w:t>
      </w:r>
      <w:proofErr w:type="spellEnd"/>
      <w:r w:rsidRPr="000C596E">
        <w:rPr>
          <w:rFonts w:cstheme="majorHAnsi"/>
          <w:sz w:val="18"/>
          <w:szCs w:val="18"/>
        </w:rPr>
        <w:t xml:space="preserve"> </w:t>
      </w:r>
      <w:proofErr w:type="spellStart"/>
      <w:r w:rsidRPr="000C596E">
        <w:rPr>
          <w:rFonts w:ascii="Sylfaen" w:hAnsi="Sylfaen" w:cs="Sylfaen"/>
          <w:sz w:val="18"/>
          <w:szCs w:val="18"/>
        </w:rPr>
        <w:t>გულისხმობს</w:t>
      </w:r>
      <w:proofErr w:type="spellEnd"/>
      <w:r w:rsidRPr="000C596E">
        <w:rPr>
          <w:rFonts w:cstheme="majorHAnsi"/>
          <w:sz w:val="18"/>
          <w:szCs w:val="18"/>
        </w:rPr>
        <w:t xml:space="preserve"> </w:t>
      </w:r>
      <w:proofErr w:type="spellStart"/>
      <w:r w:rsidRPr="000C596E">
        <w:rPr>
          <w:rFonts w:ascii="Sylfaen" w:hAnsi="Sylfaen" w:cs="Sylfaen"/>
          <w:sz w:val="18"/>
          <w:szCs w:val="18"/>
        </w:rPr>
        <w:t>მხოლოდ</w:t>
      </w:r>
      <w:proofErr w:type="spellEnd"/>
      <w:r w:rsidRPr="000C596E">
        <w:rPr>
          <w:rFonts w:cstheme="majorHAnsi"/>
          <w:sz w:val="18"/>
          <w:szCs w:val="18"/>
        </w:rPr>
        <w:t xml:space="preserve"> </w:t>
      </w:r>
      <w:proofErr w:type="spellStart"/>
      <w:r w:rsidRPr="000C596E">
        <w:rPr>
          <w:rFonts w:ascii="Sylfaen" w:hAnsi="Sylfaen" w:cs="Sylfaen"/>
          <w:sz w:val="18"/>
          <w:szCs w:val="18"/>
        </w:rPr>
        <w:t>ისეთ</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შემთხვევებს</w:t>
      </w:r>
      <w:proofErr w:type="spellEnd"/>
      <w:r w:rsidRPr="000C596E">
        <w:rPr>
          <w:rFonts w:cstheme="majorHAnsi"/>
          <w:sz w:val="18"/>
          <w:szCs w:val="18"/>
        </w:rPr>
        <w:t xml:space="preserve">, </w:t>
      </w:r>
      <w:proofErr w:type="spellStart"/>
      <w:r w:rsidRPr="000C596E">
        <w:rPr>
          <w:rFonts w:ascii="Sylfaen" w:hAnsi="Sylfaen" w:cs="Sylfaen"/>
          <w:sz w:val="18"/>
          <w:szCs w:val="18"/>
        </w:rPr>
        <w:t>როცა</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w:t>
      </w:r>
      <w:proofErr w:type="spellEnd"/>
      <w:r w:rsidRPr="000C596E">
        <w:rPr>
          <w:rFonts w:cstheme="majorHAnsi"/>
          <w:sz w:val="18"/>
          <w:szCs w:val="18"/>
        </w:rPr>
        <w:t xml:space="preserve"> </w:t>
      </w:r>
      <w:proofErr w:type="spellStart"/>
      <w:r w:rsidRPr="000C596E">
        <w:rPr>
          <w:rFonts w:ascii="Sylfaen" w:hAnsi="Sylfaen" w:cs="Sylfaen"/>
          <w:sz w:val="18"/>
          <w:szCs w:val="18"/>
        </w:rPr>
        <w:t>დაუსაბუთებლად</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უმიზეზოდ</w:t>
      </w:r>
      <w:proofErr w:type="spellEnd"/>
      <w:r w:rsidRPr="000C596E">
        <w:rPr>
          <w:rFonts w:cstheme="majorHAnsi"/>
          <w:sz w:val="18"/>
          <w:szCs w:val="18"/>
        </w:rPr>
        <w:t xml:space="preserve"> </w:t>
      </w:r>
      <w:proofErr w:type="spellStart"/>
      <w:r w:rsidRPr="000C596E">
        <w:rPr>
          <w:rFonts w:ascii="Sylfaen" w:hAnsi="Sylfaen" w:cs="Sylfaen"/>
          <w:sz w:val="18"/>
          <w:szCs w:val="18"/>
        </w:rPr>
        <w:t>წერილობითი</w:t>
      </w:r>
      <w:proofErr w:type="spellEnd"/>
      <w:r w:rsidRPr="000C596E">
        <w:rPr>
          <w:rFonts w:cstheme="majorHAnsi"/>
          <w:sz w:val="18"/>
          <w:szCs w:val="18"/>
        </w:rPr>
        <w:t xml:space="preserve"> </w:t>
      </w:r>
      <w:proofErr w:type="spellStart"/>
      <w:r w:rsidRPr="000C596E">
        <w:rPr>
          <w:rFonts w:ascii="Sylfaen" w:hAnsi="Sylfaen" w:cs="Sylfaen"/>
          <w:sz w:val="18"/>
          <w:szCs w:val="18"/>
        </w:rPr>
        <w:t>შეტყობინების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საფუძველზე</w:t>
      </w:r>
      <w:proofErr w:type="spellEnd"/>
      <w:r w:rsidR="00570ACF">
        <w:rPr>
          <w:rFonts w:ascii="Sylfaen" w:hAnsi="Sylfaen" w:cs="Sylfaen"/>
          <w:sz w:val="18"/>
          <w:szCs w:val="18"/>
          <w:lang w:val="ka-GE"/>
        </w:rPr>
        <w:t xml:space="preserve"> </w:t>
      </w:r>
      <w:proofErr w:type="spellStart"/>
      <w:r w:rsidRPr="000C596E">
        <w:rPr>
          <w:rFonts w:ascii="Sylfaen" w:hAnsi="Sylfaen" w:cs="Sylfaen"/>
          <w:sz w:val="18"/>
          <w:szCs w:val="18"/>
        </w:rPr>
        <w:t>მოსთხოვს</w:t>
      </w:r>
      <w:proofErr w:type="spellEnd"/>
      <w:r w:rsidRPr="000C596E">
        <w:rPr>
          <w:rFonts w:cstheme="majorHAnsi"/>
          <w:sz w:val="18"/>
          <w:szCs w:val="18"/>
        </w:rPr>
        <w:t xml:space="preserve"> </w:t>
      </w:r>
      <w:r w:rsidR="00570ACF">
        <w:rPr>
          <w:rFonts w:ascii="Sylfaen" w:hAnsi="Sylfaen" w:cs="Sylfaen"/>
          <w:sz w:val="18"/>
          <w:szCs w:val="18"/>
          <w:lang w:val="ka-GE"/>
        </w:rPr>
        <w:t xml:space="preserve">მენარდეს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შეჩერებას</w:t>
      </w:r>
      <w:proofErr w:type="spellEnd"/>
      <w:r w:rsidRPr="000C596E">
        <w:rPr>
          <w:rFonts w:cstheme="majorHAnsi"/>
          <w:sz w:val="18"/>
          <w:szCs w:val="18"/>
        </w:rPr>
        <w:t>.</w:t>
      </w:r>
    </w:p>
    <w:p w14:paraId="052C5C3E" w14:textId="77777777" w:rsidR="004B6084" w:rsidRPr="000C596E" w:rsidRDefault="004B6084" w:rsidP="00185C20">
      <w:pPr>
        <w:jc w:val="both"/>
        <w:rPr>
          <w:rFonts w:cstheme="majorHAnsi"/>
          <w:b/>
          <w:bCs/>
          <w:sz w:val="24"/>
          <w:szCs w:val="24"/>
          <w:u w:val="single"/>
        </w:rPr>
      </w:pPr>
    </w:p>
    <w:p w14:paraId="11DB729E" w14:textId="136152C4" w:rsidR="004B6084" w:rsidRPr="000C596E" w:rsidRDefault="00A74260" w:rsidP="00185C20">
      <w:pPr>
        <w:pStyle w:val="ListParagraph"/>
        <w:numPr>
          <w:ilvl w:val="0"/>
          <w:numId w:val="13"/>
        </w:numPr>
        <w:jc w:val="both"/>
        <w:rPr>
          <w:rFonts w:cstheme="majorHAnsi"/>
          <w:b/>
          <w:bCs/>
          <w:sz w:val="24"/>
          <w:szCs w:val="24"/>
          <w:u w:val="single"/>
        </w:rPr>
      </w:pPr>
      <w:r w:rsidRPr="000C596E">
        <w:rPr>
          <w:rFonts w:cstheme="majorHAnsi"/>
          <w:b/>
          <w:bCs/>
          <w:sz w:val="24"/>
          <w:szCs w:val="24"/>
          <w:u w:val="single"/>
        </w:rPr>
        <w:t xml:space="preserve"> </w:t>
      </w:r>
      <w:proofErr w:type="spellStart"/>
      <w:r w:rsidRPr="000C596E">
        <w:rPr>
          <w:rFonts w:ascii="Sylfaen" w:hAnsi="Sylfaen" w:cs="Sylfaen"/>
          <w:b/>
          <w:bCs/>
          <w:sz w:val="24"/>
          <w:szCs w:val="24"/>
          <w:u w:val="single"/>
        </w:rPr>
        <w:t>მხარეთა</w:t>
      </w:r>
      <w:proofErr w:type="spellEnd"/>
      <w:r w:rsidRPr="000C596E">
        <w:rPr>
          <w:rFonts w:cstheme="majorHAnsi"/>
          <w:b/>
          <w:bCs/>
          <w:sz w:val="24"/>
          <w:szCs w:val="24"/>
          <w:u w:val="single"/>
        </w:rPr>
        <w:t xml:space="preserve"> </w:t>
      </w:r>
      <w:proofErr w:type="spellStart"/>
      <w:r w:rsidRPr="000C596E">
        <w:rPr>
          <w:rFonts w:ascii="Sylfaen" w:hAnsi="Sylfaen" w:cs="Sylfaen"/>
          <w:b/>
          <w:bCs/>
          <w:sz w:val="24"/>
          <w:szCs w:val="24"/>
          <w:u w:val="single"/>
        </w:rPr>
        <w:t>პასუხისმგებლობა</w:t>
      </w:r>
      <w:proofErr w:type="spellEnd"/>
    </w:p>
    <w:p w14:paraId="2AC8E4CD" w14:textId="0831A569" w:rsidR="004B6084" w:rsidRDefault="00A74260" w:rsidP="00185C20">
      <w:pPr>
        <w:pStyle w:val="ListParagraph"/>
        <w:numPr>
          <w:ilvl w:val="1"/>
          <w:numId w:val="13"/>
        </w:numPr>
        <w:jc w:val="both"/>
        <w:rPr>
          <w:rFonts w:cstheme="majorHAnsi"/>
          <w:sz w:val="18"/>
          <w:szCs w:val="18"/>
        </w:rPr>
      </w:pPr>
      <w:proofErr w:type="spellStart"/>
      <w:r w:rsidRPr="000C596E">
        <w:rPr>
          <w:rFonts w:ascii="Sylfaen" w:hAnsi="Sylfaen" w:cs="Sylfaen"/>
          <w:sz w:val="18"/>
          <w:szCs w:val="18"/>
        </w:rPr>
        <w:t>წინამდებარე</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პირობების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დარღვევის</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ზიანის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მიყენებისთვის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მხარეები</w:t>
      </w:r>
      <w:proofErr w:type="spellEnd"/>
      <w:r w:rsidRPr="000C596E">
        <w:rPr>
          <w:rFonts w:cstheme="majorHAnsi"/>
          <w:sz w:val="18"/>
          <w:szCs w:val="18"/>
        </w:rPr>
        <w:t xml:space="preserve"> </w:t>
      </w:r>
      <w:proofErr w:type="spellStart"/>
      <w:r w:rsidRPr="000C596E">
        <w:rPr>
          <w:rFonts w:ascii="Sylfaen" w:hAnsi="Sylfaen" w:cs="Sylfaen"/>
          <w:sz w:val="18"/>
          <w:szCs w:val="18"/>
        </w:rPr>
        <w:t>პასუხს</w:t>
      </w:r>
      <w:proofErr w:type="spellEnd"/>
      <w:r w:rsidRPr="000C596E">
        <w:rPr>
          <w:rFonts w:cstheme="majorHAnsi"/>
          <w:sz w:val="18"/>
          <w:szCs w:val="18"/>
        </w:rPr>
        <w:t xml:space="preserve"> </w:t>
      </w:r>
      <w:proofErr w:type="spellStart"/>
      <w:r w:rsidRPr="000C596E">
        <w:rPr>
          <w:rFonts w:ascii="Sylfaen" w:hAnsi="Sylfaen" w:cs="Sylfaen"/>
          <w:sz w:val="18"/>
          <w:szCs w:val="18"/>
        </w:rPr>
        <w:t>აგებენ</w:t>
      </w:r>
      <w:proofErr w:type="spellEnd"/>
      <w:r w:rsidRPr="000C596E">
        <w:rPr>
          <w:rFonts w:cstheme="majorHAnsi"/>
          <w:sz w:val="18"/>
          <w:szCs w:val="18"/>
        </w:rPr>
        <w:t xml:space="preserve"> </w:t>
      </w:r>
      <w:proofErr w:type="spellStart"/>
      <w:r w:rsidRPr="000C596E">
        <w:rPr>
          <w:rFonts w:ascii="Sylfaen" w:hAnsi="Sylfaen" w:cs="Sylfaen"/>
          <w:sz w:val="18"/>
          <w:szCs w:val="18"/>
        </w:rPr>
        <w:t>საქართველოში</w:t>
      </w:r>
      <w:proofErr w:type="spellEnd"/>
      <w:r w:rsidRPr="000C596E">
        <w:rPr>
          <w:rFonts w:cstheme="majorHAnsi"/>
          <w:sz w:val="18"/>
          <w:szCs w:val="18"/>
        </w:rPr>
        <w:t xml:space="preserve"> </w:t>
      </w:r>
      <w:proofErr w:type="spellStart"/>
      <w:r w:rsidRPr="000C596E">
        <w:rPr>
          <w:rFonts w:ascii="Sylfaen" w:hAnsi="Sylfaen" w:cs="Sylfaen"/>
          <w:sz w:val="18"/>
          <w:szCs w:val="18"/>
        </w:rPr>
        <w:t>მოქმედი</w:t>
      </w:r>
      <w:proofErr w:type="spellEnd"/>
      <w:r w:rsidRPr="000C596E">
        <w:rPr>
          <w:rFonts w:cstheme="majorHAnsi"/>
          <w:sz w:val="18"/>
          <w:szCs w:val="18"/>
        </w:rPr>
        <w:t xml:space="preserve"> </w:t>
      </w:r>
      <w:proofErr w:type="spellStart"/>
      <w:r w:rsidRPr="000C596E">
        <w:rPr>
          <w:rFonts w:ascii="Sylfaen" w:hAnsi="Sylfaen" w:cs="Sylfaen"/>
          <w:sz w:val="18"/>
          <w:szCs w:val="18"/>
        </w:rPr>
        <w:t>კანონმდებლობის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მიხედვით</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წინამდებარე</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განსაზღვრული</w:t>
      </w:r>
      <w:proofErr w:type="spellEnd"/>
      <w:r w:rsidRPr="000C596E">
        <w:rPr>
          <w:rFonts w:cstheme="majorHAnsi"/>
          <w:sz w:val="18"/>
          <w:szCs w:val="18"/>
        </w:rPr>
        <w:t xml:space="preserve"> </w:t>
      </w:r>
      <w:proofErr w:type="spellStart"/>
      <w:r w:rsidRPr="000C596E">
        <w:rPr>
          <w:rFonts w:ascii="Sylfaen" w:hAnsi="Sylfaen" w:cs="Sylfaen"/>
          <w:sz w:val="18"/>
          <w:szCs w:val="18"/>
        </w:rPr>
        <w:t>პირობებით</w:t>
      </w:r>
      <w:proofErr w:type="spellEnd"/>
      <w:r w:rsidRPr="000C596E">
        <w:rPr>
          <w:rFonts w:cstheme="majorHAnsi"/>
          <w:sz w:val="18"/>
          <w:szCs w:val="18"/>
        </w:rPr>
        <w:t>.</w:t>
      </w:r>
    </w:p>
    <w:p w14:paraId="77FE584C" w14:textId="716D5DA7" w:rsidR="004B6084" w:rsidRPr="00D06AFB" w:rsidRDefault="00A74260" w:rsidP="00185C20">
      <w:pPr>
        <w:pStyle w:val="ListParagraph"/>
        <w:numPr>
          <w:ilvl w:val="1"/>
          <w:numId w:val="13"/>
        </w:numPr>
        <w:jc w:val="both"/>
        <w:rPr>
          <w:rFonts w:cstheme="majorHAnsi"/>
          <w:sz w:val="18"/>
          <w:szCs w:val="18"/>
        </w:rPr>
      </w:pPr>
      <w:proofErr w:type="spellStart"/>
      <w:r w:rsidRPr="00D06AFB">
        <w:rPr>
          <w:rFonts w:ascii="Sylfaen" w:hAnsi="Sylfaen" w:cs="Sylfaen"/>
          <w:sz w:val="18"/>
          <w:szCs w:val="18"/>
        </w:rPr>
        <w:t>მენარდის</w:t>
      </w:r>
      <w:proofErr w:type="spellEnd"/>
      <w:r w:rsidRPr="00D06AFB">
        <w:rPr>
          <w:rFonts w:cstheme="majorHAnsi"/>
          <w:sz w:val="18"/>
          <w:szCs w:val="18"/>
        </w:rPr>
        <w:t xml:space="preserve"> </w:t>
      </w:r>
      <w:proofErr w:type="spellStart"/>
      <w:r w:rsidRPr="00D06AFB">
        <w:rPr>
          <w:rFonts w:ascii="Sylfaen" w:hAnsi="Sylfaen" w:cs="Sylfaen"/>
          <w:sz w:val="18"/>
          <w:szCs w:val="18"/>
        </w:rPr>
        <w:t>მიერ</w:t>
      </w:r>
      <w:proofErr w:type="spellEnd"/>
      <w:r w:rsidRPr="00D06AFB">
        <w:rPr>
          <w:rFonts w:cstheme="majorHAnsi"/>
          <w:sz w:val="18"/>
          <w:szCs w:val="18"/>
        </w:rPr>
        <w:t xml:space="preserve"> </w:t>
      </w:r>
      <w:proofErr w:type="spellStart"/>
      <w:r w:rsidRPr="00D06AFB">
        <w:rPr>
          <w:rFonts w:ascii="Sylfaen" w:hAnsi="Sylfaen" w:cs="Sylfaen"/>
          <w:sz w:val="18"/>
          <w:szCs w:val="18"/>
        </w:rPr>
        <w:t>ხელშეკრულებით</w:t>
      </w:r>
      <w:proofErr w:type="spellEnd"/>
      <w:r w:rsidRPr="00D06AFB">
        <w:rPr>
          <w:rFonts w:cstheme="majorHAnsi"/>
          <w:sz w:val="18"/>
          <w:szCs w:val="18"/>
        </w:rPr>
        <w:t xml:space="preserve"> </w:t>
      </w:r>
      <w:proofErr w:type="spellStart"/>
      <w:r w:rsidRPr="00D06AFB">
        <w:rPr>
          <w:rFonts w:ascii="Sylfaen" w:hAnsi="Sylfaen" w:cs="Sylfaen"/>
          <w:sz w:val="18"/>
          <w:szCs w:val="18"/>
        </w:rPr>
        <w:t>გათვალისწინებული</w:t>
      </w:r>
      <w:proofErr w:type="spellEnd"/>
      <w:r w:rsidRPr="00D06AFB">
        <w:rPr>
          <w:rFonts w:cstheme="majorHAnsi"/>
          <w:sz w:val="18"/>
          <w:szCs w:val="18"/>
        </w:rPr>
        <w:t xml:space="preserve"> </w:t>
      </w:r>
      <w:proofErr w:type="spellStart"/>
      <w:r w:rsidRPr="00D06AFB">
        <w:rPr>
          <w:rFonts w:ascii="Sylfaen" w:hAnsi="Sylfaen" w:cs="Sylfaen"/>
          <w:sz w:val="18"/>
          <w:szCs w:val="18"/>
        </w:rPr>
        <w:t>რომელიმე</w:t>
      </w:r>
      <w:proofErr w:type="spellEnd"/>
      <w:r w:rsidRPr="00D06AFB">
        <w:rPr>
          <w:rFonts w:cstheme="majorHAnsi"/>
          <w:sz w:val="18"/>
          <w:szCs w:val="18"/>
        </w:rPr>
        <w:t xml:space="preserve"> </w:t>
      </w:r>
      <w:proofErr w:type="spellStart"/>
      <w:r w:rsidRPr="00D06AFB">
        <w:rPr>
          <w:rFonts w:ascii="Sylfaen" w:hAnsi="Sylfaen" w:cs="Sylfaen"/>
          <w:sz w:val="18"/>
          <w:szCs w:val="18"/>
        </w:rPr>
        <w:t>ვალდებულების</w:t>
      </w:r>
      <w:proofErr w:type="spellEnd"/>
      <w:r w:rsidRPr="00D06AFB">
        <w:rPr>
          <w:rFonts w:cstheme="majorHAnsi"/>
          <w:sz w:val="18"/>
          <w:szCs w:val="18"/>
        </w:rPr>
        <w:t xml:space="preserve"> </w:t>
      </w:r>
      <w:proofErr w:type="spellStart"/>
      <w:r w:rsidRPr="00D06AFB">
        <w:rPr>
          <w:rFonts w:ascii="Sylfaen" w:hAnsi="Sylfaen" w:cs="Sylfaen"/>
          <w:sz w:val="18"/>
          <w:szCs w:val="18"/>
        </w:rPr>
        <w:t>სრულად</w:t>
      </w:r>
      <w:proofErr w:type="spellEnd"/>
      <w:r w:rsidRPr="00D06AFB">
        <w:rPr>
          <w:rFonts w:cstheme="majorHAnsi"/>
          <w:sz w:val="18"/>
          <w:szCs w:val="18"/>
        </w:rPr>
        <w:t>/</w:t>
      </w:r>
      <w:proofErr w:type="spellStart"/>
      <w:r w:rsidRPr="00D06AFB">
        <w:rPr>
          <w:rFonts w:ascii="Sylfaen" w:hAnsi="Sylfaen" w:cs="Sylfaen"/>
          <w:sz w:val="18"/>
          <w:szCs w:val="18"/>
        </w:rPr>
        <w:t>ნაწილობრივ</w:t>
      </w:r>
      <w:proofErr w:type="spellEnd"/>
      <w:r w:rsidRPr="00D06AFB">
        <w:rPr>
          <w:rFonts w:cstheme="majorHAnsi"/>
          <w:sz w:val="18"/>
          <w:szCs w:val="18"/>
        </w:rPr>
        <w:t xml:space="preserve"> </w:t>
      </w:r>
      <w:proofErr w:type="spellStart"/>
      <w:r w:rsidRPr="00D06AFB">
        <w:rPr>
          <w:rFonts w:ascii="Sylfaen" w:hAnsi="Sylfaen" w:cs="Sylfaen"/>
          <w:sz w:val="18"/>
          <w:szCs w:val="18"/>
        </w:rPr>
        <w:t>შეუსრულებლობის</w:t>
      </w:r>
      <w:proofErr w:type="spellEnd"/>
      <w:r w:rsidRPr="00D06AFB">
        <w:rPr>
          <w:rFonts w:cstheme="majorHAnsi"/>
          <w:sz w:val="18"/>
          <w:szCs w:val="18"/>
        </w:rPr>
        <w:t xml:space="preserve"> </w:t>
      </w:r>
      <w:proofErr w:type="spellStart"/>
      <w:r w:rsidRPr="00D06AFB">
        <w:rPr>
          <w:rFonts w:ascii="Sylfaen" w:hAnsi="Sylfaen" w:cs="Sylfaen"/>
          <w:sz w:val="18"/>
          <w:szCs w:val="18"/>
        </w:rPr>
        <w:t>ან</w:t>
      </w:r>
      <w:proofErr w:type="spellEnd"/>
      <w:r w:rsidRPr="00D06AFB">
        <w:rPr>
          <w:rFonts w:cstheme="majorHAnsi"/>
          <w:sz w:val="18"/>
          <w:szCs w:val="18"/>
        </w:rPr>
        <w:t>/</w:t>
      </w:r>
      <w:proofErr w:type="spellStart"/>
      <w:r w:rsidRPr="00D06AFB">
        <w:rPr>
          <w:rFonts w:ascii="Sylfaen" w:hAnsi="Sylfaen" w:cs="Sylfaen"/>
          <w:sz w:val="18"/>
          <w:szCs w:val="18"/>
        </w:rPr>
        <w:t>და</w:t>
      </w:r>
      <w:proofErr w:type="spellEnd"/>
      <w:r w:rsidRPr="00D06AFB">
        <w:rPr>
          <w:rFonts w:cstheme="majorHAnsi"/>
          <w:sz w:val="18"/>
          <w:szCs w:val="18"/>
        </w:rPr>
        <w:t xml:space="preserve"> </w:t>
      </w:r>
      <w:proofErr w:type="spellStart"/>
      <w:r w:rsidRPr="00D06AFB">
        <w:rPr>
          <w:rFonts w:ascii="Sylfaen" w:hAnsi="Sylfaen" w:cs="Sylfaen"/>
          <w:sz w:val="18"/>
          <w:szCs w:val="18"/>
        </w:rPr>
        <w:t>არაჯეროვნად</w:t>
      </w:r>
      <w:proofErr w:type="spellEnd"/>
      <w:r w:rsidRPr="00D06AFB">
        <w:rPr>
          <w:rFonts w:cstheme="majorHAnsi"/>
          <w:sz w:val="18"/>
          <w:szCs w:val="18"/>
        </w:rPr>
        <w:t>/</w:t>
      </w:r>
      <w:proofErr w:type="spellStart"/>
      <w:r w:rsidRPr="00D06AFB">
        <w:rPr>
          <w:rFonts w:ascii="Sylfaen" w:hAnsi="Sylfaen" w:cs="Sylfaen"/>
          <w:sz w:val="18"/>
          <w:szCs w:val="18"/>
        </w:rPr>
        <w:t>არასათანადოდ</w:t>
      </w:r>
      <w:proofErr w:type="spellEnd"/>
      <w:r w:rsidRPr="00D06AFB">
        <w:rPr>
          <w:rFonts w:cstheme="majorHAnsi"/>
          <w:sz w:val="18"/>
          <w:szCs w:val="18"/>
        </w:rPr>
        <w:t xml:space="preserve"> </w:t>
      </w:r>
      <w:proofErr w:type="spellStart"/>
      <w:r w:rsidRPr="00D06AFB">
        <w:rPr>
          <w:rFonts w:ascii="Sylfaen" w:hAnsi="Sylfaen" w:cs="Sylfaen"/>
          <w:sz w:val="18"/>
          <w:szCs w:val="18"/>
        </w:rPr>
        <w:t>შესრულების</w:t>
      </w:r>
      <w:proofErr w:type="spellEnd"/>
      <w:r w:rsidRPr="00D06AFB">
        <w:rPr>
          <w:rFonts w:cstheme="majorHAnsi"/>
          <w:sz w:val="18"/>
          <w:szCs w:val="18"/>
        </w:rPr>
        <w:t xml:space="preserve"> </w:t>
      </w:r>
      <w:proofErr w:type="spellStart"/>
      <w:r w:rsidRPr="00D06AFB">
        <w:rPr>
          <w:rFonts w:ascii="Sylfaen" w:hAnsi="Sylfaen" w:cs="Sylfaen"/>
          <w:sz w:val="18"/>
          <w:szCs w:val="18"/>
        </w:rPr>
        <w:t>ან</w:t>
      </w:r>
      <w:proofErr w:type="spellEnd"/>
      <w:r w:rsidRPr="00D06AFB">
        <w:rPr>
          <w:rFonts w:cstheme="majorHAnsi"/>
          <w:sz w:val="18"/>
          <w:szCs w:val="18"/>
        </w:rPr>
        <w:t>/</w:t>
      </w:r>
      <w:proofErr w:type="spellStart"/>
      <w:r w:rsidRPr="00D06AFB">
        <w:rPr>
          <w:rFonts w:ascii="Sylfaen" w:hAnsi="Sylfaen" w:cs="Sylfaen"/>
          <w:sz w:val="18"/>
          <w:szCs w:val="18"/>
        </w:rPr>
        <w:t>და</w:t>
      </w:r>
      <w:proofErr w:type="spellEnd"/>
      <w:r w:rsidRPr="00D06AFB">
        <w:rPr>
          <w:rFonts w:cstheme="majorHAnsi"/>
          <w:sz w:val="18"/>
          <w:szCs w:val="18"/>
        </w:rPr>
        <w:t xml:space="preserve"> </w:t>
      </w:r>
      <w:proofErr w:type="spellStart"/>
      <w:r w:rsidRPr="00D06AFB">
        <w:rPr>
          <w:rFonts w:ascii="Sylfaen" w:hAnsi="Sylfaen" w:cs="Sylfaen"/>
          <w:sz w:val="18"/>
          <w:szCs w:val="18"/>
        </w:rPr>
        <w:t>ხელშეკრულებით</w:t>
      </w:r>
      <w:proofErr w:type="spellEnd"/>
      <w:r w:rsidRPr="00D06AFB">
        <w:rPr>
          <w:rFonts w:cstheme="majorHAnsi"/>
          <w:sz w:val="18"/>
          <w:szCs w:val="18"/>
        </w:rPr>
        <w:t xml:space="preserve"> </w:t>
      </w:r>
      <w:proofErr w:type="spellStart"/>
      <w:r w:rsidRPr="00D06AFB">
        <w:rPr>
          <w:rFonts w:ascii="Sylfaen" w:hAnsi="Sylfaen" w:cs="Sylfaen"/>
          <w:sz w:val="18"/>
          <w:szCs w:val="18"/>
        </w:rPr>
        <w:t>დადგენილ</w:t>
      </w:r>
      <w:proofErr w:type="spellEnd"/>
      <w:r w:rsidRPr="00D06AFB">
        <w:rPr>
          <w:rFonts w:cstheme="majorHAnsi"/>
          <w:sz w:val="18"/>
          <w:szCs w:val="18"/>
        </w:rPr>
        <w:t xml:space="preserve"> </w:t>
      </w:r>
      <w:proofErr w:type="spellStart"/>
      <w:r w:rsidRPr="00D06AFB">
        <w:rPr>
          <w:rFonts w:ascii="Sylfaen" w:hAnsi="Sylfaen" w:cs="Sylfaen"/>
          <w:sz w:val="18"/>
          <w:szCs w:val="18"/>
        </w:rPr>
        <w:t>ვადაში</w:t>
      </w:r>
      <w:proofErr w:type="spellEnd"/>
      <w:r w:rsidRPr="00D06AFB">
        <w:rPr>
          <w:rFonts w:cstheme="majorHAnsi"/>
          <w:sz w:val="18"/>
          <w:szCs w:val="18"/>
        </w:rPr>
        <w:t xml:space="preserve"> </w:t>
      </w:r>
      <w:proofErr w:type="spellStart"/>
      <w:r w:rsidRPr="00D06AFB">
        <w:rPr>
          <w:rFonts w:ascii="Sylfaen" w:hAnsi="Sylfaen" w:cs="Sylfaen"/>
          <w:sz w:val="18"/>
          <w:szCs w:val="18"/>
        </w:rPr>
        <w:t>შეუსრულებლობის</w:t>
      </w:r>
      <w:proofErr w:type="spellEnd"/>
      <w:r w:rsidRPr="00D06AFB">
        <w:rPr>
          <w:rFonts w:cstheme="majorHAnsi"/>
          <w:sz w:val="18"/>
          <w:szCs w:val="18"/>
        </w:rPr>
        <w:t xml:space="preserve"> </w:t>
      </w:r>
      <w:proofErr w:type="spellStart"/>
      <w:r w:rsidRPr="00D06AFB">
        <w:rPr>
          <w:rFonts w:ascii="Sylfaen" w:hAnsi="Sylfaen" w:cs="Sylfaen"/>
          <w:sz w:val="18"/>
          <w:szCs w:val="18"/>
        </w:rPr>
        <w:t>ან</w:t>
      </w:r>
      <w:proofErr w:type="spellEnd"/>
      <w:r w:rsidRPr="00D06AFB">
        <w:rPr>
          <w:rFonts w:cstheme="majorHAnsi"/>
          <w:sz w:val="18"/>
          <w:szCs w:val="18"/>
        </w:rPr>
        <w:t>/</w:t>
      </w:r>
      <w:proofErr w:type="spellStart"/>
      <w:r w:rsidRPr="00D06AFB">
        <w:rPr>
          <w:rFonts w:ascii="Sylfaen" w:hAnsi="Sylfaen" w:cs="Sylfaen"/>
          <w:sz w:val="18"/>
          <w:szCs w:val="18"/>
        </w:rPr>
        <w:t>და</w:t>
      </w:r>
      <w:proofErr w:type="spellEnd"/>
      <w:r w:rsidRPr="00D06AFB">
        <w:rPr>
          <w:rFonts w:cstheme="majorHAnsi"/>
          <w:sz w:val="18"/>
          <w:szCs w:val="18"/>
        </w:rPr>
        <w:t xml:space="preserve"> </w:t>
      </w:r>
      <w:proofErr w:type="spellStart"/>
      <w:r w:rsidRPr="00D06AFB">
        <w:rPr>
          <w:rFonts w:ascii="Sylfaen" w:hAnsi="Sylfaen" w:cs="Sylfaen"/>
          <w:sz w:val="18"/>
          <w:szCs w:val="18"/>
        </w:rPr>
        <w:t>მენარდის</w:t>
      </w:r>
      <w:proofErr w:type="spellEnd"/>
      <w:r w:rsidRPr="00D06AFB">
        <w:rPr>
          <w:rFonts w:cstheme="majorHAnsi"/>
          <w:sz w:val="18"/>
          <w:szCs w:val="18"/>
        </w:rPr>
        <w:t xml:space="preserve"> </w:t>
      </w:r>
      <w:proofErr w:type="spellStart"/>
      <w:r w:rsidRPr="00D06AFB">
        <w:rPr>
          <w:rFonts w:ascii="Sylfaen" w:hAnsi="Sylfaen" w:cs="Sylfaen"/>
          <w:sz w:val="18"/>
          <w:szCs w:val="18"/>
        </w:rPr>
        <w:t>მიერ</w:t>
      </w:r>
      <w:proofErr w:type="spellEnd"/>
      <w:r w:rsidRPr="00D06AFB">
        <w:rPr>
          <w:rFonts w:cstheme="majorHAnsi"/>
          <w:sz w:val="18"/>
          <w:szCs w:val="18"/>
        </w:rPr>
        <w:t xml:space="preserve"> </w:t>
      </w:r>
      <w:proofErr w:type="spellStart"/>
      <w:r w:rsidRPr="00D06AFB">
        <w:rPr>
          <w:rFonts w:ascii="Sylfaen" w:hAnsi="Sylfaen" w:cs="Sylfaen"/>
          <w:sz w:val="18"/>
          <w:szCs w:val="18"/>
        </w:rPr>
        <w:t>შესასრულებელი</w:t>
      </w:r>
      <w:proofErr w:type="spellEnd"/>
      <w:r w:rsidRPr="00D06AFB">
        <w:rPr>
          <w:rFonts w:cstheme="majorHAnsi"/>
          <w:sz w:val="18"/>
          <w:szCs w:val="18"/>
        </w:rPr>
        <w:t xml:space="preserve"> </w:t>
      </w:r>
      <w:proofErr w:type="spellStart"/>
      <w:r w:rsidRPr="00D06AFB">
        <w:rPr>
          <w:rFonts w:ascii="Sylfaen" w:hAnsi="Sylfaen" w:cs="Sylfaen"/>
          <w:sz w:val="18"/>
          <w:szCs w:val="18"/>
        </w:rPr>
        <w:t>სამუშაოების</w:t>
      </w:r>
      <w:proofErr w:type="spellEnd"/>
      <w:r w:rsidRPr="00D06AFB">
        <w:rPr>
          <w:rFonts w:cstheme="majorHAnsi"/>
          <w:sz w:val="18"/>
          <w:szCs w:val="18"/>
        </w:rPr>
        <w:t xml:space="preserve"> </w:t>
      </w:r>
      <w:proofErr w:type="spellStart"/>
      <w:r w:rsidRPr="00D06AFB">
        <w:rPr>
          <w:rFonts w:ascii="Sylfaen" w:hAnsi="Sylfaen" w:cs="Sylfaen"/>
          <w:sz w:val="18"/>
          <w:szCs w:val="18"/>
        </w:rPr>
        <w:t>თითოეული</w:t>
      </w:r>
      <w:proofErr w:type="spellEnd"/>
      <w:r w:rsidRPr="00D06AFB">
        <w:rPr>
          <w:rFonts w:cstheme="majorHAnsi"/>
          <w:sz w:val="18"/>
          <w:szCs w:val="18"/>
        </w:rPr>
        <w:t xml:space="preserve"> </w:t>
      </w:r>
      <w:proofErr w:type="spellStart"/>
      <w:r w:rsidRPr="00D06AFB">
        <w:rPr>
          <w:rFonts w:ascii="Sylfaen" w:hAnsi="Sylfaen" w:cs="Sylfaen"/>
          <w:sz w:val="18"/>
          <w:szCs w:val="18"/>
        </w:rPr>
        <w:t>ეტაპის</w:t>
      </w:r>
      <w:proofErr w:type="spellEnd"/>
      <w:r w:rsidRPr="00D06AFB">
        <w:rPr>
          <w:rFonts w:cstheme="majorHAnsi"/>
          <w:sz w:val="18"/>
          <w:szCs w:val="18"/>
        </w:rPr>
        <w:t>/</w:t>
      </w:r>
      <w:proofErr w:type="spellStart"/>
      <w:r w:rsidRPr="00D06AFB">
        <w:rPr>
          <w:rFonts w:ascii="Sylfaen" w:hAnsi="Sylfaen" w:cs="Sylfaen"/>
          <w:sz w:val="18"/>
          <w:szCs w:val="18"/>
        </w:rPr>
        <w:t>ეტაპების</w:t>
      </w:r>
      <w:proofErr w:type="spellEnd"/>
      <w:r w:rsidRPr="00D06AFB">
        <w:rPr>
          <w:rFonts w:cstheme="majorHAnsi"/>
          <w:sz w:val="18"/>
          <w:szCs w:val="18"/>
        </w:rPr>
        <w:t xml:space="preserve"> </w:t>
      </w:r>
      <w:proofErr w:type="spellStart"/>
      <w:r w:rsidRPr="00D06AFB">
        <w:rPr>
          <w:rFonts w:ascii="Sylfaen" w:hAnsi="Sylfaen" w:cs="Sylfaen"/>
          <w:sz w:val="18"/>
          <w:szCs w:val="18"/>
        </w:rPr>
        <w:t>ჩაბარების</w:t>
      </w:r>
      <w:proofErr w:type="spellEnd"/>
      <w:r w:rsidRPr="00D06AFB">
        <w:rPr>
          <w:rFonts w:cstheme="majorHAnsi"/>
          <w:sz w:val="18"/>
          <w:szCs w:val="18"/>
        </w:rPr>
        <w:t xml:space="preserve"> </w:t>
      </w:r>
      <w:proofErr w:type="spellStart"/>
      <w:r w:rsidRPr="00D06AFB">
        <w:rPr>
          <w:rFonts w:ascii="Sylfaen" w:hAnsi="Sylfaen" w:cs="Sylfaen"/>
          <w:sz w:val="18"/>
          <w:szCs w:val="18"/>
        </w:rPr>
        <w:t>ვადის</w:t>
      </w:r>
      <w:proofErr w:type="spellEnd"/>
      <w:r w:rsidRPr="00D06AFB">
        <w:rPr>
          <w:rFonts w:cstheme="majorHAnsi"/>
          <w:sz w:val="18"/>
          <w:szCs w:val="18"/>
        </w:rPr>
        <w:t>/</w:t>
      </w:r>
      <w:proofErr w:type="spellStart"/>
      <w:r w:rsidRPr="00D06AFB">
        <w:rPr>
          <w:rFonts w:ascii="Sylfaen" w:hAnsi="Sylfaen" w:cs="Sylfaen"/>
          <w:sz w:val="18"/>
          <w:szCs w:val="18"/>
        </w:rPr>
        <w:t>ვადების</w:t>
      </w:r>
      <w:proofErr w:type="spellEnd"/>
      <w:r w:rsidRPr="00D06AFB">
        <w:rPr>
          <w:rFonts w:cstheme="majorHAnsi"/>
          <w:sz w:val="18"/>
          <w:szCs w:val="18"/>
        </w:rPr>
        <w:t xml:space="preserve"> </w:t>
      </w:r>
      <w:proofErr w:type="spellStart"/>
      <w:r w:rsidRPr="00D06AFB">
        <w:rPr>
          <w:rFonts w:ascii="Sylfaen" w:hAnsi="Sylfaen" w:cs="Sylfaen"/>
          <w:sz w:val="18"/>
          <w:szCs w:val="18"/>
        </w:rPr>
        <w:t>ან</w:t>
      </w:r>
      <w:proofErr w:type="spellEnd"/>
      <w:r w:rsidRPr="00D06AFB">
        <w:rPr>
          <w:rFonts w:cstheme="majorHAnsi"/>
          <w:sz w:val="18"/>
          <w:szCs w:val="18"/>
        </w:rPr>
        <w:t>/</w:t>
      </w:r>
      <w:proofErr w:type="spellStart"/>
      <w:r w:rsidRPr="00D06AFB">
        <w:rPr>
          <w:rFonts w:ascii="Sylfaen" w:hAnsi="Sylfaen" w:cs="Sylfaen"/>
          <w:sz w:val="18"/>
          <w:szCs w:val="18"/>
        </w:rPr>
        <w:t>და</w:t>
      </w:r>
      <w:proofErr w:type="spellEnd"/>
      <w:r w:rsidRPr="00D06AFB">
        <w:rPr>
          <w:rFonts w:cstheme="majorHAnsi"/>
          <w:sz w:val="18"/>
          <w:szCs w:val="18"/>
        </w:rPr>
        <w:t xml:space="preserve"> </w:t>
      </w:r>
      <w:proofErr w:type="spellStart"/>
      <w:r w:rsidRPr="00D06AFB">
        <w:rPr>
          <w:rFonts w:ascii="Sylfaen" w:hAnsi="Sylfaen" w:cs="Sylfaen"/>
          <w:sz w:val="18"/>
          <w:szCs w:val="18"/>
        </w:rPr>
        <w:t>სამუშაოთა</w:t>
      </w:r>
      <w:proofErr w:type="spellEnd"/>
      <w:r w:rsidRPr="00D06AFB">
        <w:rPr>
          <w:rFonts w:cstheme="majorHAnsi"/>
          <w:sz w:val="18"/>
          <w:szCs w:val="18"/>
        </w:rPr>
        <w:t xml:space="preserve"> </w:t>
      </w:r>
      <w:proofErr w:type="spellStart"/>
      <w:r w:rsidRPr="00D06AFB">
        <w:rPr>
          <w:rFonts w:ascii="Sylfaen" w:hAnsi="Sylfaen" w:cs="Sylfaen"/>
          <w:sz w:val="18"/>
          <w:szCs w:val="18"/>
        </w:rPr>
        <w:t>წარმოების</w:t>
      </w:r>
      <w:proofErr w:type="spellEnd"/>
      <w:r w:rsidRPr="00D06AFB">
        <w:rPr>
          <w:rFonts w:cstheme="majorHAnsi"/>
          <w:sz w:val="18"/>
          <w:szCs w:val="18"/>
        </w:rPr>
        <w:t xml:space="preserve"> </w:t>
      </w:r>
      <w:proofErr w:type="spellStart"/>
      <w:r w:rsidRPr="00D06AFB">
        <w:rPr>
          <w:rFonts w:ascii="Sylfaen" w:hAnsi="Sylfaen" w:cs="Sylfaen"/>
          <w:sz w:val="18"/>
          <w:szCs w:val="18"/>
        </w:rPr>
        <w:t>კალენდარული</w:t>
      </w:r>
      <w:proofErr w:type="spellEnd"/>
      <w:r w:rsidRPr="00D06AFB">
        <w:rPr>
          <w:rFonts w:cstheme="majorHAnsi"/>
          <w:sz w:val="18"/>
          <w:szCs w:val="18"/>
        </w:rPr>
        <w:t xml:space="preserve"> </w:t>
      </w:r>
      <w:proofErr w:type="spellStart"/>
      <w:r w:rsidRPr="00D06AFB">
        <w:rPr>
          <w:rFonts w:ascii="Sylfaen" w:hAnsi="Sylfaen" w:cs="Sylfaen"/>
          <w:sz w:val="18"/>
          <w:szCs w:val="18"/>
        </w:rPr>
        <w:t>გეგმა</w:t>
      </w:r>
      <w:r w:rsidRPr="00D06AFB">
        <w:rPr>
          <w:rFonts w:cstheme="majorHAnsi"/>
          <w:sz w:val="18"/>
          <w:szCs w:val="18"/>
        </w:rPr>
        <w:t>-</w:t>
      </w:r>
      <w:r w:rsidRPr="00D06AFB">
        <w:rPr>
          <w:rFonts w:ascii="Sylfaen" w:hAnsi="Sylfaen" w:cs="Sylfaen"/>
          <w:sz w:val="18"/>
          <w:szCs w:val="18"/>
        </w:rPr>
        <w:t>გრაფიკით</w:t>
      </w:r>
      <w:proofErr w:type="spellEnd"/>
      <w:r w:rsidRPr="00D06AFB">
        <w:rPr>
          <w:rFonts w:cstheme="majorHAnsi"/>
          <w:sz w:val="18"/>
          <w:szCs w:val="18"/>
        </w:rPr>
        <w:t xml:space="preserve"> </w:t>
      </w:r>
      <w:proofErr w:type="spellStart"/>
      <w:r w:rsidRPr="00D06AFB">
        <w:rPr>
          <w:rFonts w:ascii="Sylfaen" w:hAnsi="Sylfaen" w:cs="Sylfaen"/>
          <w:sz w:val="18"/>
          <w:szCs w:val="18"/>
        </w:rPr>
        <w:t>განსაზღვრული</w:t>
      </w:r>
      <w:proofErr w:type="spellEnd"/>
      <w:r w:rsidRPr="00D06AFB">
        <w:rPr>
          <w:rFonts w:cstheme="majorHAnsi"/>
          <w:sz w:val="18"/>
          <w:szCs w:val="18"/>
        </w:rPr>
        <w:t xml:space="preserve"> </w:t>
      </w:r>
      <w:proofErr w:type="spellStart"/>
      <w:r w:rsidRPr="00D06AFB">
        <w:rPr>
          <w:rFonts w:ascii="Sylfaen" w:hAnsi="Sylfaen" w:cs="Sylfaen"/>
          <w:sz w:val="18"/>
          <w:szCs w:val="18"/>
        </w:rPr>
        <w:t>რომელიმე</w:t>
      </w:r>
      <w:proofErr w:type="spellEnd"/>
      <w:r w:rsidRPr="00D06AFB">
        <w:rPr>
          <w:rFonts w:cstheme="majorHAnsi"/>
          <w:sz w:val="18"/>
          <w:szCs w:val="18"/>
        </w:rPr>
        <w:t xml:space="preserve"> </w:t>
      </w:r>
      <w:proofErr w:type="spellStart"/>
      <w:r w:rsidRPr="00D06AFB">
        <w:rPr>
          <w:rFonts w:ascii="Sylfaen" w:hAnsi="Sylfaen" w:cs="Sylfaen"/>
          <w:sz w:val="18"/>
          <w:szCs w:val="18"/>
        </w:rPr>
        <w:t>ვადის</w:t>
      </w:r>
      <w:proofErr w:type="spellEnd"/>
      <w:r w:rsidRPr="00D06AFB">
        <w:rPr>
          <w:rFonts w:cstheme="majorHAnsi"/>
          <w:sz w:val="18"/>
          <w:szCs w:val="18"/>
        </w:rPr>
        <w:t xml:space="preserve"> </w:t>
      </w:r>
      <w:proofErr w:type="spellStart"/>
      <w:r w:rsidRPr="00D06AFB">
        <w:rPr>
          <w:rFonts w:ascii="Sylfaen" w:hAnsi="Sylfaen" w:cs="Sylfaen"/>
          <w:sz w:val="18"/>
          <w:szCs w:val="18"/>
        </w:rPr>
        <w:t>დარღვევის</w:t>
      </w:r>
      <w:proofErr w:type="spellEnd"/>
      <w:r w:rsidRPr="00D06AFB">
        <w:rPr>
          <w:rFonts w:cstheme="majorHAnsi"/>
          <w:sz w:val="18"/>
          <w:szCs w:val="18"/>
        </w:rPr>
        <w:t xml:space="preserve"> </w:t>
      </w:r>
      <w:proofErr w:type="spellStart"/>
      <w:r w:rsidRPr="00D06AFB">
        <w:rPr>
          <w:rFonts w:ascii="Sylfaen" w:hAnsi="Sylfaen" w:cs="Sylfaen"/>
          <w:sz w:val="18"/>
          <w:szCs w:val="18"/>
        </w:rPr>
        <w:t>შემთხვევაში</w:t>
      </w:r>
      <w:proofErr w:type="spellEnd"/>
      <w:r w:rsidRPr="00D06AFB">
        <w:rPr>
          <w:rFonts w:cstheme="majorHAnsi"/>
          <w:sz w:val="18"/>
          <w:szCs w:val="18"/>
        </w:rPr>
        <w:t xml:space="preserve">,  </w:t>
      </w:r>
      <w:proofErr w:type="spellStart"/>
      <w:r w:rsidRPr="00D06AFB">
        <w:rPr>
          <w:rFonts w:ascii="Sylfaen" w:hAnsi="Sylfaen" w:cs="Sylfaen"/>
          <w:sz w:val="18"/>
          <w:szCs w:val="18"/>
        </w:rPr>
        <w:t>დამკვეთი</w:t>
      </w:r>
      <w:proofErr w:type="spellEnd"/>
      <w:r w:rsidRPr="00D06AFB">
        <w:rPr>
          <w:rFonts w:cstheme="majorHAnsi"/>
          <w:sz w:val="18"/>
          <w:szCs w:val="18"/>
        </w:rPr>
        <w:t xml:space="preserve"> </w:t>
      </w:r>
      <w:proofErr w:type="spellStart"/>
      <w:r w:rsidRPr="00D06AFB">
        <w:rPr>
          <w:rFonts w:ascii="Sylfaen" w:hAnsi="Sylfaen" w:cs="Sylfaen"/>
          <w:sz w:val="18"/>
          <w:szCs w:val="18"/>
        </w:rPr>
        <w:t>უფლებამოსილია</w:t>
      </w:r>
      <w:proofErr w:type="spellEnd"/>
      <w:r w:rsidR="005B0B9E">
        <w:rPr>
          <w:rFonts w:ascii="Sylfaen" w:hAnsi="Sylfaen" w:cs="Sylfaen"/>
          <w:sz w:val="18"/>
          <w:szCs w:val="18"/>
        </w:rPr>
        <w:t xml:space="preserve"> </w:t>
      </w:r>
      <w:proofErr w:type="spellStart"/>
      <w:r w:rsidRPr="00D06AFB">
        <w:rPr>
          <w:rFonts w:ascii="Sylfaen" w:hAnsi="Sylfaen" w:cs="Sylfaen"/>
          <w:sz w:val="18"/>
          <w:szCs w:val="18"/>
        </w:rPr>
        <w:t>დააკისროს</w:t>
      </w:r>
      <w:proofErr w:type="spellEnd"/>
      <w:r w:rsidRPr="00D06AFB">
        <w:rPr>
          <w:rFonts w:cstheme="majorHAnsi"/>
          <w:sz w:val="18"/>
          <w:szCs w:val="18"/>
        </w:rPr>
        <w:t xml:space="preserve"> </w:t>
      </w:r>
      <w:r w:rsidR="00570ACF">
        <w:rPr>
          <w:rFonts w:ascii="Sylfaen" w:hAnsi="Sylfaen" w:cs="Sylfaen"/>
          <w:sz w:val="18"/>
          <w:szCs w:val="18"/>
          <w:lang w:val="ka-GE"/>
        </w:rPr>
        <w:t>მენარდეს</w:t>
      </w:r>
      <w:r w:rsidRPr="00D06AFB">
        <w:rPr>
          <w:rFonts w:cstheme="majorHAnsi"/>
          <w:sz w:val="18"/>
          <w:szCs w:val="18"/>
        </w:rPr>
        <w:t xml:space="preserve"> </w:t>
      </w:r>
      <w:proofErr w:type="spellStart"/>
      <w:r w:rsidRPr="00D06AFB">
        <w:rPr>
          <w:rFonts w:ascii="Sylfaen" w:hAnsi="Sylfaen" w:cs="Sylfaen"/>
          <w:sz w:val="18"/>
          <w:szCs w:val="18"/>
        </w:rPr>
        <w:t>პირგასამტეხლო</w:t>
      </w:r>
      <w:proofErr w:type="spellEnd"/>
      <w:r w:rsidRPr="00D06AFB">
        <w:rPr>
          <w:rFonts w:cstheme="majorHAnsi"/>
          <w:sz w:val="18"/>
          <w:szCs w:val="18"/>
        </w:rPr>
        <w:t xml:space="preserve"> </w:t>
      </w:r>
      <w:proofErr w:type="spellStart"/>
      <w:r w:rsidRPr="00D06AFB">
        <w:rPr>
          <w:rFonts w:ascii="Sylfaen" w:hAnsi="Sylfaen" w:cs="Sylfaen"/>
          <w:sz w:val="18"/>
          <w:szCs w:val="18"/>
        </w:rPr>
        <w:t>ყოველი</w:t>
      </w:r>
      <w:proofErr w:type="spellEnd"/>
      <w:r w:rsidRPr="00D06AFB">
        <w:rPr>
          <w:rFonts w:cstheme="majorHAnsi"/>
          <w:sz w:val="18"/>
          <w:szCs w:val="18"/>
        </w:rPr>
        <w:t xml:space="preserve"> </w:t>
      </w:r>
      <w:proofErr w:type="spellStart"/>
      <w:r w:rsidRPr="00D06AFB">
        <w:rPr>
          <w:rFonts w:ascii="Sylfaen" w:hAnsi="Sylfaen" w:cs="Sylfaen"/>
          <w:sz w:val="18"/>
          <w:szCs w:val="18"/>
        </w:rPr>
        <w:t>ვადაგადაცილებული</w:t>
      </w:r>
      <w:proofErr w:type="spellEnd"/>
      <w:r w:rsidRPr="00D06AFB">
        <w:rPr>
          <w:rFonts w:cstheme="majorHAnsi"/>
          <w:sz w:val="18"/>
          <w:szCs w:val="18"/>
        </w:rPr>
        <w:t xml:space="preserve"> </w:t>
      </w:r>
      <w:proofErr w:type="spellStart"/>
      <w:r w:rsidRPr="00D06AFB">
        <w:rPr>
          <w:rFonts w:ascii="Sylfaen" w:hAnsi="Sylfaen" w:cs="Sylfaen"/>
          <w:sz w:val="18"/>
          <w:szCs w:val="18"/>
        </w:rPr>
        <w:t>დღისათვის</w:t>
      </w:r>
      <w:proofErr w:type="spellEnd"/>
      <w:r w:rsidR="005B0B9E">
        <w:rPr>
          <w:rFonts w:ascii="Sylfaen" w:hAnsi="Sylfaen" w:cs="Sylfaen"/>
          <w:sz w:val="18"/>
          <w:szCs w:val="18"/>
        </w:rPr>
        <w:t xml:space="preserve"> </w:t>
      </w:r>
      <w:r w:rsidR="00907A9D">
        <w:rPr>
          <w:rFonts w:ascii="Sylfaen" w:hAnsi="Sylfaen" w:cs="Sylfaen"/>
          <w:sz w:val="18"/>
          <w:szCs w:val="18"/>
          <w:lang w:val="ka-GE"/>
        </w:rPr>
        <w:t>დარჩენილი სამუშაოების ღირებულებიდან 0,2% ოდნეობით</w:t>
      </w:r>
      <w:r w:rsidR="009D7D99">
        <w:rPr>
          <w:rFonts w:ascii="Sylfaen" w:hAnsi="Sylfaen" w:cs="Sylfaen"/>
          <w:sz w:val="18"/>
          <w:szCs w:val="18"/>
        </w:rPr>
        <w:t>.</w:t>
      </w:r>
    </w:p>
    <w:p w14:paraId="738E54EA" w14:textId="68E2D012" w:rsidR="004B6084" w:rsidRDefault="00A74260" w:rsidP="00185C20">
      <w:pPr>
        <w:pStyle w:val="ListParagraph"/>
        <w:numPr>
          <w:ilvl w:val="1"/>
          <w:numId w:val="13"/>
        </w:numPr>
        <w:jc w:val="both"/>
        <w:rPr>
          <w:rFonts w:cstheme="majorHAnsi"/>
          <w:sz w:val="18"/>
          <w:szCs w:val="18"/>
        </w:rPr>
      </w:pPr>
      <w:proofErr w:type="spellStart"/>
      <w:r w:rsidRPr="000C596E">
        <w:rPr>
          <w:rFonts w:ascii="Sylfaen" w:hAnsi="Sylfaen" w:cs="Sylfaen"/>
          <w:sz w:val="18"/>
          <w:szCs w:val="18"/>
        </w:rPr>
        <w:t>მხოლოდ</w:t>
      </w:r>
      <w:proofErr w:type="spellEnd"/>
      <w:r w:rsidRPr="000C596E">
        <w:rPr>
          <w:rFonts w:cstheme="majorHAnsi"/>
          <w:sz w:val="18"/>
          <w:szCs w:val="18"/>
        </w:rPr>
        <w:t xml:space="preserve"> </w:t>
      </w:r>
      <w:proofErr w:type="spellStart"/>
      <w:r w:rsidRPr="000C596E">
        <w:rPr>
          <w:rFonts w:ascii="Sylfaen" w:hAnsi="Sylfaen" w:cs="Sylfaen"/>
          <w:sz w:val="18"/>
          <w:szCs w:val="18"/>
        </w:rPr>
        <w:t>იმ</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w:t>
      </w:r>
      <w:proofErr w:type="spellEnd"/>
      <w:r w:rsidRPr="000C596E">
        <w:rPr>
          <w:rFonts w:cstheme="majorHAnsi"/>
          <w:sz w:val="18"/>
          <w:szCs w:val="18"/>
        </w:rPr>
        <w:t xml:space="preserve">, </w:t>
      </w:r>
      <w:proofErr w:type="spellStart"/>
      <w:r w:rsidRPr="000C596E">
        <w:rPr>
          <w:rFonts w:ascii="Sylfaen" w:hAnsi="Sylfaen" w:cs="Sylfaen"/>
          <w:sz w:val="18"/>
          <w:szCs w:val="18"/>
        </w:rPr>
        <w:t>თუ</w:t>
      </w:r>
      <w:proofErr w:type="spellEnd"/>
      <w:r w:rsidRPr="000C596E">
        <w:rPr>
          <w:rFonts w:cstheme="majorHAnsi"/>
          <w:sz w:val="18"/>
          <w:szCs w:val="18"/>
        </w:rPr>
        <w:t xml:space="preserve"> </w:t>
      </w:r>
      <w:proofErr w:type="spellStart"/>
      <w:r w:rsidRPr="000C596E">
        <w:rPr>
          <w:rFonts w:ascii="Sylfaen" w:hAnsi="Sylfaen" w:cs="Sylfaen"/>
          <w:sz w:val="18"/>
          <w:szCs w:val="18"/>
        </w:rPr>
        <w:t>აღნიშნულის</w:t>
      </w:r>
      <w:proofErr w:type="spellEnd"/>
      <w:r w:rsidRPr="000C596E">
        <w:rPr>
          <w:rFonts w:cstheme="majorHAnsi"/>
          <w:sz w:val="18"/>
          <w:szCs w:val="18"/>
        </w:rPr>
        <w:t xml:space="preserve"> </w:t>
      </w:r>
      <w:proofErr w:type="spellStart"/>
      <w:r w:rsidRPr="000C596E">
        <w:rPr>
          <w:rFonts w:ascii="Sylfaen" w:hAnsi="Sylfaen" w:cs="Sylfaen"/>
          <w:sz w:val="18"/>
          <w:szCs w:val="18"/>
        </w:rPr>
        <w:t>თაობაზე</w:t>
      </w:r>
      <w:proofErr w:type="spellEnd"/>
      <w:r w:rsidRPr="000C596E">
        <w:rPr>
          <w:rFonts w:cstheme="majorHAnsi"/>
          <w:sz w:val="18"/>
          <w:szCs w:val="18"/>
        </w:rPr>
        <w:t xml:space="preserve"> </w:t>
      </w:r>
      <w:proofErr w:type="spellStart"/>
      <w:r w:rsidRPr="000C596E">
        <w:rPr>
          <w:rFonts w:ascii="Sylfaen" w:hAnsi="Sylfaen" w:cs="Sylfaen"/>
          <w:sz w:val="18"/>
          <w:szCs w:val="18"/>
        </w:rPr>
        <w:t>მხარეები</w:t>
      </w:r>
      <w:proofErr w:type="spellEnd"/>
      <w:r w:rsidRPr="000C596E">
        <w:rPr>
          <w:rFonts w:cstheme="majorHAnsi"/>
          <w:sz w:val="18"/>
          <w:szCs w:val="18"/>
        </w:rPr>
        <w:t xml:space="preserve"> </w:t>
      </w:r>
      <w:proofErr w:type="spellStart"/>
      <w:r w:rsidRPr="000C596E">
        <w:rPr>
          <w:rFonts w:ascii="Sylfaen" w:hAnsi="Sylfaen" w:cs="Sylfaen"/>
          <w:sz w:val="18"/>
          <w:szCs w:val="18"/>
        </w:rPr>
        <w:t>ერთობლივად</w:t>
      </w:r>
      <w:proofErr w:type="spellEnd"/>
      <w:r w:rsidRPr="000C596E">
        <w:rPr>
          <w:rFonts w:cstheme="majorHAnsi"/>
          <w:sz w:val="18"/>
          <w:szCs w:val="18"/>
        </w:rPr>
        <w:t xml:space="preserve"> </w:t>
      </w:r>
      <w:proofErr w:type="spellStart"/>
      <w:r w:rsidRPr="000C596E">
        <w:rPr>
          <w:rFonts w:ascii="Sylfaen" w:hAnsi="Sylfaen" w:cs="Sylfaen"/>
          <w:sz w:val="18"/>
          <w:szCs w:val="18"/>
        </w:rPr>
        <w:t>წერილობით</w:t>
      </w:r>
      <w:proofErr w:type="spellEnd"/>
      <w:r w:rsidRPr="000C596E">
        <w:rPr>
          <w:rFonts w:cstheme="majorHAnsi"/>
          <w:sz w:val="18"/>
          <w:szCs w:val="18"/>
        </w:rPr>
        <w:t xml:space="preserve"> </w:t>
      </w:r>
      <w:proofErr w:type="spellStart"/>
      <w:r w:rsidRPr="000C596E">
        <w:rPr>
          <w:rFonts w:ascii="Sylfaen" w:hAnsi="Sylfaen" w:cs="Sylfaen"/>
          <w:sz w:val="18"/>
          <w:szCs w:val="18"/>
        </w:rPr>
        <w:t>შეთანხმდებიან</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გათვალისწინებული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მთლიანად</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 xml:space="preserve"> </w:t>
      </w:r>
      <w:proofErr w:type="spellStart"/>
      <w:r w:rsidRPr="000C596E">
        <w:rPr>
          <w:rFonts w:ascii="Sylfaen" w:hAnsi="Sylfaen" w:cs="Sylfaen"/>
          <w:sz w:val="18"/>
          <w:szCs w:val="18"/>
        </w:rPr>
        <w:t>თითოეული</w:t>
      </w:r>
      <w:proofErr w:type="spellEnd"/>
      <w:r w:rsidRPr="000C596E">
        <w:rPr>
          <w:rFonts w:cstheme="majorHAnsi"/>
          <w:sz w:val="18"/>
          <w:szCs w:val="18"/>
        </w:rPr>
        <w:t xml:space="preserve"> </w:t>
      </w:r>
      <w:proofErr w:type="spellStart"/>
      <w:r w:rsidRPr="000C596E">
        <w:rPr>
          <w:rFonts w:ascii="Sylfaen" w:hAnsi="Sylfaen" w:cs="Sylfaen"/>
          <w:sz w:val="18"/>
          <w:szCs w:val="18"/>
        </w:rPr>
        <w:t>კალენდარული</w:t>
      </w:r>
      <w:proofErr w:type="spellEnd"/>
      <w:r w:rsidRPr="000C596E">
        <w:rPr>
          <w:rFonts w:cstheme="majorHAnsi"/>
          <w:sz w:val="18"/>
          <w:szCs w:val="18"/>
        </w:rPr>
        <w:t xml:space="preserve"> </w:t>
      </w:r>
      <w:proofErr w:type="spellStart"/>
      <w:r w:rsidRPr="000C596E">
        <w:rPr>
          <w:rFonts w:ascii="Sylfaen" w:hAnsi="Sylfaen" w:cs="Sylfaen"/>
          <w:sz w:val="18"/>
          <w:szCs w:val="18"/>
        </w:rPr>
        <w:t>გეგმა</w:t>
      </w:r>
      <w:r w:rsidRPr="000C596E">
        <w:rPr>
          <w:rFonts w:cstheme="majorHAnsi"/>
          <w:sz w:val="18"/>
          <w:szCs w:val="18"/>
        </w:rPr>
        <w:t>-</w:t>
      </w:r>
      <w:r w:rsidRPr="000C596E">
        <w:rPr>
          <w:rFonts w:ascii="Sylfaen" w:hAnsi="Sylfaen" w:cs="Sylfaen"/>
          <w:sz w:val="18"/>
          <w:szCs w:val="18"/>
        </w:rPr>
        <w:t>გრაფიკით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განსაზღვრული</w:t>
      </w:r>
      <w:proofErr w:type="spellEnd"/>
      <w:r w:rsidRPr="000C596E">
        <w:rPr>
          <w:rFonts w:cstheme="majorHAnsi"/>
          <w:sz w:val="18"/>
          <w:szCs w:val="18"/>
        </w:rPr>
        <w:t xml:space="preserve"> </w:t>
      </w:r>
      <w:proofErr w:type="spellStart"/>
      <w:r w:rsidRPr="000C596E">
        <w:rPr>
          <w:rFonts w:ascii="Sylfaen" w:hAnsi="Sylfaen" w:cs="Sylfaen"/>
          <w:sz w:val="18"/>
          <w:szCs w:val="18"/>
        </w:rPr>
        <w:t>ეტაპის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დასრულების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ვადა</w:t>
      </w:r>
      <w:proofErr w:type="spellEnd"/>
      <w:r w:rsidRPr="000C596E">
        <w:rPr>
          <w:rFonts w:cstheme="majorHAnsi"/>
          <w:sz w:val="18"/>
          <w:szCs w:val="18"/>
        </w:rPr>
        <w:t xml:space="preserve"> </w:t>
      </w:r>
      <w:proofErr w:type="spellStart"/>
      <w:r w:rsidRPr="000C596E">
        <w:rPr>
          <w:rFonts w:ascii="Sylfaen" w:hAnsi="Sylfaen" w:cs="Sylfaen"/>
          <w:sz w:val="18"/>
          <w:szCs w:val="18"/>
        </w:rPr>
        <w:t>არ</w:t>
      </w:r>
      <w:proofErr w:type="spellEnd"/>
      <w:r w:rsidRPr="000C596E">
        <w:rPr>
          <w:rFonts w:cstheme="majorHAnsi"/>
          <w:sz w:val="18"/>
          <w:szCs w:val="18"/>
        </w:rPr>
        <w:t xml:space="preserve"> </w:t>
      </w:r>
      <w:proofErr w:type="spellStart"/>
      <w:r w:rsidRPr="000C596E">
        <w:rPr>
          <w:rFonts w:ascii="Sylfaen" w:hAnsi="Sylfaen" w:cs="Sylfaen"/>
          <w:sz w:val="18"/>
          <w:szCs w:val="18"/>
        </w:rPr>
        <w:t>ჩაითვლება</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დარღვეულად</w:t>
      </w:r>
      <w:proofErr w:type="spellEnd"/>
      <w:r w:rsidR="00570ACF">
        <w:rPr>
          <w:rFonts w:ascii="Sylfaen" w:hAnsi="Sylfaen" w:cs="Sylfaen"/>
          <w:sz w:val="18"/>
          <w:szCs w:val="18"/>
          <w:lang w:val="ka-GE"/>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შესაბამისად</w:t>
      </w:r>
      <w:proofErr w:type="spellEnd"/>
      <w:r w:rsidR="00570ACF">
        <w:rPr>
          <w:rFonts w:ascii="Sylfaen" w:hAnsi="Sylfaen" w:cs="Sylfaen"/>
          <w:sz w:val="18"/>
          <w:szCs w:val="18"/>
          <w:lang w:val="ka-GE"/>
        </w:rPr>
        <w:t xml:space="preserve"> </w:t>
      </w:r>
      <w:proofErr w:type="spellStart"/>
      <w:r w:rsidRPr="000C596E">
        <w:rPr>
          <w:rFonts w:ascii="Sylfaen" w:hAnsi="Sylfaen" w:cs="Sylfaen"/>
          <w:sz w:val="18"/>
          <w:szCs w:val="18"/>
        </w:rPr>
        <w:t>სამუშაოს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შესრულების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ვადა</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გადაიწევს</w:t>
      </w:r>
      <w:proofErr w:type="spellEnd"/>
      <w:r w:rsidRPr="000C596E">
        <w:rPr>
          <w:rFonts w:cstheme="majorHAnsi"/>
          <w:sz w:val="18"/>
          <w:szCs w:val="18"/>
        </w:rPr>
        <w:t xml:space="preserve"> </w:t>
      </w:r>
      <w:proofErr w:type="spellStart"/>
      <w:r w:rsidRPr="000C596E">
        <w:rPr>
          <w:rFonts w:ascii="Sylfaen" w:hAnsi="Sylfaen" w:cs="Sylfaen"/>
          <w:sz w:val="18"/>
          <w:szCs w:val="18"/>
        </w:rPr>
        <w:t>არაუმეტეს</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დარღვეული</w:t>
      </w:r>
      <w:proofErr w:type="spellEnd"/>
      <w:r w:rsidRPr="000C596E">
        <w:rPr>
          <w:rFonts w:cstheme="majorHAnsi"/>
          <w:sz w:val="18"/>
          <w:szCs w:val="18"/>
        </w:rPr>
        <w:t xml:space="preserve"> </w:t>
      </w:r>
      <w:proofErr w:type="spellStart"/>
      <w:r w:rsidRPr="000C596E">
        <w:rPr>
          <w:rFonts w:ascii="Sylfaen" w:hAnsi="Sylfaen" w:cs="Sylfaen"/>
          <w:sz w:val="18"/>
          <w:szCs w:val="18"/>
        </w:rPr>
        <w:t>ვადის</w:t>
      </w:r>
      <w:proofErr w:type="spellEnd"/>
      <w:r w:rsidRPr="000C596E">
        <w:rPr>
          <w:rFonts w:cstheme="majorHAnsi"/>
          <w:sz w:val="18"/>
          <w:szCs w:val="18"/>
        </w:rPr>
        <w:t xml:space="preserve"> </w:t>
      </w:r>
      <w:proofErr w:type="spellStart"/>
      <w:r w:rsidRPr="000C596E">
        <w:rPr>
          <w:rFonts w:ascii="Sylfaen" w:hAnsi="Sylfaen" w:cs="Sylfaen"/>
          <w:sz w:val="18"/>
          <w:szCs w:val="18"/>
        </w:rPr>
        <w:t>პროპორციულად</w:t>
      </w:r>
      <w:proofErr w:type="spellEnd"/>
      <w:r w:rsidRPr="000C596E">
        <w:rPr>
          <w:rFonts w:cstheme="majorHAnsi"/>
          <w:sz w:val="18"/>
          <w:szCs w:val="18"/>
        </w:rPr>
        <w:t xml:space="preserve">, </w:t>
      </w:r>
      <w:proofErr w:type="spellStart"/>
      <w:r w:rsidRPr="000C596E">
        <w:rPr>
          <w:rFonts w:ascii="Sylfaen" w:hAnsi="Sylfaen" w:cs="Sylfaen"/>
          <w:sz w:val="18"/>
          <w:szCs w:val="18"/>
        </w:rPr>
        <w:t>თუ</w:t>
      </w:r>
      <w:proofErr w:type="spellEnd"/>
      <w:r w:rsidRPr="000C596E">
        <w:rPr>
          <w:rFonts w:cstheme="majorHAnsi"/>
          <w:sz w:val="18"/>
          <w:szCs w:val="18"/>
        </w:rPr>
        <w:t xml:space="preserve"> </w:t>
      </w:r>
      <w:proofErr w:type="spellStart"/>
      <w:r w:rsidRPr="000C596E">
        <w:rPr>
          <w:rFonts w:ascii="Sylfaen" w:hAnsi="Sylfaen" w:cs="Sylfaen"/>
          <w:sz w:val="18"/>
          <w:szCs w:val="18"/>
        </w:rPr>
        <w:t>ადგილი</w:t>
      </w:r>
      <w:proofErr w:type="spellEnd"/>
      <w:r w:rsidRPr="000C596E">
        <w:rPr>
          <w:rFonts w:cstheme="majorHAnsi"/>
          <w:sz w:val="18"/>
          <w:szCs w:val="18"/>
        </w:rPr>
        <w:t xml:space="preserve"> </w:t>
      </w:r>
      <w:proofErr w:type="spellStart"/>
      <w:r w:rsidRPr="000C596E">
        <w:rPr>
          <w:rFonts w:ascii="Sylfaen" w:hAnsi="Sylfaen" w:cs="Sylfaen"/>
          <w:sz w:val="18"/>
          <w:szCs w:val="18"/>
        </w:rPr>
        <w:t>აქვს</w:t>
      </w:r>
      <w:proofErr w:type="spellEnd"/>
      <w:r w:rsidRPr="000C596E">
        <w:rPr>
          <w:rFonts w:cstheme="majorHAnsi"/>
          <w:sz w:val="18"/>
          <w:szCs w:val="18"/>
        </w:rPr>
        <w:t xml:space="preserve"> </w:t>
      </w:r>
      <w:proofErr w:type="spellStart"/>
      <w:r w:rsidRPr="000C596E">
        <w:rPr>
          <w:rFonts w:ascii="Sylfaen" w:hAnsi="Sylfaen" w:cs="Sylfaen"/>
          <w:sz w:val="18"/>
          <w:szCs w:val="18"/>
        </w:rPr>
        <w:t>ერთ</w:t>
      </w:r>
      <w:r w:rsidRPr="000C596E">
        <w:rPr>
          <w:rFonts w:cstheme="majorHAnsi"/>
          <w:sz w:val="18"/>
          <w:szCs w:val="18"/>
        </w:rPr>
        <w:t>-</w:t>
      </w:r>
      <w:r w:rsidRPr="000C596E">
        <w:rPr>
          <w:rFonts w:ascii="Sylfaen" w:hAnsi="Sylfaen" w:cs="Sylfaen"/>
          <w:sz w:val="18"/>
          <w:szCs w:val="18"/>
        </w:rPr>
        <w:t>ერთ</w:t>
      </w:r>
      <w:proofErr w:type="spellEnd"/>
      <w:r w:rsidRPr="000C596E">
        <w:rPr>
          <w:rFonts w:cstheme="majorHAnsi"/>
          <w:sz w:val="18"/>
          <w:szCs w:val="18"/>
        </w:rPr>
        <w:t xml:space="preserve"> </w:t>
      </w:r>
      <w:proofErr w:type="spellStart"/>
      <w:r w:rsidRPr="000C596E">
        <w:rPr>
          <w:rFonts w:ascii="Sylfaen" w:hAnsi="Sylfaen" w:cs="Sylfaen"/>
          <w:sz w:val="18"/>
          <w:szCs w:val="18"/>
        </w:rPr>
        <w:t>შემდეგ</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შემთხვევას</w:t>
      </w:r>
      <w:proofErr w:type="spellEnd"/>
      <w:r w:rsidR="00570ACF">
        <w:rPr>
          <w:rFonts w:cstheme="majorHAnsi"/>
          <w:sz w:val="18"/>
          <w:szCs w:val="18"/>
        </w:rPr>
        <w:t>:</w:t>
      </w:r>
    </w:p>
    <w:p w14:paraId="365C9835" w14:textId="04D2DD2E" w:rsidR="004B6084" w:rsidRDefault="00A74260" w:rsidP="00185C20">
      <w:pPr>
        <w:pStyle w:val="ListParagraph"/>
        <w:numPr>
          <w:ilvl w:val="0"/>
          <w:numId w:val="24"/>
        </w:numPr>
        <w:jc w:val="both"/>
        <w:rPr>
          <w:rFonts w:cstheme="majorHAnsi"/>
          <w:sz w:val="18"/>
          <w:szCs w:val="18"/>
        </w:rPr>
      </w:pP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წინამდებარე</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გათვალისწინებულ</w:t>
      </w:r>
      <w:proofErr w:type="spellEnd"/>
      <w:r w:rsidRPr="000C596E">
        <w:rPr>
          <w:rFonts w:cstheme="majorHAnsi"/>
          <w:sz w:val="18"/>
          <w:szCs w:val="18"/>
        </w:rPr>
        <w:t xml:space="preserve"> </w:t>
      </w:r>
      <w:proofErr w:type="spellStart"/>
      <w:r w:rsidRPr="000C596E">
        <w:rPr>
          <w:rFonts w:ascii="Sylfaen" w:hAnsi="Sylfaen" w:cs="Sylfaen"/>
          <w:sz w:val="18"/>
          <w:szCs w:val="18"/>
        </w:rPr>
        <w:t>ვადებში</w:t>
      </w:r>
      <w:proofErr w:type="spellEnd"/>
      <w:r w:rsidRPr="000C596E">
        <w:rPr>
          <w:rFonts w:cstheme="majorHAnsi"/>
          <w:sz w:val="18"/>
          <w:szCs w:val="18"/>
        </w:rPr>
        <w:t xml:space="preserve"> </w:t>
      </w:r>
      <w:proofErr w:type="spellStart"/>
      <w:r w:rsidRPr="000C596E">
        <w:rPr>
          <w:rFonts w:ascii="Sylfaen" w:hAnsi="Sylfaen" w:cs="Sylfaen"/>
          <w:sz w:val="18"/>
          <w:szCs w:val="18"/>
        </w:rPr>
        <w:t>ანაზღაურების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გადაუხდელობის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w:t>
      </w:r>
      <w:proofErr w:type="spellEnd"/>
      <w:r w:rsidRPr="000C596E">
        <w:rPr>
          <w:rFonts w:cstheme="majorHAnsi"/>
          <w:sz w:val="18"/>
          <w:szCs w:val="18"/>
        </w:rPr>
        <w:t>;</w:t>
      </w:r>
    </w:p>
    <w:p w14:paraId="19480532" w14:textId="55DEF992" w:rsidR="004B6084" w:rsidRDefault="00A74260" w:rsidP="00185C20">
      <w:pPr>
        <w:pStyle w:val="ListParagraph"/>
        <w:numPr>
          <w:ilvl w:val="0"/>
          <w:numId w:val="24"/>
        </w:numPr>
        <w:jc w:val="both"/>
        <w:rPr>
          <w:rFonts w:cstheme="majorHAnsi"/>
          <w:sz w:val="18"/>
          <w:szCs w:val="18"/>
        </w:rPr>
      </w:pP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გათვალისწინებული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განხორციელებისთვის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მენარდისათვის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იმ</w:t>
      </w:r>
      <w:proofErr w:type="spellEnd"/>
      <w:r w:rsidRPr="000C596E">
        <w:rPr>
          <w:rFonts w:cstheme="majorHAnsi"/>
          <w:sz w:val="18"/>
          <w:szCs w:val="18"/>
        </w:rPr>
        <w:t xml:space="preserve"> </w:t>
      </w:r>
      <w:proofErr w:type="spellStart"/>
      <w:r w:rsidRPr="000C596E">
        <w:rPr>
          <w:rFonts w:ascii="Sylfaen" w:hAnsi="Sylfaen" w:cs="Sylfaen"/>
          <w:sz w:val="18"/>
          <w:szCs w:val="18"/>
        </w:rPr>
        <w:t>აუცილებელი</w:t>
      </w:r>
      <w:proofErr w:type="spellEnd"/>
      <w:r w:rsidRPr="000C596E">
        <w:rPr>
          <w:rFonts w:cstheme="majorHAnsi"/>
          <w:sz w:val="18"/>
          <w:szCs w:val="18"/>
        </w:rPr>
        <w:t xml:space="preserve"> </w:t>
      </w:r>
      <w:proofErr w:type="spellStart"/>
      <w:r w:rsidRPr="000C596E">
        <w:rPr>
          <w:rFonts w:ascii="Sylfaen" w:hAnsi="Sylfaen" w:cs="Sylfaen"/>
          <w:sz w:val="18"/>
          <w:szCs w:val="18"/>
        </w:rPr>
        <w:t>ნებართვების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გადაუცემლობის</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იმ</w:t>
      </w:r>
      <w:proofErr w:type="spellEnd"/>
      <w:r w:rsidRPr="000C596E">
        <w:rPr>
          <w:rFonts w:cstheme="majorHAnsi"/>
          <w:sz w:val="18"/>
          <w:szCs w:val="18"/>
        </w:rPr>
        <w:t xml:space="preserve"> </w:t>
      </w:r>
      <w:proofErr w:type="spellStart"/>
      <w:r w:rsidRPr="000C596E">
        <w:rPr>
          <w:rFonts w:ascii="Sylfaen" w:hAnsi="Sylfaen" w:cs="Sylfaen"/>
          <w:sz w:val="18"/>
          <w:szCs w:val="18"/>
        </w:rPr>
        <w:t>ნებართვის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მოპოვებისთვის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აუცილებელი</w:t>
      </w:r>
      <w:proofErr w:type="spellEnd"/>
      <w:r w:rsidRPr="000C596E">
        <w:rPr>
          <w:rFonts w:cstheme="majorHAnsi"/>
          <w:sz w:val="18"/>
          <w:szCs w:val="18"/>
        </w:rPr>
        <w:t xml:space="preserve"> </w:t>
      </w:r>
      <w:proofErr w:type="spellStart"/>
      <w:r w:rsidRPr="000C596E">
        <w:rPr>
          <w:rFonts w:ascii="Sylfaen" w:hAnsi="Sylfaen" w:cs="Sylfaen"/>
          <w:sz w:val="18"/>
          <w:szCs w:val="18"/>
        </w:rPr>
        <w:t>პროცედურების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განუხორციელებლობა</w:t>
      </w:r>
      <w:proofErr w:type="spellEnd"/>
      <w:r w:rsidRPr="000C596E">
        <w:rPr>
          <w:rFonts w:cstheme="majorHAnsi"/>
          <w:sz w:val="18"/>
          <w:szCs w:val="18"/>
        </w:rPr>
        <w:t xml:space="preserve">, </w:t>
      </w:r>
      <w:proofErr w:type="spellStart"/>
      <w:r w:rsidRPr="000C596E">
        <w:rPr>
          <w:rFonts w:ascii="Sylfaen" w:hAnsi="Sylfaen" w:cs="Sylfaen"/>
          <w:sz w:val="18"/>
          <w:szCs w:val="18"/>
        </w:rPr>
        <w:t>რომელიც</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შესაბამისად</w:t>
      </w:r>
      <w:proofErr w:type="spellEnd"/>
      <w:r w:rsidRPr="000C596E">
        <w:rPr>
          <w:rFonts w:cstheme="majorHAnsi"/>
          <w:sz w:val="18"/>
          <w:szCs w:val="18"/>
        </w:rPr>
        <w:t xml:space="preserve"> </w:t>
      </w:r>
      <w:proofErr w:type="spellStart"/>
      <w:r w:rsidRPr="000C596E">
        <w:rPr>
          <w:rFonts w:ascii="Sylfaen" w:hAnsi="Sylfaen" w:cs="Sylfaen"/>
          <w:sz w:val="18"/>
          <w:szCs w:val="18"/>
        </w:rPr>
        <w:t>ეკისრება</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დამკვეთს</w:t>
      </w:r>
      <w:proofErr w:type="spellEnd"/>
      <w:r w:rsidRPr="000C596E">
        <w:rPr>
          <w:rFonts w:cstheme="majorHAnsi"/>
          <w:sz w:val="18"/>
          <w:szCs w:val="18"/>
        </w:rPr>
        <w:t>;</w:t>
      </w:r>
    </w:p>
    <w:p w14:paraId="7AFBFDC4" w14:textId="2B49FCDB" w:rsidR="004B6084" w:rsidRDefault="00A74260" w:rsidP="00185C20">
      <w:pPr>
        <w:pStyle w:val="ListParagraph"/>
        <w:numPr>
          <w:ilvl w:val="0"/>
          <w:numId w:val="24"/>
        </w:numPr>
        <w:jc w:val="both"/>
        <w:rPr>
          <w:rFonts w:cstheme="majorHAnsi"/>
          <w:sz w:val="18"/>
          <w:szCs w:val="18"/>
        </w:rPr>
      </w:pPr>
      <w:proofErr w:type="spellStart"/>
      <w:r w:rsidRPr="000C596E">
        <w:rPr>
          <w:rFonts w:ascii="Sylfaen" w:hAnsi="Sylfaen" w:cs="Sylfaen"/>
          <w:sz w:val="18"/>
          <w:szCs w:val="18"/>
        </w:rPr>
        <w:lastRenderedPageBreak/>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შესასრულებლად</w:t>
      </w:r>
      <w:proofErr w:type="spellEnd"/>
      <w:r w:rsidRPr="000C596E">
        <w:rPr>
          <w:rFonts w:cstheme="majorHAnsi"/>
          <w:sz w:val="18"/>
          <w:szCs w:val="18"/>
        </w:rPr>
        <w:t xml:space="preserve"> </w:t>
      </w:r>
      <w:proofErr w:type="spellStart"/>
      <w:r w:rsidRPr="000C596E">
        <w:rPr>
          <w:rFonts w:ascii="Sylfaen" w:hAnsi="Sylfaen" w:cs="Sylfaen"/>
          <w:sz w:val="18"/>
          <w:szCs w:val="18"/>
        </w:rPr>
        <w:t>საჭირო</w:t>
      </w:r>
      <w:proofErr w:type="spellEnd"/>
      <w:r w:rsidRPr="000C596E">
        <w:rPr>
          <w:rFonts w:cstheme="majorHAnsi"/>
          <w:sz w:val="18"/>
          <w:szCs w:val="18"/>
        </w:rPr>
        <w:t xml:space="preserve"> </w:t>
      </w:r>
      <w:proofErr w:type="spellStart"/>
      <w:r w:rsidRPr="000C596E">
        <w:rPr>
          <w:rFonts w:ascii="Sylfaen" w:hAnsi="Sylfaen" w:cs="Sylfaen"/>
          <w:sz w:val="18"/>
          <w:szCs w:val="18"/>
        </w:rPr>
        <w:t>საპროექტო</w:t>
      </w:r>
      <w:proofErr w:type="spellEnd"/>
      <w:r w:rsidRPr="000C596E">
        <w:rPr>
          <w:rFonts w:cstheme="majorHAnsi"/>
          <w:sz w:val="18"/>
          <w:szCs w:val="18"/>
        </w:rPr>
        <w:t xml:space="preserve"> </w:t>
      </w:r>
      <w:proofErr w:type="spellStart"/>
      <w:r w:rsidRPr="000C596E">
        <w:rPr>
          <w:rFonts w:ascii="Sylfaen" w:hAnsi="Sylfaen" w:cs="Sylfaen"/>
          <w:sz w:val="18"/>
          <w:szCs w:val="18"/>
        </w:rPr>
        <w:t>დოკუმენტაციის</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მიუწოდებლობის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დოკუმენტაციაში</w:t>
      </w:r>
      <w:proofErr w:type="spellEnd"/>
      <w:r w:rsidRPr="000C596E">
        <w:rPr>
          <w:rFonts w:cstheme="majorHAnsi"/>
          <w:sz w:val="18"/>
          <w:szCs w:val="18"/>
        </w:rPr>
        <w:t xml:space="preserve"> </w:t>
      </w:r>
      <w:proofErr w:type="spellStart"/>
      <w:r w:rsidRPr="000C596E">
        <w:rPr>
          <w:rFonts w:ascii="Sylfaen" w:hAnsi="Sylfaen" w:cs="Sylfaen"/>
          <w:sz w:val="18"/>
          <w:szCs w:val="18"/>
        </w:rPr>
        <w:t>შეუსაბამობის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გამოუსწორებლობის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w:t>
      </w:r>
      <w:proofErr w:type="spellEnd"/>
      <w:r w:rsidRPr="000C596E">
        <w:rPr>
          <w:rFonts w:cstheme="majorHAnsi"/>
          <w:sz w:val="18"/>
          <w:szCs w:val="18"/>
        </w:rPr>
        <w:t xml:space="preserve">; </w:t>
      </w:r>
    </w:p>
    <w:p w14:paraId="304347A8" w14:textId="7476CC6C" w:rsidR="004B6084" w:rsidRDefault="00A74260" w:rsidP="00185C20">
      <w:pPr>
        <w:pStyle w:val="ListParagraph"/>
        <w:numPr>
          <w:ilvl w:val="0"/>
          <w:numId w:val="24"/>
        </w:numPr>
        <w:jc w:val="both"/>
        <w:rPr>
          <w:rFonts w:cstheme="majorHAnsi"/>
          <w:sz w:val="18"/>
          <w:szCs w:val="18"/>
        </w:rPr>
      </w:pP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წინამდებარე</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გათვალისწინებული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მასალების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დროულად</w:t>
      </w:r>
      <w:proofErr w:type="spellEnd"/>
      <w:r w:rsidRPr="000C596E">
        <w:rPr>
          <w:rFonts w:cstheme="majorHAnsi"/>
          <w:sz w:val="18"/>
          <w:szCs w:val="18"/>
        </w:rPr>
        <w:t xml:space="preserve">, </w:t>
      </w:r>
      <w:proofErr w:type="spellStart"/>
      <w:r w:rsidRPr="000C596E">
        <w:rPr>
          <w:rFonts w:ascii="Sylfaen" w:hAnsi="Sylfaen" w:cs="Sylfaen"/>
          <w:sz w:val="18"/>
          <w:szCs w:val="18"/>
        </w:rPr>
        <w:t>არასრულად</w:t>
      </w:r>
      <w:proofErr w:type="spellEnd"/>
      <w:r w:rsidRPr="000C596E">
        <w:rPr>
          <w:rFonts w:cstheme="majorHAnsi"/>
          <w:sz w:val="18"/>
          <w:szCs w:val="18"/>
        </w:rPr>
        <w:t xml:space="preserve"> </w:t>
      </w:r>
      <w:proofErr w:type="spellStart"/>
      <w:r w:rsidRPr="000C596E">
        <w:rPr>
          <w:rFonts w:ascii="Sylfaen" w:hAnsi="Sylfaen" w:cs="Sylfaen"/>
          <w:sz w:val="18"/>
          <w:szCs w:val="18"/>
        </w:rPr>
        <w:t>მიწოდების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მიუწოდებლობის</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შეუსაბამო</w:t>
      </w:r>
      <w:proofErr w:type="spellEnd"/>
      <w:r w:rsidRPr="000C596E">
        <w:rPr>
          <w:rFonts w:cstheme="majorHAnsi"/>
          <w:sz w:val="18"/>
          <w:szCs w:val="18"/>
        </w:rPr>
        <w:t xml:space="preserve"> </w:t>
      </w:r>
      <w:proofErr w:type="spellStart"/>
      <w:r w:rsidRPr="000C596E">
        <w:rPr>
          <w:rFonts w:ascii="Sylfaen" w:hAnsi="Sylfaen" w:cs="Sylfaen"/>
          <w:sz w:val="18"/>
          <w:szCs w:val="18"/>
        </w:rPr>
        <w:t>ხარისხის</w:t>
      </w:r>
      <w:proofErr w:type="spellEnd"/>
      <w:r w:rsidRPr="000C596E">
        <w:rPr>
          <w:rFonts w:cstheme="majorHAnsi"/>
          <w:sz w:val="18"/>
          <w:szCs w:val="18"/>
        </w:rPr>
        <w:t xml:space="preserve"> </w:t>
      </w:r>
      <w:proofErr w:type="spellStart"/>
      <w:r w:rsidRPr="000C596E">
        <w:rPr>
          <w:rFonts w:ascii="Sylfaen" w:hAnsi="Sylfaen" w:cs="Sylfaen"/>
          <w:sz w:val="18"/>
          <w:szCs w:val="18"/>
        </w:rPr>
        <w:t>მასალის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მიწოდების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w:t>
      </w:r>
      <w:proofErr w:type="spellEnd"/>
      <w:r w:rsidRPr="000C596E">
        <w:rPr>
          <w:rFonts w:cstheme="majorHAnsi"/>
          <w:sz w:val="18"/>
          <w:szCs w:val="18"/>
        </w:rPr>
        <w:t xml:space="preserve">, </w:t>
      </w:r>
      <w:proofErr w:type="spellStart"/>
      <w:r w:rsidRPr="000C596E">
        <w:rPr>
          <w:rFonts w:ascii="Sylfaen" w:hAnsi="Sylfaen" w:cs="Sylfaen"/>
          <w:sz w:val="18"/>
          <w:szCs w:val="18"/>
        </w:rPr>
        <w:t>რაც</w:t>
      </w:r>
      <w:proofErr w:type="spellEnd"/>
      <w:r w:rsidRPr="000C596E">
        <w:rPr>
          <w:rFonts w:cstheme="majorHAnsi"/>
          <w:sz w:val="18"/>
          <w:szCs w:val="18"/>
        </w:rPr>
        <w:t xml:space="preserve"> </w:t>
      </w:r>
      <w:proofErr w:type="spellStart"/>
      <w:r w:rsidRPr="000C596E">
        <w:rPr>
          <w:rFonts w:ascii="Sylfaen" w:hAnsi="Sylfaen" w:cs="Sylfaen"/>
          <w:sz w:val="18"/>
          <w:szCs w:val="18"/>
        </w:rPr>
        <w:t>იწვევს</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გათვალისწინებული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შესრულების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ვადის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გადაწევას</w:t>
      </w:r>
      <w:proofErr w:type="spellEnd"/>
      <w:r w:rsidRPr="000C596E">
        <w:rPr>
          <w:rFonts w:cstheme="majorHAnsi"/>
          <w:sz w:val="18"/>
          <w:szCs w:val="18"/>
        </w:rPr>
        <w:t xml:space="preserve">. </w:t>
      </w:r>
    </w:p>
    <w:p w14:paraId="2020D0D3" w14:textId="22D59E2E" w:rsidR="004B6084" w:rsidRDefault="00A74260" w:rsidP="00185C20">
      <w:pPr>
        <w:pStyle w:val="ListParagraph"/>
        <w:numPr>
          <w:ilvl w:val="0"/>
          <w:numId w:val="24"/>
        </w:numPr>
        <w:jc w:val="both"/>
        <w:rPr>
          <w:rFonts w:cstheme="majorHAnsi"/>
          <w:sz w:val="18"/>
          <w:szCs w:val="18"/>
        </w:rPr>
      </w:pPr>
      <w:proofErr w:type="spellStart"/>
      <w:r w:rsidRPr="000C596E">
        <w:rPr>
          <w:rFonts w:ascii="Sylfaen" w:hAnsi="Sylfaen" w:cs="Sylfaen"/>
          <w:sz w:val="18"/>
          <w:szCs w:val="18"/>
        </w:rPr>
        <w:t>წინამდებარე</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გათვალისწინებულ</w:t>
      </w:r>
      <w:proofErr w:type="spellEnd"/>
      <w:r w:rsidRPr="000C596E">
        <w:rPr>
          <w:rFonts w:cstheme="majorHAnsi"/>
          <w:sz w:val="18"/>
          <w:szCs w:val="18"/>
        </w:rPr>
        <w:t xml:space="preserve"> </w:t>
      </w:r>
      <w:proofErr w:type="spellStart"/>
      <w:r w:rsidRPr="000C596E">
        <w:rPr>
          <w:rFonts w:ascii="Sylfaen" w:hAnsi="Sylfaen" w:cs="Sylfaen"/>
          <w:sz w:val="18"/>
          <w:szCs w:val="18"/>
        </w:rPr>
        <w:t>ვადებში</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შემაფერხებელი</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 xml:space="preserve"> </w:t>
      </w:r>
      <w:proofErr w:type="spellStart"/>
      <w:r w:rsidRPr="000C596E">
        <w:rPr>
          <w:rFonts w:ascii="Sylfaen" w:hAnsi="Sylfaen" w:cs="Sylfaen"/>
          <w:sz w:val="18"/>
          <w:szCs w:val="18"/>
        </w:rPr>
        <w:t>ნებისმიერი</w:t>
      </w:r>
      <w:proofErr w:type="spellEnd"/>
      <w:r w:rsidRPr="000C596E">
        <w:rPr>
          <w:rFonts w:cstheme="majorHAnsi"/>
          <w:sz w:val="18"/>
          <w:szCs w:val="18"/>
        </w:rPr>
        <w:t xml:space="preserve"> </w:t>
      </w:r>
      <w:proofErr w:type="spellStart"/>
      <w:r w:rsidRPr="000C596E">
        <w:rPr>
          <w:rFonts w:ascii="Sylfaen" w:hAnsi="Sylfaen" w:cs="Sylfaen"/>
          <w:sz w:val="18"/>
          <w:szCs w:val="18"/>
        </w:rPr>
        <w:t>შეტყობინების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განუხორციელებლობის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w:t>
      </w:r>
      <w:proofErr w:type="spellEnd"/>
      <w:r w:rsidRPr="000C596E">
        <w:rPr>
          <w:rFonts w:cstheme="majorHAnsi"/>
          <w:sz w:val="18"/>
          <w:szCs w:val="18"/>
        </w:rPr>
        <w:t xml:space="preserve">, </w:t>
      </w:r>
      <w:proofErr w:type="spellStart"/>
      <w:r w:rsidRPr="000C596E">
        <w:rPr>
          <w:rFonts w:ascii="Sylfaen" w:hAnsi="Sylfaen" w:cs="Sylfaen"/>
          <w:sz w:val="18"/>
          <w:szCs w:val="18"/>
        </w:rPr>
        <w:t>რაც</w:t>
      </w:r>
      <w:proofErr w:type="spellEnd"/>
      <w:r w:rsidRPr="000C596E">
        <w:rPr>
          <w:rFonts w:cstheme="majorHAnsi"/>
          <w:sz w:val="18"/>
          <w:szCs w:val="18"/>
        </w:rPr>
        <w:t xml:space="preserve"> </w:t>
      </w:r>
      <w:proofErr w:type="spellStart"/>
      <w:r w:rsidRPr="000C596E">
        <w:rPr>
          <w:rFonts w:ascii="Sylfaen" w:hAnsi="Sylfaen" w:cs="Sylfaen"/>
          <w:sz w:val="18"/>
          <w:szCs w:val="18"/>
        </w:rPr>
        <w:t>იწვევს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შესასრულებელი</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ვადების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შეფერხებას</w:t>
      </w:r>
      <w:proofErr w:type="spellEnd"/>
      <w:r w:rsidRPr="000C596E">
        <w:rPr>
          <w:rFonts w:cstheme="majorHAnsi"/>
          <w:sz w:val="18"/>
          <w:szCs w:val="18"/>
        </w:rPr>
        <w:t>;</w:t>
      </w:r>
    </w:p>
    <w:p w14:paraId="7CE1CD1E" w14:textId="09C008C4" w:rsidR="000C596E" w:rsidRPr="00D06AFB" w:rsidRDefault="00A74260" w:rsidP="00185C20">
      <w:pPr>
        <w:pStyle w:val="ListParagraph"/>
        <w:numPr>
          <w:ilvl w:val="0"/>
          <w:numId w:val="24"/>
        </w:numPr>
        <w:jc w:val="both"/>
        <w:rPr>
          <w:rFonts w:cstheme="majorHAnsi"/>
          <w:sz w:val="18"/>
          <w:szCs w:val="18"/>
        </w:rPr>
      </w:pPr>
      <w:proofErr w:type="spellStart"/>
      <w:r w:rsidRPr="00D06AFB">
        <w:rPr>
          <w:rFonts w:ascii="Sylfaen" w:hAnsi="Sylfaen" w:cs="Sylfaen"/>
          <w:sz w:val="18"/>
          <w:szCs w:val="18"/>
        </w:rPr>
        <w:t>ხელშეკრულების</w:t>
      </w:r>
      <w:proofErr w:type="spellEnd"/>
      <w:r w:rsidRPr="00D06AFB">
        <w:rPr>
          <w:rFonts w:cstheme="majorHAnsi"/>
          <w:sz w:val="18"/>
          <w:szCs w:val="18"/>
        </w:rPr>
        <w:t xml:space="preserve"> 5.1.</w:t>
      </w:r>
      <w:r w:rsidR="00242A85">
        <w:rPr>
          <w:rFonts w:cstheme="majorHAnsi"/>
          <w:sz w:val="18"/>
          <w:szCs w:val="18"/>
          <w:lang w:val="ka-GE"/>
        </w:rPr>
        <w:t>3</w:t>
      </w:r>
      <w:r w:rsidRPr="00D06AFB">
        <w:rPr>
          <w:rFonts w:cstheme="majorHAnsi"/>
          <w:sz w:val="18"/>
          <w:szCs w:val="18"/>
        </w:rPr>
        <w:t xml:space="preserve">, 5.2 </w:t>
      </w:r>
      <w:proofErr w:type="spellStart"/>
      <w:r w:rsidRPr="00D06AFB">
        <w:rPr>
          <w:rFonts w:ascii="Sylfaen" w:hAnsi="Sylfaen" w:cs="Sylfaen"/>
          <w:sz w:val="18"/>
          <w:szCs w:val="18"/>
        </w:rPr>
        <w:t>და</w:t>
      </w:r>
      <w:proofErr w:type="spellEnd"/>
      <w:r w:rsidRPr="00D06AFB">
        <w:rPr>
          <w:rFonts w:cstheme="majorHAnsi"/>
          <w:sz w:val="18"/>
          <w:szCs w:val="18"/>
        </w:rPr>
        <w:t xml:space="preserve"> 5.3. </w:t>
      </w:r>
      <w:proofErr w:type="spellStart"/>
      <w:r w:rsidRPr="00D06AFB">
        <w:rPr>
          <w:rFonts w:ascii="Sylfaen" w:hAnsi="Sylfaen" w:cs="Sylfaen"/>
          <w:sz w:val="18"/>
          <w:szCs w:val="18"/>
        </w:rPr>
        <w:t>მუხლებით</w:t>
      </w:r>
      <w:proofErr w:type="spellEnd"/>
      <w:r w:rsidRPr="00D06AFB">
        <w:rPr>
          <w:rFonts w:cstheme="majorHAnsi"/>
          <w:sz w:val="18"/>
          <w:szCs w:val="18"/>
        </w:rPr>
        <w:t xml:space="preserve"> </w:t>
      </w:r>
      <w:proofErr w:type="spellStart"/>
      <w:r w:rsidRPr="00D06AFB">
        <w:rPr>
          <w:rFonts w:ascii="Sylfaen" w:hAnsi="Sylfaen" w:cs="Sylfaen"/>
          <w:sz w:val="18"/>
          <w:szCs w:val="18"/>
        </w:rPr>
        <w:t>განსაზღვრული</w:t>
      </w:r>
      <w:proofErr w:type="spellEnd"/>
      <w:r w:rsidRPr="00D06AFB">
        <w:rPr>
          <w:rFonts w:cstheme="majorHAnsi"/>
          <w:sz w:val="18"/>
          <w:szCs w:val="18"/>
        </w:rPr>
        <w:t xml:space="preserve"> </w:t>
      </w:r>
      <w:proofErr w:type="spellStart"/>
      <w:r w:rsidRPr="00D06AFB">
        <w:rPr>
          <w:rFonts w:ascii="Sylfaen" w:hAnsi="Sylfaen" w:cs="Sylfaen"/>
          <w:sz w:val="18"/>
          <w:szCs w:val="18"/>
        </w:rPr>
        <w:t>შემთხვევები</w:t>
      </w:r>
      <w:proofErr w:type="spellEnd"/>
      <w:r w:rsidRPr="00D06AFB">
        <w:rPr>
          <w:rFonts w:cstheme="majorHAnsi"/>
          <w:sz w:val="18"/>
          <w:szCs w:val="18"/>
        </w:rPr>
        <w:t>.</w:t>
      </w:r>
    </w:p>
    <w:p w14:paraId="4FC53AA2" w14:textId="44837A34" w:rsidR="000C596E" w:rsidRPr="000C596E" w:rsidRDefault="00A74260" w:rsidP="00185C20">
      <w:pPr>
        <w:pStyle w:val="ListParagraph"/>
        <w:numPr>
          <w:ilvl w:val="1"/>
          <w:numId w:val="13"/>
        </w:numPr>
        <w:jc w:val="both"/>
        <w:rPr>
          <w:rFonts w:cstheme="majorHAnsi"/>
          <w:sz w:val="18"/>
          <w:szCs w:val="18"/>
        </w:rPr>
      </w:pPr>
      <w:proofErr w:type="spellStart"/>
      <w:r w:rsidRPr="000C596E">
        <w:rPr>
          <w:rFonts w:ascii="Sylfaen" w:hAnsi="Sylfaen" w:cs="Sylfaen"/>
          <w:sz w:val="18"/>
          <w:szCs w:val="18"/>
        </w:rPr>
        <w:t>იმ</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w:t>
      </w:r>
      <w:proofErr w:type="spellEnd"/>
      <w:r w:rsidRPr="000C596E">
        <w:rPr>
          <w:rFonts w:cstheme="majorHAnsi"/>
          <w:sz w:val="18"/>
          <w:szCs w:val="18"/>
        </w:rPr>
        <w:t xml:space="preserve">, </w:t>
      </w:r>
      <w:proofErr w:type="spellStart"/>
      <w:r w:rsidRPr="000C596E">
        <w:rPr>
          <w:rFonts w:ascii="Sylfaen" w:hAnsi="Sylfaen" w:cs="Sylfaen"/>
          <w:sz w:val="18"/>
          <w:szCs w:val="18"/>
        </w:rPr>
        <w:t>თუ</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მოხდება</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გათვალისწინებული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თანხის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გადახდის</w:t>
      </w:r>
      <w:proofErr w:type="spellEnd"/>
      <w:r w:rsidRPr="000C596E">
        <w:rPr>
          <w:rFonts w:cstheme="majorHAnsi"/>
          <w:sz w:val="18"/>
          <w:szCs w:val="18"/>
        </w:rPr>
        <w:t xml:space="preserve"> </w:t>
      </w:r>
      <w:proofErr w:type="spellStart"/>
      <w:r w:rsidRPr="000C596E">
        <w:rPr>
          <w:rFonts w:ascii="Sylfaen" w:hAnsi="Sylfaen" w:cs="Sylfaen"/>
          <w:sz w:val="18"/>
          <w:szCs w:val="18"/>
        </w:rPr>
        <w:t>ვადების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დარღვევა</w:t>
      </w:r>
      <w:proofErr w:type="spellEnd"/>
      <w:r w:rsidRPr="000C596E">
        <w:rPr>
          <w:rFonts w:cstheme="majorHAnsi"/>
          <w:sz w:val="18"/>
          <w:szCs w:val="18"/>
        </w:rPr>
        <w:t xml:space="preserve">, </w:t>
      </w:r>
      <w:r w:rsidR="00570ACF">
        <w:rPr>
          <w:rFonts w:ascii="Sylfaen" w:hAnsi="Sylfaen" w:cs="Sylfaen"/>
          <w:sz w:val="18"/>
          <w:szCs w:val="18"/>
          <w:lang w:val="ka-GE"/>
        </w:rPr>
        <w:t>მენარდე</w:t>
      </w:r>
      <w:r w:rsidRPr="000C596E">
        <w:rPr>
          <w:rFonts w:cstheme="majorHAnsi"/>
          <w:sz w:val="18"/>
          <w:szCs w:val="18"/>
        </w:rPr>
        <w:t xml:space="preserve"> </w:t>
      </w:r>
      <w:proofErr w:type="spellStart"/>
      <w:r w:rsidRPr="000C596E">
        <w:rPr>
          <w:rFonts w:ascii="Sylfaen" w:hAnsi="Sylfaen" w:cs="Sylfaen"/>
          <w:sz w:val="18"/>
          <w:szCs w:val="18"/>
        </w:rPr>
        <w:t>უფლებამოსილია</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დამკვეთს</w:t>
      </w:r>
      <w:proofErr w:type="spellEnd"/>
      <w:r w:rsidRPr="000C596E">
        <w:rPr>
          <w:rFonts w:cstheme="majorHAnsi"/>
          <w:sz w:val="18"/>
          <w:szCs w:val="18"/>
        </w:rPr>
        <w:t xml:space="preserve"> </w:t>
      </w:r>
      <w:proofErr w:type="spellStart"/>
      <w:r w:rsidRPr="000C596E">
        <w:rPr>
          <w:rFonts w:ascii="Sylfaen" w:hAnsi="Sylfaen" w:cs="Sylfaen"/>
          <w:sz w:val="18"/>
          <w:szCs w:val="18"/>
        </w:rPr>
        <w:t>დააკისროს</w:t>
      </w:r>
      <w:proofErr w:type="spellEnd"/>
      <w:r w:rsidRPr="000C596E">
        <w:rPr>
          <w:rFonts w:cstheme="majorHAnsi"/>
          <w:sz w:val="18"/>
          <w:szCs w:val="18"/>
        </w:rPr>
        <w:t xml:space="preserve"> </w:t>
      </w:r>
      <w:proofErr w:type="spellStart"/>
      <w:r w:rsidRPr="000C596E">
        <w:rPr>
          <w:rFonts w:ascii="Sylfaen" w:hAnsi="Sylfaen" w:cs="Sylfaen"/>
          <w:sz w:val="18"/>
          <w:szCs w:val="18"/>
        </w:rPr>
        <w:t>ჯარიმა</w:t>
      </w:r>
      <w:proofErr w:type="spellEnd"/>
      <w:r w:rsidRPr="000C596E">
        <w:rPr>
          <w:rFonts w:cstheme="majorHAnsi"/>
          <w:sz w:val="18"/>
          <w:szCs w:val="18"/>
        </w:rPr>
        <w:t>,</w:t>
      </w:r>
      <w:r w:rsidR="00185C20">
        <w:rPr>
          <w:rFonts w:cstheme="majorHAnsi"/>
          <w:sz w:val="18"/>
          <w:szCs w:val="18"/>
        </w:rPr>
        <w:t xml:space="preserve"> </w:t>
      </w:r>
      <w:proofErr w:type="spellStart"/>
      <w:r w:rsidRPr="000C596E">
        <w:rPr>
          <w:rFonts w:ascii="Sylfaen" w:hAnsi="Sylfaen" w:cs="Sylfaen"/>
          <w:sz w:val="18"/>
          <w:szCs w:val="18"/>
        </w:rPr>
        <w:t>იმ</w:t>
      </w:r>
      <w:proofErr w:type="spellEnd"/>
      <w:r w:rsidRPr="000C596E">
        <w:rPr>
          <w:rFonts w:cstheme="majorHAnsi"/>
          <w:sz w:val="18"/>
          <w:szCs w:val="18"/>
        </w:rPr>
        <w:t xml:space="preserve"> </w:t>
      </w:r>
      <w:proofErr w:type="spellStart"/>
      <w:r w:rsidRPr="000C596E">
        <w:rPr>
          <w:rFonts w:ascii="Sylfaen" w:hAnsi="Sylfaen" w:cs="Sylfaen"/>
          <w:sz w:val="18"/>
          <w:szCs w:val="18"/>
        </w:rPr>
        <w:t>დროისათვის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გადასახდელი</w:t>
      </w:r>
      <w:proofErr w:type="spellEnd"/>
      <w:r w:rsidRPr="000C596E">
        <w:rPr>
          <w:rFonts w:cstheme="majorHAnsi"/>
          <w:sz w:val="18"/>
          <w:szCs w:val="18"/>
        </w:rPr>
        <w:t xml:space="preserve"> </w:t>
      </w:r>
      <w:proofErr w:type="spellStart"/>
      <w:r w:rsidRPr="000C596E">
        <w:rPr>
          <w:rFonts w:ascii="Sylfaen" w:hAnsi="Sylfaen" w:cs="Sylfaen"/>
          <w:sz w:val="18"/>
          <w:szCs w:val="18"/>
        </w:rPr>
        <w:t>ღირებულების</w:t>
      </w:r>
      <w:proofErr w:type="spellEnd"/>
      <w:r w:rsidRPr="000C596E">
        <w:rPr>
          <w:rFonts w:cstheme="majorHAnsi"/>
          <w:sz w:val="18"/>
          <w:szCs w:val="18"/>
        </w:rPr>
        <w:t xml:space="preserve"> 0.1%-</w:t>
      </w:r>
      <w:proofErr w:type="spellStart"/>
      <w:r w:rsidRPr="000C596E">
        <w:rPr>
          <w:rFonts w:ascii="Sylfaen" w:hAnsi="Sylfaen" w:cs="Sylfaen"/>
          <w:sz w:val="18"/>
          <w:szCs w:val="18"/>
        </w:rPr>
        <w:t>ის</w:t>
      </w:r>
      <w:proofErr w:type="spellEnd"/>
      <w:r w:rsidRPr="000C596E">
        <w:rPr>
          <w:rFonts w:cstheme="majorHAnsi"/>
          <w:sz w:val="18"/>
          <w:szCs w:val="18"/>
        </w:rPr>
        <w:t xml:space="preserve"> </w:t>
      </w:r>
      <w:proofErr w:type="spellStart"/>
      <w:r w:rsidRPr="000C596E">
        <w:rPr>
          <w:rFonts w:ascii="Sylfaen" w:hAnsi="Sylfaen" w:cs="Sylfaen"/>
          <w:sz w:val="18"/>
          <w:szCs w:val="18"/>
        </w:rPr>
        <w:t>ოდენობით</w:t>
      </w:r>
      <w:proofErr w:type="spellEnd"/>
      <w:r w:rsidRPr="000C596E">
        <w:rPr>
          <w:rFonts w:cstheme="majorHAnsi"/>
          <w:sz w:val="18"/>
          <w:szCs w:val="18"/>
        </w:rPr>
        <w:t xml:space="preserve"> </w:t>
      </w:r>
      <w:proofErr w:type="spellStart"/>
      <w:r w:rsidRPr="000C596E">
        <w:rPr>
          <w:rFonts w:ascii="Sylfaen" w:hAnsi="Sylfaen" w:cs="Sylfaen"/>
          <w:sz w:val="18"/>
          <w:szCs w:val="18"/>
        </w:rPr>
        <w:t>ყოველ</w:t>
      </w:r>
      <w:proofErr w:type="spellEnd"/>
      <w:r w:rsidRPr="000C596E">
        <w:rPr>
          <w:rFonts w:cstheme="majorHAnsi"/>
          <w:sz w:val="18"/>
          <w:szCs w:val="18"/>
        </w:rPr>
        <w:t xml:space="preserve"> </w:t>
      </w:r>
      <w:proofErr w:type="spellStart"/>
      <w:r w:rsidRPr="000C596E">
        <w:rPr>
          <w:rFonts w:ascii="Sylfaen" w:hAnsi="Sylfaen" w:cs="Sylfaen"/>
          <w:sz w:val="18"/>
          <w:szCs w:val="18"/>
        </w:rPr>
        <w:t>ვადაგადაცილებულ</w:t>
      </w:r>
      <w:proofErr w:type="spellEnd"/>
      <w:r w:rsidRPr="000C596E">
        <w:rPr>
          <w:rFonts w:cstheme="majorHAnsi"/>
          <w:sz w:val="18"/>
          <w:szCs w:val="18"/>
        </w:rPr>
        <w:t xml:space="preserve"> </w:t>
      </w:r>
      <w:proofErr w:type="spellStart"/>
      <w:r w:rsidRPr="000C596E">
        <w:rPr>
          <w:rFonts w:ascii="Sylfaen" w:hAnsi="Sylfaen" w:cs="Sylfaen"/>
          <w:sz w:val="18"/>
          <w:szCs w:val="18"/>
        </w:rPr>
        <w:t>დღეზე</w:t>
      </w:r>
      <w:proofErr w:type="spellEnd"/>
      <w:r w:rsidRPr="000C596E">
        <w:rPr>
          <w:rFonts w:cstheme="majorHAnsi"/>
          <w:sz w:val="18"/>
          <w:szCs w:val="18"/>
        </w:rPr>
        <w:t>.</w:t>
      </w:r>
      <w:r w:rsidR="00570ACF">
        <w:rPr>
          <w:rFonts w:ascii="Sylfaen" w:hAnsi="Sylfaen" w:cstheme="majorHAnsi"/>
          <w:sz w:val="18"/>
          <w:szCs w:val="18"/>
          <w:lang w:val="ka-GE"/>
        </w:rPr>
        <w:t xml:space="preserve"> </w:t>
      </w:r>
      <w:proofErr w:type="spellStart"/>
      <w:r w:rsidRPr="000C596E">
        <w:rPr>
          <w:rFonts w:ascii="Sylfaen" w:hAnsi="Sylfaen" w:cs="Sylfaen"/>
          <w:sz w:val="18"/>
          <w:szCs w:val="18"/>
        </w:rPr>
        <w:t>ამასთანავე</w:t>
      </w:r>
      <w:proofErr w:type="spellEnd"/>
      <w:r w:rsidRPr="000C596E">
        <w:rPr>
          <w:rFonts w:cstheme="majorHAnsi"/>
          <w:sz w:val="18"/>
          <w:szCs w:val="18"/>
        </w:rPr>
        <w:t>,</w:t>
      </w:r>
      <w:r w:rsidR="00570ACF">
        <w:rPr>
          <w:rFonts w:ascii="Sylfaen" w:hAnsi="Sylfaen" w:cstheme="majorHAnsi"/>
          <w:sz w:val="18"/>
          <w:szCs w:val="18"/>
          <w:lang w:val="ka-GE"/>
        </w:rPr>
        <w:t xml:space="preserve"> </w:t>
      </w:r>
      <w:proofErr w:type="spellStart"/>
      <w:r w:rsidRPr="000C596E">
        <w:rPr>
          <w:rFonts w:ascii="Sylfaen" w:hAnsi="Sylfaen" w:cs="Sylfaen"/>
          <w:sz w:val="18"/>
          <w:szCs w:val="18"/>
        </w:rPr>
        <w:t>თუ</w:t>
      </w:r>
      <w:proofErr w:type="spellEnd"/>
      <w:r w:rsidRPr="000C596E">
        <w:rPr>
          <w:rFonts w:cstheme="majorHAnsi"/>
          <w:sz w:val="18"/>
          <w:szCs w:val="18"/>
        </w:rPr>
        <w:t xml:space="preserve"> </w:t>
      </w:r>
      <w:proofErr w:type="spellStart"/>
      <w:r w:rsidRPr="000C596E">
        <w:rPr>
          <w:rFonts w:ascii="Sylfaen" w:hAnsi="Sylfaen" w:cs="Sylfaen"/>
          <w:sz w:val="18"/>
          <w:szCs w:val="18"/>
        </w:rPr>
        <w:t>თანხის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გადახდის</w:t>
      </w:r>
      <w:proofErr w:type="spellEnd"/>
      <w:r w:rsidRPr="000C596E">
        <w:rPr>
          <w:rFonts w:cstheme="majorHAnsi"/>
          <w:sz w:val="18"/>
          <w:szCs w:val="18"/>
        </w:rPr>
        <w:t xml:space="preserve"> </w:t>
      </w:r>
      <w:proofErr w:type="spellStart"/>
      <w:r w:rsidRPr="000C596E">
        <w:rPr>
          <w:rFonts w:ascii="Sylfaen" w:hAnsi="Sylfaen" w:cs="Sylfaen"/>
          <w:sz w:val="18"/>
          <w:szCs w:val="18"/>
        </w:rPr>
        <w:t>ვადა</w:t>
      </w:r>
      <w:proofErr w:type="spellEnd"/>
      <w:r w:rsidRPr="000C596E">
        <w:rPr>
          <w:rFonts w:cstheme="majorHAnsi"/>
          <w:sz w:val="18"/>
          <w:szCs w:val="18"/>
        </w:rPr>
        <w:t xml:space="preserve"> </w:t>
      </w:r>
      <w:proofErr w:type="spellStart"/>
      <w:r w:rsidRPr="000C596E">
        <w:rPr>
          <w:rFonts w:ascii="Sylfaen" w:hAnsi="Sylfaen" w:cs="Sylfaen"/>
          <w:sz w:val="18"/>
          <w:szCs w:val="18"/>
        </w:rPr>
        <w:t>ჯამურად</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გადააჭარბებს</w:t>
      </w:r>
      <w:proofErr w:type="spellEnd"/>
      <w:r w:rsidRPr="000C596E">
        <w:rPr>
          <w:rFonts w:cstheme="majorHAnsi"/>
          <w:sz w:val="18"/>
          <w:szCs w:val="18"/>
        </w:rPr>
        <w:t xml:space="preserve"> - </w:t>
      </w:r>
      <w:r w:rsidR="00CF2402">
        <w:rPr>
          <w:rFonts w:ascii="Sylfaen" w:hAnsi="Sylfaen" w:cstheme="majorHAnsi"/>
          <w:sz w:val="18"/>
          <w:szCs w:val="18"/>
          <w:lang w:val="ka-GE"/>
        </w:rPr>
        <w:t>75</w:t>
      </w:r>
      <w:r w:rsidR="00D06AFB" w:rsidRPr="000C596E">
        <w:rPr>
          <w:rFonts w:cstheme="majorHAnsi"/>
          <w:sz w:val="18"/>
          <w:szCs w:val="18"/>
        </w:rPr>
        <w:t xml:space="preserve"> </w:t>
      </w:r>
      <w:r w:rsidR="00570ACF">
        <w:rPr>
          <w:rFonts w:ascii="Sylfaen" w:hAnsi="Sylfaen" w:cstheme="majorHAnsi"/>
          <w:sz w:val="18"/>
          <w:szCs w:val="18"/>
          <w:lang w:val="ka-GE"/>
        </w:rPr>
        <w:t>(</w:t>
      </w:r>
      <w:r w:rsidR="00CF2402">
        <w:rPr>
          <w:rFonts w:ascii="Sylfaen" w:hAnsi="Sylfaen" w:cs="Sylfaen"/>
          <w:sz w:val="18"/>
          <w:szCs w:val="18"/>
          <w:lang w:val="ka-GE"/>
        </w:rPr>
        <w:t>სამოცდათხუთმეტი</w:t>
      </w:r>
      <w:r w:rsidR="00570ACF">
        <w:rPr>
          <w:rFonts w:ascii="Sylfaen" w:hAnsi="Sylfaen" w:cs="Sylfaen"/>
          <w:sz w:val="18"/>
          <w:szCs w:val="18"/>
          <w:lang w:val="ka-GE"/>
        </w:rPr>
        <w:t>)</w:t>
      </w:r>
      <w:r w:rsidR="00D06AFB" w:rsidRPr="000C596E">
        <w:rPr>
          <w:rFonts w:cstheme="majorHAnsi"/>
          <w:sz w:val="18"/>
          <w:szCs w:val="18"/>
        </w:rPr>
        <w:t xml:space="preserve"> </w:t>
      </w:r>
      <w:proofErr w:type="spellStart"/>
      <w:r w:rsidRPr="000C596E">
        <w:rPr>
          <w:rFonts w:ascii="Sylfaen" w:hAnsi="Sylfaen" w:cs="Sylfaen"/>
          <w:sz w:val="18"/>
          <w:szCs w:val="18"/>
        </w:rPr>
        <w:t>კალენდარულ</w:t>
      </w:r>
      <w:proofErr w:type="spellEnd"/>
      <w:r w:rsidRPr="000C596E">
        <w:rPr>
          <w:rFonts w:cstheme="majorHAnsi"/>
          <w:sz w:val="18"/>
          <w:szCs w:val="18"/>
        </w:rPr>
        <w:t xml:space="preserve"> </w:t>
      </w:r>
      <w:proofErr w:type="spellStart"/>
      <w:r w:rsidRPr="000C596E">
        <w:rPr>
          <w:rFonts w:ascii="Sylfaen" w:hAnsi="Sylfaen" w:cs="Sylfaen"/>
          <w:sz w:val="18"/>
          <w:szCs w:val="18"/>
        </w:rPr>
        <w:t>დღეს</w:t>
      </w:r>
      <w:proofErr w:type="spellEnd"/>
      <w:r w:rsidRPr="000C596E">
        <w:rPr>
          <w:rFonts w:cstheme="majorHAnsi"/>
          <w:sz w:val="18"/>
          <w:szCs w:val="18"/>
        </w:rPr>
        <w:t xml:space="preserve">, </w:t>
      </w:r>
      <w:r w:rsidR="00570ACF">
        <w:rPr>
          <w:rFonts w:ascii="Sylfaen" w:hAnsi="Sylfaen" w:cs="Sylfaen"/>
          <w:sz w:val="18"/>
          <w:szCs w:val="18"/>
          <w:lang w:val="ka-GE"/>
        </w:rPr>
        <w:t>მენარდე</w:t>
      </w:r>
      <w:r w:rsidRPr="000C596E">
        <w:rPr>
          <w:rFonts w:cstheme="majorHAnsi"/>
          <w:sz w:val="18"/>
          <w:szCs w:val="18"/>
        </w:rPr>
        <w:t xml:space="preserve"> </w:t>
      </w:r>
      <w:proofErr w:type="spellStart"/>
      <w:r w:rsidRPr="000C596E">
        <w:rPr>
          <w:rFonts w:ascii="Sylfaen" w:hAnsi="Sylfaen" w:cs="Sylfaen"/>
          <w:sz w:val="18"/>
          <w:szCs w:val="18"/>
        </w:rPr>
        <w:t>უფლებამოსილია</w:t>
      </w:r>
      <w:proofErr w:type="spellEnd"/>
      <w:r w:rsidRPr="000C596E">
        <w:rPr>
          <w:rFonts w:cstheme="majorHAnsi"/>
          <w:sz w:val="18"/>
          <w:szCs w:val="18"/>
        </w:rPr>
        <w:t xml:space="preserve"> </w:t>
      </w:r>
      <w:proofErr w:type="spellStart"/>
      <w:r w:rsidRPr="000C596E">
        <w:rPr>
          <w:rFonts w:ascii="Sylfaen" w:hAnsi="Sylfaen" w:cs="Sylfaen"/>
          <w:sz w:val="18"/>
          <w:szCs w:val="18"/>
        </w:rPr>
        <w:t>შეწყვიტოს</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ხელშეკრულება</w:t>
      </w:r>
      <w:proofErr w:type="spellEnd"/>
      <w:r w:rsidRPr="000C596E">
        <w:rPr>
          <w:rFonts w:cstheme="majorHAnsi"/>
          <w:sz w:val="18"/>
          <w:szCs w:val="18"/>
        </w:rPr>
        <w:t xml:space="preserve"> </w:t>
      </w:r>
      <w:proofErr w:type="spellStart"/>
      <w:r w:rsidRPr="000C596E">
        <w:rPr>
          <w:rFonts w:ascii="Sylfaen" w:hAnsi="Sylfaen" w:cs="Sylfaen"/>
          <w:sz w:val="18"/>
          <w:szCs w:val="18"/>
        </w:rPr>
        <w:t>ცალმხრივად</w:t>
      </w:r>
      <w:proofErr w:type="spellEnd"/>
      <w:r w:rsidRPr="000C596E">
        <w:rPr>
          <w:rFonts w:cstheme="majorHAnsi"/>
          <w:sz w:val="18"/>
          <w:szCs w:val="18"/>
        </w:rPr>
        <w:t xml:space="preserve">. </w:t>
      </w:r>
      <w:proofErr w:type="spellStart"/>
      <w:r w:rsidRPr="000C596E">
        <w:rPr>
          <w:rFonts w:ascii="Sylfaen" w:hAnsi="Sylfaen" w:cs="Sylfaen"/>
          <w:sz w:val="18"/>
          <w:szCs w:val="18"/>
        </w:rPr>
        <w:t>ასეთ</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w:t>
      </w:r>
      <w:proofErr w:type="spellEnd"/>
      <w:r w:rsidRPr="000C596E">
        <w:rPr>
          <w:rFonts w:cstheme="majorHAnsi"/>
          <w:sz w:val="18"/>
          <w:szCs w:val="18"/>
        </w:rPr>
        <w:t xml:space="preserve"> </w:t>
      </w:r>
      <w:proofErr w:type="spellStart"/>
      <w:r w:rsidRPr="000C596E">
        <w:rPr>
          <w:rFonts w:ascii="Sylfaen" w:hAnsi="Sylfaen" w:cs="Sylfaen"/>
          <w:sz w:val="18"/>
          <w:szCs w:val="18"/>
        </w:rPr>
        <w:t>აუნაზღაურებს</w:t>
      </w:r>
      <w:proofErr w:type="spellEnd"/>
      <w:r w:rsidRPr="000C596E">
        <w:rPr>
          <w:rFonts w:cstheme="majorHAnsi"/>
          <w:sz w:val="18"/>
          <w:szCs w:val="18"/>
        </w:rPr>
        <w:t xml:space="preserve"> </w:t>
      </w:r>
      <w:r w:rsidR="00570ACF">
        <w:rPr>
          <w:rFonts w:ascii="Sylfaen" w:hAnsi="Sylfaen" w:cs="Sylfaen"/>
          <w:sz w:val="18"/>
          <w:szCs w:val="18"/>
          <w:lang w:val="ka-GE"/>
        </w:rPr>
        <w:t>მენარდეს</w:t>
      </w:r>
      <w:r w:rsidRPr="000C596E">
        <w:rPr>
          <w:rFonts w:cstheme="majorHAnsi"/>
          <w:sz w:val="18"/>
          <w:szCs w:val="18"/>
        </w:rPr>
        <w:t xml:space="preserve"> </w:t>
      </w:r>
      <w:proofErr w:type="spellStart"/>
      <w:r w:rsidRPr="000C596E">
        <w:rPr>
          <w:rFonts w:ascii="Sylfaen" w:hAnsi="Sylfaen" w:cs="Sylfaen"/>
          <w:sz w:val="18"/>
          <w:szCs w:val="18"/>
        </w:rPr>
        <w:t>ობიექტზე</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ფაქტობრივად</w:t>
      </w:r>
      <w:proofErr w:type="spellEnd"/>
      <w:r w:rsidRPr="000C596E">
        <w:rPr>
          <w:rFonts w:cstheme="majorHAnsi"/>
          <w:sz w:val="18"/>
          <w:szCs w:val="18"/>
        </w:rPr>
        <w:t xml:space="preserve"> </w:t>
      </w:r>
      <w:proofErr w:type="spellStart"/>
      <w:r w:rsidRPr="000C596E">
        <w:rPr>
          <w:rFonts w:ascii="Sylfaen" w:hAnsi="Sylfaen" w:cs="Sylfaen"/>
          <w:sz w:val="18"/>
          <w:szCs w:val="18"/>
        </w:rPr>
        <w:t>შესრულებული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მთლიან</w:t>
      </w:r>
      <w:proofErr w:type="spellEnd"/>
      <w:r w:rsidRPr="000C596E">
        <w:rPr>
          <w:rFonts w:cstheme="majorHAnsi"/>
          <w:sz w:val="18"/>
          <w:szCs w:val="18"/>
        </w:rPr>
        <w:t xml:space="preserve"> </w:t>
      </w:r>
      <w:proofErr w:type="spellStart"/>
      <w:r w:rsidRPr="000C596E">
        <w:rPr>
          <w:rFonts w:ascii="Sylfaen" w:hAnsi="Sylfaen" w:cs="Sylfaen"/>
          <w:sz w:val="18"/>
          <w:szCs w:val="18"/>
        </w:rPr>
        <w:t>ღირებულებას</w:t>
      </w:r>
      <w:proofErr w:type="spellEnd"/>
      <w:r w:rsidRPr="000C596E">
        <w:rPr>
          <w:rFonts w:cstheme="majorHAnsi"/>
          <w:sz w:val="18"/>
          <w:szCs w:val="18"/>
        </w:rPr>
        <w:t xml:space="preserve">, </w:t>
      </w:r>
      <w:proofErr w:type="spellStart"/>
      <w:r w:rsidRPr="000C596E">
        <w:rPr>
          <w:rFonts w:ascii="Sylfaen" w:hAnsi="Sylfaen" w:cs="Sylfaen"/>
          <w:sz w:val="18"/>
          <w:szCs w:val="18"/>
        </w:rPr>
        <w:t>მათ</w:t>
      </w:r>
      <w:proofErr w:type="spellEnd"/>
      <w:r w:rsidRPr="000C596E">
        <w:rPr>
          <w:rFonts w:cstheme="majorHAnsi"/>
          <w:sz w:val="18"/>
          <w:szCs w:val="18"/>
        </w:rPr>
        <w:t xml:space="preserve"> </w:t>
      </w:r>
      <w:proofErr w:type="spellStart"/>
      <w:r w:rsidRPr="000C596E">
        <w:rPr>
          <w:rFonts w:ascii="Sylfaen" w:hAnsi="Sylfaen" w:cs="Sylfaen"/>
          <w:sz w:val="18"/>
          <w:szCs w:val="18"/>
        </w:rPr>
        <w:t>შორის</w:t>
      </w:r>
      <w:proofErr w:type="spellEnd"/>
      <w:r w:rsidRPr="000C596E">
        <w:rPr>
          <w:rFonts w:cstheme="majorHAnsi"/>
          <w:sz w:val="18"/>
          <w:szCs w:val="18"/>
        </w:rPr>
        <w:t xml:space="preserve">, </w:t>
      </w:r>
      <w:proofErr w:type="spellStart"/>
      <w:r w:rsidRPr="000C596E">
        <w:rPr>
          <w:rFonts w:ascii="Sylfaen" w:hAnsi="Sylfaen" w:cs="Sylfaen"/>
          <w:sz w:val="18"/>
          <w:szCs w:val="18"/>
        </w:rPr>
        <w:t>ხარჯთაღრიცხვით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გათვალისწინებული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შესასრულებლად</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შესყიდული</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ავანსირებული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ისეთი</w:t>
      </w:r>
      <w:proofErr w:type="spellEnd"/>
      <w:r w:rsidRPr="000C596E">
        <w:rPr>
          <w:rFonts w:cstheme="majorHAnsi"/>
          <w:sz w:val="18"/>
          <w:szCs w:val="18"/>
        </w:rPr>
        <w:t xml:space="preserve"> </w:t>
      </w:r>
      <w:proofErr w:type="spellStart"/>
      <w:r w:rsidRPr="000C596E">
        <w:rPr>
          <w:rFonts w:ascii="Sylfaen" w:hAnsi="Sylfaen" w:cs="Sylfaen"/>
          <w:sz w:val="18"/>
          <w:szCs w:val="18"/>
        </w:rPr>
        <w:t>მასალების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ღირებულება</w:t>
      </w:r>
      <w:proofErr w:type="spellEnd"/>
      <w:r w:rsidRPr="000C596E">
        <w:rPr>
          <w:rFonts w:cstheme="majorHAnsi"/>
          <w:sz w:val="18"/>
          <w:szCs w:val="18"/>
        </w:rPr>
        <w:t xml:space="preserve">, </w:t>
      </w:r>
      <w:proofErr w:type="spellStart"/>
      <w:r w:rsidRPr="000C596E">
        <w:rPr>
          <w:rFonts w:ascii="Sylfaen" w:hAnsi="Sylfaen" w:cs="Sylfaen"/>
          <w:sz w:val="18"/>
          <w:szCs w:val="18"/>
        </w:rPr>
        <w:t>რომლებიც</w:t>
      </w:r>
      <w:proofErr w:type="spellEnd"/>
      <w:r w:rsidRPr="000C596E">
        <w:rPr>
          <w:rFonts w:cstheme="majorHAnsi"/>
          <w:sz w:val="18"/>
          <w:szCs w:val="18"/>
        </w:rPr>
        <w:t xml:space="preserve"> </w:t>
      </w:r>
      <w:proofErr w:type="spellStart"/>
      <w:r w:rsidRPr="000C596E">
        <w:rPr>
          <w:rFonts w:ascii="Sylfaen" w:hAnsi="Sylfaen" w:cs="Sylfaen"/>
          <w:sz w:val="18"/>
          <w:szCs w:val="18"/>
        </w:rPr>
        <w:t>განკუთვნილია</w:t>
      </w:r>
      <w:proofErr w:type="spellEnd"/>
      <w:r w:rsidRPr="000C596E">
        <w:rPr>
          <w:rFonts w:cstheme="majorHAnsi"/>
          <w:sz w:val="18"/>
          <w:szCs w:val="18"/>
        </w:rPr>
        <w:t xml:space="preserve"> </w:t>
      </w:r>
      <w:proofErr w:type="spellStart"/>
      <w:r w:rsidRPr="000C596E">
        <w:rPr>
          <w:rFonts w:ascii="Sylfaen" w:hAnsi="Sylfaen" w:cs="Sylfaen"/>
          <w:sz w:val="18"/>
          <w:szCs w:val="18"/>
        </w:rPr>
        <w:t>კონკრეტულად</w:t>
      </w:r>
      <w:proofErr w:type="spellEnd"/>
      <w:r w:rsidRPr="000C596E">
        <w:rPr>
          <w:rFonts w:cstheme="majorHAnsi"/>
          <w:sz w:val="18"/>
          <w:szCs w:val="18"/>
        </w:rPr>
        <w:t xml:space="preserve"> </w:t>
      </w:r>
      <w:proofErr w:type="spellStart"/>
      <w:r w:rsidRPr="000C596E">
        <w:rPr>
          <w:rFonts w:ascii="Sylfaen" w:hAnsi="Sylfaen" w:cs="Sylfaen"/>
          <w:sz w:val="18"/>
          <w:szCs w:val="18"/>
        </w:rPr>
        <w:t>წინამდებარე</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განსაზღვრული</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შესასრულებლად</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რომელთა</w:t>
      </w:r>
      <w:proofErr w:type="spellEnd"/>
      <w:r w:rsidRPr="000C596E">
        <w:rPr>
          <w:rFonts w:cstheme="majorHAnsi"/>
          <w:sz w:val="18"/>
          <w:szCs w:val="18"/>
        </w:rPr>
        <w:t xml:space="preserve"> </w:t>
      </w:r>
      <w:proofErr w:type="spellStart"/>
      <w:r w:rsidRPr="000C596E">
        <w:rPr>
          <w:rFonts w:ascii="Sylfaen" w:hAnsi="Sylfaen" w:cs="Sylfaen"/>
          <w:sz w:val="18"/>
          <w:szCs w:val="18"/>
        </w:rPr>
        <w:t>გამოყენებაც</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შეწყვეტის</w:t>
      </w:r>
      <w:proofErr w:type="spellEnd"/>
      <w:r w:rsidRPr="000C596E">
        <w:rPr>
          <w:rFonts w:cstheme="majorHAnsi"/>
          <w:sz w:val="18"/>
          <w:szCs w:val="18"/>
        </w:rPr>
        <w:t xml:space="preserve"> </w:t>
      </w:r>
      <w:proofErr w:type="spellStart"/>
      <w:r w:rsidRPr="000C596E">
        <w:rPr>
          <w:rFonts w:ascii="Sylfaen" w:hAnsi="Sylfaen" w:cs="Sylfaen"/>
          <w:sz w:val="18"/>
          <w:szCs w:val="18"/>
        </w:rPr>
        <w:t>მომენტისთვის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ჯერ</w:t>
      </w:r>
      <w:proofErr w:type="spellEnd"/>
      <w:r w:rsidRPr="000C596E">
        <w:rPr>
          <w:rFonts w:cstheme="majorHAnsi"/>
          <w:sz w:val="18"/>
          <w:szCs w:val="18"/>
        </w:rPr>
        <w:t xml:space="preserve"> </w:t>
      </w:r>
      <w:proofErr w:type="spellStart"/>
      <w:r w:rsidRPr="000C596E">
        <w:rPr>
          <w:rFonts w:ascii="Sylfaen" w:hAnsi="Sylfaen" w:cs="Sylfaen"/>
          <w:sz w:val="18"/>
          <w:szCs w:val="18"/>
        </w:rPr>
        <w:t>არ</w:t>
      </w:r>
      <w:proofErr w:type="spellEnd"/>
      <w:r w:rsidRPr="000C596E">
        <w:rPr>
          <w:rFonts w:cstheme="majorHAnsi"/>
          <w:sz w:val="18"/>
          <w:szCs w:val="18"/>
        </w:rPr>
        <w:t xml:space="preserve"> </w:t>
      </w:r>
      <w:proofErr w:type="spellStart"/>
      <w:r w:rsidRPr="000C596E">
        <w:rPr>
          <w:rFonts w:ascii="Sylfaen" w:hAnsi="Sylfaen" w:cs="Sylfaen"/>
          <w:sz w:val="18"/>
          <w:szCs w:val="18"/>
        </w:rPr>
        <w:t>მომხდარა</w:t>
      </w:r>
      <w:proofErr w:type="spellEnd"/>
      <w:r w:rsidRPr="000C596E">
        <w:rPr>
          <w:rFonts w:cstheme="majorHAnsi"/>
          <w:sz w:val="18"/>
          <w:szCs w:val="18"/>
        </w:rPr>
        <w:t xml:space="preserve"> </w:t>
      </w:r>
      <w:r w:rsidR="00570ACF">
        <w:rPr>
          <w:rFonts w:ascii="Sylfaen" w:hAnsi="Sylfaen" w:cstheme="majorHAnsi"/>
          <w:sz w:val="18"/>
          <w:szCs w:val="18"/>
          <w:lang w:val="ka-GE"/>
        </w:rPr>
        <w:t>(</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დამკვეთისათვის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შესყიდული</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ავანსირებული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მასალების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შესყიდვის</w:t>
      </w:r>
      <w:proofErr w:type="spellEnd"/>
      <w:r w:rsidR="00570ACF">
        <w:rPr>
          <w:rFonts w:ascii="Sylfaen" w:hAnsi="Sylfaen" w:cs="Sylfaen"/>
          <w:sz w:val="18"/>
          <w:szCs w:val="18"/>
          <w:lang w:val="ka-GE"/>
        </w:rPr>
        <w:t xml:space="preserve"> </w:t>
      </w:r>
      <w:proofErr w:type="spellStart"/>
      <w:r w:rsidRPr="000C596E">
        <w:rPr>
          <w:rFonts w:ascii="Sylfaen" w:hAnsi="Sylfaen" w:cs="Sylfaen"/>
          <w:sz w:val="18"/>
          <w:szCs w:val="18"/>
        </w:rPr>
        <w:t>დამადატურებელი</w:t>
      </w:r>
      <w:proofErr w:type="spellEnd"/>
      <w:r w:rsidRPr="000C596E">
        <w:rPr>
          <w:rFonts w:cstheme="majorHAnsi"/>
          <w:sz w:val="18"/>
          <w:szCs w:val="18"/>
        </w:rPr>
        <w:t xml:space="preserve"> </w:t>
      </w:r>
      <w:proofErr w:type="spellStart"/>
      <w:r w:rsidRPr="000C596E">
        <w:rPr>
          <w:rFonts w:ascii="Sylfaen" w:hAnsi="Sylfaen" w:cs="Sylfaen"/>
          <w:sz w:val="18"/>
          <w:szCs w:val="18"/>
        </w:rPr>
        <w:t>შესაბამისი</w:t>
      </w:r>
      <w:proofErr w:type="spellEnd"/>
      <w:r w:rsidRPr="000C596E">
        <w:rPr>
          <w:rFonts w:cstheme="majorHAnsi"/>
          <w:sz w:val="18"/>
          <w:szCs w:val="18"/>
        </w:rPr>
        <w:t xml:space="preserve"> </w:t>
      </w:r>
      <w:proofErr w:type="spellStart"/>
      <w:r w:rsidRPr="000C596E">
        <w:rPr>
          <w:rFonts w:ascii="Sylfaen" w:hAnsi="Sylfaen" w:cs="Sylfaen"/>
          <w:sz w:val="18"/>
          <w:szCs w:val="18"/>
        </w:rPr>
        <w:t>დოკუმენტ</w:t>
      </w:r>
      <w:proofErr w:type="spellEnd"/>
      <w:r w:rsidR="00570ACF">
        <w:rPr>
          <w:rFonts w:ascii="Sylfaen" w:hAnsi="Sylfaen" w:cstheme="majorHAnsi"/>
          <w:sz w:val="18"/>
          <w:szCs w:val="18"/>
          <w:lang w:val="ka-GE"/>
        </w:rPr>
        <w:t>(</w:t>
      </w:r>
      <w:proofErr w:type="spellStart"/>
      <w:r w:rsidRPr="000C596E">
        <w:rPr>
          <w:rFonts w:ascii="Sylfaen" w:hAnsi="Sylfaen" w:cs="Sylfaen"/>
          <w:sz w:val="18"/>
          <w:szCs w:val="18"/>
        </w:rPr>
        <w:t>ებ</w:t>
      </w:r>
      <w:proofErr w:type="spellEnd"/>
      <w:r w:rsidR="00570ACF">
        <w:rPr>
          <w:rFonts w:ascii="Sylfaen" w:hAnsi="Sylfaen" w:cstheme="majorHAnsi"/>
          <w:sz w:val="18"/>
          <w:szCs w:val="18"/>
          <w:lang w:val="ka-GE"/>
        </w:rPr>
        <w:t>)</w:t>
      </w:r>
      <w:proofErr w:type="spellStart"/>
      <w:r w:rsidRPr="000C596E">
        <w:rPr>
          <w:rFonts w:ascii="Sylfaen" w:hAnsi="Sylfaen" w:cs="Sylfaen"/>
          <w:sz w:val="18"/>
          <w:szCs w:val="18"/>
        </w:rPr>
        <w:t>ის</w:t>
      </w:r>
      <w:proofErr w:type="spellEnd"/>
      <w:r w:rsidRPr="000C596E">
        <w:rPr>
          <w:rFonts w:cstheme="majorHAnsi"/>
          <w:sz w:val="18"/>
          <w:szCs w:val="18"/>
        </w:rPr>
        <w:t xml:space="preserve"> </w:t>
      </w:r>
      <w:proofErr w:type="spellStart"/>
      <w:r w:rsidRPr="000C596E">
        <w:rPr>
          <w:rFonts w:ascii="Sylfaen" w:hAnsi="Sylfaen" w:cs="Sylfaen"/>
          <w:sz w:val="18"/>
          <w:szCs w:val="18"/>
        </w:rPr>
        <w:t>წარდგენის</w:t>
      </w:r>
      <w:proofErr w:type="spellEnd"/>
      <w:r w:rsidRPr="000C596E">
        <w:rPr>
          <w:rFonts w:cstheme="majorHAnsi"/>
          <w:sz w:val="18"/>
          <w:szCs w:val="18"/>
        </w:rPr>
        <w:t xml:space="preserve"> </w:t>
      </w:r>
      <w:proofErr w:type="spellStart"/>
      <w:r w:rsidRPr="000C596E">
        <w:rPr>
          <w:rFonts w:ascii="Sylfaen" w:hAnsi="Sylfaen" w:cs="Sylfaen"/>
          <w:sz w:val="18"/>
          <w:szCs w:val="18"/>
        </w:rPr>
        <w:t>საფუძველზე</w:t>
      </w:r>
      <w:proofErr w:type="spellEnd"/>
      <w:r w:rsidR="00570ACF">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ასეთი</w:t>
      </w:r>
      <w:proofErr w:type="spellEnd"/>
      <w:r w:rsidRPr="000C596E">
        <w:rPr>
          <w:rFonts w:cstheme="majorHAnsi"/>
          <w:sz w:val="18"/>
          <w:szCs w:val="18"/>
        </w:rPr>
        <w:t xml:space="preserve"> </w:t>
      </w:r>
      <w:proofErr w:type="spellStart"/>
      <w:r w:rsidRPr="000C596E">
        <w:rPr>
          <w:rFonts w:ascii="Sylfaen" w:hAnsi="Sylfaen" w:cs="Sylfaen"/>
          <w:sz w:val="18"/>
          <w:szCs w:val="18"/>
        </w:rPr>
        <w:t>ანაზღაურება</w:t>
      </w:r>
      <w:proofErr w:type="spellEnd"/>
      <w:r w:rsidRPr="000C596E">
        <w:rPr>
          <w:rFonts w:cstheme="majorHAnsi"/>
          <w:sz w:val="18"/>
          <w:szCs w:val="18"/>
        </w:rPr>
        <w:t xml:space="preserve"> </w:t>
      </w:r>
      <w:proofErr w:type="spellStart"/>
      <w:r w:rsidRPr="000C596E">
        <w:rPr>
          <w:rFonts w:ascii="Sylfaen" w:hAnsi="Sylfaen" w:cs="Sylfaen"/>
          <w:sz w:val="18"/>
          <w:szCs w:val="18"/>
        </w:rPr>
        <w:t>უნდა</w:t>
      </w:r>
      <w:proofErr w:type="spellEnd"/>
      <w:r w:rsidRPr="000C596E">
        <w:rPr>
          <w:rFonts w:cstheme="majorHAnsi"/>
          <w:sz w:val="18"/>
          <w:szCs w:val="18"/>
        </w:rPr>
        <w:t xml:space="preserve"> </w:t>
      </w:r>
      <w:proofErr w:type="spellStart"/>
      <w:r w:rsidRPr="000C596E">
        <w:rPr>
          <w:rFonts w:ascii="Sylfaen" w:hAnsi="Sylfaen" w:cs="Sylfaen"/>
          <w:sz w:val="18"/>
          <w:szCs w:val="18"/>
        </w:rPr>
        <w:t>განხორციელდეს</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შეწყვეტიდან</w:t>
      </w:r>
      <w:proofErr w:type="spellEnd"/>
      <w:r w:rsidRPr="000C596E">
        <w:rPr>
          <w:rFonts w:cstheme="majorHAnsi"/>
          <w:sz w:val="18"/>
          <w:szCs w:val="18"/>
        </w:rPr>
        <w:t xml:space="preserve"> - 20 </w:t>
      </w:r>
      <w:r w:rsidR="00570ACF">
        <w:rPr>
          <w:rFonts w:ascii="Sylfaen" w:hAnsi="Sylfaen" w:cstheme="majorHAnsi"/>
          <w:sz w:val="18"/>
          <w:szCs w:val="18"/>
          <w:lang w:val="ka-GE"/>
        </w:rPr>
        <w:t>(</w:t>
      </w:r>
      <w:proofErr w:type="spellStart"/>
      <w:r w:rsidRPr="000C596E">
        <w:rPr>
          <w:rFonts w:ascii="Sylfaen" w:hAnsi="Sylfaen" w:cs="Sylfaen"/>
          <w:sz w:val="18"/>
          <w:szCs w:val="18"/>
        </w:rPr>
        <w:t>ოცი</w:t>
      </w:r>
      <w:proofErr w:type="spellEnd"/>
      <w:r w:rsidR="00570ACF">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სამუშაო</w:t>
      </w:r>
      <w:proofErr w:type="spellEnd"/>
      <w:r w:rsidRPr="000C596E">
        <w:rPr>
          <w:rFonts w:cstheme="majorHAnsi"/>
          <w:sz w:val="18"/>
          <w:szCs w:val="18"/>
        </w:rPr>
        <w:t xml:space="preserve"> </w:t>
      </w:r>
      <w:proofErr w:type="spellStart"/>
      <w:r w:rsidRPr="000C596E">
        <w:rPr>
          <w:rFonts w:ascii="Sylfaen" w:hAnsi="Sylfaen" w:cs="Sylfaen"/>
          <w:sz w:val="18"/>
          <w:szCs w:val="18"/>
        </w:rPr>
        <w:t>დღის</w:t>
      </w:r>
      <w:proofErr w:type="spellEnd"/>
      <w:r w:rsidRPr="000C596E">
        <w:rPr>
          <w:rFonts w:cstheme="majorHAnsi"/>
          <w:sz w:val="18"/>
          <w:szCs w:val="18"/>
        </w:rPr>
        <w:t xml:space="preserve"> </w:t>
      </w:r>
      <w:proofErr w:type="spellStart"/>
      <w:r w:rsidRPr="000C596E">
        <w:rPr>
          <w:rFonts w:ascii="Sylfaen" w:hAnsi="Sylfaen" w:cs="Sylfaen"/>
          <w:sz w:val="18"/>
          <w:szCs w:val="18"/>
        </w:rPr>
        <w:t>ვადაში</w:t>
      </w:r>
      <w:proofErr w:type="spellEnd"/>
      <w:r w:rsidRPr="000C596E">
        <w:rPr>
          <w:rFonts w:cstheme="majorHAnsi"/>
          <w:sz w:val="18"/>
          <w:szCs w:val="18"/>
        </w:rPr>
        <w:t>.</w:t>
      </w:r>
      <w:r w:rsidR="00570ACF">
        <w:rPr>
          <w:rFonts w:ascii="Sylfaen" w:hAnsi="Sylfaen" w:cstheme="majorHAnsi"/>
          <w:sz w:val="18"/>
          <w:szCs w:val="18"/>
          <w:lang w:val="ka-GE"/>
        </w:rPr>
        <w:t xml:space="preserve"> </w:t>
      </w:r>
      <w:proofErr w:type="spellStart"/>
      <w:r w:rsidRPr="000C596E">
        <w:rPr>
          <w:rFonts w:ascii="Sylfaen" w:hAnsi="Sylfaen" w:cs="Sylfaen"/>
          <w:sz w:val="18"/>
          <w:szCs w:val="18"/>
        </w:rPr>
        <w:t>დამკვეთის</w:t>
      </w:r>
      <w:proofErr w:type="spellEnd"/>
      <w:r w:rsidR="00570ACF">
        <w:rPr>
          <w:rFonts w:ascii="Sylfaen" w:hAnsi="Sylfaen" w:cs="Sylfaen"/>
          <w:sz w:val="18"/>
          <w:szCs w:val="18"/>
          <w:lang w:val="ka-GE"/>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ანაზღაურებული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შესრულებისათვის</w:t>
      </w:r>
      <w:proofErr w:type="spellEnd"/>
      <w:r w:rsidR="00570ACF">
        <w:rPr>
          <w:rFonts w:ascii="Sylfaen" w:hAnsi="Sylfaen" w:cs="Sylfaen"/>
          <w:sz w:val="18"/>
          <w:szCs w:val="18"/>
          <w:lang w:val="ka-GE"/>
        </w:rPr>
        <w:t xml:space="preserve"> </w:t>
      </w:r>
      <w:proofErr w:type="spellStart"/>
      <w:r w:rsidRPr="000C596E">
        <w:rPr>
          <w:rFonts w:ascii="Sylfaen" w:hAnsi="Sylfaen" w:cs="Sylfaen"/>
          <w:sz w:val="18"/>
          <w:szCs w:val="18"/>
        </w:rPr>
        <w:t>შესყიდული</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ავანსირებული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მასალები</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გადაეცემა</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დამკვეთს</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მათზე</w:t>
      </w:r>
      <w:proofErr w:type="spellEnd"/>
      <w:r w:rsidRPr="000C596E">
        <w:rPr>
          <w:rFonts w:cstheme="majorHAnsi"/>
          <w:sz w:val="18"/>
          <w:szCs w:val="18"/>
        </w:rPr>
        <w:t xml:space="preserve"> </w:t>
      </w:r>
      <w:proofErr w:type="spellStart"/>
      <w:r w:rsidRPr="000C596E">
        <w:rPr>
          <w:rFonts w:ascii="Sylfaen" w:hAnsi="Sylfaen" w:cs="Sylfaen"/>
          <w:sz w:val="18"/>
          <w:szCs w:val="18"/>
        </w:rPr>
        <w:t>წარმოიშობა</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საკუთრების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უფლება</w:t>
      </w:r>
      <w:proofErr w:type="spellEnd"/>
      <w:r w:rsidR="00570ACF">
        <w:rPr>
          <w:rFonts w:ascii="Sylfaen" w:hAnsi="Sylfaen" w:cs="Sylfaen"/>
          <w:sz w:val="18"/>
          <w:szCs w:val="18"/>
          <w:lang w:val="ka-GE"/>
        </w:rPr>
        <w:t>.</w:t>
      </w:r>
    </w:p>
    <w:p w14:paraId="093E4C27" w14:textId="5A46B3D8" w:rsidR="000C596E" w:rsidRDefault="00C910C2" w:rsidP="00185C20">
      <w:pPr>
        <w:pStyle w:val="ListParagraph"/>
        <w:numPr>
          <w:ilvl w:val="2"/>
          <w:numId w:val="13"/>
        </w:numPr>
        <w:jc w:val="both"/>
        <w:rPr>
          <w:rFonts w:cstheme="majorHAnsi"/>
          <w:sz w:val="18"/>
          <w:szCs w:val="18"/>
        </w:rPr>
      </w:pPr>
      <w:r>
        <w:rPr>
          <w:rFonts w:ascii="Sylfaen" w:hAnsi="Sylfaen" w:cs="Sylfaen"/>
          <w:sz w:val="18"/>
          <w:szCs w:val="18"/>
          <w:lang w:val="ka-GE"/>
        </w:rPr>
        <w:t xml:space="preserve">მენარდე </w:t>
      </w:r>
      <w:proofErr w:type="spellStart"/>
      <w:r w:rsidR="00A74260" w:rsidRPr="000C596E">
        <w:rPr>
          <w:rFonts w:ascii="Sylfaen" w:hAnsi="Sylfaen" w:cs="Sylfaen"/>
          <w:sz w:val="18"/>
          <w:szCs w:val="18"/>
        </w:rPr>
        <w:t>ვალდებულია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აარიდოს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დამკვეთს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თავის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თავზე</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იკისროს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მენარდის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მიერ</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სამუშაოს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შესრულების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დროს</w:t>
      </w:r>
      <w:proofErr w:type="spellEnd"/>
      <w:r w:rsidR="00A74260" w:rsidRPr="000C596E">
        <w:rPr>
          <w:rFonts w:cstheme="majorHAnsi"/>
          <w:sz w:val="18"/>
          <w:szCs w:val="18"/>
        </w:rPr>
        <w:t>/</w:t>
      </w:r>
      <w:proofErr w:type="spellStart"/>
      <w:r w:rsidR="00A74260" w:rsidRPr="000C596E">
        <w:rPr>
          <w:rFonts w:ascii="Sylfaen" w:hAnsi="Sylfaen" w:cs="Sylfaen"/>
          <w:sz w:val="18"/>
          <w:szCs w:val="18"/>
        </w:rPr>
        <w:t>შედეგად</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დამდგარი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ზიანი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მათ</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შორის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ქონებისა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ჯანმრთელობის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დაზიანებით</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ან</w:t>
      </w:r>
      <w:proofErr w:type="spellEnd"/>
      <w:r w:rsidR="00A74260" w:rsidRPr="000C596E">
        <w:rPr>
          <w:rFonts w:cstheme="majorHAnsi"/>
          <w:sz w:val="18"/>
          <w:szCs w:val="18"/>
        </w:rPr>
        <w:t>/</w:t>
      </w:r>
      <w:proofErr w:type="spellStart"/>
      <w:r w:rsidR="00A74260" w:rsidRPr="000C596E">
        <w:rPr>
          <w:rFonts w:ascii="Sylfaen" w:hAnsi="Sylfaen" w:cs="Sylfaen"/>
          <w:sz w:val="18"/>
          <w:szCs w:val="18"/>
        </w:rPr>
        <w:t>და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სიცოცხლის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მოსპობით</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გამოწვეული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ზიანი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ასევე</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ისეთი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ზიანი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რომელიც</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დადგა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მენარდის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მიერ</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წინამდებარე</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ხელშეკრულებით</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ნაკისრი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ვალდებულებების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დარღვევის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შედეგად</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მათ</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შორის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შესაბამისი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სახელმწიფო</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ორგანოების</w:t>
      </w:r>
      <w:proofErr w:type="spellEnd"/>
      <w:r w:rsidR="00A74260" w:rsidRPr="000C596E">
        <w:rPr>
          <w:rFonts w:cstheme="majorHAnsi"/>
          <w:sz w:val="18"/>
          <w:szCs w:val="18"/>
        </w:rPr>
        <w:t>/</w:t>
      </w:r>
      <w:proofErr w:type="spellStart"/>
      <w:r w:rsidR="00A74260" w:rsidRPr="000C596E">
        <w:rPr>
          <w:rFonts w:ascii="Sylfaen" w:hAnsi="Sylfaen" w:cs="Sylfaen"/>
          <w:sz w:val="18"/>
          <w:szCs w:val="18"/>
        </w:rPr>
        <w:t>ზედამხედველობის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სამსახურების</w:t>
      </w:r>
      <w:proofErr w:type="spellEnd"/>
      <w:r w:rsidR="00A74260" w:rsidRPr="000C596E">
        <w:rPr>
          <w:rFonts w:cstheme="majorHAnsi"/>
          <w:sz w:val="18"/>
          <w:szCs w:val="18"/>
        </w:rPr>
        <w:t xml:space="preserve"> </w:t>
      </w:r>
      <w:r>
        <w:rPr>
          <w:rFonts w:ascii="Sylfaen" w:hAnsi="Sylfaen" w:cstheme="majorHAnsi"/>
          <w:sz w:val="18"/>
          <w:szCs w:val="18"/>
          <w:lang w:val="ka-GE"/>
        </w:rPr>
        <w:t>(</w:t>
      </w:r>
      <w:proofErr w:type="spellStart"/>
      <w:r w:rsidR="00A74260" w:rsidRPr="000C596E">
        <w:rPr>
          <w:rFonts w:ascii="Sylfaen" w:hAnsi="Sylfaen" w:cs="Sylfaen"/>
          <w:sz w:val="18"/>
          <w:szCs w:val="18"/>
        </w:rPr>
        <w:t>მაგ</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მუნიციპალური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ინსპექციის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შრომის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ინსპექციის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სამსახური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საგამოძიებო</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ორგანოების</w:t>
      </w:r>
      <w:proofErr w:type="spellEnd"/>
      <w:r>
        <w:rPr>
          <w:rFonts w:ascii="Sylfaen" w:hAnsi="Sylfaen" w:cs="Sylfaen"/>
          <w:sz w:val="18"/>
          <w:szCs w:val="18"/>
          <w:lang w:val="ka-GE"/>
        </w:rPr>
        <w:t>)</w:t>
      </w:r>
      <w:r w:rsidR="00A74260" w:rsidRPr="000C596E">
        <w:rPr>
          <w:rFonts w:cstheme="majorHAnsi"/>
          <w:sz w:val="18"/>
          <w:szCs w:val="18"/>
        </w:rPr>
        <w:t xml:space="preserve"> </w:t>
      </w:r>
      <w:proofErr w:type="spellStart"/>
      <w:r w:rsidR="00A74260" w:rsidRPr="000C596E">
        <w:rPr>
          <w:rFonts w:ascii="Sylfaen" w:hAnsi="Sylfaen" w:cs="Sylfaen"/>
          <w:sz w:val="18"/>
          <w:szCs w:val="18"/>
        </w:rPr>
        <w:t>მოთხოვნის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საფუძველზე</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ან</w:t>
      </w:r>
      <w:proofErr w:type="spellEnd"/>
      <w:r w:rsidR="00A74260" w:rsidRPr="000C596E">
        <w:rPr>
          <w:rFonts w:cstheme="majorHAnsi"/>
          <w:sz w:val="18"/>
          <w:szCs w:val="18"/>
        </w:rPr>
        <w:t>/</w:t>
      </w:r>
      <w:proofErr w:type="spellStart"/>
      <w:r w:rsidR="00A74260" w:rsidRPr="000C596E">
        <w:rPr>
          <w:rFonts w:ascii="Sylfaen" w:hAnsi="Sylfaen" w:cs="Sylfaen"/>
          <w:sz w:val="18"/>
          <w:szCs w:val="18"/>
        </w:rPr>
        <w:t>და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აღნიშნული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დადასტურდება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სსიპ</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ლევან</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სამხარაულის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სახელობის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სასამართლო</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ექსპერტიზის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ეროვნული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ბიუროს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ან</w:t>
      </w:r>
      <w:proofErr w:type="spellEnd"/>
      <w:r w:rsidR="00A74260" w:rsidRPr="000C596E">
        <w:rPr>
          <w:rFonts w:cstheme="majorHAnsi"/>
          <w:sz w:val="18"/>
          <w:szCs w:val="18"/>
        </w:rPr>
        <w:t>/</w:t>
      </w:r>
      <w:proofErr w:type="spellStart"/>
      <w:r w:rsidR="00A74260" w:rsidRPr="000C596E">
        <w:rPr>
          <w:rFonts w:ascii="Sylfaen" w:hAnsi="Sylfaen" w:cs="Sylfaen"/>
          <w:sz w:val="18"/>
          <w:szCs w:val="18"/>
        </w:rPr>
        <w:t>და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შესაბამისი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აკრედიტირებული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საექსპერტო</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დაწესებულების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ან</w:t>
      </w:r>
      <w:proofErr w:type="spellEnd"/>
      <w:r w:rsidR="00A74260" w:rsidRPr="000C596E">
        <w:rPr>
          <w:rFonts w:cstheme="majorHAnsi"/>
          <w:sz w:val="18"/>
          <w:szCs w:val="18"/>
        </w:rPr>
        <w:t>/</w:t>
      </w:r>
      <w:proofErr w:type="spellStart"/>
      <w:r w:rsidR="00A74260" w:rsidRPr="000C596E">
        <w:rPr>
          <w:rFonts w:ascii="Sylfaen" w:hAnsi="Sylfaen" w:cs="Sylfaen"/>
          <w:sz w:val="18"/>
          <w:szCs w:val="18"/>
        </w:rPr>
        <w:t>და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დამოუკიდებელი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ექსპერტის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მიერ</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აღნიშნულ</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საკითხზე</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გაცემული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ექსპერტიზის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დასკვნით</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დამკვეთი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უფლებამოსილია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თავად</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განახორციელოს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წინამდებარე</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მუხლით</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გათვალისწინებული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ზიანის</w:t>
      </w:r>
      <w:proofErr w:type="spellEnd"/>
      <w:r>
        <w:rPr>
          <w:rFonts w:ascii="Sylfaen" w:hAnsi="Sylfaen" w:cs="Sylfaen"/>
          <w:sz w:val="18"/>
          <w:szCs w:val="18"/>
          <w:lang w:val="ka-GE"/>
        </w:rPr>
        <w:t xml:space="preserve"> </w:t>
      </w:r>
      <w:proofErr w:type="spellStart"/>
      <w:r w:rsidR="00A74260" w:rsidRPr="000C596E">
        <w:rPr>
          <w:rFonts w:ascii="Sylfaen" w:hAnsi="Sylfaen" w:cs="Sylfaen"/>
          <w:sz w:val="18"/>
          <w:szCs w:val="18"/>
        </w:rPr>
        <w:t>ანაზღაურება</w:t>
      </w:r>
      <w:proofErr w:type="spellEnd"/>
      <w:r w:rsidR="00A74260" w:rsidRPr="000C596E">
        <w:rPr>
          <w:rFonts w:cstheme="majorHAnsi"/>
          <w:sz w:val="18"/>
          <w:szCs w:val="18"/>
        </w:rPr>
        <w:t xml:space="preserve"> </w:t>
      </w:r>
      <w:r>
        <w:rPr>
          <w:rFonts w:ascii="Sylfaen" w:hAnsi="Sylfaen" w:cstheme="majorHAnsi"/>
          <w:sz w:val="18"/>
          <w:szCs w:val="18"/>
          <w:lang w:val="ka-GE"/>
        </w:rPr>
        <w:t>(</w:t>
      </w:r>
      <w:proofErr w:type="spellStart"/>
      <w:r w:rsidR="00A74260" w:rsidRPr="000C596E">
        <w:rPr>
          <w:rFonts w:ascii="Sylfaen" w:hAnsi="Sylfaen" w:cs="Sylfaen"/>
          <w:sz w:val="18"/>
          <w:szCs w:val="18"/>
        </w:rPr>
        <w:t>მათ</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შორის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ჯარიმა</w:t>
      </w:r>
      <w:proofErr w:type="spellEnd"/>
      <w:r w:rsidR="00A74260" w:rsidRPr="000C596E">
        <w:rPr>
          <w:rFonts w:cstheme="majorHAnsi"/>
          <w:sz w:val="18"/>
          <w:szCs w:val="18"/>
        </w:rPr>
        <w:t>/</w:t>
      </w:r>
      <w:proofErr w:type="spellStart"/>
      <w:r w:rsidR="00A74260" w:rsidRPr="000C596E">
        <w:rPr>
          <w:rFonts w:ascii="Sylfaen" w:hAnsi="Sylfaen" w:cs="Sylfaen"/>
          <w:sz w:val="18"/>
          <w:szCs w:val="18"/>
        </w:rPr>
        <w:t>საურავის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გადახდა</w:t>
      </w:r>
      <w:proofErr w:type="spellEnd"/>
      <w:r>
        <w:rPr>
          <w:rFonts w:ascii="Sylfaen" w:hAnsi="Sylfaen" w:cs="Sylfaen"/>
          <w:sz w:val="18"/>
          <w:szCs w:val="18"/>
          <w:lang w:val="ka-GE"/>
        </w:rPr>
        <w:t>)</w:t>
      </w:r>
      <w:r w:rsidR="00A74260" w:rsidRPr="000C596E">
        <w:rPr>
          <w:rFonts w:cstheme="majorHAnsi"/>
          <w:sz w:val="18"/>
          <w:szCs w:val="18"/>
        </w:rPr>
        <w:t xml:space="preserve">, </w:t>
      </w:r>
      <w:proofErr w:type="spellStart"/>
      <w:r w:rsidR="00A74260" w:rsidRPr="000C596E">
        <w:rPr>
          <w:rFonts w:ascii="Sylfaen" w:hAnsi="Sylfaen" w:cs="Sylfaen"/>
          <w:sz w:val="18"/>
          <w:szCs w:val="18"/>
        </w:rPr>
        <w:t>რა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შემთხვევაშიც</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დამკვეთს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შეუძლია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მენარდის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სასარგებლოდ</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გადასახდელი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თანხებიდან</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ჩამოაჭრას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მას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შესაბამისი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თანხები</w:t>
      </w:r>
      <w:proofErr w:type="spellEnd"/>
      <w:r w:rsidR="00A74260" w:rsidRPr="000C596E">
        <w:rPr>
          <w:rFonts w:cstheme="majorHAnsi"/>
          <w:sz w:val="18"/>
          <w:szCs w:val="18"/>
        </w:rPr>
        <w:t xml:space="preserve"> </w:t>
      </w:r>
      <w:r w:rsidR="00957CBD">
        <w:rPr>
          <w:rFonts w:ascii="Sylfaen" w:hAnsi="Sylfaen" w:cstheme="majorHAnsi"/>
          <w:sz w:val="18"/>
          <w:szCs w:val="18"/>
          <w:lang w:val="ka-GE"/>
        </w:rPr>
        <w:t>10 (ათი) კალედნარული დღის გასვლის შემდეგ</w:t>
      </w:r>
      <w:r>
        <w:rPr>
          <w:rFonts w:ascii="Sylfaen" w:hAnsi="Sylfaen" w:cstheme="majorHAnsi"/>
          <w:sz w:val="18"/>
          <w:szCs w:val="18"/>
          <w:lang w:val="ka-GE"/>
        </w:rPr>
        <w:t xml:space="preserve"> (</w:t>
      </w:r>
      <w:proofErr w:type="spellStart"/>
      <w:r w:rsidR="00A74260" w:rsidRPr="000C596E">
        <w:rPr>
          <w:rFonts w:ascii="Sylfaen" w:hAnsi="Sylfaen" w:cs="Sylfaen"/>
          <w:sz w:val="18"/>
          <w:szCs w:val="18"/>
        </w:rPr>
        <w:t>დამკვეთის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მიერ</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ანაზღაურებეული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ზიანის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ოდენობით</w:t>
      </w:r>
      <w:proofErr w:type="spellEnd"/>
      <w:r>
        <w:rPr>
          <w:rFonts w:ascii="Sylfaen" w:hAnsi="Sylfaen" w:cs="Sylfaen"/>
          <w:sz w:val="18"/>
          <w:szCs w:val="18"/>
          <w:lang w:val="ka-GE"/>
        </w:rPr>
        <w:t>)</w:t>
      </w:r>
      <w:r w:rsidR="00A74260" w:rsidRPr="000C596E">
        <w:rPr>
          <w:rFonts w:cstheme="majorHAnsi"/>
          <w:sz w:val="18"/>
          <w:szCs w:val="18"/>
        </w:rPr>
        <w:t xml:space="preserve">, </w:t>
      </w:r>
      <w:proofErr w:type="spellStart"/>
      <w:r w:rsidR="00A74260" w:rsidRPr="000C596E">
        <w:rPr>
          <w:rFonts w:ascii="Sylfaen" w:hAnsi="Sylfaen" w:cs="Sylfaen"/>
          <w:sz w:val="18"/>
          <w:szCs w:val="18"/>
        </w:rPr>
        <w:t>ხოლო</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თუ</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ასეთი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თანხები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საკმარისი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არ</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იქნება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აღნიშნული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ზიანის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დასაფარად</w:t>
      </w:r>
      <w:proofErr w:type="spellEnd"/>
      <w:r w:rsidR="00A74260" w:rsidRPr="000C596E">
        <w:rPr>
          <w:rFonts w:cstheme="majorHAnsi"/>
          <w:sz w:val="18"/>
          <w:szCs w:val="18"/>
        </w:rPr>
        <w:t xml:space="preserve">, </w:t>
      </w:r>
      <w:r>
        <w:rPr>
          <w:rFonts w:ascii="Sylfaen" w:hAnsi="Sylfaen" w:cs="Sylfaen"/>
          <w:sz w:val="18"/>
          <w:szCs w:val="18"/>
          <w:lang w:val="ka-GE"/>
        </w:rPr>
        <w:t xml:space="preserve">მენარდე </w:t>
      </w:r>
      <w:proofErr w:type="spellStart"/>
      <w:r w:rsidR="00A74260" w:rsidRPr="000C596E">
        <w:rPr>
          <w:rFonts w:ascii="Sylfaen" w:hAnsi="Sylfaen" w:cs="Sylfaen"/>
          <w:sz w:val="18"/>
          <w:szCs w:val="18"/>
        </w:rPr>
        <w:t>ვალდებულია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სრულად</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აუნაზღაუროს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დამკვეთს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შესაბამისი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თანხა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თუ</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დამკვეთის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მხრიდან</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ანაზღაურებული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იქნება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წინამდებარე</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მუხლით</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გათვალისწინებული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ზიანი</w:t>
      </w:r>
      <w:proofErr w:type="spellEnd"/>
      <w:r>
        <w:rPr>
          <w:rFonts w:cstheme="majorHAnsi"/>
          <w:sz w:val="18"/>
          <w:szCs w:val="18"/>
        </w:rPr>
        <w:t xml:space="preserve"> </w:t>
      </w:r>
      <w:r>
        <w:rPr>
          <w:rFonts w:ascii="Sylfaen" w:hAnsi="Sylfaen" w:cstheme="majorHAnsi"/>
          <w:sz w:val="18"/>
          <w:szCs w:val="18"/>
          <w:lang w:val="ka-GE"/>
        </w:rPr>
        <w:t>(</w:t>
      </w:r>
      <w:proofErr w:type="spellStart"/>
      <w:r w:rsidR="00A74260" w:rsidRPr="000C596E">
        <w:rPr>
          <w:rFonts w:ascii="Sylfaen" w:hAnsi="Sylfaen" w:cs="Sylfaen"/>
          <w:sz w:val="18"/>
          <w:szCs w:val="18"/>
        </w:rPr>
        <w:t>მათ</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შორის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ჯარიმა</w:t>
      </w:r>
      <w:proofErr w:type="spellEnd"/>
      <w:r w:rsidR="00A74260" w:rsidRPr="000C596E">
        <w:rPr>
          <w:rFonts w:cstheme="majorHAnsi"/>
          <w:sz w:val="18"/>
          <w:szCs w:val="18"/>
        </w:rPr>
        <w:t>/</w:t>
      </w:r>
      <w:proofErr w:type="spellStart"/>
      <w:r w:rsidR="00A74260" w:rsidRPr="000C596E">
        <w:rPr>
          <w:rFonts w:ascii="Sylfaen" w:hAnsi="Sylfaen" w:cs="Sylfaen"/>
          <w:sz w:val="18"/>
          <w:szCs w:val="18"/>
        </w:rPr>
        <w:t>საურავი</w:t>
      </w:r>
      <w:proofErr w:type="spellEnd"/>
      <w:r>
        <w:rPr>
          <w:rFonts w:ascii="Sylfaen" w:hAnsi="Sylfaen" w:cstheme="majorHAnsi"/>
          <w:sz w:val="18"/>
          <w:szCs w:val="18"/>
          <w:lang w:val="ka-GE"/>
        </w:rPr>
        <w:t>)</w:t>
      </w:r>
      <w:r w:rsidR="00A74260" w:rsidRPr="000C596E">
        <w:rPr>
          <w:rFonts w:cstheme="majorHAnsi"/>
          <w:sz w:val="18"/>
          <w:szCs w:val="18"/>
        </w:rPr>
        <w:t xml:space="preserve">, </w:t>
      </w:r>
      <w:proofErr w:type="spellStart"/>
      <w:r w:rsidR="00A74260" w:rsidRPr="000C596E">
        <w:rPr>
          <w:rFonts w:ascii="Sylfaen" w:hAnsi="Sylfaen" w:cs="Sylfaen"/>
          <w:sz w:val="18"/>
          <w:szCs w:val="18"/>
        </w:rPr>
        <w:t>დამკვეთს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უფლება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ექნება</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რეგრესის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წესით</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მოსთხოვოს</w:t>
      </w:r>
      <w:proofErr w:type="spellEnd"/>
      <w:r w:rsidR="00A74260" w:rsidRPr="000C596E">
        <w:rPr>
          <w:rFonts w:cstheme="majorHAnsi"/>
          <w:sz w:val="18"/>
          <w:szCs w:val="18"/>
        </w:rPr>
        <w:t xml:space="preserve"> </w:t>
      </w:r>
      <w:r>
        <w:rPr>
          <w:rFonts w:ascii="Sylfaen" w:hAnsi="Sylfaen" w:cs="Sylfaen"/>
          <w:sz w:val="18"/>
          <w:szCs w:val="18"/>
          <w:lang w:val="ka-GE"/>
        </w:rPr>
        <w:t>მენარდეს</w:t>
      </w:r>
      <w:r w:rsidR="00A74260" w:rsidRPr="000C596E">
        <w:rPr>
          <w:rFonts w:cstheme="majorHAnsi"/>
          <w:sz w:val="18"/>
          <w:szCs w:val="18"/>
        </w:rPr>
        <w:t xml:space="preserve"> </w:t>
      </w:r>
      <w:proofErr w:type="spellStart"/>
      <w:r w:rsidR="00A74260" w:rsidRPr="000C596E">
        <w:rPr>
          <w:rFonts w:ascii="Sylfaen" w:hAnsi="Sylfaen" w:cs="Sylfaen"/>
          <w:sz w:val="18"/>
          <w:szCs w:val="18"/>
        </w:rPr>
        <w:t>მის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მიერ</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ანაზღაურებული</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თანხის</w:t>
      </w:r>
      <w:proofErr w:type="spellEnd"/>
      <w:r w:rsidR="00A74260" w:rsidRPr="000C596E">
        <w:rPr>
          <w:rFonts w:cstheme="majorHAnsi"/>
          <w:sz w:val="18"/>
          <w:szCs w:val="18"/>
        </w:rPr>
        <w:t xml:space="preserve"> </w:t>
      </w:r>
      <w:proofErr w:type="spellStart"/>
      <w:r w:rsidR="00A74260" w:rsidRPr="000C596E">
        <w:rPr>
          <w:rFonts w:ascii="Sylfaen" w:hAnsi="Sylfaen" w:cs="Sylfaen"/>
          <w:sz w:val="18"/>
          <w:szCs w:val="18"/>
        </w:rPr>
        <w:t>გადახდა</w:t>
      </w:r>
      <w:proofErr w:type="spellEnd"/>
      <w:r w:rsidR="00A74260" w:rsidRPr="000C596E">
        <w:rPr>
          <w:rFonts w:cstheme="majorHAnsi"/>
          <w:sz w:val="18"/>
          <w:szCs w:val="18"/>
        </w:rPr>
        <w:t xml:space="preserve">.  </w:t>
      </w:r>
    </w:p>
    <w:p w14:paraId="46249797" w14:textId="5D38A5D3" w:rsidR="004B6084" w:rsidRDefault="00A74260" w:rsidP="00185C20">
      <w:pPr>
        <w:pStyle w:val="ListParagraph"/>
        <w:numPr>
          <w:ilvl w:val="1"/>
          <w:numId w:val="13"/>
        </w:numPr>
        <w:jc w:val="both"/>
        <w:rPr>
          <w:rFonts w:cstheme="majorHAnsi"/>
          <w:sz w:val="18"/>
          <w:szCs w:val="18"/>
        </w:rPr>
      </w:pPr>
      <w:proofErr w:type="spellStart"/>
      <w:r w:rsidRPr="000C596E">
        <w:rPr>
          <w:rFonts w:ascii="Sylfaen" w:hAnsi="Sylfaen" w:cs="Sylfaen"/>
          <w:sz w:val="18"/>
          <w:szCs w:val="18"/>
        </w:rPr>
        <w:t>იმ</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w:t>
      </w:r>
      <w:proofErr w:type="spellEnd"/>
      <w:r w:rsidRPr="000C596E">
        <w:rPr>
          <w:rFonts w:cstheme="majorHAnsi"/>
          <w:sz w:val="18"/>
          <w:szCs w:val="18"/>
        </w:rPr>
        <w:t>,</w:t>
      </w:r>
      <w:r w:rsidR="00C910C2">
        <w:rPr>
          <w:rFonts w:ascii="Sylfaen" w:hAnsi="Sylfaen" w:cstheme="majorHAnsi"/>
          <w:sz w:val="18"/>
          <w:szCs w:val="18"/>
          <w:lang w:val="ka-GE"/>
        </w:rPr>
        <w:t xml:space="preserve"> </w:t>
      </w:r>
      <w:proofErr w:type="spellStart"/>
      <w:r w:rsidRPr="000C596E">
        <w:rPr>
          <w:rFonts w:ascii="Sylfaen" w:hAnsi="Sylfaen" w:cs="Sylfaen"/>
          <w:sz w:val="18"/>
          <w:szCs w:val="18"/>
        </w:rPr>
        <w:t>თუ</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შესრულებისას</w:t>
      </w:r>
      <w:proofErr w:type="spellEnd"/>
      <w:r w:rsidRPr="000C596E">
        <w:rPr>
          <w:rFonts w:cstheme="majorHAnsi"/>
          <w:sz w:val="18"/>
          <w:szCs w:val="18"/>
        </w:rPr>
        <w:t xml:space="preserve">, </w:t>
      </w:r>
      <w:proofErr w:type="spellStart"/>
      <w:r w:rsidRPr="000C596E">
        <w:rPr>
          <w:rFonts w:ascii="Sylfaen" w:hAnsi="Sylfaen" w:cs="Sylfaen"/>
          <w:sz w:val="18"/>
          <w:szCs w:val="18"/>
        </w:rPr>
        <w:t>საჭირო</w:t>
      </w:r>
      <w:proofErr w:type="spellEnd"/>
      <w:r w:rsidRPr="000C596E">
        <w:rPr>
          <w:rFonts w:cstheme="majorHAnsi"/>
          <w:sz w:val="18"/>
          <w:szCs w:val="18"/>
        </w:rPr>
        <w:t xml:space="preserve"> </w:t>
      </w:r>
      <w:proofErr w:type="spellStart"/>
      <w:r w:rsidRPr="000C596E">
        <w:rPr>
          <w:rFonts w:ascii="Sylfaen" w:hAnsi="Sylfaen" w:cs="Sylfaen"/>
          <w:sz w:val="18"/>
          <w:szCs w:val="18"/>
        </w:rPr>
        <w:t>გახდა</w:t>
      </w:r>
      <w:proofErr w:type="spellEnd"/>
      <w:r w:rsidRPr="000C596E">
        <w:rPr>
          <w:rFonts w:cstheme="majorHAnsi"/>
          <w:sz w:val="18"/>
          <w:szCs w:val="18"/>
        </w:rPr>
        <w:t xml:space="preserve"> </w:t>
      </w:r>
      <w:proofErr w:type="spellStart"/>
      <w:r w:rsidRPr="000C596E">
        <w:rPr>
          <w:rFonts w:ascii="Sylfaen" w:hAnsi="Sylfaen" w:cs="Sylfaen"/>
          <w:sz w:val="18"/>
          <w:szCs w:val="18"/>
        </w:rPr>
        <w:t>ობიექტის</w:t>
      </w:r>
      <w:proofErr w:type="spellEnd"/>
      <w:r w:rsidRPr="000C596E">
        <w:rPr>
          <w:rFonts w:cstheme="majorHAnsi"/>
          <w:sz w:val="18"/>
          <w:szCs w:val="18"/>
        </w:rPr>
        <w:t xml:space="preserve"> </w:t>
      </w:r>
      <w:proofErr w:type="spellStart"/>
      <w:r w:rsidRPr="000C596E">
        <w:rPr>
          <w:rFonts w:ascii="Sylfaen" w:hAnsi="Sylfaen" w:cs="Sylfaen"/>
          <w:sz w:val="18"/>
          <w:szCs w:val="18"/>
        </w:rPr>
        <w:t>საზღვრებს</w:t>
      </w:r>
      <w:proofErr w:type="spellEnd"/>
      <w:r w:rsidRPr="000C596E">
        <w:rPr>
          <w:rFonts w:cstheme="majorHAnsi"/>
          <w:sz w:val="18"/>
          <w:szCs w:val="18"/>
        </w:rPr>
        <w:t xml:space="preserve"> </w:t>
      </w:r>
      <w:r w:rsidR="00D41C3E">
        <w:rPr>
          <w:rFonts w:ascii="Sylfaen" w:hAnsi="Sylfaen" w:cstheme="majorHAnsi"/>
          <w:sz w:val="18"/>
          <w:szCs w:val="18"/>
          <w:lang w:val="ka-GE"/>
        </w:rPr>
        <w:t>(</w:t>
      </w:r>
      <w:proofErr w:type="spellStart"/>
      <w:r w:rsidRPr="000C596E">
        <w:rPr>
          <w:rFonts w:ascii="Sylfaen" w:hAnsi="Sylfaen" w:cs="Sylfaen"/>
          <w:sz w:val="18"/>
          <w:szCs w:val="18"/>
        </w:rPr>
        <w:t>ე</w:t>
      </w:r>
      <w:r w:rsidRPr="000C596E">
        <w:rPr>
          <w:rFonts w:cstheme="majorHAnsi"/>
          <w:sz w:val="18"/>
          <w:szCs w:val="18"/>
        </w:rPr>
        <w:t>.</w:t>
      </w:r>
      <w:r w:rsidRPr="000C596E">
        <w:rPr>
          <w:rFonts w:ascii="Sylfaen" w:hAnsi="Sylfaen" w:cs="Sylfaen"/>
          <w:sz w:val="18"/>
          <w:szCs w:val="18"/>
        </w:rPr>
        <w:t>წ</w:t>
      </w:r>
      <w:proofErr w:type="spellEnd"/>
      <w:r w:rsidRPr="000C596E">
        <w:rPr>
          <w:rFonts w:cstheme="majorHAnsi"/>
          <w:sz w:val="18"/>
          <w:szCs w:val="18"/>
        </w:rPr>
        <w:t xml:space="preserve">. </w:t>
      </w:r>
      <w:proofErr w:type="spellStart"/>
      <w:r w:rsidRPr="000C596E">
        <w:rPr>
          <w:rFonts w:ascii="Sylfaen" w:hAnsi="Sylfaen" w:cs="Sylfaen"/>
          <w:sz w:val="18"/>
          <w:szCs w:val="18"/>
        </w:rPr>
        <w:t>წითელი</w:t>
      </w:r>
      <w:proofErr w:type="spellEnd"/>
      <w:r w:rsidRPr="000C596E">
        <w:rPr>
          <w:rFonts w:cstheme="majorHAnsi"/>
          <w:sz w:val="18"/>
          <w:szCs w:val="18"/>
        </w:rPr>
        <w:t xml:space="preserve"> </w:t>
      </w:r>
      <w:proofErr w:type="spellStart"/>
      <w:r w:rsidRPr="000C596E">
        <w:rPr>
          <w:rFonts w:ascii="Sylfaen" w:hAnsi="Sylfaen" w:cs="Sylfaen"/>
          <w:sz w:val="18"/>
          <w:szCs w:val="18"/>
        </w:rPr>
        <w:t>ხაზები</w:t>
      </w:r>
      <w:proofErr w:type="spellEnd"/>
      <w:r w:rsidR="00D41C3E">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გარეთ</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განხორციელება</w:t>
      </w:r>
      <w:proofErr w:type="spellEnd"/>
      <w:r w:rsidRPr="000C596E">
        <w:rPr>
          <w:rFonts w:cstheme="majorHAnsi"/>
          <w:sz w:val="18"/>
          <w:szCs w:val="18"/>
        </w:rPr>
        <w:t xml:space="preserve">, </w:t>
      </w:r>
      <w:proofErr w:type="spellStart"/>
      <w:r w:rsidRPr="000C596E">
        <w:rPr>
          <w:rFonts w:ascii="Sylfaen" w:hAnsi="Sylfaen" w:cs="Sylfaen"/>
          <w:sz w:val="18"/>
          <w:szCs w:val="18"/>
        </w:rPr>
        <w:t>ინფორმაციის</w:t>
      </w:r>
      <w:proofErr w:type="spellEnd"/>
      <w:r w:rsidRPr="000C596E">
        <w:rPr>
          <w:rFonts w:cstheme="majorHAnsi"/>
          <w:sz w:val="18"/>
          <w:szCs w:val="18"/>
        </w:rPr>
        <w:t>/</w:t>
      </w:r>
      <w:proofErr w:type="spellStart"/>
      <w:r w:rsidRPr="000C596E">
        <w:rPr>
          <w:rFonts w:ascii="Sylfaen" w:hAnsi="Sylfaen" w:cs="Sylfaen"/>
          <w:sz w:val="18"/>
          <w:szCs w:val="18"/>
        </w:rPr>
        <w:t>დოკუმენტაციის</w:t>
      </w:r>
      <w:proofErr w:type="spellEnd"/>
      <w:r w:rsidRPr="000C596E">
        <w:rPr>
          <w:rFonts w:cstheme="majorHAnsi"/>
          <w:sz w:val="18"/>
          <w:szCs w:val="18"/>
        </w:rPr>
        <w:t xml:space="preserve"> </w:t>
      </w:r>
      <w:proofErr w:type="spellStart"/>
      <w:r w:rsidRPr="000C596E">
        <w:rPr>
          <w:rFonts w:ascii="Sylfaen" w:hAnsi="Sylfaen" w:cs="Sylfaen"/>
          <w:sz w:val="18"/>
          <w:szCs w:val="18"/>
        </w:rPr>
        <w:t>მოპოვების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შესრულების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ვალდებულება</w:t>
      </w:r>
      <w:proofErr w:type="spellEnd"/>
      <w:r w:rsidRPr="000C596E">
        <w:rPr>
          <w:rFonts w:cstheme="majorHAnsi"/>
          <w:sz w:val="18"/>
          <w:szCs w:val="18"/>
        </w:rPr>
        <w:t xml:space="preserve"> </w:t>
      </w:r>
      <w:proofErr w:type="spellStart"/>
      <w:r w:rsidRPr="000C596E">
        <w:rPr>
          <w:rFonts w:ascii="Sylfaen" w:hAnsi="Sylfaen" w:cs="Sylfaen"/>
          <w:sz w:val="18"/>
          <w:szCs w:val="18"/>
        </w:rPr>
        <w:t>ეკისრება</w:t>
      </w:r>
      <w:proofErr w:type="spellEnd"/>
      <w:r w:rsidRPr="000C596E">
        <w:rPr>
          <w:rFonts w:cstheme="majorHAnsi"/>
          <w:sz w:val="18"/>
          <w:szCs w:val="18"/>
        </w:rPr>
        <w:t xml:space="preserve"> </w:t>
      </w:r>
      <w:r w:rsidR="00D41C3E">
        <w:rPr>
          <w:rFonts w:ascii="Sylfaen" w:hAnsi="Sylfaen" w:cs="Sylfaen"/>
          <w:sz w:val="18"/>
          <w:szCs w:val="18"/>
          <w:lang w:val="ka-GE"/>
        </w:rPr>
        <w:t>მენარდეს</w:t>
      </w:r>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ხარჯით</w:t>
      </w:r>
      <w:proofErr w:type="spellEnd"/>
      <w:r w:rsidRPr="000C596E">
        <w:rPr>
          <w:rFonts w:cstheme="majorHAnsi"/>
          <w:sz w:val="18"/>
          <w:szCs w:val="18"/>
        </w:rPr>
        <w:t xml:space="preserve">. </w:t>
      </w:r>
      <w:proofErr w:type="spellStart"/>
      <w:r w:rsidRPr="000C596E">
        <w:rPr>
          <w:rFonts w:ascii="Sylfaen" w:hAnsi="Sylfaen" w:cs="Sylfaen"/>
          <w:sz w:val="18"/>
          <w:szCs w:val="18"/>
        </w:rPr>
        <w:t>დამდგარი</w:t>
      </w:r>
      <w:proofErr w:type="spellEnd"/>
      <w:r w:rsidRPr="000C596E">
        <w:rPr>
          <w:rFonts w:cstheme="majorHAnsi"/>
          <w:sz w:val="18"/>
          <w:szCs w:val="18"/>
        </w:rPr>
        <w:t xml:space="preserve"> </w:t>
      </w:r>
      <w:proofErr w:type="spellStart"/>
      <w:r w:rsidRPr="000C596E">
        <w:rPr>
          <w:rFonts w:ascii="Sylfaen" w:hAnsi="Sylfaen" w:cs="Sylfaen"/>
          <w:sz w:val="18"/>
          <w:szCs w:val="18"/>
        </w:rPr>
        <w:lastRenderedPageBreak/>
        <w:t>ზიანის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w:t>
      </w:r>
      <w:proofErr w:type="spellEnd"/>
      <w:r w:rsidRPr="000C596E">
        <w:rPr>
          <w:rFonts w:cstheme="majorHAnsi"/>
          <w:sz w:val="18"/>
          <w:szCs w:val="18"/>
        </w:rPr>
        <w:t xml:space="preserve">, </w:t>
      </w:r>
      <w:r w:rsidR="00D41C3E">
        <w:rPr>
          <w:rFonts w:ascii="Sylfaen" w:hAnsi="Sylfaen" w:cs="Sylfaen"/>
          <w:sz w:val="18"/>
          <w:szCs w:val="18"/>
          <w:lang w:val="ka-GE"/>
        </w:rPr>
        <w:t xml:space="preserve">მენარდე </w:t>
      </w:r>
      <w:proofErr w:type="spellStart"/>
      <w:r w:rsidRPr="000C596E">
        <w:rPr>
          <w:rFonts w:ascii="Sylfaen" w:hAnsi="Sylfaen" w:cs="Sylfaen"/>
          <w:sz w:val="18"/>
          <w:szCs w:val="18"/>
        </w:rPr>
        <w:t>ვალდებულია</w:t>
      </w:r>
      <w:proofErr w:type="spellEnd"/>
      <w:r w:rsidRPr="000C596E">
        <w:rPr>
          <w:rFonts w:cstheme="majorHAnsi"/>
          <w:sz w:val="18"/>
          <w:szCs w:val="18"/>
        </w:rPr>
        <w:t xml:space="preserve">, </w:t>
      </w:r>
      <w:proofErr w:type="spellStart"/>
      <w:r w:rsidRPr="000C596E">
        <w:rPr>
          <w:rFonts w:ascii="Sylfaen" w:hAnsi="Sylfaen" w:cs="Sylfaen"/>
          <w:sz w:val="18"/>
          <w:szCs w:val="18"/>
        </w:rPr>
        <w:t>სრულად</w:t>
      </w:r>
      <w:proofErr w:type="spellEnd"/>
      <w:r w:rsidRPr="000C596E">
        <w:rPr>
          <w:rFonts w:cstheme="majorHAnsi"/>
          <w:sz w:val="18"/>
          <w:szCs w:val="18"/>
        </w:rPr>
        <w:t xml:space="preserve"> </w:t>
      </w:r>
      <w:proofErr w:type="spellStart"/>
      <w:r w:rsidRPr="000C596E">
        <w:rPr>
          <w:rFonts w:ascii="Sylfaen" w:hAnsi="Sylfaen" w:cs="Sylfaen"/>
          <w:sz w:val="18"/>
          <w:szCs w:val="18"/>
        </w:rPr>
        <w:t>აუნაზღაუროს</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დამკვეთს</w:t>
      </w:r>
      <w:proofErr w:type="spellEnd"/>
      <w:r w:rsidRPr="000C596E">
        <w:rPr>
          <w:rFonts w:cstheme="majorHAnsi"/>
          <w:sz w:val="18"/>
          <w:szCs w:val="18"/>
        </w:rPr>
        <w:t xml:space="preserve"> </w:t>
      </w:r>
      <w:proofErr w:type="spellStart"/>
      <w:r w:rsidRPr="000C596E">
        <w:rPr>
          <w:rFonts w:ascii="Sylfaen" w:hAnsi="Sylfaen" w:cs="Sylfaen"/>
          <w:sz w:val="18"/>
          <w:szCs w:val="18"/>
        </w:rPr>
        <w:t>მიყენებული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ზიანი</w:t>
      </w:r>
      <w:proofErr w:type="spellEnd"/>
      <w:r w:rsidRPr="000C596E">
        <w:rPr>
          <w:rFonts w:cstheme="majorHAnsi"/>
          <w:sz w:val="18"/>
          <w:szCs w:val="18"/>
        </w:rPr>
        <w:t xml:space="preserve">. </w:t>
      </w:r>
      <w:proofErr w:type="spellStart"/>
      <w:r w:rsidRPr="000C596E">
        <w:rPr>
          <w:rFonts w:ascii="Sylfaen" w:hAnsi="Sylfaen" w:cs="Sylfaen"/>
          <w:sz w:val="18"/>
          <w:szCs w:val="18"/>
        </w:rPr>
        <w:t>ამასთან</w:t>
      </w:r>
      <w:proofErr w:type="spellEnd"/>
      <w:r w:rsidRPr="000C596E">
        <w:rPr>
          <w:rFonts w:cstheme="majorHAnsi"/>
          <w:sz w:val="18"/>
          <w:szCs w:val="18"/>
        </w:rPr>
        <w:t xml:space="preserve"> </w:t>
      </w:r>
      <w:proofErr w:type="spellStart"/>
      <w:r w:rsidRPr="000C596E">
        <w:rPr>
          <w:rFonts w:ascii="Sylfaen" w:hAnsi="Sylfaen" w:cs="Sylfaen"/>
          <w:sz w:val="18"/>
          <w:szCs w:val="18"/>
        </w:rPr>
        <w:t>ერთად</w:t>
      </w:r>
      <w:proofErr w:type="spellEnd"/>
      <w:r w:rsidRPr="000C596E">
        <w:rPr>
          <w:rFonts w:cstheme="majorHAnsi"/>
          <w:sz w:val="18"/>
          <w:szCs w:val="18"/>
        </w:rPr>
        <w:t xml:space="preserve"> </w:t>
      </w:r>
      <w:r w:rsidR="00F76F7F">
        <w:rPr>
          <w:rFonts w:ascii="Sylfaen" w:hAnsi="Sylfaen" w:cs="Sylfaen"/>
          <w:sz w:val="18"/>
          <w:szCs w:val="18"/>
          <w:lang w:val="ka-GE"/>
        </w:rPr>
        <w:t>მენარდემ</w:t>
      </w:r>
      <w:r w:rsidRPr="000C596E">
        <w:rPr>
          <w:rFonts w:cstheme="majorHAnsi"/>
          <w:sz w:val="18"/>
          <w:szCs w:val="18"/>
        </w:rPr>
        <w:t xml:space="preserve"> </w:t>
      </w:r>
      <w:proofErr w:type="spellStart"/>
      <w:r w:rsidRPr="000C596E">
        <w:rPr>
          <w:rFonts w:ascii="Sylfaen" w:hAnsi="Sylfaen" w:cs="Sylfaen"/>
          <w:sz w:val="18"/>
          <w:szCs w:val="18"/>
        </w:rPr>
        <w:t>დამკვეთს</w:t>
      </w:r>
      <w:proofErr w:type="spellEnd"/>
      <w:r w:rsidRPr="000C596E">
        <w:rPr>
          <w:rFonts w:cstheme="majorHAnsi"/>
          <w:sz w:val="18"/>
          <w:szCs w:val="18"/>
        </w:rPr>
        <w:t xml:space="preserve"> </w:t>
      </w:r>
      <w:proofErr w:type="spellStart"/>
      <w:r w:rsidRPr="000C596E">
        <w:rPr>
          <w:rFonts w:ascii="Sylfaen" w:hAnsi="Sylfaen" w:cs="Sylfaen"/>
          <w:sz w:val="18"/>
          <w:szCs w:val="18"/>
        </w:rPr>
        <w:t>წერილობით</w:t>
      </w:r>
      <w:proofErr w:type="spellEnd"/>
      <w:r w:rsidRPr="000C596E">
        <w:rPr>
          <w:rFonts w:cstheme="majorHAnsi"/>
          <w:sz w:val="18"/>
          <w:szCs w:val="18"/>
        </w:rPr>
        <w:t xml:space="preserve"> </w:t>
      </w:r>
      <w:proofErr w:type="spellStart"/>
      <w:r w:rsidRPr="000C596E">
        <w:rPr>
          <w:rFonts w:ascii="Sylfaen" w:hAnsi="Sylfaen" w:cs="Sylfaen"/>
          <w:sz w:val="18"/>
          <w:szCs w:val="18"/>
        </w:rPr>
        <w:t>უნდა</w:t>
      </w:r>
      <w:proofErr w:type="spellEnd"/>
      <w:r w:rsidRPr="000C596E">
        <w:rPr>
          <w:rFonts w:cstheme="majorHAnsi"/>
          <w:sz w:val="18"/>
          <w:szCs w:val="18"/>
        </w:rPr>
        <w:t xml:space="preserve"> </w:t>
      </w:r>
      <w:proofErr w:type="spellStart"/>
      <w:r w:rsidRPr="000C596E">
        <w:rPr>
          <w:rFonts w:ascii="Sylfaen" w:hAnsi="Sylfaen" w:cs="Sylfaen"/>
          <w:sz w:val="18"/>
          <w:szCs w:val="18"/>
        </w:rPr>
        <w:t>დაუსაბუთოს</w:t>
      </w:r>
      <w:proofErr w:type="spellEnd"/>
      <w:r w:rsidRPr="000C596E">
        <w:rPr>
          <w:rFonts w:cstheme="majorHAnsi"/>
          <w:sz w:val="18"/>
          <w:szCs w:val="18"/>
        </w:rPr>
        <w:t xml:space="preserve"> </w:t>
      </w:r>
      <w:proofErr w:type="spellStart"/>
      <w:r w:rsidRPr="000C596E">
        <w:rPr>
          <w:rFonts w:ascii="Sylfaen" w:hAnsi="Sylfaen" w:cs="Sylfaen"/>
          <w:sz w:val="18"/>
          <w:szCs w:val="18"/>
        </w:rPr>
        <w:t>წითელი</w:t>
      </w:r>
      <w:proofErr w:type="spellEnd"/>
      <w:r w:rsidRPr="000C596E">
        <w:rPr>
          <w:rFonts w:cstheme="majorHAnsi"/>
          <w:sz w:val="18"/>
          <w:szCs w:val="18"/>
        </w:rPr>
        <w:t xml:space="preserve"> </w:t>
      </w:r>
      <w:proofErr w:type="spellStart"/>
      <w:r w:rsidRPr="000C596E">
        <w:rPr>
          <w:rFonts w:ascii="Sylfaen" w:hAnsi="Sylfaen" w:cs="Sylfaen"/>
          <w:sz w:val="18"/>
          <w:szCs w:val="18"/>
        </w:rPr>
        <w:t>ხაზების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გარეთ</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წარმოების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აუცილებლობის</w:t>
      </w:r>
      <w:proofErr w:type="spellEnd"/>
      <w:r w:rsidRPr="000C596E">
        <w:rPr>
          <w:rFonts w:cstheme="majorHAnsi"/>
          <w:sz w:val="18"/>
          <w:szCs w:val="18"/>
        </w:rPr>
        <w:t xml:space="preserve"> </w:t>
      </w:r>
      <w:proofErr w:type="spellStart"/>
      <w:r w:rsidRPr="000C596E">
        <w:rPr>
          <w:rFonts w:ascii="Sylfaen" w:hAnsi="Sylfaen" w:cs="Sylfaen"/>
          <w:sz w:val="18"/>
          <w:szCs w:val="18"/>
        </w:rPr>
        <w:t>საკითხი</w:t>
      </w:r>
      <w:proofErr w:type="spellEnd"/>
      <w:r w:rsidRPr="000C596E">
        <w:rPr>
          <w:rFonts w:cstheme="majorHAnsi"/>
          <w:sz w:val="18"/>
          <w:szCs w:val="18"/>
        </w:rPr>
        <w:t>.</w:t>
      </w:r>
    </w:p>
    <w:p w14:paraId="04D85BC5" w14:textId="68A5FC2B" w:rsidR="004B6084" w:rsidRDefault="00A74260" w:rsidP="00185C20">
      <w:pPr>
        <w:pStyle w:val="ListParagraph"/>
        <w:numPr>
          <w:ilvl w:val="1"/>
          <w:numId w:val="13"/>
        </w:numPr>
        <w:jc w:val="both"/>
        <w:rPr>
          <w:rFonts w:cstheme="majorHAnsi"/>
          <w:sz w:val="18"/>
          <w:szCs w:val="18"/>
        </w:rPr>
      </w:pPr>
      <w:proofErr w:type="spellStart"/>
      <w:r w:rsidRPr="000C596E">
        <w:rPr>
          <w:rFonts w:ascii="Sylfaen" w:hAnsi="Sylfaen" w:cs="Sylfaen"/>
          <w:sz w:val="18"/>
          <w:szCs w:val="18"/>
        </w:rPr>
        <w:t>ნებისმიერ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w:t>
      </w:r>
      <w:proofErr w:type="spellEnd"/>
      <w:r w:rsidRPr="000C596E">
        <w:rPr>
          <w:rFonts w:cstheme="majorHAnsi"/>
          <w:sz w:val="18"/>
          <w:szCs w:val="18"/>
        </w:rPr>
        <w:t xml:space="preserve">, </w:t>
      </w:r>
      <w:proofErr w:type="spellStart"/>
      <w:r w:rsidRPr="000C596E">
        <w:rPr>
          <w:rFonts w:ascii="Sylfaen" w:hAnsi="Sylfaen" w:cs="Sylfaen"/>
          <w:sz w:val="18"/>
          <w:szCs w:val="18"/>
        </w:rPr>
        <w:t>როდესაც</w:t>
      </w:r>
      <w:proofErr w:type="spellEnd"/>
      <w:r w:rsidRPr="000C596E">
        <w:rPr>
          <w:rFonts w:cstheme="majorHAnsi"/>
          <w:sz w:val="18"/>
          <w:szCs w:val="18"/>
        </w:rPr>
        <w:t xml:space="preserve"> </w:t>
      </w:r>
      <w:r w:rsidR="00F76F7F">
        <w:rPr>
          <w:rFonts w:ascii="Sylfaen" w:hAnsi="Sylfaen" w:cs="Sylfaen"/>
          <w:sz w:val="18"/>
          <w:szCs w:val="18"/>
          <w:lang w:val="ka-GE"/>
        </w:rPr>
        <w:t xml:space="preserve">მენარდე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w:t>
      </w:r>
      <w:proofErr w:type="spellEnd"/>
      <w:r w:rsidRPr="000C596E">
        <w:rPr>
          <w:rFonts w:cstheme="majorHAnsi"/>
          <w:sz w:val="18"/>
          <w:szCs w:val="18"/>
        </w:rPr>
        <w:t xml:space="preserve"> </w:t>
      </w:r>
      <w:proofErr w:type="spellStart"/>
      <w:r w:rsidRPr="000C596E">
        <w:rPr>
          <w:rFonts w:ascii="Sylfaen" w:hAnsi="Sylfaen" w:cs="Sylfaen"/>
          <w:sz w:val="18"/>
          <w:szCs w:val="18"/>
        </w:rPr>
        <w:t>თანხმდებიან</w:t>
      </w:r>
      <w:proofErr w:type="spellEnd"/>
      <w:r w:rsidRPr="000C596E">
        <w:rPr>
          <w:rFonts w:cstheme="majorHAnsi"/>
          <w:sz w:val="18"/>
          <w:szCs w:val="18"/>
        </w:rPr>
        <w:t xml:space="preserve"> </w:t>
      </w:r>
      <w:proofErr w:type="spellStart"/>
      <w:r w:rsidRPr="000C596E">
        <w:rPr>
          <w:rFonts w:ascii="Sylfaen" w:hAnsi="Sylfaen" w:cs="Sylfaen"/>
          <w:sz w:val="18"/>
          <w:szCs w:val="18"/>
        </w:rPr>
        <w:t>ვადების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გაზრდაზე</w:t>
      </w:r>
      <w:proofErr w:type="spellEnd"/>
      <w:r w:rsidRPr="000C596E">
        <w:rPr>
          <w:rFonts w:cstheme="majorHAnsi"/>
          <w:sz w:val="18"/>
          <w:szCs w:val="18"/>
        </w:rPr>
        <w:t xml:space="preserve"> </w:t>
      </w:r>
      <w:proofErr w:type="spellStart"/>
      <w:r w:rsidRPr="000C596E">
        <w:rPr>
          <w:rFonts w:ascii="Sylfaen" w:hAnsi="Sylfaen" w:cs="Sylfaen"/>
          <w:sz w:val="18"/>
          <w:szCs w:val="18"/>
        </w:rPr>
        <w:t>ნებისმიერი</w:t>
      </w:r>
      <w:proofErr w:type="spellEnd"/>
      <w:r w:rsidRPr="000C596E">
        <w:rPr>
          <w:rFonts w:cstheme="majorHAnsi"/>
          <w:sz w:val="18"/>
          <w:szCs w:val="18"/>
        </w:rPr>
        <w:t xml:space="preserve"> </w:t>
      </w:r>
      <w:proofErr w:type="spellStart"/>
      <w:r w:rsidRPr="000C596E">
        <w:rPr>
          <w:rFonts w:ascii="Sylfaen" w:hAnsi="Sylfaen" w:cs="Sylfaen"/>
          <w:sz w:val="18"/>
          <w:szCs w:val="18"/>
        </w:rPr>
        <w:t>მიზეზით</w:t>
      </w:r>
      <w:proofErr w:type="spellEnd"/>
      <w:r w:rsidRPr="000C596E">
        <w:rPr>
          <w:rFonts w:cstheme="majorHAnsi"/>
          <w:sz w:val="18"/>
          <w:szCs w:val="18"/>
        </w:rPr>
        <w:t xml:space="preserve">, </w:t>
      </w:r>
      <w:r w:rsidR="00F76F7F">
        <w:rPr>
          <w:rFonts w:ascii="Sylfaen" w:hAnsi="Sylfaen" w:cs="Sylfaen"/>
          <w:sz w:val="18"/>
          <w:szCs w:val="18"/>
          <w:lang w:val="ka-GE"/>
        </w:rPr>
        <w:t xml:space="preserve">მენარდე </w:t>
      </w:r>
      <w:proofErr w:type="spellStart"/>
      <w:r w:rsidRPr="000C596E">
        <w:rPr>
          <w:rFonts w:ascii="Sylfaen" w:hAnsi="Sylfaen" w:cs="Sylfaen"/>
          <w:sz w:val="18"/>
          <w:szCs w:val="18"/>
        </w:rPr>
        <w:t>ვალდებულია</w:t>
      </w:r>
      <w:proofErr w:type="spellEnd"/>
      <w:r w:rsidRPr="000C596E">
        <w:rPr>
          <w:rFonts w:cstheme="majorHAnsi"/>
          <w:sz w:val="18"/>
          <w:szCs w:val="18"/>
        </w:rPr>
        <w:t xml:space="preserve"> </w:t>
      </w:r>
      <w:proofErr w:type="spellStart"/>
      <w:r w:rsidRPr="000C596E">
        <w:rPr>
          <w:rFonts w:ascii="Sylfaen" w:hAnsi="Sylfaen" w:cs="Sylfaen"/>
          <w:sz w:val="18"/>
          <w:szCs w:val="18"/>
        </w:rPr>
        <w:t>არაუმეტეს</w:t>
      </w:r>
      <w:proofErr w:type="spellEnd"/>
      <w:r w:rsidRPr="000C596E">
        <w:rPr>
          <w:rFonts w:cstheme="majorHAnsi"/>
          <w:sz w:val="18"/>
          <w:szCs w:val="18"/>
        </w:rPr>
        <w:t xml:space="preserve"> 10 </w:t>
      </w:r>
      <w:r w:rsidR="00F76F7F">
        <w:rPr>
          <w:rFonts w:ascii="Sylfaen" w:hAnsi="Sylfaen" w:cstheme="majorHAnsi"/>
          <w:sz w:val="18"/>
          <w:szCs w:val="18"/>
          <w:lang w:val="ka-GE"/>
        </w:rPr>
        <w:t>(</w:t>
      </w:r>
      <w:proofErr w:type="spellStart"/>
      <w:r w:rsidRPr="000C596E">
        <w:rPr>
          <w:rFonts w:ascii="Sylfaen" w:hAnsi="Sylfaen" w:cs="Sylfaen"/>
          <w:sz w:val="18"/>
          <w:szCs w:val="18"/>
        </w:rPr>
        <w:t>ათი</w:t>
      </w:r>
      <w:proofErr w:type="spellEnd"/>
      <w:r w:rsidR="00F76F7F">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სამუშაო</w:t>
      </w:r>
      <w:proofErr w:type="spellEnd"/>
      <w:r w:rsidRPr="000C596E">
        <w:rPr>
          <w:rFonts w:cstheme="majorHAnsi"/>
          <w:sz w:val="18"/>
          <w:szCs w:val="18"/>
        </w:rPr>
        <w:t xml:space="preserve"> </w:t>
      </w:r>
      <w:proofErr w:type="spellStart"/>
      <w:r w:rsidRPr="000C596E">
        <w:rPr>
          <w:rFonts w:ascii="Sylfaen" w:hAnsi="Sylfaen" w:cs="Sylfaen"/>
          <w:sz w:val="18"/>
          <w:szCs w:val="18"/>
        </w:rPr>
        <w:t>დღის</w:t>
      </w:r>
      <w:proofErr w:type="spellEnd"/>
      <w:r w:rsidRPr="000C596E">
        <w:rPr>
          <w:rFonts w:cstheme="majorHAnsi"/>
          <w:sz w:val="18"/>
          <w:szCs w:val="18"/>
        </w:rPr>
        <w:t xml:space="preserve"> </w:t>
      </w:r>
      <w:proofErr w:type="spellStart"/>
      <w:r w:rsidRPr="000C596E">
        <w:rPr>
          <w:rFonts w:ascii="Sylfaen" w:hAnsi="Sylfaen" w:cs="Sylfaen"/>
          <w:sz w:val="18"/>
          <w:szCs w:val="18"/>
        </w:rPr>
        <w:t>ვადაში</w:t>
      </w:r>
      <w:proofErr w:type="spellEnd"/>
      <w:r w:rsidRPr="000C596E">
        <w:rPr>
          <w:rFonts w:cstheme="majorHAnsi"/>
          <w:sz w:val="18"/>
          <w:szCs w:val="18"/>
        </w:rPr>
        <w:t xml:space="preserve"> </w:t>
      </w:r>
      <w:proofErr w:type="spellStart"/>
      <w:r w:rsidRPr="000C596E">
        <w:rPr>
          <w:rFonts w:ascii="Sylfaen" w:hAnsi="Sylfaen" w:cs="Sylfaen"/>
          <w:sz w:val="18"/>
          <w:szCs w:val="18"/>
        </w:rPr>
        <w:t>განაახლოს</w:t>
      </w:r>
      <w:proofErr w:type="spellEnd"/>
      <w:r w:rsidRPr="000C596E">
        <w:rPr>
          <w:rFonts w:cstheme="majorHAnsi"/>
          <w:sz w:val="18"/>
          <w:szCs w:val="18"/>
        </w:rPr>
        <w:t xml:space="preserve"> </w:t>
      </w:r>
      <w:proofErr w:type="spellStart"/>
      <w:r w:rsidRPr="000C596E">
        <w:rPr>
          <w:rFonts w:ascii="Sylfaen" w:hAnsi="Sylfaen" w:cs="Sylfaen"/>
          <w:sz w:val="18"/>
          <w:szCs w:val="18"/>
        </w:rPr>
        <w:t>მთლიანი</w:t>
      </w:r>
      <w:proofErr w:type="spellEnd"/>
      <w:r w:rsidRPr="000C596E">
        <w:rPr>
          <w:rFonts w:cstheme="majorHAnsi"/>
          <w:sz w:val="18"/>
          <w:szCs w:val="18"/>
        </w:rPr>
        <w:t xml:space="preserve"> </w:t>
      </w:r>
      <w:proofErr w:type="spellStart"/>
      <w:r w:rsidRPr="000C596E">
        <w:rPr>
          <w:rFonts w:ascii="Sylfaen" w:hAnsi="Sylfaen" w:cs="Sylfaen"/>
          <w:sz w:val="18"/>
          <w:szCs w:val="18"/>
        </w:rPr>
        <w:t>გრაფიკი</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წარუდგინოს</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დამკვეთს</w:t>
      </w:r>
      <w:proofErr w:type="spellEnd"/>
      <w:r w:rsidRPr="000C596E">
        <w:rPr>
          <w:rFonts w:cstheme="majorHAnsi"/>
          <w:sz w:val="18"/>
          <w:szCs w:val="18"/>
        </w:rPr>
        <w:t xml:space="preserve"> </w:t>
      </w:r>
      <w:proofErr w:type="spellStart"/>
      <w:r w:rsidRPr="000C596E">
        <w:rPr>
          <w:rFonts w:ascii="Sylfaen" w:hAnsi="Sylfaen" w:cs="Sylfaen"/>
          <w:sz w:val="18"/>
          <w:szCs w:val="18"/>
        </w:rPr>
        <w:t>ხელმოსაწერად</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w:t>
      </w:r>
      <w:proofErr w:type="spellStart"/>
      <w:r w:rsidRPr="000C596E">
        <w:rPr>
          <w:rFonts w:ascii="Sylfaen" w:hAnsi="Sylfaen" w:cs="Sylfaen"/>
          <w:sz w:val="18"/>
          <w:szCs w:val="18"/>
        </w:rPr>
        <w:t>ან</w:t>
      </w:r>
      <w:proofErr w:type="spellEnd"/>
      <w:r w:rsidRPr="000C596E">
        <w:rPr>
          <w:rFonts w:cstheme="majorHAnsi"/>
          <w:sz w:val="18"/>
          <w:szCs w:val="18"/>
        </w:rPr>
        <w:t xml:space="preserve"> </w:t>
      </w:r>
      <w:proofErr w:type="spellStart"/>
      <w:r w:rsidRPr="000C596E">
        <w:rPr>
          <w:rFonts w:ascii="Sylfaen" w:hAnsi="Sylfaen" w:cs="Sylfaen"/>
          <w:sz w:val="18"/>
          <w:szCs w:val="18"/>
        </w:rPr>
        <w:t>მიმართოს</w:t>
      </w:r>
      <w:proofErr w:type="spellEnd"/>
      <w:r w:rsidRPr="000C596E">
        <w:rPr>
          <w:rFonts w:cstheme="majorHAnsi"/>
          <w:sz w:val="18"/>
          <w:szCs w:val="18"/>
        </w:rPr>
        <w:t xml:space="preserve"> </w:t>
      </w:r>
      <w:proofErr w:type="spellStart"/>
      <w:r w:rsidRPr="000C596E">
        <w:rPr>
          <w:rFonts w:ascii="Sylfaen" w:hAnsi="Sylfaen" w:cs="Sylfaen"/>
          <w:sz w:val="18"/>
          <w:szCs w:val="18"/>
        </w:rPr>
        <w:t>წერილობით</w:t>
      </w:r>
      <w:proofErr w:type="spellEnd"/>
      <w:r w:rsidRPr="000C596E">
        <w:rPr>
          <w:rFonts w:cstheme="majorHAnsi"/>
          <w:sz w:val="18"/>
          <w:szCs w:val="18"/>
        </w:rPr>
        <w:t xml:space="preserve"> 5 </w:t>
      </w:r>
      <w:r w:rsidR="007D61E7">
        <w:rPr>
          <w:rFonts w:ascii="Sylfaen" w:hAnsi="Sylfaen" w:cstheme="majorHAnsi"/>
          <w:sz w:val="18"/>
          <w:szCs w:val="18"/>
          <w:lang w:val="ka-GE"/>
        </w:rPr>
        <w:t>(</w:t>
      </w:r>
      <w:proofErr w:type="spellStart"/>
      <w:r w:rsidRPr="000C596E">
        <w:rPr>
          <w:rFonts w:ascii="Sylfaen" w:hAnsi="Sylfaen" w:cs="Sylfaen"/>
          <w:sz w:val="18"/>
          <w:szCs w:val="18"/>
        </w:rPr>
        <w:t>ხუთი</w:t>
      </w:r>
      <w:proofErr w:type="spellEnd"/>
      <w:r w:rsidR="007D61E7">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სამუშაო</w:t>
      </w:r>
      <w:proofErr w:type="spellEnd"/>
      <w:r w:rsidRPr="000C596E">
        <w:rPr>
          <w:rFonts w:cstheme="majorHAnsi"/>
          <w:sz w:val="18"/>
          <w:szCs w:val="18"/>
        </w:rPr>
        <w:t xml:space="preserve"> </w:t>
      </w:r>
      <w:proofErr w:type="spellStart"/>
      <w:r w:rsidRPr="000C596E">
        <w:rPr>
          <w:rFonts w:ascii="Sylfaen" w:hAnsi="Sylfaen" w:cs="Sylfaen"/>
          <w:sz w:val="18"/>
          <w:szCs w:val="18"/>
        </w:rPr>
        <w:t>დღის</w:t>
      </w:r>
      <w:proofErr w:type="spellEnd"/>
      <w:r w:rsidRPr="000C596E">
        <w:rPr>
          <w:rFonts w:cstheme="majorHAnsi"/>
          <w:sz w:val="18"/>
          <w:szCs w:val="18"/>
        </w:rPr>
        <w:t xml:space="preserve"> </w:t>
      </w:r>
      <w:proofErr w:type="spellStart"/>
      <w:r w:rsidRPr="000C596E">
        <w:rPr>
          <w:rFonts w:ascii="Sylfaen" w:hAnsi="Sylfaen" w:cs="Sylfaen"/>
          <w:sz w:val="18"/>
          <w:szCs w:val="18"/>
        </w:rPr>
        <w:t>ვადაში</w:t>
      </w:r>
      <w:proofErr w:type="spellEnd"/>
      <w:r w:rsidRPr="000C596E">
        <w:rPr>
          <w:rFonts w:cstheme="majorHAnsi"/>
          <w:sz w:val="18"/>
          <w:szCs w:val="18"/>
        </w:rPr>
        <w:t xml:space="preserve">, </w:t>
      </w:r>
      <w:proofErr w:type="spellStart"/>
      <w:r w:rsidRPr="000C596E">
        <w:rPr>
          <w:rFonts w:ascii="Sylfaen" w:hAnsi="Sylfaen" w:cs="Sylfaen"/>
          <w:sz w:val="18"/>
          <w:szCs w:val="18"/>
        </w:rPr>
        <w:t>რომ</w:t>
      </w:r>
      <w:proofErr w:type="spellEnd"/>
      <w:r w:rsidRPr="000C596E">
        <w:rPr>
          <w:rFonts w:cstheme="majorHAnsi"/>
          <w:sz w:val="18"/>
          <w:szCs w:val="18"/>
        </w:rPr>
        <w:t xml:space="preserve"> </w:t>
      </w:r>
      <w:proofErr w:type="spellStart"/>
      <w:r w:rsidRPr="000C596E">
        <w:rPr>
          <w:rFonts w:ascii="Sylfaen" w:hAnsi="Sylfaen" w:cs="Sylfaen"/>
          <w:sz w:val="18"/>
          <w:szCs w:val="18"/>
        </w:rPr>
        <w:t>აღნიშნული</w:t>
      </w:r>
      <w:proofErr w:type="spellEnd"/>
      <w:r w:rsidRPr="000C596E">
        <w:rPr>
          <w:rFonts w:cstheme="majorHAnsi"/>
          <w:sz w:val="18"/>
          <w:szCs w:val="18"/>
        </w:rPr>
        <w:t xml:space="preserve"> </w:t>
      </w:r>
      <w:proofErr w:type="spellStart"/>
      <w:r w:rsidRPr="000C596E">
        <w:rPr>
          <w:rFonts w:ascii="Sylfaen" w:hAnsi="Sylfaen" w:cs="Sylfaen"/>
          <w:sz w:val="18"/>
          <w:szCs w:val="18"/>
        </w:rPr>
        <w:t>მთლიანი</w:t>
      </w:r>
      <w:proofErr w:type="spellEnd"/>
      <w:r w:rsidRPr="000C596E">
        <w:rPr>
          <w:rFonts w:cstheme="majorHAnsi"/>
          <w:sz w:val="18"/>
          <w:szCs w:val="18"/>
        </w:rPr>
        <w:t xml:space="preserve"> </w:t>
      </w:r>
      <w:proofErr w:type="spellStart"/>
      <w:r w:rsidRPr="000C596E">
        <w:rPr>
          <w:rFonts w:ascii="Sylfaen" w:hAnsi="Sylfaen" w:cs="Sylfaen"/>
          <w:sz w:val="18"/>
          <w:szCs w:val="18"/>
        </w:rPr>
        <w:t>გრაფიკის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დაკორექტირებისთვის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დამატებით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ესაჭიროება</w:t>
      </w:r>
      <w:proofErr w:type="spellEnd"/>
      <w:r w:rsidRPr="000C596E">
        <w:rPr>
          <w:rFonts w:cstheme="majorHAnsi"/>
          <w:sz w:val="18"/>
          <w:szCs w:val="18"/>
        </w:rPr>
        <w:t xml:space="preserve"> </w:t>
      </w:r>
      <w:proofErr w:type="spellStart"/>
      <w:r w:rsidRPr="000C596E">
        <w:rPr>
          <w:rFonts w:ascii="Sylfaen" w:hAnsi="Sylfaen" w:cs="Sylfaen"/>
          <w:sz w:val="18"/>
          <w:szCs w:val="18"/>
        </w:rPr>
        <w:t>ვადა</w:t>
      </w:r>
      <w:proofErr w:type="spellEnd"/>
      <w:r w:rsidRPr="000C596E">
        <w:rPr>
          <w:rFonts w:cstheme="majorHAnsi"/>
          <w:sz w:val="18"/>
          <w:szCs w:val="18"/>
        </w:rPr>
        <w:t xml:space="preserve">, </w:t>
      </w:r>
      <w:proofErr w:type="spellStart"/>
      <w:r w:rsidRPr="000C596E">
        <w:rPr>
          <w:rFonts w:ascii="Sylfaen" w:hAnsi="Sylfaen" w:cs="Sylfaen"/>
          <w:sz w:val="18"/>
          <w:szCs w:val="18"/>
        </w:rPr>
        <w:t>რომელიც</w:t>
      </w:r>
      <w:proofErr w:type="spellEnd"/>
      <w:r w:rsidRPr="000C596E">
        <w:rPr>
          <w:rFonts w:cstheme="majorHAnsi"/>
          <w:sz w:val="18"/>
          <w:szCs w:val="18"/>
        </w:rPr>
        <w:t xml:space="preserve"> </w:t>
      </w:r>
      <w:proofErr w:type="spellStart"/>
      <w:r w:rsidRPr="000C596E">
        <w:rPr>
          <w:rFonts w:ascii="Sylfaen" w:hAnsi="Sylfaen" w:cs="Sylfaen"/>
          <w:sz w:val="18"/>
          <w:szCs w:val="18"/>
        </w:rPr>
        <w:t>ჯამში</w:t>
      </w:r>
      <w:proofErr w:type="spellEnd"/>
      <w:r w:rsidRPr="000C596E">
        <w:rPr>
          <w:rFonts w:cstheme="majorHAnsi"/>
          <w:sz w:val="18"/>
          <w:szCs w:val="18"/>
        </w:rPr>
        <w:t xml:space="preserve"> </w:t>
      </w:r>
      <w:proofErr w:type="spellStart"/>
      <w:r w:rsidRPr="000C596E">
        <w:rPr>
          <w:rFonts w:ascii="Sylfaen" w:hAnsi="Sylfaen" w:cs="Sylfaen"/>
          <w:sz w:val="18"/>
          <w:szCs w:val="18"/>
        </w:rPr>
        <w:t>არ</w:t>
      </w:r>
      <w:proofErr w:type="spellEnd"/>
      <w:r w:rsidRPr="000C596E">
        <w:rPr>
          <w:rFonts w:cstheme="majorHAnsi"/>
          <w:sz w:val="18"/>
          <w:szCs w:val="18"/>
        </w:rPr>
        <w:t xml:space="preserve"> </w:t>
      </w:r>
      <w:proofErr w:type="spellStart"/>
      <w:r w:rsidRPr="000C596E">
        <w:rPr>
          <w:rFonts w:ascii="Sylfaen" w:hAnsi="Sylfaen" w:cs="Sylfaen"/>
          <w:sz w:val="18"/>
          <w:szCs w:val="18"/>
        </w:rPr>
        <w:t>უნდა</w:t>
      </w:r>
      <w:proofErr w:type="spellEnd"/>
      <w:r w:rsidRPr="000C596E">
        <w:rPr>
          <w:rFonts w:cstheme="majorHAnsi"/>
          <w:sz w:val="18"/>
          <w:szCs w:val="18"/>
        </w:rPr>
        <w:t xml:space="preserve"> </w:t>
      </w:r>
      <w:proofErr w:type="spellStart"/>
      <w:r w:rsidRPr="000C596E">
        <w:rPr>
          <w:rFonts w:ascii="Sylfaen" w:hAnsi="Sylfaen" w:cs="Sylfaen"/>
          <w:sz w:val="18"/>
          <w:szCs w:val="18"/>
        </w:rPr>
        <w:t>აღემატებოდეს</w:t>
      </w:r>
      <w:proofErr w:type="spellEnd"/>
      <w:r w:rsidRPr="000C596E">
        <w:rPr>
          <w:rFonts w:cstheme="majorHAnsi"/>
          <w:sz w:val="18"/>
          <w:szCs w:val="18"/>
        </w:rPr>
        <w:t xml:space="preserve"> 5 </w:t>
      </w:r>
      <w:r w:rsidR="007D61E7">
        <w:rPr>
          <w:rFonts w:ascii="Sylfaen" w:hAnsi="Sylfaen" w:cstheme="majorHAnsi"/>
          <w:sz w:val="18"/>
          <w:szCs w:val="18"/>
          <w:lang w:val="ka-GE"/>
        </w:rPr>
        <w:t>(</w:t>
      </w:r>
      <w:proofErr w:type="spellStart"/>
      <w:r w:rsidRPr="000C596E">
        <w:rPr>
          <w:rFonts w:ascii="Sylfaen" w:hAnsi="Sylfaen" w:cs="Sylfaen"/>
          <w:sz w:val="18"/>
          <w:szCs w:val="18"/>
        </w:rPr>
        <w:t>ხუთი</w:t>
      </w:r>
      <w:proofErr w:type="spellEnd"/>
      <w:r w:rsidR="007D61E7">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სამუშაო</w:t>
      </w:r>
      <w:proofErr w:type="spellEnd"/>
      <w:r w:rsidRPr="000C596E">
        <w:rPr>
          <w:rFonts w:cstheme="majorHAnsi"/>
          <w:sz w:val="18"/>
          <w:szCs w:val="18"/>
        </w:rPr>
        <w:t xml:space="preserve"> </w:t>
      </w:r>
      <w:proofErr w:type="spellStart"/>
      <w:r w:rsidRPr="000C596E">
        <w:rPr>
          <w:rFonts w:ascii="Sylfaen" w:hAnsi="Sylfaen" w:cs="Sylfaen"/>
          <w:sz w:val="18"/>
          <w:szCs w:val="18"/>
        </w:rPr>
        <w:t>დღეს</w:t>
      </w:r>
      <w:proofErr w:type="spellEnd"/>
      <w:r w:rsidR="007D61E7">
        <w:rPr>
          <w:rFonts w:cstheme="majorHAnsi"/>
          <w:sz w:val="18"/>
          <w:szCs w:val="18"/>
        </w:rPr>
        <w:t>.</w:t>
      </w:r>
    </w:p>
    <w:p w14:paraId="7B4534DB" w14:textId="271CF0B7" w:rsidR="004B6084" w:rsidRDefault="00A74260" w:rsidP="00185C20">
      <w:pPr>
        <w:pStyle w:val="ListParagraph"/>
        <w:numPr>
          <w:ilvl w:val="1"/>
          <w:numId w:val="13"/>
        </w:numPr>
        <w:jc w:val="both"/>
        <w:rPr>
          <w:rFonts w:cstheme="majorHAnsi"/>
          <w:sz w:val="18"/>
          <w:szCs w:val="18"/>
        </w:rPr>
      </w:pP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ხელშეკრულების</w:t>
      </w:r>
      <w:proofErr w:type="spellEnd"/>
      <w:r w:rsidRPr="000C596E">
        <w:rPr>
          <w:rFonts w:cstheme="majorHAnsi"/>
          <w:sz w:val="18"/>
          <w:szCs w:val="18"/>
        </w:rPr>
        <w:t xml:space="preserve"> 3.3.1</w:t>
      </w:r>
      <w:r w:rsidR="00C91D1B">
        <w:rPr>
          <w:rFonts w:cstheme="majorHAnsi"/>
          <w:sz w:val="18"/>
          <w:szCs w:val="18"/>
          <w:lang w:val="ka-GE"/>
        </w:rPr>
        <w:t>3</w:t>
      </w:r>
      <w:r w:rsidRPr="000C596E">
        <w:rPr>
          <w:rFonts w:cstheme="majorHAnsi"/>
          <w:sz w:val="18"/>
          <w:szCs w:val="18"/>
        </w:rPr>
        <w:t>.</w:t>
      </w:r>
      <w:r w:rsidR="007D61E7">
        <w:rPr>
          <w:rFonts w:ascii="Sylfaen" w:hAnsi="Sylfaen" w:cstheme="majorHAnsi"/>
          <w:sz w:val="18"/>
          <w:szCs w:val="18"/>
          <w:lang w:val="ka-GE"/>
        </w:rPr>
        <w:t xml:space="preserve"> </w:t>
      </w:r>
      <w:proofErr w:type="spellStart"/>
      <w:r w:rsidRPr="000C596E">
        <w:rPr>
          <w:rFonts w:ascii="Sylfaen" w:hAnsi="Sylfaen" w:cs="Sylfaen"/>
          <w:sz w:val="18"/>
          <w:szCs w:val="18"/>
        </w:rPr>
        <w:t>მუხლით</w:t>
      </w:r>
      <w:proofErr w:type="spellEnd"/>
      <w:r w:rsidR="007D61E7">
        <w:rPr>
          <w:rFonts w:ascii="Sylfaen" w:hAnsi="Sylfaen" w:cs="Sylfaen"/>
          <w:sz w:val="18"/>
          <w:szCs w:val="18"/>
          <w:lang w:val="ka-GE"/>
        </w:rPr>
        <w:t xml:space="preserve"> </w:t>
      </w:r>
      <w:proofErr w:type="spellStart"/>
      <w:r w:rsidRPr="000C596E">
        <w:rPr>
          <w:rFonts w:ascii="Sylfaen" w:hAnsi="Sylfaen" w:cs="Sylfaen"/>
          <w:sz w:val="18"/>
          <w:szCs w:val="18"/>
        </w:rPr>
        <w:t>გათვალისწინებული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ვალდებულების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დარღვევის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w:t>
      </w:r>
      <w:proofErr w:type="spellEnd"/>
      <w:r w:rsidRPr="000C596E">
        <w:rPr>
          <w:rFonts w:cstheme="majorHAnsi"/>
          <w:sz w:val="18"/>
          <w:szCs w:val="18"/>
        </w:rPr>
        <w:t xml:space="preserve"> </w:t>
      </w:r>
      <w:proofErr w:type="spellStart"/>
      <w:r w:rsidRPr="000C596E">
        <w:rPr>
          <w:rFonts w:ascii="Sylfaen" w:hAnsi="Sylfaen" w:cs="Sylfaen"/>
          <w:sz w:val="18"/>
          <w:szCs w:val="18"/>
        </w:rPr>
        <w:t>უფლებამოსილია</w:t>
      </w:r>
      <w:proofErr w:type="spellEnd"/>
      <w:r w:rsidRPr="000C596E">
        <w:rPr>
          <w:rFonts w:cstheme="majorHAnsi"/>
          <w:sz w:val="18"/>
          <w:szCs w:val="18"/>
        </w:rPr>
        <w:t xml:space="preserve"> </w:t>
      </w:r>
      <w:proofErr w:type="spellStart"/>
      <w:r w:rsidRPr="000C596E">
        <w:rPr>
          <w:rFonts w:ascii="Sylfaen" w:hAnsi="Sylfaen" w:cs="Sylfaen"/>
          <w:sz w:val="18"/>
          <w:szCs w:val="18"/>
        </w:rPr>
        <w:t>დააკისროს</w:t>
      </w:r>
      <w:proofErr w:type="spellEnd"/>
      <w:r w:rsidRPr="000C596E">
        <w:rPr>
          <w:rFonts w:cstheme="majorHAnsi"/>
          <w:sz w:val="18"/>
          <w:szCs w:val="18"/>
        </w:rPr>
        <w:t xml:space="preserve"> </w:t>
      </w:r>
      <w:r w:rsidR="007D61E7">
        <w:rPr>
          <w:rFonts w:ascii="Sylfaen" w:hAnsi="Sylfaen" w:cs="Sylfaen"/>
          <w:sz w:val="18"/>
          <w:szCs w:val="18"/>
          <w:lang w:val="ka-GE"/>
        </w:rPr>
        <w:t xml:space="preserve">მენარდეს </w:t>
      </w:r>
      <w:proofErr w:type="spellStart"/>
      <w:r w:rsidRPr="000C596E">
        <w:rPr>
          <w:rFonts w:ascii="Sylfaen" w:hAnsi="Sylfaen" w:cs="Sylfaen"/>
          <w:sz w:val="18"/>
          <w:szCs w:val="18"/>
        </w:rPr>
        <w:t>ჯარიმა</w:t>
      </w:r>
      <w:proofErr w:type="spellEnd"/>
      <w:r w:rsidRPr="000C596E">
        <w:rPr>
          <w:rFonts w:cstheme="majorHAnsi"/>
          <w:sz w:val="18"/>
          <w:szCs w:val="18"/>
        </w:rPr>
        <w:t xml:space="preserve"> - 1000 </w:t>
      </w:r>
      <w:r w:rsidR="007D61E7">
        <w:rPr>
          <w:rFonts w:ascii="Sylfaen" w:hAnsi="Sylfaen" w:cstheme="majorHAnsi"/>
          <w:sz w:val="18"/>
          <w:szCs w:val="18"/>
          <w:lang w:val="ka-GE"/>
        </w:rPr>
        <w:t>(</w:t>
      </w:r>
      <w:proofErr w:type="spellStart"/>
      <w:r w:rsidRPr="000C596E">
        <w:rPr>
          <w:rFonts w:ascii="Sylfaen" w:hAnsi="Sylfaen" w:cs="Sylfaen"/>
          <w:sz w:val="18"/>
          <w:szCs w:val="18"/>
        </w:rPr>
        <w:t>ათასი</w:t>
      </w:r>
      <w:proofErr w:type="spellEnd"/>
      <w:r w:rsidR="007D61E7">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ლარის</w:t>
      </w:r>
      <w:proofErr w:type="spellEnd"/>
      <w:r w:rsidRPr="000C596E">
        <w:rPr>
          <w:rFonts w:cstheme="majorHAnsi"/>
          <w:sz w:val="18"/>
          <w:szCs w:val="18"/>
        </w:rPr>
        <w:t xml:space="preserve"> </w:t>
      </w:r>
      <w:proofErr w:type="spellStart"/>
      <w:r w:rsidRPr="000C596E">
        <w:rPr>
          <w:rFonts w:ascii="Sylfaen" w:hAnsi="Sylfaen" w:cs="Sylfaen"/>
          <w:sz w:val="18"/>
          <w:szCs w:val="18"/>
        </w:rPr>
        <w:t>ოდენობით</w:t>
      </w:r>
      <w:proofErr w:type="spellEnd"/>
      <w:r w:rsidRPr="000C596E">
        <w:rPr>
          <w:rFonts w:cstheme="majorHAnsi"/>
          <w:sz w:val="18"/>
          <w:szCs w:val="18"/>
        </w:rPr>
        <w:t xml:space="preserve">. </w:t>
      </w:r>
      <w:proofErr w:type="spellStart"/>
      <w:r w:rsidRPr="000C596E">
        <w:rPr>
          <w:rFonts w:ascii="Sylfaen" w:hAnsi="Sylfaen" w:cs="Sylfaen"/>
          <w:sz w:val="18"/>
          <w:szCs w:val="18"/>
        </w:rPr>
        <w:t>ამასთან</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w:t>
      </w:r>
      <w:proofErr w:type="spellEnd"/>
      <w:r w:rsidRPr="000C596E">
        <w:rPr>
          <w:rFonts w:cstheme="majorHAnsi"/>
          <w:sz w:val="18"/>
          <w:szCs w:val="18"/>
        </w:rPr>
        <w:t xml:space="preserve"> </w:t>
      </w:r>
      <w:proofErr w:type="spellStart"/>
      <w:r w:rsidRPr="000C596E">
        <w:rPr>
          <w:rFonts w:ascii="Sylfaen" w:hAnsi="Sylfaen" w:cs="Sylfaen"/>
          <w:sz w:val="18"/>
          <w:szCs w:val="18"/>
        </w:rPr>
        <w:t>უფლებამოსილია</w:t>
      </w:r>
      <w:proofErr w:type="spellEnd"/>
      <w:r w:rsidRPr="000C596E">
        <w:rPr>
          <w:rFonts w:cstheme="majorHAnsi"/>
          <w:sz w:val="18"/>
          <w:szCs w:val="18"/>
        </w:rPr>
        <w:t xml:space="preserve"> </w:t>
      </w:r>
      <w:proofErr w:type="spellStart"/>
      <w:r w:rsidRPr="000C596E">
        <w:rPr>
          <w:rFonts w:ascii="Sylfaen" w:hAnsi="Sylfaen" w:cs="Sylfaen"/>
          <w:sz w:val="18"/>
          <w:szCs w:val="18"/>
        </w:rPr>
        <w:t>აღნიშნული</w:t>
      </w:r>
      <w:proofErr w:type="spellEnd"/>
      <w:r w:rsidRPr="000C596E">
        <w:rPr>
          <w:rFonts w:cstheme="majorHAnsi"/>
          <w:sz w:val="18"/>
          <w:szCs w:val="18"/>
        </w:rPr>
        <w:t xml:space="preserve"> </w:t>
      </w:r>
      <w:proofErr w:type="spellStart"/>
      <w:r w:rsidRPr="000C596E">
        <w:rPr>
          <w:rFonts w:ascii="Sylfaen" w:hAnsi="Sylfaen" w:cs="Sylfaen"/>
          <w:sz w:val="18"/>
          <w:szCs w:val="18"/>
        </w:rPr>
        <w:t>ჯარიმა</w:t>
      </w:r>
      <w:proofErr w:type="spellEnd"/>
      <w:r w:rsidRPr="000C596E">
        <w:rPr>
          <w:rFonts w:cstheme="majorHAnsi"/>
          <w:sz w:val="18"/>
          <w:szCs w:val="18"/>
        </w:rPr>
        <w:t xml:space="preserve"> </w:t>
      </w:r>
      <w:proofErr w:type="spellStart"/>
      <w:r w:rsidRPr="000C596E">
        <w:rPr>
          <w:rFonts w:ascii="Sylfaen" w:hAnsi="Sylfaen" w:cs="Sylfaen"/>
          <w:sz w:val="18"/>
          <w:szCs w:val="18"/>
        </w:rPr>
        <w:t>გამოქვითოს</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მენარდისათვის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გადასახდელი</w:t>
      </w:r>
      <w:proofErr w:type="spellEnd"/>
      <w:r w:rsidRPr="000C596E">
        <w:rPr>
          <w:rFonts w:cstheme="majorHAnsi"/>
          <w:sz w:val="18"/>
          <w:szCs w:val="18"/>
        </w:rPr>
        <w:t xml:space="preserve"> </w:t>
      </w:r>
      <w:proofErr w:type="spellStart"/>
      <w:r w:rsidRPr="000C596E">
        <w:rPr>
          <w:rFonts w:ascii="Sylfaen" w:hAnsi="Sylfaen" w:cs="Sylfaen"/>
          <w:sz w:val="18"/>
          <w:szCs w:val="18"/>
        </w:rPr>
        <w:t>ღირებულებიდან</w:t>
      </w:r>
      <w:proofErr w:type="spellEnd"/>
      <w:r w:rsidRPr="000C596E">
        <w:rPr>
          <w:rFonts w:cstheme="majorHAnsi"/>
          <w:sz w:val="18"/>
          <w:szCs w:val="18"/>
        </w:rPr>
        <w:t>.</w:t>
      </w:r>
    </w:p>
    <w:p w14:paraId="2909C0C7" w14:textId="47E3C8D9" w:rsidR="004B6084" w:rsidRDefault="00A74260" w:rsidP="00185C20">
      <w:pPr>
        <w:pStyle w:val="ListParagraph"/>
        <w:numPr>
          <w:ilvl w:val="1"/>
          <w:numId w:val="13"/>
        </w:numPr>
        <w:jc w:val="both"/>
        <w:rPr>
          <w:rFonts w:cstheme="majorHAnsi"/>
          <w:sz w:val="18"/>
          <w:szCs w:val="18"/>
        </w:rPr>
      </w:pPr>
      <w:proofErr w:type="spellStart"/>
      <w:r w:rsidRPr="000C596E">
        <w:rPr>
          <w:rFonts w:ascii="Sylfaen" w:hAnsi="Sylfaen" w:cs="Sylfaen"/>
          <w:sz w:val="18"/>
          <w:szCs w:val="18"/>
        </w:rPr>
        <w:t>გარდა</w:t>
      </w:r>
      <w:proofErr w:type="spellEnd"/>
      <w:r w:rsidRPr="000C596E">
        <w:rPr>
          <w:rFonts w:cstheme="majorHAnsi"/>
          <w:sz w:val="18"/>
          <w:szCs w:val="18"/>
        </w:rPr>
        <w:t xml:space="preserve"> </w:t>
      </w:r>
      <w:proofErr w:type="spellStart"/>
      <w:r w:rsidRPr="000C596E">
        <w:rPr>
          <w:rFonts w:ascii="Sylfaen" w:hAnsi="Sylfaen" w:cs="Sylfaen"/>
          <w:sz w:val="18"/>
          <w:szCs w:val="18"/>
        </w:rPr>
        <w:t>წინამდებარე</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ხელშეკრულების</w:t>
      </w:r>
      <w:proofErr w:type="spellEnd"/>
      <w:r w:rsidRPr="000C596E">
        <w:rPr>
          <w:rFonts w:cstheme="majorHAnsi"/>
          <w:sz w:val="18"/>
          <w:szCs w:val="18"/>
        </w:rPr>
        <w:t xml:space="preserve"> </w:t>
      </w:r>
      <w:r w:rsidR="00D94046">
        <w:rPr>
          <w:rFonts w:ascii="Sylfaen" w:hAnsi="Sylfaen" w:cstheme="majorHAnsi"/>
          <w:sz w:val="18"/>
          <w:szCs w:val="18"/>
          <w:lang w:val="ka-GE"/>
        </w:rPr>
        <w:t>9</w:t>
      </w:r>
      <w:r w:rsidRPr="000C596E">
        <w:rPr>
          <w:rFonts w:cstheme="majorHAnsi"/>
          <w:sz w:val="18"/>
          <w:szCs w:val="18"/>
        </w:rPr>
        <w:t xml:space="preserve">.9 </w:t>
      </w:r>
      <w:proofErr w:type="spellStart"/>
      <w:r w:rsidRPr="000C596E">
        <w:rPr>
          <w:rFonts w:ascii="Sylfaen" w:hAnsi="Sylfaen" w:cs="Sylfaen"/>
          <w:sz w:val="18"/>
          <w:szCs w:val="18"/>
        </w:rPr>
        <w:t>მუხლით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გათვალისწინებული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შემთხვევისა</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მხრიდან</w:t>
      </w:r>
      <w:proofErr w:type="spellEnd"/>
      <w:r w:rsidRPr="000C596E">
        <w:rPr>
          <w:rFonts w:cstheme="majorHAnsi"/>
          <w:sz w:val="18"/>
          <w:szCs w:val="18"/>
        </w:rPr>
        <w:t xml:space="preserve"> </w:t>
      </w:r>
      <w:proofErr w:type="spellStart"/>
      <w:r w:rsidRPr="000C596E">
        <w:rPr>
          <w:rFonts w:ascii="Sylfaen" w:hAnsi="Sylfaen" w:cs="Sylfaen"/>
          <w:sz w:val="18"/>
          <w:szCs w:val="18"/>
        </w:rPr>
        <w:t>შრომის</w:t>
      </w:r>
      <w:proofErr w:type="spellEnd"/>
      <w:r w:rsidRPr="000C596E">
        <w:rPr>
          <w:rFonts w:cstheme="majorHAnsi"/>
          <w:sz w:val="18"/>
          <w:szCs w:val="18"/>
        </w:rPr>
        <w:t xml:space="preserve"> </w:t>
      </w:r>
      <w:proofErr w:type="spellStart"/>
      <w:r w:rsidRPr="000C596E">
        <w:rPr>
          <w:rFonts w:ascii="Sylfaen" w:hAnsi="Sylfaen" w:cs="Sylfaen"/>
          <w:sz w:val="18"/>
          <w:szCs w:val="18"/>
        </w:rPr>
        <w:t>უსაფრთხოების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წესების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დარღვევის</w:t>
      </w:r>
      <w:proofErr w:type="spellEnd"/>
      <w:r w:rsidRPr="000C596E">
        <w:rPr>
          <w:rFonts w:cstheme="majorHAnsi"/>
          <w:sz w:val="18"/>
          <w:szCs w:val="18"/>
        </w:rPr>
        <w:t xml:space="preserve"> </w:t>
      </w:r>
      <w:proofErr w:type="spellStart"/>
      <w:r w:rsidRPr="000C596E">
        <w:rPr>
          <w:rFonts w:ascii="Sylfaen" w:hAnsi="Sylfaen" w:cs="Sylfaen"/>
          <w:sz w:val="18"/>
          <w:szCs w:val="18"/>
        </w:rPr>
        <w:t>პირველ</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w:t>
      </w:r>
      <w:proofErr w:type="spellEnd"/>
      <w:r w:rsidRPr="000C596E">
        <w:rPr>
          <w:rFonts w:cstheme="majorHAnsi"/>
          <w:sz w:val="18"/>
          <w:szCs w:val="18"/>
        </w:rPr>
        <w:t xml:space="preserve"> </w:t>
      </w:r>
      <w:proofErr w:type="spellStart"/>
      <w:r w:rsidRPr="000C596E">
        <w:rPr>
          <w:rFonts w:ascii="Sylfaen" w:hAnsi="Sylfaen" w:cs="Sylfaen"/>
          <w:sz w:val="18"/>
          <w:szCs w:val="18"/>
        </w:rPr>
        <w:t>იწვევს</w:t>
      </w:r>
      <w:proofErr w:type="spellEnd"/>
      <w:r w:rsidRPr="000C596E">
        <w:rPr>
          <w:rFonts w:cstheme="majorHAnsi"/>
          <w:sz w:val="18"/>
          <w:szCs w:val="18"/>
        </w:rPr>
        <w:t xml:space="preserve"> </w:t>
      </w:r>
      <w:proofErr w:type="spellStart"/>
      <w:r w:rsidRPr="000C596E">
        <w:rPr>
          <w:rFonts w:ascii="Sylfaen" w:hAnsi="Sylfaen" w:cs="Sylfaen"/>
          <w:sz w:val="18"/>
          <w:szCs w:val="18"/>
        </w:rPr>
        <w:t>მის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დაჯარიმებას</w:t>
      </w:r>
      <w:proofErr w:type="spellEnd"/>
      <w:r w:rsidRPr="000C596E">
        <w:rPr>
          <w:rFonts w:cstheme="majorHAnsi"/>
          <w:sz w:val="18"/>
          <w:szCs w:val="18"/>
        </w:rPr>
        <w:t xml:space="preserve"> - 500</w:t>
      </w:r>
      <w:r w:rsidR="007D61E7">
        <w:rPr>
          <w:rFonts w:ascii="Sylfaen" w:hAnsi="Sylfaen" w:cstheme="majorHAnsi"/>
          <w:sz w:val="18"/>
          <w:szCs w:val="18"/>
          <w:lang w:val="ka-GE"/>
        </w:rPr>
        <w:t xml:space="preserve"> (</w:t>
      </w:r>
      <w:proofErr w:type="spellStart"/>
      <w:r w:rsidRPr="000C596E">
        <w:rPr>
          <w:rFonts w:ascii="Sylfaen" w:hAnsi="Sylfaen" w:cs="Sylfaen"/>
          <w:sz w:val="18"/>
          <w:szCs w:val="18"/>
        </w:rPr>
        <w:t>ხუთასი</w:t>
      </w:r>
      <w:proofErr w:type="spellEnd"/>
      <w:r w:rsidR="007D61E7">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ლარის</w:t>
      </w:r>
      <w:proofErr w:type="spellEnd"/>
      <w:r w:rsidRPr="000C596E">
        <w:rPr>
          <w:rFonts w:cstheme="majorHAnsi"/>
          <w:sz w:val="18"/>
          <w:szCs w:val="18"/>
        </w:rPr>
        <w:t xml:space="preserve"> </w:t>
      </w:r>
      <w:proofErr w:type="spellStart"/>
      <w:r w:rsidRPr="000C596E">
        <w:rPr>
          <w:rFonts w:ascii="Sylfaen" w:hAnsi="Sylfaen" w:cs="Sylfaen"/>
          <w:sz w:val="18"/>
          <w:szCs w:val="18"/>
        </w:rPr>
        <w:t>ოდენობით</w:t>
      </w:r>
      <w:proofErr w:type="spellEnd"/>
      <w:r w:rsidRPr="000C596E">
        <w:rPr>
          <w:rFonts w:cstheme="majorHAnsi"/>
          <w:sz w:val="18"/>
          <w:szCs w:val="18"/>
        </w:rPr>
        <w:t xml:space="preserve">, </w:t>
      </w:r>
      <w:proofErr w:type="spellStart"/>
      <w:r w:rsidRPr="000C596E">
        <w:rPr>
          <w:rFonts w:ascii="Sylfaen" w:hAnsi="Sylfaen" w:cs="Sylfaen"/>
          <w:sz w:val="18"/>
          <w:szCs w:val="18"/>
        </w:rPr>
        <w:t>ხოლო</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მხრიდან</w:t>
      </w:r>
      <w:proofErr w:type="spellEnd"/>
      <w:r w:rsidR="006C44CD">
        <w:rPr>
          <w:rFonts w:ascii="Sylfaen" w:hAnsi="Sylfaen" w:cs="Sylfaen"/>
          <w:sz w:val="18"/>
          <w:szCs w:val="18"/>
          <w:lang w:val="ka-GE"/>
        </w:rPr>
        <w:t xml:space="preserve"> </w:t>
      </w:r>
      <w:proofErr w:type="spellStart"/>
      <w:r w:rsidRPr="000C596E">
        <w:rPr>
          <w:rFonts w:ascii="Sylfaen" w:hAnsi="Sylfaen" w:cs="Sylfaen"/>
          <w:sz w:val="18"/>
          <w:szCs w:val="18"/>
        </w:rPr>
        <w:t>მეორე</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ყოველი</w:t>
      </w:r>
      <w:proofErr w:type="spellEnd"/>
      <w:r w:rsidRPr="000C596E">
        <w:rPr>
          <w:rFonts w:cstheme="majorHAnsi"/>
          <w:sz w:val="18"/>
          <w:szCs w:val="18"/>
        </w:rPr>
        <w:t xml:space="preserve"> </w:t>
      </w:r>
      <w:proofErr w:type="spellStart"/>
      <w:r w:rsidRPr="000C596E">
        <w:rPr>
          <w:rFonts w:ascii="Sylfaen" w:hAnsi="Sylfaen" w:cs="Sylfaen"/>
          <w:sz w:val="18"/>
          <w:szCs w:val="18"/>
        </w:rPr>
        <w:t>შემდგომი</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დარღვევა</w:t>
      </w:r>
      <w:proofErr w:type="spellEnd"/>
      <w:r w:rsidRPr="000C596E">
        <w:rPr>
          <w:rFonts w:cstheme="majorHAnsi"/>
          <w:sz w:val="18"/>
          <w:szCs w:val="18"/>
        </w:rPr>
        <w:t xml:space="preserve"> </w:t>
      </w:r>
      <w:proofErr w:type="spellStart"/>
      <w:r w:rsidRPr="000C596E">
        <w:rPr>
          <w:rFonts w:ascii="Sylfaen" w:hAnsi="Sylfaen" w:cs="Sylfaen"/>
          <w:sz w:val="18"/>
          <w:szCs w:val="18"/>
        </w:rPr>
        <w:t>იწვევს</w:t>
      </w:r>
      <w:proofErr w:type="spellEnd"/>
      <w:r w:rsidRPr="000C596E">
        <w:rPr>
          <w:rFonts w:cstheme="majorHAnsi"/>
          <w:sz w:val="18"/>
          <w:szCs w:val="18"/>
        </w:rPr>
        <w:t xml:space="preserve"> </w:t>
      </w:r>
      <w:proofErr w:type="spellStart"/>
      <w:r w:rsidRPr="000C596E">
        <w:rPr>
          <w:rFonts w:ascii="Sylfaen" w:hAnsi="Sylfaen" w:cs="Sylfaen"/>
          <w:sz w:val="18"/>
          <w:szCs w:val="18"/>
        </w:rPr>
        <w:t>მის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დაჯარიმებას</w:t>
      </w:r>
      <w:proofErr w:type="spellEnd"/>
      <w:r w:rsidRPr="000C596E">
        <w:rPr>
          <w:rFonts w:cstheme="majorHAnsi"/>
          <w:sz w:val="18"/>
          <w:szCs w:val="18"/>
        </w:rPr>
        <w:t xml:space="preserve"> - 1 000 </w:t>
      </w:r>
      <w:r w:rsidR="006C44CD">
        <w:rPr>
          <w:rFonts w:ascii="Sylfaen" w:hAnsi="Sylfaen" w:cstheme="majorHAnsi"/>
          <w:sz w:val="18"/>
          <w:szCs w:val="18"/>
          <w:lang w:val="ka-GE"/>
        </w:rPr>
        <w:t>(</w:t>
      </w:r>
      <w:proofErr w:type="spellStart"/>
      <w:r w:rsidRPr="000C596E">
        <w:rPr>
          <w:rFonts w:ascii="Sylfaen" w:hAnsi="Sylfaen" w:cs="Sylfaen"/>
          <w:sz w:val="18"/>
          <w:szCs w:val="18"/>
        </w:rPr>
        <w:t>ათასი</w:t>
      </w:r>
      <w:proofErr w:type="spellEnd"/>
      <w:r w:rsidR="006C44CD">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ლარის</w:t>
      </w:r>
      <w:proofErr w:type="spellEnd"/>
      <w:r w:rsidRPr="000C596E">
        <w:rPr>
          <w:rFonts w:cstheme="majorHAnsi"/>
          <w:sz w:val="18"/>
          <w:szCs w:val="18"/>
        </w:rPr>
        <w:t xml:space="preserve"> </w:t>
      </w:r>
      <w:proofErr w:type="spellStart"/>
      <w:r w:rsidRPr="000C596E">
        <w:rPr>
          <w:rFonts w:ascii="Sylfaen" w:hAnsi="Sylfaen" w:cs="Sylfaen"/>
          <w:sz w:val="18"/>
          <w:szCs w:val="18"/>
        </w:rPr>
        <w:t>ოდენობით</w:t>
      </w:r>
      <w:proofErr w:type="spellEnd"/>
      <w:r w:rsidRPr="000C596E">
        <w:rPr>
          <w:rFonts w:cstheme="majorHAnsi"/>
          <w:sz w:val="18"/>
          <w:szCs w:val="18"/>
        </w:rPr>
        <w:t xml:space="preserve">. </w:t>
      </w:r>
    </w:p>
    <w:p w14:paraId="446EF0AD" w14:textId="6FB280F1" w:rsidR="000C596E" w:rsidRDefault="00A74260" w:rsidP="00185C20">
      <w:pPr>
        <w:pStyle w:val="ListParagraph"/>
        <w:numPr>
          <w:ilvl w:val="1"/>
          <w:numId w:val="13"/>
        </w:numPr>
        <w:jc w:val="both"/>
        <w:rPr>
          <w:rFonts w:cstheme="majorHAnsi"/>
          <w:sz w:val="18"/>
          <w:szCs w:val="18"/>
        </w:rPr>
      </w:pP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მხრიდან</w:t>
      </w:r>
      <w:proofErr w:type="spellEnd"/>
      <w:r w:rsidR="006C44CD">
        <w:rPr>
          <w:rFonts w:ascii="Sylfaen" w:hAnsi="Sylfaen" w:cs="Sylfaen"/>
          <w:sz w:val="18"/>
          <w:szCs w:val="18"/>
          <w:lang w:val="ka-GE"/>
        </w:rPr>
        <w:t xml:space="preserve"> </w:t>
      </w:r>
      <w:proofErr w:type="spellStart"/>
      <w:r w:rsidRPr="000C596E">
        <w:rPr>
          <w:rFonts w:ascii="Sylfaen" w:hAnsi="Sylfaen" w:cs="Sylfaen"/>
          <w:sz w:val="18"/>
          <w:szCs w:val="18"/>
        </w:rPr>
        <w:t>შრომის</w:t>
      </w:r>
      <w:proofErr w:type="spellEnd"/>
      <w:r w:rsidRPr="000C596E">
        <w:rPr>
          <w:rFonts w:cstheme="majorHAnsi"/>
          <w:sz w:val="18"/>
          <w:szCs w:val="18"/>
        </w:rPr>
        <w:t xml:space="preserve"> </w:t>
      </w:r>
      <w:proofErr w:type="spellStart"/>
      <w:r w:rsidRPr="000C596E">
        <w:rPr>
          <w:rFonts w:ascii="Sylfaen" w:hAnsi="Sylfaen" w:cs="Sylfaen"/>
          <w:sz w:val="18"/>
          <w:szCs w:val="18"/>
        </w:rPr>
        <w:t>უსაფრთხოების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წესების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ისეთი</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დარღვევა</w:t>
      </w:r>
      <w:proofErr w:type="spellEnd"/>
      <w:r w:rsidRPr="000C596E">
        <w:rPr>
          <w:rFonts w:cstheme="majorHAnsi"/>
          <w:sz w:val="18"/>
          <w:szCs w:val="18"/>
        </w:rPr>
        <w:t xml:space="preserve">, </w:t>
      </w:r>
      <w:proofErr w:type="spellStart"/>
      <w:r w:rsidRPr="000C596E">
        <w:rPr>
          <w:rFonts w:ascii="Sylfaen" w:hAnsi="Sylfaen" w:cs="Sylfaen"/>
          <w:sz w:val="18"/>
          <w:szCs w:val="18"/>
        </w:rPr>
        <w:t>როგორიცაა</w:t>
      </w:r>
      <w:proofErr w:type="spellEnd"/>
      <w:r w:rsidRPr="000C596E">
        <w:rPr>
          <w:rFonts w:cstheme="majorHAnsi"/>
          <w:sz w:val="18"/>
          <w:szCs w:val="18"/>
        </w:rPr>
        <w:t xml:space="preserve"> </w:t>
      </w:r>
      <w:proofErr w:type="spellStart"/>
      <w:r w:rsidRPr="000C596E">
        <w:rPr>
          <w:rFonts w:ascii="Sylfaen" w:hAnsi="Sylfaen" w:cs="Sylfaen"/>
          <w:sz w:val="18"/>
          <w:szCs w:val="18"/>
        </w:rPr>
        <w:t>უსაფრთხოების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ქამრის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გარეშე</w:t>
      </w:r>
      <w:proofErr w:type="spellEnd"/>
      <w:r w:rsidRPr="000C596E">
        <w:rPr>
          <w:rFonts w:cstheme="majorHAnsi"/>
          <w:sz w:val="18"/>
          <w:szCs w:val="18"/>
        </w:rPr>
        <w:t xml:space="preserve"> </w:t>
      </w:r>
      <w:proofErr w:type="spellStart"/>
      <w:r w:rsidRPr="000C596E">
        <w:rPr>
          <w:rFonts w:ascii="Sylfaen" w:hAnsi="Sylfaen" w:cs="Sylfaen"/>
          <w:sz w:val="18"/>
          <w:szCs w:val="18"/>
        </w:rPr>
        <w:t>პერსონალის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გადაადგილება</w:t>
      </w:r>
      <w:proofErr w:type="spellEnd"/>
      <w:r w:rsidRPr="000C596E">
        <w:rPr>
          <w:rFonts w:cstheme="majorHAnsi"/>
          <w:sz w:val="18"/>
          <w:szCs w:val="18"/>
        </w:rPr>
        <w:t xml:space="preserve">, </w:t>
      </w:r>
      <w:proofErr w:type="spellStart"/>
      <w:r w:rsidRPr="000C596E">
        <w:rPr>
          <w:rFonts w:ascii="Sylfaen" w:hAnsi="Sylfaen" w:cs="Sylfaen"/>
          <w:sz w:val="18"/>
          <w:szCs w:val="18"/>
        </w:rPr>
        <w:t>პირველ</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შემთხვევაზე</w:t>
      </w:r>
      <w:proofErr w:type="spellEnd"/>
      <w:r w:rsidRPr="000C596E">
        <w:rPr>
          <w:rFonts w:cstheme="majorHAnsi"/>
          <w:sz w:val="18"/>
          <w:szCs w:val="18"/>
        </w:rPr>
        <w:t xml:space="preserve"> </w:t>
      </w:r>
      <w:proofErr w:type="spellStart"/>
      <w:r w:rsidRPr="000C596E">
        <w:rPr>
          <w:rFonts w:ascii="Sylfaen" w:hAnsi="Sylfaen" w:cs="Sylfaen"/>
          <w:sz w:val="18"/>
          <w:szCs w:val="18"/>
        </w:rPr>
        <w:t>იწვევს</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დაჯარიმებას</w:t>
      </w:r>
      <w:proofErr w:type="spellEnd"/>
      <w:r w:rsidRPr="000C596E">
        <w:rPr>
          <w:rFonts w:cstheme="majorHAnsi"/>
          <w:sz w:val="18"/>
          <w:szCs w:val="18"/>
        </w:rPr>
        <w:t xml:space="preserve"> - 1 000 </w:t>
      </w:r>
      <w:r w:rsidR="006C44CD">
        <w:rPr>
          <w:rFonts w:ascii="Sylfaen" w:hAnsi="Sylfaen" w:cstheme="majorHAnsi"/>
          <w:sz w:val="18"/>
          <w:szCs w:val="18"/>
          <w:lang w:val="ka-GE"/>
        </w:rPr>
        <w:t>(</w:t>
      </w:r>
      <w:proofErr w:type="spellStart"/>
      <w:r w:rsidRPr="000C596E">
        <w:rPr>
          <w:rFonts w:ascii="Sylfaen" w:hAnsi="Sylfaen" w:cs="Sylfaen"/>
          <w:sz w:val="18"/>
          <w:szCs w:val="18"/>
        </w:rPr>
        <w:t>ათასი</w:t>
      </w:r>
      <w:proofErr w:type="spellEnd"/>
      <w:r w:rsidR="006C44CD">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ლარის</w:t>
      </w:r>
      <w:proofErr w:type="spellEnd"/>
      <w:r w:rsidRPr="000C596E">
        <w:rPr>
          <w:rFonts w:cstheme="majorHAnsi"/>
          <w:sz w:val="18"/>
          <w:szCs w:val="18"/>
        </w:rPr>
        <w:t xml:space="preserve"> </w:t>
      </w:r>
      <w:proofErr w:type="spellStart"/>
      <w:r w:rsidRPr="000C596E">
        <w:rPr>
          <w:rFonts w:ascii="Sylfaen" w:hAnsi="Sylfaen" w:cs="Sylfaen"/>
          <w:sz w:val="18"/>
          <w:szCs w:val="18"/>
        </w:rPr>
        <w:t>ოდენობით</w:t>
      </w:r>
      <w:proofErr w:type="spellEnd"/>
      <w:r w:rsidRPr="000C596E">
        <w:rPr>
          <w:rFonts w:cstheme="majorHAnsi"/>
          <w:sz w:val="18"/>
          <w:szCs w:val="18"/>
        </w:rPr>
        <w:t xml:space="preserve">, </w:t>
      </w:r>
      <w:proofErr w:type="spellStart"/>
      <w:r w:rsidRPr="000C596E">
        <w:rPr>
          <w:rFonts w:ascii="Sylfaen" w:hAnsi="Sylfaen" w:cs="Sylfaen"/>
          <w:sz w:val="18"/>
          <w:szCs w:val="18"/>
        </w:rPr>
        <w:t>ხოლო</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მხრიდან</w:t>
      </w:r>
      <w:proofErr w:type="spellEnd"/>
      <w:r w:rsidR="006C44CD">
        <w:rPr>
          <w:rFonts w:ascii="Sylfaen" w:hAnsi="Sylfaen" w:cs="Sylfaen"/>
          <w:sz w:val="18"/>
          <w:szCs w:val="18"/>
          <w:lang w:val="ka-GE"/>
        </w:rPr>
        <w:t xml:space="preserve"> </w:t>
      </w:r>
      <w:proofErr w:type="spellStart"/>
      <w:r w:rsidRPr="000C596E">
        <w:rPr>
          <w:rFonts w:ascii="Sylfaen" w:hAnsi="Sylfaen" w:cs="Sylfaen"/>
          <w:sz w:val="18"/>
          <w:szCs w:val="18"/>
        </w:rPr>
        <w:t>მეორე</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ყოველი</w:t>
      </w:r>
      <w:proofErr w:type="spellEnd"/>
      <w:r w:rsidRPr="000C596E">
        <w:rPr>
          <w:rFonts w:cstheme="majorHAnsi"/>
          <w:sz w:val="18"/>
          <w:szCs w:val="18"/>
        </w:rPr>
        <w:t xml:space="preserve"> </w:t>
      </w:r>
      <w:proofErr w:type="spellStart"/>
      <w:r w:rsidRPr="000C596E">
        <w:rPr>
          <w:rFonts w:ascii="Sylfaen" w:hAnsi="Sylfaen" w:cs="Sylfaen"/>
          <w:sz w:val="18"/>
          <w:szCs w:val="18"/>
        </w:rPr>
        <w:t>შემდგომი</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დარღვევა</w:t>
      </w:r>
      <w:proofErr w:type="spellEnd"/>
      <w:r w:rsidRPr="000C596E">
        <w:rPr>
          <w:rFonts w:cstheme="majorHAnsi"/>
          <w:sz w:val="18"/>
          <w:szCs w:val="18"/>
        </w:rPr>
        <w:t xml:space="preserve">, </w:t>
      </w:r>
      <w:proofErr w:type="spellStart"/>
      <w:r w:rsidRPr="000C596E">
        <w:rPr>
          <w:rFonts w:ascii="Sylfaen" w:hAnsi="Sylfaen" w:cs="Sylfaen"/>
          <w:sz w:val="18"/>
          <w:szCs w:val="18"/>
        </w:rPr>
        <w:t>იწვევს</w:t>
      </w:r>
      <w:proofErr w:type="spellEnd"/>
      <w:r w:rsidRPr="000C596E">
        <w:rPr>
          <w:rFonts w:cstheme="majorHAnsi"/>
          <w:sz w:val="18"/>
          <w:szCs w:val="18"/>
        </w:rPr>
        <w:t xml:space="preserve"> </w:t>
      </w:r>
      <w:proofErr w:type="spellStart"/>
      <w:r w:rsidRPr="000C596E">
        <w:rPr>
          <w:rFonts w:ascii="Sylfaen" w:hAnsi="Sylfaen" w:cs="Sylfaen"/>
          <w:sz w:val="18"/>
          <w:szCs w:val="18"/>
        </w:rPr>
        <w:t>მის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დაჯარიმებას</w:t>
      </w:r>
      <w:proofErr w:type="spellEnd"/>
      <w:r w:rsidRPr="000C596E">
        <w:rPr>
          <w:rFonts w:cstheme="majorHAnsi"/>
          <w:sz w:val="18"/>
          <w:szCs w:val="18"/>
        </w:rPr>
        <w:t xml:space="preserve"> - 2 000 </w:t>
      </w:r>
      <w:r w:rsidR="006C44CD">
        <w:rPr>
          <w:rFonts w:ascii="Sylfaen" w:hAnsi="Sylfaen" w:cstheme="majorHAnsi"/>
          <w:sz w:val="18"/>
          <w:szCs w:val="18"/>
          <w:lang w:val="ka-GE"/>
        </w:rPr>
        <w:t>(</w:t>
      </w:r>
      <w:proofErr w:type="spellStart"/>
      <w:r w:rsidRPr="000C596E">
        <w:rPr>
          <w:rFonts w:ascii="Sylfaen" w:hAnsi="Sylfaen" w:cs="Sylfaen"/>
          <w:sz w:val="18"/>
          <w:szCs w:val="18"/>
        </w:rPr>
        <w:t>ორი</w:t>
      </w:r>
      <w:proofErr w:type="spellEnd"/>
      <w:r w:rsidRPr="000C596E">
        <w:rPr>
          <w:rFonts w:cstheme="majorHAnsi"/>
          <w:sz w:val="18"/>
          <w:szCs w:val="18"/>
        </w:rPr>
        <w:t xml:space="preserve"> </w:t>
      </w:r>
      <w:proofErr w:type="spellStart"/>
      <w:r w:rsidRPr="000C596E">
        <w:rPr>
          <w:rFonts w:ascii="Sylfaen" w:hAnsi="Sylfaen" w:cs="Sylfaen"/>
          <w:sz w:val="18"/>
          <w:szCs w:val="18"/>
        </w:rPr>
        <w:t>ათასი</w:t>
      </w:r>
      <w:proofErr w:type="spellEnd"/>
      <w:r w:rsidR="006C44CD">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ლარის</w:t>
      </w:r>
      <w:proofErr w:type="spellEnd"/>
      <w:r w:rsidRPr="000C596E">
        <w:rPr>
          <w:rFonts w:cstheme="majorHAnsi"/>
          <w:sz w:val="18"/>
          <w:szCs w:val="18"/>
        </w:rPr>
        <w:t xml:space="preserve"> </w:t>
      </w:r>
      <w:proofErr w:type="spellStart"/>
      <w:r w:rsidRPr="000C596E">
        <w:rPr>
          <w:rFonts w:ascii="Sylfaen" w:hAnsi="Sylfaen" w:cs="Sylfaen"/>
          <w:sz w:val="18"/>
          <w:szCs w:val="18"/>
        </w:rPr>
        <w:t>ოდენობით</w:t>
      </w:r>
      <w:proofErr w:type="spellEnd"/>
      <w:r w:rsidR="006C44CD">
        <w:rPr>
          <w:rFonts w:cstheme="majorHAnsi"/>
          <w:sz w:val="18"/>
          <w:szCs w:val="18"/>
        </w:rPr>
        <w:t>.</w:t>
      </w:r>
    </w:p>
    <w:p w14:paraId="7796C7A5" w14:textId="0C85F7AF" w:rsidR="004B6084" w:rsidRPr="006C44CD" w:rsidRDefault="00A74260" w:rsidP="00185C20">
      <w:pPr>
        <w:pStyle w:val="ListParagraph"/>
        <w:numPr>
          <w:ilvl w:val="1"/>
          <w:numId w:val="13"/>
        </w:numPr>
        <w:jc w:val="both"/>
        <w:rPr>
          <w:rFonts w:ascii="Sylfaen" w:hAnsi="Sylfaen" w:cs="Sylfaen"/>
          <w:sz w:val="18"/>
          <w:szCs w:val="18"/>
        </w:rPr>
      </w:pPr>
      <w:proofErr w:type="spellStart"/>
      <w:r w:rsidRPr="000C596E">
        <w:rPr>
          <w:rFonts w:ascii="Sylfaen" w:hAnsi="Sylfaen" w:cs="Sylfaen"/>
          <w:sz w:val="18"/>
          <w:szCs w:val="18"/>
        </w:rPr>
        <w:t>ამ</w:t>
      </w:r>
      <w:proofErr w:type="spellEnd"/>
      <w:r w:rsidR="006C44CD" w:rsidRPr="006C44CD">
        <w:rPr>
          <w:rFonts w:ascii="Sylfaen" w:hAnsi="Sylfaen" w:cs="Sylfaen"/>
          <w:sz w:val="18"/>
          <w:szCs w:val="18"/>
        </w:rPr>
        <w:t xml:space="preserve"> </w:t>
      </w:r>
      <w:proofErr w:type="spellStart"/>
      <w:r w:rsidRPr="000C596E">
        <w:rPr>
          <w:rFonts w:ascii="Sylfaen" w:hAnsi="Sylfaen" w:cs="Sylfaen"/>
          <w:sz w:val="18"/>
          <w:szCs w:val="18"/>
        </w:rPr>
        <w:t>მუხლის</w:t>
      </w:r>
      <w:proofErr w:type="spellEnd"/>
      <w:r w:rsidRPr="006C44CD">
        <w:rPr>
          <w:rFonts w:ascii="Sylfaen" w:hAnsi="Sylfaen" w:cs="Sylfaen"/>
          <w:sz w:val="18"/>
          <w:szCs w:val="18"/>
        </w:rPr>
        <w:t xml:space="preserve"> </w:t>
      </w:r>
      <w:proofErr w:type="spellStart"/>
      <w:r w:rsidRPr="000C596E">
        <w:rPr>
          <w:rFonts w:ascii="Sylfaen" w:hAnsi="Sylfaen" w:cs="Sylfaen"/>
          <w:sz w:val="18"/>
          <w:szCs w:val="18"/>
        </w:rPr>
        <w:t>მიზნებისათვის</w:t>
      </w:r>
      <w:proofErr w:type="spellEnd"/>
      <w:r w:rsidRPr="006C44CD">
        <w:rPr>
          <w:rFonts w:ascii="Sylfaen" w:hAnsi="Sylfaen" w:cs="Sylfaen"/>
          <w:sz w:val="18"/>
          <w:szCs w:val="18"/>
        </w:rPr>
        <w:t xml:space="preserve"> </w:t>
      </w:r>
      <w:proofErr w:type="spellStart"/>
      <w:r w:rsidRPr="000C596E">
        <w:rPr>
          <w:rFonts w:ascii="Sylfaen" w:hAnsi="Sylfaen" w:cs="Sylfaen"/>
          <w:sz w:val="18"/>
          <w:szCs w:val="18"/>
        </w:rPr>
        <w:t>მხარეები</w:t>
      </w:r>
      <w:proofErr w:type="spellEnd"/>
      <w:r w:rsidRPr="006C44CD">
        <w:rPr>
          <w:rFonts w:ascii="Sylfaen" w:hAnsi="Sylfaen" w:cs="Sylfaen"/>
          <w:sz w:val="18"/>
          <w:szCs w:val="18"/>
        </w:rPr>
        <w:t xml:space="preserve"> </w:t>
      </w:r>
      <w:proofErr w:type="spellStart"/>
      <w:r w:rsidRPr="000C596E">
        <w:rPr>
          <w:rFonts w:ascii="Sylfaen" w:hAnsi="Sylfaen" w:cs="Sylfaen"/>
          <w:sz w:val="18"/>
          <w:szCs w:val="18"/>
        </w:rPr>
        <w:t>განიხილავენ</w:t>
      </w:r>
      <w:proofErr w:type="spellEnd"/>
      <w:r w:rsidRPr="006C44CD">
        <w:rPr>
          <w:rFonts w:ascii="Sylfaen" w:hAnsi="Sylfaen" w:cs="Sylfaen"/>
          <w:sz w:val="18"/>
          <w:szCs w:val="18"/>
        </w:rPr>
        <w:t xml:space="preserve"> </w:t>
      </w:r>
      <w:proofErr w:type="spellStart"/>
      <w:r w:rsidRPr="000C596E">
        <w:rPr>
          <w:rFonts w:ascii="Sylfaen" w:hAnsi="Sylfaen" w:cs="Sylfaen"/>
          <w:sz w:val="18"/>
          <w:szCs w:val="18"/>
        </w:rPr>
        <w:t>შრომის</w:t>
      </w:r>
      <w:proofErr w:type="spellEnd"/>
      <w:r w:rsidRPr="006C44CD">
        <w:rPr>
          <w:rFonts w:ascii="Sylfaen" w:hAnsi="Sylfaen" w:cs="Sylfaen"/>
          <w:sz w:val="18"/>
          <w:szCs w:val="18"/>
        </w:rPr>
        <w:t xml:space="preserve"> </w:t>
      </w:r>
      <w:proofErr w:type="spellStart"/>
      <w:r w:rsidRPr="000C596E">
        <w:rPr>
          <w:rFonts w:ascii="Sylfaen" w:hAnsi="Sylfaen" w:cs="Sylfaen"/>
          <w:sz w:val="18"/>
          <w:szCs w:val="18"/>
        </w:rPr>
        <w:t>უსაფრთხოების</w:t>
      </w:r>
      <w:proofErr w:type="spellEnd"/>
      <w:r w:rsidRPr="006C44CD">
        <w:rPr>
          <w:rFonts w:ascii="Sylfaen" w:hAnsi="Sylfaen" w:cs="Sylfaen"/>
          <w:sz w:val="18"/>
          <w:szCs w:val="18"/>
        </w:rPr>
        <w:t xml:space="preserve"> </w:t>
      </w:r>
      <w:proofErr w:type="spellStart"/>
      <w:r w:rsidRPr="000C596E">
        <w:rPr>
          <w:rFonts w:ascii="Sylfaen" w:hAnsi="Sylfaen" w:cs="Sylfaen"/>
          <w:sz w:val="18"/>
          <w:szCs w:val="18"/>
        </w:rPr>
        <w:t>წესების</w:t>
      </w:r>
      <w:proofErr w:type="spellEnd"/>
      <w:r w:rsidRPr="006C44CD">
        <w:rPr>
          <w:rFonts w:ascii="Sylfaen" w:hAnsi="Sylfaen" w:cs="Sylfaen"/>
          <w:sz w:val="18"/>
          <w:szCs w:val="18"/>
        </w:rPr>
        <w:t xml:space="preserve"> </w:t>
      </w:r>
      <w:proofErr w:type="spellStart"/>
      <w:r w:rsidRPr="000C596E">
        <w:rPr>
          <w:rFonts w:ascii="Sylfaen" w:hAnsi="Sylfaen" w:cs="Sylfaen"/>
          <w:sz w:val="18"/>
          <w:szCs w:val="18"/>
        </w:rPr>
        <w:t>დარღვევას</w:t>
      </w:r>
      <w:proofErr w:type="spellEnd"/>
      <w:r w:rsidRPr="006C44CD">
        <w:rPr>
          <w:rFonts w:ascii="Sylfaen" w:hAnsi="Sylfaen" w:cs="Sylfaen"/>
          <w:sz w:val="18"/>
          <w:szCs w:val="18"/>
        </w:rPr>
        <w:t xml:space="preserve"> </w:t>
      </w:r>
      <w:proofErr w:type="spellStart"/>
      <w:r w:rsidRPr="000C596E">
        <w:rPr>
          <w:rFonts w:ascii="Sylfaen" w:hAnsi="Sylfaen" w:cs="Sylfaen"/>
          <w:sz w:val="18"/>
          <w:szCs w:val="18"/>
        </w:rPr>
        <w:t>შემდეგ</w:t>
      </w:r>
      <w:proofErr w:type="spellEnd"/>
      <w:r w:rsidR="009939A6">
        <w:rPr>
          <w:rFonts w:ascii="Sylfaen" w:hAnsi="Sylfaen" w:cs="Sylfaen"/>
          <w:sz w:val="18"/>
          <w:szCs w:val="18"/>
          <w:lang w:val="ka-GE"/>
        </w:rPr>
        <w:t xml:space="preserve"> </w:t>
      </w:r>
      <w:proofErr w:type="spellStart"/>
      <w:r w:rsidRPr="000C596E">
        <w:rPr>
          <w:rFonts w:ascii="Sylfaen" w:hAnsi="Sylfaen" w:cs="Sylfaen"/>
          <w:sz w:val="18"/>
          <w:szCs w:val="18"/>
        </w:rPr>
        <w:t>საკითხებთან</w:t>
      </w:r>
      <w:proofErr w:type="spellEnd"/>
      <w:r w:rsidRPr="006C44CD">
        <w:rPr>
          <w:rFonts w:ascii="Sylfaen" w:hAnsi="Sylfaen" w:cs="Sylfaen"/>
          <w:sz w:val="18"/>
          <w:szCs w:val="18"/>
        </w:rPr>
        <w:t xml:space="preserve"> </w:t>
      </w:r>
      <w:proofErr w:type="spellStart"/>
      <w:r w:rsidRPr="000C596E">
        <w:rPr>
          <w:rFonts w:ascii="Sylfaen" w:hAnsi="Sylfaen" w:cs="Sylfaen"/>
          <w:sz w:val="18"/>
          <w:szCs w:val="18"/>
        </w:rPr>
        <w:t>დაკავშირებით</w:t>
      </w:r>
      <w:proofErr w:type="spellEnd"/>
      <w:r w:rsidRPr="006C44CD">
        <w:rPr>
          <w:rFonts w:ascii="Sylfaen" w:hAnsi="Sylfaen" w:cs="Sylfaen"/>
          <w:sz w:val="18"/>
          <w:szCs w:val="18"/>
        </w:rPr>
        <w:t>:</w:t>
      </w:r>
    </w:p>
    <w:p w14:paraId="0BCC7B01" w14:textId="652A8B46" w:rsidR="009939A6" w:rsidRPr="009939A6" w:rsidRDefault="000C596E" w:rsidP="009939A6">
      <w:pPr>
        <w:pStyle w:val="ListParagraph"/>
        <w:jc w:val="both"/>
        <w:rPr>
          <w:rFonts w:ascii="Sylfaen" w:hAnsi="Sylfaen" w:cs="Sylfaen"/>
          <w:sz w:val="18"/>
          <w:szCs w:val="18"/>
        </w:rPr>
      </w:pPr>
      <w:r w:rsidRPr="009939A6">
        <w:rPr>
          <w:rFonts w:ascii="Sylfaen" w:hAnsi="Sylfaen" w:cs="Sylfaen"/>
          <w:sz w:val="18"/>
          <w:szCs w:val="18"/>
        </w:rPr>
        <w:t xml:space="preserve">- </w:t>
      </w:r>
      <w:proofErr w:type="spellStart"/>
      <w:r w:rsidR="00A74260" w:rsidRPr="00D73BDF">
        <w:rPr>
          <w:rFonts w:ascii="Sylfaen" w:hAnsi="Sylfaen" w:cs="Sylfaen"/>
          <w:sz w:val="18"/>
          <w:szCs w:val="18"/>
        </w:rPr>
        <w:t>უსაფრთხოების</w:t>
      </w:r>
      <w:proofErr w:type="spellEnd"/>
      <w:r w:rsidR="00A74260" w:rsidRPr="009939A6">
        <w:rPr>
          <w:rFonts w:ascii="Sylfaen" w:hAnsi="Sylfaen" w:cs="Sylfaen"/>
          <w:sz w:val="18"/>
          <w:szCs w:val="18"/>
        </w:rPr>
        <w:t xml:space="preserve"> </w:t>
      </w:r>
      <w:proofErr w:type="spellStart"/>
      <w:r w:rsidR="00A74260" w:rsidRPr="00D73BDF">
        <w:rPr>
          <w:rFonts w:ascii="Sylfaen" w:hAnsi="Sylfaen" w:cs="Sylfaen"/>
          <w:sz w:val="18"/>
          <w:szCs w:val="18"/>
        </w:rPr>
        <w:t>ქამარი</w:t>
      </w:r>
      <w:proofErr w:type="spellEnd"/>
      <w:r w:rsidR="009939A6" w:rsidRPr="009939A6">
        <w:rPr>
          <w:rFonts w:ascii="Sylfaen" w:hAnsi="Sylfaen" w:cs="Sylfaen"/>
          <w:sz w:val="18"/>
          <w:szCs w:val="18"/>
        </w:rPr>
        <w:t>;</w:t>
      </w:r>
    </w:p>
    <w:p w14:paraId="403D335D" w14:textId="2E9F18C8" w:rsidR="004B6084" w:rsidRPr="009939A6" w:rsidRDefault="00A74260" w:rsidP="009939A6">
      <w:pPr>
        <w:pStyle w:val="ListParagraph"/>
        <w:jc w:val="both"/>
        <w:rPr>
          <w:rFonts w:ascii="Sylfaen" w:hAnsi="Sylfaen" w:cs="Sylfaen"/>
          <w:sz w:val="18"/>
          <w:szCs w:val="18"/>
        </w:rPr>
      </w:pPr>
      <w:r w:rsidRPr="009939A6">
        <w:rPr>
          <w:rFonts w:ascii="Sylfaen" w:hAnsi="Sylfaen" w:cs="Sylfaen"/>
          <w:sz w:val="18"/>
          <w:szCs w:val="18"/>
        </w:rPr>
        <w:t xml:space="preserve">- </w:t>
      </w:r>
      <w:proofErr w:type="spellStart"/>
      <w:r w:rsidRPr="00D73BDF">
        <w:rPr>
          <w:rFonts w:ascii="Sylfaen" w:hAnsi="Sylfaen" w:cs="Sylfaen"/>
          <w:sz w:val="18"/>
          <w:szCs w:val="18"/>
        </w:rPr>
        <w:t>უსაფრთხოების</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ქუდი</w:t>
      </w:r>
      <w:proofErr w:type="spellEnd"/>
      <w:r w:rsidR="009939A6" w:rsidRPr="009939A6">
        <w:rPr>
          <w:rFonts w:ascii="Sylfaen" w:hAnsi="Sylfaen" w:cs="Sylfaen"/>
          <w:sz w:val="18"/>
          <w:szCs w:val="18"/>
        </w:rPr>
        <w:t xml:space="preserve"> (</w:t>
      </w:r>
      <w:proofErr w:type="spellStart"/>
      <w:r w:rsidRPr="00D73BDF">
        <w:rPr>
          <w:rFonts w:ascii="Sylfaen" w:hAnsi="Sylfaen" w:cs="Sylfaen"/>
          <w:sz w:val="18"/>
          <w:szCs w:val="18"/>
        </w:rPr>
        <w:t>ჩაფხუტი</w:t>
      </w:r>
      <w:proofErr w:type="spellEnd"/>
      <w:r w:rsidR="009939A6" w:rsidRPr="009939A6">
        <w:rPr>
          <w:rFonts w:ascii="Sylfaen" w:hAnsi="Sylfaen" w:cs="Sylfaen"/>
          <w:sz w:val="18"/>
          <w:szCs w:val="18"/>
        </w:rPr>
        <w:t>)</w:t>
      </w:r>
      <w:r w:rsidRPr="009939A6">
        <w:rPr>
          <w:rFonts w:ascii="Sylfaen" w:hAnsi="Sylfaen" w:cs="Sylfaen"/>
          <w:sz w:val="18"/>
          <w:szCs w:val="18"/>
        </w:rPr>
        <w:t xml:space="preserve">; </w:t>
      </w:r>
    </w:p>
    <w:p w14:paraId="06E83C3F" w14:textId="77777777" w:rsidR="004B6084" w:rsidRPr="009939A6" w:rsidRDefault="00A74260" w:rsidP="009939A6">
      <w:pPr>
        <w:pStyle w:val="ListParagraph"/>
        <w:jc w:val="both"/>
        <w:rPr>
          <w:rFonts w:ascii="Sylfaen" w:hAnsi="Sylfaen" w:cs="Sylfaen"/>
          <w:sz w:val="18"/>
          <w:szCs w:val="18"/>
        </w:rPr>
      </w:pPr>
      <w:r w:rsidRPr="009939A6">
        <w:rPr>
          <w:rFonts w:ascii="Sylfaen" w:hAnsi="Sylfaen" w:cs="Sylfaen"/>
          <w:sz w:val="18"/>
          <w:szCs w:val="18"/>
        </w:rPr>
        <w:t xml:space="preserve">- </w:t>
      </w:r>
      <w:proofErr w:type="spellStart"/>
      <w:r w:rsidRPr="00D73BDF">
        <w:rPr>
          <w:rFonts w:ascii="Sylfaen" w:hAnsi="Sylfaen" w:cs="Sylfaen"/>
          <w:sz w:val="18"/>
          <w:szCs w:val="18"/>
        </w:rPr>
        <w:t>პირადი</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დაცვის</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აღჭურვილობა</w:t>
      </w:r>
      <w:proofErr w:type="spellEnd"/>
      <w:r w:rsidRPr="009939A6">
        <w:rPr>
          <w:rFonts w:ascii="Sylfaen" w:hAnsi="Sylfaen" w:cs="Sylfaen"/>
          <w:sz w:val="18"/>
          <w:szCs w:val="18"/>
        </w:rPr>
        <w:t>;</w:t>
      </w:r>
    </w:p>
    <w:p w14:paraId="165BFEFA" w14:textId="77777777" w:rsidR="004B6084" w:rsidRPr="009939A6" w:rsidRDefault="00A74260" w:rsidP="009939A6">
      <w:pPr>
        <w:pStyle w:val="ListParagraph"/>
        <w:jc w:val="both"/>
        <w:rPr>
          <w:rFonts w:ascii="Sylfaen" w:hAnsi="Sylfaen" w:cs="Sylfaen"/>
          <w:sz w:val="18"/>
          <w:szCs w:val="18"/>
        </w:rPr>
      </w:pPr>
      <w:r w:rsidRPr="009939A6">
        <w:rPr>
          <w:rFonts w:ascii="Sylfaen" w:hAnsi="Sylfaen" w:cs="Sylfaen"/>
          <w:sz w:val="18"/>
          <w:szCs w:val="18"/>
        </w:rPr>
        <w:t xml:space="preserve">- </w:t>
      </w:r>
      <w:proofErr w:type="spellStart"/>
      <w:r w:rsidRPr="00D73BDF">
        <w:rPr>
          <w:rFonts w:ascii="Sylfaen" w:hAnsi="Sylfaen" w:cs="Sylfaen"/>
          <w:sz w:val="18"/>
          <w:szCs w:val="18"/>
        </w:rPr>
        <w:t>გაუმართავი</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ხელსაწყოები</w:t>
      </w:r>
      <w:proofErr w:type="spellEnd"/>
      <w:r w:rsidRPr="009939A6">
        <w:rPr>
          <w:rFonts w:ascii="Sylfaen" w:hAnsi="Sylfaen" w:cs="Sylfaen"/>
          <w:sz w:val="18"/>
          <w:szCs w:val="18"/>
        </w:rPr>
        <w:t>;</w:t>
      </w:r>
    </w:p>
    <w:p w14:paraId="6251783D" w14:textId="77777777" w:rsidR="004B6084" w:rsidRPr="009939A6" w:rsidRDefault="00A74260" w:rsidP="009939A6">
      <w:pPr>
        <w:pStyle w:val="ListParagraph"/>
        <w:jc w:val="both"/>
        <w:rPr>
          <w:rFonts w:ascii="Sylfaen" w:hAnsi="Sylfaen" w:cs="Sylfaen"/>
          <w:sz w:val="18"/>
          <w:szCs w:val="18"/>
        </w:rPr>
      </w:pPr>
      <w:r w:rsidRPr="009939A6">
        <w:rPr>
          <w:rFonts w:ascii="Sylfaen" w:hAnsi="Sylfaen" w:cs="Sylfaen"/>
          <w:sz w:val="18"/>
          <w:szCs w:val="18"/>
        </w:rPr>
        <w:t xml:space="preserve">- </w:t>
      </w:r>
      <w:proofErr w:type="spellStart"/>
      <w:r w:rsidRPr="00D73BDF">
        <w:rPr>
          <w:rFonts w:ascii="Sylfaen" w:hAnsi="Sylfaen" w:cs="Sylfaen"/>
          <w:sz w:val="18"/>
          <w:szCs w:val="18"/>
        </w:rPr>
        <w:t>მანქანა</w:t>
      </w:r>
      <w:r w:rsidRPr="009939A6">
        <w:rPr>
          <w:rFonts w:ascii="Sylfaen" w:hAnsi="Sylfaen" w:cs="Sylfaen"/>
          <w:sz w:val="18"/>
          <w:szCs w:val="18"/>
        </w:rPr>
        <w:t>-</w:t>
      </w:r>
      <w:r w:rsidRPr="00D73BDF">
        <w:rPr>
          <w:rFonts w:ascii="Sylfaen" w:hAnsi="Sylfaen" w:cs="Sylfaen"/>
          <w:sz w:val="18"/>
          <w:szCs w:val="18"/>
        </w:rPr>
        <w:t>დანადგარები</w:t>
      </w:r>
      <w:proofErr w:type="spellEnd"/>
      <w:r w:rsidRPr="009939A6">
        <w:rPr>
          <w:rFonts w:ascii="Sylfaen" w:hAnsi="Sylfaen" w:cs="Sylfaen"/>
          <w:sz w:val="18"/>
          <w:szCs w:val="18"/>
        </w:rPr>
        <w:t>;</w:t>
      </w:r>
    </w:p>
    <w:p w14:paraId="6A7E9792" w14:textId="77777777" w:rsidR="004B6084" w:rsidRPr="009939A6" w:rsidRDefault="00A74260" w:rsidP="009939A6">
      <w:pPr>
        <w:pStyle w:val="ListParagraph"/>
        <w:jc w:val="both"/>
        <w:rPr>
          <w:rFonts w:ascii="Sylfaen" w:hAnsi="Sylfaen" w:cs="Sylfaen"/>
          <w:sz w:val="18"/>
          <w:szCs w:val="18"/>
        </w:rPr>
      </w:pPr>
      <w:r w:rsidRPr="009939A6">
        <w:rPr>
          <w:rFonts w:ascii="Sylfaen" w:hAnsi="Sylfaen" w:cs="Sylfaen"/>
          <w:sz w:val="18"/>
          <w:szCs w:val="18"/>
        </w:rPr>
        <w:t xml:space="preserve">- </w:t>
      </w:r>
      <w:proofErr w:type="spellStart"/>
      <w:r w:rsidRPr="00D73BDF">
        <w:rPr>
          <w:rFonts w:ascii="Sylfaen" w:hAnsi="Sylfaen" w:cs="Sylfaen"/>
          <w:sz w:val="18"/>
          <w:szCs w:val="18"/>
        </w:rPr>
        <w:t>დროებითი</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დამხმარე</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საშუალებები</w:t>
      </w:r>
      <w:proofErr w:type="spellEnd"/>
      <w:r w:rsidRPr="009939A6">
        <w:rPr>
          <w:rFonts w:ascii="Sylfaen" w:hAnsi="Sylfaen" w:cs="Sylfaen"/>
          <w:sz w:val="18"/>
          <w:szCs w:val="18"/>
        </w:rPr>
        <w:t>;</w:t>
      </w:r>
    </w:p>
    <w:p w14:paraId="1589ACF5" w14:textId="77777777" w:rsidR="004B6084" w:rsidRPr="009939A6" w:rsidRDefault="00A74260" w:rsidP="009939A6">
      <w:pPr>
        <w:pStyle w:val="ListParagraph"/>
        <w:jc w:val="both"/>
        <w:rPr>
          <w:rFonts w:ascii="Sylfaen" w:hAnsi="Sylfaen" w:cs="Sylfaen"/>
          <w:sz w:val="18"/>
          <w:szCs w:val="18"/>
        </w:rPr>
      </w:pPr>
      <w:r w:rsidRPr="009939A6">
        <w:rPr>
          <w:rFonts w:ascii="Sylfaen" w:hAnsi="Sylfaen" w:cs="Sylfaen"/>
          <w:sz w:val="18"/>
          <w:szCs w:val="18"/>
        </w:rPr>
        <w:t xml:space="preserve">- </w:t>
      </w:r>
      <w:proofErr w:type="spellStart"/>
      <w:r w:rsidRPr="00D73BDF">
        <w:rPr>
          <w:rFonts w:ascii="Sylfaen" w:hAnsi="Sylfaen" w:cs="Sylfaen"/>
          <w:sz w:val="18"/>
          <w:szCs w:val="18"/>
        </w:rPr>
        <w:t>ელექტრო</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უსაფრთხოება</w:t>
      </w:r>
      <w:proofErr w:type="spellEnd"/>
      <w:r w:rsidRPr="009939A6">
        <w:rPr>
          <w:rFonts w:ascii="Sylfaen" w:hAnsi="Sylfaen" w:cs="Sylfaen"/>
          <w:sz w:val="18"/>
          <w:szCs w:val="18"/>
        </w:rPr>
        <w:t>;</w:t>
      </w:r>
    </w:p>
    <w:p w14:paraId="5DBD0294" w14:textId="77777777" w:rsidR="004B6084" w:rsidRPr="009939A6" w:rsidRDefault="00A74260" w:rsidP="009939A6">
      <w:pPr>
        <w:pStyle w:val="ListParagraph"/>
        <w:jc w:val="both"/>
        <w:rPr>
          <w:rFonts w:ascii="Sylfaen" w:hAnsi="Sylfaen" w:cs="Sylfaen"/>
          <w:sz w:val="18"/>
          <w:szCs w:val="18"/>
        </w:rPr>
      </w:pPr>
      <w:r w:rsidRPr="009939A6">
        <w:rPr>
          <w:rFonts w:ascii="Sylfaen" w:hAnsi="Sylfaen" w:cs="Sylfaen"/>
          <w:sz w:val="18"/>
          <w:szCs w:val="18"/>
        </w:rPr>
        <w:t xml:space="preserve">- </w:t>
      </w:r>
      <w:proofErr w:type="spellStart"/>
      <w:r w:rsidRPr="00D73BDF">
        <w:rPr>
          <w:rFonts w:ascii="Sylfaen" w:hAnsi="Sylfaen" w:cs="Sylfaen"/>
          <w:sz w:val="18"/>
          <w:szCs w:val="18"/>
        </w:rPr>
        <w:t>სახანძრო</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უსაფრთხოება</w:t>
      </w:r>
      <w:proofErr w:type="spellEnd"/>
      <w:r w:rsidRPr="009939A6">
        <w:rPr>
          <w:rFonts w:ascii="Sylfaen" w:hAnsi="Sylfaen" w:cs="Sylfaen"/>
          <w:sz w:val="18"/>
          <w:szCs w:val="18"/>
        </w:rPr>
        <w:t>;</w:t>
      </w:r>
    </w:p>
    <w:p w14:paraId="3718BDDC" w14:textId="77777777" w:rsidR="004B6084" w:rsidRPr="009939A6" w:rsidRDefault="00A74260" w:rsidP="009939A6">
      <w:pPr>
        <w:pStyle w:val="ListParagraph"/>
        <w:jc w:val="both"/>
        <w:rPr>
          <w:rFonts w:ascii="Sylfaen" w:hAnsi="Sylfaen" w:cs="Sylfaen"/>
          <w:sz w:val="18"/>
          <w:szCs w:val="18"/>
        </w:rPr>
      </w:pPr>
      <w:r w:rsidRPr="009939A6">
        <w:rPr>
          <w:rFonts w:ascii="Sylfaen" w:hAnsi="Sylfaen" w:cs="Sylfaen"/>
          <w:sz w:val="18"/>
          <w:szCs w:val="18"/>
        </w:rPr>
        <w:t xml:space="preserve">- </w:t>
      </w:r>
      <w:proofErr w:type="spellStart"/>
      <w:r w:rsidRPr="00D73BDF">
        <w:rPr>
          <w:rFonts w:ascii="Sylfaen" w:hAnsi="Sylfaen" w:cs="Sylfaen"/>
          <w:sz w:val="18"/>
          <w:szCs w:val="18"/>
        </w:rPr>
        <w:t>საევაკუაციო</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გეგმა</w:t>
      </w:r>
      <w:proofErr w:type="spellEnd"/>
      <w:r w:rsidRPr="009939A6">
        <w:rPr>
          <w:rFonts w:ascii="Sylfaen" w:hAnsi="Sylfaen" w:cs="Sylfaen"/>
          <w:sz w:val="18"/>
          <w:szCs w:val="18"/>
        </w:rPr>
        <w:t>;</w:t>
      </w:r>
    </w:p>
    <w:p w14:paraId="4B386F72" w14:textId="77777777" w:rsidR="004B6084" w:rsidRPr="009939A6" w:rsidRDefault="00A74260" w:rsidP="009939A6">
      <w:pPr>
        <w:pStyle w:val="ListParagraph"/>
        <w:jc w:val="both"/>
        <w:rPr>
          <w:rFonts w:ascii="Sylfaen" w:hAnsi="Sylfaen" w:cs="Sylfaen"/>
          <w:sz w:val="18"/>
          <w:szCs w:val="18"/>
        </w:rPr>
      </w:pPr>
      <w:r w:rsidRPr="009939A6">
        <w:rPr>
          <w:rFonts w:ascii="Sylfaen" w:hAnsi="Sylfaen" w:cs="Sylfaen"/>
          <w:sz w:val="18"/>
          <w:szCs w:val="18"/>
        </w:rPr>
        <w:t xml:space="preserve">- </w:t>
      </w:r>
      <w:proofErr w:type="spellStart"/>
      <w:r w:rsidRPr="00D73BDF">
        <w:rPr>
          <w:rFonts w:ascii="Sylfaen" w:hAnsi="Sylfaen" w:cs="Sylfaen"/>
          <w:sz w:val="18"/>
          <w:szCs w:val="18"/>
        </w:rPr>
        <w:t>სიმაღლეზე</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მუშაობა</w:t>
      </w:r>
      <w:proofErr w:type="spellEnd"/>
      <w:r w:rsidRPr="009939A6">
        <w:rPr>
          <w:rFonts w:ascii="Sylfaen" w:hAnsi="Sylfaen" w:cs="Sylfaen"/>
          <w:sz w:val="18"/>
          <w:szCs w:val="18"/>
        </w:rPr>
        <w:t>,</w:t>
      </w:r>
    </w:p>
    <w:p w14:paraId="4F18500A" w14:textId="77777777" w:rsidR="004B6084" w:rsidRPr="009939A6" w:rsidRDefault="00A74260" w:rsidP="009939A6">
      <w:pPr>
        <w:pStyle w:val="ListParagraph"/>
        <w:jc w:val="both"/>
        <w:rPr>
          <w:rFonts w:ascii="Sylfaen" w:hAnsi="Sylfaen" w:cs="Sylfaen"/>
          <w:sz w:val="18"/>
          <w:szCs w:val="18"/>
        </w:rPr>
      </w:pPr>
      <w:r w:rsidRPr="009939A6">
        <w:rPr>
          <w:rFonts w:ascii="Sylfaen" w:hAnsi="Sylfaen" w:cs="Sylfaen"/>
          <w:sz w:val="18"/>
          <w:szCs w:val="18"/>
        </w:rPr>
        <w:t xml:space="preserve">- </w:t>
      </w:r>
      <w:proofErr w:type="spellStart"/>
      <w:r w:rsidRPr="00D73BDF">
        <w:rPr>
          <w:rFonts w:ascii="Sylfaen" w:hAnsi="Sylfaen" w:cs="Sylfaen"/>
          <w:sz w:val="18"/>
          <w:szCs w:val="18"/>
        </w:rPr>
        <w:t>დახურული</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სივრცეები</w:t>
      </w:r>
      <w:proofErr w:type="spellEnd"/>
      <w:r w:rsidRPr="009939A6">
        <w:rPr>
          <w:rFonts w:ascii="Sylfaen" w:hAnsi="Sylfaen" w:cs="Sylfaen"/>
          <w:sz w:val="18"/>
          <w:szCs w:val="18"/>
        </w:rPr>
        <w:t>;</w:t>
      </w:r>
    </w:p>
    <w:p w14:paraId="72C3717D" w14:textId="77777777" w:rsidR="004B6084" w:rsidRPr="009939A6" w:rsidRDefault="00A74260" w:rsidP="009939A6">
      <w:pPr>
        <w:pStyle w:val="ListParagraph"/>
        <w:jc w:val="both"/>
        <w:rPr>
          <w:rFonts w:ascii="Sylfaen" w:hAnsi="Sylfaen" w:cs="Sylfaen"/>
          <w:sz w:val="18"/>
          <w:szCs w:val="18"/>
        </w:rPr>
      </w:pPr>
      <w:r w:rsidRPr="009939A6">
        <w:rPr>
          <w:rFonts w:ascii="Sylfaen" w:hAnsi="Sylfaen" w:cs="Sylfaen"/>
          <w:sz w:val="18"/>
          <w:szCs w:val="18"/>
        </w:rPr>
        <w:t xml:space="preserve">- </w:t>
      </w:r>
      <w:proofErr w:type="spellStart"/>
      <w:r w:rsidRPr="00D73BDF">
        <w:rPr>
          <w:rFonts w:ascii="Sylfaen" w:hAnsi="Sylfaen" w:cs="Sylfaen"/>
          <w:sz w:val="18"/>
          <w:szCs w:val="18"/>
        </w:rPr>
        <w:t>მტვრისგან</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დამცავი</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ბადეები</w:t>
      </w:r>
      <w:proofErr w:type="spellEnd"/>
      <w:r w:rsidRPr="009939A6">
        <w:rPr>
          <w:rFonts w:ascii="Sylfaen" w:hAnsi="Sylfaen" w:cs="Sylfaen"/>
          <w:sz w:val="18"/>
          <w:szCs w:val="18"/>
        </w:rPr>
        <w:t>;</w:t>
      </w:r>
    </w:p>
    <w:p w14:paraId="4EE5AACA" w14:textId="60582C97" w:rsidR="004B6084" w:rsidRPr="009939A6" w:rsidRDefault="00A74260" w:rsidP="009939A6">
      <w:pPr>
        <w:pStyle w:val="ListParagraph"/>
        <w:jc w:val="both"/>
        <w:rPr>
          <w:rFonts w:ascii="Sylfaen" w:hAnsi="Sylfaen" w:cs="Sylfaen"/>
          <w:sz w:val="18"/>
          <w:szCs w:val="18"/>
          <w:lang w:val="ka-GE"/>
        </w:rPr>
      </w:pPr>
      <w:r w:rsidRPr="009939A6">
        <w:rPr>
          <w:rFonts w:ascii="Sylfaen" w:hAnsi="Sylfaen" w:cs="Sylfaen"/>
          <w:sz w:val="18"/>
          <w:szCs w:val="18"/>
        </w:rPr>
        <w:t>-</w:t>
      </w:r>
      <w:r w:rsidR="009939A6">
        <w:rPr>
          <w:rFonts w:ascii="Sylfaen" w:hAnsi="Sylfaen" w:cs="Sylfaen"/>
          <w:sz w:val="18"/>
          <w:szCs w:val="18"/>
          <w:lang w:val="ka-GE"/>
        </w:rPr>
        <w:t xml:space="preserve"> </w:t>
      </w:r>
      <w:proofErr w:type="spellStart"/>
      <w:r w:rsidRPr="00D73BDF">
        <w:rPr>
          <w:rFonts w:ascii="Sylfaen" w:hAnsi="Sylfaen" w:cs="Sylfaen"/>
          <w:sz w:val="18"/>
          <w:szCs w:val="18"/>
        </w:rPr>
        <w:t>უსაფრთხოების</w:t>
      </w:r>
      <w:proofErr w:type="spellEnd"/>
      <w:r w:rsidRPr="009939A6">
        <w:rPr>
          <w:rFonts w:ascii="Sylfaen" w:hAnsi="Sylfaen" w:cs="Sylfaen"/>
          <w:sz w:val="18"/>
          <w:szCs w:val="18"/>
        </w:rPr>
        <w:t xml:space="preserve"> </w:t>
      </w:r>
      <w:proofErr w:type="spellStart"/>
      <w:r w:rsidRPr="00D73BDF">
        <w:rPr>
          <w:rFonts w:ascii="Sylfaen" w:hAnsi="Sylfaen" w:cs="Sylfaen"/>
          <w:sz w:val="18"/>
          <w:szCs w:val="18"/>
        </w:rPr>
        <w:t>ბადეები</w:t>
      </w:r>
      <w:proofErr w:type="spellEnd"/>
      <w:r w:rsidR="009939A6">
        <w:rPr>
          <w:rFonts w:ascii="Sylfaen" w:hAnsi="Sylfaen" w:cs="Sylfaen"/>
          <w:sz w:val="18"/>
          <w:szCs w:val="18"/>
          <w:lang w:val="ka-GE"/>
        </w:rPr>
        <w:t>.</w:t>
      </w:r>
    </w:p>
    <w:p w14:paraId="5BD5F441" w14:textId="0AAE4AD1" w:rsidR="004B6084" w:rsidRDefault="00A74260" w:rsidP="00185C20">
      <w:pPr>
        <w:pStyle w:val="ListParagraph"/>
        <w:jc w:val="both"/>
        <w:rPr>
          <w:rFonts w:cstheme="majorHAnsi"/>
          <w:sz w:val="18"/>
          <w:szCs w:val="18"/>
        </w:rPr>
      </w:pPr>
      <w:proofErr w:type="spellStart"/>
      <w:r w:rsidRPr="000C596E">
        <w:rPr>
          <w:rFonts w:ascii="Sylfaen" w:hAnsi="Sylfaen" w:cs="Sylfaen"/>
          <w:sz w:val="18"/>
          <w:szCs w:val="18"/>
        </w:rPr>
        <w:t>დამკვეთი</w:t>
      </w:r>
      <w:proofErr w:type="spellEnd"/>
      <w:r w:rsidRPr="000C596E">
        <w:rPr>
          <w:rFonts w:cstheme="majorHAnsi"/>
          <w:sz w:val="18"/>
          <w:szCs w:val="18"/>
        </w:rPr>
        <w:t xml:space="preserve"> </w:t>
      </w:r>
      <w:proofErr w:type="spellStart"/>
      <w:r w:rsidRPr="000C596E">
        <w:rPr>
          <w:rFonts w:ascii="Sylfaen" w:hAnsi="Sylfaen" w:cs="Sylfaen"/>
          <w:sz w:val="18"/>
          <w:szCs w:val="18"/>
        </w:rPr>
        <w:t>ამ</w:t>
      </w:r>
      <w:proofErr w:type="spellEnd"/>
      <w:r w:rsidRPr="000C596E">
        <w:rPr>
          <w:rFonts w:cstheme="majorHAnsi"/>
          <w:sz w:val="18"/>
          <w:szCs w:val="18"/>
        </w:rPr>
        <w:t xml:space="preserve"> </w:t>
      </w:r>
      <w:proofErr w:type="spellStart"/>
      <w:r w:rsidRPr="000C596E">
        <w:rPr>
          <w:rFonts w:ascii="Sylfaen" w:hAnsi="Sylfaen" w:cs="Sylfaen"/>
          <w:sz w:val="18"/>
          <w:szCs w:val="18"/>
        </w:rPr>
        <w:t>მუხლში</w:t>
      </w:r>
      <w:proofErr w:type="spellEnd"/>
      <w:r w:rsidRPr="000C596E">
        <w:rPr>
          <w:rFonts w:cstheme="majorHAnsi"/>
          <w:sz w:val="18"/>
          <w:szCs w:val="18"/>
        </w:rPr>
        <w:t xml:space="preserve"> </w:t>
      </w:r>
      <w:proofErr w:type="spellStart"/>
      <w:r w:rsidRPr="000C596E">
        <w:rPr>
          <w:rFonts w:ascii="Sylfaen" w:hAnsi="Sylfaen" w:cs="Sylfaen"/>
          <w:sz w:val="18"/>
          <w:szCs w:val="18"/>
        </w:rPr>
        <w:t>მოცემული</w:t>
      </w:r>
      <w:proofErr w:type="spellEnd"/>
      <w:r w:rsidRPr="000C596E">
        <w:rPr>
          <w:rFonts w:cstheme="majorHAnsi"/>
          <w:sz w:val="18"/>
          <w:szCs w:val="18"/>
        </w:rPr>
        <w:t xml:space="preserve"> </w:t>
      </w:r>
      <w:proofErr w:type="spellStart"/>
      <w:r w:rsidRPr="000C596E">
        <w:rPr>
          <w:rFonts w:ascii="Sylfaen" w:hAnsi="Sylfaen" w:cs="Sylfaen"/>
          <w:sz w:val="18"/>
          <w:szCs w:val="18"/>
        </w:rPr>
        <w:t>ჩამონათვლიდან</w:t>
      </w:r>
      <w:proofErr w:type="spellEnd"/>
      <w:r w:rsidRPr="000C596E">
        <w:rPr>
          <w:rFonts w:cstheme="majorHAnsi"/>
          <w:sz w:val="18"/>
          <w:szCs w:val="18"/>
        </w:rPr>
        <w:t xml:space="preserve"> </w:t>
      </w:r>
      <w:proofErr w:type="spellStart"/>
      <w:r w:rsidRPr="000C596E">
        <w:rPr>
          <w:rFonts w:ascii="Sylfaen" w:hAnsi="Sylfaen" w:cs="Sylfaen"/>
          <w:sz w:val="18"/>
          <w:szCs w:val="18"/>
        </w:rPr>
        <w:t>თითოეულის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დარღვევის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w:t>
      </w:r>
      <w:proofErr w:type="spellEnd"/>
      <w:r w:rsidR="009939A6">
        <w:rPr>
          <w:rFonts w:ascii="Sylfaen" w:hAnsi="Sylfaen" w:cs="Sylfaen"/>
          <w:sz w:val="18"/>
          <w:szCs w:val="18"/>
          <w:lang w:val="ka-GE"/>
        </w:rPr>
        <w:t xml:space="preserve"> </w:t>
      </w:r>
      <w:proofErr w:type="spellStart"/>
      <w:r w:rsidRPr="000C596E">
        <w:rPr>
          <w:rFonts w:ascii="Sylfaen" w:hAnsi="Sylfaen" w:cs="Sylfaen"/>
          <w:sz w:val="18"/>
          <w:szCs w:val="18"/>
        </w:rPr>
        <w:t>განახორციელებს</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დაჯარიმებას</w:t>
      </w:r>
      <w:proofErr w:type="spellEnd"/>
      <w:r w:rsidRPr="000C596E">
        <w:rPr>
          <w:rFonts w:cstheme="majorHAnsi"/>
          <w:sz w:val="18"/>
          <w:szCs w:val="18"/>
        </w:rPr>
        <w:t xml:space="preserve">. </w:t>
      </w:r>
      <w:proofErr w:type="spellStart"/>
      <w:r w:rsidRPr="000C596E">
        <w:rPr>
          <w:rFonts w:ascii="Sylfaen" w:hAnsi="Sylfaen" w:cs="Sylfaen"/>
          <w:sz w:val="18"/>
          <w:szCs w:val="18"/>
        </w:rPr>
        <w:t>იმ</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w:t>
      </w:r>
      <w:proofErr w:type="spellEnd"/>
      <w:r w:rsidRPr="000C596E">
        <w:rPr>
          <w:rFonts w:cstheme="majorHAnsi"/>
          <w:sz w:val="18"/>
          <w:szCs w:val="18"/>
        </w:rPr>
        <w:t xml:space="preserve">, </w:t>
      </w:r>
      <w:proofErr w:type="spellStart"/>
      <w:r w:rsidRPr="000C596E">
        <w:rPr>
          <w:rFonts w:ascii="Sylfaen" w:hAnsi="Sylfaen" w:cs="Sylfaen"/>
          <w:sz w:val="18"/>
          <w:szCs w:val="18"/>
        </w:rPr>
        <w:t>თუ</w:t>
      </w:r>
      <w:proofErr w:type="spellEnd"/>
      <w:r w:rsidRPr="000C596E">
        <w:rPr>
          <w:rFonts w:cstheme="majorHAnsi"/>
          <w:sz w:val="18"/>
          <w:szCs w:val="18"/>
        </w:rPr>
        <w:t xml:space="preserve"> </w:t>
      </w:r>
      <w:proofErr w:type="spellStart"/>
      <w:r w:rsidRPr="000C596E">
        <w:rPr>
          <w:rFonts w:ascii="Sylfaen" w:hAnsi="Sylfaen" w:cs="Sylfaen"/>
          <w:sz w:val="18"/>
          <w:szCs w:val="18"/>
        </w:rPr>
        <w:t>კალენდარული</w:t>
      </w:r>
      <w:proofErr w:type="spellEnd"/>
      <w:r w:rsidRPr="000C596E">
        <w:rPr>
          <w:rFonts w:cstheme="majorHAnsi"/>
          <w:sz w:val="18"/>
          <w:szCs w:val="18"/>
        </w:rPr>
        <w:t xml:space="preserve"> </w:t>
      </w:r>
      <w:proofErr w:type="spellStart"/>
      <w:r w:rsidRPr="000C596E">
        <w:rPr>
          <w:rFonts w:ascii="Sylfaen" w:hAnsi="Sylfaen" w:cs="Sylfaen"/>
          <w:sz w:val="18"/>
          <w:szCs w:val="18"/>
        </w:rPr>
        <w:t>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განმავლობაში</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მხრიდან</w:t>
      </w:r>
      <w:proofErr w:type="spellEnd"/>
      <w:r w:rsidRPr="000C596E">
        <w:rPr>
          <w:rFonts w:cstheme="majorHAnsi"/>
          <w:sz w:val="18"/>
          <w:szCs w:val="18"/>
        </w:rPr>
        <w:t xml:space="preserve"> </w:t>
      </w:r>
      <w:proofErr w:type="spellStart"/>
      <w:r w:rsidRPr="000C596E">
        <w:rPr>
          <w:rFonts w:ascii="Sylfaen" w:hAnsi="Sylfaen" w:cs="Sylfaen"/>
          <w:sz w:val="18"/>
          <w:szCs w:val="18"/>
        </w:rPr>
        <w:t>ადგილი</w:t>
      </w:r>
      <w:proofErr w:type="spellEnd"/>
      <w:r w:rsidRPr="000C596E">
        <w:rPr>
          <w:rFonts w:cstheme="majorHAnsi"/>
          <w:sz w:val="18"/>
          <w:szCs w:val="18"/>
        </w:rPr>
        <w:t xml:space="preserve"> </w:t>
      </w:r>
      <w:proofErr w:type="spellStart"/>
      <w:r w:rsidRPr="000C596E">
        <w:rPr>
          <w:rFonts w:ascii="Sylfaen" w:hAnsi="Sylfaen" w:cs="Sylfaen"/>
          <w:sz w:val="18"/>
          <w:szCs w:val="18"/>
        </w:rPr>
        <w:t>ექნება</w:t>
      </w:r>
      <w:proofErr w:type="spellEnd"/>
      <w:r w:rsidRPr="000C596E">
        <w:rPr>
          <w:rFonts w:cstheme="majorHAnsi"/>
          <w:sz w:val="18"/>
          <w:szCs w:val="18"/>
        </w:rPr>
        <w:t xml:space="preserve"> </w:t>
      </w:r>
      <w:proofErr w:type="spellStart"/>
      <w:r w:rsidRPr="000C596E">
        <w:rPr>
          <w:rFonts w:ascii="Sylfaen" w:hAnsi="Sylfaen" w:cs="Sylfaen"/>
          <w:sz w:val="18"/>
          <w:szCs w:val="18"/>
        </w:rPr>
        <w:t>შრომის</w:t>
      </w:r>
      <w:proofErr w:type="spellEnd"/>
      <w:r w:rsidRPr="000C596E">
        <w:rPr>
          <w:rFonts w:cstheme="majorHAnsi"/>
          <w:sz w:val="18"/>
          <w:szCs w:val="18"/>
        </w:rPr>
        <w:t xml:space="preserve"> </w:t>
      </w:r>
      <w:proofErr w:type="spellStart"/>
      <w:r w:rsidRPr="000C596E">
        <w:rPr>
          <w:rFonts w:ascii="Sylfaen" w:hAnsi="Sylfaen" w:cs="Sylfaen"/>
          <w:sz w:val="18"/>
          <w:szCs w:val="18"/>
        </w:rPr>
        <w:t>უსაფრთხოების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წესების</w:t>
      </w:r>
      <w:proofErr w:type="spellEnd"/>
      <w:r w:rsidR="009939A6">
        <w:rPr>
          <w:rFonts w:cstheme="majorHAnsi"/>
          <w:sz w:val="18"/>
          <w:szCs w:val="18"/>
        </w:rPr>
        <w:t xml:space="preserve"> 10</w:t>
      </w:r>
      <w:r w:rsidR="0020004C">
        <w:rPr>
          <w:rFonts w:cstheme="majorHAnsi"/>
          <w:sz w:val="18"/>
          <w:szCs w:val="18"/>
          <w:lang w:val="ka-GE"/>
        </w:rPr>
        <w:t>-</w:t>
      </w:r>
      <w:r w:rsidR="0020004C">
        <w:rPr>
          <w:rFonts w:ascii="Sylfaen" w:hAnsi="Sylfaen" w:cstheme="majorHAnsi"/>
          <w:sz w:val="18"/>
          <w:szCs w:val="18"/>
          <w:lang w:val="ka-GE"/>
        </w:rPr>
        <w:t>ჯერ</w:t>
      </w:r>
      <w:r w:rsidR="009939A6">
        <w:rPr>
          <w:rFonts w:cstheme="majorHAnsi"/>
          <w:sz w:val="18"/>
          <w:szCs w:val="18"/>
        </w:rPr>
        <w:t xml:space="preserve"> </w:t>
      </w:r>
      <w:r w:rsidR="009939A6">
        <w:rPr>
          <w:rFonts w:ascii="Sylfaen" w:hAnsi="Sylfaen" w:cstheme="majorHAnsi"/>
          <w:sz w:val="18"/>
          <w:szCs w:val="18"/>
          <w:lang w:val="ka-GE"/>
        </w:rPr>
        <w:t>(</w:t>
      </w:r>
      <w:proofErr w:type="spellStart"/>
      <w:r w:rsidRPr="000C596E">
        <w:rPr>
          <w:rFonts w:ascii="Sylfaen" w:hAnsi="Sylfaen" w:cs="Sylfaen"/>
          <w:sz w:val="18"/>
          <w:szCs w:val="18"/>
        </w:rPr>
        <w:t>ათი</w:t>
      </w:r>
      <w:proofErr w:type="spellEnd"/>
      <w:r w:rsidR="009939A6">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მეტჯერ</w:t>
      </w:r>
      <w:proofErr w:type="spellEnd"/>
      <w:r w:rsidRPr="000C596E">
        <w:rPr>
          <w:rFonts w:cstheme="majorHAnsi"/>
          <w:sz w:val="18"/>
          <w:szCs w:val="18"/>
        </w:rPr>
        <w:t xml:space="preserve"> </w:t>
      </w:r>
      <w:proofErr w:type="spellStart"/>
      <w:r w:rsidRPr="000C596E">
        <w:rPr>
          <w:rFonts w:ascii="Sylfaen" w:hAnsi="Sylfaen" w:cs="Sylfaen"/>
          <w:sz w:val="18"/>
          <w:szCs w:val="18"/>
        </w:rPr>
        <w:t>დარღვევას</w:t>
      </w:r>
      <w:proofErr w:type="spellEnd"/>
      <w:r w:rsidRPr="000C596E">
        <w:rPr>
          <w:rFonts w:cstheme="majorHAnsi"/>
          <w:sz w:val="18"/>
          <w:szCs w:val="18"/>
        </w:rPr>
        <w:t>,</w:t>
      </w:r>
      <w:r w:rsidR="009939A6">
        <w:rPr>
          <w:rFonts w:ascii="Sylfaen" w:hAnsi="Sylfaen" w:cstheme="majorHAnsi"/>
          <w:sz w:val="18"/>
          <w:szCs w:val="18"/>
          <w:lang w:val="ka-GE"/>
        </w:rPr>
        <w:t xml:space="preserve"> </w:t>
      </w:r>
      <w:proofErr w:type="spellStart"/>
      <w:r w:rsidRPr="000C596E">
        <w:rPr>
          <w:rFonts w:ascii="Sylfaen" w:hAnsi="Sylfaen" w:cs="Sylfaen"/>
          <w:sz w:val="18"/>
          <w:szCs w:val="18"/>
        </w:rPr>
        <w:t>დამკვეთი</w:t>
      </w:r>
      <w:proofErr w:type="spellEnd"/>
      <w:r w:rsidRPr="000C596E">
        <w:rPr>
          <w:rFonts w:cstheme="majorHAnsi"/>
          <w:sz w:val="18"/>
          <w:szCs w:val="18"/>
        </w:rPr>
        <w:t xml:space="preserve"> </w:t>
      </w:r>
      <w:proofErr w:type="spellStart"/>
      <w:r w:rsidRPr="000C596E">
        <w:rPr>
          <w:rFonts w:ascii="Sylfaen" w:hAnsi="Sylfaen" w:cs="Sylfaen"/>
          <w:sz w:val="18"/>
          <w:szCs w:val="18"/>
        </w:rPr>
        <w:t>უფლებამოსილი</w:t>
      </w:r>
      <w:proofErr w:type="spellEnd"/>
      <w:r w:rsidRPr="000C596E">
        <w:rPr>
          <w:rFonts w:cstheme="majorHAnsi"/>
          <w:sz w:val="18"/>
          <w:szCs w:val="18"/>
        </w:rPr>
        <w:t xml:space="preserve"> </w:t>
      </w:r>
      <w:proofErr w:type="spellStart"/>
      <w:r w:rsidRPr="000C596E">
        <w:rPr>
          <w:rFonts w:ascii="Sylfaen" w:hAnsi="Sylfaen" w:cs="Sylfaen"/>
          <w:sz w:val="18"/>
          <w:szCs w:val="18"/>
        </w:rPr>
        <w:t>იქნება</w:t>
      </w:r>
      <w:proofErr w:type="spellEnd"/>
      <w:r w:rsidRPr="000C596E">
        <w:rPr>
          <w:rFonts w:cstheme="majorHAnsi"/>
          <w:sz w:val="18"/>
          <w:szCs w:val="18"/>
        </w:rPr>
        <w:t xml:space="preserve">, </w:t>
      </w:r>
      <w:proofErr w:type="spellStart"/>
      <w:r w:rsidRPr="000C596E">
        <w:rPr>
          <w:rFonts w:ascii="Sylfaen" w:hAnsi="Sylfaen" w:cs="Sylfaen"/>
          <w:sz w:val="18"/>
          <w:szCs w:val="18"/>
        </w:rPr>
        <w:t>მოითხოვოს</w:t>
      </w:r>
      <w:proofErr w:type="spellEnd"/>
      <w:r w:rsidRPr="000C596E">
        <w:rPr>
          <w:rFonts w:cstheme="majorHAnsi"/>
          <w:sz w:val="18"/>
          <w:szCs w:val="18"/>
        </w:rPr>
        <w:t xml:space="preserve"> </w:t>
      </w:r>
      <w:proofErr w:type="spellStart"/>
      <w:r w:rsidRPr="000C596E">
        <w:rPr>
          <w:rFonts w:ascii="Sylfaen" w:hAnsi="Sylfaen" w:cs="Sylfaen"/>
          <w:sz w:val="18"/>
          <w:szCs w:val="18"/>
        </w:rPr>
        <w:t>წინამდებარე</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შეწყვეტა</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უფლებამოსილია</w:t>
      </w:r>
      <w:proofErr w:type="spellEnd"/>
      <w:r w:rsidRPr="000C596E">
        <w:rPr>
          <w:rFonts w:cstheme="majorHAnsi"/>
          <w:sz w:val="18"/>
          <w:szCs w:val="18"/>
        </w:rPr>
        <w:t xml:space="preserve"> </w:t>
      </w:r>
      <w:proofErr w:type="spellStart"/>
      <w:r w:rsidRPr="000C596E">
        <w:rPr>
          <w:rFonts w:ascii="Sylfaen" w:hAnsi="Sylfaen" w:cs="Sylfaen"/>
          <w:sz w:val="18"/>
          <w:szCs w:val="18"/>
        </w:rPr>
        <w:t>დააკისროს</w:t>
      </w:r>
      <w:proofErr w:type="spellEnd"/>
      <w:r w:rsidRPr="000C596E">
        <w:rPr>
          <w:rFonts w:cstheme="majorHAnsi"/>
          <w:sz w:val="18"/>
          <w:szCs w:val="18"/>
        </w:rPr>
        <w:t xml:space="preserve"> </w:t>
      </w:r>
      <w:r w:rsidR="009939A6">
        <w:rPr>
          <w:rFonts w:ascii="Sylfaen" w:hAnsi="Sylfaen" w:cs="Sylfaen"/>
          <w:sz w:val="18"/>
          <w:szCs w:val="18"/>
          <w:lang w:val="ka-GE"/>
        </w:rPr>
        <w:t xml:space="preserve">მენარდეს </w:t>
      </w:r>
      <w:proofErr w:type="spellStart"/>
      <w:r w:rsidRPr="000C596E">
        <w:rPr>
          <w:rFonts w:ascii="Sylfaen" w:hAnsi="Sylfaen" w:cs="Sylfaen"/>
          <w:sz w:val="18"/>
          <w:szCs w:val="18"/>
        </w:rPr>
        <w:t>ჯარიმა</w:t>
      </w:r>
      <w:proofErr w:type="spellEnd"/>
      <w:r w:rsidRPr="000C596E">
        <w:rPr>
          <w:rFonts w:cstheme="majorHAnsi"/>
          <w:sz w:val="18"/>
          <w:szCs w:val="18"/>
        </w:rPr>
        <w:t xml:space="preserve"> </w:t>
      </w:r>
      <w:proofErr w:type="spellStart"/>
      <w:r w:rsidRPr="000C596E">
        <w:rPr>
          <w:rFonts w:ascii="Sylfaen" w:hAnsi="Sylfaen" w:cs="Sylfaen"/>
          <w:sz w:val="18"/>
          <w:szCs w:val="18"/>
        </w:rPr>
        <w:t>საერთო</w:t>
      </w:r>
      <w:proofErr w:type="spellEnd"/>
      <w:r w:rsidRPr="000C596E">
        <w:rPr>
          <w:rFonts w:cstheme="majorHAnsi"/>
          <w:sz w:val="18"/>
          <w:szCs w:val="18"/>
        </w:rPr>
        <w:t xml:space="preserve"> </w:t>
      </w:r>
      <w:proofErr w:type="spellStart"/>
      <w:r w:rsidRPr="000C596E">
        <w:rPr>
          <w:rFonts w:ascii="Sylfaen" w:hAnsi="Sylfaen" w:cs="Sylfaen"/>
          <w:sz w:val="18"/>
          <w:szCs w:val="18"/>
        </w:rPr>
        <w:t>ღირებულების</w:t>
      </w:r>
      <w:proofErr w:type="spellEnd"/>
      <w:r w:rsidRPr="000C596E">
        <w:rPr>
          <w:rFonts w:cstheme="majorHAnsi"/>
          <w:sz w:val="18"/>
          <w:szCs w:val="18"/>
        </w:rPr>
        <w:t xml:space="preserve"> - </w:t>
      </w:r>
      <w:r w:rsidR="00FD1C5B">
        <w:rPr>
          <w:rFonts w:cstheme="majorHAnsi"/>
          <w:sz w:val="18"/>
          <w:szCs w:val="18"/>
        </w:rPr>
        <w:t>10</w:t>
      </w:r>
      <w:r w:rsidR="00FD1C5B" w:rsidRPr="000C596E">
        <w:rPr>
          <w:rFonts w:cstheme="majorHAnsi"/>
          <w:sz w:val="18"/>
          <w:szCs w:val="18"/>
        </w:rPr>
        <w:t xml:space="preserve"> </w:t>
      </w:r>
      <w:r w:rsidR="009939A6">
        <w:rPr>
          <w:rFonts w:ascii="Sylfaen" w:hAnsi="Sylfaen" w:cstheme="majorHAnsi"/>
          <w:sz w:val="18"/>
          <w:szCs w:val="18"/>
          <w:lang w:val="ka-GE"/>
        </w:rPr>
        <w:t>(</w:t>
      </w:r>
      <w:proofErr w:type="spellStart"/>
      <w:r w:rsidR="00FD1C5B">
        <w:rPr>
          <w:rFonts w:ascii="Sylfaen" w:hAnsi="Sylfaen" w:cs="Sylfaen"/>
          <w:sz w:val="18"/>
          <w:szCs w:val="18"/>
        </w:rPr>
        <w:t>ათი</w:t>
      </w:r>
      <w:proofErr w:type="spellEnd"/>
      <w:r w:rsidR="009939A6">
        <w:rPr>
          <w:rFonts w:ascii="Sylfaen" w:hAnsi="Sylfaen" w:cs="Sylfaen"/>
          <w:sz w:val="18"/>
          <w:szCs w:val="18"/>
          <w:lang w:val="ka-GE"/>
        </w:rPr>
        <w:t>)</w:t>
      </w:r>
      <w:r w:rsidRPr="000C596E">
        <w:rPr>
          <w:rFonts w:cstheme="majorHAnsi"/>
          <w:sz w:val="18"/>
          <w:szCs w:val="18"/>
        </w:rPr>
        <w:t xml:space="preserve"> %</w:t>
      </w:r>
      <w:r w:rsidR="0020004C">
        <w:rPr>
          <w:rFonts w:cstheme="majorHAnsi"/>
          <w:sz w:val="18"/>
          <w:szCs w:val="18"/>
          <w:lang w:val="ka-GE"/>
        </w:rPr>
        <w:t>-</w:t>
      </w:r>
      <w:r w:rsidR="0020004C">
        <w:rPr>
          <w:rFonts w:ascii="Sylfaen" w:hAnsi="Sylfaen" w:cstheme="majorHAnsi"/>
          <w:sz w:val="18"/>
          <w:szCs w:val="18"/>
          <w:lang w:val="ka-GE"/>
        </w:rPr>
        <w:t>ის</w:t>
      </w:r>
      <w:r w:rsidRPr="000C596E">
        <w:rPr>
          <w:rFonts w:cstheme="majorHAnsi"/>
          <w:sz w:val="18"/>
          <w:szCs w:val="18"/>
        </w:rPr>
        <w:t xml:space="preserve"> </w:t>
      </w:r>
      <w:proofErr w:type="spellStart"/>
      <w:r w:rsidRPr="000C596E">
        <w:rPr>
          <w:rFonts w:ascii="Sylfaen" w:hAnsi="Sylfaen" w:cs="Sylfaen"/>
          <w:sz w:val="18"/>
          <w:szCs w:val="18"/>
        </w:rPr>
        <w:t>ოდენობით</w:t>
      </w:r>
      <w:proofErr w:type="spellEnd"/>
      <w:r w:rsidRPr="000C596E">
        <w:rPr>
          <w:rFonts w:cstheme="majorHAnsi"/>
          <w:sz w:val="18"/>
          <w:szCs w:val="18"/>
        </w:rPr>
        <w:t xml:space="preserve">.  </w:t>
      </w:r>
      <w:proofErr w:type="spellStart"/>
      <w:r w:rsidRPr="000C596E">
        <w:rPr>
          <w:rFonts w:ascii="Sylfaen" w:hAnsi="Sylfaen" w:cs="Sylfaen"/>
          <w:sz w:val="18"/>
          <w:szCs w:val="18"/>
        </w:rPr>
        <w:t>ასეთ</w:t>
      </w:r>
      <w:proofErr w:type="spellEnd"/>
      <w:r w:rsidRPr="000C596E">
        <w:rPr>
          <w:rFonts w:cstheme="majorHAnsi"/>
          <w:sz w:val="18"/>
          <w:szCs w:val="18"/>
        </w:rPr>
        <w:t xml:space="preserve"> </w:t>
      </w:r>
      <w:proofErr w:type="spellStart"/>
      <w:r w:rsidRPr="000C596E">
        <w:rPr>
          <w:rFonts w:ascii="Sylfaen" w:hAnsi="Sylfaen" w:cs="Sylfaen"/>
          <w:sz w:val="18"/>
          <w:szCs w:val="18"/>
        </w:rPr>
        <w:t>შემთხვევაში</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w:t>
      </w:r>
      <w:proofErr w:type="spellEnd"/>
      <w:r w:rsidRPr="000C596E">
        <w:rPr>
          <w:rFonts w:cstheme="majorHAnsi"/>
          <w:sz w:val="18"/>
          <w:szCs w:val="18"/>
        </w:rPr>
        <w:t xml:space="preserve"> </w:t>
      </w:r>
      <w:proofErr w:type="spellStart"/>
      <w:r w:rsidRPr="000C596E">
        <w:rPr>
          <w:rFonts w:ascii="Sylfaen" w:hAnsi="Sylfaen" w:cs="Sylfaen"/>
          <w:sz w:val="18"/>
          <w:szCs w:val="18"/>
        </w:rPr>
        <w:t>აუნაზღაურებს</w:t>
      </w:r>
      <w:proofErr w:type="spellEnd"/>
      <w:r w:rsidRPr="000C596E">
        <w:rPr>
          <w:rFonts w:cstheme="majorHAnsi"/>
          <w:sz w:val="18"/>
          <w:szCs w:val="18"/>
        </w:rPr>
        <w:t xml:space="preserve"> </w:t>
      </w:r>
      <w:r w:rsidR="009939A6">
        <w:rPr>
          <w:rFonts w:ascii="Sylfaen" w:hAnsi="Sylfaen" w:cs="Sylfaen"/>
          <w:sz w:val="18"/>
          <w:szCs w:val="18"/>
          <w:lang w:val="ka-GE"/>
        </w:rPr>
        <w:t xml:space="preserve">მენარდეს </w:t>
      </w:r>
      <w:proofErr w:type="spellStart"/>
      <w:r w:rsidRPr="000C596E">
        <w:rPr>
          <w:rFonts w:ascii="Sylfaen" w:hAnsi="Sylfaen" w:cs="Sylfaen"/>
          <w:sz w:val="18"/>
          <w:szCs w:val="18"/>
        </w:rPr>
        <w:t>ობიექტზე</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ფაქტობრივად</w:t>
      </w:r>
      <w:proofErr w:type="spellEnd"/>
      <w:r w:rsidRPr="000C596E">
        <w:rPr>
          <w:rFonts w:cstheme="majorHAnsi"/>
          <w:sz w:val="18"/>
          <w:szCs w:val="18"/>
        </w:rPr>
        <w:t xml:space="preserve"> </w:t>
      </w:r>
      <w:proofErr w:type="spellStart"/>
      <w:r w:rsidRPr="000C596E">
        <w:rPr>
          <w:rFonts w:ascii="Sylfaen" w:hAnsi="Sylfaen" w:cs="Sylfaen"/>
          <w:sz w:val="18"/>
          <w:szCs w:val="18"/>
        </w:rPr>
        <w:t>შესრულებული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მთლიან</w:t>
      </w:r>
      <w:proofErr w:type="spellEnd"/>
      <w:r w:rsidRPr="000C596E">
        <w:rPr>
          <w:rFonts w:cstheme="majorHAnsi"/>
          <w:sz w:val="18"/>
          <w:szCs w:val="18"/>
        </w:rPr>
        <w:t xml:space="preserve"> </w:t>
      </w:r>
      <w:proofErr w:type="spellStart"/>
      <w:r w:rsidRPr="000C596E">
        <w:rPr>
          <w:rFonts w:ascii="Sylfaen" w:hAnsi="Sylfaen" w:cs="Sylfaen"/>
          <w:sz w:val="18"/>
          <w:szCs w:val="18"/>
        </w:rPr>
        <w:t>ღირებულებას</w:t>
      </w:r>
      <w:proofErr w:type="spellEnd"/>
      <w:r w:rsidRPr="000C596E">
        <w:rPr>
          <w:rFonts w:cstheme="majorHAnsi"/>
          <w:sz w:val="18"/>
          <w:szCs w:val="18"/>
        </w:rPr>
        <w:t xml:space="preserve"> </w:t>
      </w:r>
      <w:proofErr w:type="spellStart"/>
      <w:r w:rsidRPr="000C596E">
        <w:rPr>
          <w:rFonts w:ascii="Sylfaen" w:hAnsi="Sylfaen" w:cs="Sylfaen"/>
          <w:sz w:val="18"/>
          <w:szCs w:val="18"/>
        </w:rPr>
        <w:t>მათ</w:t>
      </w:r>
      <w:proofErr w:type="spellEnd"/>
      <w:r w:rsidRPr="000C596E">
        <w:rPr>
          <w:rFonts w:cstheme="majorHAnsi"/>
          <w:sz w:val="18"/>
          <w:szCs w:val="18"/>
        </w:rPr>
        <w:t xml:space="preserve"> </w:t>
      </w:r>
      <w:proofErr w:type="spellStart"/>
      <w:r w:rsidRPr="000C596E">
        <w:rPr>
          <w:rFonts w:ascii="Sylfaen" w:hAnsi="Sylfaen" w:cs="Sylfaen"/>
          <w:sz w:val="18"/>
          <w:szCs w:val="18"/>
        </w:rPr>
        <w:t>შორის</w:t>
      </w:r>
      <w:proofErr w:type="spellEnd"/>
      <w:r w:rsidRPr="000C596E">
        <w:rPr>
          <w:rFonts w:cstheme="majorHAnsi"/>
          <w:sz w:val="18"/>
          <w:szCs w:val="18"/>
        </w:rPr>
        <w:t xml:space="preserve">, </w:t>
      </w:r>
      <w:proofErr w:type="spellStart"/>
      <w:r w:rsidRPr="000C596E">
        <w:rPr>
          <w:rFonts w:ascii="Sylfaen" w:hAnsi="Sylfaen" w:cs="Sylfaen"/>
          <w:sz w:val="18"/>
          <w:szCs w:val="18"/>
        </w:rPr>
        <w:t>ხარჯთაღრიცხვით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გათვალისწინებული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შესასრულებლად</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შესყიდული</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ავანსირებული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ისეთი</w:t>
      </w:r>
      <w:proofErr w:type="spellEnd"/>
      <w:r w:rsidRPr="000C596E">
        <w:rPr>
          <w:rFonts w:cstheme="majorHAnsi"/>
          <w:sz w:val="18"/>
          <w:szCs w:val="18"/>
        </w:rPr>
        <w:t xml:space="preserve"> </w:t>
      </w:r>
      <w:proofErr w:type="spellStart"/>
      <w:r w:rsidRPr="000C596E">
        <w:rPr>
          <w:rFonts w:ascii="Sylfaen" w:hAnsi="Sylfaen" w:cs="Sylfaen"/>
          <w:sz w:val="18"/>
          <w:szCs w:val="18"/>
        </w:rPr>
        <w:t>მასალების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ღირებულება</w:t>
      </w:r>
      <w:proofErr w:type="spellEnd"/>
      <w:r w:rsidRPr="000C596E">
        <w:rPr>
          <w:rFonts w:cstheme="majorHAnsi"/>
          <w:sz w:val="18"/>
          <w:szCs w:val="18"/>
        </w:rPr>
        <w:t xml:space="preserve">, </w:t>
      </w:r>
      <w:proofErr w:type="spellStart"/>
      <w:r w:rsidRPr="000C596E">
        <w:rPr>
          <w:rFonts w:ascii="Sylfaen" w:hAnsi="Sylfaen" w:cs="Sylfaen"/>
          <w:sz w:val="18"/>
          <w:szCs w:val="18"/>
        </w:rPr>
        <w:t>რომლებიც</w:t>
      </w:r>
      <w:proofErr w:type="spellEnd"/>
      <w:r w:rsidRPr="000C596E">
        <w:rPr>
          <w:rFonts w:cstheme="majorHAnsi"/>
          <w:sz w:val="18"/>
          <w:szCs w:val="18"/>
        </w:rPr>
        <w:t xml:space="preserve"> </w:t>
      </w:r>
      <w:proofErr w:type="spellStart"/>
      <w:r w:rsidRPr="000C596E">
        <w:rPr>
          <w:rFonts w:ascii="Sylfaen" w:hAnsi="Sylfaen" w:cs="Sylfaen"/>
          <w:sz w:val="18"/>
          <w:szCs w:val="18"/>
        </w:rPr>
        <w:t>განკუთვნილია</w:t>
      </w:r>
      <w:proofErr w:type="spellEnd"/>
      <w:r w:rsidRPr="000C596E">
        <w:rPr>
          <w:rFonts w:cstheme="majorHAnsi"/>
          <w:sz w:val="18"/>
          <w:szCs w:val="18"/>
        </w:rPr>
        <w:t xml:space="preserve"> </w:t>
      </w:r>
      <w:proofErr w:type="spellStart"/>
      <w:r w:rsidRPr="000C596E">
        <w:rPr>
          <w:rFonts w:ascii="Sylfaen" w:hAnsi="Sylfaen" w:cs="Sylfaen"/>
          <w:sz w:val="18"/>
          <w:szCs w:val="18"/>
        </w:rPr>
        <w:t>კონკრეტულად</w:t>
      </w:r>
      <w:proofErr w:type="spellEnd"/>
      <w:r w:rsidRPr="000C596E">
        <w:rPr>
          <w:rFonts w:cstheme="majorHAnsi"/>
          <w:sz w:val="18"/>
          <w:szCs w:val="18"/>
        </w:rPr>
        <w:t xml:space="preserve"> </w:t>
      </w:r>
      <w:proofErr w:type="spellStart"/>
      <w:r w:rsidRPr="000C596E">
        <w:rPr>
          <w:rFonts w:ascii="Sylfaen" w:hAnsi="Sylfaen" w:cs="Sylfaen"/>
          <w:sz w:val="18"/>
          <w:szCs w:val="18"/>
        </w:rPr>
        <w:t>წინამდებარე</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ხელშეკრულებით</w:t>
      </w:r>
      <w:proofErr w:type="spellEnd"/>
      <w:r w:rsidRPr="000C596E">
        <w:rPr>
          <w:rFonts w:cstheme="majorHAnsi"/>
          <w:sz w:val="18"/>
          <w:szCs w:val="18"/>
        </w:rPr>
        <w:t xml:space="preserve"> </w:t>
      </w:r>
      <w:proofErr w:type="spellStart"/>
      <w:r w:rsidRPr="000C596E">
        <w:rPr>
          <w:rFonts w:ascii="Sylfaen" w:hAnsi="Sylfaen" w:cs="Sylfaen"/>
          <w:sz w:val="18"/>
          <w:szCs w:val="18"/>
        </w:rPr>
        <w:t>განსაზღვრული</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შესასრულებლად</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რომელთა</w:t>
      </w:r>
      <w:proofErr w:type="spellEnd"/>
      <w:r w:rsidRPr="000C596E">
        <w:rPr>
          <w:rFonts w:cstheme="majorHAnsi"/>
          <w:sz w:val="18"/>
          <w:szCs w:val="18"/>
        </w:rPr>
        <w:t xml:space="preserve"> </w:t>
      </w:r>
      <w:proofErr w:type="spellStart"/>
      <w:r w:rsidRPr="000C596E">
        <w:rPr>
          <w:rFonts w:ascii="Sylfaen" w:hAnsi="Sylfaen" w:cs="Sylfaen"/>
          <w:sz w:val="18"/>
          <w:szCs w:val="18"/>
        </w:rPr>
        <w:t>გამოყენებაც</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შეწყვეტის</w:t>
      </w:r>
      <w:proofErr w:type="spellEnd"/>
      <w:r w:rsidRPr="000C596E">
        <w:rPr>
          <w:rFonts w:cstheme="majorHAnsi"/>
          <w:sz w:val="18"/>
          <w:szCs w:val="18"/>
        </w:rPr>
        <w:t xml:space="preserve"> </w:t>
      </w:r>
      <w:proofErr w:type="spellStart"/>
      <w:r w:rsidRPr="000C596E">
        <w:rPr>
          <w:rFonts w:ascii="Sylfaen" w:hAnsi="Sylfaen" w:cs="Sylfaen"/>
          <w:sz w:val="18"/>
          <w:szCs w:val="18"/>
        </w:rPr>
        <w:t>მომენტისთვის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ჯერ</w:t>
      </w:r>
      <w:proofErr w:type="spellEnd"/>
      <w:r w:rsidRPr="000C596E">
        <w:rPr>
          <w:rFonts w:cstheme="majorHAnsi"/>
          <w:sz w:val="18"/>
          <w:szCs w:val="18"/>
        </w:rPr>
        <w:t xml:space="preserve"> </w:t>
      </w:r>
      <w:proofErr w:type="spellStart"/>
      <w:r w:rsidRPr="000C596E">
        <w:rPr>
          <w:rFonts w:ascii="Sylfaen" w:hAnsi="Sylfaen" w:cs="Sylfaen"/>
          <w:sz w:val="18"/>
          <w:szCs w:val="18"/>
        </w:rPr>
        <w:t>არ</w:t>
      </w:r>
      <w:proofErr w:type="spellEnd"/>
      <w:r w:rsidRPr="000C596E">
        <w:rPr>
          <w:rFonts w:cstheme="majorHAnsi"/>
          <w:sz w:val="18"/>
          <w:szCs w:val="18"/>
        </w:rPr>
        <w:t xml:space="preserve"> </w:t>
      </w:r>
      <w:proofErr w:type="spellStart"/>
      <w:r w:rsidRPr="000C596E">
        <w:rPr>
          <w:rFonts w:ascii="Sylfaen" w:hAnsi="Sylfaen" w:cs="Sylfaen"/>
          <w:sz w:val="18"/>
          <w:szCs w:val="18"/>
        </w:rPr>
        <w:t>მომხდარა</w:t>
      </w:r>
      <w:proofErr w:type="spellEnd"/>
      <w:r w:rsidRPr="000C596E">
        <w:rPr>
          <w:rFonts w:cstheme="majorHAnsi"/>
          <w:sz w:val="18"/>
          <w:szCs w:val="18"/>
        </w:rPr>
        <w:t xml:space="preserve"> </w:t>
      </w:r>
      <w:r w:rsidR="009939A6">
        <w:rPr>
          <w:rFonts w:ascii="Sylfaen" w:hAnsi="Sylfaen" w:cstheme="majorHAnsi"/>
          <w:sz w:val="18"/>
          <w:szCs w:val="18"/>
          <w:lang w:val="ka-GE"/>
        </w:rPr>
        <w:t>(</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დამკვეთისათვის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შესყიდული</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ავანსირებული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მასალების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შესყიდვის</w:t>
      </w:r>
      <w:proofErr w:type="spellEnd"/>
      <w:r w:rsidRPr="000C596E">
        <w:rPr>
          <w:rFonts w:cstheme="majorHAnsi"/>
          <w:sz w:val="18"/>
          <w:szCs w:val="18"/>
        </w:rPr>
        <w:t xml:space="preserve"> </w:t>
      </w:r>
      <w:proofErr w:type="spellStart"/>
      <w:r w:rsidRPr="000C596E">
        <w:rPr>
          <w:rFonts w:ascii="Sylfaen" w:hAnsi="Sylfaen" w:cs="Sylfaen"/>
          <w:sz w:val="18"/>
          <w:szCs w:val="18"/>
        </w:rPr>
        <w:t>დამადატურებელი</w:t>
      </w:r>
      <w:proofErr w:type="spellEnd"/>
      <w:r w:rsidRPr="000C596E">
        <w:rPr>
          <w:rFonts w:cstheme="majorHAnsi"/>
          <w:sz w:val="18"/>
          <w:szCs w:val="18"/>
        </w:rPr>
        <w:t xml:space="preserve"> </w:t>
      </w:r>
      <w:proofErr w:type="spellStart"/>
      <w:r w:rsidRPr="000C596E">
        <w:rPr>
          <w:rFonts w:ascii="Sylfaen" w:hAnsi="Sylfaen" w:cs="Sylfaen"/>
          <w:sz w:val="18"/>
          <w:szCs w:val="18"/>
        </w:rPr>
        <w:t>შესაბამისი</w:t>
      </w:r>
      <w:proofErr w:type="spellEnd"/>
      <w:r w:rsidRPr="000C596E">
        <w:rPr>
          <w:rFonts w:cstheme="majorHAnsi"/>
          <w:sz w:val="18"/>
          <w:szCs w:val="18"/>
        </w:rPr>
        <w:t xml:space="preserve"> </w:t>
      </w:r>
      <w:proofErr w:type="spellStart"/>
      <w:r w:rsidRPr="000C596E">
        <w:rPr>
          <w:rFonts w:ascii="Sylfaen" w:hAnsi="Sylfaen" w:cs="Sylfaen"/>
          <w:sz w:val="18"/>
          <w:szCs w:val="18"/>
        </w:rPr>
        <w:lastRenderedPageBreak/>
        <w:t>დოკუმენტ</w:t>
      </w:r>
      <w:proofErr w:type="spellEnd"/>
      <w:r w:rsidR="009939A6">
        <w:rPr>
          <w:rFonts w:ascii="Sylfaen" w:hAnsi="Sylfaen" w:cs="Sylfaen"/>
          <w:sz w:val="18"/>
          <w:szCs w:val="18"/>
          <w:lang w:val="ka-GE"/>
        </w:rPr>
        <w:t>(</w:t>
      </w:r>
      <w:proofErr w:type="spellStart"/>
      <w:r w:rsidRPr="000C596E">
        <w:rPr>
          <w:rFonts w:ascii="Sylfaen" w:hAnsi="Sylfaen" w:cs="Sylfaen"/>
          <w:sz w:val="18"/>
          <w:szCs w:val="18"/>
        </w:rPr>
        <w:t>ებ</w:t>
      </w:r>
      <w:proofErr w:type="spellEnd"/>
      <w:r w:rsidR="009939A6">
        <w:rPr>
          <w:rFonts w:ascii="Sylfaen" w:hAnsi="Sylfaen" w:cs="Sylfaen"/>
          <w:sz w:val="18"/>
          <w:szCs w:val="18"/>
          <w:lang w:val="ka-GE"/>
        </w:rPr>
        <w:t>)</w:t>
      </w:r>
      <w:proofErr w:type="spellStart"/>
      <w:r w:rsidRPr="000C596E">
        <w:rPr>
          <w:rFonts w:ascii="Sylfaen" w:hAnsi="Sylfaen" w:cs="Sylfaen"/>
          <w:sz w:val="18"/>
          <w:szCs w:val="18"/>
        </w:rPr>
        <w:t>ის</w:t>
      </w:r>
      <w:proofErr w:type="spellEnd"/>
      <w:r w:rsidRPr="000C596E">
        <w:rPr>
          <w:rFonts w:cstheme="majorHAnsi"/>
          <w:sz w:val="18"/>
          <w:szCs w:val="18"/>
        </w:rPr>
        <w:t xml:space="preserve"> </w:t>
      </w:r>
      <w:proofErr w:type="spellStart"/>
      <w:r w:rsidRPr="000C596E">
        <w:rPr>
          <w:rFonts w:ascii="Sylfaen" w:hAnsi="Sylfaen" w:cs="Sylfaen"/>
          <w:sz w:val="18"/>
          <w:szCs w:val="18"/>
        </w:rPr>
        <w:t>წარდგენის</w:t>
      </w:r>
      <w:proofErr w:type="spellEnd"/>
      <w:r w:rsidRPr="000C596E">
        <w:rPr>
          <w:rFonts w:cstheme="majorHAnsi"/>
          <w:sz w:val="18"/>
          <w:szCs w:val="18"/>
        </w:rPr>
        <w:t xml:space="preserve"> </w:t>
      </w:r>
      <w:proofErr w:type="spellStart"/>
      <w:r w:rsidRPr="000C596E">
        <w:rPr>
          <w:rFonts w:ascii="Sylfaen" w:hAnsi="Sylfaen" w:cs="Sylfaen"/>
          <w:sz w:val="18"/>
          <w:szCs w:val="18"/>
        </w:rPr>
        <w:t>საფუძველზე</w:t>
      </w:r>
      <w:proofErr w:type="spellEnd"/>
      <w:r w:rsidR="009939A6">
        <w:rPr>
          <w:rFonts w:ascii="Sylfaen" w:hAnsi="Sylfaen" w:cs="Sylfaen"/>
          <w:sz w:val="18"/>
          <w:szCs w:val="18"/>
          <w:lang w:val="ka-GE"/>
        </w:rPr>
        <w:t>)</w:t>
      </w:r>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ასეთი</w:t>
      </w:r>
      <w:proofErr w:type="spellEnd"/>
      <w:r w:rsidRPr="000C596E">
        <w:rPr>
          <w:rFonts w:cstheme="majorHAnsi"/>
          <w:sz w:val="18"/>
          <w:szCs w:val="18"/>
        </w:rPr>
        <w:t xml:space="preserve"> </w:t>
      </w:r>
      <w:proofErr w:type="spellStart"/>
      <w:r w:rsidRPr="000C596E">
        <w:rPr>
          <w:rFonts w:ascii="Sylfaen" w:hAnsi="Sylfaen" w:cs="Sylfaen"/>
          <w:sz w:val="18"/>
          <w:szCs w:val="18"/>
        </w:rPr>
        <w:t>ანაზღაურება</w:t>
      </w:r>
      <w:proofErr w:type="spellEnd"/>
      <w:r w:rsidRPr="000C596E">
        <w:rPr>
          <w:rFonts w:cstheme="majorHAnsi"/>
          <w:sz w:val="18"/>
          <w:szCs w:val="18"/>
        </w:rPr>
        <w:t xml:space="preserve"> </w:t>
      </w:r>
      <w:proofErr w:type="spellStart"/>
      <w:r w:rsidRPr="000C596E">
        <w:rPr>
          <w:rFonts w:ascii="Sylfaen" w:hAnsi="Sylfaen" w:cs="Sylfaen"/>
          <w:sz w:val="18"/>
          <w:szCs w:val="18"/>
        </w:rPr>
        <w:t>უნდა</w:t>
      </w:r>
      <w:proofErr w:type="spellEnd"/>
      <w:r w:rsidRPr="000C596E">
        <w:rPr>
          <w:rFonts w:cstheme="majorHAnsi"/>
          <w:sz w:val="18"/>
          <w:szCs w:val="18"/>
        </w:rPr>
        <w:t xml:space="preserve"> </w:t>
      </w:r>
      <w:proofErr w:type="spellStart"/>
      <w:r w:rsidRPr="000C596E">
        <w:rPr>
          <w:rFonts w:ascii="Sylfaen" w:hAnsi="Sylfaen" w:cs="Sylfaen"/>
          <w:sz w:val="18"/>
          <w:szCs w:val="18"/>
        </w:rPr>
        <w:t>განხორციელდეს</w:t>
      </w:r>
      <w:proofErr w:type="spellEnd"/>
      <w:r w:rsidRPr="000C596E">
        <w:rPr>
          <w:rFonts w:cstheme="majorHAnsi"/>
          <w:sz w:val="18"/>
          <w:szCs w:val="18"/>
        </w:rPr>
        <w:t xml:space="preserve"> </w:t>
      </w:r>
      <w:proofErr w:type="spellStart"/>
      <w:r w:rsidRPr="000C596E">
        <w:rPr>
          <w:rFonts w:ascii="Sylfaen" w:hAnsi="Sylfaen" w:cs="Sylfaen"/>
          <w:sz w:val="18"/>
          <w:szCs w:val="18"/>
        </w:rPr>
        <w:t>ხელშეკრულების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შეწყვეტიდან</w:t>
      </w:r>
      <w:proofErr w:type="spellEnd"/>
      <w:r w:rsidRPr="000C596E">
        <w:rPr>
          <w:rFonts w:cstheme="majorHAnsi"/>
          <w:sz w:val="18"/>
          <w:szCs w:val="18"/>
        </w:rPr>
        <w:t xml:space="preserve"> - 20 </w:t>
      </w:r>
      <w:r w:rsidR="009939A6">
        <w:rPr>
          <w:rFonts w:ascii="Sylfaen" w:hAnsi="Sylfaen" w:cstheme="majorHAnsi"/>
          <w:sz w:val="18"/>
          <w:szCs w:val="18"/>
          <w:lang w:val="ka-GE"/>
        </w:rPr>
        <w:t>(</w:t>
      </w:r>
      <w:proofErr w:type="spellStart"/>
      <w:r w:rsidRPr="000C596E">
        <w:rPr>
          <w:rFonts w:ascii="Sylfaen" w:hAnsi="Sylfaen" w:cs="Sylfaen"/>
          <w:sz w:val="18"/>
          <w:szCs w:val="18"/>
        </w:rPr>
        <w:t>ოცი</w:t>
      </w:r>
      <w:proofErr w:type="spellEnd"/>
      <w:r w:rsidR="009939A6">
        <w:rPr>
          <w:rFonts w:ascii="Sylfaen" w:hAnsi="Sylfaen" w:cs="Sylfaen"/>
          <w:sz w:val="18"/>
          <w:szCs w:val="18"/>
          <w:lang w:val="ka-GE"/>
        </w:rPr>
        <w:t xml:space="preserve">) </w:t>
      </w:r>
      <w:proofErr w:type="spellStart"/>
      <w:r w:rsidRPr="000C596E">
        <w:rPr>
          <w:rFonts w:ascii="Sylfaen" w:hAnsi="Sylfaen" w:cs="Sylfaen"/>
          <w:sz w:val="18"/>
          <w:szCs w:val="18"/>
        </w:rPr>
        <w:t>სამუშაო</w:t>
      </w:r>
      <w:proofErr w:type="spellEnd"/>
      <w:r w:rsidRPr="000C596E">
        <w:rPr>
          <w:rFonts w:cstheme="majorHAnsi"/>
          <w:sz w:val="18"/>
          <w:szCs w:val="18"/>
        </w:rPr>
        <w:t xml:space="preserve"> </w:t>
      </w:r>
      <w:proofErr w:type="spellStart"/>
      <w:r w:rsidRPr="000C596E">
        <w:rPr>
          <w:rFonts w:ascii="Sylfaen" w:hAnsi="Sylfaen" w:cs="Sylfaen"/>
          <w:sz w:val="18"/>
          <w:szCs w:val="18"/>
        </w:rPr>
        <w:t>დღის</w:t>
      </w:r>
      <w:proofErr w:type="spellEnd"/>
      <w:r w:rsidRPr="000C596E">
        <w:rPr>
          <w:rFonts w:cstheme="majorHAnsi"/>
          <w:sz w:val="18"/>
          <w:szCs w:val="18"/>
        </w:rPr>
        <w:t xml:space="preserve"> </w:t>
      </w:r>
      <w:proofErr w:type="spellStart"/>
      <w:r w:rsidRPr="000C596E">
        <w:rPr>
          <w:rFonts w:ascii="Sylfaen" w:hAnsi="Sylfaen" w:cs="Sylfaen"/>
          <w:sz w:val="18"/>
          <w:szCs w:val="18"/>
        </w:rPr>
        <w:t>ვადაში</w:t>
      </w:r>
      <w:proofErr w:type="spellEnd"/>
      <w:r w:rsidRPr="000C596E">
        <w:rPr>
          <w:rFonts w:cstheme="majorHAnsi"/>
          <w:sz w:val="18"/>
          <w:szCs w:val="18"/>
        </w:rPr>
        <w:t xml:space="preserve">, </w:t>
      </w:r>
      <w:proofErr w:type="spellStart"/>
      <w:r w:rsidRPr="000C596E">
        <w:rPr>
          <w:rFonts w:ascii="Sylfaen" w:hAnsi="Sylfaen" w:cs="Sylfaen"/>
          <w:sz w:val="18"/>
          <w:szCs w:val="18"/>
        </w:rPr>
        <w:t>იმ</w:t>
      </w:r>
      <w:proofErr w:type="spellEnd"/>
      <w:r w:rsidRPr="000C596E">
        <w:rPr>
          <w:rFonts w:cstheme="majorHAnsi"/>
          <w:sz w:val="18"/>
          <w:szCs w:val="18"/>
        </w:rPr>
        <w:t xml:space="preserve"> </w:t>
      </w:r>
      <w:proofErr w:type="spellStart"/>
      <w:r w:rsidRPr="000C596E">
        <w:rPr>
          <w:rFonts w:ascii="Sylfaen" w:hAnsi="Sylfaen" w:cs="Sylfaen"/>
          <w:sz w:val="18"/>
          <w:szCs w:val="18"/>
        </w:rPr>
        <w:t>პირობით</w:t>
      </w:r>
      <w:proofErr w:type="spellEnd"/>
      <w:r w:rsidRPr="000C596E">
        <w:rPr>
          <w:rFonts w:cstheme="majorHAnsi"/>
          <w:sz w:val="18"/>
          <w:szCs w:val="18"/>
        </w:rPr>
        <w:t xml:space="preserve"> </w:t>
      </w:r>
      <w:proofErr w:type="spellStart"/>
      <w:r w:rsidRPr="000C596E">
        <w:rPr>
          <w:rFonts w:ascii="Sylfaen" w:hAnsi="Sylfaen" w:cs="Sylfaen"/>
          <w:sz w:val="18"/>
          <w:szCs w:val="18"/>
        </w:rPr>
        <w:t>რომ</w:t>
      </w:r>
      <w:proofErr w:type="spellEnd"/>
      <w:r w:rsidRPr="000C596E">
        <w:rPr>
          <w:rFonts w:cstheme="majorHAnsi"/>
          <w:sz w:val="18"/>
          <w:szCs w:val="18"/>
        </w:rPr>
        <w:t xml:space="preserve"> </w:t>
      </w:r>
      <w:r w:rsidR="009939A6">
        <w:rPr>
          <w:rFonts w:ascii="Sylfaen" w:hAnsi="Sylfaen" w:cs="Sylfaen"/>
          <w:sz w:val="18"/>
          <w:szCs w:val="18"/>
          <w:lang w:val="ka-GE"/>
        </w:rPr>
        <w:t xml:space="preserve">მენარდეს </w:t>
      </w:r>
      <w:proofErr w:type="spellStart"/>
      <w:r w:rsidRPr="000C596E">
        <w:rPr>
          <w:rFonts w:ascii="Sylfaen" w:hAnsi="Sylfaen" w:cs="Sylfaen"/>
          <w:sz w:val="18"/>
          <w:szCs w:val="18"/>
        </w:rPr>
        <w:t>დამკვეთისათვის</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გადახდილი</w:t>
      </w:r>
      <w:proofErr w:type="spellEnd"/>
      <w:r w:rsidRPr="000C596E">
        <w:rPr>
          <w:rFonts w:cstheme="majorHAnsi"/>
          <w:sz w:val="18"/>
          <w:szCs w:val="18"/>
        </w:rPr>
        <w:t xml:space="preserve"> </w:t>
      </w:r>
      <w:proofErr w:type="spellStart"/>
      <w:r w:rsidRPr="000C596E">
        <w:rPr>
          <w:rFonts w:ascii="Sylfaen" w:hAnsi="Sylfaen" w:cs="Sylfaen"/>
          <w:sz w:val="18"/>
          <w:szCs w:val="18"/>
        </w:rPr>
        <w:t>ექნება</w:t>
      </w:r>
      <w:proofErr w:type="spellEnd"/>
      <w:r w:rsidRPr="000C596E">
        <w:rPr>
          <w:rFonts w:cstheme="majorHAnsi"/>
          <w:sz w:val="18"/>
          <w:szCs w:val="18"/>
        </w:rPr>
        <w:t xml:space="preserve"> </w:t>
      </w:r>
      <w:proofErr w:type="spellStart"/>
      <w:r w:rsidRPr="000C596E">
        <w:rPr>
          <w:rFonts w:ascii="Sylfaen" w:hAnsi="Sylfaen" w:cs="Sylfaen"/>
          <w:sz w:val="18"/>
          <w:szCs w:val="18"/>
        </w:rPr>
        <w:t>ამ</w:t>
      </w:r>
      <w:proofErr w:type="spellEnd"/>
      <w:r w:rsidRPr="000C596E">
        <w:rPr>
          <w:rFonts w:cstheme="majorHAnsi"/>
          <w:sz w:val="18"/>
          <w:szCs w:val="18"/>
        </w:rPr>
        <w:t xml:space="preserve"> </w:t>
      </w:r>
      <w:proofErr w:type="spellStart"/>
      <w:r w:rsidRPr="000C596E">
        <w:rPr>
          <w:rFonts w:ascii="Sylfaen" w:hAnsi="Sylfaen" w:cs="Sylfaen"/>
          <w:sz w:val="18"/>
          <w:szCs w:val="18"/>
        </w:rPr>
        <w:t>მუხლით</w:t>
      </w:r>
      <w:proofErr w:type="spellEnd"/>
      <w:r w:rsidRPr="000C596E">
        <w:rPr>
          <w:rFonts w:cstheme="majorHAnsi"/>
          <w:sz w:val="18"/>
          <w:szCs w:val="18"/>
        </w:rPr>
        <w:t xml:space="preserve"> </w:t>
      </w:r>
      <w:r w:rsidR="009939A6">
        <w:rPr>
          <w:rFonts w:ascii="Sylfaen" w:hAnsi="Sylfaen" w:cstheme="majorHAnsi"/>
          <w:sz w:val="18"/>
          <w:szCs w:val="18"/>
          <w:lang w:val="ka-GE"/>
        </w:rPr>
        <w:t>(</w:t>
      </w:r>
      <w:r w:rsidR="00D94046">
        <w:rPr>
          <w:rFonts w:ascii="Sylfaen" w:hAnsi="Sylfaen" w:cstheme="majorHAnsi"/>
          <w:sz w:val="18"/>
          <w:szCs w:val="18"/>
          <w:lang w:val="ka-GE"/>
        </w:rPr>
        <w:t>9</w:t>
      </w:r>
      <w:r w:rsidRPr="000C596E">
        <w:rPr>
          <w:rFonts w:cstheme="majorHAnsi"/>
          <w:sz w:val="18"/>
          <w:szCs w:val="18"/>
        </w:rPr>
        <w:t>.10</w:t>
      </w:r>
      <w:r w:rsidR="009939A6">
        <w:rPr>
          <w:rFonts w:ascii="Sylfaen" w:hAnsi="Sylfaen" w:cstheme="majorHAnsi"/>
          <w:sz w:val="18"/>
          <w:szCs w:val="18"/>
          <w:lang w:val="ka-GE"/>
        </w:rPr>
        <w:t xml:space="preserve">) </w:t>
      </w:r>
      <w:proofErr w:type="spellStart"/>
      <w:r w:rsidRPr="000C596E">
        <w:rPr>
          <w:rFonts w:ascii="Sylfaen" w:hAnsi="Sylfaen" w:cs="Sylfaen"/>
          <w:sz w:val="18"/>
          <w:szCs w:val="18"/>
        </w:rPr>
        <w:t>გათვალისწინებული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ჯარიმა</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ანაზღაურებული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მენარდის</w:t>
      </w:r>
      <w:proofErr w:type="spellEnd"/>
      <w:r w:rsidRPr="000C596E">
        <w:rPr>
          <w:rFonts w:cstheme="majorHAnsi"/>
          <w:sz w:val="18"/>
          <w:szCs w:val="18"/>
        </w:rPr>
        <w:t xml:space="preserve"> </w:t>
      </w:r>
      <w:proofErr w:type="spellStart"/>
      <w:r w:rsidRPr="000C596E">
        <w:rPr>
          <w:rFonts w:ascii="Sylfaen" w:hAnsi="Sylfaen" w:cs="Sylfaen"/>
          <w:sz w:val="18"/>
          <w:szCs w:val="18"/>
        </w:rPr>
        <w:t>მიერ</w:t>
      </w:r>
      <w:proofErr w:type="spellEnd"/>
      <w:r w:rsidRPr="000C596E">
        <w:rPr>
          <w:rFonts w:cstheme="majorHAnsi"/>
          <w:sz w:val="18"/>
          <w:szCs w:val="18"/>
        </w:rPr>
        <w:t xml:space="preserve"> </w:t>
      </w:r>
      <w:proofErr w:type="spellStart"/>
      <w:r w:rsidRPr="000C596E">
        <w:rPr>
          <w:rFonts w:ascii="Sylfaen" w:hAnsi="Sylfaen" w:cs="Sylfaen"/>
          <w:sz w:val="18"/>
          <w:szCs w:val="18"/>
        </w:rPr>
        <w:t>სამუშაოს</w:t>
      </w:r>
      <w:proofErr w:type="spellEnd"/>
      <w:r w:rsidRPr="000C596E">
        <w:rPr>
          <w:rFonts w:cstheme="majorHAnsi"/>
          <w:sz w:val="18"/>
          <w:szCs w:val="18"/>
        </w:rPr>
        <w:t xml:space="preserve"> </w:t>
      </w:r>
      <w:proofErr w:type="spellStart"/>
      <w:r w:rsidRPr="000C596E">
        <w:rPr>
          <w:rFonts w:ascii="Sylfaen" w:hAnsi="Sylfaen" w:cs="Sylfaen"/>
          <w:sz w:val="18"/>
          <w:szCs w:val="18"/>
        </w:rPr>
        <w:t>შესრულებისათვის</w:t>
      </w:r>
      <w:proofErr w:type="spellEnd"/>
      <w:r w:rsidR="009939A6">
        <w:rPr>
          <w:rFonts w:ascii="Sylfaen" w:hAnsi="Sylfaen" w:cs="Sylfaen"/>
          <w:sz w:val="18"/>
          <w:szCs w:val="18"/>
          <w:lang w:val="ka-GE"/>
        </w:rPr>
        <w:t xml:space="preserve"> </w:t>
      </w:r>
      <w:proofErr w:type="spellStart"/>
      <w:r w:rsidRPr="000C596E">
        <w:rPr>
          <w:rFonts w:ascii="Sylfaen" w:hAnsi="Sylfaen" w:cs="Sylfaen"/>
          <w:sz w:val="18"/>
          <w:szCs w:val="18"/>
        </w:rPr>
        <w:t>შესყიდული</w:t>
      </w:r>
      <w:proofErr w:type="spellEnd"/>
      <w:r w:rsidRPr="000C596E">
        <w:rPr>
          <w:rFonts w:cstheme="majorHAnsi"/>
          <w:sz w:val="18"/>
          <w:szCs w:val="18"/>
        </w:rPr>
        <w:t xml:space="preserve"> </w:t>
      </w:r>
      <w:proofErr w:type="spellStart"/>
      <w:r w:rsidRPr="000C596E">
        <w:rPr>
          <w:rFonts w:ascii="Sylfaen" w:hAnsi="Sylfaen" w:cs="Sylfaen"/>
          <w:sz w:val="18"/>
          <w:szCs w:val="18"/>
        </w:rPr>
        <w:t>ან</w:t>
      </w:r>
      <w:proofErr w:type="spellEnd"/>
      <w:r w:rsidRPr="000C596E">
        <w:rPr>
          <w:rFonts w:cstheme="majorHAnsi"/>
          <w:sz w:val="18"/>
          <w:szCs w:val="18"/>
        </w:rPr>
        <w:t>/</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ავანსირებული</w:t>
      </w:r>
      <w:proofErr w:type="spellEnd"/>
      <w:r w:rsidRPr="000C596E">
        <w:rPr>
          <w:rFonts w:cstheme="majorHAnsi"/>
          <w:sz w:val="18"/>
          <w:szCs w:val="18"/>
        </w:rPr>
        <w:t xml:space="preserve"> </w:t>
      </w:r>
      <w:proofErr w:type="spellStart"/>
      <w:r w:rsidRPr="000C596E">
        <w:rPr>
          <w:rFonts w:ascii="Sylfaen" w:hAnsi="Sylfaen" w:cs="Sylfaen"/>
          <w:sz w:val="18"/>
          <w:szCs w:val="18"/>
        </w:rPr>
        <w:t>მასალები</w:t>
      </w:r>
      <w:proofErr w:type="spellEnd"/>
      <w:r w:rsidRPr="000C596E">
        <w:rPr>
          <w:rFonts w:cstheme="majorHAnsi"/>
          <w:sz w:val="18"/>
          <w:szCs w:val="18"/>
        </w:rPr>
        <w:t xml:space="preserve"> </w:t>
      </w:r>
      <w:proofErr w:type="spellStart"/>
      <w:r w:rsidRPr="000C596E">
        <w:rPr>
          <w:rFonts w:ascii="Sylfaen" w:hAnsi="Sylfaen" w:cs="Sylfaen"/>
          <w:sz w:val="18"/>
          <w:szCs w:val="18"/>
        </w:rPr>
        <w:t>გადაეცემა</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დამკვეთს</w:t>
      </w:r>
      <w:proofErr w:type="spellEnd"/>
      <w:r w:rsidRPr="000C596E">
        <w:rPr>
          <w:rFonts w:cstheme="majorHAnsi"/>
          <w:sz w:val="18"/>
          <w:szCs w:val="18"/>
        </w:rPr>
        <w:t xml:space="preserve"> </w:t>
      </w:r>
      <w:proofErr w:type="spellStart"/>
      <w:r w:rsidRPr="000C596E">
        <w:rPr>
          <w:rFonts w:ascii="Sylfaen" w:hAnsi="Sylfaen" w:cs="Sylfaen"/>
          <w:sz w:val="18"/>
          <w:szCs w:val="18"/>
        </w:rPr>
        <w:t>და</w:t>
      </w:r>
      <w:proofErr w:type="spellEnd"/>
      <w:r w:rsidRPr="000C596E">
        <w:rPr>
          <w:rFonts w:cstheme="majorHAnsi"/>
          <w:sz w:val="18"/>
          <w:szCs w:val="18"/>
        </w:rPr>
        <w:t xml:space="preserve"> </w:t>
      </w:r>
      <w:proofErr w:type="spellStart"/>
      <w:r w:rsidRPr="000C596E">
        <w:rPr>
          <w:rFonts w:ascii="Sylfaen" w:hAnsi="Sylfaen" w:cs="Sylfaen"/>
          <w:sz w:val="18"/>
          <w:szCs w:val="18"/>
        </w:rPr>
        <w:t>მათზე</w:t>
      </w:r>
      <w:proofErr w:type="spellEnd"/>
      <w:r w:rsidRPr="000C596E">
        <w:rPr>
          <w:rFonts w:cstheme="majorHAnsi"/>
          <w:sz w:val="18"/>
          <w:szCs w:val="18"/>
        </w:rPr>
        <w:t xml:space="preserve"> </w:t>
      </w:r>
      <w:proofErr w:type="spellStart"/>
      <w:r w:rsidRPr="000C596E">
        <w:rPr>
          <w:rFonts w:ascii="Sylfaen" w:hAnsi="Sylfaen" w:cs="Sylfaen"/>
          <w:sz w:val="18"/>
          <w:szCs w:val="18"/>
        </w:rPr>
        <w:t>წარმოიშობა</w:t>
      </w:r>
      <w:proofErr w:type="spellEnd"/>
      <w:r w:rsidRPr="000C596E">
        <w:rPr>
          <w:rFonts w:cstheme="majorHAnsi"/>
          <w:sz w:val="18"/>
          <w:szCs w:val="18"/>
        </w:rPr>
        <w:t xml:space="preserve"> </w:t>
      </w:r>
      <w:proofErr w:type="spellStart"/>
      <w:r w:rsidRPr="000C596E">
        <w:rPr>
          <w:rFonts w:ascii="Sylfaen" w:hAnsi="Sylfaen" w:cs="Sylfaen"/>
          <w:sz w:val="18"/>
          <w:szCs w:val="18"/>
        </w:rPr>
        <w:t>დამკვეთის</w:t>
      </w:r>
      <w:proofErr w:type="spellEnd"/>
      <w:r w:rsidRPr="000C596E">
        <w:rPr>
          <w:rFonts w:cstheme="majorHAnsi"/>
          <w:sz w:val="18"/>
          <w:szCs w:val="18"/>
        </w:rPr>
        <w:t xml:space="preserve"> </w:t>
      </w:r>
      <w:proofErr w:type="spellStart"/>
      <w:r w:rsidRPr="000C596E">
        <w:rPr>
          <w:rFonts w:ascii="Sylfaen" w:hAnsi="Sylfaen" w:cs="Sylfaen"/>
          <w:sz w:val="18"/>
          <w:szCs w:val="18"/>
        </w:rPr>
        <w:t>საკუთრების</w:t>
      </w:r>
      <w:proofErr w:type="spellEnd"/>
      <w:r w:rsidRPr="000C596E">
        <w:rPr>
          <w:rFonts w:cstheme="majorHAnsi"/>
          <w:sz w:val="18"/>
          <w:szCs w:val="18"/>
        </w:rPr>
        <w:t xml:space="preserve"> </w:t>
      </w:r>
      <w:proofErr w:type="spellStart"/>
      <w:r w:rsidRPr="000C596E">
        <w:rPr>
          <w:rFonts w:ascii="Sylfaen" w:hAnsi="Sylfaen" w:cs="Sylfaen"/>
          <w:sz w:val="18"/>
          <w:szCs w:val="18"/>
        </w:rPr>
        <w:t>უფლება</w:t>
      </w:r>
      <w:proofErr w:type="spellEnd"/>
      <w:r w:rsidRPr="000C596E">
        <w:rPr>
          <w:rFonts w:cstheme="majorHAnsi"/>
          <w:sz w:val="18"/>
          <w:szCs w:val="18"/>
        </w:rPr>
        <w:t>.</w:t>
      </w:r>
    </w:p>
    <w:p w14:paraId="3A083888" w14:textId="430914AD" w:rsidR="004B6084" w:rsidRPr="009939A6" w:rsidRDefault="00A74260" w:rsidP="00185C20">
      <w:pPr>
        <w:pStyle w:val="ListParagraph"/>
        <w:numPr>
          <w:ilvl w:val="1"/>
          <w:numId w:val="13"/>
        </w:numPr>
        <w:jc w:val="both"/>
        <w:rPr>
          <w:rFonts w:ascii="Sylfaen" w:hAnsi="Sylfaen" w:cs="Sylfaen"/>
          <w:sz w:val="18"/>
          <w:szCs w:val="18"/>
        </w:rPr>
      </w:pPr>
      <w:proofErr w:type="spellStart"/>
      <w:r w:rsidRPr="000C596E">
        <w:rPr>
          <w:rFonts w:ascii="Sylfaen" w:hAnsi="Sylfaen" w:cs="Sylfaen"/>
          <w:sz w:val="18"/>
          <w:szCs w:val="18"/>
        </w:rPr>
        <w:t>წინამდებარე</w:t>
      </w:r>
      <w:proofErr w:type="spellEnd"/>
      <w:r w:rsidRPr="009939A6">
        <w:rPr>
          <w:rFonts w:ascii="Sylfaen" w:hAnsi="Sylfaen" w:cs="Sylfaen"/>
          <w:sz w:val="18"/>
          <w:szCs w:val="18"/>
        </w:rPr>
        <w:t xml:space="preserve"> </w:t>
      </w:r>
      <w:proofErr w:type="spellStart"/>
      <w:r w:rsidRPr="000C596E">
        <w:rPr>
          <w:rFonts w:ascii="Sylfaen" w:hAnsi="Sylfaen" w:cs="Sylfaen"/>
          <w:sz w:val="18"/>
          <w:szCs w:val="18"/>
        </w:rPr>
        <w:t>ხელშეკრულების</w:t>
      </w:r>
      <w:proofErr w:type="spellEnd"/>
      <w:r w:rsidRPr="009939A6">
        <w:rPr>
          <w:rFonts w:ascii="Sylfaen" w:hAnsi="Sylfaen" w:cs="Sylfaen"/>
          <w:sz w:val="18"/>
          <w:szCs w:val="18"/>
        </w:rPr>
        <w:t xml:space="preserve"> </w:t>
      </w:r>
      <w:r w:rsidR="0020004C">
        <w:rPr>
          <w:rFonts w:ascii="Sylfaen" w:hAnsi="Sylfaen" w:cs="Sylfaen"/>
          <w:sz w:val="18"/>
          <w:szCs w:val="18"/>
          <w:lang w:val="ka-GE"/>
        </w:rPr>
        <w:t>3.3.19.</w:t>
      </w:r>
      <w:r w:rsidRPr="009939A6">
        <w:rPr>
          <w:rFonts w:ascii="Sylfaen" w:hAnsi="Sylfaen" w:cs="Sylfaen"/>
          <w:sz w:val="18"/>
          <w:szCs w:val="18"/>
        </w:rPr>
        <w:t xml:space="preserve"> </w:t>
      </w:r>
      <w:proofErr w:type="spellStart"/>
      <w:r w:rsidRPr="000C596E">
        <w:rPr>
          <w:rFonts w:ascii="Sylfaen" w:hAnsi="Sylfaen" w:cs="Sylfaen"/>
          <w:sz w:val="18"/>
          <w:szCs w:val="18"/>
        </w:rPr>
        <w:t>მუხლით</w:t>
      </w:r>
      <w:proofErr w:type="spellEnd"/>
      <w:r w:rsidRPr="009939A6">
        <w:rPr>
          <w:rFonts w:ascii="Sylfaen" w:hAnsi="Sylfaen" w:cs="Sylfaen"/>
          <w:sz w:val="18"/>
          <w:szCs w:val="18"/>
        </w:rPr>
        <w:t xml:space="preserve"> </w:t>
      </w:r>
      <w:proofErr w:type="spellStart"/>
      <w:r w:rsidRPr="000C596E">
        <w:rPr>
          <w:rFonts w:ascii="Sylfaen" w:hAnsi="Sylfaen" w:cs="Sylfaen"/>
          <w:sz w:val="18"/>
          <w:szCs w:val="18"/>
        </w:rPr>
        <w:t>გათვალისწინებული</w:t>
      </w:r>
      <w:proofErr w:type="spellEnd"/>
      <w:r w:rsidRPr="009939A6">
        <w:rPr>
          <w:rFonts w:ascii="Sylfaen" w:hAnsi="Sylfaen" w:cs="Sylfaen"/>
          <w:sz w:val="18"/>
          <w:szCs w:val="18"/>
        </w:rPr>
        <w:t xml:space="preserve"> </w:t>
      </w:r>
      <w:proofErr w:type="spellStart"/>
      <w:r w:rsidRPr="000C596E">
        <w:rPr>
          <w:rFonts w:ascii="Sylfaen" w:hAnsi="Sylfaen" w:cs="Sylfaen"/>
          <w:sz w:val="18"/>
          <w:szCs w:val="18"/>
        </w:rPr>
        <w:t>ვალდებულების</w:t>
      </w:r>
      <w:proofErr w:type="spellEnd"/>
      <w:r w:rsidRPr="009939A6">
        <w:rPr>
          <w:rFonts w:ascii="Sylfaen" w:hAnsi="Sylfaen" w:cs="Sylfaen"/>
          <w:sz w:val="18"/>
          <w:szCs w:val="18"/>
        </w:rPr>
        <w:t xml:space="preserve"> </w:t>
      </w:r>
      <w:proofErr w:type="spellStart"/>
      <w:r w:rsidRPr="000C596E">
        <w:rPr>
          <w:rFonts w:ascii="Sylfaen" w:hAnsi="Sylfaen" w:cs="Sylfaen"/>
          <w:sz w:val="18"/>
          <w:szCs w:val="18"/>
        </w:rPr>
        <w:t>დარღვევის</w:t>
      </w:r>
      <w:proofErr w:type="spellEnd"/>
      <w:r w:rsidRPr="009939A6">
        <w:rPr>
          <w:rFonts w:ascii="Sylfaen" w:hAnsi="Sylfaen" w:cs="Sylfaen"/>
          <w:sz w:val="18"/>
          <w:szCs w:val="18"/>
        </w:rPr>
        <w:t xml:space="preserve"> </w:t>
      </w:r>
      <w:proofErr w:type="spellStart"/>
      <w:r w:rsidRPr="000C596E">
        <w:rPr>
          <w:rFonts w:ascii="Sylfaen" w:hAnsi="Sylfaen" w:cs="Sylfaen"/>
          <w:sz w:val="18"/>
          <w:szCs w:val="18"/>
        </w:rPr>
        <w:t>თითოეულ</w:t>
      </w:r>
      <w:proofErr w:type="spellEnd"/>
      <w:r w:rsidRPr="009939A6">
        <w:rPr>
          <w:rFonts w:ascii="Sylfaen" w:hAnsi="Sylfaen" w:cs="Sylfaen"/>
          <w:sz w:val="18"/>
          <w:szCs w:val="18"/>
        </w:rPr>
        <w:t xml:space="preserve"> </w:t>
      </w:r>
      <w:proofErr w:type="spellStart"/>
      <w:r w:rsidRPr="000C596E">
        <w:rPr>
          <w:rFonts w:ascii="Sylfaen" w:hAnsi="Sylfaen" w:cs="Sylfaen"/>
          <w:sz w:val="18"/>
          <w:szCs w:val="18"/>
        </w:rPr>
        <w:t>ფაქტზე</w:t>
      </w:r>
      <w:proofErr w:type="spellEnd"/>
      <w:r w:rsidR="009939A6">
        <w:rPr>
          <w:rFonts w:ascii="Sylfaen" w:hAnsi="Sylfaen" w:cs="Sylfaen"/>
          <w:sz w:val="18"/>
          <w:szCs w:val="18"/>
          <w:lang w:val="ka-GE"/>
        </w:rPr>
        <w:t xml:space="preserve"> მენარდეს </w:t>
      </w:r>
      <w:proofErr w:type="spellStart"/>
      <w:r w:rsidRPr="000C596E">
        <w:rPr>
          <w:rFonts w:ascii="Sylfaen" w:hAnsi="Sylfaen" w:cs="Sylfaen"/>
          <w:sz w:val="18"/>
          <w:szCs w:val="18"/>
        </w:rPr>
        <w:t>დაეკისრება</w:t>
      </w:r>
      <w:proofErr w:type="spellEnd"/>
      <w:r w:rsidRPr="009939A6">
        <w:rPr>
          <w:rFonts w:ascii="Sylfaen" w:hAnsi="Sylfaen" w:cs="Sylfaen"/>
          <w:sz w:val="18"/>
          <w:szCs w:val="18"/>
        </w:rPr>
        <w:t xml:space="preserve"> </w:t>
      </w:r>
      <w:proofErr w:type="spellStart"/>
      <w:r w:rsidRPr="000C596E">
        <w:rPr>
          <w:rFonts w:ascii="Sylfaen" w:hAnsi="Sylfaen" w:cs="Sylfaen"/>
          <w:sz w:val="18"/>
          <w:szCs w:val="18"/>
        </w:rPr>
        <w:t>ჯარიმა</w:t>
      </w:r>
      <w:proofErr w:type="spellEnd"/>
      <w:r w:rsidR="009939A6">
        <w:rPr>
          <w:rFonts w:ascii="Sylfaen" w:hAnsi="Sylfaen" w:cs="Sylfaen"/>
          <w:sz w:val="18"/>
          <w:szCs w:val="18"/>
          <w:lang w:val="ka-GE"/>
        </w:rPr>
        <w:t xml:space="preserve"> </w:t>
      </w:r>
      <w:r w:rsidRPr="009939A6">
        <w:rPr>
          <w:rFonts w:ascii="Sylfaen" w:hAnsi="Sylfaen" w:cs="Sylfaen"/>
          <w:sz w:val="18"/>
          <w:szCs w:val="18"/>
        </w:rPr>
        <w:t>-</w:t>
      </w:r>
      <w:r w:rsidR="009939A6">
        <w:rPr>
          <w:rFonts w:ascii="Sylfaen" w:hAnsi="Sylfaen" w:cs="Sylfaen"/>
          <w:sz w:val="18"/>
          <w:szCs w:val="18"/>
          <w:lang w:val="ka-GE"/>
        </w:rPr>
        <w:t xml:space="preserve"> </w:t>
      </w:r>
      <w:r w:rsidRPr="009939A6">
        <w:rPr>
          <w:rFonts w:ascii="Sylfaen" w:hAnsi="Sylfaen" w:cs="Sylfaen"/>
          <w:sz w:val="18"/>
          <w:szCs w:val="18"/>
        </w:rPr>
        <w:t>1 000 (</w:t>
      </w:r>
      <w:proofErr w:type="spellStart"/>
      <w:r w:rsidRPr="000C596E">
        <w:rPr>
          <w:rFonts w:ascii="Sylfaen" w:hAnsi="Sylfaen" w:cs="Sylfaen"/>
          <w:sz w:val="18"/>
          <w:szCs w:val="18"/>
        </w:rPr>
        <w:t>ათასი</w:t>
      </w:r>
      <w:proofErr w:type="spellEnd"/>
      <w:r w:rsidRPr="009939A6">
        <w:rPr>
          <w:rFonts w:ascii="Sylfaen" w:hAnsi="Sylfaen" w:cs="Sylfaen"/>
          <w:sz w:val="18"/>
          <w:szCs w:val="18"/>
        </w:rPr>
        <w:t xml:space="preserve">) </w:t>
      </w:r>
      <w:proofErr w:type="spellStart"/>
      <w:r w:rsidRPr="000C596E">
        <w:rPr>
          <w:rFonts w:ascii="Sylfaen" w:hAnsi="Sylfaen" w:cs="Sylfaen"/>
          <w:sz w:val="18"/>
          <w:szCs w:val="18"/>
        </w:rPr>
        <w:t>ლარის</w:t>
      </w:r>
      <w:proofErr w:type="spellEnd"/>
      <w:r w:rsidRPr="009939A6">
        <w:rPr>
          <w:rFonts w:ascii="Sylfaen" w:hAnsi="Sylfaen" w:cs="Sylfaen"/>
          <w:sz w:val="18"/>
          <w:szCs w:val="18"/>
        </w:rPr>
        <w:t xml:space="preserve"> </w:t>
      </w:r>
      <w:proofErr w:type="spellStart"/>
      <w:r w:rsidRPr="000C596E">
        <w:rPr>
          <w:rFonts w:ascii="Sylfaen" w:hAnsi="Sylfaen" w:cs="Sylfaen"/>
          <w:sz w:val="18"/>
          <w:szCs w:val="18"/>
        </w:rPr>
        <w:t>ოდენობით</w:t>
      </w:r>
      <w:proofErr w:type="spellEnd"/>
      <w:r w:rsidRPr="009939A6">
        <w:rPr>
          <w:rFonts w:ascii="Sylfaen" w:hAnsi="Sylfaen" w:cs="Sylfaen"/>
          <w:sz w:val="18"/>
          <w:szCs w:val="18"/>
        </w:rPr>
        <w:t>.</w:t>
      </w:r>
    </w:p>
    <w:p w14:paraId="111DAB78" w14:textId="5FDF82CC" w:rsidR="000C596E" w:rsidRPr="00DA3E97" w:rsidRDefault="00A74260" w:rsidP="00185C20">
      <w:pPr>
        <w:pStyle w:val="ListParagraph"/>
        <w:numPr>
          <w:ilvl w:val="1"/>
          <w:numId w:val="13"/>
        </w:numPr>
        <w:jc w:val="both"/>
        <w:rPr>
          <w:rFonts w:ascii="Sylfaen" w:hAnsi="Sylfaen" w:cs="Sylfaen"/>
          <w:sz w:val="18"/>
          <w:szCs w:val="18"/>
        </w:rPr>
      </w:pPr>
      <w:proofErr w:type="spellStart"/>
      <w:r w:rsidRPr="000C596E">
        <w:rPr>
          <w:rFonts w:ascii="Sylfaen" w:hAnsi="Sylfaen" w:cs="Sylfaen"/>
          <w:sz w:val="18"/>
          <w:szCs w:val="18"/>
        </w:rPr>
        <w:t>მენარდის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მიერ</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ამ</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მუხლით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განსაზღვრული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საჯარიმო</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სანქციების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გადახდას</w:t>
      </w:r>
      <w:proofErr w:type="spellEnd"/>
      <w:r w:rsidRPr="00DA3E97">
        <w:rPr>
          <w:rFonts w:ascii="Sylfaen" w:hAnsi="Sylfaen" w:cs="Sylfaen"/>
          <w:sz w:val="18"/>
          <w:szCs w:val="18"/>
        </w:rPr>
        <w:t xml:space="preserve"> </w:t>
      </w:r>
      <w:r w:rsidR="00DA3E97">
        <w:rPr>
          <w:rFonts w:ascii="Sylfaen" w:hAnsi="Sylfaen" w:cs="Sylfaen"/>
          <w:sz w:val="18"/>
          <w:szCs w:val="18"/>
          <w:lang w:val="ka-GE"/>
        </w:rPr>
        <w:t xml:space="preserve">მენარდე </w:t>
      </w:r>
      <w:proofErr w:type="spellStart"/>
      <w:r w:rsidRPr="000C596E">
        <w:rPr>
          <w:rFonts w:ascii="Sylfaen" w:hAnsi="Sylfaen" w:cs="Sylfaen"/>
          <w:sz w:val="18"/>
          <w:szCs w:val="18"/>
        </w:rPr>
        <w:t>განახორციელებს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უშუალოდ</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დამკვეთისათვის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აღნიშნული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საჯარიმო</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სანქციების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გადახდა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არ</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ათავისუფლებს</w:t>
      </w:r>
      <w:proofErr w:type="spellEnd"/>
      <w:r w:rsidR="00DA3E97">
        <w:rPr>
          <w:rFonts w:ascii="Sylfaen" w:hAnsi="Sylfaen" w:cs="Sylfaen"/>
          <w:sz w:val="18"/>
          <w:szCs w:val="18"/>
          <w:lang w:val="ka-GE"/>
        </w:rPr>
        <w:t xml:space="preserve"> </w:t>
      </w:r>
      <w:proofErr w:type="spellStart"/>
      <w:r w:rsidRPr="000C596E">
        <w:rPr>
          <w:rFonts w:ascii="Sylfaen" w:hAnsi="Sylfaen" w:cs="Sylfaen"/>
          <w:sz w:val="18"/>
          <w:szCs w:val="18"/>
        </w:rPr>
        <w:t>მას</w:t>
      </w:r>
      <w:proofErr w:type="spellEnd"/>
      <w:r w:rsidR="00DA3E97">
        <w:rPr>
          <w:rFonts w:ascii="Sylfaen" w:hAnsi="Sylfaen" w:cs="Sylfaen"/>
          <w:sz w:val="18"/>
          <w:szCs w:val="18"/>
          <w:lang w:val="ka-GE"/>
        </w:rPr>
        <w:t xml:space="preserve"> </w:t>
      </w:r>
      <w:proofErr w:type="spellStart"/>
      <w:r w:rsidRPr="000C596E">
        <w:rPr>
          <w:rFonts w:ascii="Sylfaen" w:hAnsi="Sylfaen" w:cs="Sylfaen"/>
          <w:sz w:val="18"/>
          <w:szCs w:val="18"/>
        </w:rPr>
        <w:t>ადმინისტრაციული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ორგანოს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მიერ</w:t>
      </w:r>
      <w:proofErr w:type="spellEnd"/>
      <w:r w:rsidR="00DA3E97">
        <w:rPr>
          <w:rFonts w:ascii="Sylfaen" w:hAnsi="Sylfaen" w:cs="Sylfaen"/>
          <w:sz w:val="18"/>
          <w:szCs w:val="18"/>
          <w:lang w:val="ka-GE"/>
        </w:rPr>
        <w:t xml:space="preserve"> </w:t>
      </w:r>
      <w:proofErr w:type="spellStart"/>
      <w:r w:rsidRPr="000C596E">
        <w:rPr>
          <w:rFonts w:ascii="Sylfaen" w:hAnsi="Sylfaen" w:cs="Sylfaen"/>
          <w:sz w:val="18"/>
          <w:szCs w:val="18"/>
        </w:rPr>
        <w:t>დაკისრებული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მათ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შორის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მენარდის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მიერ</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ქმედებაზე</w:t>
      </w:r>
      <w:proofErr w:type="spellEnd"/>
      <w:r w:rsidRPr="00DA3E97">
        <w:rPr>
          <w:rFonts w:ascii="Sylfaen" w:hAnsi="Sylfaen" w:cs="Sylfaen"/>
          <w:sz w:val="18"/>
          <w:szCs w:val="18"/>
        </w:rPr>
        <w:t>/</w:t>
      </w:r>
      <w:proofErr w:type="spellStart"/>
      <w:r w:rsidRPr="000C596E">
        <w:rPr>
          <w:rFonts w:ascii="Sylfaen" w:hAnsi="Sylfaen" w:cs="Sylfaen"/>
          <w:sz w:val="18"/>
          <w:szCs w:val="18"/>
        </w:rPr>
        <w:t>სამუშაოზე</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დამკვეთისათვის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დაკისრებული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საჯარიმო</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სანქციების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გადახდის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ვალდებულებისაგან</w:t>
      </w:r>
      <w:proofErr w:type="spellEnd"/>
      <w:r w:rsidRPr="00DA3E97">
        <w:rPr>
          <w:rFonts w:ascii="Sylfaen" w:hAnsi="Sylfaen" w:cs="Sylfaen"/>
          <w:sz w:val="18"/>
          <w:szCs w:val="18"/>
        </w:rPr>
        <w:t>.</w:t>
      </w:r>
    </w:p>
    <w:p w14:paraId="4D01BD37" w14:textId="175D5E96" w:rsidR="004B6084" w:rsidRPr="00DA3E97" w:rsidRDefault="00A74260" w:rsidP="00185C20">
      <w:pPr>
        <w:pStyle w:val="ListParagraph"/>
        <w:numPr>
          <w:ilvl w:val="1"/>
          <w:numId w:val="13"/>
        </w:numPr>
        <w:jc w:val="both"/>
        <w:rPr>
          <w:rFonts w:ascii="Sylfaen" w:hAnsi="Sylfaen" w:cs="Sylfaen"/>
          <w:sz w:val="18"/>
          <w:szCs w:val="18"/>
        </w:rPr>
      </w:pPr>
      <w:proofErr w:type="spellStart"/>
      <w:r w:rsidRPr="000C596E">
        <w:rPr>
          <w:rFonts w:ascii="Sylfaen" w:hAnsi="Sylfaen" w:cs="Sylfaen"/>
          <w:sz w:val="18"/>
          <w:szCs w:val="18"/>
        </w:rPr>
        <w:t>იმ</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შემთხევაში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თუ</w:t>
      </w:r>
      <w:proofErr w:type="spellEnd"/>
      <w:r w:rsidRPr="00DA3E97">
        <w:rPr>
          <w:rFonts w:ascii="Sylfaen" w:hAnsi="Sylfaen" w:cs="Sylfaen"/>
          <w:sz w:val="18"/>
          <w:szCs w:val="18"/>
        </w:rPr>
        <w:t xml:space="preserve"> </w:t>
      </w:r>
      <w:r w:rsidR="00DA3E97">
        <w:rPr>
          <w:rFonts w:ascii="Sylfaen" w:hAnsi="Sylfaen" w:cs="Sylfaen"/>
          <w:sz w:val="18"/>
          <w:szCs w:val="18"/>
          <w:lang w:val="ka-GE"/>
        </w:rPr>
        <w:t xml:space="preserve">მენარდე </w:t>
      </w:r>
      <w:proofErr w:type="spellStart"/>
      <w:r w:rsidRPr="000C596E">
        <w:rPr>
          <w:rFonts w:ascii="Sylfaen" w:hAnsi="Sylfaen" w:cs="Sylfaen"/>
          <w:sz w:val="18"/>
          <w:szCs w:val="18"/>
        </w:rPr>
        <w:t>დაარღვევს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ხელშეკრულების</w:t>
      </w:r>
      <w:proofErr w:type="spellEnd"/>
      <w:r w:rsidRPr="00DA3E97">
        <w:rPr>
          <w:rFonts w:ascii="Sylfaen" w:hAnsi="Sylfaen" w:cs="Sylfaen"/>
          <w:sz w:val="18"/>
          <w:szCs w:val="18"/>
        </w:rPr>
        <w:t xml:space="preserve"> 3.3.1</w:t>
      </w:r>
      <w:r w:rsidR="00D94046">
        <w:rPr>
          <w:rFonts w:ascii="Sylfaen" w:hAnsi="Sylfaen" w:cs="Sylfaen"/>
          <w:sz w:val="18"/>
          <w:szCs w:val="18"/>
          <w:lang w:val="ka-GE"/>
        </w:rPr>
        <w:t>6</w:t>
      </w:r>
      <w:r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3.3.1</w:t>
      </w:r>
      <w:r w:rsidR="00D94046">
        <w:rPr>
          <w:rFonts w:ascii="Sylfaen" w:hAnsi="Sylfaen" w:cs="Sylfaen"/>
          <w:sz w:val="18"/>
          <w:szCs w:val="18"/>
          <w:lang w:val="ka-GE"/>
        </w:rPr>
        <w:t>7</w:t>
      </w:r>
      <w:r w:rsidRPr="00DA3E97">
        <w:rPr>
          <w:rFonts w:ascii="Sylfaen" w:hAnsi="Sylfaen" w:cs="Sylfaen"/>
          <w:sz w:val="18"/>
          <w:szCs w:val="18"/>
        </w:rPr>
        <w:t xml:space="preserve"> </w:t>
      </w:r>
      <w:proofErr w:type="spellStart"/>
      <w:r w:rsidRPr="000C596E">
        <w:rPr>
          <w:rFonts w:ascii="Sylfaen" w:hAnsi="Sylfaen" w:cs="Sylfaen"/>
          <w:sz w:val="18"/>
          <w:szCs w:val="18"/>
        </w:rPr>
        <w:t>პუნქტებით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გათვალისწინებულ</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ვალდებულებებს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ან</w:t>
      </w:r>
      <w:proofErr w:type="spellEnd"/>
      <w:r w:rsidRPr="00DA3E97">
        <w:rPr>
          <w:rFonts w:ascii="Sylfaen" w:hAnsi="Sylfaen" w:cs="Sylfaen"/>
          <w:sz w:val="18"/>
          <w:szCs w:val="18"/>
        </w:rPr>
        <w:t>/</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r w:rsidR="00F4347A">
        <w:rPr>
          <w:rFonts w:ascii="Sylfaen" w:hAnsi="Sylfaen" w:cs="Sylfaen"/>
          <w:sz w:val="18"/>
          <w:szCs w:val="18"/>
          <w:lang w:val="ka-GE"/>
        </w:rPr>
        <w:t xml:space="preserve">სამუშაოები </w:t>
      </w:r>
      <w:proofErr w:type="spellStart"/>
      <w:r w:rsidRPr="000C596E">
        <w:rPr>
          <w:rFonts w:ascii="Sylfaen" w:hAnsi="Sylfaen" w:cs="Sylfaen"/>
          <w:sz w:val="18"/>
          <w:szCs w:val="18"/>
        </w:rPr>
        <w:t>იქნება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საქართველოში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მოქმედ</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კანონმდებლობასთან</w:t>
      </w:r>
      <w:proofErr w:type="spellEnd"/>
      <w:r w:rsidR="00D94046">
        <w:rPr>
          <w:rFonts w:ascii="Sylfaen" w:hAnsi="Sylfaen" w:cs="Sylfaen"/>
          <w:sz w:val="18"/>
          <w:szCs w:val="18"/>
          <w:lang w:val="ka-GE"/>
        </w:rPr>
        <w:t xml:space="preserve"> (</w:t>
      </w:r>
      <w:r w:rsidR="00D94046" w:rsidRPr="00DA3E97">
        <w:rPr>
          <w:rFonts w:ascii="Sylfaen" w:hAnsi="Sylfaen" w:cs="Sylfaen"/>
          <w:sz w:val="18"/>
          <w:szCs w:val="18"/>
        </w:rPr>
        <w:t>СП 70.13330.2012</w:t>
      </w:r>
      <w:r w:rsidR="00D94046">
        <w:rPr>
          <w:rFonts w:ascii="Sylfaen" w:hAnsi="Sylfaen" w:cs="Sylfaen"/>
          <w:sz w:val="18"/>
          <w:szCs w:val="18"/>
          <w:lang w:val="ka-GE"/>
        </w:rPr>
        <w:t>,</w:t>
      </w:r>
      <w:r w:rsidR="00D94046" w:rsidRPr="00D94046">
        <w:t xml:space="preserve"> </w:t>
      </w:r>
      <w:r w:rsidR="00D94046" w:rsidRPr="00D94046">
        <w:rPr>
          <w:sz w:val="18"/>
          <w:szCs w:val="18"/>
        </w:rPr>
        <w:t>СП 45.13330</w:t>
      </w:r>
      <w:r w:rsidR="00D94046">
        <w:rPr>
          <w:rFonts w:ascii="Sylfaen" w:hAnsi="Sylfaen" w:cs="Sylfaen"/>
          <w:sz w:val="18"/>
          <w:szCs w:val="18"/>
          <w:lang w:val="ka-GE"/>
        </w:rPr>
        <w:t>)</w:t>
      </w:r>
      <w:r w:rsidRPr="00D94046">
        <w:rPr>
          <w:rFonts w:ascii="Sylfaen" w:hAnsi="Sylfaen" w:cs="Sylfaen"/>
          <w:sz w:val="18"/>
          <w:szCs w:val="18"/>
        </w:rPr>
        <w:t xml:space="preserve">  </w:t>
      </w:r>
      <w:proofErr w:type="spellStart"/>
      <w:r w:rsidRPr="000C596E">
        <w:rPr>
          <w:rFonts w:ascii="Sylfaen" w:hAnsi="Sylfaen" w:cs="Sylfaen"/>
          <w:sz w:val="18"/>
          <w:szCs w:val="18"/>
        </w:rPr>
        <w:t>შეუსაბამო</w:t>
      </w:r>
      <w:proofErr w:type="spellEnd"/>
      <w:r w:rsidRPr="00DA3E97">
        <w:rPr>
          <w:rFonts w:ascii="Sylfaen" w:hAnsi="Sylfaen" w:cs="Sylfaen"/>
          <w:sz w:val="18"/>
          <w:szCs w:val="18"/>
        </w:rPr>
        <w:t>,</w:t>
      </w:r>
      <w:r w:rsidR="00DA3E97">
        <w:rPr>
          <w:rFonts w:ascii="Sylfaen" w:hAnsi="Sylfaen" w:cs="Sylfaen"/>
          <w:sz w:val="18"/>
          <w:szCs w:val="18"/>
          <w:lang w:val="ka-GE"/>
        </w:rPr>
        <w:t xml:space="preserve"> </w:t>
      </w:r>
      <w:proofErr w:type="spellStart"/>
      <w:r w:rsidRPr="000C596E">
        <w:rPr>
          <w:rFonts w:ascii="Sylfaen" w:hAnsi="Sylfaen" w:cs="Sylfaen"/>
          <w:sz w:val="18"/>
          <w:szCs w:val="18"/>
        </w:rPr>
        <w:t>ასეთ</w:t>
      </w:r>
      <w:proofErr w:type="spellEnd"/>
      <w:r w:rsidR="00DA3E97">
        <w:rPr>
          <w:rFonts w:ascii="Sylfaen" w:hAnsi="Sylfaen" w:cs="Sylfaen"/>
          <w:sz w:val="18"/>
          <w:szCs w:val="18"/>
          <w:lang w:val="ka-GE"/>
        </w:rPr>
        <w:t xml:space="preserve"> </w:t>
      </w:r>
      <w:proofErr w:type="spellStart"/>
      <w:r w:rsidRPr="000C596E">
        <w:rPr>
          <w:rFonts w:ascii="Sylfaen" w:hAnsi="Sylfaen" w:cs="Sylfaen"/>
          <w:sz w:val="18"/>
          <w:szCs w:val="18"/>
        </w:rPr>
        <w:t>დროს</w:t>
      </w:r>
      <w:proofErr w:type="spellEnd"/>
      <w:r w:rsidRPr="00DA3E97">
        <w:rPr>
          <w:rFonts w:ascii="Sylfaen" w:hAnsi="Sylfaen" w:cs="Sylfaen"/>
          <w:sz w:val="18"/>
          <w:szCs w:val="18"/>
        </w:rPr>
        <w:t>,</w:t>
      </w:r>
      <w:r w:rsidR="00DA3E97">
        <w:rPr>
          <w:rFonts w:ascii="Sylfaen" w:hAnsi="Sylfaen" w:cs="Sylfaen"/>
          <w:sz w:val="18"/>
          <w:szCs w:val="18"/>
          <w:lang w:val="ka-GE"/>
        </w:rPr>
        <w:t xml:space="preserve"> მენარდე </w:t>
      </w:r>
      <w:proofErr w:type="spellStart"/>
      <w:r w:rsidRPr="000C596E">
        <w:rPr>
          <w:rFonts w:ascii="Sylfaen" w:hAnsi="Sylfaen" w:cs="Sylfaen"/>
          <w:sz w:val="18"/>
          <w:szCs w:val="18"/>
        </w:rPr>
        <w:t>ვალდებულია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საკუთარი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ხარჯით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დამკვეთისაგან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ყოველგვარი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ანაზღაურების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მოთხოვნის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გარეშე</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დამკვეთის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მიერ</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განსაზღვრულ</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გონივრულ</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ვადაში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დამკვეთის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მითითების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შესაბამისად</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განახორციელოს</w:t>
      </w:r>
      <w:proofErr w:type="spellEnd"/>
      <w:r w:rsidRPr="00DA3E97">
        <w:rPr>
          <w:rFonts w:ascii="Sylfaen" w:hAnsi="Sylfaen" w:cs="Sylfaen"/>
          <w:sz w:val="18"/>
          <w:szCs w:val="18"/>
        </w:rPr>
        <w:t xml:space="preserve"> </w:t>
      </w:r>
      <w:r w:rsidR="00D94046">
        <w:rPr>
          <w:rFonts w:ascii="Sylfaen" w:hAnsi="Sylfaen" w:cs="Sylfaen"/>
          <w:sz w:val="18"/>
          <w:szCs w:val="18"/>
          <w:lang w:val="ka-GE"/>
        </w:rPr>
        <w:t xml:space="preserve">კონსტრუქციული ელემენტების </w:t>
      </w:r>
      <w:proofErr w:type="spellStart"/>
      <w:r w:rsidRPr="000C596E">
        <w:rPr>
          <w:rFonts w:ascii="Sylfaen" w:hAnsi="Sylfaen" w:cs="Sylfaen"/>
          <w:sz w:val="18"/>
          <w:szCs w:val="18"/>
        </w:rPr>
        <w:t>საპროექტო</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დოკუმენტაციასთან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შესაბამისობაში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მოყვანა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ან</w:t>
      </w:r>
      <w:proofErr w:type="spellEnd"/>
      <w:r w:rsidRPr="00DA3E97">
        <w:rPr>
          <w:rFonts w:ascii="Sylfaen" w:hAnsi="Sylfaen" w:cs="Sylfaen"/>
          <w:sz w:val="18"/>
          <w:szCs w:val="18"/>
        </w:rPr>
        <w:t>/</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საჭიროების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შემთხვევაში</w:t>
      </w:r>
      <w:proofErr w:type="spellEnd"/>
      <w:r w:rsidRPr="00DA3E97">
        <w:rPr>
          <w:rFonts w:ascii="Sylfaen" w:hAnsi="Sylfaen" w:cs="Sylfaen"/>
          <w:sz w:val="18"/>
          <w:szCs w:val="18"/>
        </w:rPr>
        <w:t xml:space="preserve"> </w:t>
      </w:r>
      <w:r w:rsidR="0020004C">
        <w:rPr>
          <w:rFonts w:ascii="Sylfaen" w:hAnsi="Sylfaen" w:cs="Sylfaen"/>
          <w:sz w:val="18"/>
          <w:szCs w:val="18"/>
          <w:lang w:val="ka-GE"/>
        </w:rPr>
        <w:t xml:space="preserve">საკუთარი ხარჯით </w:t>
      </w:r>
      <w:proofErr w:type="spellStart"/>
      <w:r w:rsidRPr="000C596E">
        <w:rPr>
          <w:rFonts w:ascii="Sylfaen" w:hAnsi="Sylfaen" w:cs="Sylfaen"/>
          <w:sz w:val="18"/>
          <w:szCs w:val="18"/>
        </w:rPr>
        <w:t>განახორციელოს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ნაკლის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მქონე</w:t>
      </w:r>
      <w:proofErr w:type="spellEnd"/>
      <w:r w:rsidRPr="00DA3E97">
        <w:rPr>
          <w:rFonts w:ascii="Sylfaen" w:hAnsi="Sylfaen" w:cs="Sylfaen"/>
          <w:sz w:val="18"/>
          <w:szCs w:val="18"/>
        </w:rPr>
        <w:t>/</w:t>
      </w:r>
      <w:proofErr w:type="spellStart"/>
      <w:r w:rsidRPr="000C596E">
        <w:rPr>
          <w:rFonts w:ascii="Sylfaen" w:hAnsi="Sylfaen" w:cs="Sylfaen"/>
          <w:sz w:val="18"/>
          <w:szCs w:val="18"/>
        </w:rPr>
        <w:t>ხელშეკრულებით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პირობებთან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შეუსაბამო</w:t>
      </w:r>
      <w:proofErr w:type="spellEnd"/>
      <w:r w:rsidRPr="00DA3E97">
        <w:rPr>
          <w:rFonts w:ascii="Sylfaen" w:hAnsi="Sylfaen" w:cs="Sylfaen"/>
          <w:sz w:val="18"/>
          <w:szCs w:val="18"/>
        </w:rPr>
        <w:t xml:space="preserve"> </w:t>
      </w:r>
      <w:r w:rsidR="00D94046">
        <w:rPr>
          <w:rFonts w:ascii="Sylfaen" w:hAnsi="Sylfaen" w:cs="Sylfaen"/>
          <w:sz w:val="18"/>
          <w:szCs w:val="18"/>
          <w:lang w:val="ka-GE"/>
        </w:rPr>
        <w:t>კონსტრუქციული ელემენტების</w:t>
      </w:r>
      <w:r w:rsidRPr="00DA3E97">
        <w:rPr>
          <w:rFonts w:ascii="Sylfaen" w:hAnsi="Sylfaen" w:cs="Sylfaen"/>
          <w:sz w:val="18"/>
          <w:szCs w:val="18"/>
        </w:rPr>
        <w:t xml:space="preserve"> </w:t>
      </w:r>
      <w:proofErr w:type="spellStart"/>
      <w:r w:rsidRPr="000C596E">
        <w:rPr>
          <w:rFonts w:ascii="Sylfaen" w:hAnsi="Sylfaen" w:cs="Sylfaen"/>
          <w:sz w:val="18"/>
          <w:szCs w:val="18"/>
        </w:rPr>
        <w:t>დემონტაჟი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ხელახლა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მოწყობა</w:t>
      </w:r>
      <w:proofErr w:type="spellEnd"/>
      <w:r w:rsidRPr="00DA3E97">
        <w:rPr>
          <w:rFonts w:ascii="Sylfaen" w:hAnsi="Sylfaen" w:cs="Sylfaen"/>
          <w:sz w:val="18"/>
          <w:szCs w:val="18"/>
        </w:rPr>
        <w:t>/</w:t>
      </w:r>
      <w:proofErr w:type="spellStart"/>
      <w:r w:rsidRPr="000C596E">
        <w:rPr>
          <w:rFonts w:ascii="Sylfaen" w:hAnsi="Sylfaen" w:cs="Sylfaen"/>
          <w:sz w:val="18"/>
          <w:szCs w:val="18"/>
        </w:rPr>
        <w:t>მონტაჟი</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ამასთან</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მხარეები</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ვადასტურებთ</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რომ</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ასეთ</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დროს</w:t>
      </w:r>
      <w:proofErr w:type="spellEnd"/>
      <w:r w:rsidRPr="00DA3E97">
        <w:rPr>
          <w:rFonts w:ascii="Sylfaen" w:hAnsi="Sylfaen" w:cs="Sylfaen"/>
          <w:sz w:val="18"/>
          <w:szCs w:val="18"/>
        </w:rPr>
        <w:t>,</w:t>
      </w:r>
      <w:r w:rsidR="00DA3E97">
        <w:rPr>
          <w:rFonts w:ascii="Sylfaen" w:hAnsi="Sylfaen" w:cs="Sylfaen"/>
          <w:sz w:val="18"/>
          <w:szCs w:val="18"/>
          <w:lang w:val="ka-GE"/>
        </w:rPr>
        <w:t xml:space="preserve"> </w:t>
      </w:r>
      <w:proofErr w:type="spellStart"/>
      <w:r w:rsidRPr="00957CBD">
        <w:rPr>
          <w:rFonts w:ascii="Sylfaen" w:hAnsi="Sylfaen" w:cs="Sylfaen"/>
          <w:sz w:val="18"/>
          <w:szCs w:val="18"/>
        </w:rPr>
        <w:t>დამკვეთი</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საკუთარი</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შეხედულებისამებრ</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სრულად</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თავისუფლდება</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მენარდისათვის</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ამ</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პუნქტით</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განსაზრული</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ნაკლის</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მქონე</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სამუშაოს</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ანაზღაურების</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ვალდებულებისაგან</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უფლებამოსილია</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დააკისროს</w:t>
      </w:r>
      <w:proofErr w:type="spellEnd"/>
      <w:r w:rsidRPr="00DA3E97">
        <w:rPr>
          <w:rFonts w:ascii="Sylfaen" w:hAnsi="Sylfaen" w:cs="Sylfaen"/>
          <w:sz w:val="18"/>
          <w:szCs w:val="18"/>
        </w:rPr>
        <w:t xml:space="preserve"> </w:t>
      </w:r>
      <w:r w:rsidR="00DA3E97">
        <w:rPr>
          <w:rFonts w:ascii="Sylfaen" w:hAnsi="Sylfaen" w:cs="Sylfaen"/>
          <w:sz w:val="18"/>
          <w:szCs w:val="18"/>
          <w:lang w:val="ka-GE"/>
        </w:rPr>
        <w:t xml:space="preserve">მენარდეს </w:t>
      </w:r>
      <w:proofErr w:type="spellStart"/>
      <w:r w:rsidRPr="00957CBD">
        <w:rPr>
          <w:rFonts w:ascii="Sylfaen" w:hAnsi="Sylfaen" w:cs="Sylfaen"/>
          <w:sz w:val="18"/>
          <w:szCs w:val="18"/>
        </w:rPr>
        <w:t>ხელშეკრულებით</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განსაზღვრული</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პასუხისმგებლობები</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სრული</w:t>
      </w:r>
      <w:proofErr w:type="spellEnd"/>
      <w:r w:rsidRPr="00DA3E97">
        <w:rPr>
          <w:rFonts w:ascii="Sylfaen" w:hAnsi="Sylfaen" w:cs="Sylfaen"/>
          <w:sz w:val="18"/>
          <w:szCs w:val="18"/>
        </w:rPr>
        <w:t xml:space="preserve"> </w:t>
      </w:r>
      <w:proofErr w:type="spellStart"/>
      <w:r w:rsidRPr="00957CBD">
        <w:rPr>
          <w:rFonts w:ascii="Sylfaen" w:hAnsi="Sylfaen" w:cs="Sylfaen"/>
          <w:sz w:val="18"/>
          <w:szCs w:val="18"/>
        </w:rPr>
        <w:t>ოდენობით</w:t>
      </w:r>
      <w:proofErr w:type="spellEnd"/>
      <w:r w:rsidRPr="00DA3E97">
        <w:rPr>
          <w:rFonts w:ascii="Sylfaen" w:hAnsi="Sylfaen" w:cs="Sylfaen"/>
          <w:sz w:val="18"/>
          <w:szCs w:val="18"/>
        </w:rPr>
        <w:t>.</w:t>
      </w:r>
    </w:p>
    <w:p w14:paraId="56C4CCF5" w14:textId="2B9AE349" w:rsidR="004B6084" w:rsidRPr="00DA3E97" w:rsidRDefault="00A74260" w:rsidP="00185C20">
      <w:pPr>
        <w:pStyle w:val="ListParagraph"/>
        <w:numPr>
          <w:ilvl w:val="1"/>
          <w:numId w:val="13"/>
        </w:numPr>
        <w:jc w:val="both"/>
        <w:rPr>
          <w:rFonts w:ascii="Sylfaen" w:hAnsi="Sylfaen" w:cs="Sylfaen"/>
          <w:sz w:val="18"/>
          <w:szCs w:val="18"/>
        </w:rPr>
      </w:pPr>
      <w:proofErr w:type="spellStart"/>
      <w:r w:rsidRPr="000C596E">
        <w:rPr>
          <w:rFonts w:ascii="Sylfaen" w:hAnsi="Sylfaen" w:cs="Sylfaen"/>
          <w:sz w:val="18"/>
          <w:szCs w:val="18"/>
        </w:rPr>
        <w:t>პროცესში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ნებისმიერი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ადმინისტრაციული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ორგანოს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მხრიდან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დამკვეთის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მიმართ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ადმინისტრაციული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სახდელის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ჯარიმა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საურავი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დაკისრების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შემთხვევაში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უსაფრთხოების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შრომის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უსაფრთხოების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საგზაო</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სატრანსპორტო</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ნარჩენების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მართვის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w:t>
      </w:r>
      <w:r w:rsidRPr="00DA3E97">
        <w:rPr>
          <w:rFonts w:ascii="Sylfaen" w:hAnsi="Sylfaen" w:cs="Sylfaen"/>
          <w:sz w:val="18"/>
          <w:szCs w:val="18"/>
        </w:rPr>
        <w:t>.</w:t>
      </w:r>
      <w:r w:rsidRPr="000C596E">
        <w:rPr>
          <w:rFonts w:ascii="Sylfaen" w:hAnsi="Sylfaen" w:cs="Sylfaen"/>
          <w:sz w:val="18"/>
          <w:szCs w:val="18"/>
        </w:rPr>
        <w:t>შ</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წესების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დარღვევისათვის</w:t>
      </w:r>
      <w:proofErr w:type="spellEnd"/>
      <w:r w:rsidRPr="00DA3E97">
        <w:rPr>
          <w:rFonts w:ascii="Sylfaen" w:hAnsi="Sylfaen" w:cs="Sylfaen"/>
          <w:sz w:val="18"/>
          <w:szCs w:val="18"/>
        </w:rPr>
        <w:t>,</w:t>
      </w:r>
      <w:r w:rsidR="00DA3E97">
        <w:rPr>
          <w:rFonts w:ascii="Sylfaen" w:hAnsi="Sylfaen" w:cs="Sylfaen"/>
          <w:sz w:val="18"/>
          <w:szCs w:val="18"/>
          <w:lang w:val="ka-GE"/>
        </w:rPr>
        <w:t xml:space="preserve"> მენარდე </w:t>
      </w:r>
      <w:proofErr w:type="spellStart"/>
      <w:r w:rsidRPr="000C596E">
        <w:rPr>
          <w:rFonts w:ascii="Sylfaen" w:hAnsi="Sylfaen" w:cs="Sylfaen"/>
          <w:sz w:val="18"/>
          <w:szCs w:val="18"/>
        </w:rPr>
        <w:t>ვალდებული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იქნება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აანაზღაუროს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დამკვეთის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მიმართ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დაკისრებული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თანხები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დაუყოვნებლის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გამოასწოროს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ადმინისტრაციული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ორგანოს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მხრიდან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გაკეთებული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შენიშვნები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მითითებები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ამასთან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ამ</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მუხლით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გათვალსიწინებულ</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შემთხვევებში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დამკვეთი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უფლებამოსილია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მენარდის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სასარგებლოდ</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გადასახდელი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თანხებიდან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ჩამოაჭრას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მას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შესაბამისი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თანხები</w:t>
      </w:r>
      <w:proofErr w:type="spellEnd"/>
      <w:r w:rsidRPr="00DA3E97">
        <w:rPr>
          <w:rFonts w:ascii="Sylfaen" w:hAnsi="Sylfaen" w:cs="Sylfaen"/>
          <w:sz w:val="18"/>
          <w:szCs w:val="18"/>
        </w:rPr>
        <w:t xml:space="preserve"> </w:t>
      </w:r>
      <w:r w:rsidR="00957CBD" w:rsidRPr="00DA3E97">
        <w:rPr>
          <w:rFonts w:ascii="Sylfaen" w:hAnsi="Sylfaen" w:cs="Sylfaen"/>
          <w:sz w:val="18"/>
          <w:szCs w:val="18"/>
        </w:rPr>
        <w:t>10 (</w:t>
      </w:r>
      <w:proofErr w:type="spellStart"/>
      <w:r w:rsidR="00957CBD" w:rsidRPr="00DA3E97">
        <w:rPr>
          <w:rFonts w:ascii="Sylfaen" w:hAnsi="Sylfaen" w:cs="Sylfaen"/>
          <w:sz w:val="18"/>
          <w:szCs w:val="18"/>
        </w:rPr>
        <w:t>ათი</w:t>
      </w:r>
      <w:proofErr w:type="spellEnd"/>
      <w:r w:rsidR="00957CBD" w:rsidRPr="00DA3E97">
        <w:rPr>
          <w:rFonts w:ascii="Sylfaen" w:hAnsi="Sylfaen" w:cs="Sylfaen"/>
          <w:sz w:val="18"/>
          <w:szCs w:val="18"/>
        </w:rPr>
        <w:t xml:space="preserve">) </w:t>
      </w:r>
      <w:proofErr w:type="spellStart"/>
      <w:r w:rsidR="00957CBD" w:rsidRPr="00DA3E97">
        <w:rPr>
          <w:rFonts w:ascii="Sylfaen" w:hAnsi="Sylfaen" w:cs="Sylfaen"/>
          <w:sz w:val="18"/>
          <w:szCs w:val="18"/>
        </w:rPr>
        <w:t>კალენდარული</w:t>
      </w:r>
      <w:proofErr w:type="spellEnd"/>
      <w:r w:rsidR="00957CBD" w:rsidRPr="00DA3E97">
        <w:rPr>
          <w:rFonts w:ascii="Sylfaen" w:hAnsi="Sylfaen" w:cs="Sylfaen"/>
          <w:sz w:val="18"/>
          <w:szCs w:val="18"/>
        </w:rPr>
        <w:t xml:space="preserve"> </w:t>
      </w:r>
      <w:proofErr w:type="spellStart"/>
      <w:r w:rsidR="00957CBD" w:rsidRPr="00DA3E97">
        <w:rPr>
          <w:rFonts w:ascii="Sylfaen" w:hAnsi="Sylfaen" w:cs="Sylfaen"/>
          <w:sz w:val="18"/>
          <w:szCs w:val="18"/>
        </w:rPr>
        <w:t>დღის</w:t>
      </w:r>
      <w:proofErr w:type="spellEnd"/>
      <w:r w:rsidR="00957CBD" w:rsidRPr="00DA3E97">
        <w:rPr>
          <w:rFonts w:ascii="Sylfaen" w:hAnsi="Sylfaen" w:cs="Sylfaen"/>
          <w:sz w:val="18"/>
          <w:szCs w:val="18"/>
        </w:rPr>
        <w:t xml:space="preserve"> </w:t>
      </w:r>
      <w:proofErr w:type="spellStart"/>
      <w:r w:rsidR="00957CBD" w:rsidRPr="00DA3E97">
        <w:rPr>
          <w:rFonts w:ascii="Sylfaen" w:hAnsi="Sylfaen" w:cs="Sylfaen"/>
          <w:sz w:val="18"/>
          <w:szCs w:val="18"/>
        </w:rPr>
        <w:t>გასვლის</w:t>
      </w:r>
      <w:proofErr w:type="spellEnd"/>
      <w:r w:rsidR="00957CBD" w:rsidRPr="00DA3E97">
        <w:rPr>
          <w:rFonts w:ascii="Sylfaen" w:hAnsi="Sylfaen" w:cs="Sylfaen"/>
          <w:sz w:val="18"/>
          <w:szCs w:val="18"/>
        </w:rPr>
        <w:t xml:space="preserve"> </w:t>
      </w:r>
      <w:proofErr w:type="spellStart"/>
      <w:r w:rsidR="00957CBD" w:rsidRPr="00DA3E97">
        <w:rPr>
          <w:rFonts w:ascii="Sylfaen" w:hAnsi="Sylfaen" w:cs="Sylfaen"/>
          <w:sz w:val="18"/>
          <w:szCs w:val="18"/>
        </w:rPr>
        <w:t>შემდეგ</w:t>
      </w:r>
      <w:proofErr w:type="spellEnd"/>
      <w:r w:rsidR="00957CBD"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უზრუნველყოს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შესაბამისი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სანქციის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გადახდა</w:t>
      </w:r>
      <w:proofErr w:type="spellEnd"/>
      <w:r w:rsidR="00DA3E97">
        <w:rPr>
          <w:rFonts w:ascii="Sylfaen" w:hAnsi="Sylfaen" w:cs="Sylfaen"/>
          <w:sz w:val="18"/>
          <w:szCs w:val="18"/>
        </w:rPr>
        <w:t>.</w:t>
      </w:r>
    </w:p>
    <w:p w14:paraId="77E7FE0A" w14:textId="77777777" w:rsidR="004B6084" w:rsidRPr="00D73BDF" w:rsidRDefault="004B6084" w:rsidP="00185C20">
      <w:pPr>
        <w:jc w:val="both"/>
        <w:rPr>
          <w:rFonts w:cstheme="majorHAnsi"/>
          <w:sz w:val="18"/>
          <w:szCs w:val="18"/>
        </w:rPr>
      </w:pPr>
    </w:p>
    <w:p w14:paraId="1A09D08D" w14:textId="6CFFA153" w:rsidR="004B6084" w:rsidRPr="000C596E" w:rsidRDefault="00A74260" w:rsidP="00185C20">
      <w:pPr>
        <w:pStyle w:val="ListParagraph"/>
        <w:numPr>
          <w:ilvl w:val="0"/>
          <w:numId w:val="13"/>
        </w:numPr>
        <w:jc w:val="both"/>
        <w:rPr>
          <w:rFonts w:cstheme="majorHAnsi"/>
          <w:b/>
          <w:bCs/>
          <w:u w:val="single"/>
        </w:rPr>
      </w:pPr>
      <w:proofErr w:type="spellStart"/>
      <w:r w:rsidRPr="000C596E">
        <w:rPr>
          <w:rFonts w:ascii="Sylfaen" w:hAnsi="Sylfaen" w:cs="Sylfaen"/>
          <w:b/>
          <w:bCs/>
          <w:u w:val="single"/>
        </w:rPr>
        <w:t>ფორს</w:t>
      </w:r>
      <w:r w:rsidRPr="000C596E">
        <w:rPr>
          <w:rFonts w:cstheme="majorHAnsi"/>
          <w:b/>
          <w:bCs/>
          <w:u w:val="single"/>
        </w:rPr>
        <w:t>-</w:t>
      </w:r>
      <w:r w:rsidRPr="000C596E">
        <w:rPr>
          <w:rFonts w:ascii="Sylfaen" w:hAnsi="Sylfaen" w:cs="Sylfaen"/>
          <w:b/>
          <w:bCs/>
          <w:u w:val="single"/>
        </w:rPr>
        <w:t>მაჟორი</w:t>
      </w:r>
      <w:proofErr w:type="spellEnd"/>
    </w:p>
    <w:p w14:paraId="05928213" w14:textId="02C71860" w:rsidR="004B6084" w:rsidRPr="00DA3E97" w:rsidRDefault="00A74260" w:rsidP="00185C20">
      <w:pPr>
        <w:pStyle w:val="ListParagraph"/>
        <w:numPr>
          <w:ilvl w:val="1"/>
          <w:numId w:val="13"/>
        </w:numPr>
        <w:jc w:val="both"/>
        <w:rPr>
          <w:rFonts w:ascii="Sylfaen" w:hAnsi="Sylfaen" w:cs="Sylfaen"/>
          <w:sz w:val="18"/>
          <w:szCs w:val="18"/>
        </w:rPr>
      </w:pPr>
      <w:proofErr w:type="spellStart"/>
      <w:r w:rsidRPr="000C596E">
        <w:rPr>
          <w:rFonts w:ascii="Sylfaen" w:hAnsi="Sylfaen" w:cs="Sylfaen"/>
          <w:sz w:val="18"/>
          <w:szCs w:val="18"/>
        </w:rPr>
        <w:t>მხარეები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თავისუფლდებიან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პასუხისმგებლობისაგან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ვალდებულების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სრული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ნაწილობრივი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შეუსრულებლობისათვის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დაუძლეველი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ძალის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მოქმედების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შემთხვევაში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რომლის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დროსაც</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შეუძლებელია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წინამდებარე</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ხელშეკრულებით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გათვალისწინებული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ვალდებულებების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შესრულება</w:t>
      </w:r>
      <w:proofErr w:type="spellEnd"/>
      <w:r w:rsidRPr="00DA3E97">
        <w:rPr>
          <w:rFonts w:ascii="Sylfaen" w:hAnsi="Sylfaen" w:cs="Sylfaen"/>
          <w:sz w:val="18"/>
          <w:szCs w:val="18"/>
        </w:rPr>
        <w:t>.</w:t>
      </w:r>
    </w:p>
    <w:p w14:paraId="6094C600" w14:textId="0E8D854E" w:rsidR="004B6084" w:rsidRPr="00DA3E97" w:rsidRDefault="00A74260" w:rsidP="00185C20">
      <w:pPr>
        <w:pStyle w:val="ListParagraph"/>
        <w:numPr>
          <w:ilvl w:val="1"/>
          <w:numId w:val="13"/>
        </w:numPr>
        <w:jc w:val="both"/>
        <w:rPr>
          <w:rFonts w:ascii="Sylfaen" w:hAnsi="Sylfaen" w:cs="Sylfaen"/>
          <w:sz w:val="18"/>
          <w:szCs w:val="18"/>
        </w:rPr>
      </w:pPr>
      <w:proofErr w:type="spellStart"/>
      <w:r w:rsidRPr="000C596E">
        <w:rPr>
          <w:rFonts w:ascii="Sylfaen" w:hAnsi="Sylfaen" w:cs="Sylfaen"/>
          <w:sz w:val="18"/>
          <w:szCs w:val="18"/>
        </w:rPr>
        <w:t>დაუძლეველი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ძალის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ქვეშ</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იგულისხმება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გარემოებები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რომლებიც</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არ</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არსებობდნენ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წინამდებარე</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ხელშეკრულების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დადების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დროს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რომელთა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დადგომა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ზემოქმედება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მხარეებს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არ</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შეეძლოთ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თავიდან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აეცილებინათ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გადაელახათ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კერძოდ</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ყველა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სახის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სტიქიური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მოვლენა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მათ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შორის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ამინდის</w:t>
      </w:r>
      <w:proofErr w:type="spellEnd"/>
      <w:r w:rsidR="00DA3E97">
        <w:rPr>
          <w:rFonts w:ascii="Sylfaen" w:hAnsi="Sylfaen" w:cs="Sylfaen"/>
          <w:sz w:val="18"/>
          <w:szCs w:val="18"/>
          <w:lang w:val="ka-GE"/>
        </w:rPr>
        <w:t xml:space="preserve"> </w:t>
      </w:r>
      <w:proofErr w:type="spellStart"/>
      <w:r w:rsidRPr="000C596E">
        <w:rPr>
          <w:rFonts w:ascii="Sylfaen" w:hAnsi="Sylfaen" w:cs="Sylfaen"/>
          <w:sz w:val="18"/>
          <w:szCs w:val="18"/>
        </w:rPr>
        <w:t>რადიკალური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ცვლილება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მიწისძვრა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წყალდიდობა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ეპიდემია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პანდემია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აჯანყება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საბოტაჟი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ბლოკადა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საომარი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მოქმედება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სამოქალაქო</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ომი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ომი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w:t>
      </w:r>
      <w:r w:rsidRPr="00DA3E97">
        <w:rPr>
          <w:rFonts w:ascii="Sylfaen" w:hAnsi="Sylfaen" w:cs="Sylfaen"/>
          <w:sz w:val="18"/>
          <w:szCs w:val="18"/>
        </w:rPr>
        <w:t>.</w:t>
      </w:r>
      <w:r w:rsidRPr="000C596E">
        <w:rPr>
          <w:rFonts w:ascii="Sylfaen" w:hAnsi="Sylfaen" w:cs="Sylfaen"/>
          <w:sz w:val="18"/>
          <w:szCs w:val="18"/>
        </w:rPr>
        <w:t>შ</w:t>
      </w:r>
      <w:proofErr w:type="spellEnd"/>
      <w:r w:rsidRPr="00DA3E97">
        <w:rPr>
          <w:rFonts w:ascii="Sylfaen" w:hAnsi="Sylfaen" w:cs="Sylfaen"/>
          <w:sz w:val="18"/>
          <w:szCs w:val="18"/>
        </w:rPr>
        <w:t>.</w:t>
      </w:r>
    </w:p>
    <w:p w14:paraId="467CE98F" w14:textId="1BD4D66E" w:rsidR="004B6084" w:rsidRPr="00DA3E97" w:rsidRDefault="00A74260" w:rsidP="00185C20">
      <w:pPr>
        <w:pStyle w:val="ListParagraph"/>
        <w:numPr>
          <w:ilvl w:val="1"/>
          <w:numId w:val="13"/>
        </w:numPr>
        <w:jc w:val="both"/>
        <w:rPr>
          <w:rFonts w:ascii="Sylfaen" w:hAnsi="Sylfaen" w:cs="Sylfaen"/>
          <w:sz w:val="18"/>
          <w:szCs w:val="18"/>
        </w:rPr>
      </w:pPr>
      <w:proofErr w:type="spellStart"/>
      <w:r w:rsidRPr="000C596E">
        <w:rPr>
          <w:rFonts w:ascii="Sylfaen" w:hAnsi="Sylfaen" w:cs="Sylfaen"/>
          <w:sz w:val="18"/>
          <w:szCs w:val="18"/>
        </w:rPr>
        <w:t>მხარე</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რომლისთვისაც</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ფორს</w:t>
      </w:r>
      <w:r w:rsidRPr="00DA3E97">
        <w:rPr>
          <w:rFonts w:ascii="Sylfaen" w:hAnsi="Sylfaen" w:cs="Sylfaen"/>
          <w:sz w:val="18"/>
          <w:szCs w:val="18"/>
        </w:rPr>
        <w:t>-</w:t>
      </w:r>
      <w:r w:rsidRPr="000C596E">
        <w:rPr>
          <w:rFonts w:ascii="Sylfaen" w:hAnsi="Sylfaen" w:cs="Sylfaen"/>
          <w:sz w:val="18"/>
          <w:szCs w:val="18"/>
        </w:rPr>
        <w:t>მაჟორული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გარემოებების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დადგომის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გამო</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ვალდებულების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შესრულება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შეუძლებელი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შეიქმნა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ვალდებულია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გონივრულ</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ვადაში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აცნობოს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მეორე</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მხარეს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არასაპატიო</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მიზეზით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შეუტყობინებლობის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შემთხვევაში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იგი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კარგავს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უფლებას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დაეყრდნოს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ფორს</w:t>
      </w:r>
      <w:r w:rsidRPr="00DA3E97">
        <w:rPr>
          <w:rFonts w:ascii="Sylfaen" w:hAnsi="Sylfaen" w:cs="Sylfaen"/>
          <w:sz w:val="18"/>
          <w:szCs w:val="18"/>
        </w:rPr>
        <w:t>-</w:t>
      </w:r>
      <w:r w:rsidRPr="000C596E">
        <w:rPr>
          <w:rFonts w:ascii="Sylfaen" w:hAnsi="Sylfaen" w:cs="Sylfaen"/>
          <w:sz w:val="18"/>
          <w:szCs w:val="18"/>
        </w:rPr>
        <w:t>მაჟორული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გარემოებების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არსებობას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როგორც</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პასუხისმგებლობისგან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გათავისუფლების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საფუძველს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შეტყობინებებში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lastRenderedPageBreak/>
        <w:t>მითითებული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ფაქტები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შემდგომში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უნდა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დადასტურდეს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კომპეტენტური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ორგანოს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შესაბამისი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დასკვნით</w:t>
      </w:r>
      <w:proofErr w:type="spellEnd"/>
      <w:r w:rsidRPr="00DA3E97">
        <w:rPr>
          <w:rFonts w:ascii="Sylfaen" w:hAnsi="Sylfaen" w:cs="Sylfaen"/>
          <w:sz w:val="18"/>
          <w:szCs w:val="18"/>
        </w:rPr>
        <w:t>.</w:t>
      </w:r>
    </w:p>
    <w:p w14:paraId="4118DA95" w14:textId="4A1E1960" w:rsidR="004B6084" w:rsidRPr="00DA3E97" w:rsidRDefault="00A74260" w:rsidP="00185C20">
      <w:pPr>
        <w:pStyle w:val="ListParagraph"/>
        <w:numPr>
          <w:ilvl w:val="1"/>
          <w:numId w:val="13"/>
        </w:numPr>
        <w:jc w:val="both"/>
        <w:rPr>
          <w:rFonts w:ascii="Sylfaen" w:hAnsi="Sylfaen" w:cs="Sylfaen"/>
          <w:sz w:val="18"/>
          <w:szCs w:val="18"/>
        </w:rPr>
      </w:pPr>
      <w:proofErr w:type="spellStart"/>
      <w:r w:rsidRPr="000C596E">
        <w:rPr>
          <w:rFonts w:ascii="Sylfaen" w:hAnsi="Sylfaen" w:cs="Sylfaen"/>
          <w:sz w:val="18"/>
          <w:szCs w:val="18"/>
        </w:rPr>
        <w:t>თუ</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დაუძლეველი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ძალის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მოქმედება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გრძელდება</w:t>
      </w:r>
      <w:proofErr w:type="spellEnd"/>
      <w:r w:rsidRPr="00DA3E97">
        <w:rPr>
          <w:rFonts w:ascii="Sylfaen" w:hAnsi="Sylfaen" w:cs="Sylfaen"/>
          <w:sz w:val="18"/>
          <w:szCs w:val="18"/>
        </w:rPr>
        <w:t xml:space="preserve"> 15 (</w:t>
      </w:r>
      <w:proofErr w:type="spellStart"/>
      <w:r w:rsidRPr="000C596E">
        <w:rPr>
          <w:rFonts w:ascii="Sylfaen" w:hAnsi="Sylfaen" w:cs="Sylfaen"/>
          <w:sz w:val="18"/>
          <w:szCs w:val="18"/>
        </w:rPr>
        <w:t>თხუთმეტი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დღეზე</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მეტ</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ხანს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მხარეებმა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უნდა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გადაწყვიტონ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წინამდებარე</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ხელშეკრულების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ბედი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თუ</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მხარეები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ვერ</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მიაღწევენ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კომპრომისს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დავას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განიხილავს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სასამართლო</w:t>
      </w:r>
      <w:proofErr w:type="spellEnd"/>
      <w:r w:rsidRPr="00DA3E97">
        <w:rPr>
          <w:rFonts w:ascii="Sylfaen" w:hAnsi="Sylfaen" w:cs="Sylfaen"/>
          <w:sz w:val="18"/>
          <w:szCs w:val="18"/>
        </w:rPr>
        <w:t>.</w:t>
      </w:r>
    </w:p>
    <w:p w14:paraId="7186527A" w14:textId="2AB05D0E" w:rsidR="004B6084" w:rsidRPr="00DA3E97" w:rsidRDefault="00A74260" w:rsidP="00185C20">
      <w:pPr>
        <w:pStyle w:val="ListParagraph"/>
        <w:numPr>
          <w:ilvl w:val="1"/>
          <w:numId w:val="13"/>
        </w:numPr>
        <w:jc w:val="both"/>
        <w:rPr>
          <w:rFonts w:ascii="Sylfaen" w:hAnsi="Sylfaen" w:cs="Sylfaen"/>
          <w:sz w:val="18"/>
          <w:szCs w:val="18"/>
        </w:rPr>
      </w:pPr>
      <w:proofErr w:type="spellStart"/>
      <w:r w:rsidRPr="000C596E">
        <w:rPr>
          <w:rFonts w:ascii="Sylfaen" w:hAnsi="Sylfaen" w:cs="Sylfaen"/>
          <w:sz w:val="18"/>
          <w:szCs w:val="18"/>
        </w:rPr>
        <w:t>კლიმატური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პირობების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სტანდარტი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ამ</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მუხლის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მიზნებისათვის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განსაზღვრულია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საქართველოს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კანონმდებლობით</w:t>
      </w:r>
      <w:proofErr w:type="spellEnd"/>
      <w:r w:rsidRPr="00DA3E97">
        <w:rPr>
          <w:rFonts w:ascii="Sylfaen" w:hAnsi="Sylfaen" w:cs="Sylfaen"/>
          <w:sz w:val="18"/>
          <w:szCs w:val="18"/>
        </w:rPr>
        <w:t>.</w:t>
      </w:r>
    </w:p>
    <w:p w14:paraId="4AEEBE2C" w14:textId="7B1665CD" w:rsidR="009A474C" w:rsidRPr="00DA3E97" w:rsidRDefault="009A474C" w:rsidP="00DA3E97">
      <w:pPr>
        <w:pStyle w:val="ListParagraph"/>
        <w:numPr>
          <w:ilvl w:val="1"/>
          <w:numId w:val="13"/>
        </w:numPr>
        <w:jc w:val="both"/>
        <w:rPr>
          <w:rFonts w:ascii="Sylfaen" w:hAnsi="Sylfaen" w:cs="Sylfaen"/>
          <w:sz w:val="18"/>
          <w:szCs w:val="18"/>
        </w:rPr>
      </w:pPr>
      <w:proofErr w:type="spellStart"/>
      <w:r w:rsidRPr="00DA3E97">
        <w:rPr>
          <w:rFonts w:ascii="Sylfaen" w:hAnsi="Sylfaen" w:cs="Sylfaen"/>
          <w:sz w:val="18"/>
          <w:szCs w:val="18"/>
        </w:rPr>
        <w:t>ფორს-მაჟორის</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დადასტურება</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შესაძლებელია</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მხოლოდ</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საქართველოს</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სავაჭრო-სამრეწველო</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პალატის</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მიერ</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გაცემული</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შესაბამისი</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სერტიფიკატით</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ფორს-მაჟორი</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არ</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ვრცელდება</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მხარის</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ფინანსურ</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სირთულეებსა</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მიწოდების</w:t>
      </w:r>
      <w:proofErr w:type="spellEnd"/>
      <w:r w:rsidRPr="00DA3E97">
        <w:rPr>
          <w:rFonts w:ascii="Sylfaen" w:hAnsi="Sylfaen" w:cs="Sylfaen"/>
          <w:sz w:val="18"/>
          <w:szCs w:val="18"/>
        </w:rPr>
        <w:t xml:space="preserve"> </w:t>
      </w:r>
      <w:proofErr w:type="spellStart"/>
      <w:r w:rsidRPr="00DA3E97">
        <w:rPr>
          <w:rFonts w:ascii="Sylfaen" w:hAnsi="Sylfaen" w:cs="Sylfaen"/>
          <w:sz w:val="18"/>
          <w:szCs w:val="18"/>
        </w:rPr>
        <w:t>შეფერხებაზე</w:t>
      </w:r>
      <w:proofErr w:type="spellEnd"/>
      <w:r w:rsidRPr="00DA3E97">
        <w:rPr>
          <w:rFonts w:ascii="Sylfaen" w:hAnsi="Sylfaen" w:cs="Sylfaen"/>
          <w:sz w:val="18"/>
          <w:szCs w:val="18"/>
        </w:rPr>
        <w:t>.</w:t>
      </w:r>
    </w:p>
    <w:p w14:paraId="4917160B" w14:textId="4E6B0D89" w:rsidR="004B6084" w:rsidRPr="00DA3E97" w:rsidRDefault="00A74260" w:rsidP="00185C20">
      <w:pPr>
        <w:pStyle w:val="ListParagraph"/>
        <w:numPr>
          <w:ilvl w:val="1"/>
          <w:numId w:val="13"/>
        </w:numPr>
        <w:jc w:val="both"/>
        <w:rPr>
          <w:rFonts w:ascii="Sylfaen" w:hAnsi="Sylfaen" w:cs="Sylfaen"/>
          <w:sz w:val="18"/>
          <w:szCs w:val="18"/>
        </w:rPr>
      </w:pPr>
      <w:proofErr w:type="spellStart"/>
      <w:r w:rsidRPr="000C596E">
        <w:rPr>
          <w:rFonts w:ascii="Sylfaen" w:hAnsi="Sylfaen" w:cs="Sylfaen"/>
          <w:sz w:val="18"/>
          <w:szCs w:val="18"/>
        </w:rPr>
        <w:t>მხარეები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დამატებით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თანხმდებიან</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რომ</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თუ</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სახეზე</w:t>
      </w:r>
      <w:proofErr w:type="spellEnd"/>
      <w:r w:rsidRPr="00DA3E97">
        <w:rPr>
          <w:rFonts w:ascii="Sylfaen" w:hAnsi="Sylfaen" w:cs="Sylfaen"/>
          <w:sz w:val="18"/>
          <w:szCs w:val="18"/>
        </w:rPr>
        <w:t xml:space="preserve"> </w:t>
      </w:r>
      <w:r w:rsidR="00612221">
        <w:rPr>
          <w:rFonts w:ascii="Sylfaen" w:hAnsi="Sylfaen" w:cs="Sylfaen"/>
          <w:sz w:val="18"/>
          <w:szCs w:val="18"/>
          <w:lang w:val="ka-GE"/>
        </w:rPr>
        <w:t>იქნება</w:t>
      </w:r>
      <w:r w:rsidRPr="00DA3E97">
        <w:rPr>
          <w:rFonts w:ascii="Sylfaen" w:hAnsi="Sylfaen" w:cs="Sylfaen"/>
          <w:sz w:val="18"/>
          <w:szCs w:val="18"/>
        </w:rPr>
        <w:t xml:space="preserve"> </w:t>
      </w:r>
      <w:r w:rsidR="00E12656">
        <w:rPr>
          <w:rFonts w:ascii="Sylfaen" w:hAnsi="Sylfaen" w:cs="Sylfaen"/>
          <w:sz w:val="18"/>
          <w:szCs w:val="18"/>
          <w:lang w:val="ka-GE"/>
        </w:rPr>
        <w:t>9</w:t>
      </w:r>
      <w:r w:rsidRPr="00DA3E97">
        <w:rPr>
          <w:rFonts w:ascii="Sylfaen" w:hAnsi="Sylfaen" w:cs="Sylfaen"/>
          <w:sz w:val="18"/>
          <w:szCs w:val="18"/>
        </w:rPr>
        <w:t xml:space="preserve">.5. </w:t>
      </w:r>
      <w:proofErr w:type="spellStart"/>
      <w:r w:rsidRPr="000C596E">
        <w:rPr>
          <w:rFonts w:ascii="Sylfaen" w:hAnsi="Sylfaen" w:cs="Sylfaen"/>
          <w:sz w:val="18"/>
          <w:szCs w:val="18"/>
        </w:rPr>
        <w:t>მუხლით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გათვალისწინებული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გარემოება</w:t>
      </w:r>
      <w:proofErr w:type="spellEnd"/>
      <w:r w:rsidRPr="00DA3E97">
        <w:rPr>
          <w:rFonts w:ascii="Sylfaen" w:hAnsi="Sylfaen" w:cs="Sylfaen"/>
          <w:sz w:val="18"/>
          <w:szCs w:val="18"/>
        </w:rPr>
        <w:t xml:space="preserve">, </w:t>
      </w:r>
      <w:r w:rsidR="00DA3E97">
        <w:rPr>
          <w:rFonts w:ascii="Sylfaen" w:hAnsi="Sylfaen" w:cs="Sylfaen"/>
          <w:sz w:val="18"/>
          <w:szCs w:val="18"/>
          <w:lang w:val="ka-GE"/>
        </w:rPr>
        <w:t xml:space="preserve">მენარდე </w:t>
      </w:r>
      <w:proofErr w:type="spellStart"/>
      <w:r w:rsidRPr="000C596E">
        <w:rPr>
          <w:rFonts w:ascii="Sylfaen" w:hAnsi="Sylfaen" w:cs="Sylfaen"/>
          <w:sz w:val="18"/>
          <w:szCs w:val="18"/>
        </w:rPr>
        <w:t>წერილობით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აცნობებს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დამკვეთს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აღნიშნულის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თაობაზე</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აღნიშნული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გარემოება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მხარეთა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შორის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წერილობითი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შეთანხმების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საფუძველზე</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ჩაითვლება</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საპატიო</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მიზეზით</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მოცდენილ</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დღეებად</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ხსენებული</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გარემოებების</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აღმოფხვრამდე</w:t>
      </w:r>
      <w:proofErr w:type="spellEnd"/>
      <w:r w:rsidRPr="00DA3E97">
        <w:rPr>
          <w:rFonts w:ascii="Sylfaen" w:hAnsi="Sylfaen" w:cs="Sylfaen"/>
          <w:sz w:val="18"/>
          <w:szCs w:val="18"/>
        </w:rPr>
        <w:t xml:space="preserve"> </w:t>
      </w:r>
      <w:proofErr w:type="spellStart"/>
      <w:r w:rsidRPr="000C596E">
        <w:rPr>
          <w:rFonts w:ascii="Sylfaen" w:hAnsi="Sylfaen" w:cs="Sylfaen"/>
          <w:sz w:val="18"/>
          <w:szCs w:val="18"/>
        </w:rPr>
        <w:t>ვადაში</w:t>
      </w:r>
      <w:proofErr w:type="spellEnd"/>
      <w:r w:rsidRPr="00DA3E97">
        <w:rPr>
          <w:rFonts w:ascii="Sylfaen" w:hAnsi="Sylfaen" w:cs="Sylfaen"/>
          <w:sz w:val="18"/>
          <w:szCs w:val="18"/>
        </w:rPr>
        <w:t>.</w:t>
      </w:r>
    </w:p>
    <w:p w14:paraId="708C36AF" w14:textId="77777777" w:rsidR="004B6084" w:rsidRPr="000C596E" w:rsidRDefault="004B6084" w:rsidP="00185C20">
      <w:pPr>
        <w:jc w:val="both"/>
        <w:rPr>
          <w:rFonts w:cstheme="majorHAnsi"/>
          <w:b/>
          <w:bCs/>
          <w:u w:val="single"/>
        </w:rPr>
      </w:pPr>
    </w:p>
    <w:p w14:paraId="4E1AD587" w14:textId="469B0DC5" w:rsidR="004B6084" w:rsidRPr="000C596E" w:rsidRDefault="00A74260" w:rsidP="00185C20">
      <w:pPr>
        <w:pStyle w:val="ListParagraph"/>
        <w:numPr>
          <w:ilvl w:val="0"/>
          <w:numId w:val="13"/>
        </w:numPr>
        <w:jc w:val="both"/>
        <w:rPr>
          <w:rFonts w:cstheme="majorHAnsi"/>
          <w:b/>
          <w:bCs/>
          <w:u w:val="single"/>
        </w:rPr>
      </w:pPr>
      <w:proofErr w:type="spellStart"/>
      <w:r w:rsidRPr="000C596E">
        <w:rPr>
          <w:rFonts w:ascii="Sylfaen" w:hAnsi="Sylfaen" w:cs="Sylfaen"/>
          <w:b/>
          <w:bCs/>
          <w:u w:val="single"/>
        </w:rPr>
        <w:t>ხელშეკრულების</w:t>
      </w:r>
      <w:proofErr w:type="spellEnd"/>
      <w:r w:rsidRPr="000C596E">
        <w:rPr>
          <w:rFonts w:cstheme="majorHAnsi"/>
          <w:b/>
          <w:bCs/>
          <w:u w:val="single"/>
        </w:rPr>
        <w:t xml:space="preserve"> </w:t>
      </w:r>
      <w:proofErr w:type="spellStart"/>
      <w:r w:rsidRPr="000C596E">
        <w:rPr>
          <w:rFonts w:ascii="Sylfaen" w:hAnsi="Sylfaen" w:cs="Sylfaen"/>
          <w:b/>
          <w:bCs/>
          <w:u w:val="single"/>
        </w:rPr>
        <w:t>შესრულების</w:t>
      </w:r>
      <w:proofErr w:type="spellEnd"/>
      <w:r w:rsidRPr="000C596E">
        <w:rPr>
          <w:rFonts w:cstheme="majorHAnsi"/>
          <w:b/>
          <w:bCs/>
          <w:u w:val="single"/>
        </w:rPr>
        <w:t xml:space="preserve"> </w:t>
      </w:r>
      <w:proofErr w:type="spellStart"/>
      <w:r w:rsidRPr="000C596E">
        <w:rPr>
          <w:rFonts w:ascii="Sylfaen" w:hAnsi="Sylfaen" w:cs="Sylfaen"/>
          <w:b/>
          <w:bCs/>
          <w:u w:val="single"/>
        </w:rPr>
        <w:t>კონტროლი</w:t>
      </w:r>
      <w:proofErr w:type="spellEnd"/>
    </w:p>
    <w:p w14:paraId="767E82EB" w14:textId="44DE0B36" w:rsidR="004B6084" w:rsidRPr="00FF324C" w:rsidRDefault="00A74260" w:rsidP="00185C20">
      <w:pPr>
        <w:pStyle w:val="ListParagraph"/>
        <w:numPr>
          <w:ilvl w:val="1"/>
          <w:numId w:val="13"/>
        </w:numPr>
        <w:jc w:val="both"/>
        <w:rPr>
          <w:rFonts w:ascii="Sylfaen" w:hAnsi="Sylfaen" w:cs="Sylfaen"/>
          <w:sz w:val="18"/>
          <w:szCs w:val="18"/>
        </w:rPr>
      </w:pPr>
      <w:proofErr w:type="spellStart"/>
      <w:r w:rsidRPr="000C596E">
        <w:rPr>
          <w:rFonts w:ascii="Sylfaen" w:hAnsi="Sylfaen" w:cs="Sylfaen"/>
          <w:sz w:val="18"/>
          <w:szCs w:val="18"/>
        </w:rPr>
        <w:t>დამკვეთს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უფლება</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აქვს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ხელშეკრულების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შესრულების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ნებისმიერ</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ეტაპზე</w:t>
      </w:r>
      <w:proofErr w:type="spellEnd"/>
      <w:r w:rsidR="00FF324C">
        <w:rPr>
          <w:rFonts w:ascii="Sylfaen" w:hAnsi="Sylfaen" w:cs="Sylfaen"/>
          <w:sz w:val="18"/>
          <w:szCs w:val="18"/>
          <w:lang w:val="ka-GE"/>
        </w:rPr>
        <w:t xml:space="preserve"> </w:t>
      </w:r>
      <w:proofErr w:type="spellStart"/>
      <w:r w:rsidRPr="000C596E">
        <w:rPr>
          <w:rFonts w:ascii="Sylfaen" w:hAnsi="Sylfaen" w:cs="Sylfaen"/>
          <w:sz w:val="18"/>
          <w:szCs w:val="18"/>
        </w:rPr>
        <w:t>მენარდისთვის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წინასწარ</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წერილობითი</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შეტყობინების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გაგზავნის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გარეშე</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განახორციელოს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კონტროლი</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მენარდის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მიერ</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ნაკისრი</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ვალდებულებების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შესრულებაზე</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ასევე</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მოახდინოს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სამუშაოს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შესრულების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ხარისხის</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პერიოდული</w:t>
      </w:r>
      <w:proofErr w:type="spellEnd"/>
      <w:r w:rsidRPr="00FF324C">
        <w:rPr>
          <w:rFonts w:ascii="Sylfaen" w:hAnsi="Sylfaen" w:cs="Sylfaen"/>
          <w:sz w:val="18"/>
          <w:szCs w:val="18"/>
        </w:rPr>
        <w:t xml:space="preserve"> </w:t>
      </w:r>
      <w:proofErr w:type="spellStart"/>
      <w:r w:rsidRPr="000C596E">
        <w:rPr>
          <w:rFonts w:ascii="Sylfaen" w:hAnsi="Sylfaen" w:cs="Sylfaen"/>
          <w:sz w:val="18"/>
          <w:szCs w:val="18"/>
        </w:rPr>
        <w:t>ინსპექტირება</w:t>
      </w:r>
      <w:proofErr w:type="spellEnd"/>
      <w:r w:rsidRPr="00FF324C">
        <w:rPr>
          <w:rFonts w:ascii="Sylfaen" w:hAnsi="Sylfaen" w:cs="Sylfaen"/>
          <w:sz w:val="18"/>
          <w:szCs w:val="18"/>
        </w:rPr>
        <w:t>.</w:t>
      </w:r>
    </w:p>
    <w:p w14:paraId="6E715A45" w14:textId="753EC0B8" w:rsidR="004B6084" w:rsidRPr="00FF324C" w:rsidRDefault="00FF324C" w:rsidP="00185C20">
      <w:pPr>
        <w:pStyle w:val="ListParagraph"/>
        <w:numPr>
          <w:ilvl w:val="1"/>
          <w:numId w:val="13"/>
        </w:numPr>
        <w:jc w:val="both"/>
        <w:rPr>
          <w:rFonts w:ascii="Sylfaen" w:hAnsi="Sylfaen" w:cs="Sylfaen"/>
          <w:sz w:val="18"/>
          <w:szCs w:val="18"/>
        </w:rPr>
      </w:pPr>
      <w:r>
        <w:rPr>
          <w:rFonts w:ascii="Sylfaen" w:hAnsi="Sylfaen" w:cs="Sylfaen"/>
          <w:sz w:val="18"/>
          <w:szCs w:val="18"/>
          <w:lang w:val="ka-GE"/>
        </w:rPr>
        <w:t>მენარდე</w:t>
      </w:r>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ვალდებულია</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საკუთარი</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ხარჯებით</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მათ</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შორის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მუშახელით</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მხარეთა</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მიერ</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შეთანხმებულ</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ვადაში</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უზრუნველყოს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კონტროლის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შედეგად</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გამოვლენილი</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ყველა</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დეფექტის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ან</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ნაკლის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აღმოფხვრა</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გარდა</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იმ</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ხარვეზებისა</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რომელიც</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გამოწვეულია</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დამკვეთის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მიზეზით</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საპროექტო</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დოკუმენტაციის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ხარვეზით</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ან</w:t>
      </w:r>
      <w:proofErr w:type="spellEnd"/>
      <w:r w:rsidR="00A74260" w:rsidRPr="00FF324C">
        <w:rPr>
          <w:rFonts w:ascii="Sylfaen" w:hAnsi="Sylfaen" w:cs="Sylfaen"/>
          <w:sz w:val="18"/>
          <w:szCs w:val="18"/>
        </w:rPr>
        <w:t>/</w:t>
      </w:r>
      <w:proofErr w:type="spellStart"/>
      <w:r w:rsidR="00A74260" w:rsidRPr="000C596E">
        <w:rPr>
          <w:rFonts w:ascii="Sylfaen" w:hAnsi="Sylfaen" w:cs="Sylfaen"/>
          <w:sz w:val="18"/>
          <w:szCs w:val="18"/>
        </w:rPr>
        <w:t>და</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დამკვეთის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ნებისმიერი</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სხვა</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სახის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ქმედებით</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ასეთ</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შემთხვევაში</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დეფექტის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ან</w:t>
      </w:r>
      <w:proofErr w:type="spellEnd"/>
      <w:r w:rsidR="00A74260" w:rsidRPr="00FF324C">
        <w:rPr>
          <w:rFonts w:ascii="Sylfaen" w:hAnsi="Sylfaen" w:cs="Sylfaen"/>
          <w:sz w:val="18"/>
          <w:szCs w:val="18"/>
        </w:rPr>
        <w:t>/</w:t>
      </w:r>
      <w:proofErr w:type="spellStart"/>
      <w:r w:rsidR="00A74260" w:rsidRPr="000C596E">
        <w:rPr>
          <w:rFonts w:ascii="Sylfaen" w:hAnsi="Sylfaen" w:cs="Sylfaen"/>
          <w:sz w:val="18"/>
          <w:szCs w:val="18"/>
        </w:rPr>
        <w:t>და</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ნაკლის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გამოსწორება</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მოხდება</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მენარდის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მიერ</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დამკვეთის</w:t>
      </w:r>
      <w:proofErr w:type="spellEnd"/>
      <w:r w:rsidR="00A74260" w:rsidRPr="00FF324C">
        <w:rPr>
          <w:rFonts w:ascii="Sylfaen" w:hAnsi="Sylfaen" w:cs="Sylfaen"/>
          <w:sz w:val="18"/>
          <w:szCs w:val="18"/>
        </w:rPr>
        <w:t xml:space="preserve"> </w:t>
      </w:r>
      <w:proofErr w:type="spellStart"/>
      <w:r w:rsidR="00A74260" w:rsidRPr="000C596E">
        <w:rPr>
          <w:rFonts w:ascii="Sylfaen" w:hAnsi="Sylfaen" w:cs="Sylfaen"/>
          <w:sz w:val="18"/>
          <w:szCs w:val="18"/>
        </w:rPr>
        <w:t>ხარჯით</w:t>
      </w:r>
      <w:proofErr w:type="spellEnd"/>
      <w:r>
        <w:rPr>
          <w:rFonts w:ascii="Sylfaen" w:hAnsi="Sylfaen" w:cs="Sylfaen"/>
          <w:sz w:val="18"/>
          <w:szCs w:val="18"/>
        </w:rPr>
        <w:t>.</w:t>
      </w:r>
    </w:p>
    <w:p w14:paraId="71E29C5E" w14:textId="77777777" w:rsidR="004B6084" w:rsidRPr="00D73BDF" w:rsidRDefault="004B6084" w:rsidP="00185C20">
      <w:pPr>
        <w:jc w:val="both"/>
        <w:rPr>
          <w:rFonts w:cstheme="majorHAnsi"/>
          <w:sz w:val="18"/>
          <w:szCs w:val="18"/>
        </w:rPr>
      </w:pPr>
    </w:p>
    <w:p w14:paraId="1D95BC49" w14:textId="4172E84A" w:rsidR="004B6084" w:rsidRPr="000C596E" w:rsidRDefault="00A74260" w:rsidP="00185C20">
      <w:pPr>
        <w:pStyle w:val="ListParagraph"/>
        <w:numPr>
          <w:ilvl w:val="0"/>
          <w:numId w:val="13"/>
        </w:numPr>
        <w:jc w:val="both"/>
        <w:rPr>
          <w:rFonts w:cstheme="majorHAnsi"/>
          <w:b/>
          <w:bCs/>
          <w:u w:val="single"/>
        </w:rPr>
      </w:pPr>
      <w:proofErr w:type="spellStart"/>
      <w:r w:rsidRPr="000C596E">
        <w:rPr>
          <w:rFonts w:ascii="Sylfaen" w:hAnsi="Sylfaen" w:cs="Sylfaen"/>
          <w:b/>
          <w:bCs/>
          <w:u w:val="single"/>
        </w:rPr>
        <w:t>განსაკუთრებული</w:t>
      </w:r>
      <w:proofErr w:type="spellEnd"/>
      <w:r w:rsidRPr="000C596E">
        <w:rPr>
          <w:rFonts w:cstheme="majorHAnsi"/>
          <w:b/>
          <w:bCs/>
          <w:u w:val="single"/>
        </w:rPr>
        <w:t xml:space="preserve"> </w:t>
      </w:r>
      <w:proofErr w:type="spellStart"/>
      <w:r w:rsidRPr="000C596E">
        <w:rPr>
          <w:rFonts w:ascii="Sylfaen" w:hAnsi="Sylfaen" w:cs="Sylfaen"/>
          <w:b/>
          <w:bCs/>
          <w:u w:val="single"/>
        </w:rPr>
        <w:t>პირობები</w:t>
      </w:r>
      <w:proofErr w:type="spellEnd"/>
    </w:p>
    <w:p w14:paraId="1464F2FF" w14:textId="2B0CB028" w:rsidR="004B6084" w:rsidRPr="00FF324C" w:rsidRDefault="00A74260" w:rsidP="00185C20">
      <w:pPr>
        <w:pStyle w:val="ListParagraph"/>
        <w:numPr>
          <w:ilvl w:val="1"/>
          <w:numId w:val="13"/>
        </w:numPr>
        <w:jc w:val="both"/>
        <w:rPr>
          <w:rFonts w:ascii="Sylfaen" w:hAnsi="Sylfaen" w:cs="Sylfaen"/>
          <w:sz w:val="18"/>
          <w:szCs w:val="18"/>
          <w:lang w:val="ka-GE"/>
        </w:rPr>
      </w:pPr>
      <w:r w:rsidRPr="00FF324C">
        <w:rPr>
          <w:rFonts w:ascii="Sylfaen" w:hAnsi="Sylfaen" w:cs="Sylfaen"/>
          <w:sz w:val="18"/>
          <w:szCs w:val="18"/>
          <w:lang w:val="ka-GE"/>
        </w:rPr>
        <w:t xml:space="preserve">წინამდებარე ხელშეკრულება ძალაშია მხარეთა მიერ ხელმოწერის დღიდან და მოქმედებს ნაკისრი ვალდებულებების სრულ და ჯეროვან შესრულებამდე.  </w:t>
      </w:r>
    </w:p>
    <w:p w14:paraId="667E3C41" w14:textId="2F157201" w:rsidR="00112C0F" w:rsidRPr="00125F84" w:rsidRDefault="00125F84" w:rsidP="00125F84">
      <w:pPr>
        <w:pStyle w:val="ListParagraph"/>
        <w:numPr>
          <w:ilvl w:val="1"/>
          <w:numId w:val="13"/>
        </w:numPr>
        <w:jc w:val="both"/>
        <w:rPr>
          <w:rFonts w:ascii="Sylfaen" w:hAnsi="Sylfaen" w:cs="Sylfaen"/>
          <w:sz w:val="18"/>
          <w:szCs w:val="18"/>
          <w:lang w:val="ka-GE"/>
        </w:rPr>
      </w:pPr>
      <w:r w:rsidRPr="00125F84">
        <w:rPr>
          <w:rFonts w:ascii="Sylfaen" w:hAnsi="Sylfaen" w:cs="Sylfaen"/>
          <w:sz w:val="18"/>
          <w:szCs w:val="18"/>
          <w:lang w:val="ka-GE"/>
        </w:rPr>
        <w:t>დამკვეთი უფლებამოსილია იყოს სამშენებლო მოედანზე ან/და განახორციელოს სამშენებლო</w:t>
      </w:r>
      <w:r>
        <w:rPr>
          <w:rFonts w:ascii="Sylfaen" w:hAnsi="Sylfaen" w:cs="Sylfaen"/>
          <w:sz w:val="18"/>
          <w:szCs w:val="18"/>
          <w:lang w:val="ka-GE"/>
        </w:rPr>
        <w:t xml:space="preserve"> </w:t>
      </w:r>
      <w:r w:rsidR="00A74260" w:rsidRPr="00125F84">
        <w:rPr>
          <w:rFonts w:ascii="Sylfaen" w:hAnsi="Sylfaen" w:cs="Sylfaen"/>
          <w:sz w:val="18"/>
          <w:szCs w:val="18"/>
          <w:lang w:val="ka-GE"/>
        </w:rPr>
        <w:t xml:space="preserve">მოედანზე/შენობაზე/შენობაში იმ სამუშაობის წარმოება რომელიც არ არის გათვალისწინებული წინამდებარე ხელშეკრულებით თავად ან მის მიერ უფლებამოსილი მესამე პირის საშუალებით, თუ ამგვარი სამუშაოების განხორციელებაზე </w:t>
      </w:r>
      <w:r w:rsidR="00FF324C" w:rsidRPr="00125F84">
        <w:rPr>
          <w:rFonts w:ascii="Sylfaen" w:hAnsi="Sylfaen" w:cs="Sylfaen"/>
          <w:sz w:val="18"/>
          <w:szCs w:val="18"/>
          <w:lang w:val="ka-GE"/>
        </w:rPr>
        <w:t>მენარდე</w:t>
      </w:r>
      <w:r w:rsidR="00A74260" w:rsidRPr="00125F84">
        <w:rPr>
          <w:rFonts w:ascii="Sylfaen" w:hAnsi="Sylfaen" w:cs="Sylfaen"/>
          <w:sz w:val="18"/>
          <w:szCs w:val="18"/>
          <w:lang w:val="ka-GE"/>
        </w:rPr>
        <w:t xml:space="preserve"> წერილობით არ განუცხადებს დამკვეთს დასაბუთებულ უარს</w:t>
      </w:r>
      <w:r w:rsidR="00FF324C" w:rsidRPr="00125F84">
        <w:rPr>
          <w:rFonts w:ascii="Sylfaen" w:hAnsi="Sylfaen" w:cs="Sylfaen"/>
          <w:sz w:val="18"/>
          <w:szCs w:val="18"/>
          <w:lang w:val="ka-GE"/>
        </w:rPr>
        <w:t>.</w:t>
      </w:r>
    </w:p>
    <w:p w14:paraId="3E76502C" w14:textId="5A3EBCBB" w:rsidR="00112C0F" w:rsidRPr="00FF324C" w:rsidRDefault="00A74260" w:rsidP="00112C0F">
      <w:pPr>
        <w:pStyle w:val="ListParagraph"/>
        <w:numPr>
          <w:ilvl w:val="1"/>
          <w:numId w:val="13"/>
        </w:numPr>
        <w:jc w:val="both"/>
        <w:rPr>
          <w:rFonts w:ascii="Sylfaen" w:hAnsi="Sylfaen" w:cs="Sylfaen"/>
          <w:sz w:val="18"/>
          <w:szCs w:val="18"/>
          <w:lang w:val="ka-GE"/>
        </w:rPr>
      </w:pPr>
      <w:r w:rsidRPr="00FF324C">
        <w:rPr>
          <w:rFonts w:ascii="Sylfaen" w:hAnsi="Sylfaen" w:cs="Sylfaen"/>
          <w:sz w:val="18"/>
          <w:szCs w:val="18"/>
          <w:lang w:val="ka-GE"/>
        </w:rPr>
        <w:t xml:space="preserve">უარი დასაბუთებულია იმ შემთხვევაში, თუ დამკვეთის </w:t>
      </w:r>
      <w:r w:rsidR="00A009C6">
        <w:rPr>
          <w:rFonts w:ascii="Sylfaen" w:hAnsi="Sylfaen" w:cs="Sylfaen"/>
          <w:sz w:val="18"/>
          <w:szCs w:val="18"/>
          <w:lang w:val="ka-GE"/>
        </w:rPr>
        <w:t xml:space="preserve">სამშენებლო </w:t>
      </w:r>
      <w:r w:rsidRPr="00FF324C">
        <w:rPr>
          <w:rFonts w:ascii="Sylfaen" w:hAnsi="Sylfaen" w:cs="Sylfaen"/>
          <w:sz w:val="18"/>
          <w:szCs w:val="18"/>
          <w:lang w:val="ka-GE"/>
        </w:rPr>
        <w:t>მოედანზე ყოფნა და მის მიერ სხვა სამუშაოების წარმოება წარმოადგენს ხელშემშლელს მენარდისათვის წინამდებარე ხელშეკრულებით გათვალისწინებული ვალდებულებების შესრულებაში. ამასთან, დამკვეთის წარმომადგენლები ვალდებულნი არიან, დაიცვან მენარდის მიერ დადგენილი დაცვის და უსაფრთხოების წესები და დაემორჩილონ მენარდის წარმომადგენლის მითითებებს</w:t>
      </w:r>
      <w:r w:rsidR="00FF324C">
        <w:rPr>
          <w:rFonts w:ascii="Sylfaen" w:hAnsi="Sylfaen" w:cs="Sylfaen"/>
          <w:sz w:val="18"/>
          <w:szCs w:val="18"/>
          <w:lang w:val="ka-GE"/>
        </w:rPr>
        <w:t>.</w:t>
      </w:r>
    </w:p>
    <w:p w14:paraId="3966C155" w14:textId="6F8D896C" w:rsidR="00250162" w:rsidRPr="00FF324C" w:rsidRDefault="00A74260" w:rsidP="00112C0F">
      <w:pPr>
        <w:pStyle w:val="ListParagraph"/>
        <w:numPr>
          <w:ilvl w:val="1"/>
          <w:numId w:val="13"/>
        </w:numPr>
        <w:jc w:val="both"/>
        <w:rPr>
          <w:rFonts w:ascii="Sylfaen" w:hAnsi="Sylfaen" w:cs="Sylfaen"/>
          <w:sz w:val="18"/>
          <w:szCs w:val="18"/>
          <w:lang w:val="ka-GE"/>
        </w:rPr>
      </w:pPr>
      <w:r w:rsidRPr="00FF324C">
        <w:rPr>
          <w:rFonts w:ascii="Sylfaen" w:hAnsi="Sylfaen" w:cs="Sylfaen"/>
          <w:sz w:val="18"/>
          <w:szCs w:val="18"/>
          <w:lang w:val="ka-GE"/>
        </w:rPr>
        <w:t xml:space="preserve">ამ მუხლით გათვალწინებული გარემოებების დადგომისას, დამკვეთის ან მის მიერ უფლებამოსილი მესამე პირის მხრიდან </w:t>
      </w:r>
      <w:r w:rsidR="00A009C6" w:rsidRPr="00112C0F">
        <w:rPr>
          <w:rFonts w:ascii="Sylfaen" w:hAnsi="Sylfaen" w:cs="Sylfaen"/>
          <w:sz w:val="18"/>
          <w:szCs w:val="18"/>
          <w:lang w:val="ka-GE"/>
        </w:rPr>
        <w:t xml:space="preserve">სამშენებლო </w:t>
      </w:r>
      <w:r w:rsidRPr="00FF324C">
        <w:rPr>
          <w:rFonts w:ascii="Sylfaen" w:hAnsi="Sylfaen" w:cs="Sylfaen"/>
          <w:sz w:val="18"/>
          <w:szCs w:val="18"/>
          <w:lang w:val="ka-GE"/>
        </w:rPr>
        <w:t xml:space="preserve">მოედანზე განთავსებული მენარდის ინფრასტრუქტურის გამოყენების პირობებზე (ასეთის არსებობის შემთხვევაში) მხარეები შეთანხმდებიან ცალკე. ამასთან, მხარეები თანხმდებიან, რომ </w:t>
      </w:r>
      <w:r w:rsidR="00FF324C">
        <w:rPr>
          <w:rFonts w:ascii="Sylfaen" w:hAnsi="Sylfaen" w:cs="Sylfaen"/>
          <w:sz w:val="18"/>
          <w:szCs w:val="18"/>
          <w:lang w:val="ka-GE"/>
        </w:rPr>
        <w:t>მენარდე</w:t>
      </w:r>
      <w:r w:rsidRPr="00FF324C">
        <w:rPr>
          <w:rFonts w:ascii="Sylfaen" w:hAnsi="Sylfaen" w:cs="Sylfaen"/>
          <w:sz w:val="18"/>
          <w:szCs w:val="18"/>
          <w:lang w:val="ka-GE"/>
        </w:rPr>
        <w:t xml:space="preserve"> არ არის და არც მომავალში იქნება პასუხისმგებელი დამკვეთის ან/და მის მიერ უფლებამოსილი მესამე პირის განზრახი ან/და გაუფრთხილებელი ქმედების, ასევე </w:t>
      </w:r>
      <w:r w:rsidRPr="00FF324C">
        <w:rPr>
          <w:rFonts w:ascii="Sylfaen" w:hAnsi="Sylfaen" w:cs="Sylfaen"/>
          <w:sz w:val="18"/>
          <w:szCs w:val="18"/>
          <w:lang w:val="ka-GE"/>
        </w:rPr>
        <w:lastRenderedPageBreak/>
        <w:t>არაჯეროვანი შესრულების შედეგად მენარდის მიერ უკვე შესრულებულ და დამკვეთის მიერ მიღებული სამუშაოებისთვის მიყენებულ ზიანზე</w:t>
      </w:r>
      <w:r w:rsidR="00FF324C">
        <w:rPr>
          <w:rFonts w:ascii="Sylfaen" w:hAnsi="Sylfaen" w:cs="Sylfaen"/>
          <w:sz w:val="18"/>
          <w:szCs w:val="18"/>
          <w:lang w:val="ka-GE"/>
        </w:rPr>
        <w:t>.</w:t>
      </w:r>
      <w:r w:rsidRPr="00FF324C">
        <w:rPr>
          <w:rFonts w:ascii="Sylfaen" w:hAnsi="Sylfaen" w:cs="Sylfaen"/>
          <w:sz w:val="18"/>
          <w:szCs w:val="18"/>
          <w:lang w:val="ka-GE"/>
        </w:rPr>
        <w:t xml:space="preserve"> </w:t>
      </w:r>
    </w:p>
    <w:p w14:paraId="2385CAB8" w14:textId="20A81391" w:rsidR="004B6084" w:rsidRPr="00FF324C" w:rsidRDefault="00A74260" w:rsidP="00185C20">
      <w:pPr>
        <w:pStyle w:val="ListParagraph"/>
        <w:numPr>
          <w:ilvl w:val="1"/>
          <w:numId w:val="13"/>
        </w:numPr>
        <w:jc w:val="both"/>
        <w:rPr>
          <w:rFonts w:ascii="Sylfaen" w:hAnsi="Sylfaen" w:cs="Sylfaen"/>
          <w:sz w:val="18"/>
          <w:szCs w:val="18"/>
          <w:lang w:val="ka-GE"/>
        </w:rPr>
      </w:pPr>
      <w:r w:rsidRPr="00FF324C">
        <w:rPr>
          <w:rFonts w:ascii="Sylfaen" w:hAnsi="Sylfaen" w:cs="Sylfaen"/>
          <w:sz w:val="18"/>
          <w:szCs w:val="18"/>
          <w:lang w:val="ka-GE"/>
        </w:rPr>
        <w:t xml:space="preserve"> წინამდებარე ხელშეკრულებაში შეტანილი ცვლილება და დამატება ძალაშია იმ შემთხვევაში, თუ ისინი გაფორმებულია წერილობითი სახით და ხელმოწერილია ორივე მხარის მიერ.</w:t>
      </w:r>
    </w:p>
    <w:p w14:paraId="5EBEABC4" w14:textId="7EEBDBD6" w:rsidR="004B6084" w:rsidRPr="00FF324C" w:rsidRDefault="00A74260" w:rsidP="00185C20">
      <w:pPr>
        <w:pStyle w:val="ListParagraph"/>
        <w:numPr>
          <w:ilvl w:val="1"/>
          <w:numId w:val="13"/>
        </w:numPr>
        <w:jc w:val="both"/>
        <w:rPr>
          <w:rFonts w:ascii="Sylfaen" w:hAnsi="Sylfaen" w:cs="Sylfaen"/>
          <w:sz w:val="18"/>
          <w:szCs w:val="18"/>
          <w:lang w:val="ka-GE"/>
        </w:rPr>
      </w:pPr>
      <w:r w:rsidRPr="00FF324C">
        <w:rPr>
          <w:rFonts w:ascii="Sylfaen" w:hAnsi="Sylfaen" w:cs="Sylfaen"/>
          <w:sz w:val="18"/>
          <w:szCs w:val="18"/>
          <w:lang w:val="ka-GE"/>
        </w:rPr>
        <w:t>ხელშეკრულების მოქმედების ვადაში საქართველოს საგადასახადო კოდექსის ისეთი სახის ცვლილებების შემთხვევაში, რომლებიც გავლენას ახდენს ამ ხელშეკრულებით ნაკისრი ვალდებულებების შესრულებაზე და ამ ცვლილებას ექნება უკუქცევითი ძალა, მხარეები ვალდებულნი არიან შესაბამისი ცვლილებების გათვალისწინებით გადაიანგარიშონ საერთო ღირებულება, რომელიც სავალდებულო იქნება ორივე მხარისათვის.</w:t>
      </w:r>
    </w:p>
    <w:p w14:paraId="53D05D83" w14:textId="37DCAEBB" w:rsidR="004B6084" w:rsidRPr="00FF324C" w:rsidRDefault="00A74260" w:rsidP="00185C20">
      <w:pPr>
        <w:pStyle w:val="ListParagraph"/>
        <w:numPr>
          <w:ilvl w:val="1"/>
          <w:numId w:val="13"/>
        </w:numPr>
        <w:jc w:val="both"/>
        <w:rPr>
          <w:rFonts w:ascii="Sylfaen" w:hAnsi="Sylfaen" w:cs="Sylfaen"/>
          <w:sz w:val="18"/>
          <w:szCs w:val="18"/>
          <w:lang w:val="ka-GE"/>
        </w:rPr>
      </w:pPr>
      <w:r w:rsidRPr="00FF324C">
        <w:rPr>
          <w:rFonts w:ascii="Sylfaen" w:hAnsi="Sylfaen" w:cs="Sylfaen"/>
          <w:sz w:val="18"/>
          <w:szCs w:val="18"/>
          <w:lang w:val="ka-GE"/>
        </w:rPr>
        <w:t>მხარეები ერთმანეთს კორესპონდენციას უგზავნიან იურიდიულ მისამართზე ან ელექტრონული ფოსტის მეშვეობით. თუ მხარე თავს აარიდებს ხელშეკრულებაში მითითებულ მისამართზე საფოსტო გზავნილის მიღებას, ითვლება, რომ აღნიშნული გზავნილი ჩაბარდა ადრესატს.</w:t>
      </w:r>
      <w:r w:rsidR="00FF324C">
        <w:rPr>
          <w:rFonts w:ascii="Sylfaen" w:hAnsi="Sylfaen" w:cs="Sylfaen"/>
          <w:sz w:val="18"/>
          <w:szCs w:val="18"/>
          <w:lang w:val="ka-GE"/>
        </w:rPr>
        <w:t xml:space="preserve"> </w:t>
      </w:r>
      <w:r w:rsidRPr="00FF324C">
        <w:rPr>
          <w:rFonts w:ascii="Sylfaen" w:hAnsi="Sylfaen" w:cs="Sylfaen"/>
          <w:sz w:val="18"/>
          <w:szCs w:val="18"/>
          <w:lang w:val="ka-GE"/>
        </w:rPr>
        <w:t>იმისათვის, რომ მხარეთა შორის გაგზავნილი კორესპონდენცია ჩაითვლოს ოფიციალურად გაგზავნილად, მხარეებმა აღნიშნული კორესპონდენცია უნდა გააგზავნონ მეორე მხარის ქვემოთ მითითებულ ელექტრონული ფოსტის</w:t>
      </w:r>
      <w:r w:rsidR="007E2270">
        <w:rPr>
          <w:rFonts w:ascii="Sylfaen" w:hAnsi="Sylfaen" w:cs="Sylfaen"/>
          <w:sz w:val="18"/>
          <w:szCs w:val="18"/>
          <w:lang w:val="ka-GE"/>
        </w:rPr>
        <w:t xml:space="preserve"> </w:t>
      </w:r>
      <w:r w:rsidRPr="00FF324C">
        <w:rPr>
          <w:rFonts w:ascii="Sylfaen" w:hAnsi="Sylfaen" w:cs="Sylfaen"/>
          <w:sz w:val="18"/>
          <w:szCs w:val="18"/>
          <w:lang w:val="ka-GE"/>
        </w:rPr>
        <w:t>მისამართებზე (დამკვეთისათვის შეტყობინებები უნდა გაიგზავნოს დამკვეთის ყველა მითითებულ მეილზე):</w:t>
      </w:r>
    </w:p>
    <w:p w14:paraId="7BA04639" w14:textId="40EB1BC2" w:rsidR="004B6084" w:rsidRPr="00B31749" w:rsidRDefault="00A74260" w:rsidP="0083135B">
      <w:pPr>
        <w:rPr>
          <w:rFonts w:ascii="Sylfaen" w:hAnsi="Sylfaen" w:cstheme="majorHAnsi"/>
          <w:b/>
          <w:bCs/>
          <w:sz w:val="18"/>
          <w:szCs w:val="18"/>
          <w:lang w:val="ka-GE"/>
        </w:rPr>
      </w:pPr>
      <w:r w:rsidRPr="00B31749">
        <w:rPr>
          <w:rFonts w:ascii="Sylfaen" w:hAnsi="Sylfaen" w:cs="Sylfaen"/>
          <w:b/>
          <w:bCs/>
          <w:sz w:val="18"/>
          <w:szCs w:val="18"/>
          <w:lang w:val="ka-GE"/>
        </w:rPr>
        <w:t>დამკვეთის</w:t>
      </w:r>
      <w:r w:rsidRPr="00B31749">
        <w:rPr>
          <w:rFonts w:cstheme="majorHAnsi"/>
          <w:b/>
          <w:bCs/>
          <w:sz w:val="18"/>
          <w:szCs w:val="18"/>
          <w:lang w:val="ka-GE"/>
        </w:rPr>
        <w:t xml:space="preserve"> </w:t>
      </w:r>
      <w:r w:rsidRPr="00B31749">
        <w:rPr>
          <w:rFonts w:ascii="Sylfaen" w:hAnsi="Sylfaen" w:cs="Sylfaen"/>
          <w:b/>
          <w:bCs/>
          <w:sz w:val="18"/>
          <w:szCs w:val="18"/>
          <w:lang w:val="ka-GE"/>
        </w:rPr>
        <w:t>მხრიდან</w:t>
      </w:r>
      <w:r w:rsidRPr="00B31749">
        <w:rPr>
          <w:rFonts w:cstheme="majorHAnsi"/>
          <w:b/>
          <w:bCs/>
          <w:sz w:val="18"/>
          <w:szCs w:val="18"/>
          <w:lang w:val="ka-GE"/>
        </w:rPr>
        <w:t xml:space="preserve">: </w:t>
      </w:r>
      <w:r w:rsidR="00E52262">
        <w:rPr>
          <w:rFonts w:ascii="Sylfaen" w:hAnsi="Sylfaen" w:cstheme="majorHAnsi"/>
          <w:b/>
          <w:bCs/>
          <w:sz w:val="18"/>
          <w:szCs w:val="18"/>
          <w:lang w:val="ka-GE"/>
        </w:rPr>
        <w:t>გიორგი ბედოიძე</w:t>
      </w:r>
      <w:r w:rsidR="00733055">
        <w:rPr>
          <w:rFonts w:ascii="Sylfaen" w:hAnsi="Sylfaen" w:cstheme="majorHAnsi"/>
          <w:b/>
          <w:bCs/>
          <w:sz w:val="18"/>
          <w:szCs w:val="18"/>
          <w:lang w:val="ka-GE"/>
        </w:rPr>
        <w:t xml:space="preserve">, </w:t>
      </w:r>
      <w:r w:rsidR="0083135B">
        <w:rPr>
          <w:rFonts w:ascii="Sylfaen" w:hAnsi="Sylfaen" w:cstheme="majorHAnsi"/>
          <w:b/>
          <w:bCs/>
          <w:sz w:val="18"/>
          <w:szCs w:val="18"/>
          <w:lang w:val="ka-GE"/>
        </w:rPr>
        <w:t xml:space="preserve">პროექტის მენეჯერი ( </w:t>
      </w:r>
      <w:r w:rsidR="00133061">
        <w:fldChar w:fldCharType="begin"/>
      </w:r>
      <w:r w:rsidR="00133061" w:rsidRPr="003E0131">
        <w:rPr>
          <w:lang w:val="ka-GE"/>
        </w:rPr>
        <w:instrText xml:space="preserve"> HYPERLINK "mailto:gbedoidze@grada.com" </w:instrText>
      </w:r>
      <w:r w:rsidR="00133061">
        <w:fldChar w:fldCharType="separate"/>
      </w:r>
      <w:r w:rsidR="00E16CB5" w:rsidRPr="00E16CB5">
        <w:rPr>
          <w:rStyle w:val="Hyperlink"/>
          <w:rFonts w:ascii="Sylfaen" w:hAnsi="Sylfaen" w:cstheme="majorHAnsi"/>
          <w:b/>
          <w:bCs/>
          <w:sz w:val="18"/>
          <w:szCs w:val="18"/>
          <w:lang w:val="ka-GE"/>
        </w:rPr>
        <w:t>gbedoidze</w:t>
      </w:r>
      <w:r w:rsidR="00E16CB5" w:rsidRPr="002B1D31">
        <w:rPr>
          <w:rStyle w:val="Hyperlink"/>
          <w:rFonts w:ascii="Sylfaen" w:hAnsi="Sylfaen" w:cstheme="majorHAnsi"/>
          <w:b/>
          <w:bCs/>
          <w:sz w:val="18"/>
          <w:szCs w:val="18"/>
          <w:lang w:val="ka-GE"/>
        </w:rPr>
        <w:t>@grada.</w:t>
      </w:r>
      <w:r w:rsidR="00E16CB5" w:rsidRPr="00E16CB5">
        <w:rPr>
          <w:rStyle w:val="Hyperlink"/>
          <w:rFonts w:ascii="Sylfaen" w:hAnsi="Sylfaen" w:cstheme="majorHAnsi"/>
          <w:b/>
          <w:bCs/>
          <w:sz w:val="18"/>
          <w:szCs w:val="18"/>
          <w:lang w:val="ka-GE"/>
        </w:rPr>
        <w:t>ge</w:t>
      </w:r>
      <w:r w:rsidR="00133061">
        <w:rPr>
          <w:rStyle w:val="Hyperlink"/>
          <w:rFonts w:ascii="Sylfaen" w:hAnsi="Sylfaen" w:cstheme="majorHAnsi"/>
          <w:b/>
          <w:bCs/>
          <w:sz w:val="18"/>
          <w:szCs w:val="18"/>
          <w:lang w:val="ka-GE"/>
        </w:rPr>
        <w:fldChar w:fldCharType="end"/>
      </w:r>
      <w:r w:rsidR="00E16CB5" w:rsidRPr="00B31749">
        <w:rPr>
          <w:rFonts w:ascii="Sylfaen" w:hAnsi="Sylfaen" w:cstheme="majorHAnsi"/>
          <w:b/>
          <w:bCs/>
          <w:sz w:val="18"/>
          <w:szCs w:val="18"/>
          <w:lang w:val="ka-GE"/>
        </w:rPr>
        <w:t xml:space="preserve"> </w:t>
      </w:r>
      <w:r w:rsidR="0083135B" w:rsidRPr="00B31749">
        <w:rPr>
          <w:rFonts w:ascii="Sylfaen" w:hAnsi="Sylfaen" w:cstheme="majorHAnsi"/>
          <w:b/>
          <w:bCs/>
          <w:sz w:val="18"/>
          <w:szCs w:val="18"/>
          <w:lang w:val="ka-GE"/>
        </w:rPr>
        <w:t>)</w:t>
      </w:r>
      <w:r w:rsidR="0083135B" w:rsidRPr="00B31749">
        <w:rPr>
          <w:rFonts w:ascii="Sylfaen" w:hAnsi="Sylfaen" w:cstheme="majorHAnsi"/>
          <w:b/>
          <w:bCs/>
          <w:sz w:val="18"/>
          <w:szCs w:val="18"/>
          <w:lang w:val="ka-GE"/>
        </w:rPr>
        <w:br/>
      </w:r>
      <w:r w:rsidR="0083135B" w:rsidRPr="00B31749">
        <w:rPr>
          <w:rFonts w:cstheme="majorHAnsi"/>
          <w:b/>
          <w:bCs/>
          <w:sz w:val="18"/>
          <w:szCs w:val="18"/>
          <w:lang w:val="ka-GE"/>
        </w:rPr>
        <w:t xml:space="preserve">                                            </w:t>
      </w:r>
      <w:r w:rsidR="0083135B">
        <w:rPr>
          <w:rFonts w:ascii="Sylfaen" w:hAnsi="Sylfaen" w:cstheme="majorHAnsi"/>
          <w:b/>
          <w:bCs/>
          <w:sz w:val="18"/>
          <w:szCs w:val="18"/>
          <w:lang w:val="ka-GE"/>
        </w:rPr>
        <w:t>ცოტნე სამუშია</w:t>
      </w:r>
      <w:r w:rsidR="00733055">
        <w:rPr>
          <w:rFonts w:ascii="Sylfaen" w:hAnsi="Sylfaen" w:cstheme="majorHAnsi"/>
          <w:b/>
          <w:bCs/>
          <w:sz w:val="18"/>
          <w:szCs w:val="18"/>
          <w:lang w:val="ka-GE"/>
        </w:rPr>
        <w:t xml:space="preserve">, </w:t>
      </w:r>
      <w:r w:rsidR="0083135B">
        <w:rPr>
          <w:rFonts w:ascii="Sylfaen" w:hAnsi="Sylfaen" w:cstheme="majorHAnsi"/>
          <w:b/>
          <w:bCs/>
          <w:sz w:val="18"/>
          <w:szCs w:val="18"/>
          <w:lang w:val="ka-GE"/>
        </w:rPr>
        <w:t>სამშენებლო პროექტების დირექტორი</w:t>
      </w:r>
      <w:r w:rsidR="00733055">
        <w:rPr>
          <w:rFonts w:ascii="Sylfaen" w:hAnsi="Sylfaen" w:cstheme="majorHAnsi"/>
          <w:b/>
          <w:bCs/>
          <w:sz w:val="18"/>
          <w:szCs w:val="18"/>
          <w:lang w:val="ka-GE"/>
        </w:rPr>
        <w:t xml:space="preserve"> </w:t>
      </w:r>
      <w:r w:rsidR="0083135B">
        <w:rPr>
          <w:rFonts w:ascii="Sylfaen" w:hAnsi="Sylfaen" w:cstheme="majorHAnsi"/>
          <w:b/>
          <w:bCs/>
          <w:sz w:val="18"/>
          <w:szCs w:val="18"/>
          <w:lang w:val="ka-GE"/>
        </w:rPr>
        <w:t>(</w:t>
      </w:r>
      <w:r w:rsidR="0083135B" w:rsidRPr="00B31749">
        <w:rPr>
          <w:rFonts w:ascii="Sylfaen" w:hAnsi="Sylfaen" w:cstheme="majorHAnsi"/>
          <w:b/>
          <w:bCs/>
          <w:sz w:val="18"/>
          <w:szCs w:val="18"/>
          <w:lang w:val="ka-GE"/>
        </w:rPr>
        <w:t xml:space="preserve"> </w:t>
      </w:r>
      <w:hyperlink r:id="rId8" w:history="1">
        <w:r w:rsidR="0083135B" w:rsidRPr="00B31749">
          <w:rPr>
            <w:rStyle w:val="Hyperlink"/>
            <w:rFonts w:ascii="Sylfaen" w:hAnsi="Sylfaen" w:cstheme="majorHAnsi"/>
            <w:b/>
            <w:bCs/>
            <w:sz w:val="18"/>
            <w:szCs w:val="18"/>
            <w:lang w:val="ka-GE"/>
          </w:rPr>
          <w:t>tssamushia@grada.ge</w:t>
        </w:r>
      </w:hyperlink>
      <w:r w:rsidR="0083135B" w:rsidRPr="00B31749">
        <w:rPr>
          <w:rFonts w:ascii="Sylfaen" w:hAnsi="Sylfaen" w:cstheme="majorHAnsi"/>
          <w:b/>
          <w:bCs/>
          <w:sz w:val="18"/>
          <w:szCs w:val="18"/>
          <w:lang w:val="ka-GE"/>
        </w:rPr>
        <w:t xml:space="preserve"> )</w:t>
      </w:r>
    </w:p>
    <w:p w14:paraId="4EB2FE87" w14:textId="781D0C27" w:rsidR="004B6084" w:rsidRPr="00E77400" w:rsidRDefault="00A74260" w:rsidP="00E77400">
      <w:pPr>
        <w:pStyle w:val="Default"/>
        <w:rPr>
          <w:rFonts w:cstheme="majorHAnsi"/>
          <w:b/>
          <w:bCs/>
          <w:sz w:val="18"/>
          <w:szCs w:val="18"/>
        </w:rPr>
      </w:pPr>
      <w:proofErr w:type="spellStart"/>
      <w:r w:rsidRPr="00E77400">
        <w:rPr>
          <w:rFonts w:ascii="Sylfaen" w:hAnsi="Sylfaen" w:cs="Sylfaen"/>
          <w:b/>
          <w:bCs/>
          <w:sz w:val="18"/>
          <w:szCs w:val="18"/>
        </w:rPr>
        <w:t>მენარდის</w:t>
      </w:r>
      <w:proofErr w:type="spellEnd"/>
      <w:r w:rsidRPr="00E77400">
        <w:rPr>
          <w:rFonts w:cstheme="majorHAnsi"/>
          <w:b/>
          <w:bCs/>
          <w:sz w:val="18"/>
          <w:szCs w:val="18"/>
        </w:rPr>
        <w:t xml:space="preserve"> </w:t>
      </w:r>
      <w:proofErr w:type="spellStart"/>
      <w:r w:rsidRPr="00E77400">
        <w:rPr>
          <w:rFonts w:ascii="Sylfaen" w:hAnsi="Sylfaen" w:cs="Sylfaen"/>
          <w:b/>
          <w:bCs/>
          <w:sz w:val="18"/>
          <w:szCs w:val="18"/>
        </w:rPr>
        <w:t>მხირდან</w:t>
      </w:r>
      <w:proofErr w:type="spellEnd"/>
      <w:r w:rsidRPr="00E77400">
        <w:rPr>
          <w:rFonts w:cstheme="majorHAnsi"/>
          <w:b/>
          <w:bCs/>
          <w:sz w:val="18"/>
          <w:szCs w:val="18"/>
        </w:rPr>
        <w:t>:</w:t>
      </w:r>
      <w:r w:rsidR="00E77400">
        <w:rPr>
          <w:rFonts w:ascii="Sylfaen" w:hAnsi="Sylfaen" w:cstheme="majorHAnsi"/>
          <w:b/>
          <w:bCs/>
          <w:sz w:val="18"/>
          <w:szCs w:val="18"/>
          <w:lang w:val="ka-GE"/>
        </w:rPr>
        <w:t xml:space="preserve"> </w:t>
      </w:r>
      <w:r w:rsidR="00C62891">
        <w:rPr>
          <w:rFonts w:ascii="Sylfaen" w:hAnsi="Sylfaen" w:cstheme="majorHAnsi"/>
          <w:b/>
          <w:bCs/>
          <w:sz w:val="18"/>
          <w:szCs w:val="18"/>
        </w:rPr>
        <w:t>____</w:t>
      </w:r>
      <w:r w:rsidR="00733055">
        <w:rPr>
          <w:rFonts w:ascii="Sylfaen" w:hAnsi="Sylfaen" w:cstheme="majorHAnsi"/>
          <w:b/>
          <w:bCs/>
          <w:sz w:val="18"/>
          <w:szCs w:val="18"/>
        </w:rPr>
        <w:t xml:space="preserve">, </w:t>
      </w:r>
      <w:r w:rsidR="00E77400">
        <w:rPr>
          <w:rFonts w:ascii="Sylfaen" w:hAnsi="Sylfaen" w:cstheme="majorHAnsi"/>
          <w:b/>
          <w:bCs/>
          <w:sz w:val="18"/>
          <w:szCs w:val="18"/>
          <w:lang w:val="ka-GE"/>
        </w:rPr>
        <w:t>დირექტორ</w:t>
      </w:r>
      <w:r w:rsidR="0030607D">
        <w:rPr>
          <w:rFonts w:ascii="Sylfaen" w:hAnsi="Sylfaen" w:cstheme="majorHAnsi"/>
          <w:b/>
          <w:bCs/>
          <w:sz w:val="18"/>
          <w:szCs w:val="18"/>
          <w:lang w:val="ka-GE"/>
        </w:rPr>
        <w:t>ი</w:t>
      </w:r>
      <w:r w:rsidR="00AC3B0F">
        <w:rPr>
          <w:rFonts w:ascii="Sylfaen" w:hAnsi="Sylfaen" w:cstheme="majorHAnsi"/>
          <w:b/>
          <w:bCs/>
          <w:sz w:val="18"/>
          <w:szCs w:val="18"/>
          <w:lang w:val="ka-GE"/>
        </w:rPr>
        <w:t xml:space="preserve"> (</w:t>
      </w:r>
      <w:r w:rsidR="00C91888">
        <w:rPr>
          <w:rFonts w:ascii="Sylfaen" w:hAnsi="Sylfaen" w:cstheme="majorHAnsi"/>
          <w:b/>
          <w:bCs/>
          <w:sz w:val="18"/>
          <w:szCs w:val="18"/>
          <w:lang w:val="ka-GE"/>
        </w:rPr>
        <w:t xml:space="preserve"> </w:t>
      </w:r>
      <w:hyperlink r:id="rId9" w:history="1">
        <w:r w:rsidR="00C62891">
          <w:rPr>
            <w:rStyle w:val="Hyperlink"/>
            <w:rFonts w:ascii="Sylfaen" w:hAnsi="Sylfaen" w:cstheme="majorHAnsi"/>
            <w:b/>
            <w:bCs/>
            <w:sz w:val="18"/>
            <w:szCs w:val="18"/>
          </w:rPr>
          <w:t>__</w:t>
        </w:r>
        <w:r w:rsidR="00733055">
          <w:rPr>
            <w:rStyle w:val="Hyperlink"/>
            <w:rFonts w:ascii="Sylfaen" w:hAnsi="Sylfaen" w:cstheme="majorHAnsi"/>
            <w:b/>
            <w:bCs/>
            <w:sz w:val="18"/>
            <w:szCs w:val="18"/>
          </w:rPr>
          <w:t>@</w:t>
        </w:r>
        <w:r w:rsidR="00C62891">
          <w:rPr>
            <w:rStyle w:val="Hyperlink"/>
            <w:rFonts w:ascii="Sylfaen" w:hAnsi="Sylfaen" w:cstheme="majorHAnsi"/>
            <w:b/>
            <w:bCs/>
            <w:sz w:val="18"/>
            <w:szCs w:val="18"/>
          </w:rPr>
          <w:t>__</w:t>
        </w:r>
      </w:hyperlink>
      <w:r w:rsidR="00C91888">
        <w:rPr>
          <w:rStyle w:val="Hyperlink"/>
          <w:rFonts w:ascii="Sylfaen" w:hAnsi="Sylfaen" w:cstheme="majorHAnsi"/>
          <w:b/>
          <w:bCs/>
          <w:sz w:val="18"/>
          <w:szCs w:val="18"/>
          <w:lang w:val="ka-GE"/>
        </w:rPr>
        <w:t xml:space="preserve"> </w:t>
      </w:r>
      <w:r w:rsidR="00AC3B0F" w:rsidRPr="00C91888">
        <w:rPr>
          <w:rFonts w:ascii="Sylfaen" w:hAnsi="Sylfaen"/>
          <w:b/>
          <w:sz w:val="19"/>
          <w:szCs w:val="19"/>
          <w:lang w:val="ka-GE"/>
        </w:rPr>
        <w:t>)</w:t>
      </w:r>
    </w:p>
    <w:p w14:paraId="6E26AC5A" w14:textId="77777777" w:rsidR="00AC3B0F" w:rsidRDefault="00AC3B0F" w:rsidP="00185C20">
      <w:pPr>
        <w:jc w:val="both"/>
        <w:rPr>
          <w:rFonts w:ascii="Sylfaen" w:hAnsi="Sylfaen" w:cs="Sylfaen"/>
          <w:sz w:val="18"/>
          <w:szCs w:val="18"/>
        </w:rPr>
      </w:pPr>
    </w:p>
    <w:p w14:paraId="43DB6AC4" w14:textId="4288C68E" w:rsidR="004B6084" w:rsidRDefault="00A74260" w:rsidP="00185C20">
      <w:pPr>
        <w:jc w:val="both"/>
        <w:rPr>
          <w:rFonts w:cstheme="majorHAnsi"/>
          <w:sz w:val="18"/>
          <w:szCs w:val="18"/>
        </w:rPr>
      </w:pPr>
      <w:proofErr w:type="spellStart"/>
      <w:r w:rsidRPr="00D73BDF">
        <w:rPr>
          <w:rFonts w:ascii="Sylfaen" w:hAnsi="Sylfaen" w:cs="Sylfaen"/>
          <w:sz w:val="18"/>
          <w:szCs w:val="18"/>
        </w:rPr>
        <w:t>მხარეები</w:t>
      </w:r>
      <w:proofErr w:type="spellEnd"/>
      <w:r w:rsidRPr="00D73BDF">
        <w:rPr>
          <w:rFonts w:cstheme="majorHAnsi"/>
          <w:sz w:val="18"/>
          <w:szCs w:val="18"/>
        </w:rPr>
        <w:t xml:space="preserve"> </w:t>
      </w:r>
      <w:proofErr w:type="spellStart"/>
      <w:r w:rsidRPr="00D73BDF">
        <w:rPr>
          <w:rFonts w:ascii="Sylfaen" w:hAnsi="Sylfaen" w:cs="Sylfaen"/>
          <w:sz w:val="18"/>
          <w:szCs w:val="18"/>
        </w:rPr>
        <w:t>თანხმდებიან</w:t>
      </w:r>
      <w:proofErr w:type="spellEnd"/>
      <w:r w:rsidRPr="00D73BDF">
        <w:rPr>
          <w:rFonts w:cstheme="majorHAnsi"/>
          <w:sz w:val="18"/>
          <w:szCs w:val="18"/>
        </w:rPr>
        <w:t xml:space="preserve">, </w:t>
      </w:r>
      <w:proofErr w:type="spellStart"/>
      <w:r w:rsidRPr="00D73BDF">
        <w:rPr>
          <w:rFonts w:ascii="Sylfaen" w:hAnsi="Sylfaen" w:cs="Sylfaen"/>
          <w:sz w:val="18"/>
          <w:szCs w:val="18"/>
        </w:rPr>
        <w:t>რომ</w:t>
      </w:r>
      <w:proofErr w:type="spellEnd"/>
      <w:r w:rsidRPr="00D73BDF">
        <w:rPr>
          <w:rFonts w:cstheme="majorHAnsi"/>
          <w:sz w:val="18"/>
          <w:szCs w:val="18"/>
        </w:rPr>
        <w:t xml:space="preserve"> </w:t>
      </w:r>
      <w:proofErr w:type="spellStart"/>
      <w:r w:rsidRPr="00D73BDF">
        <w:rPr>
          <w:rFonts w:ascii="Sylfaen" w:hAnsi="Sylfaen" w:cs="Sylfaen"/>
          <w:sz w:val="18"/>
          <w:szCs w:val="18"/>
        </w:rPr>
        <w:t>ამ</w:t>
      </w:r>
      <w:proofErr w:type="spellEnd"/>
      <w:r w:rsidRPr="00D73BDF">
        <w:rPr>
          <w:rFonts w:cstheme="majorHAnsi"/>
          <w:sz w:val="18"/>
          <w:szCs w:val="18"/>
        </w:rPr>
        <w:t xml:space="preserve"> </w:t>
      </w:r>
      <w:proofErr w:type="spellStart"/>
      <w:r w:rsidRPr="00D73BDF">
        <w:rPr>
          <w:rFonts w:ascii="Sylfaen" w:hAnsi="Sylfaen" w:cs="Sylfaen"/>
          <w:sz w:val="18"/>
          <w:szCs w:val="18"/>
        </w:rPr>
        <w:t>მუხლით</w:t>
      </w:r>
      <w:proofErr w:type="spellEnd"/>
      <w:r w:rsidRPr="00D73BDF">
        <w:rPr>
          <w:rFonts w:cstheme="majorHAnsi"/>
          <w:sz w:val="18"/>
          <w:szCs w:val="18"/>
        </w:rPr>
        <w:t xml:space="preserve"> </w:t>
      </w:r>
      <w:proofErr w:type="spellStart"/>
      <w:r w:rsidRPr="00D73BDF">
        <w:rPr>
          <w:rFonts w:ascii="Sylfaen" w:hAnsi="Sylfaen" w:cs="Sylfaen"/>
          <w:sz w:val="18"/>
          <w:szCs w:val="18"/>
        </w:rPr>
        <w:t>გათვალისწინებულ</w:t>
      </w:r>
      <w:proofErr w:type="spellEnd"/>
      <w:r w:rsidRPr="00D73BDF">
        <w:rPr>
          <w:rFonts w:cstheme="majorHAnsi"/>
          <w:sz w:val="18"/>
          <w:szCs w:val="18"/>
        </w:rPr>
        <w:t xml:space="preserve"> </w:t>
      </w:r>
      <w:proofErr w:type="spellStart"/>
      <w:r w:rsidRPr="00D73BDF">
        <w:rPr>
          <w:rFonts w:ascii="Sylfaen" w:hAnsi="Sylfaen" w:cs="Sylfaen"/>
          <w:sz w:val="18"/>
          <w:szCs w:val="18"/>
        </w:rPr>
        <w:t>ელექტრონული</w:t>
      </w:r>
      <w:proofErr w:type="spellEnd"/>
      <w:r w:rsidRPr="00D73BDF">
        <w:rPr>
          <w:rFonts w:cstheme="majorHAnsi"/>
          <w:sz w:val="18"/>
          <w:szCs w:val="18"/>
        </w:rPr>
        <w:t xml:space="preserve"> </w:t>
      </w:r>
      <w:proofErr w:type="spellStart"/>
      <w:r w:rsidRPr="00D73BDF">
        <w:rPr>
          <w:rFonts w:ascii="Sylfaen" w:hAnsi="Sylfaen" w:cs="Sylfaen"/>
          <w:sz w:val="18"/>
          <w:szCs w:val="18"/>
        </w:rPr>
        <w:t>ფოსტის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მისამართებზე</w:t>
      </w:r>
      <w:proofErr w:type="spellEnd"/>
      <w:r w:rsidR="007E2270">
        <w:rPr>
          <w:rFonts w:ascii="Sylfaen" w:hAnsi="Sylfaen" w:cs="Sylfaen"/>
          <w:sz w:val="18"/>
          <w:szCs w:val="18"/>
          <w:lang w:val="ka-GE"/>
        </w:rPr>
        <w:t xml:space="preserve"> </w:t>
      </w:r>
      <w:proofErr w:type="spellStart"/>
      <w:r w:rsidRPr="00D73BDF">
        <w:rPr>
          <w:rFonts w:ascii="Sylfaen" w:hAnsi="Sylfaen" w:cs="Sylfaen"/>
          <w:sz w:val="18"/>
          <w:szCs w:val="18"/>
        </w:rPr>
        <w:t>შეტყობინების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გაგზავნა</w:t>
      </w:r>
      <w:proofErr w:type="spellEnd"/>
      <w:r w:rsidRPr="00D73BDF">
        <w:rPr>
          <w:rFonts w:cstheme="majorHAnsi"/>
          <w:sz w:val="18"/>
          <w:szCs w:val="18"/>
        </w:rPr>
        <w:t xml:space="preserve"> </w:t>
      </w:r>
      <w:proofErr w:type="spellStart"/>
      <w:r w:rsidRPr="00D73BDF">
        <w:rPr>
          <w:rFonts w:ascii="Sylfaen" w:hAnsi="Sylfaen" w:cs="Sylfaen"/>
          <w:sz w:val="18"/>
          <w:szCs w:val="18"/>
        </w:rPr>
        <w:t>ითვლება</w:t>
      </w:r>
      <w:proofErr w:type="spellEnd"/>
      <w:r w:rsidRPr="00D73BDF">
        <w:rPr>
          <w:rFonts w:cstheme="majorHAnsi"/>
          <w:sz w:val="18"/>
          <w:szCs w:val="18"/>
        </w:rPr>
        <w:t xml:space="preserve"> </w:t>
      </w:r>
      <w:proofErr w:type="spellStart"/>
      <w:r w:rsidRPr="00D73BDF">
        <w:rPr>
          <w:rFonts w:ascii="Sylfaen" w:hAnsi="Sylfaen" w:cs="Sylfaen"/>
          <w:sz w:val="18"/>
          <w:szCs w:val="18"/>
        </w:rPr>
        <w:t>მხარის</w:t>
      </w:r>
      <w:proofErr w:type="spellEnd"/>
      <w:r w:rsidRPr="00D73BDF">
        <w:rPr>
          <w:rFonts w:cstheme="majorHAnsi"/>
          <w:sz w:val="18"/>
          <w:szCs w:val="18"/>
        </w:rPr>
        <w:t xml:space="preserve"> </w:t>
      </w:r>
      <w:r w:rsidR="007E2270">
        <w:rPr>
          <w:rFonts w:ascii="Sylfaen" w:hAnsi="Sylfaen" w:cstheme="majorHAnsi"/>
          <w:sz w:val="18"/>
          <w:szCs w:val="18"/>
          <w:lang w:val="ka-GE"/>
        </w:rPr>
        <w:t>(</w:t>
      </w:r>
      <w:proofErr w:type="spellStart"/>
      <w:r w:rsidRPr="00D73BDF">
        <w:rPr>
          <w:rFonts w:ascii="Sylfaen" w:hAnsi="Sylfaen" w:cs="Sylfaen"/>
          <w:sz w:val="18"/>
          <w:szCs w:val="18"/>
        </w:rPr>
        <w:t>ადრესატის</w:t>
      </w:r>
      <w:proofErr w:type="spellEnd"/>
      <w:r w:rsidR="007E2270">
        <w:rPr>
          <w:rFonts w:ascii="Sylfaen" w:hAnsi="Sylfaen" w:cs="Sylfaen"/>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მიერ</w:t>
      </w:r>
      <w:proofErr w:type="spellEnd"/>
      <w:r w:rsidRPr="00D73BDF">
        <w:rPr>
          <w:rFonts w:cstheme="majorHAnsi"/>
          <w:sz w:val="18"/>
          <w:szCs w:val="18"/>
        </w:rPr>
        <w:t xml:space="preserve"> </w:t>
      </w:r>
      <w:proofErr w:type="spellStart"/>
      <w:r w:rsidRPr="00D73BDF">
        <w:rPr>
          <w:rFonts w:ascii="Sylfaen" w:hAnsi="Sylfaen" w:cs="Sylfaen"/>
          <w:sz w:val="18"/>
          <w:szCs w:val="18"/>
        </w:rPr>
        <w:t>შეტყობინების</w:t>
      </w:r>
      <w:proofErr w:type="spellEnd"/>
      <w:r w:rsidRPr="00D73BDF">
        <w:rPr>
          <w:rFonts w:cstheme="majorHAnsi"/>
          <w:sz w:val="18"/>
          <w:szCs w:val="18"/>
        </w:rPr>
        <w:t xml:space="preserve"> </w:t>
      </w:r>
      <w:proofErr w:type="spellStart"/>
      <w:r w:rsidRPr="00D73BDF">
        <w:rPr>
          <w:rFonts w:ascii="Sylfaen" w:hAnsi="Sylfaen" w:cs="Sylfaen"/>
          <w:sz w:val="18"/>
          <w:szCs w:val="18"/>
        </w:rPr>
        <w:t>მიღებად</w:t>
      </w:r>
      <w:proofErr w:type="spellEnd"/>
      <w:r w:rsidRPr="00D73BDF">
        <w:rPr>
          <w:rFonts w:cstheme="majorHAnsi"/>
          <w:sz w:val="18"/>
          <w:szCs w:val="18"/>
        </w:rPr>
        <w:t xml:space="preserve">, </w:t>
      </w:r>
      <w:proofErr w:type="spellStart"/>
      <w:r w:rsidRPr="00D73BDF">
        <w:rPr>
          <w:rFonts w:ascii="Sylfaen" w:hAnsi="Sylfaen" w:cs="Sylfaen"/>
          <w:sz w:val="18"/>
          <w:szCs w:val="18"/>
        </w:rPr>
        <w:t>თუ</w:t>
      </w:r>
      <w:proofErr w:type="spellEnd"/>
      <w:r w:rsidRPr="00D73BDF">
        <w:rPr>
          <w:rFonts w:cstheme="majorHAnsi"/>
          <w:sz w:val="18"/>
          <w:szCs w:val="18"/>
        </w:rPr>
        <w:t xml:space="preserve"> </w:t>
      </w:r>
      <w:proofErr w:type="spellStart"/>
      <w:r w:rsidRPr="00D73BDF">
        <w:rPr>
          <w:rFonts w:ascii="Sylfaen" w:hAnsi="Sylfaen" w:cs="Sylfaen"/>
          <w:sz w:val="18"/>
          <w:szCs w:val="18"/>
        </w:rPr>
        <w:t>დადასტურდება</w:t>
      </w:r>
      <w:proofErr w:type="spellEnd"/>
      <w:r w:rsidRPr="00D73BDF">
        <w:rPr>
          <w:rFonts w:cstheme="majorHAnsi"/>
          <w:sz w:val="18"/>
          <w:szCs w:val="18"/>
        </w:rPr>
        <w:t xml:space="preserve">, </w:t>
      </w:r>
      <w:proofErr w:type="spellStart"/>
      <w:r w:rsidRPr="00D73BDF">
        <w:rPr>
          <w:rFonts w:ascii="Sylfaen" w:hAnsi="Sylfaen" w:cs="Sylfaen"/>
          <w:sz w:val="18"/>
          <w:szCs w:val="18"/>
        </w:rPr>
        <w:t>რომ</w:t>
      </w:r>
      <w:proofErr w:type="spellEnd"/>
      <w:r w:rsidRPr="00D73BDF">
        <w:rPr>
          <w:rFonts w:cstheme="majorHAnsi"/>
          <w:sz w:val="18"/>
          <w:szCs w:val="18"/>
        </w:rPr>
        <w:t xml:space="preserve"> </w:t>
      </w:r>
      <w:proofErr w:type="spellStart"/>
      <w:r w:rsidRPr="00D73BDF">
        <w:rPr>
          <w:rFonts w:ascii="Sylfaen" w:hAnsi="Sylfaen" w:cs="Sylfaen"/>
          <w:sz w:val="18"/>
          <w:szCs w:val="18"/>
        </w:rPr>
        <w:t>შესაბამის</w:t>
      </w:r>
      <w:proofErr w:type="spellEnd"/>
      <w:r w:rsidRPr="00D73BDF">
        <w:rPr>
          <w:rFonts w:cstheme="majorHAnsi"/>
          <w:sz w:val="18"/>
          <w:szCs w:val="18"/>
        </w:rPr>
        <w:t xml:space="preserve"> </w:t>
      </w:r>
      <w:proofErr w:type="spellStart"/>
      <w:r w:rsidRPr="00D73BDF">
        <w:rPr>
          <w:rFonts w:ascii="Sylfaen" w:hAnsi="Sylfaen" w:cs="Sylfaen"/>
          <w:sz w:val="18"/>
          <w:szCs w:val="18"/>
        </w:rPr>
        <w:t>საკორესპონდენციო</w:t>
      </w:r>
      <w:proofErr w:type="spellEnd"/>
      <w:r w:rsidRPr="00D73BDF">
        <w:rPr>
          <w:rFonts w:cstheme="majorHAnsi"/>
          <w:sz w:val="18"/>
          <w:szCs w:val="18"/>
        </w:rPr>
        <w:t xml:space="preserve"> </w:t>
      </w:r>
      <w:proofErr w:type="spellStart"/>
      <w:r w:rsidRPr="00D73BDF">
        <w:rPr>
          <w:rFonts w:ascii="Sylfaen" w:hAnsi="Sylfaen" w:cs="Sylfaen"/>
          <w:sz w:val="18"/>
          <w:szCs w:val="18"/>
        </w:rPr>
        <w:t>მისამართზე</w:t>
      </w:r>
      <w:proofErr w:type="spellEnd"/>
      <w:r w:rsidRPr="00D73BDF">
        <w:rPr>
          <w:rFonts w:cstheme="majorHAnsi"/>
          <w:sz w:val="18"/>
          <w:szCs w:val="18"/>
        </w:rPr>
        <w:t xml:space="preserve"> </w:t>
      </w:r>
      <w:r w:rsidR="007E2270">
        <w:rPr>
          <w:rFonts w:ascii="Sylfaen" w:hAnsi="Sylfaen" w:cstheme="majorHAnsi"/>
          <w:sz w:val="18"/>
          <w:szCs w:val="18"/>
          <w:lang w:val="ka-GE"/>
        </w:rPr>
        <w:t>(</w:t>
      </w:r>
      <w:proofErr w:type="spellStart"/>
      <w:r w:rsidRPr="00D73BDF">
        <w:rPr>
          <w:rFonts w:ascii="Sylfaen" w:hAnsi="Sylfaen" w:cs="Sylfaen"/>
          <w:sz w:val="18"/>
          <w:szCs w:val="18"/>
        </w:rPr>
        <w:t>ელექტრონულ</w:t>
      </w:r>
      <w:proofErr w:type="spellEnd"/>
      <w:r w:rsidRPr="00D73BDF">
        <w:rPr>
          <w:rFonts w:cstheme="majorHAnsi"/>
          <w:sz w:val="18"/>
          <w:szCs w:val="18"/>
        </w:rPr>
        <w:t xml:space="preserve"> </w:t>
      </w:r>
      <w:proofErr w:type="spellStart"/>
      <w:r w:rsidRPr="00D73BDF">
        <w:rPr>
          <w:rFonts w:ascii="Sylfaen" w:hAnsi="Sylfaen" w:cs="Sylfaen"/>
          <w:sz w:val="18"/>
          <w:szCs w:val="18"/>
        </w:rPr>
        <w:t>ფოსტაზე</w:t>
      </w:r>
      <w:proofErr w:type="spellEnd"/>
      <w:r w:rsidR="007E2270">
        <w:rPr>
          <w:rFonts w:ascii="Sylfaen" w:hAnsi="Sylfaen" w:cs="Sylfaen"/>
          <w:sz w:val="18"/>
          <w:szCs w:val="18"/>
          <w:lang w:val="ka-GE"/>
        </w:rPr>
        <w:t>)</w:t>
      </w:r>
      <w:r w:rsidRPr="00D73BDF">
        <w:rPr>
          <w:rFonts w:cstheme="majorHAnsi"/>
          <w:sz w:val="18"/>
          <w:szCs w:val="18"/>
        </w:rPr>
        <w:t xml:space="preserve"> </w:t>
      </w:r>
      <w:proofErr w:type="spellStart"/>
      <w:r w:rsidRPr="00D73BDF">
        <w:rPr>
          <w:rFonts w:ascii="Sylfaen" w:hAnsi="Sylfaen" w:cs="Sylfaen"/>
          <w:sz w:val="18"/>
          <w:szCs w:val="18"/>
        </w:rPr>
        <w:t>შეტყობინება</w:t>
      </w:r>
      <w:proofErr w:type="spellEnd"/>
      <w:r w:rsidRPr="00D73BDF">
        <w:rPr>
          <w:rFonts w:cstheme="majorHAnsi"/>
          <w:sz w:val="18"/>
          <w:szCs w:val="18"/>
        </w:rPr>
        <w:t xml:space="preserve"> </w:t>
      </w:r>
      <w:proofErr w:type="spellStart"/>
      <w:r w:rsidRPr="00D73BDF">
        <w:rPr>
          <w:rFonts w:ascii="Sylfaen" w:hAnsi="Sylfaen" w:cs="Sylfaen"/>
          <w:sz w:val="18"/>
          <w:szCs w:val="18"/>
        </w:rPr>
        <w:t>მივიდა</w:t>
      </w:r>
      <w:proofErr w:type="spellEnd"/>
      <w:r w:rsidRPr="00D73BDF">
        <w:rPr>
          <w:rFonts w:cstheme="majorHAnsi"/>
          <w:sz w:val="18"/>
          <w:szCs w:val="18"/>
        </w:rPr>
        <w:t>.</w:t>
      </w:r>
    </w:p>
    <w:p w14:paraId="1A157324" w14:textId="5C9909BD" w:rsidR="004B6084" w:rsidRPr="007E2270" w:rsidRDefault="00A74260" w:rsidP="00185C20">
      <w:pPr>
        <w:pStyle w:val="ListParagraph"/>
        <w:numPr>
          <w:ilvl w:val="1"/>
          <w:numId w:val="13"/>
        </w:numPr>
        <w:jc w:val="both"/>
        <w:rPr>
          <w:rFonts w:ascii="Sylfaen" w:hAnsi="Sylfaen" w:cs="Sylfaen"/>
          <w:sz w:val="18"/>
          <w:szCs w:val="18"/>
          <w:lang w:val="ka-GE"/>
        </w:rPr>
      </w:pPr>
      <w:r w:rsidRPr="007E2270">
        <w:rPr>
          <w:rFonts w:ascii="Sylfaen" w:hAnsi="Sylfaen" w:cs="Sylfaen"/>
          <w:sz w:val="18"/>
          <w:szCs w:val="18"/>
          <w:lang w:val="ka-GE"/>
        </w:rPr>
        <w:t>მხარეები თანხმდებიან, რომ ხელშეკრულების 3.3.</w:t>
      </w:r>
      <w:r w:rsidR="00D94046">
        <w:rPr>
          <w:rFonts w:ascii="Sylfaen" w:hAnsi="Sylfaen" w:cs="Sylfaen"/>
          <w:sz w:val="18"/>
          <w:szCs w:val="18"/>
          <w:lang w:val="ka-GE"/>
        </w:rPr>
        <w:t>7</w:t>
      </w:r>
      <w:r w:rsidRPr="007E2270">
        <w:rPr>
          <w:rFonts w:ascii="Sylfaen" w:hAnsi="Sylfaen" w:cs="Sylfaen"/>
          <w:sz w:val="18"/>
          <w:szCs w:val="18"/>
          <w:lang w:val="ka-GE"/>
        </w:rPr>
        <w:t xml:space="preserve"> მუხლით გათვალისწინებული კონკრეტული მითითებები გაიცემა </w:t>
      </w:r>
      <w:r w:rsidR="00AD7CD7">
        <w:rPr>
          <w:rFonts w:ascii="Sylfaen" w:hAnsi="Sylfaen" w:cs="Sylfaen"/>
          <w:sz w:val="18"/>
          <w:szCs w:val="18"/>
        </w:rPr>
        <w:t>1</w:t>
      </w:r>
      <w:r w:rsidR="00D94046">
        <w:rPr>
          <w:rFonts w:ascii="Sylfaen" w:hAnsi="Sylfaen" w:cs="Sylfaen"/>
          <w:sz w:val="18"/>
          <w:szCs w:val="18"/>
          <w:lang w:val="ka-GE"/>
        </w:rPr>
        <w:t>2</w:t>
      </w:r>
      <w:r w:rsidR="00AD7CD7">
        <w:rPr>
          <w:rFonts w:ascii="Sylfaen" w:hAnsi="Sylfaen" w:cs="Sylfaen"/>
          <w:sz w:val="18"/>
          <w:szCs w:val="18"/>
        </w:rPr>
        <w:t>.</w:t>
      </w:r>
      <w:r w:rsidR="00D94046">
        <w:rPr>
          <w:rFonts w:ascii="Sylfaen" w:hAnsi="Sylfaen" w:cs="Sylfaen"/>
          <w:sz w:val="18"/>
          <w:szCs w:val="18"/>
          <w:lang w:val="ka-GE"/>
        </w:rPr>
        <w:t>7</w:t>
      </w:r>
      <w:r w:rsidRPr="007E2270">
        <w:rPr>
          <w:rFonts w:ascii="Sylfaen" w:hAnsi="Sylfaen" w:cs="Sylfaen"/>
          <w:sz w:val="18"/>
          <w:szCs w:val="18"/>
          <w:lang w:val="ka-GE"/>
        </w:rPr>
        <w:t>. მუხლში აღნიშნულ მისამართზე/ელექტრონული ფოსტის მისამართზე გაგზავნით, ერთ-ერთი შემდეგი ფორმით: ა) სამუშაოს პროცესის რისკების შეფასების დოკუმენტით (რისკების კონტროლის ზომები/კონკრეტული მითითებები, პასუხისმგებელი პირები და ვადები), ან ბ) კანონმდებლობით სავალდებულო გასატარებელი ღონისძიებების (კონკრეტული მითითებებით) გეგმით</w:t>
      </w:r>
      <w:r w:rsidR="007E2270">
        <w:rPr>
          <w:rFonts w:ascii="Sylfaen" w:hAnsi="Sylfaen" w:cs="Sylfaen"/>
          <w:sz w:val="18"/>
          <w:szCs w:val="18"/>
          <w:lang w:val="ka-GE"/>
        </w:rPr>
        <w:t>.</w:t>
      </w:r>
    </w:p>
    <w:p w14:paraId="43EEFD00" w14:textId="132A45E7" w:rsidR="004B6084" w:rsidRPr="007E2270" w:rsidRDefault="00A74260" w:rsidP="00185C20">
      <w:pPr>
        <w:pStyle w:val="ListParagraph"/>
        <w:numPr>
          <w:ilvl w:val="1"/>
          <w:numId w:val="13"/>
        </w:numPr>
        <w:jc w:val="both"/>
        <w:rPr>
          <w:rFonts w:ascii="Sylfaen" w:hAnsi="Sylfaen" w:cs="Sylfaen"/>
          <w:sz w:val="18"/>
          <w:szCs w:val="18"/>
          <w:lang w:val="ka-GE"/>
        </w:rPr>
      </w:pPr>
      <w:r w:rsidRPr="007E2270">
        <w:rPr>
          <w:rFonts w:ascii="Sylfaen" w:hAnsi="Sylfaen" w:cs="Sylfaen"/>
          <w:sz w:val="18"/>
          <w:szCs w:val="18"/>
          <w:lang w:val="ka-GE"/>
        </w:rPr>
        <w:t>წინამდებარე ხელშეკრულებაში მითითებული ვადების ათვლა დაიწყება საფოსტო გზავნილის  ჩაბარების დღიდან, ხოლო ხელშეკრულების 1</w:t>
      </w:r>
      <w:r w:rsidR="006939BE">
        <w:rPr>
          <w:rFonts w:ascii="Sylfaen" w:hAnsi="Sylfaen" w:cs="Sylfaen"/>
          <w:sz w:val="18"/>
          <w:szCs w:val="18"/>
          <w:lang w:val="ka-GE"/>
        </w:rPr>
        <w:t>2</w:t>
      </w:r>
      <w:r w:rsidRPr="007E2270">
        <w:rPr>
          <w:rFonts w:ascii="Sylfaen" w:hAnsi="Sylfaen" w:cs="Sylfaen"/>
          <w:sz w:val="18"/>
          <w:szCs w:val="18"/>
          <w:lang w:val="ka-GE"/>
        </w:rPr>
        <w:t>.5.</w:t>
      </w:r>
      <w:r w:rsidR="007E2270">
        <w:rPr>
          <w:rFonts w:ascii="Sylfaen" w:hAnsi="Sylfaen" w:cs="Sylfaen"/>
          <w:sz w:val="18"/>
          <w:szCs w:val="18"/>
          <w:lang w:val="ka-GE"/>
        </w:rPr>
        <w:t xml:space="preserve"> </w:t>
      </w:r>
      <w:r w:rsidRPr="007E2270">
        <w:rPr>
          <w:rFonts w:ascii="Sylfaen" w:hAnsi="Sylfaen" w:cs="Sylfaen"/>
          <w:sz w:val="18"/>
          <w:szCs w:val="18"/>
          <w:lang w:val="ka-GE"/>
        </w:rPr>
        <w:t>მუხლით გათვალისწინებულ შემთხვევაში ელექტრონულ ფოსტის მისამართზე გაგზავნიდან.</w:t>
      </w:r>
    </w:p>
    <w:p w14:paraId="24DB1226" w14:textId="77777777" w:rsidR="00250162" w:rsidRPr="007E2270" w:rsidRDefault="00A74260" w:rsidP="00185C20">
      <w:pPr>
        <w:pStyle w:val="ListParagraph"/>
        <w:numPr>
          <w:ilvl w:val="1"/>
          <w:numId w:val="13"/>
        </w:numPr>
        <w:jc w:val="both"/>
        <w:rPr>
          <w:rFonts w:ascii="Sylfaen" w:hAnsi="Sylfaen" w:cs="Sylfaen"/>
          <w:sz w:val="18"/>
          <w:szCs w:val="18"/>
          <w:lang w:val="ka-GE"/>
        </w:rPr>
      </w:pPr>
      <w:r w:rsidRPr="007E2270">
        <w:rPr>
          <w:rFonts w:ascii="Sylfaen" w:hAnsi="Sylfaen" w:cs="Sylfaen"/>
          <w:sz w:val="18"/>
          <w:szCs w:val="18"/>
          <w:lang w:val="ka-GE"/>
        </w:rPr>
        <w:t xml:space="preserve">ხელშეკრულების თანახმად, სამუშაო დღე ნიშნავს ნებისმიერ დღეს, გარდა შაბათ-კვირისა და საქართველოს კანონმდებლობით, მათ შორის შრომის კოდექსით, განსაზღვრული უქმე დღეებისა.    </w:t>
      </w:r>
    </w:p>
    <w:p w14:paraId="1CC58912" w14:textId="7BF30EB1" w:rsidR="00250162" w:rsidRPr="007E2270" w:rsidRDefault="00A74260" w:rsidP="00185C20">
      <w:pPr>
        <w:pStyle w:val="ListParagraph"/>
        <w:numPr>
          <w:ilvl w:val="1"/>
          <w:numId w:val="13"/>
        </w:numPr>
        <w:jc w:val="both"/>
        <w:rPr>
          <w:rFonts w:ascii="Sylfaen" w:hAnsi="Sylfaen" w:cs="Sylfaen"/>
          <w:sz w:val="18"/>
          <w:szCs w:val="18"/>
          <w:lang w:val="ka-GE"/>
        </w:rPr>
      </w:pPr>
      <w:r w:rsidRPr="007E2270">
        <w:rPr>
          <w:rFonts w:ascii="Sylfaen" w:hAnsi="Sylfaen" w:cs="Sylfaen"/>
          <w:sz w:val="18"/>
          <w:szCs w:val="18"/>
          <w:lang w:val="ka-GE"/>
        </w:rPr>
        <w:t xml:space="preserve">მხარეები გამოიყენებენ ყველა შესაძლებლობას, რათა მათ შორის წარმოქმნილი სადაო საკითხი აღმოფხვრან მოლაპარაკების გზით. თუ მხარეებს შორის არ იქნება მიღწეული შეთანხმება, მხარეები მიმართავენ </w:t>
      </w:r>
      <w:r w:rsidR="00612221">
        <w:rPr>
          <w:rFonts w:ascii="Sylfaen" w:hAnsi="Sylfaen" w:cs="Sylfaen"/>
          <w:sz w:val="18"/>
          <w:szCs w:val="18"/>
          <w:lang w:val="ka-GE"/>
        </w:rPr>
        <w:t>თბილისის საქალაქო</w:t>
      </w:r>
      <w:r w:rsidRPr="007E2270">
        <w:rPr>
          <w:rFonts w:ascii="Sylfaen" w:hAnsi="Sylfaen" w:cs="Sylfaen"/>
          <w:sz w:val="18"/>
          <w:szCs w:val="18"/>
          <w:lang w:val="ka-GE"/>
        </w:rPr>
        <w:t xml:space="preserve"> სასამართლოს.</w:t>
      </w:r>
    </w:p>
    <w:p w14:paraId="42AFA910" w14:textId="6128368D" w:rsidR="004B6084" w:rsidRDefault="00A74260" w:rsidP="00185C20">
      <w:pPr>
        <w:pStyle w:val="ListParagraph"/>
        <w:numPr>
          <w:ilvl w:val="1"/>
          <w:numId w:val="13"/>
        </w:numPr>
        <w:jc w:val="both"/>
        <w:rPr>
          <w:rFonts w:cstheme="majorHAnsi"/>
          <w:sz w:val="18"/>
          <w:szCs w:val="18"/>
        </w:rPr>
      </w:pPr>
      <w:proofErr w:type="spellStart"/>
      <w:r w:rsidRPr="00250162">
        <w:rPr>
          <w:rFonts w:ascii="Sylfaen" w:hAnsi="Sylfaen" w:cs="Sylfaen"/>
          <w:sz w:val="18"/>
          <w:szCs w:val="18"/>
        </w:rPr>
        <w:t>წინამდებარე</w:t>
      </w:r>
      <w:proofErr w:type="spellEnd"/>
      <w:r w:rsidRPr="00250162">
        <w:rPr>
          <w:rFonts w:cstheme="majorHAnsi"/>
          <w:sz w:val="18"/>
          <w:szCs w:val="18"/>
        </w:rPr>
        <w:t xml:space="preserve"> </w:t>
      </w:r>
      <w:proofErr w:type="spellStart"/>
      <w:r w:rsidRPr="00250162">
        <w:rPr>
          <w:rFonts w:ascii="Sylfaen" w:hAnsi="Sylfaen" w:cs="Sylfaen"/>
          <w:sz w:val="18"/>
          <w:szCs w:val="18"/>
        </w:rPr>
        <w:t>ხელშეკრულება</w:t>
      </w:r>
      <w:proofErr w:type="spellEnd"/>
      <w:r w:rsidRPr="00250162">
        <w:rPr>
          <w:rFonts w:cstheme="majorHAnsi"/>
          <w:sz w:val="18"/>
          <w:szCs w:val="18"/>
        </w:rPr>
        <w:t xml:space="preserve"> </w:t>
      </w:r>
      <w:proofErr w:type="spellStart"/>
      <w:r w:rsidRPr="00250162">
        <w:rPr>
          <w:rFonts w:ascii="Sylfaen" w:hAnsi="Sylfaen" w:cs="Sylfaen"/>
          <w:sz w:val="18"/>
          <w:szCs w:val="18"/>
        </w:rPr>
        <w:t>რეგულირდება</w:t>
      </w:r>
      <w:proofErr w:type="spellEnd"/>
      <w:r w:rsidRPr="00250162">
        <w:rPr>
          <w:rFonts w:cstheme="majorHAnsi"/>
          <w:sz w:val="18"/>
          <w:szCs w:val="18"/>
        </w:rPr>
        <w:t xml:space="preserve"> </w:t>
      </w:r>
      <w:proofErr w:type="spellStart"/>
      <w:r w:rsidRPr="00250162">
        <w:rPr>
          <w:rFonts w:ascii="Sylfaen" w:hAnsi="Sylfaen" w:cs="Sylfaen"/>
          <w:sz w:val="18"/>
          <w:szCs w:val="18"/>
        </w:rPr>
        <w:t>საქართველოს</w:t>
      </w:r>
      <w:proofErr w:type="spellEnd"/>
      <w:r w:rsidRPr="00250162">
        <w:rPr>
          <w:rFonts w:cstheme="majorHAnsi"/>
          <w:sz w:val="18"/>
          <w:szCs w:val="18"/>
        </w:rPr>
        <w:t xml:space="preserve"> </w:t>
      </w:r>
      <w:proofErr w:type="spellStart"/>
      <w:r w:rsidRPr="00250162">
        <w:rPr>
          <w:rFonts w:ascii="Sylfaen" w:hAnsi="Sylfaen" w:cs="Sylfaen"/>
          <w:sz w:val="18"/>
          <w:szCs w:val="18"/>
        </w:rPr>
        <w:t>კანონმდებლობით</w:t>
      </w:r>
      <w:proofErr w:type="spellEnd"/>
      <w:r w:rsidRPr="00250162">
        <w:rPr>
          <w:rFonts w:cstheme="majorHAnsi"/>
          <w:sz w:val="18"/>
          <w:szCs w:val="18"/>
        </w:rPr>
        <w:t>.</w:t>
      </w:r>
    </w:p>
    <w:p w14:paraId="67F593A4" w14:textId="04FFB751" w:rsidR="004B6084" w:rsidRDefault="00A74260" w:rsidP="00185C20">
      <w:pPr>
        <w:pStyle w:val="ListParagraph"/>
        <w:numPr>
          <w:ilvl w:val="1"/>
          <w:numId w:val="13"/>
        </w:numPr>
        <w:jc w:val="both"/>
        <w:rPr>
          <w:rFonts w:cstheme="majorHAnsi"/>
          <w:sz w:val="18"/>
          <w:szCs w:val="18"/>
        </w:rPr>
      </w:pPr>
      <w:proofErr w:type="spellStart"/>
      <w:r w:rsidRPr="00250162">
        <w:rPr>
          <w:rFonts w:ascii="Sylfaen" w:hAnsi="Sylfaen" w:cs="Sylfaen"/>
          <w:sz w:val="18"/>
          <w:szCs w:val="18"/>
        </w:rPr>
        <w:t>ხელშეკრულება</w:t>
      </w:r>
      <w:proofErr w:type="spellEnd"/>
      <w:r w:rsidRPr="00250162">
        <w:rPr>
          <w:rFonts w:cstheme="majorHAnsi"/>
          <w:sz w:val="18"/>
          <w:szCs w:val="18"/>
        </w:rPr>
        <w:t xml:space="preserve"> </w:t>
      </w:r>
      <w:proofErr w:type="spellStart"/>
      <w:r w:rsidRPr="00250162">
        <w:rPr>
          <w:rFonts w:ascii="Sylfaen" w:hAnsi="Sylfaen" w:cs="Sylfaen"/>
          <w:sz w:val="18"/>
          <w:szCs w:val="18"/>
        </w:rPr>
        <w:t>შედგენილია</w:t>
      </w:r>
      <w:proofErr w:type="spellEnd"/>
      <w:r w:rsidRPr="00250162">
        <w:rPr>
          <w:rFonts w:cstheme="majorHAnsi"/>
          <w:sz w:val="18"/>
          <w:szCs w:val="18"/>
        </w:rPr>
        <w:t xml:space="preserve"> </w:t>
      </w:r>
      <w:proofErr w:type="spellStart"/>
      <w:r w:rsidRPr="00250162">
        <w:rPr>
          <w:rFonts w:ascii="Sylfaen" w:hAnsi="Sylfaen" w:cs="Sylfaen"/>
          <w:sz w:val="18"/>
          <w:szCs w:val="18"/>
        </w:rPr>
        <w:t>ორ</w:t>
      </w:r>
      <w:proofErr w:type="spellEnd"/>
      <w:r w:rsidRPr="00250162">
        <w:rPr>
          <w:rFonts w:cstheme="majorHAnsi"/>
          <w:sz w:val="18"/>
          <w:szCs w:val="18"/>
        </w:rPr>
        <w:t xml:space="preserve"> </w:t>
      </w:r>
      <w:proofErr w:type="spellStart"/>
      <w:r w:rsidRPr="00250162">
        <w:rPr>
          <w:rFonts w:ascii="Sylfaen" w:hAnsi="Sylfaen" w:cs="Sylfaen"/>
          <w:sz w:val="18"/>
          <w:szCs w:val="18"/>
        </w:rPr>
        <w:t>თანაბარი</w:t>
      </w:r>
      <w:proofErr w:type="spellEnd"/>
      <w:r w:rsidRPr="00250162">
        <w:rPr>
          <w:rFonts w:cstheme="majorHAnsi"/>
          <w:sz w:val="18"/>
          <w:szCs w:val="18"/>
        </w:rPr>
        <w:t xml:space="preserve"> </w:t>
      </w:r>
      <w:proofErr w:type="spellStart"/>
      <w:r w:rsidRPr="00250162">
        <w:rPr>
          <w:rFonts w:ascii="Sylfaen" w:hAnsi="Sylfaen" w:cs="Sylfaen"/>
          <w:sz w:val="18"/>
          <w:szCs w:val="18"/>
        </w:rPr>
        <w:t>ძალის</w:t>
      </w:r>
      <w:proofErr w:type="spellEnd"/>
      <w:r w:rsidRPr="00250162">
        <w:rPr>
          <w:rFonts w:cstheme="majorHAnsi"/>
          <w:sz w:val="18"/>
          <w:szCs w:val="18"/>
        </w:rPr>
        <w:t xml:space="preserve"> </w:t>
      </w:r>
      <w:proofErr w:type="spellStart"/>
      <w:r w:rsidRPr="00250162">
        <w:rPr>
          <w:rFonts w:ascii="Sylfaen" w:hAnsi="Sylfaen" w:cs="Sylfaen"/>
          <w:sz w:val="18"/>
          <w:szCs w:val="18"/>
        </w:rPr>
        <w:t>მქონე</w:t>
      </w:r>
      <w:proofErr w:type="spellEnd"/>
      <w:r w:rsidRPr="00250162">
        <w:rPr>
          <w:rFonts w:cstheme="majorHAnsi"/>
          <w:sz w:val="18"/>
          <w:szCs w:val="18"/>
        </w:rPr>
        <w:t xml:space="preserve"> </w:t>
      </w:r>
      <w:proofErr w:type="spellStart"/>
      <w:r w:rsidRPr="00250162">
        <w:rPr>
          <w:rFonts w:ascii="Sylfaen" w:hAnsi="Sylfaen" w:cs="Sylfaen"/>
          <w:sz w:val="18"/>
          <w:szCs w:val="18"/>
        </w:rPr>
        <w:t>ეგზემპლარად</w:t>
      </w:r>
      <w:proofErr w:type="spellEnd"/>
      <w:r w:rsidRPr="00250162">
        <w:rPr>
          <w:rFonts w:cstheme="majorHAnsi"/>
          <w:sz w:val="18"/>
          <w:szCs w:val="18"/>
        </w:rPr>
        <w:t xml:space="preserve"> </w:t>
      </w:r>
      <w:proofErr w:type="spellStart"/>
      <w:r w:rsidRPr="00250162">
        <w:rPr>
          <w:rFonts w:ascii="Sylfaen" w:hAnsi="Sylfaen" w:cs="Sylfaen"/>
          <w:sz w:val="18"/>
          <w:szCs w:val="18"/>
        </w:rPr>
        <w:t>ქართულ</w:t>
      </w:r>
      <w:proofErr w:type="spellEnd"/>
      <w:r w:rsidRPr="00250162">
        <w:rPr>
          <w:rFonts w:cstheme="majorHAnsi"/>
          <w:sz w:val="18"/>
          <w:szCs w:val="18"/>
        </w:rPr>
        <w:t xml:space="preserve"> </w:t>
      </w:r>
      <w:proofErr w:type="spellStart"/>
      <w:r w:rsidRPr="00250162">
        <w:rPr>
          <w:rFonts w:ascii="Sylfaen" w:hAnsi="Sylfaen" w:cs="Sylfaen"/>
          <w:sz w:val="18"/>
          <w:szCs w:val="18"/>
        </w:rPr>
        <w:t>ენაზე</w:t>
      </w:r>
      <w:proofErr w:type="spellEnd"/>
      <w:r w:rsidRPr="00250162">
        <w:rPr>
          <w:rFonts w:cstheme="majorHAnsi"/>
          <w:sz w:val="18"/>
          <w:szCs w:val="18"/>
        </w:rPr>
        <w:t xml:space="preserve">, </w:t>
      </w:r>
      <w:proofErr w:type="spellStart"/>
      <w:r w:rsidRPr="00250162">
        <w:rPr>
          <w:rFonts w:ascii="Sylfaen" w:hAnsi="Sylfaen" w:cs="Sylfaen"/>
          <w:sz w:val="18"/>
          <w:szCs w:val="18"/>
        </w:rPr>
        <w:t>ორივე</w:t>
      </w:r>
      <w:proofErr w:type="spellEnd"/>
      <w:r w:rsidRPr="00250162">
        <w:rPr>
          <w:rFonts w:cstheme="majorHAnsi"/>
          <w:sz w:val="18"/>
          <w:szCs w:val="18"/>
        </w:rPr>
        <w:t xml:space="preserve"> </w:t>
      </w:r>
      <w:proofErr w:type="spellStart"/>
      <w:r w:rsidRPr="00250162">
        <w:rPr>
          <w:rFonts w:ascii="Sylfaen" w:hAnsi="Sylfaen" w:cs="Sylfaen"/>
          <w:sz w:val="18"/>
          <w:szCs w:val="18"/>
        </w:rPr>
        <w:t>მხარემ</w:t>
      </w:r>
      <w:proofErr w:type="spellEnd"/>
      <w:r w:rsidRPr="00250162">
        <w:rPr>
          <w:rFonts w:cstheme="majorHAnsi"/>
          <w:sz w:val="18"/>
          <w:szCs w:val="18"/>
        </w:rPr>
        <w:t xml:space="preserve"> </w:t>
      </w:r>
      <w:proofErr w:type="spellStart"/>
      <w:r w:rsidRPr="00250162">
        <w:rPr>
          <w:rFonts w:ascii="Sylfaen" w:hAnsi="Sylfaen" w:cs="Sylfaen"/>
          <w:sz w:val="18"/>
          <w:szCs w:val="18"/>
        </w:rPr>
        <w:t>მიიღო</w:t>
      </w:r>
      <w:proofErr w:type="spellEnd"/>
      <w:r w:rsidRPr="00250162">
        <w:rPr>
          <w:rFonts w:cstheme="majorHAnsi"/>
          <w:sz w:val="18"/>
          <w:szCs w:val="18"/>
        </w:rPr>
        <w:t xml:space="preserve"> </w:t>
      </w:r>
      <w:proofErr w:type="spellStart"/>
      <w:r w:rsidRPr="00250162">
        <w:rPr>
          <w:rFonts w:ascii="Sylfaen" w:hAnsi="Sylfaen" w:cs="Sylfaen"/>
          <w:sz w:val="18"/>
          <w:szCs w:val="18"/>
        </w:rPr>
        <w:t>თითო</w:t>
      </w:r>
      <w:proofErr w:type="spellEnd"/>
      <w:r w:rsidRPr="00250162">
        <w:rPr>
          <w:rFonts w:cstheme="majorHAnsi"/>
          <w:sz w:val="18"/>
          <w:szCs w:val="18"/>
        </w:rPr>
        <w:t xml:space="preserve"> </w:t>
      </w:r>
      <w:proofErr w:type="spellStart"/>
      <w:r w:rsidRPr="00250162">
        <w:rPr>
          <w:rFonts w:ascii="Sylfaen" w:hAnsi="Sylfaen" w:cs="Sylfaen"/>
          <w:sz w:val="18"/>
          <w:szCs w:val="18"/>
        </w:rPr>
        <w:t>ეგზემპლარი</w:t>
      </w:r>
      <w:proofErr w:type="spellEnd"/>
      <w:r w:rsidRPr="00250162">
        <w:rPr>
          <w:rFonts w:cstheme="majorHAnsi"/>
          <w:sz w:val="18"/>
          <w:szCs w:val="18"/>
        </w:rPr>
        <w:t xml:space="preserve">. </w:t>
      </w:r>
      <w:proofErr w:type="spellStart"/>
      <w:r w:rsidRPr="00250162">
        <w:rPr>
          <w:rFonts w:ascii="Sylfaen" w:hAnsi="Sylfaen" w:cs="Sylfaen"/>
          <w:sz w:val="18"/>
          <w:szCs w:val="18"/>
        </w:rPr>
        <w:t>ამასთან</w:t>
      </w:r>
      <w:proofErr w:type="spellEnd"/>
      <w:r w:rsidRPr="00250162">
        <w:rPr>
          <w:rFonts w:cstheme="majorHAnsi"/>
          <w:sz w:val="18"/>
          <w:szCs w:val="18"/>
        </w:rPr>
        <w:t xml:space="preserve"> </w:t>
      </w:r>
      <w:proofErr w:type="spellStart"/>
      <w:r w:rsidRPr="00250162">
        <w:rPr>
          <w:rFonts w:ascii="Sylfaen" w:hAnsi="Sylfaen" w:cs="Sylfaen"/>
          <w:sz w:val="18"/>
          <w:szCs w:val="18"/>
        </w:rPr>
        <w:t>მხარეები</w:t>
      </w:r>
      <w:proofErr w:type="spellEnd"/>
      <w:r w:rsidRPr="00250162">
        <w:rPr>
          <w:rFonts w:cstheme="majorHAnsi"/>
          <w:sz w:val="18"/>
          <w:szCs w:val="18"/>
        </w:rPr>
        <w:t xml:space="preserve"> </w:t>
      </w:r>
      <w:proofErr w:type="spellStart"/>
      <w:r w:rsidRPr="00250162">
        <w:rPr>
          <w:rFonts w:ascii="Sylfaen" w:hAnsi="Sylfaen" w:cs="Sylfaen"/>
          <w:sz w:val="18"/>
          <w:szCs w:val="18"/>
        </w:rPr>
        <w:t>თანხმდებიან</w:t>
      </w:r>
      <w:proofErr w:type="spellEnd"/>
      <w:r w:rsidRPr="00250162">
        <w:rPr>
          <w:rFonts w:cstheme="majorHAnsi"/>
          <w:sz w:val="18"/>
          <w:szCs w:val="18"/>
        </w:rPr>
        <w:t xml:space="preserve"> </w:t>
      </w:r>
      <w:proofErr w:type="spellStart"/>
      <w:r w:rsidRPr="00250162">
        <w:rPr>
          <w:rFonts w:ascii="Sylfaen" w:hAnsi="Sylfaen" w:cs="Sylfaen"/>
          <w:sz w:val="18"/>
          <w:szCs w:val="18"/>
        </w:rPr>
        <w:t>მასზედ</w:t>
      </w:r>
      <w:proofErr w:type="spellEnd"/>
      <w:r w:rsidRPr="00250162">
        <w:rPr>
          <w:rFonts w:cstheme="majorHAnsi"/>
          <w:sz w:val="18"/>
          <w:szCs w:val="18"/>
        </w:rPr>
        <w:t xml:space="preserve">, </w:t>
      </w:r>
      <w:proofErr w:type="spellStart"/>
      <w:r w:rsidRPr="00250162">
        <w:rPr>
          <w:rFonts w:ascii="Sylfaen" w:hAnsi="Sylfaen" w:cs="Sylfaen"/>
          <w:sz w:val="18"/>
          <w:szCs w:val="18"/>
        </w:rPr>
        <w:t>რომ</w:t>
      </w:r>
      <w:proofErr w:type="spellEnd"/>
      <w:r w:rsidR="007E2270">
        <w:rPr>
          <w:rFonts w:ascii="Sylfaen" w:hAnsi="Sylfaen" w:cs="Sylfaen"/>
          <w:sz w:val="18"/>
          <w:szCs w:val="18"/>
          <w:lang w:val="ka-GE"/>
        </w:rPr>
        <w:t xml:space="preserve"> </w:t>
      </w:r>
      <w:proofErr w:type="spellStart"/>
      <w:r w:rsidRPr="00250162">
        <w:rPr>
          <w:rFonts w:ascii="Sylfaen" w:hAnsi="Sylfaen" w:cs="Sylfaen"/>
          <w:sz w:val="18"/>
          <w:szCs w:val="18"/>
        </w:rPr>
        <w:t>ამ</w:t>
      </w:r>
      <w:proofErr w:type="spellEnd"/>
      <w:r w:rsidRPr="00250162">
        <w:rPr>
          <w:rFonts w:cstheme="majorHAnsi"/>
          <w:sz w:val="18"/>
          <w:szCs w:val="18"/>
        </w:rPr>
        <w:t xml:space="preserve"> </w:t>
      </w:r>
      <w:proofErr w:type="spellStart"/>
      <w:r w:rsidRPr="00250162">
        <w:rPr>
          <w:rFonts w:ascii="Sylfaen" w:hAnsi="Sylfaen" w:cs="Sylfaen"/>
          <w:sz w:val="18"/>
          <w:szCs w:val="18"/>
        </w:rPr>
        <w:t>ხელშეკრულების</w:t>
      </w:r>
      <w:proofErr w:type="spellEnd"/>
      <w:r w:rsidRPr="00250162">
        <w:rPr>
          <w:rFonts w:cstheme="majorHAnsi"/>
          <w:sz w:val="18"/>
          <w:szCs w:val="18"/>
        </w:rPr>
        <w:t xml:space="preserve"> </w:t>
      </w:r>
      <w:proofErr w:type="spellStart"/>
      <w:r w:rsidRPr="00250162">
        <w:rPr>
          <w:rFonts w:ascii="Sylfaen" w:hAnsi="Sylfaen" w:cs="Sylfaen"/>
          <w:sz w:val="18"/>
          <w:szCs w:val="18"/>
        </w:rPr>
        <w:t>მოქმედების</w:t>
      </w:r>
      <w:proofErr w:type="spellEnd"/>
      <w:r w:rsidRPr="00250162">
        <w:rPr>
          <w:rFonts w:cstheme="majorHAnsi"/>
          <w:sz w:val="18"/>
          <w:szCs w:val="18"/>
        </w:rPr>
        <w:t xml:space="preserve"> </w:t>
      </w:r>
      <w:proofErr w:type="spellStart"/>
      <w:r w:rsidRPr="00250162">
        <w:rPr>
          <w:rFonts w:ascii="Sylfaen" w:hAnsi="Sylfaen" w:cs="Sylfaen"/>
          <w:sz w:val="18"/>
          <w:szCs w:val="18"/>
        </w:rPr>
        <w:t>პროცესში</w:t>
      </w:r>
      <w:proofErr w:type="spellEnd"/>
      <w:r w:rsidRPr="00250162">
        <w:rPr>
          <w:rFonts w:cstheme="majorHAnsi"/>
          <w:sz w:val="18"/>
          <w:szCs w:val="18"/>
        </w:rPr>
        <w:t xml:space="preserve"> </w:t>
      </w:r>
      <w:proofErr w:type="spellStart"/>
      <w:r w:rsidRPr="00250162">
        <w:rPr>
          <w:rFonts w:ascii="Sylfaen" w:hAnsi="Sylfaen" w:cs="Sylfaen"/>
          <w:sz w:val="18"/>
          <w:szCs w:val="18"/>
        </w:rPr>
        <w:t>მათ</w:t>
      </w:r>
      <w:proofErr w:type="spellEnd"/>
      <w:r w:rsidRPr="00250162">
        <w:rPr>
          <w:rFonts w:cstheme="majorHAnsi"/>
          <w:sz w:val="18"/>
          <w:szCs w:val="18"/>
        </w:rPr>
        <w:t xml:space="preserve"> </w:t>
      </w:r>
      <w:proofErr w:type="spellStart"/>
      <w:r w:rsidRPr="00250162">
        <w:rPr>
          <w:rFonts w:ascii="Sylfaen" w:hAnsi="Sylfaen" w:cs="Sylfaen"/>
          <w:sz w:val="18"/>
          <w:szCs w:val="18"/>
        </w:rPr>
        <w:t>შესაძლოა</w:t>
      </w:r>
      <w:proofErr w:type="spellEnd"/>
      <w:r w:rsidRPr="00250162">
        <w:rPr>
          <w:rFonts w:cstheme="majorHAnsi"/>
          <w:sz w:val="18"/>
          <w:szCs w:val="18"/>
        </w:rPr>
        <w:t xml:space="preserve"> </w:t>
      </w:r>
      <w:proofErr w:type="spellStart"/>
      <w:r w:rsidRPr="00250162">
        <w:rPr>
          <w:rFonts w:ascii="Sylfaen" w:hAnsi="Sylfaen" w:cs="Sylfaen"/>
          <w:sz w:val="18"/>
          <w:szCs w:val="18"/>
        </w:rPr>
        <w:t>ერთმანეთს</w:t>
      </w:r>
      <w:proofErr w:type="spellEnd"/>
      <w:r w:rsidRPr="00250162">
        <w:rPr>
          <w:rFonts w:cstheme="majorHAnsi"/>
          <w:sz w:val="18"/>
          <w:szCs w:val="18"/>
        </w:rPr>
        <w:t xml:space="preserve"> </w:t>
      </w:r>
      <w:proofErr w:type="spellStart"/>
      <w:r w:rsidRPr="00250162">
        <w:rPr>
          <w:rFonts w:ascii="Sylfaen" w:hAnsi="Sylfaen" w:cs="Sylfaen"/>
          <w:sz w:val="18"/>
          <w:szCs w:val="18"/>
        </w:rPr>
        <w:t>წარუდგენენ</w:t>
      </w:r>
      <w:proofErr w:type="spellEnd"/>
      <w:r w:rsidRPr="00250162">
        <w:rPr>
          <w:rFonts w:cstheme="majorHAnsi"/>
          <w:sz w:val="18"/>
          <w:szCs w:val="18"/>
        </w:rPr>
        <w:t xml:space="preserve"> </w:t>
      </w:r>
      <w:proofErr w:type="spellStart"/>
      <w:r w:rsidRPr="00250162">
        <w:rPr>
          <w:rFonts w:ascii="Sylfaen" w:hAnsi="Sylfaen" w:cs="Sylfaen"/>
          <w:sz w:val="18"/>
          <w:szCs w:val="18"/>
        </w:rPr>
        <w:t>ინფორმაცია</w:t>
      </w:r>
      <w:proofErr w:type="spellEnd"/>
      <w:r w:rsidRPr="00250162">
        <w:rPr>
          <w:rFonts w:cstheme="majorHAnsi"/>
          <w:sz w:val="18"/>
          <w:szCs w:val="18"/>
        </w:rPr>
        <w:t xml:space="preserve"> </w:t>
      </w:r>
      <w:proofErr w:type="spellStart"/>
      <w:r w:rsidRPr="00250162">
        <w:rPr>
          <w:rFonts w:ascii="Sylfaen" w:hAnsi="Sylfaen" w:cs="Sylfaen"/>
          <w:sz w:val="18"/>
          <w:szCs w:val="18"/>
        </w:rPr>
        <w:t>ინგლისურ</w:t>
      </w:r>
      <w:proofErr w:type="spellEnd"/>
      <w:r w:rsidRPr="00250162">
        <w:rPr>
          <w:rFonts w:cstheme="majorHAnsi"/>
          <w:sz w:val="18"/>
          <w:szCs w:val="18"/>
        </w:rPr>
        <w:t xml:space="preserve"> </w:t>
      </w:r>
      <w:proofErr w:type="spellStart"/>
      <w:r w:rsidRPr="00250162">
        <w:rPr>
          <w:rFonts w:ascii="Sylfaen" w:hAnsi="Sylfaen" w:cs="Sylfaen"/>
          <w:sz w:val="18"/>
          <w:szCs w:val="18"/>
        </w:rPr>
        <w:t>ენაზე</w:t>
      </w:r>
      <w:proofErr w:type="spellEnd"/>
      <w:r w:rsidRPr="00250162">
        <w:rPr>
          <w:rFonts w:cstheme="majorHAnsi"/>
          <w:sz w:val="18"/>
          <w:szCs w:val="18"/>
        </w:rPr>
        <w:t>.</w:t>
      </w:r>
    </w:p>
    <w:p w14:paraId="532DE9B2" w14:textId="77777777" w:rsidR="004B6084" w:rsidRPr="00250162" w:rsidRDefault="00A74260" w:rsidP="00185C20">
      <w:pPr>
        <w:pStyle w:val="ListParagraph"/>
        <w:numPr>
          <w:ilvl w:val="1"/>
          <w:numId w:val="13"/>
        </w:numPr>
        <w:jc w:val="both"/>
        <w:rPr>
          <w:rFonts w:cstheme="majorHAnsi"/>
          <w:sz w:val="18"/>
          <w:szCs w:val="18"/>
        </w:rPr>
      </w:pPr>
      <w:proofErr w:type="spellStart"/>
      <w:r w:rsidRPr="00250162">
        <w:rPr>
          <w:rFonts w:ascii="Sylfaen" w:hAnsi="Sylfaen" w:cs="Sylfaen"/>
          <w:sz w:val="18"/>
          <w:szCs w:val="18"/>
        </w:rPr>
        <w:t>იურიდიული</w:t>
      </w:r>
      <w:proofErr w:type="spellEnd"/>
      <w:r w:rsidRPr="00250162">
        <w:rPr>
          <w:rFonts w:cstheme="majorHAnsi"/>
          <w:sz w:val="18"/>
          <w:szCs w:val="18"/>
        </w:rPr>
        <w:t xml:space="preserve"> </w:t>
      </w:r>
      <w:proofErr w:type="spellStart"/>
      <w:r w:rsidRPr="00250162">
        <w:rPr>
          <w:rFonts w:ascii="Sylfaen" w:hAnsi="Sylfaen" w:cs="Sylfaen"/>
          <w:sz w:val="18"/>
          <w:szCs w:val="18"/>
        </w:rPr>
        <w:t>მისამართის</w:t>
      </w:r>
      <w:proofErr w:type="spellEnd"/>
      <w:r w:rsidRPr="00250162">
        <w:rPr>
          <w:rFonts w:cstheme="majorHAnsi"/>
          <w:sz w:val="18"/>
          <w:szCs w:val="18"/>
        </w:rPr>
        <w:t xml:space="preserve">, </w:t>
      </w:r>
      <w:proofErr w:type="spellStart"/>
      <w:r w:rsidRPr="00250162">
        <w:rPr>
          <w:rFonts w:ascii="Sylfaen" w:hAnsi="Sylfaen" w:cs="Sylfaen"/>
          <w:sz w:val="18"/>
          <w:szCs w:val="18"/>
        </w:rPr>
        <w:t>ელექტრონული</w:t>
      </w:r>
      <w:proofErr w:type="spellEnd"/>
      <w:r w:rsidRPr="00250162">
        <w:rPr>
          <w:rFonts w:cstheme="majorHAnsi"/>
          <w:sz w:val="18"/>
          <w:szCs w:val="18"/>
        </w:rPr>
        <w:t xml:space="preserve"> </w:t>
      </w:r>
      <w:proofErr w:type="spellStart"/>
      <w:r w:rsidRPr="00250162">
        <w:rPr>
          <w:rFonts w:ascii="Sylfaen" w:hAnsi="Sylfaen" w:cs="Sylfaen"/>
          <w:sz w:val="18"/>
          <w:szCs w:val="18"/>
        </w:rPr>
        <w:t>ფოსტიდან</w:t>
      </w:r>
      <w:proofErr w:type="spellEnd"/>
      <w:r w:rsidRPr="00250162">
        <w:rPr>
          <w:rFonts w:cstheme="majorHAnsi"/>
          <w:sz w:val="18"/>
          <w:szCs w:val="18"/>
        </w:rPr>
        <w:t>/</w:t>
      </w:r>
      <w:proofErr w:type="spellStart"/>
      <w:r w:rsidRPr="00250162">
        <w:rPr>
          <w:rFonts w:ascii="Sylfaen" w:hAnsi="Sylfaen" w:cs="Sylfaen"/>
          <w:sz w:val="18"/>
          <w:szCs w:val="18"/>
        </w:rPr>
        <w:t>და</w:t>
      </w:r>
      <w:proofErr w:type="spellEnd"/>
      <w:r w:rsidRPr="00250162">
        <w:rPr>
          <w:rFonts w:cstheme="majorHAnsi"/>
          <w:sz w:val="18"/>
          <w:szCs w:val="18"/>
        </w:rPr>
        <w:t xml:space="preserve"> </w:t>
      </w:r>
      <w:proofErr w:type="spellStart"/>
      <w:r w:rsidRPr="00250162">
        <w:rPr>
          <w:rFonts w:ascii="Sylfaen" w:hAnsi="Sylfaen" w:cs="Sylfaen"/>
          <w:sz w:val="18"/>
          <w:szCs w:val="18"/>
        </w:rPr>
        <w:t>საბანკო</w:t>
      </w:r>
      <w:proofErr w:type="spellEnd"/>
      <w:r w:rsidRPr="00250162">
        <w:rPr>
          <w:rFonts w:cstheme="majorHAnsi"/>
          <w:sz w:val="18"/>
          <w:szCs w:val="18"/>
        </w:rPr>
        <w:t xml:space="preserve"> </w:t>
      </w:r>
      <w:proofErr w:type="spellStart"/>
      <w:r w:rsidRPr="00250162">
        <w:rPr>
          <w:rFonts w:ascii="Sylfaen" w:hAnsi="Sylfaen" w:cs="Sylfaen"/>
          <w:sz w:val="18"/>
          <w:szCs w:val="18"/>
        </w:rPr>
        <w:t>რეკვიზიტების</w:t>
      </w:r>
      <w:proofErr w:type="spellEnd"/>
      <w:r w:rsidRPr="00250162">
        <w:rPr>
          <w:rFonts w:cstheme="majorHAnsi"/>
          <w:sz w:val="18"/>
          <w:szCs w:val="18"/>
        </w:rPr>
        <w:t xml:space="preserve"> </w:t>
      </w:r>
      <w:proofErr w:type="spellStart"/>
      <w:r w:rsidRPr="00250162">
        <w:rPr>
          <w:rFonts w:ascii="Sylfaen" w:hAnsi="Sylfaen" w:cs="Sylfaen"/>
          <w:sz w:val="18"/>
          <w:szCs w:val="18"/>
        </w:rPr>
        <w:t>შეცვლის</w:t>
      </w:r>
      <w:proofErr w:type="spellEnd"/>
      <w:r w:rsidRPr="00250162">
        <w:rPr>
          <w:rFonts w:cstheme="majorHAnsi"/>
          <w:sz w:val="18"/>
          <w:szCs w:val="18"/>
        </w:rPr>
        <w:t xml:space="preserve"> </w:t>
      </w:r>
      <w:proofErr w:type="spellStart"/>
      <w:r w:rsidRPr="00250162">
        <w:rPr>
          <w:rFonts w:ascii="Sylfaen" w:hAnsi="Sylfaen" w:cs="Sylfaen"/>
          <w:sz w:val="18"/>
          <w:szCs w:val="18"/>
        </w:rPr>
        <w:t>შემთხვევაში</w:t>
      </w:r>
      <w:proofErr w:type="spellEnd"/>
      <w:r w:rsidRPr="00250162">
        <w:rPr>
          <w:rFonts w:cstheme="majorHAnsi"/>
          <w:sz w:val="18"/>
          <w:szCs w:val="18"/>
        </w:rPr>
        <w:t xml:space="preserve">, </w:t>
      </w:r>
      <w:proofErr w:type="spellStart"/>
      <w:r w:rsidRPr="00250162">
        <w:rPr>
          <w:rFonts w:ascii="Sylfaen" w:hAnsi="Sylfaen" w:cs="Sylfaen"/>
          <w:sz w:val="18"/>
          <w:szCs w:val="18"/>
        </w:rPr>
        <w:t>მხარეები</w:t>
      </w:r>
      <w:proofErr w:type="spellEnd"/>
      <w:r w:rsidRPr="00250162">
        <w:rPr>
          <w:rFonts w:cstheme="majorHAnsi"/>
          <w:sz w:val="18"/>
          <w:szCs w:val="18"/>
        </w:rPr>
        <w:t xml:space="preserve"> </w:t>
      </w:r>
      <w:proofErr w:type="spellStart"/>
      <w:r w:rsidRPr="00250162">
        <w:rPr>
          <w:rFonts w:ascii="Sylfaen" w:hAnsi="Sylfaen" w:cs="Sylfaen"/>
          <w:sz w:val="18"/>
          <w:szCs w:val="18"/>
        </w:rPr>
        <w:t>ვალდებულნი</w:t>
      </w:r>
      <w:proofErr w:type="spellEnd"/>
      <w:r w:rsidRPr="00250162">
        <w:rPr>
          <w:rFonts w:cstheme="majorHAnsi"/>
          <w:sz w:val="18"/>
          <w:szCs w:val="18"/>
        </w:rPr>
        <w:t xml:space="preserve"> </w:t>
      </w:r>
      <w:proofErr w:type="spellStart"/>
      <w:r w:rsidRPr="00250162">
        <w:rPr>
          <w:rFonts w:ascii="Sylfaen" w:hAnsi="Sylfaen" w:cs="Sylfaen"/>
          <w:sz w:val="18"/>
          <w:szCs w:val="18"/>
        </w:rPr>
        <w:t>არიან</w:t>
      </w:r>
      <w:proofErr w:type="spellEnd"/>
      <w:r w:rsidRPr="00250162">
        <w:rPr>
          <w:rFonts w:cstheme="majorHAnsi"/>
          <w:sz w:val="18"/>
          <w:szCs w:val="18"/>
        </w:rPr>
        <w:t xml:space="preserve"> 3 </w:t>
      </w:r>
      <w:proofErr w:type="spellStart"/>
      <w:r w:rsidRPr="00250162">
        <w:rPr>
          <w:rFonts w:ascii="Sylfaen" w:hAnsi="Sylfaen" w:cs="Sylfaen"/>
          <w:sz w:val="18"/>
          <w:szCs w:val="18"/>
        </w:rPr>
        <w:t>დღის</w:t>
      </w:r>
      <w:proofErr w:type="spellEnd"/>
      <w:r w:rsidRPr="00250162">
        <w:rPr>
          <w:rFonts w:cstheme="majorHAnsi"/>
          <w:sz w:val="18"/>
          <w:szCs w:val="18"/>
        </w:rPr>
        <w:t xml:space="preserve"> </w:t>
      </w:r>
      <w:proofErr w:type="spellStart"/>
      <w:r w:rsidRPr="00250162">
        <w:rPr>
          <w:rFonts w:ascii="Sylfaen" w:hAnsi="Sylfaen" w:cs="Sylfaen"/>
          <w:sz w:val="18"/>
          <w:szCs w:val="18"/>
        </w:rPr>
        <w:t>ვადაში</w:t>
      </w:r>
      <w:proofErr w:type="spellEnd"/>
      <w:r w:rsidRPr="00250162">
        <w:rPr>
          <w:rFonts w:cstheme="majorHAnsi"/>
          <w:sz w:val="18"/>
          <w:szCs w:val="18"/>
        </w:rPr>
        <w:t xml:space="preserve"> </w:t>
      </w:r>
      <w:proofErr w:type="spellStart"/>
      <w:r w:rsidRPr="00250162">
        <w:rPr>
          <w:rFonts w:ascii="Sylfaen" w:hAnsi="Sylfaen" w:cs="Sylfaen"/>
          <w:sz w:val="18"/>
          <w:szCs w:val="18"/>
        </w:rPr>
        <w:t>აცნობონ</w:t>
      </w:r>
      <w:proofErr w:type="spellEnd"/>
      <w:r w:rsidRPr="00250162">
        <w:rPr>
          <w:rFonts w:cstheme="majorHAnsi"/>
          <w:sz w:val="18"/>
          <w:szCs w:val="18"/>
        </w:rPr>
        <w:t xml:space="preserve"> </w:t>
      </w:r>
      <w:proofErr w:type="spellStart"/>
      <w:r w:rsidRPr="00250162">
        <w:rPr>
          <w:rFonts w:ascii="Sylfaen" w:hAnsi="Sylfaen" w:cs="Sylfaen"/>
          <w:sz w:val="18"/>
          <w:szCs w:val="18"/>
        </w:rPr>
        <w:t>ერთმანეთს</w:t>
      </w:r>
      <w:proofErr w:type="spellEnd"/>
      <w:r w:rsidRPr="00250162">
        <w:rPr>
          <w:rFonts w:cstheme="majorHAnsi"/>
          <w:sz w:val="18"/>
          <w:szCs w:val="18"/>
        </w:rPr>
        <w:t xml:space="preserve"> </w:t>
      </w:r>
      <w:proofErr w:type="spellStart"/>
      <w:r w:rsidRPr="00250162">
        <w:rPr>
          <w:rFonts w:ascii="Sylfaen" w:hAnsi="Sylfaen" w:cs="Sylfaen"/>
          <w:sz w:val="18"/>
          <w:szCs w:val="18"/>
        </w:rPr>
        <w:t>ამის</w:t>
      </w:r>
      <w:proofErr w:type="spellEnd"/>
      <w:r w:rsidRPr="00250162">
        <w:rPr>
          <w:rFonts w:cstheme="majorHAnsi"/>
          <w:sz w:val="18"/>
          <w:szCs w:val="18"/>
        </w:rPr>
        <w:t xml:space="preserve"> </w:t>
      </w:r>
      <w:proofErr w:type="spellStart"/>
      <w:r w:rsidRPr="00250162">
        <w:rPr>
          <w:rFonts w:ascii="Sylfaen" w:hAnsi="Sylfaen" w:cs="Sylfaen"/>
          <w:sz w:val="18"/>
          <w:szCs w:val="18"/>
        </w:rPr>
        <w:t>შესახებ</w:t>
      </w:r>
      <w:proofErr w:type="spellEnd"/>
      <w:r w:rsidRPr="00250162">
        <w:rPr>
          <w:rFonts w:cstheme="majorHAnsi"/>
          <w:sz w:val="18"/>
          <w:szCs w:val="18"/>
        </w:rPr>
        <w:t>.</w:t>
      </w:r>
    </w:p>
    <w:p w14:paraId="236B39D1" w14:textId="77777777" w:rsidR="004B6084" w:rsidRPr="00D73BDF" w:rsidRDefault="004B6084" w:rsidP="00185C20">
      <w:pPr>
        <w:jc w:val="both"/>
        <w:rPr>
          <w:rFonts w:cstheme="majorHAnsi"/>
          <w:sz w:val="18"/>
          <w:szCs w:val="18"/>
        </w:rPr>
      </w:pPr>
    </w:p>
    <w:p w14:paraId="1E84B3DA" w14:textId="79C74683" w:rsidR="004B6084" w:rsidRPr="00A82A2C" w:rsidRDefault="00A74260" w:rsidP="003C233D">
      <w:pPr>
        <w:pStyle w:val="ListParagraph"/>
        <w:numPr>
          <w:ilvl w:val="0"/>
          <w:numId w:val="13"/>
        </w:numPr>
        <w:jc w:val="both"/>
        <w:rPr>
          <w:rFonts w:cstheme="majorHAnsi"/>
          <w:b/>
          <w:sz w:val="18"/>
          <w:szCs w:val="18"/>
        </w:rPr>
      </w:pPr>
      <w:proofErr w:type="spellStart"/>
      <w:r w:rsidRPr="00A82A2C">
        <w:rPr>
          <w:rFonts w:ascii="Sylfaen" w:hAnsi="Sylfaen" w:cs="Sylfaen"/>
          <w:b/>
          <w:sz w:val="18"/>
          <w:szCs w:val="18"/>
        </w:rPr>
        <w:lastRenderedPageBreak/>
        <w:t>მხარეთა</w:t>
      </w:r>
      <w:proofErr w:type="spellEnd"/>
      <w:r w:rsidRPr="00A82A2C">
        <w:rPr>
          <w:rFonts w:cstheme="majorHAnsi"/>
          <w:b/>
          <w:sz w:val="18"/>
          <w:szCs w:val="18"/>
        </w:rPr>
        <w:t xml:space="preserve"> </w:t>
      </w:r>
      <w:proofErr w:type="spellStart"/>
      <w:r w:rsidRPr="00A82A2C">
        <w:rPr>
          <w:rFonts w:ascii="Sylfaen" w:hAnsi="Sylfaen" w:cs="Sylfaen"/>
          <w:b/>
          <w:sz w:val="18"/>
          <w:szCs w:val="18"/>
        </w:rPr>
        <w:t>რეკვიზიტები</w:t>
      </w:r>
      <w:proofErr w:type="spellEnd"/>
      <w:r w:rsidR="003C233D" w:rsidRPr="00A82A2C">
        <w:rPr>
          <w:rFonts w:ascii="Sylfaen" w:hAnsi="Sylfaen" w:cs="Sylfaen"/>
          <w:b/>
          <w:sz w:val="18"/>
          <w:szCs w:val="18"/>
          <w:lang w:val="ka-GE"/>
        </w:rPr>
        <w:t xml:space="preserve"> და </w:t>
      </w:r>
      <w:proofErr w:type="spellStart"/>
      <w:r w:rsidRPr="00A82A2C">
        <w:rPr>
          <w:rFonts w:ascii="Sylfaen" w:hAnsi="Sylfaen" w:cs="Sylfaen"/>
          <w:b/>
          <w:sz w:val="18"/>
          <w:szCs w:val="18"/>
        </w:rPr>
        <w:t>ხელმოწერები</w:t>
      </w:r>
      <w:proofErr w:type="spellEnd"/>
    </w:p>
    <w:p w14:paraId="327FE290" w14:textId="77777777" w:rsidR="004B6084" w:rsidRPr="00D73BDF" w:rsidRDefault="004B6084" w:rsidP="00185C20">
      <w:pPr>
        <w:jc w:val="both"/>
        <w:rPr>
          <w:rFonts w:cstheme="majorHAnsi"/>
          <w:sz w:val="18"/>
          <w:szCs w:val="18"/>
        </w:rPr>
      </w:pPr>
    </w:p>
    <w:p w14:paraId="0173DBA4" w14:textId="7880ECEB" w:rsidR="00CD31CB" w:rsidRDefault="00A74260" w:rsidP="00185C20">
      <w:pPr>
        <w:jc w:val="both"/>
        <w:rPr>
          <w:rFonts w:cstheme="majorHAnsi"/>
          <w:b/>
          <w:sz w:val="18"/>
          <w:szCs w:val="18"/>
        </w:rPr>
      </w:pPr>
      <w:r w:rsidRPr="003C233D">
        <w:rPr>
          <w:rFonts w:cstheme="majorHAnsi"/>
          <w:b/>
          <w:sz w:val="18"/>
          <w:szCs w:val="18"/>
        </w:rPr>
        <w:t>„</w:t>
      </w:r>
      <w:proofErr w:type="spellStart"/>
      <w:r w:rsidRPr="003C233D">
        <w:rPr>
          <w:rFonts w:ascii="Sylfaen" w:hAnsi="Sylfaen" w:cs="Sylfaen"/>
          <w:b/>
          <w:sz w:val="18"/>
          <w:szCs w:val="18"/>
        </w:rPr>
        <w:t>დამკვეთი</w:t>
      </w:r>
      <w:proofErr w:type="spellEnd"/>
      <w:r w:rsidRPr="003C233D">
        <w:rPr>
          <w:rFonts w:cstheme="majorHAnsi"/>
          <w:b/>
          <w:sz w:val="18"/>
          <w:szCs w:val="18"/>
        </w:rPr>
        <w:t>“</w:t>
      </w:r>
    </w:p>
    <w:p w14:paraId="050DE557" w14:textId="0232D177" w:rsidR="002667D2" w:rsidRPr="007E2270" w:rsidRDefault="002667D2" w:rsidP="00185C20">
      <w:pPr>
        <w:jc w:val="both"/>
        <w:rPr>
          <w:rFonts w:cstheme="majorHAnsi"/>
          <w:sz w:val="18"/>
          <w:szCs w:val="18"/>
        </w:rPr>
      </w:pPr>
      <w:proofErr w:type="spellStart"/>
      <w:r w:rsidRPr="007E2270">
        <w:rPr>
          <w:rFonts w:ascii="Sylfaen" w:hAnsi="Sylfaen" w:cs="Sylfaen"/>
          <w:sz w:val="18"/>
          <w:szCs w:val="18"/>
        </w:rPr>
        <w:t>შპს</w:t>
      </w:r>
      <w:proofErr w:type="spellEnd"/>
      <w:r w:rsidRPr="007E2270">
        <w:rPr>
          <w:rFonts w:cstheme="majorHAnsi"/>
          <w:sz w:val="18"/>
          <w:szCs w:val="18"/>
        </w:rPr>
        <w:t xml:space="preserve"> „</w:t>
      </w:r>
      <w:proofErr w:type="spellStart"/>
      <w:r w:rsidRPr="007E2270">
        <w:rPr>
          <w:rFonts w:ascii="Sylfaen" w:hAnsi="Sylfaen" w:cs="Sylfaen"/>
          <w:sz w:val="18"/>
          <w:szCs w:val="18"/>
        </w:rPr>
        <w:t>გრადა</w:t>
      </w:r>
      <w:proofErr w:type="spellEnd"/>
      <w:r w:rsidRPr="007E2270">
        <w:rPr>
          <w:rFonts w:cstheme="majorHAnsi"/>
          <w:sz w:val="18"/>
          <w:szCs w:val="18"/>
        </w:rPr>
        <w:t xml:space="preserve"> </w:t>
      </w:r>
      <w:r w:rsidR="00FC46F0">
        <w:rPr>
          <w:rFonts w:ascii="Sylfaen" w:hAnsi="Sylfaen" w:cs="Sylfaen"/>
          <w:sz w:val="18"/>
          <w:szCs w:val="18"/>
          <w:lang w:val="ka-GE"/>
        </w:rPr>
        <w:t>წერეთელი</w:t>
      </w:r>
      <w:r w:rsidRPr="007E2270">
        <w:rPr>
          <w:rFonts w:cstheme="majorHAnsi"/>
          <w:sz w:val="18"/>
          <w:szCs w:val="18"/>
        </w:rPr>
        <w:t>“</w:t>
      </w:r>
      <w:r w:rsidRPr="007E2270">
        <w:rPr>
          <w:rFonts w:ascii="Sylfaen" w:hAnsi="Sylfaen" w:cstheme="majorHAnsi"/>
          <w:sz w:val="18"/>
          <w:szCs w:val="18"/>
          <w:lang w:val="ka-GE"/>
        </w:rPr>
        <w:t xml:space="preserve">, </w:t>
      </w:r>
      <w:r w:rsidRPr="007E2270">
        <w:rPr>
          <w:rFonts w:ascii="Sylfaen" w:hAnsi="Sylfaen" w:cs="Sylfaen"/>
          <w:sz w:val="18"/>
          <w:szCs w:val="18"/>
        </w:rPr>
        <w:t>ს</w:t>
      </w:r>
      <w:r w:rsidRPr="007E2270">
        <w:rPr>
          <w:rFonts w:cstheme="majorHAnsi"/>
          <w:sz w:val="18"/>
          <w:szCs w:val="18"/>
        </w:rPr>
        <w:t>/</w:t>
      </w:r>
      <w:r w:rsidRPr="007E2270">
        <w:rPr>
          <w:rFonts w:ascii="Sylfaen" w:hAnsi="Sylfaen" w:cs="Sylfaen"/>
          <w:sz w:val="18"/>
          <w:szCs w:val="18"/>
        </w:rPr>
        <w:t>ნ</w:t>
      </w:r>
      <w:r w:rsidR="00545250">
        <w:rPr>
          <w:rFonts w:ascii="Sylfaen" w:hAnsi="Sylfaen" w:cs="Sylfaen"/>
          <w:sz w:val="18"/>
          <w:szCs w:val="18"/>
        </w:rPr>
        <w:t xml:space="preserve"> </w:t>
      </w:r>
      <w:r w:rsidR="00545250">
        <w:rPr>
          <w:rFonts w:ascii="Sylfaen" w:hAnsi="Sylfaen" w:cstheme="majorHAnsi"/>
          <w:sz w:val="18"/>
          <w:szCs w:val="18"/>
          <w:lang w:val="ka-GE"/>
        </w:rPr>
        <w:t>405696233</w:t>
      </w:r>
    </w:p>
    <w:p w14:paraId="4A248DE4" w14:textId="77777777" w:rsidR="002667D2" w:rsidRPr="007E2270" w:rsidRDefault="002667D2" w:rsidP="00185C20">
      <w:pPr>
        <w:jc w:val="both"/>
        <w:rPr>
          <w:rFonts w:cstheme="majorHAnsi"/>
          <w:sz w:val="18"/>
          <w:szCs w:val="18"/>
        </w:rPr>
      </w:pPr>
    </w:p>
    <w:p w14:paraId="6F237558" w14:textId="1A384C44" w:rsidR="004B6084" w:rsidRPr="007E2270" w:rsidRDefault="00CD31CB" w:rsidP="00185C20">
      <w:pPr>
        <w:jc w:val="both"/>
        <w:rPr>
          <w:rFonts w:ascii="Sylfaen" w:hAnsi="Sylfaen" w:cstheme="majorHAnsi"/>
          <w:sz w:val="18"/>
          <w:szCs w:val="18"/>
          <w:lang w:val="ka-GE"/>
        </w:rPr>
      </w:pPr>
      <w:r w:rsidRPr="007E2270">
        <w:rPr>
          <w:rFonts w:ascii="Sylfaen" w:hAnsi="Sylfaen" w:cstheme="majorHAnsi"/>
          <w:sz w:val="18"/>
          <w:szCs w:val="18"/>
          <w:lang w:val="ka-GE"/>
        </w:rPr>
        <w:t>ნათია ლაბაძე</w:t>
      </w:r>
      <w:r w:rsidR="002667D2" w:rsidRPr="007E2270">
        <w:rPr>
          <w:rFonts w:ascii="Sylfaen" w:hAnsi="Sylfaen" w:cstheme="majorHAnsi"/>
          <w:sz w:val="18"/>
          <w:szCs w:val="18"/>
          <w:lang w:val="ka-GE"/>
        </w:rPr>
        <w:tab/>
        <w:t>____________________</w:t>
      </w:r>
    </w:p>
    <w:p w14:paraId="3E59924D" w14:textId="77777777" w:rsidR="004B6084" w:rsidRPr="00D73BDF" w:rsidRDefault="00A74260" w:rsidP="00185C20">
      <w:pPr>
        <w:jc w:val="both"/>
        <w:rPr>
          <w:rFonts w:cstheme="majorHAnsi"/>
          <w:sz w:val="18"/>
          <w:szCs w:val="18"/>
        </w:rPr>
      </w:pPr>
      <w:r w:rsidRPr="00D73BDF">
        <w:rPr>
          <w:rFonts w:cstheme="majorHAnsi"/>
          <w:sz w:val="18"/>
          <w:szCs w:val="18"/>
        </w:rPr>
        <w:t xml:space="preserve">                                                                                                                                                              </w:t>
      </w:r>
    </w:p>
    <w:p w14:paraId="51C85BCC" w14:textId="77777777" w:rsidR="004B6084" w:rsidRPr="00D73BDF" w:rsidRDefault="004B6084" w:rsidP="00185C20">
      <w:pPr>
        <w:jc w:val="both"/>
        <w:rPr>
          <w:rFonts w:cstheme="majorHAnsi"/>
          <w:sz w:val="18"/>
          <w:szCs w:val="18"/>
        </w:rPr>
      </w:pPr>
    </w:p>
    <w:p w14:paraId="7CFE36E5" w14:textId="600EA0B6" w:rsidR="00CD31CB" w:rsidRDefault="00A74260" w:rsidP="00185C20">
      <w:pPr>
        <w:jc w:val="both"/>
        <w:rPr>
          <w:rFonts w:cstheme="majorHAnsi"/>
          <w:b/>
          <w:sz w:val="18"/>
          <w:szCs w:val="18"/>
        </w:rPr>
      </w:pPr>
      <w:r w:rsidRPr="003C233D">
        <w:rPr>
          <w:rFonts w:cstheme="majorHAnsi"/>
          <w:b/>
          <w:sz w:val="18"/>
          <w:szCs w:val="18"/>
        </w:rPr>
        <w:t>„</w:t>
      </w:r>
      <w:r w:rsidR="00B31749">
        <w:rPr>
          <w:rFonts w:ascii="Sylfaen" w:hAnsi="Sylfaen" w:cs="Sylfaen"/>
          <w:b/>
          <w:sz w:val="18"/>
          <w:szCs w:val="18"/>
          <w:lang w:val="ka-GE"/>
        </w:rPr>
        <w:t>მენარდე</w:t>
      </w:r>
      <w:r w:rsidRPr="003C233D">
        <w:rPr>
          <w:rFonts w:cstheme="majorHAnsi"/>
          <w:b/>
          <w:sz w:val="18"/>
          <w:szCs w:val="18"/>
        </w:rPr>
        <w:t>“</w:t>
      </w:r>
    </w:p>
    <w:p w14:paraId="5A1203A4" w14:textId="729A7A6D" w:rsidR="002667D2" w:rsidRPr="00470546" w:rsidRDefault="00B932CC" w:rsidP="00185C20">
      <w:pPr>
        <w:jc w:val="both"/>
        <w:rPr>
          <w:rFonts w:ascii="Sylfaen" w:hAnsi="Sylfaen" w:cstheme="majorHAnsi"/>
          <w:sz w:val="18"/>
          <w:szCs w:val="18"/>
        </w:rPr>
      </w:pPr>
      <w:proofErr w:type="spellStart"/>
      <w:r w:rsidRPr="007E2270">
        <w:rPr>
          <w:rFonts w:ascii="Sylfaen" w:hAnsi="Sylfaen" w:cs="Sylfaen"/>
          <w:sz w:val="18"/>
          <w:szCs w:val="18"/>
        </w:rPr>
        <w:t>შპს</w:t>
      </w:r>
      <w:proofErr w:type="spellEnd"/>
      <w:r w:rsidRPr="007E2270">
        <w:rPr>
          <w:rFonts w:cstheme="majorHAnsi"/>
          <w:sz w:val="18"/>
          <w:szCs w:val="18"/>
        </w:rPr>
        <w:t xml:space="preserve"> „</w:t>
      </w:r>
      <w:r w:rsidR="00470546">
        <w:rPr>
          <w:rFonts w:ascii="Sylfaen" w:hAnsi="Sylfaen" w:cs="Sylfaen"/>
          <w:sz w:val="18"/>
          <w:szCs w:val="18"/>
        </w:rPr>
        <w:t>____</w:t>
      </w:r>
      <w:r w:rsidRPr="007E2270">
        <w:rPr>
          <w:rFonts w:cstheme="majorHAnsi"/>
          <w:sz w:val="18"/>
          <w:szCs w:val="18"/>
        </w:rPr>
        <w:t>“</w:t>
      </w:r>
      <w:r w:rsidRPr="007E2270">
        <w:rPr>
          <w:rFonts w:ascii="Sylfaen" w:hAnsi="Sylfaen" w:cstheme="majorHAnsi"/>
          <w:sz w:val="18"/>
          <w:szCs w:val="18"/>
          <w:lang w:val="ka-GE"/>
        </w:rPr>
        <w:t xml:space="preserve">, </w:t>
      </w:r>
      <w:r w:rsidRPr="007E2270">
        <w:rPr>
          <w:rFonts w:ascii="Sylfaen" w:hAnsi="Sylfaen" w:cs="Sylfaen"/>
          <w:sz w:val="18"/>
          <w:szCs w:val="18"/>
        </w:rPr>
        <w:t>ს</w:t>
      </w:r>
      <w:r w:rsidRPr="007E2270">
        <w:rPr>
          <w:rFonts w:cstheme="majorHAnsi"/>
          <w:sz w:val="18"/>
          <w:szCs w:val="18"/>
        </w:rPr>
        <w:t>/</w:t>
      </w:r>
      <w:r w:rsidRPr="007E2270">
        <w:rPr>
          <w:rFonts w:ascii="Sylfaen" w:hAnsi="Sylfaen" w:cs="Sylfaen"/>
          <w:sz w:val="18"/>
          <w:szCs w:val="18"/>
        </w:rPr>
        <w:t>ნ</w:t>
      </w:r>
      <w:r w:rsidRPr="007E2270">
        <w:rPr>
          <w:rFonts w:cstheme="majorHAnsi"/>
          <w:sz w:val="18"/>
          <w:szCs w:val="18"/>
        </w:rPr>
        <w:t xml:space="preserve">: </w:t>
      </w:r>
      <w:r w:rsidR="00470546">
        <w:rPr>
          <w:rFonts w:cstheme="majorHAnsi"/>
          <w:sz w:val="18"/>
          <w:szCs w:val="18"/>
        </w:rPr>
        <w:t>____</w:t>
      </w:r>
    </w:p>
    <w:p w14:paraId="70FD343D" w14:textId="77777777" w:rsidR="00B932CC" w:rsidRPr="007E2270" w:rsidRDefault="00B932CC" w:rsidP="00185C20">
      <w:pPr>
        <w:jc w:val="both"/>
        <w:rPr>
          <w:rFonts w:ascii="Sylfaen" w:hAnsi="Sylfaen" w:cstheme="majorHAnsi"/>
          <w:sz w:val="18"/>
          <w:szCs w:val="18"/>
          <w:lang w:val="ka-GE"/>
        </w:rPr>
      </w:pPr>
    </w:p>
    <w:p w14:paraId="74D2BDD9" w14:textId="0ADFFC85" w:rsidR="004B6084" w:rsidRPr="007E2270" w:rsidRDefault="00470546" w:rsidP="00185C20">
      <w:pPr>
        <w:jc w:val="both"/>
        <w:rPr>
          <w:rFonts w:cstheme="majorHAnsi"/>
          <w:sz w:val="18"/>
          <w:szCs w:val="18"/>
        </w:rPr>
      </w:pPr>
      <w:r>
        <w:rPr>
          <w:rFonts w:ascii="Sylfaen" w:hAnsi="Sylfaen" w:cstheme="majorHAnsi"/>
          <w:sz w:val="18"/>
          <w:szCs w:val="18"/>
        </w:rPr>
        <w:t>____</w:t>
      </w:r>
      <w:r w:rsidR="001E5D85" w:rsidRPr="007E2270">
        <w:rPr>
          <w:rFonts w:ascii="Sylfaen" w:hAnsi="Sylfaen" w:cstheme="majorHAnsi"/>
          <w:sz w:val="18"/>
          <w:szCs w:val="18"/>
          <w:lang w:val="ka-GE"/>
        </w:rPr>
        <w:tab/>
        <w:t>____________________</w:t>
      </w:r>
    </w:p>
    <w:sectPr w:rsidR="004B6084" w:rsidRPr="007E2270" w:rsidSect="00185C20">
      <w:pgSz w:w="12240" w:h="15840"/>
      <w:pgMar w:top="1440" w:right="126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BFAD9" w14:textId="77777777" w:rsidR="00C07111" w:rsidRDefault="00C07111" w:rsidP="00353196">
      <w:pPr>
        <w:spacing w:after="0" w:line="240" w:lineRule="auto"/>
      </w:pPr>
      <w:r>
        <w:separator/>
      </w:r>
    </w:p>
  </w:endnote>
  <w:endnote w:type="continuationSeparator" w:id="0">
    <w:p w14:paraId="35F87504" w14:textId="77777777" w:rsidR="00C07111" w:rsidRDefault="00C07111" w:rsidP="00353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AA194" w14:textId="77777777" w:rsidR="00C07111" w:rsidRDefault="00C07111" w:rsidP="00353196">
      <w:pPr>
        <w:spacing w:after="0" w:line="240" w:lineRule="auto"/>
      </w:pPr>
      <w:r>
        <w:separator/>
      </w:r>
    </w:p>
  </w:footnote>
  <w:footnote w:type="continuationSeparator" w:id="0">
    <w:p w14:paraId="4072F5A2" w14:textId="77777777" w:rsidR="00C07111" w:rsidRDefault="00C07111" w:rsidP="003531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516"/>
        </w:tabs>
        <w:ind w:left="1516"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B7029A"/>
    <w:multiLevelType w:val="multilevel"/>
    <w:tmpl w:val="FF888E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1AD421C"/>
    <w:multiLevelType w:val="multilevel"/>
    <w:tmpl w:val="FF888EEA"/>
    <w:lvl w:ilvl="0">
      <w:start w:val="1"/>
      <w:numFmt w:val="decimal"/>
      <w:lvlText w:val="%1."/>
      <w:lvlJc w:val="left"/>
      <w:pPr>
        <w:ind w:left="360" w:hanging="360"/>
      </w:pPr>
      <w:rPr>
        <w:rFonts w:hint="default"/>
      </w:rPr>
    </w:lvl>
    <w:lvl w:ilvl="1">
      <w:start w:val="1"/>
      <w:numFmt w:val="decimal"/>
      <w:isLgl/>
      <w:lvlText w:val="%1.%2."/>
      <w:lvlJc w:val="left"/>
      <w:pPr>
        <w:ind w:left="436" w:hanging="360"/>
      </w:pPr>
      <w:rPr>
        <w:rFonts w:hint="default"/>
        <w:b w:val="0"/>
        <w:bCs w:val="0"/>
      </w:rPr>
    </w:lvl>
    <w:lvl w:ilvl="2">
      <w:start w:val="1"/>
      <w:numFmt w:val="decimal"/>
      <w:isLgl/>
      <w:lvlText w:val="%1.%2.%3."/>
      <w:lvlJc w:val="left"/>
      <w:pPr>
        <w:ind w:left="796" w:hanging="720"/>
      </w:pPr>
      <w:rPr>
        <w:rFonts w:hint="default"/>
        <w:b w:val="0"/>
        <w:bCs w:val="0"/>
      </w:rPr>
    </w:lvl>
    <w:lvl w:ilvl="3">
      <w:start w:val="1"/>
      <w:numFmt w:val="decimal"/>
      <w:isLgl/>
      <w:lvlText w:val="%1.%2.%3.%4."/>
      <w:lvlJc w:val="left"/>
      <w:pPr>
        <w:ind w:left="796" w:hanging="720"/>
      </w:pPr>
      <w:rPr>
        <w:rFonts w:hint="default"/>
        <w:b w:val="0"/>
        <w:bCs w:val="0"/>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156" w:hanging="1080"/>
      </w:pPr>
      <w:rPr>
        <w:rFonts w:hint="default"/>
      </w:rPr>
    </w:lvl>
    <w:lvl w:ilvl="8">
      <w:start w:val="1"/>
      <w:numFmt w:val="decimal"/>
      <w:isLgl/>
      <w:lvlText w:val="%1.%2.%3.%4.%5.%6.%7.%8.%9."/>
      <w:lvlJc w:val="left"/>
      <w:pPr>
        <w:ind w:left="1516" w:hanging="1440"/>
      </w:pPr>
      <w:rPr>
        <w:rFonts w:hint="default"/>
      </w:rPr>
    </w:lvl>
  </w:abstractNum>
  <w:abstractNum w:abstractNumId="11" w15:restartNumberingAfterBreak="0">
    <w:nsid w:val="11C263B7"/>
    <w:multiLevelType w:val="multilevel"/>
    <w:tmpl w:val="FF888E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6D05AF1"/>
    <w:multiLevelType w:val="multilevel"/>
    <w:tmpl w:val="2C4236E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sz w:val="20"/>
        <w:szCs w:val="2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7096E6A"/>
    <w:multiLevelType w:val="multilevel"/>
    <w:tmpl w:val="FF888E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88A102E"/>
    <w:multiLevelType w:val="multilevel"/>
    <w:tmpl w:val="FF888E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198A0BF0"/>
    <w:multiLevelType w:val="multilevel"/>
    <w:tmpl w:val="FF888E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C602037"/>
    <w:multiLevelType w:val="multilevel"/>
    <w:tmpl w:val="FF888E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4777E8A"/>
    <w:multiLevelType w:val="multilevel"/>
    <w:tmpl w:val="E036FC2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color w:val="auto"/>
      </w:rPr>
    </w:lvl>
    <w:lvl w:ilvl="2">
      <w:start w:val="1"/>
      <w:numFmt w:val="decimal"/>
      <w:lvlText w:val="%1.%2.%3."/>
      <w:lvlJc w:val="left"/>
      <w:pPr>
        <w:ind w:left="720" w:hanging="720"/>
      </w:pPr>
      <w:rPr>
        <w:rFonts w:hint="default"/>
        <w:b w:val="0"/>
        <w:bCs w:val="0"/>
        <w:color w:val="auto"/>
        <w:sz w:val="18"/>
        <w:szCs w:val="18"/>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A7C59EB"/>
    <w:multiLevelType w:val="multilevel"/>
    <w:tmpl w:val="FF888E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2D523A6"/>
    <w:multiLevelType w:val="multilevel"/>
    <w:tmpl w:val="FF888E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5407D9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AC07254"/>
    <w:multiLevelType w:val="hybridMultilevel"/>
    <w:tmpl w:val="B6EE6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B751A0"/>
    <w:multiLevelType w:val="multilevel"/>
    <w:tmpl w:val="FF888E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5C2422B8"/>
    <w:multiLevelType w:val="multilevel"/>
    <w:tmpl w:val="FF888E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0F14C23"/>
    <w:multiLevelType w:val="multilevel"/>
    <w:tmpl w:val="581C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8136E5"/>
    <w:multiLevelType w:val="hybridMultilevel"/>
    <w:tmpl w:val="35DA7CB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15:restartNumberingAfterBreak="0">
    <w:nsid w:val="699715F5"/>
    <w:multiLevelType w:val="hybridMultilevel"/>
    <w:tmpl w:val="C2FCF2DE"/>
    <w:lvl w:ilvl="0" w:tplc="07D82918">
      <w:start w:val="9"/>
      <w:numFmt w:val="bullet"/>
      <w:lvlText w:val="-"/>
      <w:lvlJc w:val="left"/>
      <w:pPr>
        <w:ind w:left="1080" w:hanging="360"/>
      </w:pPr>
      <w:rPr>
        <w:rFonts w:ascii="Sylfaen" w:eastAsiaTheme="minorEastAsia" w:hAnsi="Sylfaen"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9A158E3"/>
    <w:multiLevelType w:val="multilevel"/>
    <w:tmpl w:val="6C54298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B6B138F"/>
    <w:multiLevelType w:val="multilevel"/>
    <w:tmpl w:val="FF888E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16cid:durableId="97919706">
    <w:abstractNumId w:val="8"/>
  </w:num>
  <w:num w:numId="2" w16cid:durableId="1523515692">
    <w:abstractNumId w:val="6"/>
  </w:num>
  <w:num w:numId="3" w16cid:durableId="1722367752">
    <w:abstractNumId w:val="5"/>
  </w:num>
  <w:num w:numId="4" w16cid:durableId="90859916">
    <w:abstractNumId w:val="4"/>
  </w:num>
  <w:num w:numId="5" w16cid:durableId="792988403">
    <w:abstractNumId w:val="7"/>
  </w:num>
  <w:num w:numId="6" w16cid:durableId="1551458564">
    <w:abstractNumId w:val="3"/>
  </w:num>
  <w:num w:numId="7" w16cid:durableId="1574924493">
    <w:abstractNumId w:val="2"/>
  </w:num>
  <w:num w:numId="8" w16cid:durableId="2063358116">
    <w:abstractNumId w:val="1"/>
  </w:num>
  <w:num w:numId="9" w16cid:durableId="1705061111">
    <w:abstractNumId w:val="0"/>
  </w:num>
  <w:num w:numId="10" w16cid:durableId="1548685856">
    <w:abstractNumId w:val="11"/>
  </w:num>
  <w:num w:numId="11" w16cid:durableId="1841699689">
    <w:abstractNumId w:val="23"/>
  </w:num>
  <w:num w:numId="12" w16cid:durableId="2105108592">
    <w:abstractNumId w:val="13"/>
  </w:num>
  <w:num w:numId="13" w16cid:durableId="2101829626">
    <w:abstractNumId w:val="12"/>
  </w:num>
  <w:num w:numId="14" w16cid:durableId="1782333533">
    <w:abstractNumId w:val="20"/>
  </w:num>
  <w:num w:numId="15" w16cid:durableId="169149425">
    <w:abstractNumId w:val="14"/>
  </w:num>
  <w:num w:numId="16" w16cid:durableId="368380527">
    <w:abstractNumId w:val="9"/>
  </w:num>
  <w:num w:numId="17" w16cid:durableId="63921558">
    <w:abstractNumId w:val="22"/>
  </w:num>
  <w:num w:numId="18" w16cid:durableId="1601328128">
    <w:abstractNumId w:val="18"/>
  </w:num>
  <w:num w:numId="19" w16cid:durableId="1420906305">
    <w:abstractNumId w:val="25"/>
  </w:num>
  <w:num w:numId="20" w16cid:durableId="1117409940">
    <w:abstractNumId w:val="28"/>
  </w:num>
  <w:num w:numId="21" w16cid:durableId="539901565">
    <w:abstractNumId w:val="16"/>
  </w:num>
  <w:num w:numId="22" w16cid:durableId="1344167821">
    <w:abstractNumId w:val="19"/>
  </w:num>
  <w:num w:numId="23" w16cid:durableId="1569799603">
    <w:abstractNumId w:val="15"/>
  </w:num>
  <w:num w:numId="24" w16cid:durableId="1459297463">
    <w:abstractNumId w:val="26"/>
  </w:num>
  <w:num w:numId="25" w16cid:durableId="479658283">
    <w:abstractNumId w:val="21"/>
  </w:num>
  <w:num w:numId="26" w16cid:durableId="1714116511">
    <w:abstractNumId w:val="10"/>
  </w:num>
  <w:num w:numId="27" w16cid:durableId="2136675958">
    <w:abstractNumId w:val="17"/>
  </w:num>
  <w:num w:numId="28" w16cid:durableId="671294960">
    <w:abstractNumId w:val="27"/>
  </w:num>
  <w:num w:numId="29" w16cid:durableId="13448951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proofState w:spelling="clean"/>
  <w:documentProtection w:edit="trackedChange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4529"/>
    <w:rsid w:val="00024720"/>
    <w:rsid w:val="00026BC1"/>
    <w:rsid w:val="00034616"/>
    <w:rsid w:val="00034668"/>
    <w:rsid w:val="00050D54"/>
    <w:rsid w:val="00053055"/>
    <w:rsid w:val="0006063C"/>
    <w:rsid w:val="000618C2"/>
    <w:rsid w:val="000625C8"/>
    <w:rsid w:val="00064C3C"/>
    <w:rsid w:val="00065FCA"/>
    <w:rsid w:val="0006625D"/>
    <w:rsid w:val="00066643"/>
    <w:rsid w:val="000768DD"/>
    <w:rsid w:val="000776D2"/>
    <w:rsid w:val="0008276D"/>
    <w:rsid w:val="00084DD3"/>
    <w:rsid w:val="000865D3"/>
    <w:rsid w:val="000A1DB5"/>
    <w:rsid w:val="000A2A9E"/>
    <w:rsid w:val="000A40BE"/>
    <w:rsid w:val="000A5EC2"/>
    <w:rsid w:val="000A658A"/>
    <w:rsid w:val="000C453A"/>
    <w:rsid w:val="000C596E"/>
    <w:rsid w:val="000C6272"/>
    <w:rsid w:val="000E226A"/>
    <w:rsid w:val="00101478"/>
    <w:rsid w:val="00107698"/>
    <w:rsid w:val="0011213F"/>
    <w:rsid w:val="00112C0F"/>
    <w:rsid w:val="00113891"/>
    <w:rsid w:val="001171EC"/>
    <w:rsid w:val="00121E6D"/>
    <w:rsid w:val="001256B8"/>
    <w:rsid w:val="00125F84"/>
    <w:rsid w:val="0012704E"/>
    <w:rsid w:val="00133061"/>
    <w:rsid w:val="001361AE"/>
    <w:rsid w:val="00137AE5"/>
    <w:rsid w:val="00137F7B"/>
    <w:rsid w:val="00147082"/>
    <w:rsid w:val="0015074B"/>
    <w:rsid w:val="00153A7A"/>
    <w:rsid w:val="0015508C"/>
    <w:rsid w:val="00161087"/>
    <w:rsid w:val="00166633"/>
    <w:rsid w:val="00170927"/>
    <w:rsid w:val="001733F1"/>
    <w:rsid w:val="00185C20"/>
    <w:rsid w:val="00193F99"/>
    <w:rsid w:val="0019413F"/>
    <w:rsid w:val="00194A1B"/>
    <w:rsid w:val="00195F00"/>
    <w:rsid w:val="00197BE2"/>
    <w:rsid w:val="001A1086"/>
    <w:rsid w:val="001A10DC"/>
    <w:rsid w:val="001B775E"/>
    <w:rsid w:val="001C4140"/>
    <w:rsid w:val="001D6327"/>
    <w:rsid w:val="001E2471"/>
    <w:rsid w:val="001E5D85"/>
    <w:rsid w:val="001E6721"/>
    <w:rsid w:val="001F0A96"/>
    <w:rsid w:val="001F4CA1"/>
    <w:rsid w:val="0020004C"/>
    <w:rsid w:val="002016C7"/>
    <w:rsid w:val="002025EF"/>
    <w:rsid w:val="00210771"/>
    <w:rsid w:val="00212FE3"/>
    <w:rsid w:val="00214BB5"/>
    <w:rsid w:val="00216626"/>
    <w:rsid w:val="0022583C"/>
    <w:rsid w:val="00226F04"/>
    <w:rsid w:val="00242A85"/>
    <w:rsid w:val="00243EEC"/>
    <w:rsid w:val="002445F8"/>
    <w:rsid w:val="002464F3"/>
    <w:rsid w:val="00247A52"/>
    <w:rsid w:val="00247AB2"/>
    <w:rsid w:val="00250162"/>
    <w:rsid w:val="00256392"/>
    <w:rsid w:val="00257265"/>
    <w:rsid w:val="00263967"/>
    <w:rsid w:val="002667D2"/>
    <w:rsid w:val="0026742B"/>
    <w:rsid w:val="00276902"/>
    <w:rsid w:val="002872E7"/>
    <w:rsid w:val="0028740F"/>
    <w:rsid w:val="00291403"/>
    <w:rsid w:val="0029639D"/>
    <w:rsid w:val="002B4E27"/>
    <w:rsid w:val="002B6F87"/>
    <w:rsid w:val="002C2804"/>
    <w:rsid w:val="002C3CBE"/>
    <w:rsid w:val="002C61B6"/>
    <w:rsid w:val="002E5597"/>
    <w:rsid w:val="002E7C87"/>
    <w:rsid w:val="002F27A7"/>
    <w:rsid w:val="00304A10"/>
    <w:rsid w:val="0030607D"/>
    <w:rsid w:val="00307457"/>
    <w:rsid w:val="0031345C"/>
    <w:rsid w:val="0031445B"/>
    <w:rsid w:val="003213BA"/>
    <w:rsid w:val="00325B50"/>
    <w:rsid w:val="003264F4"/>
    <w:rsid w:val="00326F90"/>
    <w:rsid w:val="00327AF8"/>
    <w:rsid w:val="00332A0E"/>
    <w:rsid w:val="00332A65"/>
    <w:rsid w:val="003337A3"/>
    <w:rsid w:val="003377EA"/>
    <w:rsid w:val="0034334D"/>
    <w:rsid w:val="00343DFB"/>
    <w:rsid w:val="003459CB"/>
    <w:rsid w:val="003478DA"/>
    <w:rsid w:val="00353196"/>
    <w:rsid w:val="00354094"/>
    <w:rsid w:val="00355002"/>
    <w:rsid w:val="003554BB"/>
    <w:rsid w:val="00357C10"/>
    <w:rsid w:val="0036436E"/>
    <w:rsid w:val="00371718"/>
    <w:rsid w:val="00372AD6"/>
    <w:rsid w:val="003831D3"/>
    <w:rsid w:val="00390655"/>
    <w:rsid w:val="00391B78"/>
    <w:rsid w:val="00396EE4"/>
    <w:rsid w:val="003A55C8"/>
    <w:rsid w:val="003B1D79"/>
    <w:rsid w:val="003B4056"/>
    <w:rsid w:val="003B43A1"/>
    <w:rsid w:val="003C0249"/>
    <w:rsid w:val="003C05EC"/>
    <w:rsid w:val="003C233D"/>
    <w:rsid w:val="003D14DC"/>
    <w:rsid w:val="003E0131"/>
    <w:rsid w:val="003F2E7D"/>
    <w:rsid w:val="003F4D01"/>
    <w:rsid w:val="0042722C"/>
    <w:rsid w:val="0042786E"/>
    <w:rsid w:val="0043468A"/>
    <w:rsid w:val="00436BBD"/>
    <w:rsid w:val="00437637"/>
    <w:rsid w:val="00443149"/>
    <w:rsid w:val="00446D17"/>
    <w:rsid w:val="00446F75"/>
    <w:rsid w:val="004500DE"/>
    <w:rsid w:val="00454640"/>
    <w:rsid w:val="004638A8"/>
    <w:rsid w:val="00470546"/>
    <w:rsid w:val="0047443E"/>
    <w:rsid w:val="00477268"/>
    <w:rsid w:val="004869AE"/>
    <w:rsid w:val="0048741B"/>
    <w:rsid w:val="004B2DD1"/>
    <w:rsid w:val="004B6084"/>
    <w:rsid w:val="004C04E8"/>
    <w:rsid w:val="004C42DB"/>
    <w:rsid w:val="004C63AE"/>
    <w:rsid w:val="004D72C9"/>
    <w:rsid w:val="004E3FB8"/>
    <w:rsid w:val="004F41F1"/>
    <w:rsid w:val="004F452B"/>
    <w:rsid w:val="004F7A79"/>
    <w:rsid w:val="0051138C"/>
    <w:rsid w:val="00521466"/>
    <w:rsid w:val="0053024B"/>
    <w:rsid w:val="00533A1E"/>
    <w:rsid w:val="00533C2D"/>
    <w:rsid w:val="00533CBA"/>
    <w:rsid w:val="00537E0C"/>
    <w:rsid w:val="00545250"/>
    <w:rsid w:val="0055721E"/>
    <w:rsid w:val="00565D4C"/>
    <w:rsid w:val="005662FD"/>
    <w:rsid w:val="00570ACF"/>
    <w:rsid w:val="00581000"/>
    <w:rsid w:val="0058204B"/>
    <w:rsid w:val="005838CA"/>
    <w:rsid w:val="005A2833"/>
    <w:rsid w:val="005B0AAE"/>
    <w:rsid w:val="005B0B9E"/>
    <w:rsid w:val="005B70C0"/>
    <w:rsid w:val="005C33B5"/>
    <w:rsid w:val="005C6D37"/>
    <w:rsid w:val="005C7D01"/>
    <w:rsid w:val="005D2B7E"/>
    <w:rsid w:val="005D3A41"/>
    <w:rsid w:val="005D6108"/>
    <w:rsid w:val="005E1672"/>
    <w:rsid w:val="005F265F"/>
    <w:rsid w:val="005F5523"/>
    <w:rsid w:val="00604DD7"/>
    <w:rsid w:val="0060660C"/>
    <w:rsid w:val="00612221"/>
    <w:rsid w:val="00624E10"/>
    <w:rsid w:val="00624F91"/>
    <w:rsid w:val="00644641"/>
    <w:rsid w:val="00651E52"/>
    <w:rsid w:val="00673640"/>
    <w:rsid w:val="00675403"/>
    <w:rsid w:val="00677E06"/>
    <w:rsid w:val="006906DF"/>
    <w:rsid w:val="006939BE"/>
    <w:rsid w:val="0069453E"/>
    <w:rsid w:val="00694D54"/>
    <w:rsid w:val="00697F19"/>
    <w:rsid w:val="006A142E"/>
    <w:rsid w:val="006A2609"/>
    <w:rsid w:val="006B35E7"/>
    <w:rsid w:val="006C2D23"/>
    <w:rsid w:val="006C44CD"/>
    <w:rsid w:val="006C464D"/>
    <w:rsid w:val="006D2CB5"/>
    <w:rsid w:val="006E20EC"/>
    <w:rsid w:val="006F11EE"/>
    <w:rsid w:val="006F1C64"/>
    <w:rsid w:val="006F3D91"/>
    <w:rsid w:val="007003E3"/>
    <w:rsid w:val="007074E2"/>
    <w:rsid w:val="00713193"/>
    <w:rsid w:val="0071377F"/>
    <w:rsid w:val="00717704"/>
    <w:rsid w:val="00733055"/>
    <w:rsid w:val="00746EB0"/>
    <w:rsid w:val="00747936"/>
    <w:rsid w:val="00760046"/>
    <w:rsid w:val="0076396C"/>
    <w:rsid w:val="00777742"/>
    <w:rsid w:val="0079479D"/>
    <w:rsid w:val="00797F20"/>
    <w:rsid w:val="007B54EE"/>
    <w:rsid w:val="007C6D13"/>
    <w:rsid w:val="007D1AB9"/>
    <w:rsid w:val="007D240C"/>
    <w:rsid w:val="007D61E7"/>
    <w:rsid w:val="007E127A"/>
    <w:rsid w:val="007E2270"/>
    <w:rsid w:val="007E23F8"/>
    <w:rsid w:val="007F60D3"/>
    <w:rsid w:val="00807325"/>
    <w:rsid w:val="008073EA"/>
    <w:rsid w:val="0081109E"/>
    <w:rsid w:val="00811744"/>
    <w:rsid w:val="00811B03"/>
    <w:rsid w:val="008150E9"/>
    <w:rsid w:val="00816965"/>
    <w:rsid w:val="008176BA"/>
    <w:rsid w:val="00821F0E"/>
    <w:rsid w:val="00823044"/>
    <w:rsid w:val="00823604"/>
    <w:rsid w:val="00827114"/>
    <w:rsid w:val="0083135B"/>
    <w:rsid w:val="00846B8F"/>
    <w:rsid w:val="008569F4"/>
    <w:rsid w:val="00867610"/>
    <w:rsid w:val="00870F3D"/>
    <w:rsid w:val="008719E8"/>
    <w:rsid w:val="008726B6"/>
    <w:rsid w:val="00872AF8"/>
    <w:rsid w:val="00875209"/>
    <w:rsid w:val="00876CA8"/>
    <w:rsid w:val="00892159"/>
    <w:rsid w:val="008A28EA"/>
    <w:rsid w:val="008A350D"/>
    <w:rsid w:val="008A7CEA"/>
    <w:rsid w:val="008B0B19"/>
    <w:rsid w:val="008B5DD6"/>
    <w:rsid w:val="008C0D5F"/>
    <w:rsid w:val="008C4EA5"/>
    <w:rsid w:val="008D2F5B"/>
    <w:rsid w:val="008D4572"/>
    <w:rsid w:val="00900040"/>
    <w:rsid w:val="00907A9D"/>
    <w:rsid w:val="00912933"/>
    <w:rsid w:val="009176FA"/>
    <w:rsid w:val="00917F20"/>
    <w:rsid w:val="00924163"/>
    <w:rsid w:val="00940E9D"/>
    <w:rsid w:val="009417C9"/>
    <w:rsid w:val="00941E64"/>
    <w:rsid w:val="009425E3"/>
    <w:rsid w:val="00942F95"/>
    <w:rsid w:val="0094544A"/>
    <w:rsid w:val="0094592D"/>
    <w:rsid w:val="00957CBD"/>
    <w:rsid w:val="00960EE0"/>
    <w:rsid w:val="009703A2"/>
    <w:rsid w:val="00970647"/>
    <w:rsid w:val="00970C2A"/>
    <w:rsid w:val="00972B77"/>
    <w:rsid w:val="009754E6"/>
    <w:rsid w:val="00976F18"/>
    <w:rsid w:val="00990C21"/>
    <w:rsid w:val="009939A6"/>
    <w:rsid w:val="009A31FE"/>
    <w:rsid w:val="009A3383"/>
    <w:rsid w:val="009A474C"/>
    <w:rsid w:val="009A50D0"/>
    <w:rsid w:val="009A65C0"/>
    <w:rsid w:val="009B11D4"/>
    <w:rsid w:val="009C0DD4"/>
    <w:rsid w:val="009C14C4"/>
    <w:rsid w:val="009D6D3D"/>
    <w:rsid w:val="009D7D99"/>
    <w:rsid w:val="009E3B34"/>
    <w:rsid w:val="009E743E"/>
    <w:rsid w:val="00A009C6"/>
    <w:rsid w:val="00A0441D"/>
    <w:rsid w:val="00A0508F"/>
    <w:rsid w:val="00A069F3"/>
    <w:rsid w:val="00A077FD"/>
    <w:rsid w:val="00A15789"/>
    <w:rsid w:val="00A3072E"/>
    <w:rsid w:val="00A31BD4"/>
    <w:rsid w:val="00A32A84"/>
    <w:rsid w:val="00A4397C"/>
    <w:rsid w:val="00A448D4"/>
    <w:rsid w:val="00A455C3"/>
    <w:rsid w:val="00A60C3C"/>
    <w:rsid w:val="00A72FD4"/>
    <w:rsid w:val="00A74260"/>
    <w:rsid w:val="00A75392"/>
    <w:rsid w:val="00A82480"/>
    <w:rsid w:val="00A82A2C"/>
    <w:rsid w:val="00AA1D8D"/>
    <w:rsid w:val="00AA7798"/>
    <w:rsid w:val="00AC3090"/>
    <w:rsid w:val="00AC3B0F"/>
    <w:rsid w:val="00AD4A59"/>
    <w:rsid w:val="00AD7CD7"/>
    <w:rsid w:val="00AE4949"/>
    <w:rsid w:val="00AE5AA0"/>
    <w:rsid w:val="00AF2DE6"/>
    <w:rsid w:val="00AF41AF"/>
    <w:rsid w:val="00AF6A4A"/>
    <w:rsid w:val="00B03AAE"/>
    <w:rsid w:val="00B12F10"/>
    <w:rsid w:val="00B30AB8"/>
    <w:rsid w:val="00B31749"/>
    <w:rsid w:val="00B35376"/>
    <w:rsid w:val="00B3643A"/>
    <w:rsid w:val="00B37F3A"/>
    <w:rsid w:val="00B45B8C"/>
    <w:rsid w:val="00B47730"/>
    <w:rsid w:val="00B51957"/>
    <w:rsid w:val="00B53E64"/>
    <w:rsid w:val="00B556C4"/>
    <w:rsid w:val="00B60F1D"/>
    <w:rsid w:val="00B63A7D"/>
    <w:rsid w:val="00B709C9"/>
    <w:rsid w:val="00B81AC4"/>
    <w:rsid w:val="00B840B4"/>
    <w:rsid w:val="00B85567"/>
    <w:rsid w:val="00B932CC"/>
    <w:rsid w:val="00B95CF9"/>
    <w:rsid w:val="00BA058B"/>
    <w:rsid w:val="00BA59E4"/>
    <w:rsid w:val="00BC12D0"/>
    <w:rsid w:val="00BC5BB2"/>
    <w:rsid w:val="00BD0593"/>
    <w:rsid w:val="00BD0B79"/>
    <w:rsid w:val="00BD0D66"/>
    <w:rsid w:val="00BD1AEA"/>
    <w:rsid w:val="00BE1E74"/>
    <w:rsid w:val="00BE3B3A"/>
    <w:rsid w:val="00BF0B3E"/>
    <w:rsid w:val="00C00234"/>
    <w:rsid w:val="00C01998"/>
    <w:rsid w:val="00C07111"/>
    <w:rsid w:val="00C106CB"/>
    <w:rsid w:val="00C11791"/>
    <w:rsid w:val="00C11DBA"/>
    <w:rsid w:val="00C37050"/>
    <w:rsid w:val="00C45EA9"/>
    <w:rsid w:val="00C51997"/>
    <w:rsid w:val="00C603F8"/>
    <w:rsid w:val="00C62891"/>
    <w:rsid w:val="00C63E3E"/>
    <w:rsid w:val="00C775D5"/>
    <w:rsid w:val="00C81132"/>
    <w:rsid w:val="00C82A90"/>
    <w:rsid w:val="00C8391E"/>
    <w:rsid w:val="00C84DB4"/>
    <w:rsid w:val="00C86A0D"/>
    <w:rsid w:val="00C910C2"/>
    <w:rsid w:val="00C91888"/>
    <w:rsid w:val="00C91D1B"/>
    <w:rsid w:val="00C933BB"/>
    <w:rsid w:val="00CA409B"/>
    <w:rsid w:val="00CA6E67"/>
    <w:rsid w:val="00CA7982"/>
    <w:rsid w:val="00CA7D6F"/>
    <w:rsid w:val="00CB0664"/>
    <w:rsid w:val="00CB1C60"/>
    <w:rsid w:val="00CB5E4C"/>
    <w:rsid w:val="00CB605A"/>
    <w:rsid w:val="00CB75B7"/>
    <w:rsid w:val="00CC429B"/>
    <w:rsid w:val="00CC4739"/>
    <w:rsid w:val="00CC7239"/>
    <w:rsid w:val="00CD0375"/>
    <w:rsid w:val="00CD31CB"/>
    <w:rsid w:val="00CD5235"/>
    <w:rsid w:val="00CE1C44"/>
    <w:rsid w:val="00CF2402"/>
    <w:rsid w:val="00CF6538"/>
    <w:rsid w:val="00D001C1"/>
    <w:rsid w:val="00D01718"/>
    <w:rsid w:val="00D019F1"/>
    <w:rsid w:val="00D04F2A"/>
    <w:rsid w:val="00D06AFB"/>
    <w:rsid w:val="00D113EA"/>
    <w:rsid w:val="00D170A3"/>
    <w:rsid w:val="00D2620C"/>
    <w:rsid w:val="00D36BEA"/>
    <w:rsid w:val="00D41C3E"/>
    <w:rsid w:val="00D447AD"/>
    <w:rsid w:val="00D50E1C"/>
    <w:rsid w:val="00D544DB"/>
    <w:rsid w:val="00D5784B"/>
    <w:rsid w:val="00D6772A"/>
    <w:rsid w:val="00D73BDF"/>
    <w:rsid w:val="00D75EC3"/>
    <w:rsid w:val="00D8281F"/>
    <w:rsid w:val="00D83C3A"/>
    <w:rsid w:val="00D94046"/>
    <w:rsid w:val="00D94082"/>
    <w:rsid w:val="00D96340"/>
    <w:rsid w:val="00DA3E97"/>
    <w:rsid w:val="00DA482C"/>
    <w:rsid w:val="00DB7FD0"/>
    <w:rsid w:val="00DC1825"/>
    <w:rsid w:val="00DD0C81"/>
    <w:rsid w:val="00DF6460"/>
    <w:rsid w:val="00E01531"/>
    <w:rsid w:val="00E04EE2"/>
    <w:rsid w:val="00E12656"/>
    <w:rsid w:val="00E16CB5"/>
    <w:rsid w:val="00E201A4"/>
    <w:rsid w:val="00E27362"/>
    <w:rsid w:val="00E335EB"/>
    <w:rsid w:val="00E37B60"/>
    <w:rsid w:val="00E43E12"/>
    <w:rsid w:val="00E43F62"/>
    <w:rsid w:val="00E52262"/>
    <w:rsid w:val="00E53637"/>
    <w:rsid w:val="00E600E3"/>
    <w:rsid w:val="00E61241"/>
    <w:rsid w:val="00E634BD"/>
    <w:rsid w:val="00E65D6B"/>
    <w:rsid w:val="00E66D04"/>
    <w:rsid w:val="00E73956"/>
    <w:rsid w:val="00E77400"/>
    <w:rsid w:val="00E86FA0"/>
    <w:rsid w:val="00E87096"/>
    <w:rsid w:val="00E95D0E"/>
    <w:rsid w:val="00EA59CC"/>
    <w:rsid w:val="00EB21E0"/>
    <w:rsid w:val="00EC050A"/>
    <w:rsid w:val="00EC7B06"/>
    <w:rsid w:val="00ED51A5"/>
    <w:rsid w:val="00EE1453"/>
    <w:rsid w:val="00EE1CE8"/>
    <w:rsid w:val="00EE3091"/>
    <w:rsid w:val="00EF76E5"/>
    <w:rsid w:val="00EF7DC4"/>
    <w:rsid w:val="00F11B5A"/>
    <w:rsid w:val="00F12EB6"/>
    <w:rsid w:val="00F258BB"/>
    <w:rsid w:val="00F34A54"/>
    <w:rsid w:val="00F34C8C"/>
    <w:rsid w:val="00F414A3"/>
    <w:rsid w:val="00F430F6"/>
    <w:rsid w:val="00F4347A"/>
    <w:rsid w:val="00F437FB"/>
    <w:rsid w:val="00F43B0C"/>
    <w:rsid w:val="00F50554"/>
    <w:rsid w:val="00F52072"/>
    <w:rsid w:val="00F52134"/>
    <w:rsid w:val="00F5505B"/>
    <w:rsid w:val="00F66472"/>
    <w:rsid w:val="00F6688E"/>
    <w:rsid w:val="00F76F7F"/>
    <w:rsid w:val="00F90C35"/>
    <w:rsid w:val="00FA15DA"/>
    <w:rsid w:val="00FA2606"/>
    <w:rsid w:val="00FC46F0"/>
    <w:rsid w:val="00FC693F"/>
    <w:rsid w:val="00FD1C5B"/>
    <w:rsid w:val="00FD2D44"/>
    <w:rsid w:val="00FD358B"/>
    <w:rsid w:val="00FD4EB8"/>
    <w:rsid w:val="00FE1A6A"/>
    <w:rsid w:val="00FE1D10"/>
    <w:rsid w:val="00FE276B"/>
    <w:rsid w:val="00FE407F"/>
    <w:rsid w:val="00FF24B9"/>
    <w:rsid w:val="00FF324C"/>
    <w:rsid w:val="00FF7A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A2A90A"/>
  <w14:defaultImageDpi w14:val="300"/>
  <w15:docId w15:val="{FC4FD9D6-9316-4BEE-87C3-5B3613D2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22583C"/>
    <w:pPr>
      <w:spacing w:after="0" w:line="240" w:lineRule="auto"/>
    </w:pPr>
  </w:style>
  <w:style w:type="character" w:styleId="CommentReference">
    <w:name w:val="annotation reference"/>
    <w:basedOn w:val="DefaultParagraphFont"/>
    <w:uiPriority w:val="99"/>
    <w:semiHidden/>
    <w:unhideWhenUsed/>
    <w:rsid w:val="0022583C"/>
    <w:rPr>
      <w:sz w:val="16"/>
      <w:szCs w:val="16"/>
    </w:rPr>
  </w:style>
  <w:style w:type="paragraph" w:styleId="CommentText">
    <w:name w:val="annotation text"/>
    <w:basedOn w:val="Normal"/>
    <w:link w:val="CommentTextChar"/>
    <w:uiPriority w:val="99"/>
    <w:semiHidden/>
    <w:unhideWhenUsed/>
    <w:rsid w:val="0022583C"/>
    <w:pPr>
      <w:spacing w:line="240" w:lineRule="auto"/>
    </w:pPr>
    <w:rPr>
      <w:sz w:val="20"/>
      <w:szCs w:val="20"/>
    </w:rPr>
  </w:style>
  <w:style w:type="character" w:customStyle="1" w:styleId="CommentTextChar">
    <w:name w:val="Comment Text Char"/>
    <w:basedOn w:val="DefaultParagraphFont"/>
    <w:link w:val="CommentText"/>
    <w:uiPriority w:val="99"/>
    <w:semiHidden/>
    <w:rsid w:val="0022583C"/>
    <w:rPr>
      <w:sz w:val="20"/>
      <w:szCs w:val="20"/>
    </w:rPr>
  </w:style>
  <w:style w:type="paragraph" w:styleId="CommentSubject">
    <w:name w:val="annotation subject"/>
    <w:basedOn w:val="CommentText"/>
    <w:next w:val="CommentText"/>
    <w:link w:val="CommentSubjectChar"/>
    <w:uiPriority w:val="99"/>
    <w:semiHidden/>
    <w:unhideWhenUsed/>
    <w:rsid w:val="0022583C"/>
    <w:rPr>
      <w:b/>
      <w:bCs/>
    </w:rPr>
  </w:style>
  <w:style w:type="character" w:customStyle="1" w:styleId="CommentSubjectChar">
    <w:name w:val="Comment Subject Char"/>
    <w:basedOn w:val="CommentTextChar"/>
    <w:link w:val="CommentSubject"/>
    <w:uiPriority w:val="99"/>
    <w:semiHidden/>
    <w:rsid w:val="0022583C"/>
    <w:rPr>
      <w:b/>
      <w:bCs/>
      <w:sz w:val="20"/>
      <w:szCs w:val="20"/>
    </w:rPr>
  </w:style>
  <w:style w:type="paragraph" w:styleId="BalloonText">
    <w:name w:val="Balloon Text"/>
    <w:basedOn w:val="Normal"/>
    <w:link w:val="BalloonTextChar"/>
    <w:uiPriority w:val="99"/>
    <w:semiHidden/>
    <w:unhideWhenUsed/>
    <w:rsid w:val="001D63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327"/>
    <w:rPr>
      <w:rFonts w:ascii="Segoe UI" w:hAnsi="Segoe UI" w:cs="Segoe UI"/>
      <w:sz w:val="18"/>
      <w:szCs w:val="18"/>
    </w:rPr>
  </w:style>
  <w:style w:type="character" w:customStyle="1" w:styleId="ListParagraphChar">
    <w:name w:val="List Paragraph Char"/>
    <w:basedOn w:val="DefaultParagraphFont"/>
    <w:link w:val="ListParagraph"/>
    <w:uiPriority w:val="34"/>
    <w:rsid w:val="001E6721"/>
  </w:style>
  <w:style w:type="paragraph" w:styleId="NormalWeb">
    <w:name w:val="Normal (Web)"/>
    <w:basedOn w:val="Normal"/>
    <w:uiPriority w:val="99"/>
    <w:unhideWhenUsed/>
    <w:rsid w:val="003C024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3135B"/>
    <w:rPr>
      <w:color w:val="0000FF" w:themeColor="hyperlink"/>
      <w:u w:val="single"/>
    </w:rPr>
  </w:style>
  <w:style w:type="character" w:customStyle="1" w:styleId="UnresolvedMention1">
    <w:name w:val="Unresolved Mention1"/>
    <w:basedOn w:val="DefaultParagraphFont"/>
    <w:uiPriority w:val="99"/>
    <w:semiHidden/>
    <w:unhideWhenUsed/>
    <w:rsid w:val="0083135B"/>
    <w:rPr>
      <w:color w:val="605E5C"/>
      <w:shd w:val="clear" w:color="auto" w:fill="E1DFDD"/>
    </w:rPr>
  </w:style>
  <w:style w:type="paragraph" w:customStyle="1" w:styleId="Default">
    <w:name w:val="Default"/>
    <w:rsid w:val="00E77400"/>
    <w:pPr>
      <w:autoSpaceDE w:val="0"/>
      <w:autoSpaceDN w:val="0"/>
      <w:adjustRightInd w:val="0"/>
      <w:spacing w:after="0" w:line="240" w:lineRule="auto"/>
    </w:pPr>
    <w:rPr>
      <w:rFonts w:ascii="Arial" w:hAnsi="Arial" w:cs="Arial"/>
      <w:color w:val="000000"/>
      <w:sz w:val="24"/>
      <w:szCs w:val="24"/>
    </w:rPr>
  </w:style>
  <w:style w:type="character" w:customStyle="1" w:styleId="UnresolvedMention2">
    <w:name w:val="Unresolved Mention2"/>
    <w:basedOn w:val="DefaultParagraphFont"/>
    <w:uiPriority w:val="99"/>
    <w:semiHidden/>
    <w:unhideWhenUsed/>
    <w:rsid w:val="00E52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206279">
      <w:bodyDiv w:val="1"/>
      <w:marLeft w:val="0"/>
      <w:marRight w:val="0"/>
      <w:marTop w:val="0"/>
      <w:marBottom w:val="0"/>
      <w:divBdr>
        <w:top w:val="none" w:sz="0" w:space="0" w:color="auto"/>
        <w:left w:val="none" w:sz="0" w:space="0" w:color="auto"/>
        <w:bottom w:val="none" w:sz="0" w:space="0" w:color="auto"/>
        <w:right w:val="none" w:sz="0" w:space="0" w:color="auto"/>
      </w:divBdr>
    </w:div>
    <w:div w:id="697630968">
      <w:bodyDiv w:val="1"/>
      <w:marLeft w:val="0"/>
      <w:marRight w:val="0"/>
      <w:marTop w:val="0"/>
      <w:marBottom w:val="0"/>
      <w:divBdr>
        <w:top w:val="none" w:sz="0" w:space="0" w:color="auto"/>
        <w:left w:val="none" w:sz="0" w:space="0" w:color="auto"/>
        <w:bottom w:val="none" w:sz="0" w:space="0" w:color="auto"/>
        <w:right w:val="none" w:sz="0" w:space="0" w:color="auto"/>
      </w:divBdr>
    </w:div>
    <w:div w:id="758213475">
      <w:bodyDiv w:val="1"/>
      <w:marLeft w:val="0"/>
      <w:marRight w:val="0"/>
      <w:marTop w:val="0"/>
      <w:marBottom w:val="0"/>
      <w:divBdr>
        <w:top w:val="none" w:sz="0" w:space="0" w:color="auto"/>
        <w:left w:val="none" w:sz="0" w:space="0" w:color="auto"/>
        <w:bottom w:val="none" w:sz="0" w:space="0" w:color="auto"/>
        <w:right w:val="none" w:sz="0" w:space="0" w:color="auto"/>
      </w:divBdr>
    </w:div>
    <w:div w:id="1496384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samushia@grada.g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itecogroup@hiteco.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7096A-5771-41F0-8D54-BDC967D31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1648</TotalTime>
  <Pages>22</Pages>
  <Words>10452</Words>
  <Characters>59581</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208</cp:revision>
  <cp:lastPrinted>2025-12-26T13:31:00Z</cp:lastPrinted>
  <dcterms:created xsi:type="dcterms:W3CDTF">2025-11-21T10:42:00Z</dcterms:created>
  <dcterms:modified xsi:type="dcterms:W3CDTF">2026-08-26T07:16:00Z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a6d17220-ad92-4bee-b9b5-2945078a3fb6</vt:lpwstr>
  </property>
</Properties>
</file>