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510DC" w14:textId="646A6F80" w:rsidR="00C41E3E" w:rsidRPr="00D050AE" w:rsidRDefault="00000000" w:rsidP="00931173">
      <w:pPr>
        <w:jc w:val="center"/>
        <w:rPr>
          <w:rFonts w:asciiTheme="majorHAnsi" w:hAnsiTheme="majorHAnsi" w:cstheme="majorHAnsi"/>
          <w:b/>
          <w:color w:val="0C5551"/>
          <w:sz w:val="48"/>
          <w:lang w:val="ka-GE"/>
        </w:rPr>
      </w:pPr>
      <w:r w:rsidRPr="00D050AE">
        <w:rPr>
          <w:rFonts w:asciiTheme="majorHAnsi" w:hAnsiTheme="majorHAnsi" w:cstheme="majorHAnsi"/>
          <w:b/>
          <w:color w:val="0C5551"/>
          <w:sz w:val="48"/>
          <w:lang w:val="ka-GE"/>
        </w:rPr>
        <w:t xml:space="preserve">ვიდეო </w:t>
      </w:r>
      <w:r w:rsidR="00931173">
        <w:rPr>
          <w:rFonts w:asciiTheme="majorHAnsi" w:hAnsiTheme="majorHAnsi" w:cstheme="majorHAnsi"/>
          <w:b/>
          <w:color w:val="0C5551"/>
          <w:sz w:val="48"/>
          <w:lang w:val="ka-GE"/>
        </w:rPr>
        <w:t>წარმოების (</w:t>
      </w:r>
      <w:r w:rsidRPr="00D050AE">
        <w:rPr>
          <w:rFonts w:asciiTheme="majorHAnsi" w:hAnsiTheme="majorHAnsi" w:cstheme="majorHAnsi"/>
          <w:b/>
          <w:color w:val="0C5551"/>
          <w:sz w:val="48"/>
          <w:lang w:val="ka-GE"/>
        </w:rPr>
        <w:t>პროდაქშენი</w:t>
      </w:r>
      <w:r w:rsidR="00D050AE" w:rsidRPr="00D050AE">
        <w:rPr>
          <w:rFonts w:asciiTheme="majorHAnsi" w:hAnsiTheme="majorHAnsi" w:cstheme="majorHAnsi"/>
          <w:b/>
          <w:color w:val="0C5551"/>
          <w:sz w:val="48"/>
          <w:lang w:val="ka-GE"/>
        </w:rPr>
        <w:t>ს</w:t>
      </w:r>
      <w:r w:rsidR="00931173">
        <w:rPr>
          <w:rFonts w:asciiTheme="majorHAnsi" w:hAnsiTheme="majorHAnsi" w:cstheme="majorHAnsi"/>
          <w:b/>
          <w:color w:val="0C5551"/>
          <w:sz w:val="48"/>
          <w:lang w:val="ka-GE"/>
        </w:rPr>
        <w:t>)</w:t>
      </w:r>
      <w:r w:rsidR="00D050AE" w:rsidRPr="00D050AE">
        <w:rPr>
          <w:rFonts w:asciiTheme="majorHAnsi" w:hAnsiTheme="majorHAnsi" w:cstheme="majorHAnsi"/>
          <w:b/>
          <w:color w:val="0C5551"/>
          <w:sz w:val="48"/>
          <w:lang w:val="ka-GE"/>
        </w:rPr>
        <w:t xml:space="preserve"> ბრიფი</w:t>
      </w:r>
    </w:p>
    <w:p w14:paraId="2854B4B8" w14:textId="77777777" w:rsidR="00C41E3E" w:rsidRPr="00D050AE" w:rsidRDefault="00000000" w:rsidP="00D050AE">
      <w:pPr>
        <w:jc w:val="center"/>
        <w:rPr>
          <w:rFonts w:asciiTheme="majorHAnsi" w:hAnsiTheme="majorHAnsi" w:cstheme="majorHAnsi"/>
          <w:lang w:val="ka-GE"/>
        </w:rPr>
      </w:pPr>
      <w:r w:rsidRPr="00D050AE">
        <w:rPr>
          <w:rFonts w:asciiTheme="majorHAnsi" w:hAnsiTheme="majorHAnsi" w:cstheme="majorHAnsi"/>
          <w:i/>
          <w:color w:val="646464"/>
          <w:sz w:val="28"/>
          <w:lang w:val="ka-GE"/>
        </w:rPr>
        <w:t>„ექიმო" - ციფრული ჯანდაცვის ასისტენტი</w:t>
      </w:r>
    </w:p>
    <w:p w14:paraId="76C82C50" w14:textId="77777777" w:rsidR="00C41E3E" w:rsidRPr="00D050AE" w:rsidRDefault="00000000" w:rsidP="00D050AE">
      <w:pPr>
        <w:pStyle w:val="Heading1"/>
        <w:rPr>
          <w:rFonts w:cstheme="majorHAnsi"/>
          <w:lang w:val="ka-GE"/>
        </w:rPr>
      </w:pPr>
      <w:r w:rsidRPr="00D050AE">
        <w:rPr>
          <w:rFonts w:cstheme="majorHAnsi"/>
          <w:color w:val="0C5551"/>
          <w:lang w:val="ka-GE"/>
        </w:rPr>
        <w:t>1. პროექტის მიმოხილვა</w:t>
      </w:r>
    </w:p>
    <w:p w14:paraId="7858FFB5" w14:textId="77777777" w:rsidR="00C41E3E" w:rsidRPr="00D050AE" w:rsidRDefault="00000000" w:rsidP="00D050AE">
      <w:pPr>
        <w:pStyle w:val="ListBullet"/>
        <w:rPr>
          <w:rFonts w:asciiTheme="majorHAnsi" w:hAnsiTheme="majorHAnsi" w:cstheme="majorHAnsi"/>
          <w:lang w:val="ka-GE"/>
        </w:rPr>
      </w:pPr>
      <w:r w:rsidRPr="00D050AE">
        <w:rPr>
          <w:rFonts w:asciiTheme="majorHAnsi" w:hAnsiTheme="majorHAnsi" w:cstheme="majorHAnsi"/>
          <w:lang w:val="ka-GE"/>
        </w:rPr>
        <w:t>კლიენტი: ევექსი - საქართველოს მასშტაბით პირველადი ჯანდაცვის ყველაზე დიდი ქსელი</w:t>
      </w:r>
    </w:p>
    <w:p w14:paraId="0956AC55" w14:textId="76EAA206" w:rsidR="00C41E3E" w:rsidRPr="00D050AE" w:rsidRDefault="00000000" w:rsidP="00D050AE">
      <w:pPr>
        <w:pStyle w:val="ListBullet"/>
        <w:rPr>
          <w:rFonts w:asciiTheme="majorHAnsi" w:hAnsiTheme="majorHAnsi" w:cstheme="majorHAnsi"/>
          <w:lang w:val="ka-GE"/>
        </w:rPr>
      </w:pPr>
      <w:r w:rsidRPr="00D050AE">
        <w:rPr>
          <w:rFonts w:asciiTheme="majorHAnsi" w:hAnsiTheme="majorHAnsi" w:cstheme="majorHAnsi"/>
          <w:lang w:val="ka-GE"/>
        </w:rPr>
        <w:t>პროდუქტი: „ექიმო" - მობილური აპლიკაცია</w:t>
      </w:r>
      <w:r w:rsidR="00D050AE" w:rsidRPr="00D050AE">
        <w:rPr>
          <w:rFonts w:asciiTheme="majorHAnsi" w:hAnsiTheme="majorHAnsi" w:cstheme="majorHAnsi"/>
          <w:lang w:val="ka-GE"/>
        </w:rPr>
        <w:t>, რომლის დახმარებითაც შეგიძლია საკუთარი და ოჯახის წევრების ჯანმრთელობაზე ზრუნვა.</w:t>
      </w:r>
    </w:p>
    <w:p w14:paraId="5D1DE9CE" w14:textId="70E59485" w:rsidR="00C41E3E" w:rsidRPr="00D050AE" w:rsidRDefault="00000000" w:rsidP="00D050AE">
      <w:pPr>
        <w:pStyle w:val="ListBullet"/>
        <w:rPr>
          <w:rFonts w:asciiTheme="majorHAnsi" w:hAnsiTheme="majorHAnsi" w:cstheme="majorHAnsi"/>
          <w:lang w:val="ka-GE"/>
        </w:rPr>
      </w:pPr>
      <w:r w:rsidRPr="00D050AE">
        <w:rPr>
          <w:rFonts w:asciiTheme="majorHAnsi" w:hAnsiTheme="majorHAnsi" w:cstheme="majorHAnsi"/>
          <w:lang w:val="ka-GE"/>
        </w:rPr>
        <w:t xml:space="preserve">კამპანიის დანიშნულება: გამოვაჩინოთ </w:t>
      </w:r>
      <w:r w:rsidR="00D050AE" w:rsidRPr="00D050AE">
        <w:rPr>
          <w:rFonts w:asciiTheme="majorHAnsi" w:hAnsiTheme="majorHAnsi" w:cstheme="majorHAnsi"/>
          <w:lang w:val="ka-GE"/>
        </w:rPr>
        <w:t>განახლებული ექიმო თავისი განახლებული ფუნქციონალით. კამპანიამ შექმნას მოტივაცია რომ ჩამოწერონ და გამოიყენონ აპლიკაციის ფუნქციონალებია.</w:t>
      </w:r>
    </w:p>
    <w:p w14:paraId="035D3F0B" w14:textId="5FFFCE27" w:rsidR="00C41E3E" w:rsidRPr="00D050AE" w:rsidRDefault="00D050AE" w:rsidP="00D050AE">
      <w:pPr>
        <w:pStyle w:val="ListBullet"/>
        <w:rPr>
          <w:rFonts w:asciiTheme="majorHAnsi" w:hAnsiTheme="majorHAnsi" w:cstheme="majorHAnsi"/>
          <w:lang w:val="ka-GE"/>
        </w:rPr>
      </w:pPr>
      <w:r>
        <w:rPr>
          <w:rFonts w:asciiTheme="majorHAnsi" w:hAnsiTheme="majorHAnsi" w:cstheme="majorHAnsi"/>
          <w:lang w:val="ka-GE"/>
        </w:rPr>
        <w:t>აპლიკაციის მთავარი უპირატესობები</w:t>
      </w:r>
      <w:r w:rsidRPr="00D050AE">
        <w:rPr>
          <w:rFonts w:asciiTheme="majorHAnsi" w:hAnsiTheme="majorHAnsi" w:cstheme="majorHAnsi"/>
          <w:lang w:val="ka-GE"/>
        </w:rPr>
        <w:t xml:space="preserve"> სიმარტივე, სიჩქარე, კომფორტი</w:t>
      </w:r>
      <w:r>
        <w:rPr>
          <w:rFonts w:asciiTheme="majorHAnsi" w:hAnsiTheme="majorHAnsi" w:cstheme="majorHAnsi"/>
          <w:lang w:val="ka-GE"/>
        </w:rPr>
        <w:t>.</w:t>
      </w:r>
    </w:p>
    <w:p w14:paraId="2B484A7C" w14:textId="77777777" w:rsidR="00C41E3E" w:rsidRPr="00D050AE" w:rsidRDefault="00000000" w:rsidP="00D050AE">
      <w:pPr>
        <w:pStyle w:val="Heading1"/>
        <w:rPr>
          <w:rFonts w:cstheme="majorHAnsi"/>
          <w:lang w:val="ka-GE"/>
        </w:rPr>
      </w:pPr>
      <w:r w:rsidRPr="00D050AE">
        <w:rPr>
          <w:rFonts w:cstheme="majorHAnsi"/>
          <w:color w:val="0C5551"/>
          <w:lang w:val="ka-GE"/>
        </w:rPr>
        <w:t>2. სამიზნე აუდიტორია</w:t>
      </w:r>
    </w:p>
    <w:p w14:paraId="2EE7B66F" w14:textId="55FA2BB3" w:rsidR="00C41E3E" w:rsidRPr="0030658D" w:rsidRDefault="008A77F8" w:rsidP="00D050AE">
      <w:pPr>
        <w:pStyle w:val="ListBullet"/>
        <w:rPr>
          <w:rFonts w:asciiTheme="majorHAnsi" w:hAnsiTheme="majorHAnsi" w:cstheme="majorHAnsi"/>
          <w:lang w:val="ka-GE"/>
        </w:rPr>
      </w:pPr>
      <w:r>
        <w:rPr>
          <w:rFonts w:asciiTheme="majorHAnsi" w:hAnsiTheme="majorHAnsi" w:cstheme="majorHAnsi"/>
          <w:lang w:val="ka-GE"/>
        </w:rPr>
        <w:t>მთავარი აუდიტორია:</w:t>
      </w:r>
      <w:r w:rsidRPr="0030658D">
        <w:rPr>
          <w:rFonts w:asciiTheme="majorHAnsi" w:hAnsiTheme="majorHAnsi" w:cstheme="majorHAnsi"/>
          <w:lang w:val="ka-GE"/>
        </w:rPr>
        <w:t xml:space="preserve"> ქალი (90.5%), 34-44 წელი, თბილისი</w:t>
      </w:r>
      <w:r w:rsidR="0030658D" w:rsidRPr="0030658D">
        <w:rPr>
          <w:rFonts w:asciiTheme="majorHAnsi" w:hAnsiTheme="majorHAnsi" w:cstheme="majorHAnsi"/>
          <w:lang w:val="ka-GE"/>
        </w:rPr>
        <w:t xml:space="preserve"> და საქართველოს დიდი ქალაქები.</w:t>
      </w:r>
      <w:r w:rsidR="0030658D">
        <w:rPr>
          <w:rFonts w:asciiTheme="majorHAnsi" w:hAnsiTheme="majorHAnsi" w:cstheme="majorHAnsi"/>
          <w:lang w:val="ka-GE"/>
        </w:rPr>
        <w:t xml:space="preserve"> </w:t>
      </w:r>
      <w:r w:rsidRPr="0030658D">
        <w:rPr>
          <w:rFonts w:asciiTheme="majorHAnsi" w:hAnsiTheme="majorHAnsi" w:cstheme="majorHAnsi"/>
          <w:lang w:val="ka-GE"/>
        </w:rPr>
        <w:t xml:space="preserve">პროფილი: ოჯახის ჯანმრთელობის მენეჯერი - </w:t>
      </w:r>
      <w:r w:rsidR="0030658D">
        <w:rPr>
          <w:rFonts w:asciiTheme="majorHAnsi" w:hAnsiTheme="majorHAnsi" w:cstheme="majorHAnsi"/>
          <w:lang w:val="ka-GE"/>
        </w:rPr>
        <w:t>ის აკონტროლებს როგორც საკუთარ, ისე ოჯახის წევრების ჯანმრთელობის საკითხებს.</w:t>
      </w:r>
      <w:r w:rsidR="00775063">
        <w:rPr>
          <w:rFonts w:asciiTheme="majorHAnsi" w:hAnsiTheme="majorHAnsi" w:cstheme="majorHAnsi"/>
          <w:lang w:val="ka-GE"/>
        </w:rPr>
        <w:t xml:space="preserve"> ჩართულია ყოველდღიურად და მისთვის მნიშვნელოვანია ეფექტური, მარტივი მომსახურებების მიღება მთელი </w:t>
      </w:r>
      <w:r w:rsidR="00775063">
        <w:rPr>
          <w:rFonts w:asciiTheme="majorHAnsi" w:hAnsiTheme="majorHAnsi" w:cstheme="majorHAnsi"/>
        </w:rPr>
        <w:t>Flow</w:t>
      </w:r>
      <w:r w:rsidR="00775063">
        <w:rPr>
          <w:rFonts w:asciiTheme="majorHAnsi" w:hAnsiTheme="majorHAnsi" w:cstheme="majorHAnsi"/>
          <w:lang w:val="ka-GE"/>
        </w:rPr>
        <w:t xml:space="preserve">-ს განმავლობაში. </w:t>
      </w:r>
    </w:p>
    <w:p w14:paraId="01BFAE7D" w14:textId="47305125" w:rsidR="00C41E3E" w:rsidRPr="0030658D" w:rsidRDefault="00000000" w:rsidP="00D050AE">
      <w:pPr>
        <w:pStyle w:val="ListBullet"/>
        <w:rPr>
          <w:rFonts w:asciiTheme="majorHAnsi" w:hAnsiTheme="majorHAnsi" w:cstheme="majorHAnsi"/>
          <w:lang w:val="ka-GE"/>
        </w:rPr>
      </w:pPr>
      <w:r w:rsidRPr="00D050AE">
        <w:rPr>
          <w:rFonts w:asciiTheme="majorHAnsi" w:hAnsiTheme="majorHAnsi" w:cstheme="majorHAnsi"/>
          <w:lang w:val="ka-GE"/>
        </w:rPr>
        <w:t>მოტივაციები: დროის დაზოგვა, სიმარტივე, ოჯახის ზრუნვა, საიმედო მომსახურება</w:t>
      </w:r>
      <w:r w:rsidR="0030658D">
        <w:rPr>
          <w:rFonts w:asciiTheme="majorHAnsi" w:hAnsiTheme="majorHAnsi" w:cstheme="majorHAnsi"/>
          <w:lang w:val="ka-GE"/>
        </w:rPr>
        <w:t>.</w:t>
      </w:r>
    </w:p>
    <w:p w14:paraId="3195AC88" w14:textId="77777777" w:rsidR="00C41E3E" w:rsidRPr="00D050AE" w:rsidRDefault="00000000" w:rsidP="00D050AE">
      <w:pPr>
        <w:pStyle w:val="Heading1"/>
        <w:rPr>
          <w:rFonts w:cstheme="majorHAnsi"/>
          <w:lang w:val="ka-GE"/>
        </w:rPr>
      </w:pPr>
      <w:r w:rsidRPr="00D050AE">
        <w:rPr>
          <w:rFonts w:cstheme="majorHAnsi"/>
          <w:color w:val="0C5551"/>
          <w:lang w:val="ka-GE"/>
        </w:rPr>
        <w:t>3. ფუნქციონალი და ვიდეო-კატეგორიები</w:t>
      </w:r>
    </w:p>
    <w:p w14:paraId="56089CF2" w14:textId="781B3C32" w:rsidR="00C41E3E" w:rsidRPr="00D050AE" w:rsidRDefault="0030658D" w:rsidP="00D050AE">
      <w:pPr>
        <w:rPr>
          <w:rFonts w:asciiTheme="majorHAnsi" w:hAnsiTheme="majorHAnsi" w:cstheme="majorHAnsi"/>
          <w:lang w:val="ka-GE"/>
        </w:rPr>
      </w:pPr>
      <w:r>
        <w:rPr>
          <w:rFonts w:asciiTheme="majorHAnsi" w:hAnsiTheme="majorHAnsi" w:cstheme="majorHAnsi"/>
          <w:lang w:val="ka-GE"/>
        </w:rPr>
        <w:t xml:space="preserve">კამპანია აუცილებლად უნდა აჩვენებდეს ხუთ </w:t>
      </w:r>
      <w:r w:rsidRPr="00D050AE">
        <w:rPr>
          <w:rFonts w:asciiTheme="majorHAnsi" w:hAnsiTheme="majorHAnsi" w:cstheme="majorHAnsi"/>
          <w:lang w:val="ka-GE"/>
        </w:rPr>
        <w:t>მთავარ ფუნქციის გამოჩენას</w:t>
      </w:r>
      <w:r>
        <w:rPr>
          <w:rFonts w:asciiTheme="majorHAnsi" w:hAnsiTheme="majorHAnsi" w:cstheme="majorHAnsi"/>
          <w:lang w:val="ka-GE"/>
        </w:rPr>
        <w:t>:</w:t>
      </w:r>
    </w:p>
    <w:tbl>
      <w:tblPr>
        <w:tblStyle w:val="LightGrid-Accent1"/>
        <w:tblW w:w="0" w:type="auto"/>
        <w:tblLook w:val="04A0" w:firstRow="1" w:lastRow="0" w:firstColumn="1" w:lastColumn="0" w:noHBand="0" w:noVBand="1"/>
      </w:tblPr>
      <w:tblGrid>
        <w:gridCol w:w="2880"/>
        <w:gridCol w:w="5592"/>
      </w:tblGrid>
      <w:tr w:rsidR="0030658D" w:rsidRPr="00D050AE" w14:paraId="2C8925DD" w14:textId="77777777" w:rsidTr="003065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2379E1F5" w14:textId="77777777" w:rsidR="0030658D" w:rsidRPr="00D050AE" w:rsidRDefault="0030658D" w:rsidP="00D050AE">
            <w:pPr>
              <w:spacing w:line="276" w:lineRule="auto"/>
              <w:rPr>
                <w:rFonts w:asciiTheme="majorHAnsi" w:hAnsiTheme="majorHAnsi" w:cstheme="majorHAnsi"/>
                <w:lang w:val="ka-GE"/>
              </w:rPr>
            </w:pPr>
            <w:r w:rsidRPr="00D050AE">
              <w:rPr>
                <w:rFonts w:asciiTheme="majorHAnsi" w:hAnsiTheme="majorHAnsi" w:cstheme="majorHAnsi"/>
                <w:color w:val="FFFFFF"/>
                <w:lang w:val="ka-GE"/>
              </w:rPr>
              <w:t>ფუნქცია</w:t>
            </w:r>
          </w:p>
        </w:tc>
        <w:tc>
          <w:tcPr>
            <w:tcW w:w="5592" w:type="dxa"/>
          </w:tcPr>
          <w:p w14:paraId="15DE3904" w14:textId="77777777" w:rsidR="0030658D" w:rsidRPr="00D050AE" w:rsidRDefault="0030658D" w:rsidP="00D050AE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ka-GE"/>
              </w:rPr>
            </w:pPr>
            <w:r w:rsidRPr="00D050AE">
              <w:rPr>
                <w:rFonts w:asciiTheme="majorHAnsi" w:hAnsiTheme="majorHAnsi" w:cstheme="majorHAnsi"/>
                <w:color w:val="FFFFFF"/>
                <w:lang w:val="ka-GE"/>
              </w:rPr>
              <w:t>კონცეფცია</w:t>
            </w:r>
          </w:p>
        </w:tc>
      </w:tr>
      <w:tr w:rsidR="0030658D" w:rsidRPr="00D050AE" w14:paraId="56777766" w14:textId="77777777" w:rsidTr="00306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247E6874" w14:textId="77777777" w:rsidR="0030658D" w:rsidRPr="00D050AE" w:rsidRDefault="0030658D" w:rsidP="0030658D">
            <w:pPr>
              <w:spacing w:line="276" w:lineRule="auto"/>
              <w:rPr>
                <w:rFonts w:asciiTheme="majorHAnsi" w:hAnsiTheme="majorHAnsi" w:cstheme="majorHAnsi"/>
                <w:lang w:val="ka-GE"/>
              </w:rPr>
            </w:pPr>
            <w:r w:rsidRPr="00D050AE">
              <w:rPr>
                <w:rFonts w:asciiTheme="majorHAnsi" w:hAnsiTheme="majorHAnsi" w:cstheme="majorHAnsi"/>
                <w:lang w:val="ka-GE"/>
              </w:rPr>
              <w:t>ექიმთან დაჯავშნა</w:t>
            </w:r>
          </w:p>
        </w:tc>
        <w:tc>
          <w:tcPr>
            <w:tcW w:w="5592" w:type="dxa"/>
          </w:tcPr>
          <w:p w14:paraId="2079E377" w14:textId="77777777" w:rsidR="0030658D" w:rsidRPr="00D050AE" w:rsidRDefault="0030658D" w:rsidP="00D050A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ka-GE"/>
              </w:rPr>
            </w:pPr>
            <w:r w:rsidRPr="00D050AE">
              <w:rPr>
                <w:rFonts w:asciiTheme="majorHAnsi" w:hAnsiTheme="majorHAnsi" w:cstheme="majorHAnsi"/>
                <w:lang w:val="ka-GE"/>
              </w:rPr>
              <w:t>რეგისტრატურის გარეშე: აპიდან დაჯავშნა, რიგის გარეშე ჯავშნის კოდით შესვლა</w:t>
            </w:r>
          </w:p>
        </w:tc>
      </w:tr>
      <w:tr w:rsidR="0030658D" w:rsidRPr="00D050AE" w14:paraId="6A7EE8EC" w14:textId="77777777" w:rsidTr="0030658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402C6F94" w14:textId="77777777" w:rsidR="0030658D" w:rsidRPr="00D050AE" w:rsidRDefault="0030658D" w:rsidP="0030658D">
            <w:pPr>
              <w:spacing w:line="276" w:lineRule="auto"/>
              <w:rPr>
                <w:rFonts w:asciiTheme="majorHAnsi" w:hAnsiTheme="majorHAnsi" w:cstheme="majorHAnsi"/>
                <w:lang w:val="ka-GE"/>
              </w:rPr>
            </w:pPr>
            <w:r w:rsidRPr="00D050AE">
              <w:rPr>
                <w:rFonts w:asciiTheme="majorHAnsi" w:hAnsiTheme="majorHAnsi" w:cstheme="majorHAnsi"/>
                <w:lang w:val="ka-GE"/>
              </w:rPr>
              <w:t>სამედიცინო ისტორია</w:t>
            </w:r>
          </w:p>
        </w:tc>
        <w:tc>
          <w:tcPr>
            <w:tcW w:w="5592" w:type="dxa"/>
          </w:tcPr>
          <w:p w14:paraId="03C14D59" w14:textId="77777777" w:rsidR="0030658D" w:rsidRPr="00D050AE" w:rsidRDefault="0030658D" w:rsidP="00D050AE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lang w:val="ka-GE"/>
              </w:rPr>
            </w:pPr>
            <w:r w:rsidRPr="00D050AE">
              <w:rPr>
                <w:rFonts w:asciiTheme="majorHAnsi" w:hAnsiTheme="majorHAnsi" w:cstheme="majorHAnsi"/>
                <w:lang w:val="ka-GE"/>
              </w:rPr>
              <w:t>ყველა კვლევის, დანიშნულების, ანალიზის რეკორდი - ერთ ადგილას</w:t>
            </w:r>
          </w:p>
        </w:tc>
      </w:tr>
      <w:tr w:rsidR="0030658D" w:rsidRPr="00D050AE" w14:paraId="4599B5AF" w14:textId="77777777" w:rsidTr="00306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0BC6C5C7" w14:textId="51D72272" w:rsidR="0030658D" w:rsidRPr="00D050AE" w:rsidRDefault="0030658D" w:rsidP="0030658D">
            <w:pPr>
              <w:rPr>
                <w:rFonts w:asciiTheme="majorHAnsi" w:hAnsiTheme="majorHAnsi" w:cstheme="majorHAnsi"/>
                <w:lang w:val="ka-GE"/>
              </w:rPr>
            </w:pPr>
            <w:r w:rsidRPr="00D050AE">
              <w:rPr>
                <w:rFonts w:asciiTheme="majorHAnsi" w:hAnsiTheme="majorHAnsi" w:cstheme="majorHAnsi"/>
                <w:lang w:val="ka-GE"/>
              </w:rPr>
              <w:t>ბენეფიტი</w:t>
            </w:r>
          </w:p>
        </w:tc>
        <w:tc>
          <w:tcPr>
            <w:tcW w:w="5592" w:type="dxa"/>
          </w:tcPr>
          <w:p w14:paraId="639E290D" w14:textId="45515817" w:rsidR="0030658D" w:rsidRPr="00D050AE" w:rsidRDefault="0030658D" w:rsidP="003065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ka-GE"/>
              </w:rPr>
            </w:pPr>
            <w:r>
              <w:rPr>
                <w:rFonts w:asciiTheme="majorHAnsi" w:hAnsiTheme="majorHAnsi" w:cstheme="majorHAnsi"/>
                <w:lang w:val="ka-GE"/>
              </w:rPr>
              <w:t>კონკრეტული ბენეფიტები, რომლებიც შეგიძლია მხოლოდ ექიმოში ნახო</w:t>
            </w:r>
          </w:p>
        </w:tc>
      </w:tr>
      <w:tr w:rsidR="0030658D" w:rsidRPr="00D050AE" w14:paraId="6E7A0B52" w14:textId="77777777" w:rsidTr="0030658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0E6BE1BC" w14:textId="77777777" w:rsidR="0030658D" w:rsidRPr="00D050AE" w:rsidRDefault="0030658D" w:rsidP="0030658D">
            <w:pPr>
              <w:spacing w:line="276" w:lineRule="auto"/>
              <w:rPr>
                <w:rFonts w:asciiTheme="majorHAnsi" w:hAnsiTheme="majorHAnsi" w:cstheme="majorHAnsi"/>
                <w:lang w:val="ka-GE"/>
              </w:rPr>
            </w:pPr>
            <w:r w:rsidRPr="00D050AE">
              <w:rPr>
                <w:rFonts w:asciiTheme="majorHAnsi" w:hAnsiTheme="majorHAnsi" w:cstheme="majorHAnsi"/>
                <w:lang w:val="ka-GE"/>
              </w:rPr>
              <w:t>ოჯახის მართვა</w:t>
            </w:r>
          </w:p>
        </w:tc>
        <w:tc>
          <w:tcPr>
            <w:tcW w:w="5592" w:type="dxa"/>
          </w:tcPr>
          <w:p w14:paraId="5BBFA5B0" w14:textId="77777777" w:rsidR="0030658D" w:rsidRPr="00D050AE" w:rsidRDefault="0030658D" w:rsidP="0030658D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lang w:val="ka-GE"/>
              </w:rPr>
            </w:pPr>
            <w:r w:rsidRPr="00D050AE">
              <w:rPr>
                <w:rFonts w:asciiTheme="majorHAnsi" w:hAnsiTheme="majorHAnsi" w:cstheme="majorHAnsi"/>
                <w:lang w:val="ka-GE"/>
              </w:rPr>
              <w:t>შვილის და მშობლის ვიზიტები ერთი ანგარიშიდან</w:t>
            </w:r>
          </w:p>
        </w:tc>
      </w:tr>
      <w:tr w:rsidR="0030658D" w:rsidRPr="00D050AE" w14:paraId="30B3F3DB" w14:textId="77777777" w:rsidTr="00306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5B114398" w14:textId="46D360AA" w:rsidR="0030658D" w:rsidRPr="00D050AE" w:rsidRDefault="0030658D" w:rsidP="0030658D">
            <w:pPr>
              <w:spacing w:line="276" w:lineRule="auto"/>
              <w:rPr>
                <w:rFonts w:asciiTheme="majorHAnsi" w:hAnsiTheme="majorHAnsi" w:cstheme="majorHAnsi"/>
                <w:lang w:val="ka-GE"/>
              </w:rPr>
            </w:pPr>
            <w:r w:rsidRPr="00D050AE">
              <w:rPr>
                <w:rFonts w:asciiTheme="majorHAnsi" w:hAnsiTheme="majorHAnsi" w:cstheme="majorHAnsi"/>
                <w:lang w:val="ka-GE"/>
              </w:rPr>
              <w:t xml:space="preserve">აფთიაქი </w:t>
            </w:r>
            <w:r>
              <w:rPr>
                <w:rFonts w:asciiTheme="majorHAnsi" w:hAnsiTheme="majorHAnsi" w:cstheme="majorHAnsi"/>
                <w:lang w:val="ka-GE"/>
              </w:rPr>
              <w:t>და თავის მოვლის საშუალებები</w:t>
            </w:r>
          </w:p>
        </w:tc>
        <w:tc>
          <w:tcPr>
            <w:tcW w:w="5592" w:type="dxa"/>
          </w:tcPr>
          <w:p w14:paraId="405B1355" w14:textId="3BAED780" w:rsidR="0030658D" w:rsidRPr="00D050AE" w:rsidRDefault="0030658D" w:rsidP="0030658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ka-GE"/>
              </w:rPr>
            </w:pPr>
            <w:r w:rsidRPr="00D050AE">
              <w:rPr>
                <w:rFonts w:asciiTheme="majorHAnsi" w:hAnsiTheme="majorHAnsi" w:cstheme="majorHAnsi"/>
                <w:lang w:val="ka-GE"/>
              </w:rPr>
              <w:t>ექიმის დანიშნული მედიკამენტი კალათაში და მიწოდება</w:t>
            </w:r>
            <w:r>
              <w:rPr>
                <w:rFonts w:asciiTheme="majorHAnsi" w:hAnsiTheme="majorHAnsi" w:cstheme="majorHAnsi"/>
                <w:lang w:val="ka-GE"/>
              </w:rPr>
              <w:t xml:space="preserve"> სახლიდან გაუსვლელად</w:t>
            </w:r>
          </w:p>
        </w:tc>
      </w:tr>
    </w:tbl>
    <w:p w14:paraId="227921C3" w14:textId="77777777" w:rsidR="00C41E3E" w:rsidRPr="00D050AE" w:rsidRDefault="00000000" w:rsidP="00D050AE">
      <w:pPr>
        <w:pStyle w:val="Heading1"/>
        <w:rPr>
          <w:rFonts w:cstheme="majorHAnsi"/>
          <w:lang w:val="ka-GE"/>
        </w:rPr>
      </w:pPr>
      <w:r w:rsidRPr="00D050AE">
        <w:rPr>
          <w:rFonts w:cstheme="majorHAnsi"/>
          <w:color w:val="0C5551"/>
          <w:lang w:val="ka-GE"/>
        </w:rPr>
        <w:lastRenderedPageBreak/>
        <w:t>4. ვიდეოს ტექნიკური სპეციფიკაციები</w:t>
      </w:r>
    </w:p>
    <w:p w14:paraId="1C10FCFD" w14:textId="77777777" w:rsidR="00C41E3E" w:rsidRPr="00D050AE" w:rsidRDefault="00000000" w:rsidP="00D050AE">
      <w:pPr>
        <w:pStyle w:val="ListBullet"/>
        <w:rPr>
          <w:rFonts w:asciiTheme="majorHAnsi" w:hAnsiTheme="majorHAnsi" w:cstheme="majorHAnsi"/>
          <w:lang w:val="ka-GE"/>
        </w:rPr>
      </w:pPr>
      <w:r w:rsidRPr="00D050AE">
        <w:rPr>
          <w:rFonts w:asciiTheme="majorHAnsi" w:hAnsiTheme="majorHAnsi" w:cstheme="majorHAnsi"/>
          <w:lang w:val="ka-GE"/>
        </w:rPr>
        <w:t>ფორმატი: 9:16 (ვერტიკალური) და 4:5 (კვადრატი)</w:t>
      </w:r>
    </w:p>
    <w:p w14:paraId="52C63F27" w14:textId="6E4CBE07" w:rsidR="00C41E3E" w:rsidRPr="00D050AE" w:rsidRDefault="00000000" w:rsidP="00D050AE">
      <w:pPr>
        <w:pStyle w:val="ListBullet"/>
        <w:rPr>
          <w:rFonts w:asciiTheme="majorHAnsi" w:hAnsiTheme="majorHAnsi" w:cstheme="majorHAnsi"/>
          <w:lang w:val="ka-GE"/>
        </w:rPr>
      </w:pPr>
      <w:r w:rsidRPr="00D050AE">
        <w:rPr>
          <w:rFonts w:asciiTheme="majorHAnsi" w:hAnsiTheme="majorHAnsi" w:cstheme="majorHAnsi"/>
          <w:lang w:val="ka-GE"/>
        </w:rPr>
        <w:t xml:space="preserve">ხანგრძლივობა: </w:t>
      </w:r>
      <w:r w:rsidR="00494544">
        <w:rPr>
          <w:rFonts w:asciiTheme="majorHAnsi" w:hAnsiTheme="majorHAnsi" w:cstheme="majorHAnsi"/>
          <w:lang w:val="ka-GE"/>
        </w:rPr>
        <w:t>40-50</w:t>
      </w:r>
      <w:r w:rsidRPr="00D050AE">
        <w:rPr>
          <w:rFonts w:asciiTheme="majorHAnsi" w:hAnsiTheme="majorHAnsi" w:cstheme="majorHAnsi"/>
          <w:lang w:val="ka-GE"/>
        </w:rPr>
        <w:t xml:space="preserve"> წამი</w:t>
      </w:r>
    </w:p>
    <w:p w14:paraId="1A719712" w14:textId="72601185" w:rsidR="00C41E3E" w:rsidRPr="00D050AE" w:rsidRDefault="00000000" w:rsidP="00D050AE">
      <w:pPr>
        <w:pStyle w:val="ListBullet"/>
        <w:rPr>
          <w:rFonts w:asciiTheme="majorHAnsi" w:hAnsiTheme="majorHAnsi" w:cstheme="majorHAnsi"/>
          <w:lang w:val="ka-GE"/>
        </w:rPr>
      </w:pPr>
      <w:r w:rsidRPr="00D050AE">
        <w:rPr>
          <w:rFonts w:asciiTheme="majorHAnsi" w:hAnsiTheme="majorHAnsi" w:cstheme="majorHAnsi"/>
          <w:lang w:val="ka-GE"/>
        </w:rPr>
        <w:t>ძირითადი</w:t>
      </w:r>
      <w:r w:rsidR="00B73EC4">
        <w:rPr>
          <w:rFonts w:asciiTheme="majorHAnsi" w:hAnsiTheme="majorHAnsi" w:cstheme="majorHAnsi"/>
          <w:lang w:val="ka-GE"/>
        </w:rPr>
        <w:t xml:space="preserve"> სათქმელი</w:t>
      </w:r>
      <w:r w:rsidRPr="00D050AE">
        <w:rPr>
          <w:rFonts w:asciiTheme="majorHAnsi" w:hAnsiTheme="majorHAnsi" w:cstheme="majorHAnsi"/>
          <w:lang w:val="ka-GE"/>
        </w:rPr>
        <w:t xml:space="preserve">: </w:t>
      </w:r>
      <w:r w:rsidR="00B73EC4">
        <w:rPr>
          <w:rFonts w:asciiTheme="majorHAnsi" w:hAnsiTheme="majorHAnsi" w:cstheme="majorHAnsi"/>
          <w:lang w:val="ka-GE"/>
        </w:rPr>
        <w:t xml:space="preserve">ექიმო გეხმარება ყოველდღიურობაში აკონტროლო ჯანმრთელობის საკითხები და გქონდეს ყველაზე ამომწურავი, სრულყოფილი გამოცდილება საქართველოში სამედიცინო კუთხით. </w:t>
      </w:r>
    </w:p>
    <w:p w14:paraId="12BD4BE2" w14:textId="2D248C26" w:rsidR="00C41E3E" w:rsidRPr="00D050AE" w:rsidRDefault="00B73EC4" w:rsidP="00D050AE">
      <w:pPr>
        <w:pStyle w:val="ListBullet"/>
        <w:rPr>
          <w:rFonts w:asciiTheme="majorHAnsi" w:hAnsiTheme="majorHAnsi" w:cstheme="majorHAnsi"/>
          <w:lang w:val="ka-GE"/>
        </w:rPr>
      </w:pPr>
      <w:r>
        <w:rPr>
          <w:rFonts w:asciiTheme="majorHAnsi" w:hAnsiTheme="majorHAnsi" w:cstheme="majorHAnsi"/>
          <w:lang w:val="ka-GE"/>
        </w:rPr>
        <w:t xml:space="preserve">კამპანიის </w:t>
      </w:r>
      <w:r w:rsidRPr="00D050AE">
        <w:rPr>
          <w:rFonts w:asciiTheme="majorHAnsi" w:hAnsiTheme="majorHAnsi" w:cstheme="majorHAnsi"/>
          <w:lang w:val="ka-GE"/>
        </w:rPr>
        <w:t>სტილი: პროფესიონალური, ნათელი</w:t>
      </w:r>
      <w:r>
        <w:rPr>
          <w:rFonts w:asciiTheme="majorHAnsi" w:hAnsiTheme="majorHAnsi" w:cstheme="majorHAnsi"/>
          <w:lang w:val="ka-GE"/>
        </w:rPr>
        <w:t>, სხარტი და მამოტივირებელი.</w:t>
      </w:r>
    </w:p>
    <w:p w14:paraId="33300E15" w14:textId="222D11F4" w:rsidR="00C41E3E" w:rsidRDefault="00B73EC4" w:rsidP="00D050AE">
      <w:pPr>
        <w:pStyle w:val="ListBullet"/>
        <w:rPr>
          <w:rFonts w:asciiTheme="majorHAnsi" w:hAnsiTheme="majorHAnsi" w:cstheme="majorHAnsi"/>
          <w:lang w:val="ka-GE"/>
        </w:rPr>
      </w:pPr>
      <w:r w:rsidRPr="00B73EC4">
        <w:rPr>
          <w:rFonts w:asciiTheme="majorHAnsi" w:hAnsiTheme="majorHAnsi" w:cstheme="majorHAnsi"/>
          <w:lang w:val="ka-GE"/>
        </w:rPr>
        <w:t>აუცილებელი ნაწილია, გამოჩნდეს ტელეფონის ეკრანი, ფუნქციონალი, აპლიკაციის ლოგო და გადმოწერისთვის აუცილებელი ატრიბუტები.</w:t>
      </w:r>
    </w:p>
    <w:p w14:paraId="18293B9E" w14:textId="0E7D400A" w:rsidR="00B73EC4" w:rsidRPr="00B73EC4" w:rsidRDefault="00B73EC4" w:rsidP="00D050AE">
      <w:pPr>
        <w:pStyle w:val="ListBullet"/>
        <w:rPr>
          <w:rFonts w:asciiTheme="majorHAnsi" w:hAnsiTheme="majorHAnsi" w:cstheme="majorHAnsi"/>
          <w:lang w:val="ka-GE"/>
        </w:rPr>
      </w:pPr>
      <w:r>
        <w:rPr>
          <w:rFonts w:asciiTheme="majorHAnsi" w:hAnsiTheme="majorHAnsi" w:cstheme="majorHAnsi"/>
          <w:lang w:val="ka-GE"/>
        </w:rPr>
        <w:t>კამპანიას ჰქონდეს კონკრეტული მესიჯი, რომელიც არ უნდა იყოს აცდენილი მანამდე არსებულ მესიჯთან („იცოდე როგორ ხარ“), იდეოლოგიურად აგრძელებდეს ექიმოს ჯანმრთელობის მოვლის ხაზს.</w:t>
      </w:r>
    </w:p>
    <w:p w14:paraId="55991278" w14:textId="77777777" w:rsidR="00C41E3E" w:rsidRPr="00D050AE" w:rsidRDefault="00000000" w:rsidP="00D050AE">
      <w:pPr>
        <w:pStyle w:val="Heading1"/>
        <w:rPr>
          <w:rFonts w:cstheme="majorHAnsi"/>
          <w:lang w:val="ka-GE"/>
        </w:rPr>
      </w:pPr>
      <w:r w:rsidRPr="00D050AE">
        <w:rPr>
          <w:rFonts w:cstheme="majorHAnsi"/>
          <w:color w:val="0C5551"/>
          <w:lang w:val="ka-GE"/>
        </w:rPr>
        <w:t>5. კრეატიული კონცეფცია</w:t>
      </w:r>
    </w:p>
    <w:p w14:paraId="6C667370" w14:textId="77777777" w:rsidR="00C41E3E" w:rsidRPr="00D050AE" w:rsidRDefault="00000000" w:rsidP="00D050AE">
      <w:pPr>
        <w:rPr>
          <w:rFonts w:asciiTheme="majorHAnsi" w:hAnsiTheme="majorHAnsi" w:cstheme="majorHAnsi"/>
          <w:lang w:val="ka-GE"/>
        </w:rPr>
      </w:pPr>
      <w:r w:rsidRPr="00D050AE">
        <w:rPr>
          <w:rFonts w:asciiTheme="majorHAnsi" w:hAnsiTheme="majorHAnsi" w:cstheme="majorHAnsi"/>
          <w:b/>
          <w:lang w:val="ka-GE"/>
        </w:rPr>
        <w:t>მთავარი იდეა:</w:t>
      </w:r>
    </w:p>
    <w:p w14:paraId="68EBDEE8" w14:textId="5FB3B32C" w:rsidR="00C41E3E" w:rsidRDefault="00000000" w:rsidP="00D050AE">
      <w:pPr>
        <w:pStyle w:val="ListBullet"/>
        <w:rPr>
          <w:rFonts w:asciiTheme="majorHAnsi" w:hAnsiTheme="majorHAnsi" w:cstheme="majorHAnsi"/>
          <w:lang w:val="ka-GE"/>
        </w:rPr>
      </w:pPr>
      <w:r w:rsidRPr="00D050AE">
        <w:rPr>
          <w:rFonts w:asciiTheme="majorHAnsi" w:hAnsiTheme="majorHAnsi" w:cstheme="majorHAnsi"/>
          <w:lang w:val="ka-GE"/>
        </w:rPr>
        <w:t xml:space="preserve">"იცოდე როგორ ხარ" არ ნიშნავს </w:t>
      </w:r>
      <w:r w:rsidR="00B73EC4">
        <w:rPr>
          <w:rFonts w:asciiTheme="majorHAnsi" w:hAnsiTheme="majorHAnsi" w:cstheme="majorHAnsi"/>
          <w:lang w:val="ka-GE"/>
        </w:rPr>
        <w:t>მხოლოდ უბრალოდ ყოფნას - ე</w:t>
      </w:r>
      <w:r w:rsidRPr="00D050AE">
        <w:rPr>
          <w:rFonts w:asciiTheme="majorHAnsi" w:hAnsiTheme="majorHAnsi" w:cstheme="majorHAnsi"/>
          <w:lang w:val="ka-GE"/>
        </w:rPr>
        <w:t>ს ნიშნავს ყველაფრის კონტროლში ყოფნას</w:t>
      </w:r>
      <w:r w:rsidR="00B73EC4">
        <w:rPr>
          <w:rFonts w:asciiTheme="majorHAnsi" w:hAnsiTheme="majorHAnsi" w:cstheme="majorHAnsi"/>
          <w:lang w:val="ka-GE"/>
        </w:rPr>
        <w:t>, სიმშვიდეს და ჯანმრთელობის საკითხებ</w:t>
      </w:r>
      <w:r w:rsidR="008C62CC">
        <w:rPr>
          <w:rFonts w:asciiTheme="majorHAnsi" w:hAnsiTheme="majorHAnsi" w:cstheme="majorHAnsi"/>
          <w:lang w:val="ka-GE"/>
        </w:rPr>
        <w:t>ს მხრივ სულიერ სიმშვიდეს.</w:t>
      </w:r>
    </w:p>
    <w:p w14:paraId="311B7E7F" w14:textId="062F313B" w:rsidR="008C62CC" w:rsidRDefault="008C62CC" w:rsidP="00D050AE">
      <w:pPr>
        <w:pStyle w:val="ListBullet"/>
        <w:rPr>
          <w:rFonts w:asciiTheme="majorHAnsi" w:hAnsiTheme="majorHAnsi" w:cstheme="majorHAnsi"/>
          <w:lang w:val="ka-GE"/>
        </w:rPr>
      </w:pPr>
      <w:r>
        <w:rPr>
          <w:rFonts w:asciiTheme="majorHAnsi" w:hAnsiTheme="majorHAnsi" w:cstheme="majorHAnsi"/>
          <w:lang w:val="ka-GE"/>
        </w:rPr>
        <w:t>ჯანმრთელობის ყველანაირი გამოწვევისთვის არსებობს თანამედროვე გადაწყვეტილებები, რომლებიც თავმოყრილია ერთ აპლიკაციაში.</w:t>
      </w:r>
    </w:p>
    <w:p w14:paraId="5BA2082D" w14:textId="4DB72D9D" w:rsidR="00523985" w:rsidRPr="00D050AE" w:rsidRDefault="00523985" w:rsidP="00D050AE">
      <w:pPr>
        <w:pStyle w:val="ListBullet"/>
        <w:rPr>
          <w:rFonts w:asciiTheme="majorHAnsi" w:hAnsiTheme="majorHAnsi" w:cstheme="majorHAnsi"/>
          <w:lang w:val="ka-GE"/>
        </w:rPr>
      </w:pPr>
      <w:r>
        <w:rPr>
          <w:rFonts w:asciiTheme="majorHAnsi" w:hAnsiTheme="majorHAnsi" w:cstheme="majorHAnsi"/>
          <w:lang w:val="ka-GE"/>
        </w:rPr>
        <w:t>ინსაითი: თუ ოდესმე რაიმეს გაჭიანურებაზე ფიქრობდი, ახლა ეგ მიზეზიც აღარ გაქვს, რადგან ყველაზე მარტივად შეგიძლია არსებული საკითხების მოგვარება.</w:t>
      </w:r>
    </w:p>
    <w:p w14:paraId="3BD356C7" w14:textId="77777777" w:rsidR="00C41E3E" w:rsidRPr="00D050AE" w:rsidRDefault="00000000" w:rsidP="00D050AE">
      <w:pPr>
        <w:rPr>
          <w:rFonts w:asciiTheme="majorHAnsi" w:hAnsiTheme="majorHAnsi" w:cstheme="majorHAnsi"/>
          <w:lang w:val="ka-GE"/>
        </w:rPr>
      </w:pPr>
      <w:r w:rsidRPr="00D050AE">
        <w:rPr>
          <w:rFonts w:asciiTheme="majorHAnsi" w:hAnsiTheme="majorHAnsi" w:cstheme="majorHAnsi"/>
          <w:b/>
          <w:lang w:val="ka-GE"/>
        </w:rPr>
        <w:t>ტონი:</w:t>
      </w:r>
    </w:p>
    <w:p w14:paraId="35B4EABB" w14:textId="167610C7" w:rsidR="00C41E3E" w:rsidRPr="00D050AE" w:rsidRDefault="00B73EC4" w:rsidP="00D050AE">
      <w:pPr>
        <w:pStyle w:val="ListBullet"/>
        <w:rPr>
          <w:rFonts w:asciiTheme="majorHAnsi" w:hAnsiTheme="majorHAnsi" w:cstheme="majorHAnsi"/>
          <w:lang w:val="ka-GE"/>
        </w:rPr>
      </w:pPr>
      <w:r>
        <w:rPr>
          <w:rFonts w:asciiTheme="majorHAnsi" w:hAnsiTheme="majorHAnsi" w:cstheme="majorHAnsi"/>
          <w:lang w:val="ka-GE"/>
        </w:rPr>
        <w:t xml:space="preserve">მარტივი, </w:t>
      </w:r>
      <w:r w:rsidRPr="00D050AE">
        <w:rPr>
          <w:rFonts w:asciiTheme="majorHAnsi" w:hAnsiTheme="majorHAnsi" w:cstheme="majorHAnsi"/>
          <w:lang w:val="ka-GE"/>
        </w:rPr>
        <w:t>ემპათიური, პრაქტიკული; არ დრამატული, არამედ ნამდვილი</w:t>
      </w:r>
    </w:p>
    <w:p w14:paraId="789DEAFC" w14:textId="64FF2F6F" w:rsidR="00C41E3E" w:rsidRPr="00D050AE" w:rsidRDefault="00000000" w:rsidP="00D050AE">
      <w:pPr>
        <w:pStyle w:val="ListBullet"/>
        <w:rPr>
          <w:rFonts w:asciiTheme="majorHAnsi" w:hAnsiTheme="majorHAnsi" w:cstheme="majorHAnsi"/>
          <w:lang w:val="ka-GE"/>
        </w:rPr>
      </w:pPr>
      <w:r w:rsidRPr="00D050AE">
        <w:rPr>
          <w:rFonts w:asciiTheme="majorHAnsi" w:hAnsiTheme="majorHAnsi" w:cstheme="majorHAnsi"/>
          <w:lang w:val="ka-GE"/>
        </w:rPr>
        <w:t>ფოკუსი:</w:t>
      </w:r>
      <w:r w:rsidR="00B73EC4">
        <w:rPr>
          <w:rFonts w:asciiTheme="majorHAnsi" w:hAnsiTheme="majorHAnsi" w:cstheme="majorHAnsi"/>
          <w:lang w:val="ka-GE"/>
        </w:rPr>
        <w:t xml:space="preserve"> </w:t>
      </w:r>
      <w:r w:rsidRPr="00D050AE">
        <w:rPr>
          <w:rFonts w:asciiTheme="majorHAnsi" w:hAnsiTheme="majorHAnsi" w:cstheme="majorHAnsi"/>
          <w:lang w:val="ka-GE"/>
        </w:rPr>
        <w:t xml:space="preserve">დროის დაზოგვა, კომფორტი, </w:t>
      </w:r>
      <w:r w:rsidR="00B73EC4">
        <w:rPr>
          <w:rFonts w:asciiTheme="majorHAnsi" w:hAnsiTheme="majorHAnsi" w:cstheme="majorHAnsi"/>
          <w:lang w:val="ka-GE"/>
        </w:rPr>
        <w:t xml:space="preserve">თანამედროვე </w:t>
      </w:r>
      <w:r w:rsidRPr="00D050AE">
        <w:rPr>
          <w:rFonts w:asciiTheme="majorHAnsi" w:hAnsiTheme="majorHAnsi" w:cstheme="majorHAnsi"/>
          <w:lang w:val="ka-GE"/>
        </w:rPr>
        <w:t>ტექნოლოგია</w:t>
      </w:r>
    </w:p>
    <w:p w14:paraId="7828FED1" w14:textId="4230BED0" w:rsidR="00C41E3E" w:rsidRPr="00494544" w:rsidRDefault="00000000" w:rsidP="00494544">
      <w:pPr>
        <w:pStyle w:val="Heading1"/>
        <w:ind w:left="480" w:hanging="432"/>
        <w:rPr>
          <w:rFonts w:ascii="Sylfaen" w:hAnsi="Sylfaen" w:cstheme="majorHAnsi"/>
          <w:color w:val="0C5551"/>
          <w:lang w:val="ka-GE"/>
        </w:rPr>
      </w:pPr>
      <w:r w:rsidRPr="00D050AE">
        <w:rPr>
          <w:rFonts w:cstheme="majorHAnsi"/>
          <w:color w:val="0C5551"/>
          <w:lang w:val="ka-GE"/>
        </w:rPr>
        <w:t xml:space="preserve">6. </w:t>
      </w:r>
      <w:r w:rsidR="00494544" w:rsidRPr="001138C4">
        <w:rPr>
          <w:rFonts w:ascii="Sylfaen" w:hAnsi="Sylfaen" w:cstheme="majorHAnsi"/>
          <w:color w:val="0C5551"/>
          <w:lang w:val="ka-GE"/>
        </w:rPr>
        <w:t xml:space="preserve">ვიდეო(ები)ს </w:t>
      </w:r>
      <w:r w:rsidR="00494544">
        <w:rPr>
          <w:rFonts w:ascii="Sylfaen" w:hAnsi="Sylfaen" w:cstheme="majorHAnsi"/>
          <w:color w:val="0C5551"/>
          <w:lang w:val="ka-GE"/>
        </w:rPr>
        <w:t xml:space="preserve">ზოგადი </w:t>
      </w:r>
      <w:r w:rsidR="00494544" w:rsidRPr="001138C4">
        <w:rPr>
          <w:rFonts w:ascii="Sylfaen" w:hAnsi="Sylfaen" w:cstheme="majorHAnsi"/>
          <w:color w:val="0C5551"/>
          <w:lang w:val="ka-GE"/>
        </w:rPr>
        <w:t>სტრუქტურა</w:t>
      </w:r>
    </w:p>
    <w:p w14:paraId="2AAE59E7" w14:textId="1E79C2B5" w:rsidR="00C41E3E" w:rsidRPr="00D050AE" w:rsidRDefault="00000000" w:rsidP="00D050AE">
      <w:pPr>
        <w:pStyle w:val="ListNumber"/>
        <w:rPr>
          <w:rFonts w:asciiTheme="majorHAnsi" w:hAnsiTheme="majorHAnsi" w:cstheme="majorHAnsi"/>
          <w:lang w:val="ka-GE"/>
        </w:rPr>
      </w:pPr>
      <w:r w:rsidRPr="00D050AE">
        <w:rPr>
          <w:rFonts w:asciiTheme="majorHAnsi" w:hAnsiTheme="majorHAnsi" w:cstheme="majorHAnsi"/>
          <w:lang w:val="ka-GE"/>
        </w:rPr>
        <w:t>Intro (1-2 წამი): პრობლემა</w:t>
      </w:r>
      <w:r w:rsidR="008F04F7">
        <w:rPr>
          <w:rFonts w:asciiTheme="majorHAnsi" w:hAnsiTheme="majorHAnsi" w:cstheme="majorHAnsi"/>
          <w:lang w:val="ka-GE"/>
        </w:rPr>
        <w:t>, მთავარი ჰუკი</w:t>
      </w:r>
    </w:p>
    <w:p w14:paraId="7DBBAC29" w14:textId="3E568380" w:rsidR="00C41E3E" w:rsidRPr="00D050AE" w:rsidRDefault="00000000" w:rsidP="00D050AE">
      <w:pPr>
        <w:pStyle w:val="ListNumber"/>
        <w:rPr>
          <w:rFonts w:asciiTheme="majorHAnsi" w:hAnsiTheme="majorHAnsi" w:cstheme="majorHAnsi"/>
          <w:lang w:val="ka-GE"/>
        </w:rPr>
      </w:pPr>
      <w:r w:rsidRPr="00D050AE">
        <w:rPr>
          <w:rFonts w:asciiTheme="majorHAnsi" w:hAnsiTheme="majorHAnsi" w:cstheme="majorHAnsi"/>
          <w:lang w:val="ka-GE"/>
        </w:rPr>
        <w:t xml:space="preserve">Showcase (8-15 წამი): </w:t>
      </w:r>
      <w:r w:rsidR="00626BC7">
        <w:rPr>
          <w:rFonts w:asciiTheme="majorHAnsi" w:hAnsiTheme="majorHAnsi" w:cstheme="majorHAnsi"/>
          <w:lang w:val="ka-GE"/>
        </w:rPr>
        <w:t xml:space="preserve">მთავარი ამბავი, სადაც უნდა ჩანდეს აპლიკაციის ბრმა ადამიანის ყოველდღიურ ცხოვრებისეულ სიტუაციებში. </w:t>
      </w:r>
    </w:p>
    <w:p w14:paraId="23C89868" w14:textId="024AFBB9" w:rsidR="00C41E3E" w:rsidRPr="00D050AE" w:rsidRDefault="00000000" w:rsidP="00D050AE">
      <w:pPr>
        <w:pStyle w:val="ListNumber"/>
        <w:rPr>
          <w:rFonts w:asciiTheme="majorHAnsi" w:hAnsiTheme="majorHAnsi" w:cstheme="majorHAnsi"/>
          <w:lang w:val="ka-GE"/>
        </w:rPr>
      </w:pPr>
      <w:r w:rsidRPr="00D050AE">
        <w:rPr>
          <w:rFonts w:asciiTheme="majorHAnsi" w:hAnsiTheme="majorHAnsi" w:cstheme="majorHAnsi"/>
          <w:lang w:val="ka-GE"/>
        </w:rPr>
        <w:t>CTA (2-3 წამი): Download + ბრენდი</w:t>
      </w:r>
      <w:r w:rsidR="00626BC7">
        <w:rPr>
          <w:rFonts w:asciiTheme="majorHAnsi" w:hAnsiTheme="majorHAnsi" w:cstheme="majorHAnsi"/>
          <w:lang w:val="ka-GE"/>
        </w:rPr>
        <w:t>ს ელემენტები</w:t>
      </w:r>
    </w:p>
    <w:p w14:paraId="6F531488" w14:textId="77777777" w:rsidR="00C41E3E" w:rsidRPr="00D050AE" w:rsidRDefault="00000000" w:rsidP="00D050AE">
      <w:pPr>
        <w:pStyle w:val="Heading1"/>
        <w:rPr>
          <w:rFonts w:cstheme="majorHAnsi"/>
          <w:lang w:val="ka-GE"/>
        </w:rPr>
      </w:pPr>
      <w:r w:rsidRPr="00D050AE">
        <w:rPr>
          <w:rFonts w:cstheme="majorHAnsi"/>
          <w:color w:val="0C5551"/>
          <w:lang w:val="ka-GE"/>
        </w:rPr>
        <w:t>7. პროდაქშენის მოთხოვნებები</w:t>
      </w:r>
    </w:p>
    <w:p w14:paraId="614790DA" w14:textId="75B0B5C9" w:rsidR="00C41E3E" w:rsidRPr="00D050AE" w:rsidRDefault="00000000" w:rsidP="00D050AE">
      <w:pPr>
        <w:pStyle w:val="ListBullet"/>
        <w:rPr>
          <w:rFonts w:asciiTheme="majorHAnsi" w:hAnsiTheme="majorHAnsi" w:cstheme="majorHAnsi"/>
          <w:lang w:val="ka-GE"/>
        </w:rPr>
      </w:pPr>
      <w:r w:rsidRPr="00D050AE">
        <w:rPr>
          <w:rFonts w:asciiTheme="majorHAnsi" w:hAnsiTheme="majorHAnsi" w:cstheme="majorHAnsi"/>
          <w:lang w:val="ka-GE"/>
        </w:rPr>
        <w:t>აპის ეკრანის ჩაწერი (4K ან 1080p</w:t>
      </w:r>
      <w:r w:rsidR="00EF3210">
        <w:rPr>
          <w:rFonts w:asciiTheme="majorHAnsi" w:hAnsiTheme="majorHAnsi" w:cstheme="majorHAnsi"/>
          <w:lang w:val="ka-GE"/>
        </w:rPr>
        <w:t xml:space="preserve"> გაფართოება</w:t>
      </w:r>
      <w:r w:rsidRPr="00D050AE">
        <w:rPr>
          <w:rFonts w:asciiTheme="majorHAnsi" w:hAnsiTheme="majorHAnsi" w:cstheme="majorHAnsi"/>
          <w:lang w:val="ka-GE"/>
        </w:rPr>
        <w:t>)</w:t>
      </w:r>
    </w:p>
    <w:p w14:paraId="118CF2B6" w14:textId="707D7794" w:rsidR="00C41E3E" w:rsidRPr="00D050AE" w:rsidRDefault="00000000" w:rsidP="00D050AE">
      <w:pPr>
        <w:pStyle w:val="ListBullet"/>
        <w:rPr>
          <w:rFonts w:asciiTheme="majorHAnsi" w:hAnsiTheme="majorHAnsi" w:cstheme="majorHAnsi"/>
          <w:lang w:val="ka-GE"/>
        </w:rPr>
      </w:pPr>
      <w:r w:rsidRPr="00D050AE">
        <w:rPr>
          <w:rFonts w:asciiTheme="majorHAnsi" w:hAnsiTheme="majorHAnsi" w:cstheme="majorHAnsi"/>
          <w:lang w:val="ka-GE"/>
        </w:rPr>
        <w:t>ტექსტ-ანიმაცია, აიკონი</w:t>
      </w:r>
      <w:r w:rsidR="009F4595">
        <w:rPr>
          <w:rFonts w:asciiTheme="majorHAnsi" w:hAnsiTheme="majorHAnsi" w:cstheme="majorHAnsi"/>
          <w:lang w:val="ka-GE"/>
        </w:rPr>
        <w:t xml:space="preserve"> (საჭიროებისამებრ)</w:t>
      </w:r>
    </w:p>
    <w:p w14:paraId="6AAEB327" w14:textId="77777777" w:rsidR="009F4595" w:rsidRDefault="00000000" w:rsidP="00D050AE">
      <w:pPr>
        <w:pStyle w:val="ListBullet"/>
        <w:rPr>
          <w:rFonts w:asciiTheme="majorHAnsi" w:hAnsiTheme="majorHAnsi" w:cstheme="majorHAnsi"/>
          <w:lang w:val="ka-GE"/>
        </w:rPr>
      </w:pPr>
      <w:r w:rsidRPr="00D050AE">
        <w:rPr>
          <w:rFonts w:asciiTheme="majorHAnsi" w:hAnsiTheme="majorHAnsi" w:cstheme="majorHAnsi"/>
          <w:lang w:val="ka-GE"/>
        </w:rPr>
        <w:t>Voice-Over: ქართული</w:t>
      </w:r>
    </w:p>
    <w:p w14:paraId="6747D8BA" w14:textId="56D169E0" w:rsidR="00C41E3E" w:rsidRPr="00D050AE" w:rsidRDefault="009F4595" w:rsidP="009F4595">
      <w:pPr>
        <w:pStyle w:val="ListBullet"/>
        <w:tabs>
          <w:tab w:val="clear" w:pos="360"/>
          <w:tab w:val="num" w:pos="720"/>
        </w:tabs>
        <w:ind w:left="720"/>
        <w:rPr>
          <w:rFonts w:asciiTheme="majorHAnsi" w:hAnsiTheme="majorHAnsi" w:cstheme="majorHAnsi"/>
          <w:lang w:val="ka-GE"/>
        </w:rPr>
      </w:pPr>
      <w:r>
        <w:rPr>
          <w:rFonts w:asciiTheme="majorHAnsi" w:hAnsiTheme="majorHAnsi" w:cstheme="majorHAnsi"/>
          <w:lang w:val="ka-GE"/>
        </w:rPr>
        <w:lastRenderedPageBreak/>
        <w:t>ტიტრები</w:t>
      </w:r>
    </w:p>
    <w:p w14:paraId="4A5242A4" w14:textId="05F5D3F7" w:rsidR="00C41E3E" w:rsidRPr="00D050AE" w:rsidRDefault="00000000" w:rsidP="00D050AE">
      <w:pPr>
        <w:pStyle w:val="ListBullet"/>
        <w:rPr>
          <w:rFonts w:asciiTheme="majorHAnsi" w:hAnsiTheme="majorHAnsi" w:cstheme="majorHAnsi"/>
          <w:lang w:val="ka-GE"/>
        </w:rPr>
      </w:pPr>
      <w:r w:rsidRPr="00D050AE">
        <w:rPr>
          <w:rFonts w:asciiTheme="majorHAnsi" w:hAnsiTheme="majorHAnsi" w:cstheme="majorHAnsi"/>
          <w:lang w:val="ka-GE"/>
        </w:rPr>
        <w:t xml:space="preserve">მუსიკა: </w:t>
      </w:r>
      <w:r w:rsidR="009F4595">
        <w:rPr>
          <w:rFonts w:asciiTheme="majorHAnsi" w:hAnsiTheme="majorHAnsi" w:cstheme="majorHAnsi"/>
          <w:lang w:val="ka-GE"/>
        </w:rPr>
        <w:t>ლიცენზირებული (არა ხელოვნური ინტელექტის მიერ დაგენერირებული)</w:t>
      </w:r>
    </w:p>
    <w:p w14:paraId="5C72002B" w14:textId="41EBDE2A" w:rsidR="00C41E3E" w:rsidRPr="00D050AE" w:rsidRDefault="009F4595" w:rsidP="00D050AE">
      <w:pPr>
        <w:pStyle w:val="ListBullet"/>
        <w:rPr>
          <w:rFonts w:asciiTheme="majorHAnsi" w:hAnsiTheme="majorHAnsi" w:cstheme="majorHAnsi"/>
          <w:lang w:val="ka-GE"/>
        </w:rPr>
      </w:pPr>
      <w:r>
        <w:rPr>
          <w:rFonts w:asciiTheme="majorHAnsi" w:hAnsiTheme="majorHAnsi" w:cstheme="majorHAnsi"/>
        </w:rPr>
        <w:t>Co</w:t>
      </w:r>
      <w:r w:rsidRPr="00D050AE">
        <w:rPr>
          <w:rFonts w:asciiTheme="majorHAnsi" w:hAnsiTheme="majorHAnsi" w:cstheme="majorHAnsi"/>
          <w:lang w:val="ka-GE"/>
        </w:rPr>
        <w:t xml:space="preserve">lor Grading: მსუბუქი, ნათელი, </w:t>
      </w:r>
      <w:r>
        <w:rPr>
          <w:rFonts w:asciiTheme="majorHAnsi" w:hAnsiTheme="majorHAnsi" w:cstheme="majorHAnsi"/>
          <w:lang w:val="ka-GE"/>
        </w:rPr>
        <w:t>ბრენდის ფერებთან შესაბამისობაში</w:t>
      </w:r>
    </w:p>
    <w:p w14:paraId="1C7D494A" w14:textId="69FE3018" w:rsidR="00C41E3E" w:rsidRPr="00D050AE" w:rsidRDefault="00000000" w:rsidP="00D050AE">
      <w:pPr>
        <w:pStyle w:val="ListBullet"/>
        <w:rPr>
          <w:rFonts w:asciiTheme="majorHAnsi" w:hAnsiTheme="majorHAnsi" w:cstheme="majorHAnsi"/>
          <w:lang w:val="ka-GE"/>
        </w:rPr>
      </w:pPr>
      <w:r w:rsidRPr="00D050AE">
        <w:rPr>
          <w:rFonts w:asciiTheme="majorHAnsi" w:hAnsiTheme="majorHAnsi" w:cstheme="majorHAnsi"/>
          <w:lang w:val="ka-GE"/>
        </w:rPr>
        <w:t xml:space="preserve">მიწოდება: </w:t>
      </w:r>
      <w:r w:rsidR="009F4595">
        <w:rPr>
          <w:rFonts w:asciiTheme="majorHAnsi" w:hAnsiTheme="majorHAnsi" w:cstheme="majorHAnsi"/>
          <w:lang w:val="ka-GE"/>
        </w:rPr>
        <w:t>შესაბამისი ფორმატებით.</w:t>
      </w:r>
    </w:p>
    <w:p w14:paraId="68F87AFC" w14:textId="77777777" w:rsidR="00C41E3E" w:rsidRPr="00D050AE" w:rsidRDefault="00000000" w:rsidP="00D050AE">
      <w:pPr>
        <w:pStyle w:val="Heading1"/>
        <w:rPr>
          <w:rFonts w:cstheme="majorHAnsi"/>
          <w:lang w:val="ka-GE"/>
        </w:rPr>
      </w:pPr>
      <w:r w:rsidRPr="00D050AE">
        <w:rPr>
          <w:rFonts w:cstheme="majorHAnsi"/>
          <w:color w:val="0C5551"/>
          <w:lang w:val="ka-GE"/>
        </w:rPr>
        <w:t>9. პროდაქშენის გუნდი და გამოცდილება</w:t>
      </w:r>
    </w:p>
    <w:p w14:paraId="1F92FE73" w14:textId="77777777" w:rsidR="00C41E3E" w:rsidRPr="00D050AE" w:rsidRDefault="00000000" w:rsidP="00D050AE">
      <w:pPr>
        <w:rPr>
          <w:rFonts w:asciiTheme="majorHAnsi" w:hAnsiTheme="majorHAnsi" w:cstheme="majorHAnsi"/>
          <w:lang w:val="ka-GE"/>
        </w:rPr>
      </w:pPr>
      <w:r w:rsidRPr="00D050AE">
        <w:rPr>
          <w:rFonts w:asciiTheme="majorHAnsi" w:hAnsiTheme="majorHAnsi" w:cstheme="majorHAnsi"/>
          <w:lang w:val="ka-GE"/>
        </w:rPr>
        <w:t>აუცილებელია:</w:t>
      </w:r>
    </w:p>
    <w:p w14:paraId="653840A4" w14:textId="77777777" w:rsidR="00C41E3E" w:rsidRPr="00D050AE" w:rsidRDefault="00000000" w:rsidP="00D050AE">
      <w:pPr>
        <w:pStyle w:val="ListNumber"/>
        <w:rPr>
          <w:rFonts w:asciiTheme="majorHAnsi" w:hAnsiTheme="majorHAnsi" w:cstheme="majorHAnsi"/>
          <w:lang w:val="ka-GE"/>
        </w:rPr>
      </w:pPr>
      <w:r w:rsidRPr="00D050AE">
        <w:rPr>
          <w:rFonts w:asciiTheme="majorHAnsi" w:hAnsiTheme="majorHAnsi" w:cstheme="majorHAnsi"/>
          <w:lang w:val="ka-GE"/>
        </w:rPr>
        <w:t>ციფრული პროდუქტების (აპლიკაცია, SaaS) Visual Storytelling გამოცდილება</w:t>
      </w:r>
    </w:p>
    <w:p w14:paraId="00663DE7" w14:textId="26D26258" w:rsidR="009F4595" w:rsidRDefault="009F4595" w:rsidP="00D050AE">
      <w:pPr>
        <w:pStyle w:val="ListNumber"/>
        <w:rPr>
          <w:rFonts w:asciiTheme="majorHAnsi" w:hAnsiTheme="majorHAnsi" w:cstheme="majorHAnsi"/>
          <w:lang w:val="ka-GE"/>
        </w:rPr>
      </w:pPr>
      <w:r>
        <w:rPr>
          <w:rFonts w:asciiTheme="majorHAnsi" w:hAnsiTheme="majorHAnsi" w:cstheme="majorHAnsi"/>
          <w:lang w:val="ka-GE"/>
        </w:rPr>
        <w:t>კონცეფციის შექმნა აპლიკაციის შესაძლებლობების მიხედვით</w:t>
      </w:r>
    </w:p>
    <w:p w14:paraId="4895394A" w14:textId="1CB900F3" w:rsidR="00C41E3E" w:rsidRPr="00D050AE" w:rsidRDefault="00000000" w:rsidP="00D050AE">
      <w:pPr>
        <w:pStyle w:val="ListNumber"/>
        <w:rPr>
          <w:rFonts w:asciiTheme="majorHAnsi" w:hAnsiTheme="majorHAnsi" w:cstheme="majorHAnsi"/>
          <w:lang w:val="ka-GE"/>
        </w:rPr>
      </w:pPr>
      <w:r w:rsidRPr="00D050AE">
        <w:rPr>
          <w:rFonts w:asciiTheme="majorHAnsi" w:hAnsiTheme="majorHAnsi" w:cstheme="majorHAnsi"/>
          <w:lang w:val="ka-GE"/>
        </w:rPr>
        <w:t>ქართული Voice-Over, ტექსტი, Captions</w:t>
      </w:r>
    </w:p>
    <w:p w14:paraId="30C4CFDA" w14:textId="77777777" w:rsidR="00C41E3E" w:rsidRPr="00D050AE" w:rsidRDefault="00000000" w:rsidP="00D050AE">
      <w:pPr>
        <w:pStyle w:val="ListNumber"/>
        <w:rPr>
          <w:rFonts w:asciiTheme="majorHAnsi" w:hAnsiTheme="majorHAnsi" w:cstheme="majorHAnsi"/>
          <w:lang w:val="ka-GE"/>
        </w:rPr>
      </w:pPr>
      <w:r w:rsidRPr="00D050AE">
        <w:rPr>
          <w:rFonts w:asciiTheme="majorHAnsi" w:hAnsiTheme="majorHAnsi" w:cstheme="majorHAnsi"/>
          <w:lang w:val="ka-GE"/>
        </w:rPr>
        <w:t>სოციალური მედიის ოპტიმიზაცია (Reels, TikTok)</w:t>
      </w:r>
    </w:p>
    <w:p w14:paraId="0966B7F7" w14:textId="70138815" w:rsidR="00C41E3E" w:rsidRPr="00D050AE" w:rsidRDefault="00000000" w:rsidP="00D050AE">
      <w:pPr>
        <w:pStyle w:val="ListNumber"/>
        <w:rPr>
          <w:rFonts w:asciiTheme="majorHAnsi" w:hAnsiTheme="majorHAnsi" w:cstheme="majorHAnsi"/>
          <w:lang w:val="ka-GE"/>
        </w:rPr>
      </w:pPr>
      <w:r w:rsidRPr="00D050AE">
        <w:rPr>
          <w:rFonts w:asciiTheme="majorHAnsi" w:hAnsiTheme="majorHAnsi" w:cstheme="majorHAnsi"/>
          <w:lang w:val="ka-GE"/>
        </w:rPr>
        <w:t>დროის მენეჯმენტი</w:t>
      </w:r>
    </w:p>
    <w:p w14:paraId="1ACA470D" w14:textId="77777777" w:rsidR="00C41E3E" w:rsidRPr="00D050AE" w:rsidRDefault="00000000" w:rsidP="00D050AE">
      <w:pPr>
        <w:pStyle w:val="Heading1"/>
        <w:rPr>
          <w:rFonts w:cstheme="majorHAnsi"/>
          <w:lang w:val="ka-GE"/>
        </w:rPr>
      </w:pPr>
      <w:r w:rsidRPr="00D050AE">
        <w:rPr>
          <w:rFonts w:cstheme="majorHAnsi"/>
          <w:color w:val="0C5551"/>
          <w:lang w:val="ka-GE"/>
        </w:rPr>
        <w:t>10. კლიენტის კომუნიკაცია</w:t>
      </w:r>
    </w:p>
    <w:p w14:paraId="5D148B92" w14:textId="77777777" w:rsidR="00C41E3E" w:rsidRPr="00D050AE" w:rsidRDefault="00000000" w:rsidP="00D050AE">
      <w:pPr>
        <w:pStyle w:val="ListBullet"/>
        <w:rPr>
          <w:rFonts w:asciiTheme="majorHAnsi" w:hAnsiTheme="majorHAnsi" w:cstheme="majorHAnsi"/>
          <w:lang w:val="ka-GE"/>
        </w:rPr>
      </w:pPr>
      <w:r w:rsidRPr="00D050AE">
        <w:rPr>
          <w:rFonts w:asciiTheme="majorHAnsi" w:hAnsiTheme="majorHAnsi" w:cstheme="majorHAnsi"/>
          <w:lang w:val="ka-GE"/>
        </w:rPr>
        <w:t>ბრიფის დამტკიცება კლიენტთან</w:t>
      </w:r>
    </w:p>
    <w:p w14:paraId="783B55AC" w14:textId="33838C2C" w:rsidR="00C41E3E" w:rsidRPr="00D050AE" w:rsidRDefault="009F4595" w:rsidP="00D050AE">
      <w:pPr>
        <w:pStyle w:val="ListBullet"/>
        <w:rPr>
          <w:rFonts w:asciiTheme="majorHAnsi" w:hAnsiTheme="majorHAnsi" w:cstheme="majorHAnsi"/>
          <w:lang w:val="ka-GE"/>
        </w:rPr>
      </w:pPr>
      <w:r>
        <w:rPr>
          <w:rFonts w:asciiTheme="majorHAnsi" w:hAnsiTheme="majorHAnsi" w:cstheme="majorHAnsi"/>
          <w:lang w:val="ka-GE"/>
        </w:rPr>
        <w:t>ფუნქციონალის დემონსტრირება</w:t>
      </w:r>
    </w:p>
    <w:p w14:paraId="1752AE6F" w14:textId="77777777" w:rsidR="00C41E3E" w:rsidRPr="00D050AE" w:rsidRDefault="00000000" w:rsidP="00D050AE">
      <w:pPr>
        <w:pStyle w:val="ListBullet"/>
        <w:rPr>
          <w:rFonts w:asciiTheme="majorHAnsi" w:hAnsiTheme="majorHAnsi" w:cstheme="majorHAnsi"/>
          <w:lang w:val="ka-GE"/>
        </w:rPr>
      </w:pPr>
      <w:r w:rsidRPr="00D050AE">
        <w:rPr>
          <w:rFonts w:asciiTheme="majorHAnsi" w:hAnsiTheme="majorHAnsi" w:cstheme="majorHAnsi"/>
          <w:lang w:val="ka-GE"/>
        </w:rPr>
        <w:t>QA: კლიენტის მიერ რედაქტირება, დამტკიცება</w:t>
      </w:r>
    </w:p>
    <w:p w14:paraId="7C9B4017" w14:textId="784D0023" w:rsidR="00C41E3E" w:rsidRPr="009F4595" w:rsidRDefault="00000000" w:rsidP="00D050AE">
      <w:pPr>
        <w:pStyle w:val="ListBullet"/>
        <w:rPr>
          <w:rFonts w:asciiTheme="majorHAnsi" w:hAnsiTheme="majorHAnsi" w:cstheme="majorHAnsi"/>
          <w:lang w:val="ka-GE"/>
        </w:rPr>
      </w:pPr>
      <w:r w:rsidRPr="009F4595">
        <w:rPr>
          <w:rFonts w:asciiTheme="majorHAnsi" w:hAnsiTheme="majorHAnsi" w:cstheme="majorHAnsi"/>
          <w:lang w:val="ka-GE"/>
        </w:rPr>
        <w:t>ფაილების მიწოდება:</w:t>
      </w:r>
      <w:r w:rsidR="009F4595" w:rsidRPr="009F4595">
        <w:rPr>
          <w:rFonts w:asciiTheme="majorHAnsi" w:hAnsiTheme="majorHAnsi" w:cstheme="majorHAnsi"/>
          <w:lang w:val="ka-GE"/>
        </w:rPr>
        <w:t xml:space="preserve"> ბრენდბუქი, ფერების პალიტრა, </w:t>
      </w:r>
      <w:r w:rsidR="009F4595" w:rsidRPr="009F4595">
        <w:rPr>
          <w:rFonts w:asciiTheme="majorHAnsi" w:hAnsiTheme="majorHAnsi" w:cstheme="majorHAnsi"/>
        </w:rPr>
        <w:t xml:space="preserve">Key </w:t>
      </w:r>
      <w:r w:rsidR="009F4595" w:rsidRPr="009F4595">
        <w:rPr>
          <w:rFonts w:asciiTheme="majorHAnsi" w:hAnsiTheme="majorHAnsi" w:cstheme="majorHAnsi"/>
          <w:lang w:val="ka-GE"/>
        </w:rPr>
        <w:t>ვიზუალი</w:t>
      </w:r>
    </w:p>
    <w:p w14:paraId="6AF69E2D" w14:textId="77777777" w:rsidR="00C41E3E" w:rsidRPr="00D050AE" w:rsidRDefault="00000000" w:rsidP="00D050AE">
      <w:pPr>
        <w:pStyle w:val="Heading1"/>
        <w:rPr>
          <w:rFonts w:cstheme="majorHAnsi"/>
          <w:lang w:val="ka-GE"/>
        </w:rPr>
      </w:pPr>
      <w:r w:rsidRPr="00D050AE">
        <w:rPr>
          <w:rFonts w:cstheme="majorHAnsi"/>
          <w:color w:val="0C5551"/>
          <w:lang w:val="ka-GE"/>
        </w:rPr>
        <w:t>11. წარმატების მეტრიკა</w:t>
      </w:r>
    </w:p>
    <w:p w14:paraId="121F0CE0" w14:textId="64BBCC3F" w:rsidR="00C41E3E" w:rsidRPr="00D050AE" w:rsidRDefault="00000000" w:rsidP="00D050AE">
      <w:pPr>
        <w:pStyle w:val="ListBullet"/>
        <w:rPr>
          <w:rFonts w:asciiTheme="majorHAnsi" w:hAnsiTheme="majorHAnsi" w:cstheme="majorHAnsi"/>
          <w:lang w:val="ka-GE"/>
        </w:rPr>
      </w:pPr>
      <w:r w:rsidRPr="00D050AE">
        <w:rPr>
          <w:rFonts w:asciiTheme="majorHAnsi" w:hAnsiTheme="majorHAnsi" w:cstheme="majorHAnsi"/>
          <w:lang w:val="ka-GE"/>
        </w:rPr>
        <w:t>Awareness: ახალი ფუნქციის ცნობიერებ</w:t>
      </w:r>
      <w:r w:rsidR="008B33FC">
        <w:rPr>
          <w:rFonts w:asciiTheme="majorHAnsi" w:hAnsiTheme="majorHAnsi" w:cstheme="majorHAnsi"/>
          <w:lang w:val="ka-GE"/>
        </w:rPr>
        <w:t>ის ამაღლება</w:t>
      </w:r>
      <w:r w:rsidR="00446FDC">
        <w:rPr>
          <w:rFonts w:asciiTheme="majorHAnsi" w:hAnsiTheme="majorHAnsi" w:cstheme="majorHAnsi"/>
          <w:lang w:val="ka-GE"/>
        </w:rPr>
        <w:t>;</w:t>
      </w:r>
    </w:p>
    <w:p w14:paraId="4C3DAFD6" w14:textId="13978753" w:rsidR="00C41E3E" w:rsidRPr="00D050AE" w:rsidRDefault="00000000" w:rsidP="00D050AE">
      <w:pPr>
        <w:pStyle w:val="ListBullet"/>
        <w:rPr>
          <w:rFonts w:asciiTheme="majorHAnsi" w:hAnsiTheme="majorHAnsi" w:cstheme="majorHAnsi"/>
          <w:lang w:val="ka-GE"/>
        </w:rPr>
      </w:pPr>
      <w:r w:rsidRPr="00D050AE">
        <w:rPr>
          <w:rFonts w:asciiTheme="majorHAnsi" w:hAnsiTheme="majorHAnsi" w:cstheme="majorHAnsi"/>
          <w:lang w:val="ka-GE"/>
        </w:rPr>
        <w:t xml:space="preserve">Engagement: 20%+ </w:t>
      </w:r>
      <w:r w:rsidR="00D74CBB">
        <w:rPr>
          <w:rFonts w:asciiTheme="majorHAnsi" w:hAnsiTheme="majorHAnsi" w:cstheme="majorHAnsi"/>
          <w:lang w:val="ka-GE"/>
        </w:rPr>
        <w:t xml:space="preserve">Meta-ს შერჩეულ პლატფორმებსა და </w:t>
      </w:r>
      <w:r w:rsidR="00D74CBB">
        <w:rPr>
          <w:rFonts w:asciiTheme="majorHAnsi" w:hAnsiTheme="majorHAnsi" w:cstheme="majorHAnsi"/>
        </w:rPr>
        <w:t>YouTube</w:t>
      </w:r>
      <w:r w:rsidR="00D74CBB">
        <w:rPr>
          <w:rFonts w:asciiTheme="majorHAnsi" w:hAnsiTheme="majorHAnsi" w:cstheme="majorHAnsi"/>
          <w:lang w:val="ka-GE"/>
        </w:rPr>
        <w:t>-ის პრე-როლებში</w:t>
      </w:r>
      <w:r w:rsidR="00446FDC">
        <w:rPr>
          <w:rFonts w:asciiTheme="majorHAnsi" w:hAnsiTheme="majorHAnsi" w:cstheme="majorHAnsi"/>
          <w:lang w:val="ka-GE"/>
        </w:rPr>
        <w:t>;</w:t>
      </w:r>
    </w:p>
    <w:p w14:paraId="758F8300" w14:textId="372F26FC" w:rsidR="00C41E3E" w:rsidRPr="00D050AE" w:rsidRDefault="00000000" w:rsidP="00D050AE">
      <w:pPr>
        <w:pStyle w:val="ListBullet"/>
        <w:rPr>
          <w:rFonts w:asciiTheme="majorHAnsi" w:hAnsiTheme="majorHAnsi" w:cstheme="majorHAnsi"/>
          <w:lang w:val="ka-GE"/>
        </w:rPr>
      </w:pPr>
      <w:r w:rsidRPr="00D050AE">
        <w:rPr>
          <w:rFonts w:asciiTheme="majorHAnsi" w:hAnsiTheme="majorHAnsi" w:cstheme="majorHAnsi"/>
          <w:lang w:val="ka-GE"/>
        </w:rPr>
        <w:t xml:space="preserve">Installation: </w:t>
      </w:r>
      <w:r w:rsidR="009E2B60">
        <w:rPr>
          <w:rFonts w:asciiTheme="majorHAnsi" w:hAnsiTheme="majorHAnsi" w:cstheme="majorHAnsi"/>
          <w:lang w:val="ka-GE"/>
        </w:rPr>
        <w:t xml:space="preserve">აპლიკაციის </w:t>
      </w:r>
      <w:r w:rsidRPr="00D050AE">
        <w:rPr>
          <w:rFonts w:asciiTheme="majorHAnsi" w:hAnsiTheme="majorHAnsi" w:cstheme="majorHAnsi"/>
          <w:lang w:val="ka-GE"/>
        </w:rPr>
        <w:t>ჩამოწერა, რეგისტრაცია</w:t>
      </w:r>
      <w:r w:rsidR="00446FDC">
        <w:rPr>
          <w:rFonts w:asciiTheme="majorHAnsi" w:hAnsiTheme="majorHAnsi" w:cstheme="majorHAnsi"/>
          <w:lang w:val="ka-GE"/>
        </w:rPr>
        <w:t>;</w:t>
      </w:r>
    </w:p>
    <w:p w14:paraId="64366867" w14:textId="26F7755A" w:rsidR="00C41E3E" w:rsidRDefault="00000000" w:rsidP="00D050AE">
      <w:pPr>
        <w:pStyle w:val="ListBullet"/>
        <w:rPr>
          <w:rFonts w:asciiTheme="majorHAnsi" w:hAnsiTheme="majorHAnsi" w:cstheme="majorHAnsi"/>
          <w:lang w:val="ka-GE"/>
        </w:rPr>
      </w:pPr>
      <w:r w:rsidRPr="00D050AE">
        <w:rPr>
          <w:rFonts w:asciiTheme="majorHAnsi" w:hAnsiTheme="majorHAnsi" w:cstheme="majorHAnsi"/>
          <w:lang w:val="ka-GE"/>
        </w:rPr>
        <w:t>Activation: პირველი მოქმედება (დაჯავშნა, ისტორია)</w:t>
      </w:r>
      <w:r w:rsidR="00446FDC">
        <w:rPr>
          <w:rFonts w:asciiTheme="majorHAnsi" w:hAnsiTheme="majorHAnsi" w:cstheme="majorHAnsi"/>
          <w:lang w:val="ka-GE"/>
        </w:rPr>
        <w:t>.</w:t>
      </w:r>
    </w:p>
    <w:p w14:paraId="4FB32F31" w14:textId="77777777" w:rsidR="00494544" w:rsidRDefault="00494544" w:rsidP="00494544">
      <w:pPr>
        <w:pStyle w:val="ListBullet"/>
        <w:numPr>
          <w:ilvl w:val="0"/>
          <w:numId w:val="0"/>
        </w:numPr>
        <w:ind w:left="360" w:hanging="360"/>
        <w:rPr>
          <w:rFonts w:asciiTheme="majorHAnsi" w:hAnsiTheme="majorHAnsi" w:cstheme="majorHAnsi"/>
          <w:lang w:val="ka-GE"/>
        </w:rPr>
      </w:pPr>
    </w:p>
    <w:p w14:paraId="05A4E867" w14:textId="77777777" w:rsidR="00494544" w:rsidRDefault="00494544" w:rsidP="00494544">
      <w:pPr>
        <w:pStyle w:val="Heading1"/>
        <w:ind w:left="480" w:hanging="432"/>
        <w:rPr>
          <w:rFonts w:ascii="Sylfaen" w:hAnsi="Sylfaen" w:cstheme="majorHAnsi"/>
          <w:color w:val="0C5551"/>
          <w:lang w:val="ka-GE"/>
        </w:rPr>
      </w:pPr>
      <w:r>
        <w:rPr>
          <w:rFonts w:cstheme="majorHAnsi"/>
          <w:lang w:val="ka-GE"/>
        </w:rPr>
        <w:t xml:space="preserve">12. </w:t>
      </w:r>
      <w:r w:rsidRPr="001138C4">
        <w:rPr>
          <w:rFonts w:ascii="Sylfaen" w:hAnsi="Sylfaen" w:cstheme="majorHAnsi"/>
          <w:color w:val="0C5551"/>
          <w:lang w:val="ka-GE"/>
        </w:rPr>
        <w:t>Campaign Content</w:t>
      </w:r>
    </w:p>
    <w:p w14:paraId="6BCCD39D" w14:textId="77777777" w:rsidR="00494544" w:rsidRPr="001138C4" w:rsidRDefault="00494544" w:rsidP="00494544">
      <w:pPr>
        <w:pStyle w:val="ListParagraph"/>
        <w:numPr>
          <w:ilvl w:val="0"/>
          <w:numId w:val="10"/>
        </w:numPr>
        <w:tabs>
          <w:tab w:val="left" w:pos="720"/>
        </w:tabs>
        <w:spacing w:after="0" w:line="240" w:lineRule="auto"/>
        <w:rPr>
          <w:rFonts w:ascii="Sylfaen" w:hAnsi="Sylfaen"/>
          <w:iCs/>
        </w:rPr>
      </w:pPr>
      <w:r w:rsidRPr="001138C4">
        <w:rPr>
          <w:rFonts w:ascii="Sylfaen" w:hAnsi="Sylfaen"/>
          <w:iCs/>
        </w:rPr>
        <w:t xml:space="preserve">Master Video – 40-45 </w:t>
      </w:r>
      <w:proofErr w:type="spellStart"/>
      <w:r w:rsidRPr="001138C4">
        <w:rPr>
          <w:rFonts w:ascii="Sylfaen" w:hAnsi="Sylfaen"/>
          <w:iCs/>
        </w:rPr>
        <w:t>წამი</w:t>
      </w:r>
      <w:proofErr w:type="spellEnd"/>
      <w:r w:rsidRPr="001138C4">
        <w:rPr>
          <w:rFonts w:ascii="Sylfaen" w:hAnsi="Sylfaen"/>
          <w:iCs/>
        </w:rPr>
        <w:t xml:space="preserve"> (</w:t>
      </w:r>
      <w:proofErr w:type="spellStart"/>
      <w:r w:rsidRPr="001138C4">
        <w:rPr>
          <w:rFonts w:ascii="Sylfaen" w:hAnsi="Sylfaen"/>
          <w:iCs/>
        </w:rPr>
        <w:t>რილსის</w:t>
      </w:r>
      <w:proofErr w:type="spellEnd"/>
      <w:r w:rsidRPr="001138C4">
        <w:rPr>
          <w:rFonts w:ascii="Sylfaen" w:hAnsi="Sylfaen"/>
          <w:iCs/>
        </w:rPr>
        <w:t xml:space="preserve"> </w:t>
      </w:r>
      <w:proofErr w:type="spellStart"/>
      <w:r w:rsidRPr="001138C4">
        <w:rPr>
          <w:rFonts w:ascii="Sylfaen" w:hAnsi="Sylfaen"/>
          <w:iCs/>
        </w:rPr>
        <w:t>ფორმატი</w:t>
      </w:r>
      <w:proofErr w:type="spellEnd"/>
      <w:r w:rsidRPr="001138C4">
        <w:rPr>
          <w:rFonts w:ascii="Sylfaen" w:hAnsi="Sylfaen"/>
          <w:iCs/>
        </w:rPr>
        <w:t>)</w:t>
      </w:r>
    </w:p>
    <w:p w14:paraId="2BDF2193" w14:textId="77777777" w:rsidR="00494544" w:rsidRPr="001138C4" w:rsidRDefault="00494544" w:rsidP="00494544">
      <w:pPr>
        <w:pStyle w:val="ListParagraph"/>
        <w:numPr>
          <w:ilvl w:val="0"/>
          <w:numId w:val="10"/>
        </w:numPr>
        <w:tabs>
          <w:tab w:val="left" w:pos="720"/>
        </w:tabs>
        <w:spacing w:after="0" w:line="240" w:lineRule="auto"/>
        <w:rPr>
          <w:rFonts w:ascii="Sylfaen" w:hAnsi="Sylfaen"/>
          <w:iCs/>
        </w:rPr>
      </w:pPr>
      <w:r w:rsidRPr="001138C4">
        <w:rPr>
          <w:rFonts w:ascii="Sylfaen" w:hAnsi="Sylfaen"/>
          <w:iCs/>
        </w:rPr>
        <w:t xml:space="preserve">Short Videos (3-4)  - 6-8 </w:t>
      </w:r>
      <w:proofErr w:type="spellStart"/>
      <w:r w:rsidRPr="001138C4">
        <w:rPr>
          <w:rFonts w:ascii="Sylfaen" w:hAnsi="Sylfaen"/>
          <w:iCs/>
        </w:rPr>
        <w:t>წამი</w:t>
      </w:r>
      <w:proofErr w:type="spellEnd"/>
      <w:r w:rsidRPr="001138C4">
        <w:rPr>
          <w:rFonts w:ascii="Sylfaen" w:hAnsi="Sylfaen"/>
          <w:iCs/>
        </w:rPr>
        <w:t xml:space="preserve">, </w:t>
      </w:r>
      <w:proofErr w:type="spellStart"/>
      <w:r w:rsidRPr="001138C4">
        <w:rPr>
          <w:rFonts w:ascii="Sylfaen" w:hAnsi="Sylfaen"/>
          <w:iCs/>
        </w:rPr>
        <w:t>რილსის</w:t>
      </w:r>
      <w:proofErr w:type="spellEnd"/>
      <w:r w:rsidRPr="001138C4">
        <w:rPr>
          <w:rFonts w:ascii="Sylfaen" w:hAnsi="Sylfaen"/>
          <w:iCs/>
        </w:rPr>
        <w:t xml:space="preserve"> </w:t>
      </w:r>
      <w:proofErr w:type="spellStart"/>
      <w:r w:rsidRPr="001138C4">
        <w:rPr>
          <w:rFonts w:ascii="Sylfaen" w:hAnsi="Sylfaen"/>
          <w:iCs/>
        </w:rPr>
        <w:t>ფორმატი</w:t>
      </w:r>
      <w:proofErr w:type="spellEnd"/>
      <w:r w:rsidRPr="001138C4">
        <w:rPr>
          <w:rFonts w:ascii="Sylfaen" w:hAnsi="Sylfaen"/>
          <w:iCs/>
        </w:rPr>
        <w:t xml:space="preserve"> </w:t>
      </w:r>
      <w:proofErr w:type="spellStart"/>
      <w:r w:rsidRPr="001138C4">
        <w:rPr>
          <w:rFonts w:ascii="Sylfaen" w:hAnsi="Sylfaen"/>
          <w:iCs/>
        </w:rPr>
        <w:t>მოკლე</w:t>
      </w:r>
      <w:proofErr w:type="spellEnd"/>
      <w:r w:rsidRPr="001138C4">
        <w:rPr>
          <w:rFonts w:ascii="Sylfaen" w:hAnsi="Sylfaen"/>
          <w:iCs/>
        </w:rPr>
        <w:t xml:space="preserve"> </w:t>
      </w:r>
      <w:proofErr w:type="spellStart"/>
      <w:r w:rsidRPr="001138C4">
        <w:rPr>
          <w:rFonts w:ascii="Sylfaen" w:hAnsi="Sylfaen"/>
          <w:iCs/>
        </w:rPr>
        <w:t>ვიდეოები</w:t>
      </w:r>
      <w:proofErr w:type="spellEnd"/>
    </w:p>
    <w:p w14:paraId="2A17E1D7" w14:textId="77777777" w:rsidR="00494544" w:rsidRPr="001138C4" w:rsidRDefault="00494544" w:rsidP="00494544">
      <w:pPr>
        <w:pStyle w:val="ListParagraph"/>
        <w:numPr>
          <w:ilvl w:val="0"/>
          <w:numId w:val="10"/>
        </w:numPr>
        <w:tabs>
          <w:tab w:val="left" w:pos="720"/>
        </w:tabs>
        <w:spacing w:after="0" w:line="240" w:lineRule="auto"/>
        <w:rPr>
          <w:rFonts w:ascii="Sylfaen" w:hAnsi="Sylfaen"/>
          <w:iCs/>
        </w:rPr>
      </w:pPr>
      <w:r w:rsidRPr="001138C4">
        <w:rPr>
          <w:rFonts w:ascii="Sylfaen" w:hAnsi="Sylfaen"/>
          <w:iCs/>
        </w:rPr>
        <w:t xml:space="preserve">PRINTS (5-6) - </w:t>
      </w:r>
      <w:proofErr w:type="spellStart"/>
      <w:r w:rsidRPr="001138C4">
        <w:rPr>
          <w:rFonts w:ascii="Sylfaen" w:hAnsi="Sylfaen"/>
          <w:iCs/>
        </w:rPr>
        <w:t>ვიდეოსთან</w:t>
      </w:r>
      <w:proofErr w:type="spellEnd"/>
      <w:r w:rsidRPr="001138C4">
        <w:rPr>
          <w:rFonts w:ascii="Sylfaen" w:hAnsi="Sylfaen"/>
          <w:iCs/>
        </w:rPr>
        <w:t xml:space="preserve"> </w:t>
      </w:r>
      <w:proofErr w:type="spellStart"/>
      <w:r w:rsidRPr="001138C4">
        <w:rPr>
          <w:rFonts w:ascii="Sylfaen" w:hAnsi="Sylfaen"/>
          <w:iCs/>
        </w:rPr>
        <w:t>ერთად</w:t>
      </w:r>
      <w:proofErr w:type="spellEnd"/>
      <w:r w:rsidRPr="001138C4">
        <w:rPr>
          <w:rFonts w:ascii="Sylfaen" w:hAnsi="Sylfaen"/>
          <w:iCs/>
        </w:rPr>
        <w:t xml:space="preserve">  </w:t>
      </w:r>
      <w:proofErr w:type="spellStart"/>
      <w:r w:rsidRPr="001138C4">
        <w:rPr>
          <w:rFonts w:ascii="Sylfaen" w:hAnsi="Sylfaen"/>
          <w:iCs/>
        </w:rPr>
        <w:t>ფოტოშუთინგი</w:t>
      </w:r>
      <w:proofErr w:type="spellEnd"/>
      <w:r w:rsidRPr="001138C4">
        <w:rPr>
          <w:rFonts w:ascii="Sylfaen" w:hAnsi="Sylfaen"/>
          <w:iCs/>
        </w:rPr>
        <w:t xml:space="preserve"> </w:t>
      </w:r>
      <w:proofErr w:type="spellStart"/>
      <w:r w:rsidRPr="001138C4">
        <w:rPr>
          <w:rFonts w:ascii="Sylfaen" w:hAnsi="Sylfaen"/>
          <w:iCs/>
        </w:rPr>
        <w:t>პრინტებისთვის</w:t>
      </w:r>
      <w:proofErr w:type="spellEnd"/>
    </w:p>
    <w:p w14:paraId="713FBBFC" w14:textId="77777777" w:rsidR="00494544" w:rsidRPr="001138C4" w:rsidRDefault="00494544" w:rsidP="00494544">
      <w:pPr>
        <w:pStyle w:val="ListParagraph"/>
        <w:numPr>
          <w:ilvl w:val="0"/>
          <w:numId w:val="10"/>
        </w:numPr>
        <w:tabs>
          <w:tab w:val="left" w:pos="720"/>
        </w:tabs>
        <w:spacing w:after="0" w:line="240" w:lineRule="auto"/>
        <w:rPr>
          <w:rFonts w:ascii="Sylfaen" w:hAnsi="Sylfaen"/>
          <w:iCs/>
        </w:rPr>
      </w:pPr>
      <w:r w:rsidRPr="001138C4">
        <w:rPr>
          <w:rFonts w:ascii="Sylfaen" w:hAnsi="Sylfaen"/>
          <w:iCs/>
        </w:rPr>
        <w:t xml:space="preserve">MAKING OF VIDEO - </w:t>
      </w:r>
      <w:proofErr w:type="spellStart"/>
      <w:r w:rsidRPr="001138C4">
        <w:rPr>
          <w:rFonts w:ascii="Sylfaen" w:hAnsi="Sylfaen"/>
          <w:iCs/>
        </w:rPr>
        <w:t>კამპანიის</w:t>
      </w:r>
      <w:proofErr w:type="spellEnd"/>
      <w:r w:rsidRPr="001138C4">
        <w:rPr>
          <w:rFonts w:ascii="Sylfaen" w:hAnsi="Sylfaen"/>
          <w:iCs/>
        </w:rPr>
        <w:t xml:space="preserve"> </w:t>
      </w:r>
      <w:proofErr w:type="spellStart"/>
      <w:r w:rsidRPr="001138C4">
        <w:rPr>
          <w:rFonts w:ascii="Sylfaen" w:hAnsi="Sylfaen"/>
          <w:iCs/>
        </w:rPr>
        <w:t>შექმნის</w:t>
      </w:r>
      <w:proofErr w:type="spellEnd"/>
      <w:r w:rsidRPr="001138C4">
        <w:rPr>
          <w:rFonts w:ascii="Sylfaen" w:hAnsi="Sylfaen"/>
          <w:iCs/>
        </w:rPr>
        <w:t xml:space="preserve"> </w:t>
      </w:r>
      <w:proofErr w:type="spellStart"/>
      <w:r w:rsidRPr="001138C4">
        <w:rPr>
          <w:rFonts w:ascii="Sylfaen" w:hAnsi="Sylfaen"/>
          <w:iCs/>
        </w:rPr>
        <w:t>ვიდეო</w:t>
      </w:r>
      <w:proofErr w:type="spellEnd"/>
      <w:r w:rsidRPr="001138C4">
        <w:rPr>
          <w:rFonts w:ascii="Sylfaen" w:hAnsi="Sylfaen"/>
          <w:iCs/>
        </w:rPr>
        <w:t xml:space="preserve"> Behind the Scene</w:t>
      </w:r>
      <w:r w:rsidRPr="001138C4">
        <w:rPr>
          <w:rFonts w:ascii="Sylfaen" w:hAnsi="Sylfaen"/>
          <w:iCs/>
        </w:rPr>
        <w:cr/>
      </w:r>
    </w:p>
    <w:p w14:paraId="6326787B" w14:textId="77777777" w:rsidR="00494544" w:rsidRPr="00494544" w:rsidRDefault="00494544" w:rsidP="00494544">
      <w:pPr>
        <w:rPr>
          <w:lang w:val="ka-GE"/>
        </w:rPr>
      </w:pPr>
    </w:p>
    <w:p w14:paraId="609408B2" w14:textId="227461FB" w:rsidR="00494544" w:rsidRPr="009F4595" w:rsidRDefault="00494544" w:rsidP="00494544">
      <w:pPr>
        <w:pStyle w:val="ListBullet"/>
        <w:numPr>
          <w:ilvl w:val="0"/>
          <w:numId w:val="0"/>
        </w:numPr>
        <w:ind w:left="360" w:hanging="360"/>
        <w:rPr>
          <w:rFonts w:asciiTheme="majorHAnsi" w:hAnsiTheme="majorHAnsi" w:cstheme="majorHAnsi"/>
          <w:lang w:val="ka-GE"/>
        </w:rPr>
      </w:pPr>
    </w:p>
    <w:sectPr w:rsidR="00494544" w:rsidRPr="009F459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C242049"/>
    <w:multiLevelType w:val="hybridMultilevel"/>
    <w:tmpl w:val="B3845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2774720">
    <w:abstractNumId w:val="8"/>
  </w:num>
  <w:num w:numId="2" w16cid:durableId="11224433">
    <w:abstractNumId w:val="6"/>
  </w:num>
  <w:num w:numId="3" w16cid:durableId="1908490028">
    <w:abstractNumId w:val="5"/>
  </w:num>
  <w:num w:numId="4" w16cid:durableId="1077483142">
    <w:abstractNumId w:val="4"/>
  </w:num>
  <w:num w:numId="5" w16cid:durableId="2026400243">
    <w:abstractNumId w:val="7"/>
  </w:num>
  <w:num w:numId="6" w16cid:durableId="2043169279">
    <w:abstractNumId w:val="3"/>
  </w:num>
  <w:num w:numId="7" w16cid:durableId="677316971">
    <w:abstractNumId w:val="2"/>
  </w:num>
  <w:num w:numId="8" w16cid:durableId="1433697907">
    <w:abstractNumId w:val="1"/>
  </w:num>
  <w:num w:numId="9" w16cid:durableId="44568154">
    <w:abstractNumId w:val="0"/>
  </w:num>
  <w:num w:numId="10" w16cid:durableId="11956563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751A4"/>
    <w:rsid w:val="0029639D"/>
    <w:rsid w:val="0030658D"/>
    <w:rsid w:val="00326F90"/>
    <w:rsid w:val="00446FDC"/>
    <w:rsid w:val="00494544"/>
    <w:rsid w:val="00523985"/>
    <w:rsid w:val="00626BC7"/>
    <w:rsid w:val="00775063"/>
    <w:rsid w:val="007A3F44"/>
    <w:rsid w:val="008A77F8"/>
    <w:rsid w:val="008B33FC"/>
    <w:rsid w:val="008C62CC"/>
    <w:rsid w:val="008F04F7"/>
    <w:rsid w:val="00931173"/>
    <w:rsid w:val="0096196B"/>
    <w:rsid w:val="009E2B60"/>
    <w:rsid w:val="009F4595"/>
    <w:rsid w:val="00A40B64"/>
    <w:rsid w:val="00A463F4"/>
    <w:rsid w:val="00AA1D8D"/>
    <w:rsid w:val="00B47730"/>
    <w:rsid w:val="00B63366"/>
    <w:rsid w:val="00B73EC4"/>
    <w:rsid w:val="00B9444A"/>
    <w:rsid w:val="00C41E3E"/>
    <w:rsid w:val="00CB0664"/>
    <w:rsid w:val="00D050AE"/>
    <w:rsid w:val="00D74CBB"/>
    <w:rsid w:val="00EF3210"/>
    <w:rsid w:val="00F475F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9E27A0"/>
  <w14:defaultImageDpi w14:val="300"/>
  <w15:docId w15:val="{F8E002DE-CF52-4063-A116-C32FF51F7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Mariam Gikoshvili</cp:lastModifiedBy>
  <cp:revision>25</cp:revision>
  <dcterms:created xsi:type="dcterms:W3CDTF">2013-12-23T23:15:00Z</dcterms:created>
  <dcterms:modified xsi:type="dcterms:W3CDTF">2026-09-08T13:01:00Z</dcterms:modified>
  <cp:category/>
</cp:coreProperties>
</file>