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9A6" w:rsidRDefault="00656935">
      <w:pPr>
        <w:jc w:val="right"/>
      </w:pPr>
      <w:bookmarkStart w:id="0" w:name="_GoBack"/>
      <w:bookmarkEnd w:id="0"/>
      <w:proofErr w:type="spellStart"/>
      <w:r>
        <w:rPr>
          <w:b/>
        </w:rPr>
        <w:t>დანართი</w:t>
      </w:r>
      <w:proofErr w:type="spellEnd"/>
      <w:r>
        <w:rPr>
          <w:b/>
        </w:rPr>
        <w:t xml:space="preserve"> N3</w:t>
      </w:r>
    </w:p>
    <w:p w:rsidR="006579A6" w:rsidRDefault="00656935">
      <w:pPr>
        <w:jc w:val="center"/>
      </w:pPr>
      <w:proofErr w:type="spellStart"/>
      <w:r>
        <w:rPr>
          <w:b/>
          <w:sz w:val="28"/>
        </w:rPr>
        <w:t>ინფორმაცია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ანალოგიური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გამოცდილების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შესახებ</w:t>
      </w:r>
      <w:proofErr w:type="spellEnd"/>
    </w:p>
    <w:p w:rsidR="006579A6" w:rsidRDefault="00656935">
      <w:r>
        <w:t>უკანასკნელი</w:t>
      </w:r>
      <w:r>
        <w:t xml:space="preserve"> 2 </w:t>
      </w:r>
      <w:r>
        <w:t>წლის</w:t>
      </w:r>
      <w:r>
        <w:t xml:space="preserve"> </w:t>
      </w:r>
      <w:r>
        <w:t>განმავლობაში</w:t>
      </w:r>
      <w:r>
        <w:t xml:space="preserve"> </w:t>
      </w:r>
      <w:r>
        <w:t>შესრულებული</w:t>
      </w:r>
      <w:r>
        <w:t xml:space="preserve"> </w:t>
      </w:r>
      <w:r>
        <w:t>ან</w:t>
      </w:r>
      <w:r>
        <w:t xml:space="preserve"> </w:t>
      </w:r>
      <w:r>
        <w:t>მიმდინარე</w:t>
      </w:r>
      <w:r>
        <w:t xml:space="preserve"> </w:t>
      </w:r>
      <w:r>
        <w:t>ანალოგიური</w:t>
      </w:r>
      <w:r>
        <w:t xml:space="preserve"> </w:t>
      </w:r>
      <w:r>
        <w:t>პროექტების</w:t>
      </w:r>
      <w:r>
        <w:t xml:space="preserve"> / </w:t>
      </w:r>
      <w:r>
        <w:t>მომსახურების</w:t>
      </w:r>
      <w:r>
        <w:t xml:space="preserve"> </w:t>
      </w:r>
      <w:r>
        <w:t>შესახებ</w:t>
      </w:r>
      <w:r>
        <w:t xml:space="preserve"> </w:t>
      </w:r>
      <w:r>
        <w:t>ინფორმაცია</w:t>
      </w:r>
      <w:r>
        <w:t>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  <w:gridCol w:w="1662"/>
        <w:gridCol w:w="1662"/>
      </w:tblGrid>
      <w:tr w:rsidR="006579A6">
        <w:trPr>
          <w:jc w:val="center"/>
        </w:trPr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b/>
                <w:sz w:val="16"/>
              </w:rPr>
              <w:t>შესყიდვის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ობიექტის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დასახელება</w:t>
            </w:r>
          </w:p>
        </w:tc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b/>
                <w:sz w:val="16"/>
              </w:rPr>
              <w:t>შემსყიდველის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დასახელება</w:t>
            </w:r>
          </w:p>
        </w:tc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b/>
                <w:sz w:val="16"/>
              </w:rPr>
              <w:t>პერიოდი</w:t>
            </w:r>
          </w:p>
        </w:tc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b/>
                <w:sz w:val="16"/>
              </w:rPr>
              <w:t>ხელშეკრულების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ღირებულება</w:t>
            </w:r>
          </w:p>
        </w:tc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b/>
                <w:sz w:val="16"/>
              </w:rPr>
              <w:t>შენიშვნა</w:t>
            </w:r>
          </w:p>
        </w:tc>
      </w:tr>
      <w:tr w:rsidR="006579A6">
        <w:trPr>
          <w:jc w:val="center"/>
        </w:trPr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</w:tr>
      <w:tr w:rsidR="006579A6">
        <w:trPr>
          <w:jc w:val="center"/>
        </w:trPr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</w:tr>
      <w:tr w:rsidR="006579A6">
        <w:trPr>
          <w:jc w:val="center"/>
        </w:trPr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</w:tr>
      <w:tr w:rsidR="006579A6">
        <w:trPr>
          <w:jc w:val="center"/>
        </w:trPr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</w:tr>
      <w:tr w:rsidR="006579A6">
        <w:trPr>
          <w:jc w:val="center"/>
        </w:trPr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</w:tr>
      <w:tr w:rsidR="006579A6">
        <w:trPr>
          <w:jc w:val="center"/>
        </w:trPr>
        <w:tc>
          <w:tcPr>
            <w:tcW w:w="1662" w:type="dxa"/>
            <w:vAlign w:val="center"/>
          </w:tcPr>
          <w:p w:rsidR="006579A6" w:rsidRDefault="00656935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  <w:tc>
          <w:tcPr>
            <w:tcW w:w="1662" w:type="dxa"/>
            <w:vAlign w:val="center"/>
          </w:tcPr>
          <w:p w:rsidR="006579A6" w:rsidRDefault="006579A6">
            <w:pPr>
              <w:jc w:val="center"/>
            </w:pPr>
          </w:p>
        </w:tc>
      </w:tr>
    </w:tbl>
    <w:p w:rsidR="006579A6" w:rsidRDefault="006579A6"/>
    <w:p w:rsidR="006579A6" w:rsidRDefault="00656935">
      <w:r>
        <w:t>პრეტენდენტი</w:t>
      </w:r>
      <w:r>
        <w:t xml:space="preserve"> _______________________        __________________________________</w:t>
      </w:r>
      <w:r>
        <w:br/>
        <w:t xml:space="preserve">                         (</w:t>
      </w:r>
      <w:r>
        <w:t>სახელი</w:t>
      </w:r>
      <w:r>
        <w:t xml:space="preserve">, </w:t>
      </w:r>
      <w:r>
        <w:t>გვარი</w:t>
      </w:r>
      <w:r>
        <w:t>)                                      (</w:t>
      </w:r>
      <w:r>
        <w:t>ხელმოწერა</w:t>
      </w:r>
      <w:r>
        <w:t xml:space="preserve"> </w:t>
      </w:r>
      <w:r>
        <w:t>და</w:t>
      </w:r>
      <w:r>
        <w:t xml:space="preserve"> </w:t>
      </w:r>
      <w:r>
        <w:t>ბეჭედი</w:t>
      </w:r>
      <w:r>
        <w:t>)</w:t>
      </w:r>
    </w:p>
    <w:sectPr w:rsidR="006579A6" w:rsidSect="00034616">
      <w:head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935" w:rsidRDefault="00656935" w:rsidP="00DA441E">
      <w:pPr>
        <w:spacing w:after="0" w:line="240" w:lineRule="auto"/>
      </w:pPr>
      <w:r>
        <w:separator/>
      </w:r>
    </w:p>
  </w:endnote>
  <w:endnote w:type="continuationSeparator" w:id="0">
    <w:p w:rsidR="00656935" w:rsidRDefault="00656935" w:rsidP="00DA4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935" w:rsidRDefault="00656935" w:rsidP="00DA441E">
      <w:pPr>
        <w:spacing w:after="0" w:line="240" w:lineRule="auto"/>
      </w:pPr>
      <w:r>
        <w:separator/>
      </w:r>
    </w:p>
  </w:footnote>
  <w:footnote w:type="continuationSeparator" w:id="0">
    <w:p w:rsidR="00656935" w:rsidRDefault="00656935" w:rsidP="00DA4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41E" w:rsidRDefault="00DA441E">
    <w:pPr>
      <w:pStyle w:val="Header"/>
    </w:pPr>
    <w:r>
      <w:rPr>
        <w:noProof/>
      </w:rPr>
      <w:drawing>
        <wp:inline distT="0" distB="0" distL="0" distR="0" wp14:anchorId="159B73A9" wp14:editId="07B0E5A0">
          <wp:extent cx="2057400" cy="571500"/>
          <wp:effectExtent l="0" t="0" r="0" b="0"/>
          <wp:docPr id="1" name="Picture 1" descr="Mestro S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stro S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6935"/>
    <w:rsid w:val="006579A6"/>
    <w:rsid w:val="00AA1D8D"/>
    <w:rsid w:val="00B47730"/>
    <w:rsid w:val="00CB0664"/>
    <w:rsid w:val="00DA44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A84503E-4D6B-4CDC-AD3A-EED42E86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Sylfaen" w:eastAsia="Sylfaen" w:hAnsi="Sylfae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9F902D-E4DA-44A2-9DF4-6F7D7AB4C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Lela Tkeshelashvili</cp:lastModifiedBy>
  <cp:revision>2</cp:revision>
  <dcterms:created xsi:type="dcterms:W3CDTF">2013-12-23T23:15:00Z</dcterms:created>
  <dcterms:modified xsi:type="dcterms:W3CDTF">2026-09-25T14:43:00Z</dcterms:modified>
  <cp:category/>
</cp:coreProperties>
</file>