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7BD9FB" w14:textId="77777777" w:rsidR="00E56087" w:rsidRDefault="00E56087" w:rsidP="00185C20">
      <w:pPr>
        <w:jc w:val="both"/>
        <w:rPr>
          <w:rFonts w:ascii="Sylfaen" w:hAnsi="Sylfaen" w:cs="Sylfaen"/>
          <w:b/>
          <w:bCs/>
          <w:sz w:val="28"/>
          <w:szCs w:val="28"/>
        </w:rPr>
      </w:pPr>
    </w:p>
    <w:p w14:paraId="0749E871" w14:textId="43E6EF6C" w:rsidR="004B6084" w:rsidRPr="00CA7D6F" w:rsidRDefault="00A74260" w:rsidP="00185C20">
      <w:pPr>
        <w:jc w:val="both"/>
        <w:rPr>
          <w:rFonts w:cstheme="majorHAnsi"/>
          <w:b/>
          <w:bCs/>
          <w:sz w:val="28"/>
          <w:szCs w:val="28"/>
          <w:lang w:val="ka-GE"/>
        </w:rPr>
      </w:pPr>
      <w:proofErr w:type="spellStart"/>
      <w:r w:rsidRPr="000A1DB5">
        <w:rPr>
          <w:rFonts w:ascii="Sylfaen" w:hAnsi="Sylfaen" w:cs="Sylfaen"/>
          <w:b/>
          <w:bCs/>
          <w:sz w:val="28"/>
          <w:szCs w:val="28"/>
        </w:rPr>
        <w:t>ნარდობის</w:t>
      </w:r>
      <w:proofErr w:type="spellEnd"/>
      <w:r w:rsidRPr="000A1DB5">
        <w:rPr>
          <w:rFonts w:cstheme="majorHAnsi"/>
          <w:b/>
          <w:bCs/>
          <w:sz w:val="28"/>
          <w:szCs w:val="28"/>
        </w:rPr>
        <w:t xml:space="preserve"> </w:t>
      </w:r>
      <w:proofErr w:type="spellStart"/>
      <w:r w:rsidRPr="000A1DB5">
        <w:rPr>
          <w:rFonts w:ascii="Sylfaen" w:hAnsi="Sylfaen" w:cs="Sylfaen"/>
          <w:b/>
          <w:bCs/>
          <w:sz w:val="28"/>
          <w:szCs w:val="28"/>
        </w:rPr>
        <w:t>ხელშეკრულება</w:t>
      </w:r>
      <w:proofErr w:type="spellEnd"/>
      <w:r w:rsidR="00CA7D6F">
        <w:rPr>
          <w:rFonts w:ascii="Sylfaen" w:hAnsi="Sylfaen" w:cs="Sylfaen"/>
          <w:b/>
          <w:bCs/>
          <w:sz w:val="28"/>
          <w:szCs w:val="28"/>
        </w:rPr>
        <w:t xml:space="preserve"> </w:t>
      </w:r>
      <w:r w:rsidR="00CA7D6F">
        <w:rPr>
          <w:rFonts w:ascii="Sylfaen" w:hAnsi="Sylfaen" w:cs="Sylfaen"/>
          <w:b/>
          <w:bCs/>
          <w:sz w:val="28"/>
          <w:szCs w:val="28"/>
          <w:lang w:val="ru-RU"/>
        </w:rPr>
        <w:t xml:space="preserve">№ </w:t>
      </w:r>
      <w:r w:rsidR="00CA7D6F">
        <w:rPr>
          <w:rFonts w:ascii="Sylfaen" w:hAnsi="Sylfaen" w:cs="Sylfaen"/>
          <w:b/>
          <w:bCs/>
          <w:sz w:val="28"/>
          <w:szCs w:val="28"/>
        </w:rPr>
        <w:t>G</w:t>
      </w:r>
      <w:r w:rsidR="00103235">
        <w:rPr>
          <w:rFonts w:ascii="Sylfaen" w:hAnsi="Sylfaen" w:cs="Sylfaen"/>
          <w:b/>
          <w:bCs/>
          <w:sz w:val="28"/>
          <w:szCs w:val="28"/>
        </w:rPr>
        <w:t xml:space="preserve"> </w:t>
      </w:r>
      <w:r w:rsidR="00CA7D6F">
        <w:rPr>
          <w:rFonts w:ascii="Sylfaen" w:hAnsi="Sylfaen" w:cs="Sylfaen"/>
          <w:b/>
          <w:bCs/>
          <w:sz w:val="28"/>
          <w:szCs w:val="28"/>
          <w:lang w:val="ka-GE"/>
        </w:rPr>
        <w:t>1/__.10.26</w:t>
      </w:r>
    </w:p>
    <w:p w14:paraId="41C33600" w14:textId="7ECD91C0" w:rsidR="000A1DB5" w:rsidRPr="000A1DB5" w:rsidRDefault="00A74260" w:rsidP="00185C20">
      <w:pPr>
        <w:jc w:val="both"/>
        <w:rPr>
          <w:rFonts w:cstheme="majorHAnsi"/>
          <w:b/>
          <w:bCs/>
          <w:sz w:val="18"/>
          <w:szCs w:val="18"/>
        </w:rPr>
      </w:pPr>
      <w:r w:rsidRPr="000A1DB5">
        <w:rPr>
          <w:rFonts w:ascii="Sylfaen" w:hAnsi="Sylfaen" w:cs="Sylfaen"/>
          <w:b/>
          <w:bCs/>
          <w:sz w:val="18"/>
          <w:szCs w:val="18"/>
        </w:rPr>
        <w:t>ქ</w:t>
      </w:r>
      <w:r w:rsidRPr="000A1DB5">
        <w:rPr>
          <w:rFonts w:cstheme="majorHAnsi"/>
          <w:b/>
          <w:bCs/>
          <w:sz w:val="18"/>
          <w:szCs w:val="18"/>
        </w:rPr>
        <w:t xml:space="preserve">. </w:t>
      </w:r>
      <w:proofErr w:type="spellStart"/>
      <w:r w:rsidRPr="000A1DB5">
        <w:rPr>
          <w:rFonts w:ascii="Sylfaen" w:hAnsi="Sylfaen" w:cs="Sylfaen"/>
          <w:b/>
          <w:bCs/>
          <w:sz w:val="18"/>
          <w:szCs w:val="18"/>
        </w:rPr>
        <w:t>თბილისი</w:t>
      </w:r>
      <w:proofErr w:type="spellEnd"/>
      <w:r w:rsidRPr="000A1DB5">
        <w:rPr>
          <w:rFonts w:cstheme="majorHAnsi"/>
          <w:b/>
          <w:bCs/>
          <w:sz w:val="18"/>
          <w:szCs w:val="18"/>
        </w:rPr>
        <w:t xml:space="preserve">        </w:t>
      </w:r>
      <w:r w:rsidR="00D73BDF" w:rsidRPr="000A1DB5">
        <w:rPr>
          <w:rFonts w:cstheme="majorHAnsi"/>
          <w:b/>
          <w:bCs/>
          <w:sz w:val="18"/>
          <w:szCs w:val="18"/>
          <w:lang w:val="ka-GE"/>
        </w:rPr>
        <w:t xml:space="preserve">  </w:t>
      </w:r>
      <w:r w:rsidRPr="000A1DB5">
        <w:rPr>
          <w:rFonts w:cstheme="majorHAnsi"/>
          <w:b/>
          <w:bCs/>
          <w:sz w:val="18"/>
          <w:szCs w:val="18"/>
        </w:rPr>
        <w:t xml:space="preserve">                                                                                                                                                  </w:t>
      </w:r>
      <w:r w:rsidR="00CA7D6F">
        <w:rPr>
          <w:rFonts w:cstheme="majorHAnsi"/>
          <w:b/>
          <w:bCs/>
          <w:sz w:val="18"/>
          <w:szCs w:val="18"/>
        </w:rPr>
        <w:t xml:space="preserve">2026 </w:t>
      </w:r>
      <w:proofErr w:type="spellStart"/>
      <w:r w:rsidR="00CA7D6F">
        <w:rPr>
          <w:rFonts w:ascii="Sylfaen" w:hAnsi="Sylfaen" w:cstheme="majorHAnsi"/>
          <w:b/>
          <w:bCs/>
          <w:sz w:val="18"/>
          <w:szCs w:val="18"/>
        </w:rPr>
        <w:t>წლის</w:t>
      </w:r>
      <w:proofErr w:type="spellEnd"/>
      <w:r w:rsidR="00CA7D6F">
        <w:rPr>
          <w:rFonts w:ascii="Sylfaen" w:hAnsi="Sylfaen" w:cstheme="majorHAnsi"/>
          <w:b/>
          <w:bCs/>
          <w:sz w:val="18"/>
          <w:szCs w:val="18"/>
        </w:rPr>
        <w:t xml:space="preserve"> </w:t>
      </w:r>
      <w:r w:rsidR="00101478">
        <w:rPr>
          <w:rFonts w:ascii="Sylfaen" w:hAnsi="Sylfaen" w:cstheme="majorHAnsi"/>
          <w:b/>
          <w:bCs/>
          <w:sz w:val="18"/>
          <w:szCs w:val="18"/>
          <w:lang w:val="ka-GE"/>
        </w:rPr>
        <w:t xml:space="preserve">__ </w:t>
      </w:r>
      <w:r w:rsidR="00CA7D6F">
        <w:rPr>
          <w:rFonts w:ascii="Sylfaen" w:hAnsi="Sylfaen" w:cstheme="majorHAnsi"/>
          <w:b/>
          <w:bCs/>
          <w:sz w:val="18"/>
          <w:szCs w:val="18"/>
          <w:lang w:val="ka-GE"/>
        </w:rPr>
        <w:t>ოქტომბერი</w:t>
      </w:r>
    </w:p>
    <w:p w14:paraId="52569542" w14:textId="79BDA642" w:rsidR="004B6084" w:rsidRPr="00D73BDF" w:rsidRDefault="00A74260" w:rsidP="00185C20">
      <w:pPr>
        <w:jc w:val="both"/>
        <w:rPr>
          <w:rFonts w:cstheme="majorHAnsi"/>
          <w:sz w:val="18"/>
          <w:szCs w:val="18"/>
        </w:rPr>
      </w:pPr>
      <w:proofErr w:type="spellStart"/>
      <w:r w:rsidRPr="00034668">
        <w:rPr>
          <w:rFonts w:ascii="Sylfaen" w:hAnsi="Sylfaen" w:cs="Sylfaen"/>
          <w:sz w:val="18"/>
          <w:szCs w:val="18"/>
        </w:rPr>
        <w:t>ჩვენ</w:t>
      </w:r>
      <w:proofErr w:type="spellEnd"/>
      <w:r w:rsidRPr="00034668">
        <w:rPr>
          <w:rFonts w:cstheme="majorHAnsi"/>
          <w:sz w:val="18"/>
          <w:szCs w:val="18"/>
        </w:rPr>
        <w:t xml:space="preserve">, </w:t>
      </w:r>
      <w:proofErr w:type="spellStart"/>
      <w:r w:rsidRPr="00034668">
        <w:rPr>
          <w:rFonts w:ascii="Sylfaen" w:hAnsi="Sylfaen" w:cs="Sylfaen"/>
          <w:sz w:val="18"/>
          <w:szCs w:val="18"/>
        </w:rPr>
        <w:t>ქვემორე</w:t>
      </w:r>
      <w:proofErr w:type="spellEnd"/>
      <w:r w:rsidRPr="00034668">
        <w:rPr>
          <w:rFonts w:cstheme="majorHAnsi"/>
          <w:sz w:val="18"/>
          <w:szCs w:val="18"/>
        </w:rPr>
        <w:t xml:space="preserve"> </w:t>
      </w:r>
      <w:proofErr w:type="spellStart"/>
      <w:r w:rsidRPr="00034668">
        <w:rPr>
          <w:rFonts w:ascii="Sylfaen" w:hAnsi="Sylfaen" w:cs="Sylfaen"/>
          <w:sz w:val="18"/>
          <w:szCs w:val="18"/>
        </w:rPr>
        <w:t>ხელის</w:t>
      </w:r>
      <w:proofErr w:type="spellEnd"/>
      <w:r w:rsidRPr="00034668">
        <w:rPr>
          <w:rFonts w:cstheme="majorHAnsi"/>
          <w:sz w:val="18"/>
          <w:szCs w:val="18"/>
        </w:rPr>
        <w:t xml:space="preserve"> </w:t>
      </w:r>
      <w:proofErr w:type="spellStart"/>
      <w:r w:rsidRPr="00034668">
        <w:rPr>
          <w:rFonts w:ascii="Sylfaen" w:hAnsi="Sylfaen" w:cs="Sylfaen"/>
          <w:sz w:val="18"/>
          <w:szCs w:val="18"/>
        </w:rPr>
        <w:t>მომწერნი</w:t>
      </w:r>
      <w:proofErr w:type="spellEnd"/>
      <w:r w:rsidRPr="00034668">
        <w:rPr>
          <w:rFonts w:cstheme="majorHAnsi"/>
          <w:sz w:val="18"/>
          <w:szCs w:val="18"/>
        </w:rPr>
        <w:t xml:space="preserve">, </w:t>
      </w:r>
      <w:proofErr w:type="spellStart"/>
      <w:r w:rsidRPr="00034668">
        <w:rPr>
          <w:rFonts w:ascii="Sylfaen" w:hAnsi="Sylfaen" w:cs="Sylfaen"/>
          <w:sz w:val="18"/>
          <w:szCs w:val="18"/>
        </w:rPr>
        <w:t>ერთი</w:t>
      </w:r>
      <w:proofErr w:type="spellEnd"/>
      <w:r w:rsidRPr="00034668">
        <w:rPr>
          <w:rFonts w:cstheme="majorHAnsi"/>
          <w:sz w:val="18"/>
          <w:szCs w:val="18"/>
        </w:rPr>
        <w:t xml:space="preserve"> </w:t>
      </w:r>
      <w:proofErr w:type="spellStart"/>
      <w:r w:rsidRPr="00034668">
        <w:rPr>
          <w:rFonts w:ascii="Sylfaen" w:hAnsi="Sylfaen" w:cs="Sylfaen"/>
          <w:sz w:val="18"/>
          <w:szCs w:val="18"/>
        </w:rPr>
        <w:t>მხრივ</w:t>
      </w:r>
      <w:proofErr w:type="spellEnd"/>
      <w:r w:rsidRPr="00103235">
        <w:rPr>
          <w:rFonts w:ascii="Sylfaen" w:hAnsi="Sylfaen" w:cs="Sylfaen"/>
          <w:sz w:val="18"/>
          <w:szCs w:val="18"/>
        </w:rPr>
        <w:t xml:space="preserve">, </w:t>
      </w:r>
      <w:proofErr w:type="spellStart"/>
      <w:r w:rsidRPr="00103235">
        <w:rPr>
          <w:rFonts w:ascii="Sylfaen" w:hAnsi="Sylfaen" w:cs="Sylfaen"/>
          <w:sz w:val="18"/>
          <w:szCs w:val="18"/>
        </w:rPr>
        <w:t>შპს</w:t>
      </w:r>
      <w:proofErr w:type="spellEnd"/>
      <w:r w:rsidRPr="00103235">
        <w:rPr>
          <w:rFonts w:ascii="Sylfaen" w:hAnsi="Sylfaen" w:cs="Sylfaen"/>
          <w:sz w:val="18"/>
          <w:szCs w:val="18"/>
        </w:rPr>
        <w:t xml:space="preserve"> “</w:t>
      </w:r>
      <w:proofErr w:type="spellStart"/>
      <w:proofErr w:type="gramStart"/>
      <w:r w:rsidR="00CB1C60" w:rsidRPr="00103235">
        <w:rPr>
          <w:rFonts w:ascii="Sylfaen" w:hAnsi="Sylfaen" w:cs="Sylfaen"/>
          <w:sz w:val="18"/>
          <w:szCs w:val="18"/>
        </w:rPr>
        <w:t>გრადა</w:t>
      </w:r>
      <w:proofErr w:type="spellEnd"/>
      <w:r w:rsidR="00AD7CD7" w:rsidRPr="00103235">
        <w:rPr>
          <w:rFonts w:ascii="Sylfaen" w:hAnsi="Sylfaen" w:cs="Sylfaen"/>
          <w:sz w:val="18"/>
          <w:szCs w:val="18"/>
        </w:rPr>
        <w:t xml:space="preserve">“ </w:t>
      </w:r>
      <w:r w:rsidR="00C84DB4" w:rsidRPr="00103235">
        <w:rPr>
          <w:rFonts w:ascii="Sylfaen" w:hAnsi="Sylfaen" w:cs="Sylfaen"/>
          <w:sz w:val="18"/>
          <w:szCs w:val="18"/>
        </w:rPr>
        <w:t>(</w:t>
      </w:r>
      <w:proofErr w:type="gramEnd"/>
      <w:r w:rsidRPr="00034668">
        <w:rPr>
          <w:rFonts w:ascii="Sylfaen" w:hAnsi="Sylfaen" w:cs="Sylfaen"/>
          <w:sz w:val="18"/>
          <w:szCs w:val="18"/>
        </w:rPr>
        <w:t>ს</w:t>
      </w:r>
      <w:r w:rsidR="00FC46F0">
        <w:rPr>
          <w:rFonts w:ascii="Sylfaen" w:hAnsi="Sylfaen" w:cs="Sylfaen"/>
          <w:sz w:val="18"/>
          <w:szCs w:val="18"/>
        </w:rPr>
        <w:t>/</w:t>
      </w:r>
      <w:r w:rsidR="002016C7" w:rsidRPr="00103235">
        <w:rPr>
          <w:rFonts w:ascii="Sylfaen" w:hAnsi="Sylfaen" w:cs="Sylfaen"/>
          <w:sz w:val="18"/>
          <w:szCs w:val="18"/>
        </w:rPr>
        <w:t>ნ</w:t>
      </w:r>
      <w:r w:rsidR="00FC46F0" w:rsidRPr="00103235">
        <w:rPr>
          <w:rFonts w:ascii="Sylfaen" w:hAnsi="Sylfaen" w:cs="Sylfaen"/>
          <w:sz w:val="18"/>
          <w:szCs w:val="18"/>
        </w:rPr>
        <w:t xml:space="preserve"> </w:t>
      </w:r>
      <w:r w:rsidR="00103235" w:rsidRPr="00103235">
        <w:rPr>
          <w:rFonts w:ascii="Sylfaen" w:hAnsi="Sylfaen" w:cs="Sylfaen"/>
          <w:sz w:val="18"/>
          <w:szCs w:val="18"/>
        </w:rPr>
        <w:t>405181244</w:t>
      </w:r>
      <w:r w:rsidR="00C84DB4" w:rsidRPr="00103235">
        <w:rPr>
          <w:rFonts w:ascii="Sylfaen" w:hAnsi="Sylfaen" w:cs="Sylfaen"/>
          <w:sz w:val="18"/>
          <w:szCs w:val="18"/>
        </w:rPr>
        <w:t>,</w:t>
      </w:r>
      <w:r w:rsidR="00C84DB4">
        <w:rPr>
          <w:rFonts w:ascii="Sylfaen" w:hAnsi="Sylfaen" w:cstheme="majorHAnsi"/>
          <w:sz w:val="18"/>
          <w:szCs w:val="18"/>
          <w:lang w:val="ka-GE"/>
        </w:rPr>
        <w:t xml:space="preserve"> </w:t>
      </w:r>
      <w:proofErr w:type="spellStart"/>
      <w:r w:rsidR="00C84DB4" w:rsidRPr="00034668">
        <w:rPr>
          <w:rFonts w:ascii="Sylfaen" w:hAnsi="Sylfaen" w:cs="Sylfaen"/>
          <w:sz w:val="18"/>
          <w:szCs w:val="18"/>
        </w:rPr>
        <w:t>შემდგომში</w:t>
      </w:r>
      <w:proofErr w:type="spellEnd"/>
      <w:r w:rsidR="00C84DB4" w:rsidRPr="00034668">
        <w:rPr>
          <w:rFonts w:cstheme="majorHAnsi"/>
          <w:sz w:val="18"/>
          <w:szCs w:val="18"/>
        </w:rPr>
        <w:t xml:space="preserve"> „</w:t>
      </w:r>
      <w:proofErr w:type="spellStart"/>
      <w:r w:rsidR="00C84DB4" w:rsidRPr="00034668">
        <w:rPr>
          <w:rFonts w:ascii="Sylfaen" w:hAnsi="Sylfaen" w:cs="Sylfaen"/>
          <w:bCs/>
          <w:sz w:val="18"/>
          <w:szCs w:val="18"/>
        </w:rPr>
        <w:t>დამკვეთი</w:t>
      </w:r>
      <w:proofErr w:type="spellEnd"/>
      <w:r w:rsidR="00C84DB4" w:rsidRPr="00034668">
        <w:rPr>
          <w:rFonts w:cstheme="majorHAnsi"/>
          <w:sz w:val="18"/>
          <w:szCs w:val="18"/>
        </w:rPr>
        <w:t>“</w:t>
      </w:r>
      <w:r w:rsidR="00CB1C60" w:rsidRPr="00034668">
        <w:rPr>
          <w:rFonts w:ascii="Sylfaen" w:hAnsi="Sylfaen" w:cstheme="majorHAnsi"/>
          <w:sz w:val="18"/>
          <w:szCs w:val="18"/>
          <w:lang w:val="ka-GE"/>
        </w:rPr>
        <w:t>)</w:t>
      </w:r>
      <w:r w:rsidR="00C84DB4">
        <w:rPr>
          <w:rFonts w:ascii="Sylfaen" w:hAnsi="Sylfaen" w:cstheme="majorHAnsi"/>
          <w:sz w:val="18"/>
          <w:szCs w:val="18"/>
          <w:lang w:val="ka-GE"/>
        </w:rPr>
        <w:t>,</w:t>
      </w:r>
      <w:r w:rsidRPr="00034668">
        <w:rPr>
          <w:rFonts w:cstheme="majorHAnsi"/>
          <w:sz w:val="18"/>
          <w:szCs w:val="18"/>
        </w:rPr>
        <w:t xml:space="preserve"> </w:t>
      </w:r>
      <w:proofErr w:type="spellStart"/>
      <w:r w:rsidRPr="00034668">
        <w:rPr>
          <w:rFonts w:ascii="Sylfaen" w:hAnsi="Sylfaen" w:cs="Sylfaen"/>
          <w:sz w:val="18"/>
          <w:szCs w:val="18"/>
        </w:rPr>
        <w:t>წარმოდგენილი</w:t>
      </w:r>
      <w:proofErr w:type="spellEnd"/>
      <w:r w:rsidRPr="00034668">
        <w:rPr>
          <w:rFonts w:cstheme="majorHAnsi"/>
          <w:sz w:val="18"/>
          <w:szCs w:val="18"/>
        </w:rPr>
        <w:t xml:space="preserve"> </w:t>
      </w:r>
      <w:proofErr w:type="spellStart"/>
      <w:r w:rsidRPr="00034668">
        <w:rPr>
          <w:rFonts w:ascii="Sylfaen" w:hAnsi="Sylfaen" w:cs="Sylfaen"/>
          <w:sz w:val="18"/>
          <w:szCs w:val="18"/>
        </w:rPr>
        <w:t>მისი</w:t>
      </w:r>
      <w:proofErr w:type="spellEnd"/>
      <w:r w:rsidRPr="00034668">
        <w:rPr>
          <w:rFonts w:cstheme="majorHAnsi"/>
          <w:sz w:val="18"/>
          <w:szCs w:val="18"/>
        </w:rPr>
        <w:t xml:space="preserve"> </w:t>
      </w:r>
      <w:proofErr w:type="spellStart"/>
      <w:r w:rsidRPr="00034668">
        <w:rPr>
          <w:rFonts w:ascii="Sylfaen" w:hAnsi="Sylfaen" w:cs="Sylfaen"/>
          <w:sz w:val="18"/>
          <w:szCs w:val="18"/>
        </w:rPr>
        <w:t>დირექტორის</w:t>
      </w:r>
      <w:proofErr w:type="spellEnd"/>
      <w:r w:rsidR="003B1D79">
        <w:rPr>
          <w:rFonts w:ascii="Sylfaen" w:hAnsi="Sylfaen" w:cs="Sylfaen"/>
          <w:sz w:val="18"/>
          <w:szCs w:val="18"/>
          <w:lang w:val="ka-GE"/>
        </w:rPr>
        <w:t>,</w:t>
      </w:r>
      <w:r w:rsidRPr="00034668">
        <w:rPr>
          <w:rFonts w:cstheme="majorHAnsi"/>
          <w:sz w:val="18"/>
          <w:szCs w:val="18"/>
        </w:rPr>
        <w:t xml:space="preserve"> </w:t>
      </w:r>
      <w:r w:rsidR="00CB1C60" w:rsidRPr="00034668">
        <w:rPr>
          <w:rFonts w:ascii="Sylfaen" w:hAnsi="Sylfaen" w:cstheme="majorHAnsi"/>
          <w:sz w:val="18"/>
          <w:szCs w:val="18"/>
          <w:lang w:val="ka-GE"/>
        </w:rPr>
        <w:t>ნათია ლაბ</w:t>
      </w:r>
      <w:r w:rsidR="009703A2">
        <w:rPr>
          <w:rFonts w:ascii="Sylfaen" w:hAnsi="Sylfaen" w:cstheme="majorHAnsi"/>
          <w:sz w:val="18"/>
          <w:szCs w:val="18"/>
          <w:lang w:val="ka-GE"/>
        </w:rPr>
        <w:t>ა</w:t>
      </w:r>
      <w:r w:rsidR="001256B8" w:rsidRPr="00034668">
        <w:rPr>
          <w:rFonts w:ascii="Sylfaen" w:hAnsi="Sylfaen" w:cstheme="majorHAnsi"/>
          <w:sz w:val="18"/>
          <w:szCs w:val="18"/>
          <w:lang w:val="ka-GE"/>
        </w:rPr>
        <w:t>ძის მიერ</w:t>
      </w:r>
    </w:p>
    <w:p w14:paraId="5EA8D992" w14:textId="516417C3" w:rsidR="004B6084" w:rsidRPr="00D73BDF" w:rsidRDefault="00A74260" w:rsidP="00185C20">
      <w:pPr>
        <w:jc w:val="both"/>
        <w:rPr>
          <w:rFonts w:cstheme="majorHAnsi"/>
          <w:sz w:val="18"/>
          <w:szCs w:val="18"/>
        </w:rPr>
      </w:pPr>
      <w:proofErr w:type="spellStart"/>
      <w:r w:rsidRPr="00D73BDF">
        <w:rPr>
          <w:rFonts w:ascii="Sylfaen" w:hAnsi="Sylfaen" w:cs="Sylfaen"/>
          <w:sz w:val="18"/>
          <w:szCs w:val="18"/>
        </w:rPr>
        <w:t>და</w:t>
      </w:r>
      <w:proofErr w:type="spellEnd"/>
      <w:r w:rsidRPr="00D73BDF">
        <w:rPr>
          <w:rFonts w:cstheme="majorHAnsi"/>
          <w:sz w:val="18"/>
          <w:szCs w:val="18"/>
        </w:rPr>
        <w:t xml:space="preserve"> </w:t>
      </w:r>
      <w:r w:rsidR="003B1D79">
        <w:rPr>
          <w:rFonts w:ascii="Sylfaen" w:hAnsi="Sylfaen" w:cstheme="majorHAnsi"/>
          <w:sz w:val="18"/>
          <w:szCs w:val="18"/>
          <w:lang w:val="ka-GE"/>
        </w:rPr>
        <w:t xml:space="preserve">მეორე მხრივ, </w:t>
      </w:r>
      <w:proofErr w:type="spellStart"/>
      <w:r w:rsidRPr="00D73BDF">
        <w:rPr>
          <w:rFonts w:ascii="Sylfaen" w:hAnsi="Sylfaen" w:cs="Sylfaen"/>
          <w:sz w:val="18"/>
          <w:szCs w:val="18"/>
        </w:rPr>
        <w:t>შპს</w:t>
      </w:r>
      <w:proofErr w:type="spellEnd"/>
      <w:r w:rsidRPr="00D73BDF">
        <w:rPr>
          <w:rFonts w:cstheme="majorHAnsi"/>
          <w:sz w:val="18"/>
          <w:szCs w:val="18"/>
        </w:rPr>
        <w:t xml:space="preserve"> „</w:t>
      </w:r>
      <w:r w:rsidR="00101478">
        <w:rPr>
          <w:rFonts w:ascii="Sylfaen" w:hAnsi="Sylfaen" w:cstheme="majorHAnsi"/>
          <w:sz w:val="18"/>
          <w:szCs w:val="18"/>
          <w:lang w:val="ka-GE"/>
        </w:rPr>
        <w:t>___</w:t>
      </w:r>
      <w:proofErr w:type="gramStart"/>
      <w:r w:rsidR="00101478">
        <w:rPr>
          <w:rFonts w:ascii="Sylfaen" w:hAnsi="Sylfaen" w:cstheme="majorHAnsi"/>
          <w:sz w:val="18"/>
          <w:szCs w:val="18"/>
          <w:lang w:val="ka-GE"/>
        </w:rPr>
        <w:t>_</w:t>
      </w:r>
      <w:r w:rsidRPr="00D73BDF">
        <w:rPr>
          <w:rFonts w:cstheme="majorHAnsi"/>
          <w:sz w:val="18"/>
          <w:szCs w:val="18"/>
        </w:rPr>
        <w:t>“</w:t>
      </w:r>
      <w:r w:rsidR="003B1D79">
        <w:rPr>
          <w:rFonts w:cstheme="majorHAnsi"/>
          <w:sz w:val="18"/>
          <w:szCs w:val="18"/>
          <w:lang w:val="ka-GE"/>
        </w:rPr>
        <w:t xml:space="preserve"> </w:t>
      </w:r>
      <w:r w:rsidR="00C84DB4">
        <w:rPr>
          <w:rFonts w:ascii="Sylfaen" w:hAnsi="Sylfaen" w:cstheme="majorHAnsi"/>
          <w:sz w:val="18"/>
          <w:szCs w:val="18"/>
          <w:lang w:val="ka-GE"/>
        </w:rPr>
        <w:t>(</w:t>
      </w:r>
      <w:proofErr w:type="gramEnd"/>
      <w:r w:rsidRPr="00D73BDF">
        <w:rPr>
          <w:rFonts w:ascii="Sylfaen" w:hAnsi="Sylfaen" w:cs="Sylfaen"/>
          <w:sz w:val="18"/>
          <w:szCs w:val="18"/>
        </w:rPr>
        <w:t>ს</w:t>
      </w:r>
      <w:r w:rsidR="00FC46F0">
        <w:rPr>
          <w:rFonts w:ascii="Sylfaen" w:hAnsi="Sylfaen" w:cs="Sylfaen"/>
          <w:sz w:val="18"/>
          <w:szCs w:val="18"/>
        </w:rPr>
        <w:t>/</w:t>
      </w:r>
      <w:r w:rsidRPr="00D73BDF">
        <w:rPr>
          <w:rFonts w:ascii="Sylfaen" w:hAnsi="Sylfaen" w:cs="Sylfaen"/>
          <w:sz w:val="18"/>
          <w:szCs w:val="18"/>
        </w:rPr>
        <w:t>ნ</w:t>
      </w:r>
      <w:r w:rsidR="00FC46F0">
        <w:rPr>
          <w:rFonts w:ascii="Sylfaen" w:hAnsi="Sylfaen" w:cs="Sylfaen"/>
          <w:sz w:val="18"/>
          <w:szCs w:val="18"/>
        </w:rPr>
        <w:t xml:space="preserve"> </w:t>
      </w:r>
      <w:r w:rsidR="00101478">
        <w:rPr>
          <w:rFonts w:ascii="Sylfaen" w:hAnsi="Sylfaen" w:cstheme="majorHAnsi"/>
          <w:sz w:val="18"/>
          <w:szCs w:val="18"/>
          <w:lang w:val="ka-GE"/>
        </w:rPr>
        <w:t>____</w:t>
      </w:r>
      <w:r w:rsidR="00C84DB4">
        <w:rPr>
          <w:rFonts w:ascii="Sylfaen" w:hAnsi="Sylfaen" w:cstheme="majorHAnsi"/>
          <w:sz w:val="18"/>
          <w:szCs w:val="18"/>
          <w:lang w:val="ka-GE"/>
        </w:rPr>
        <w:t xml:space="preserve">, </w:t>
      </w:r>
      <w:proofErr w:type="spellStart"/>
      <w:r w:rsidRPr="00D73BDF">
        <w:rPr>
          <w:rFonts w:ascii="Sylfaen" w:hAnsi="Sylfaen" w:cs="Sylfaen"/>
          <w:sz w:val="18"/>
          <w:szCs w:val="18"/>
        </w:rPr>
        <w:t>შემდგომში</w:t>
      </w:r>
      <w:proofErr w:type="spellEnd"/>
      <w:r w:rsidRPr="00D73BDF">
        <w:rPr>
          <w:rFonts w:cstheme="majorHAnsi"/>
          <w:sz w:val="18"/>
          <w:szCs w:val="18"/>
        </w:rPr>
        <w:t xml:space="preserve"> „</w:t>
      </w:r>
      <w:r w:rsidR="005662FD">
        <w:rPr>
          <w:rFonts w:ascii="Sylfaen" w:hAnsi="Sylfaen" w:cs="Sylfaen"/>
          <w:sz w:val="18"/>
          <w:szCs w:val="18"/>
          <w:lang w:val="ka-GE"/>
        </w:rPr>
        <w:t>მენარდე</w:t>
      </w:r>
      <w:r w:rsidRPr="00D73BDF">
        <w:rPr>
          <w:rFonts w:cstheme="majorHAnsi"/>
          <w:sz w:val="18"/>
          <w:szCs w:val="18"/>
        </w:rPr>
        <w:t>“</w:t>
      </w:r>
      <w:r w:rsidR="00C84DB4">
        <w:rPr>
          <w:rFonts w:ascii="Sylfaen" w:hAnsi="Sylfaen" w:cstheme="majorHAnsi"/>
          <w:sz w:val="18"/>
          <w:szCs w:val="18"/>
          <w:lang w:val="ka-GE"/>
        </w:rPr>
        <w:t xml:space="preserve">), </w:t>
      </w:r>
      <w:proofErr w:type="spellStart"/>
      <w:r w:rsidRPr="00D73BDF">
        <w:rPr>
          <w:rFonts w:ascii="Sylfaen" w:hAnsi="Sylfaen" w:cs="Sylfaen"/>
          <w:sz w:val="18"/>
          <w:szCs w:val="18"/>
        </w:rPr>
        <w:t>წარმოდგენილი</w:t>
      </w:r>
      <w:proofErr w:type="spellEnd"/>
      <w:r w:rsidRPr="00D73BDF">
        <w:rPr>
          <w:rFonts w:cstheme="majorHAnsi"/>
          <w:sz w:val="18"/>
          <w:szCs w:val="18"/>
        </w:rPr>
        <w:t xml:space="preserve"> </w:t>
      </w:r>
      <w:proofErr w:type="spellStart"/>
      <w:r w:rsidRPr="00D73BDF">
        <w:rPr>
          <w:rFonts w:ascii="Sylfaen" w:hAnsi="Sylfaen" w:cs="Sylfaen"/>
          <w:sz w:val="18"/>
          <w:szCs w:val="18"/>
        </w:rPr>
        <w:t>მისი</w:t>
      </w:r>
      <w:proofErr w:type="spellEnd"/>
      <w:r w:rsidRPr="00D73BDF">
        <w:rPr>
          <w:rFonts w:cstheme="majorHAnsi"/>
          <w:sz w:val="18"/>
          <w:szCs w:val="18"/>
        </w:rPr>
        <w:t xml:space="preserve"> </w:t>
      </w:r>
      <w:proofErr w:type="spellStart"/>
      <w:r w:rsidRPr="00D73BDF">
        <w:rPr>
          <w:rFonts w:ascii="Sylfaen" w:hAnsi="Sylfaen" w:cs="Sylfaen"/>
          <w:sz w:val="18"/>
          <w:szCs w:val="18"/>
        </w:rPr>
        <w:t>დირექტორის</w:t>
      </w:r>
      <w:proofErr w:type="spellEnd"/>
      <w:r w:rsidR="003B1D79">
        <w:rPr>
          <w:rFonts w:ascii="Sylfaen" w:hAnsi="Sylfaen" w:cs="Sylfaen"/>
          <w:sz w:val="18"/>
          <w:szCs w:val="18"/>
          <w:lang w:val="ka-GE"/>
        </w:rPr>
        <w:t>,</w:t>
      </w:r>
      <w:r w:rsidRPr="00D73BDF">
        <w:rPr>
          <w:rFonts w:cstheme="majorHAnsi"/>
          <w:sz w:val="18"/>
          <w:szCs w:val="18"/>
        </w:rPr>
        <w:t xml:space="preserve"> </w:t>
      </w:r>
      <w:r w:rsidR="00101478">
        <w:rPr>
          <w:rFonts w:ascii="Sylfaen" w:hAnsi="Sylfaen" w:cstheme="majorHAnsi"/>
          <w:sz w:val="18"/>
          <w:szCs w:val="18"/>
          <w:lang w:val="ka-GE"/>
        </w:rPr>
        <w:t xml:space="preserve">____ </w:t>
      </w:r>
      <w:proofErr w:type="spellStart"/>
      <w:r w:rsidRPr="00D73BDF">
        <w:rPr>
          <w:rFonts w:ascii="Sylfaen" w:hAnsi="Sylfaen" w:cs="Sylfaen"/>
          <w:sz w:val="18"/>
          <w:szCs w:val="18"/>
        </w:rPr>
        <w:t>მიერ</w:t>
      </w:r>
      <w:proofErr w:type="spellEnd"/>
      <w:r w:rsidRPr="00D73BDF">
        <w:rPr>
          <w:rFonts w:cstheme="majorHAnsi"/>
          <w:sz w:val="18"/>
          <w:szCs w:val="18"/>
        </w:rPr>
        <w:t>,</w:t>
      </w:r>
      <w:r w:rsidR="00CA7D6F">
        <w:rPr>
          <w:rFonts w:cstheme="majorHAnsi"/>
          <w:sz w:val="18"/>
          <w:szCs w:val="18"/>
        </w:rPr>
        <w:t xml:space="preserve"> </w:t>
      </w:r>
      <w:proofErr w:type="spellStart"/>
      <w:r w:rsidRPr="00D73BDF">
        <w:rPr>
          <w:rFonts w:ascii="Sylfaen" w:hAnsi="Sylfaen" w:cs="Sylfaen"/>
          <w:sz w:val="18"/>
          <w:szCs w:val="18"/>
        </w:rPr>
        <w:t>ვდებთ</w:t>
      </w:r>
      <w:proofErr w:type="spellEnd"/>
      <w:r w:rsidRPr="00D73BDF">
        <w:rPr>
          <w:rFonts w:cstheme="majorHAnsi"/>
          <w:sz w:val="18"/>
          <w:szCs w:val="18"/>
        </w:rPr>
        <w:t xml:space="preserve"> </w:t>
      </w:r>
      <w:proofErr w:type="spellStart"/>
      <w:r w:rsidRPr="00D73BDF">
        <w:rPr>
          <w:rFonts w:ascii="Sylfaen" w:hAnsi="Sylfaen" w:cs="Sylfaen"/>
          <w:sz w:val="18"/>
          <w:szCs w:val="18"/>
        </w:rPr>
        <w:t>წინამდებარე</w:t>
      </w:r>
      <w:proofErr w:type="spellEnd"/>
      <w:r w:rsidRPr="00D73BDF">
        <w:rPr>
          <w:rFonts w:cstheme="majorHAnsi"/>
          <w:sz w:val="18"/>
          <w:szCs w:val="18"/>
        </w:rPr>
        <w:t xml:space="preserve"> </w:t>
      </w:r>
      <w:proofErr w:type="spellStart"/>
      <w:r w:rsidRPr="00D73BDF">
        <w:rPr>
          <w:rFonts w:ascii="Sylfaen" w:hAnsi="Sylfaen" w:cs="Sylfaen"/>
          <w:sz w:val="18"/>
          <w:szCs w:val="18"/>
        </w:rPr>
        <w:t>ხელშეკრულებას</w:t>
      </w:r>
      <w:proofErr w:type="spellEnd"/>
      <w:r w:rsidRPr="00D73BDF">
        <w:rPr>
          <w:rFonts w:cstheme="majorHAnsi"/>
          <w:sz w:val="18"/>
          <w:szCs w:val="18"/>
        </w:rPr>
        <w:t xml:space="preserve"> </w:t>
      </w:r>
      <w:proofErr w:type="spellStart"/>
      <w:r w:rsidRPr="00D73BDF">
        <w:rPr>
          <w:rFonts w:ascii="Sylfaen" w:hAnsi="Sylfaen" w:cs="Sylfaen"/>
          <w:sz w:val="18"/>
          <w:szCs w:val="18"/>
        </w:rPr>
        <w:t>შემდეგზე</w:t>
      </w:r>
      <w:proofErr w:type="spellEnd"/>
      <w:r w:rsidRPr="00D73BDF">
        <w:rPr>
          <w:rFonts w:cstheme="majorHAnsi"/>
          <w:sz w:val="18"/>
          <w:szCs w:val="18"/>
        </w:rPr>
        <w:t>:</w:t>
      </w:r>
    </w:p>
    <w:p w14:paraId="0EAF92A7" w14:textId="77777777" w:rsidR="004B6084" w:rsidRPr="00D73BDF" w:rsidRDefault="004B6084" w:rsidP="00185C20">
      <w:pPr>
        <w:jc w:val="both"/>
        <w:rPr>
          <w:rFonts w:cstheme="majorHAnsi"/>
          <w:sz w:val="18"/>
          <w:szCs w:val="18"/>
        </w:rPr>
      </w:pPr>
    </w:p>
    <w:p w14:paraId="75D85B36" w14:textId="7B6E3EC0" w:rsidR="00D73BDF" w:rsidRPr="0081109E" w:rsidRDefault="00A74260" w:rsidP="00185C20">
      <w:pPr>
        <w:pStyle w:val="ListParagraph"/>
        <w:numPr>
          <w:ilvl w:val="0"/>
          <w:numId w:val="10"/>
        </w:numPr>
        <w:jc w:val="both"/>
        <w:rPr>
          <w:rFonts w:cstheme="majorHAnsi"/>
          <w:b/>
          <w:bCs/>
        </w:rPr>
      </w:pPr>
      <w:proofErr w:type="spellStart"/>
      <w:r w:rsidRPr="0081109E">
        <w:rPr>
          <w:rFonts w:ascii="Sylfaen" w:hAnsi="Sylfaen" w:cs="Sylfaen"/>
          <w:b/>
          <w:bCs/>
        </w:rPr>
        <w:t>ხელშეკრულების</w:t>
      </w:r>
      <w:proofErr w:type="spellEnd"/>
      <w:r w:rsidRPr="0081109E">
        <w:rPr>
          <w:rFonts w:cstheme="majorHAnsi"/>
          <w:b/>
          <w:bCs/>
        </w:rPr>
        <w:t xml:space="preserve"> </w:t>
      </w:r>
      <w:proofErr w:type="spellStart"/>
      <w:r w:rsidRPr="0081109E">
        <w:rPr>
          <w:rFonts w:ascii="Sylfaen" w:hAnsi="Sylfaen" w:cs="Sylfaen"/>
          <w:b/>
          <w:bCs/>
        </w:rPr>
        <w:t>საგანი</w:t>
      </w:r>
      <w:proofErr w:type="spellEnd"/>
    </w:p>
    <w:p w14:paraId="4E068CBA" w14:textId="280B75AD" w:rsidR="00D73BDF" w:rsidRPr="008C0D5F" w:rsidRDefault="00A74260" w:rsidP="00185C20">
      <w:pPr>
        <w:pStyle w:val="ListParagraph"/>
        <w:numPr>
          <w:ilvl w:val="1"/>
          <w:numId w:val="13"/>
        </w:numPr>
        <w:jc w:val="both"/>
        <w:rPr>
          <w:rFonts w:ascii="Sylfaen" w:hAnsi="Sylfaen" w:cstheme="majorHAnsi"/>
          <w:sz w:val="18"/>
          <w:szCs w:val="18"/>
          <w:lang w:val="ka-GE"/>
        </w:rPr>
      </w:pPr>
      <w:proofErr w:type="spellStart"/>
      <w:r w:rsidRPr="008C0D5F">
        <w:rPr>
          <w:rFonts w:ascii="Sylfaen" w:hAnsi="Sylfaen" w:cs="Sylfaen"/>
          <w:bCs/>
          <w:sz w:val="18"/>
          <w:szCs w:val="18"/>
        </w:rPr>
        <w:t>დამკვეთი</w:t>
      </w:r>
      <w:proofErr w:type="spellEnd"/>
      <w:r w:rsidRPr="008C0D5F">
        <w:rPr>
          <w:rFonts w:cstheme="majorHAnsi"/>
          <w:sz w:val="18"/>
          <w:szCs w:val="18"/>
        </w:rPr>
        <w:t xml:space="preserve"> </w:t>
      </w:r>
      <w:proofErr w:type="spellStart"/>
      <w:r w:rsidRPr="008C0D5F">
        <w:rPr>
          <w:rFonts w:ascii="Sylfaen" w:hAnsi="Sylfaen" w:cs="Sylfaen"/>
          <w:sz w:val="18"/>
          <w:szCs w:val="18"/>
        </w:rPr>
        <w:t>ავალებს</w:t>
      </w:r>
      <w:proofErr w:type="spellEnd"/>
      <w:r w:rsidRPr="008C0D5F">
        <w:rPr>
          <w:rFonts w:cstheme="majorHAnsi"/>
          <w:sz w:val="18"/>
          <w:szCs w:val="18"/>
        </w:rPr>
        <w:t xml:space="preserve">, </w:t>
      </w:r>
      <w:proofErr w:type="spellStart"/>
      <w:r w:rsidRPr="008C0D5F">
        <w:rPr>
          <w:rFonts w:ascii="Sylfaen" w:hAnsi="Sylfaen" w:cs="Sylfaen"/>
          <w:sz w:val="18"/>
          <w:szCs w:val="18"/>
        </w:rPr>
        <w:t>ხოლო</w:t>
      </w:r>
      <w:proofErr w:type="spellEnd"/>
      <w:r w:rsidRPr="008C0D5F">
        <w:rPr>
          <w:rFonts w:cstheme="majorHAnsi"/>
          <w:sz w:val="18"/>
          <w:szCs w:val="18"/>
        </w:rPr>
        <w:t xml:space="preserve"> </w:t>
      </w:r>
      <w:r w:rsidR="008C0D5F" w:rsidRPr="008C0D5F">
        <w:rPr>
          <w:rFonts w:ascii="Sylfaen" w:hAnsi="Sylfaen" w:cs="Sylfaen"/>
          <w:sz w:val="18"/>
          <w:szCs w:val="18"/>
          <w:lang w:val="ka-GE"/>
        </w:rPr>
        <w:t xml:space="preserve">მენარდე </w:t>
      </w:r>
      <w:proofErr w:type="spellStart"/>
      <w:r w:rsidRPr="008C0D5F">
        <w:rPr>
          <w:rFonts w:ascii="Sylfaen" w:hAnsi="Sylfaen" w:cs="Sylfaen"/>
          <w:sz w:val="18"/>
          <w:szCs w:val="18"/>
        </w:rPr>
        <w:t>იღებს</w:t>
      </w:r>
      <w:proofErr w:type="spellEnd"/>
      <w:r w:rsidRPr="008C0D5F">
        <w:rPr>
          <w:rFonts w:cstheme="majorHAnsi"/>
          <w:sz w:val="18"/>
          <w:szCs w:val="18"/>
        </w:rPr>
        <w:t xml:space="preserve"> </w:t>
      </w:r>
      <w:proofErr w:type="spellStart"/>
      <w:r w:rsidRPr="008C0D5F">
        <w:rPr>
          <w:rFonts w:ascii="Sylfaen" w:hAnsi="Sylfaen" w:cs="Sylfaen"/>
          <w:sz w:val="18"/>
          <w:szCs w:val="18"/>
        </w:rPr>
        <w:t>ვალდებულებას</w:t>
      </w:r>
      <w:proofErr w:type="spellEnd"/>
      <w:r w:rsidRPr="008C0D5F">
        <w:rPr>
          <w:rFonts w:cstheme="majorHAnsi"/>
          <w:sz w:val="18"/>
          <w:szCs w:val="18"/>
        </w:rPr>
        <w:t xml:space="preserve">, </w:t>
      </w:r>
      <w:proofErr w:type="spellStart"/>
      <w:r w:rsidRPr="008C0D5F">
        <w:rPr>
          <w:rFonts w:ascii="Sylfaen" w:hAnsi="Sylfaen" w:cs="Sylfaen"/>
          <w:sz w:val="18"/>
          <w:szCs w:val="18"/>
        </w:rPr>
        <w:t>შემდეგ</w:t>
      </w:r>
      <w:proofErr w:type="spellEnd"/>
      <w:r w:rsidRPr="008C0D5F">
        <w:rPr>
          <w:rFonts w:cstheme="majorHAnsi"/>
          <w:sz w:val="18"/>
          <w:szCs w:val="18"/>
        </w:rPr>
        <w:t xml:space="preserve"> </w:t>
      </w:r>
      <w:proofErr w:type="spellStart"/>
      <w:r w:rsidRPr="008C0D5F">
        <w:rPr>
          <w:rFonts w:ascii="Sylfaen" w:hAnsi="Sylfaen" w:cs="Sylfaen"/>
          <w:sz w:val="18"/>
          <w:szCs w:val="18"/>
        </w:rPr>
        <w:t>ობიექტზე</w:t>
      </w:r>
      <w:proofErr w:type="spellEnd"/>
      <w:r w:rsidRPr="008C0D5F">
        <w:rPr>
          <w:rFonts w:cstheme="majorHAnsi"/>
          <w:sz w:val="18"/>
          <w:szCs w:val="18"/>
        </w:rPr>
        <w:t>:</w:t>
      </w:r>
      <w:r w:rsidR="00CA7D6F">
        <w:rPr>
          <w:rFonts w:cstheme="majorHAnsi"/>
          <w:sz w:val="18"/>
          <w:szCs w:val="18"/>
        </w:rPr>
        <w:t xml:space="preserve"> </w:t>
      </w:r>
      <w:r w:rsidR="003E0131" w:rsidRPr="008C0D5F">
        <w:rPr>
          <w:rFonts w:ascii="Sylfaen" w:hAnsi="Sylfaen" w:cs="Sylfaen"/>
          <w:sz w:val="18"/>
          <w:szCs w:val="18"/>
        </w:rPr>
        <w:t>ქ</w:t>
      </w:r>
      <w:r w:rsidR="003E0131" w:rsidRPr="008C0D5F">
        <w:rPr>
          <w:rFonts w:cstheme="majorHAnsi"/>
          <w:sz w:val="18"/>
          <w:szCs w:val="18"/>
        </w:rPr>
        <w:t>.</w:t>
      </w:r>
      <w:r w:rsidR="00CA7D6F">
        <w:rPr>
          <w:rFonts w:cstheme="majorHAnsi"/>
          <w:sz w:val="18"/>
          <w:szCs w:val="18"/>
        </w:rPr>
        <w:t xml:space="preserve"> </w:t>
      </w:r>
      <w:proofErr w:type="spellStart"/>
      <w:r w:rsidR="003E0131" w:rsidRPr="008C0D5F">
        <w:rPr>
          <w:rFonts w:ascii="Sylfaen" w:hAnsi="Sylfaen" w:cs="Sylfaen"/>
          <w:sz w:val="18"/>
          <w:szCs w:val="18"/>
        </w:rPr>
        <w:t>თბილისში</w:t>
      </w:r>
      <w:proofErr w:type="spellEnd"/>
      <w:r w:rsidR="003E0131" w:rsidRPr="008C0D5F">
        <w:rPr>
          <w:rFonts w:cstheme="majorHAnsi"/>
          <w:sz w:val="18"/>
          <w:szCs w:val="18"/>
        </w:rPr>
        <w:t xml:space="preserve">, </w:t>
      </w:r>
      <w:r w:rsidR="00103235">
        <w:rPr>
          <w:rFonts w:ascii="Sylfaen" w:hAnsi="Sylfaen" w:cstheme="majorHAnsi"/>
          <w:sz w:val="18"/>
          <w:szCs w:val="18"/>
          <w:lang w:val="ka-GE"/>
        </w:rPr>
        <w:t xml:space="preserve">დავით აღმაშენებლის ხეივანი 188 </w:t>
      </w:r>
      <w:r w:rsidR="003E0131">
        <w:rPr>
          <w:rFonts w:ascii="Sylfaen" w:hAnsi="Sylfaen" w:cstheme="majorHAnsi"/>
          <w:sz w:val="18"/>
          <w:szCs w:val="18"/>
          <w:lang w:val="ka-GE"/>
        </w:rPr>
        <w:t>(</w:t>
      </w:r>
      <w:r w:rsidR="003E0131" w:rsidRPr="00103235">
        <w:rPr>
          <w:rFonts w:ascii="Sylfaen" w:hAnsi="Sylfaen" w:cstheme="majorHAnsi"/>
          <w:sz w:val="18"/>
          <w:szCs w:val="18"/>
          <w:lang w:val="ka-GE"/>
        </w:rPr>
        <w:t>ს</w:t>
      </w:r>
      <w:r w:rsidR="008B0B19" w:rsidRPr="00103235">
        <w:rPr>
          <w:rFonts w:ascii="Sylfaen" w:hAnsi="Sylfaen" w:cstheme="majorHAnsi"/>
          <w:sz w:val="18"/>
          <w:szCs w:val="18"/>
          <w:lang w:val="ka-GE"/>
        </w:rPr>
        <w:t>/</w:t>
      </w:r>
      <w:r w:rsidR="003E0131" w:rsidRPr="00103235">
        <w:rPr>
          <w:rFonts w:ascii="Sylfaen" w:hAnsi="Sylfaen" w:cstheme="majorHAnsi"/>
          <w:sz w:val="18"/>
          <w:szCs w:val="18"/>
          <w:lang w:val="ka-GE"/>
        </w:rPr>
        <w:t>კ</w:t>
      </w:r>
      <w:r w:rsidR="008B0B19" w:rsidRPr="00103235">
        <w:rPr>
          <w:rFonts w:ascii="Sylfaen" w:hAnsi="Sylfaen" w:cstheme="majorHAnsi"/>
          <w:sz w:val="18"/>
          <w:szCs w:val="18"/>
          <w:lang w:val="ka-GE"/>
        </w:rPr>
        <w:t xml:space="preserve"> </w:t>
      </w:r>
      <w:r w:rsidR="00103235" w:rsidRPr="00103235">
        <w:rPr>
          <w:rFonts w:ascii="Sylfaen" w:hAnsi="Sylfaen" w:cstheme="majorHAnsi"/>
          <w:sz w:val="18"/>
          <w:szCs w:val="18"/>
          <w:lang w:val="ka-GE"/>
        </w:rPr>
        <w:t>01.10.06.011.069</w:t>
      </w:r>
      <w:r w:rsidR="008C0D5F">
        <w:rPr>
          <w:rFonts w:ascii="Sylfaen" w:hAnsi="Sylfaen" w:cstheme="majorHAnsi"/>
          <w:sz w:val="18"/>
          <w:szCs w:val="18"/>
          <w:lang w:val="ka-GE"/>
        </w:rPr>
        <w:t>)</w:t>
      </w:r>
      <w:r w:rsidR="00103235">
        <w:rPr>
          <w:rFonts w:ascii="Sylfaen" w:hAnsi="Sylfaen" w:cstheme="majorHAnsi"/>
          <w:sz w:val="18"/>
          <w:szCs w:val="18"/>
          <w:lang w:val="ka-GE"/>
        </w:rPr>
        <w:t xml:space="preserve"> </w:t>
      </w:r>
      <w:r w:rsidRPr="00103235">
        <w:rPr>
          <w:rFonts w:ascii="Sylfaen" w:hAnsi="Sylfaen" w:cstheme="majorHAnsi"/>
          <w:sz w:val="18"/>
          <w:szCs w:val="18"/>
          <w:lang w:val="ka-GE"/>
        </w:rPr>
        <w:t>განახორციელოს</w:t>
      </w:r>
      <w:r w:rsidRPr="00216493">
        <w:rPr>
          <w:rFonts w:ascii="Sylfaen" w:hAnsi="Sylfaen" w:cstheme="majorHAnsi"/>
          <w:sz w:val="18"/>
          <w:szCs w:val="18"/>
          <w:lang w:val="ka-GE"/>
        </w:rPr>
        <w:t xml:space="preserve"> </w:t>
      </w:r>
      <w:proofErr w:type="spellStart"/>
      <w:r w:rsidR="003670AD" w:rsidRPr="003670AD">
        <w:rPr>
          <w:rFonts w:ascii="Sylfaen" w:hAnsi="Sylfaen" w:cs="Sylfaen"/>
          <w:sz w:val="18"/>
          <w:szCs w:val="18"/>
        </w:rPr>
        <w:t>მრავალფუნქციური</w:t>
      </w:r>
      <w:proofErr w:type="spellEnd"/>
      <w:r w:rsidR="003670AD" w:rsidRPr="003670AD">
        <w:rPr>
          <w:rFonts w:ascii="Sylfaen" w:hAnsi="Sylfaen" w:cs="Sylfaen"/>
          <w:sz w:val="18"/>
          <w:szCs w:val="18"/>
        </w:rPr>
        <w:t xml:space="preserve"> </w:t>
      </w:r>
      <w:proofErr w:type="spellStart"/>
      <w:r w:rsidR="003670AD" w:rsidRPr="003670AD">
        <w:rPr>
          <w:rFonts w:ascii="Sylfaen" w:hAnsi="Sylfaen" w:cs="Sylfaen"/>
          <w:sz w:val="18"/>
          <w:szCs w:val="18"/>
        </w:rPr>
        <w:t>სპორტულ-გამაჯანსაღებელი</w:t>
      </w:r>
      <w:proofErr w:type="spellEnd"/>
      <w:r w:rsidR="003670AD" w:rsidRPr="003670AD">
        <w:rPr>
          <w:rFonts w:ascii="Sylfaen" w:hAnsi="Sylfaen" w:cs="Sylfaen"/>
          <w:sz w:val="18"/>
          <w:szCs w:val="18"/>
        </w:rPr>
        <w:t xml:space="preserve"> </w:t>
      </w:r>
      <w:proofErr w:type="spellStart"/>
      <w:r w:rsidR="003670AD" w:rsidRPr="003670AD">
        <w:rPr>
          <w:rFonts w:ascii="Sylfaen" w:hAnsi="Sylfaen" w:cs="Sylfaen"/>
          <w:sz w:val="18"/>
          <w:szCs w:val="18"/>
        </w:rPr>
        <w:t>ცენტრის</w:t>
      </w:r>
      <w:proofErr w:type="spellEnd"/>
      <w:r w:rsidR="003670AD" w:rsidRPr="003670AD">
        <w:rPr>
          <w:rFonts w:ascii="Sylfaen" w:hAnsi="Sylfaen" w:cs="Sylfaen"/>
          <w:sz w:val="18"/>
          <w:szCs w:val="18"/>
        </w:rPr>
        <w:t xml:space="preserve"> </w:t>
      </w:r>
      <w:proofErr w:type="spellStart"/>
      <w:r w:rsidR="003670AD" w:rsidRPr="003670AD">
        <w:rPr>
          <w:rFonts w:ascii="Sylfaen" w:hAnsi="Sylfaen" w:cs="Sylfaen"/>
          <w:sz w:val="18"/>
          <w:szCs w:val="18"/>
        </w:rPr>
        <w:t>სამშენებლო</w:t>
      </w:r>
      <w:proofErr w:type="spellEnd"/>
      <w:r w:rsidR="003670AD" w:rsidRPr="003670AD">
        <w:rPr>
          <w:rFonts w:ascii="Sylfaen" w:hAnsi="Sylfaen" w:cs="Sylfaen"/>
          <w:sz w:val="18"/>
          <w:szCs w:val="18"/>
        </w:rPr>
        <w:t xml:space="preserve"> </w:t>
      </w:r>
      <w:proofErr w:type="spellStart"/>
      <w:r w:rsidR="003670AD" w:rsidRPr="003670AD">
        <w:rPr>
          <w:rFonts w:ascii="Sylfaen" w:hAnsi="Sylfaen" w:cs="Sylfaen"/>
          <w:sz w:val="18"/>
          <w:szCs w:val="18"/>
        </w:rPr>
        <w:t>სამუშაოები</w:t>
      </w:r>
      <w:proofErr w:type="spellEnd"/>
      <w:r w:rsidR="000A1DB5" w:rsidRPr="00216493">
        <w:rPr>
          <w:rFonts w:ascii="Sylfaen" w:hAnsi="Sylfaen" w:cstheme="majorHAnsi"/>
          <w:sz w:val="18"/>
          <w:szCs w:val="18"/>
          <w:lang w:val="ka-GE"/>
        </w:rPr>
        <w:t>,</w:t>
      </w:r>
      <w:r w:rsidR="008C0D5F" w:rsidRPr="00216493">
        <w:rPr>
          <w:rFonts w:ascii="Sylfaen" w:hAnsi="Sylfaen" w:cstheme="majorHAnsi"/>
          <w:sz w:val="18"/>
          <w:szCs w:val="18"/>
          <w:lang w:val="ka-GE"/>
        </w:rPr>
        <w:t xml:space="preserve"> </w:t>
      </w:r>
      <w:r w:rsidRPr="00216493">
        <w:rPr>
          <w:rFonts w:ascii="Sylfaen" w:hAnsi="Sylfaen" w:cstheme="majorHAnsi"/>
          <w:sz w:val="18"/>
          <w:szCs w:val="18"/>
          <w:lang w:val="ka-GE"/>
        </w:rPr>
        <w:t>ნორმების/წესების,</w:t>
      </w:r>
      <w:r w:rsidRPr="008C0D5F">
        <w:rPr>
          <w:rFonts w:cstheme="majorHAnsi"/>
          <w:sz w:val="18"/>
          <w:szCs w:val="18"/>
        </w:rPr>
        <w:t xml:space="preserve"> </w:t>
      </w:r>
      <w:proofErr w:type="spellStart"/>
      <w:r w:rsidRPr="008C0D5F">
        <w:rPr>
          <w:rFonts w:ascii="Sylfaen" w:hAnsi="Sylfaen" w:cs="Sylfaen"/>
          <w:sz w:val="18"/>
          <w:szCs w:val="18"/>
        </w:rPr>
        <w:t>ასევე</w:t>
      </w:r>
      <w:proofErr w:type="spellEnd"/>
      <w:r w:rsidRPr="008C0D5F">
        <w:rPr>
          <w:rFonts w:cstheme="majorHAnsi"/>
          <w:sz w:val="18"/>
          <w:szCs w:val="18"/>
        </w:rPr>
        <w:t xml:space="preserve"> </w:t>
      </w:r>
      <w:r w:rsidR="000A1DB5" w:rsidRPr="008C0D5F">
        <w:rPr>
          <w:rFonts w:ascii="Sylfaen" w:hAnsi="Sylfaen" w:cs="Sylfaen"/>
          <w:sz w:val="18"/>
          <w:szCs w:val="18"/>
          <w:lang w:val="ka-GE"/>
        </w:rPr>
        <w:t xml:space="preserve">შესაბამისი </w:t>
      </w:r>
      <w:proofErr w:type="spellStart"/>
      <w:r w:rsidRPr="008C0D5F">
        <w:rPr>
          <w:rFonts w:ascii="Sylfaen" w:hAnsi="Sylfaen" w:cs="Sylfaen"/>
          <w:sz w:val="18"/>
          <w:szCs w:val="18"/>
        </w:rPr>
        <w:t>უსაფრთხოების</w:t>
      </w:r>
      <w:proofErr w:type="spellEnd"/>
      <w:r w:rsidRPr="008C0D5F">
        <w:rPr>
          <w:rFonts w:cstheme="majorHAnsi"/>
          <w:sz w:val="18"/>
          <w:szCs w:val="18"/>
        </w:rPr>
        <w:t xml:space="preserve"> </w:t>
      </w:r>
      <w:r w:rsidR="008C0D5F">
        <w:rPr>
          <w:rFonts w:ascii="Sylfaen" w:hAnsi="Sylfaen" w:cstheme="majorHAnsi"/>
          <w:sz w:val="18"/>
          <w:szCs w:val="18"/>
          <w:lang w:val="ka-GE"/>
        </w:rPr>
        <w:t xml:space="preserve">წესების </w:t>
      </w:r>
      <w:proofErr w:type="spellStart"/>
      <w:r w:rsidRPr="008C0D5F">
        <w:rPr>
          <w:rFonts w:ascii="Sylfaen" w:hAnsi="Sylfaen" w:cs="Sylfaen"/>
          <w:sz w:val="18"/>
          <w:szCs w:val="18"/>
        </w:rPr>
        <w:t>დაცვით</w:t>
      </w:r>
      <w:proofErr w:type="spellEnd"/>
      <w:r w:rsidRPr="008C0D5F">
        <w:rPr>
          <w:rFonts w:cstheme="majorHAnsi"/>
          <w:sz w:val="18"/>
          <w:szCs w:val="18"/>
        </w:rPr>
        <w:t xml:space="preserve">, </w:t>
      </w:r>
      <w:proofErr w:type="spellStart"/>
      <w:r w:rsidRPr="008C0D5F">
        <w:rPr>
          <w:rFonts w:ascii="Sylfaen" w:hAnsi="Sylfaen" w:cs="Sylfaen"/>
          <w:sz w:val="18"/>
          <w:szCs w:val="18"/>
        </w:rPr>
        <w:t>დამკვეთის</w:t>
      </w:r>
      <w:proofErr w:type="spellEnd"/>
      <w:r w:rsidRPr="008C0D5F">
        <w:rPr>
          <w:rFonts w:cstheme="majorHAnsi"/>
          <w:sz w:val="18"/>
          <w:szCs w:val="18"/>
        </w:rPr>
        <w:t xml:space="preserve"> </w:t>
      </w:r>
      <w:proofErr w:type="spellStart"/>
      <w:r w:rsidRPr="008C0D5F">
        <w:rPr>
          <w:rFonts w:ascii="Sylfaen" w:hAnsi="Sylfaen" w:cs="Sylfaen"/>
          <w:sz w:val="18"/>
          <w:szCs w:val="18"/>
        </w:rPr>
        <w:t>მიერ</w:t>
      </w:r>
      <w:proofErr w:type="spellEnd"/>
      <w:r w:rsidRPr="008C0D5F">
        <w:rPr>
          <w:rFonts w:cstheme="majorHAnsi"/>
          <w:sz w:val="18"/>
          <w:szCs w:val="18"/>
        </w:rPr>
        <w:t xml:space="preserve"> </w:t>
      </w:r>
      <w:proofErr w:type="spellStart"/>
      <w:r w:rsidRPr="008C0D5F">
        <w:rPr>
          <w:rFonts w:ascii="Sylfaen" w:hAnsi="Sylfaen" w:cs="Sylfaen"/>
          <w:sz w:val="18"/>
          <w:szCs w:val="18"/>
        </w:rPr>
        <w:t>დამტკიცებული</w:t>
      </w:r>
      <w:proofErr w:type="spellEnd"/>
      <w:r w:rsidRPr="008C0D5F">
        <w:rPr>
          <w:rFonts w:cstheme="majorHAnsi"/>
          <w:sz w:val="18"/>
          <w:szCs w:val="18"/>
        </w:rPr>
        <w:t xml:space="preserve"> </w:t>
      </w:r>
      <w:proofErr w:type="spellStart"/>
      <w:r w:rsidRPr="008C0D5F">
        <w:rPr>
          <w:rFonts w:ascii="Sylfaen" w:hAnsi="Sylfaen" w:cs="Sylfaen"/>
          <w:sz w:val="18"/>
          <w:szCs w:val="18"/>
        </w:rPr>
        <w:t>სახარჯთაღრიცხვო</w:t>
      </w:r>
      <w:proofErr w:type="spellEnd"/>
      <w:r w:rsidRPr="008C0D5F">
        <w:rPr>
          <w:rFonts w:cstheme="majorHAnsi"/>
          <w:sz w:val="18"/>
          <w:szCs w:val="18"/>
        </w:rPr>
        <w:t xml:space="preserve"> </w:t>
      </w:r>
      <w:proofErr w:type="spellStart"/>
      <w:r w:rsidRPr="008C0D5F">
        <w:rPr>
          <w:rFonts w:ascii="Sylfaen" w:hAnsi="Sylfaen" w:cs="Sylfaen"/>
          <w:sz w:val="18"/>
          <w:szCs w:val="18"/>
        </w:rPr>
        <w:t>დოკუმენტაციის</w:t>
      </w:r>
      <w:proofErr w:type="spellEnd"/>
      <w:r w:rsidRPr="008C0D5F">
        <w:rPr>
          <w:rFonts w:cstheme="majorHAnsi"/>
          <w:sz w:val="18"/>
          <w:szCs w:val="18"/>
        </w:rPr>
        <w:t xml:space="preserve"> </w:t>
      </w:r>
      <w:r w:rsidR="00065FCA">
        <w:rPr>
          <w:rFonts w:ascii="Sylfaen" w:hAnsi="Sylfaen" w:cstheme="majorHAnsi"/>
          <w:sz w:val="18"/>
          <w:szCs w:val="18"/>
          <w:lang w:val="ka-GE"/>
        </w:rPr>
        <w:t>(</w:t>
      </w:r>
      <w:proofErr w:type="spellStart"/>
      <w:r w:rsidRPr="008C0D5F">
        <w:rPr>
          <w:rFonts w:ascii="Sylfaen" w:hAnsi="Sylfaen" w:cs="Sylfaen"/>
          <w:sz w:val="18"/>
          <w:szCs w:val="18"/>
        </w:rPr>
        <w:t>დანართი</w:t>
      </w:r>
      <w:proofErr w:type="spellEnd"/>
      <w:r w:rsidRPr="008C0D5F">
        <w:rPr>
          <w:rFonts w:cstheme="majorHAnsi"/>
          <w:sz w:val="18"/>
          <w:szCs w:val="18"/>
        </w:rPr>
        <w:t xml:space="preserve"> №1</w:t>
      </w:r>
      <w:r w:rsidR="00065FCA">
        <w:rPr>
          <w:rFonts w:ascii="Sylfaen" w:hAnsi="Sylfaen" w:cstheme="majorHAnsi"/>
          <w:sz w:val="18"/>
          <w:szCs w:val="18"/>
          <w:lang w:val="ka-GE"/>
        </w:rPr>
        <w:t xml:space="preserve">) </w:t>
      </w:r>
      <w:proofErr w:type="spellStart"/>
      <w:r w:rsidRPr="008C0D5F">
        <w:rPr>
          <w:rFonts w:ascii="Sylfaen" w:hAnsi="Sylfaen" w:cs="Sylfaen"/>
          <w:sz w:val="18"/>
          <w:szCs w:val="18"/>
        </w:rPr>
        <w:t>და</w:t>
      </w:r>
      <w:proofErr w:type="spellEnd"/>
      <w:r w:rsidRPr="008C0D5F">
        <w:rPr>
          <w:rFonts w:cstheme="majorHAnsi"/>
          <w:sz w:val="18"/>
          <w:szCs w:val="18"/>
        </w:rPr>
        <w:t xml:space="preserve"> </w:t>
      </w:r>
      <w:proofErr w:type="spellStart"/>
      <w:r w:rsidRPr="008C0D5F">
        <w:rPr>
          <w:rFonts w:ascii="Sylfaen" w:hAnsi="Sylfaen" w:cs="Sylfaen"/>
          <w:sz w:val="18"/>
          <w:szCs w:val="18"/>
        </w:rPr>
        <w:t>დამკვეთის</w:t>
      </w:r>
      <w:proofErr w:type="spellEnd"/>
      <w:r w:rsidRPr="008C0D5F">
        <w:rPr>
          <w:rFonts w:cstheme="majorHAnsi"/>
          <w:sz w:val="18"/>
          <w:szCs w:val="18"/>
        </w:rPr>
        <w:t xml:space="preserve"> </w:t>
      </w:r>
      <w:proofErr w:type="spellStart"/>
      <w:r w:rsidRPr="008C0D5F">
        <w:rPr>
          <w:rFonts w:ascii="Sylfaen" w:hAnsi="Sylfaen" w:cs="Sylfaen"/>
          <w:sz w:val="18"/>
          <w:szCs w:val="18"/>
        </w:rPr>
        <w:t>მიერ</w:t>
      </w:r>
      <w:proofErr w:type="spellEnd"/>
      <w:r w:rsidRPr="008C0D5F">
        <w:rPr>
          <w:rFonts w:cstheme="majorHAnsi"/>
          <w:sz w:val="18"/>
          <w:szCs w:val="18"/>
        </w:rPr>
        <w:t xml:space="preserve"> </w:t>
      </w:r>
      <w:proofErr w:type="spellStart"/>
      <w:r w:rsidRPr="008C0D5F">
        <w:rPr>
          <w:rFonts w:ascii="Sylfaen" w:hAnsi="Sylfaen" w:cs="Sylfaen"/>
          <w:sz w:val="18"/>
          <w:szCs w:val="18"/>
        </w:rPr>
        <w:t>მოწოდებული</w:t>
      </w:r>
      <w:proofErr w:type="spellEnd"/>
      <w:r w:rsidRPr="008C0D5F">
        <w:rPr>
          <w:rFonts w:cstheme="majorHAnsi"/>
          <w:sz w:val="18"/>
          <w:szCs w:val="18"/>
        </w:rPr>
        <w:t xml:space="preserve"> </w:t>
      </w:r>
      <w:proofErr w:type="spellStart"/>
      <w:r w:rsidRPr="008C0D5F">
        <w:rPr>
          <w:rFonts w:ascii="Sylfaen" w:hAnsi="Sylfaen" w:cs="Sylfaen"/>
          <w:sz w:val="18"/>
          <w:szCs w:val="18"/>
        </w:rPr>
        <w:t>საპროექტო</w:t>
      </w:r>
      <w:proofErr w:type="spellEnd"/>
      <w:r w:rsidRPr="008C0D5F">
        <w:rPr>
          <w:rFonts w:cstheme="majorHAnsi"/>
          <w:sz w:val="18"/>
          <w:szCs w:val="18"/>
        </w:rPr>
        <w:t xml:space="preserve"> </w:t>
      </w:r>
      <w:proofErr w:type="spellStart"/>
      <w:r w:rsidRPr="008C0D5F">
        <w:rPr>
          <w:rFonts w:ascii="Sylfaen" w:hAnsi="Sylfaen" w:cs="Sylfaen"/>
          <w:sz w:val="18"/>
          <w:szCs w:val="18"/>
        </w:rPr>
        <w:t>დოკუმენტაციის</w:t>
      </w:r>
      <w:proofErr w:type="spellEnd"/>
      <w:r w:rsidRPr="008C0D5F">
        <w:rPr>
          <w:rFonts w:cstheme="majorHAnsi"/>
          <w:sz w:val="18"/>
          <w:szCs w:val="18"/>
        </w:rPr>
        <w:t xml:space="preserve"> </w:t>
      </w:r>
      <w:r w:rsidR="00065FCA">
        <w:rPr>
          <w:rFonts w:ascii="Sylfaen" w:hAnsi="Sylfaen" w:cstheme="majorHAnsi"/>
          <w:sz w:val="18"/>
          <w:szCs w:val="18"/>
          <w:lang w:val="ka-GE"/>
        </w:rPr>
        <w:t>(</w:t>
      </w:r>
      <w:proofErr w:type="spellStart"/>
      <w:r w:rsidRPr="008C0D5F">
        <w:rPr>
          <w:rFonts w:ascii="Sylfaen" w:hAnsi="Sylfaen" w:cs="Sylfaen"/>
          <w:sz w:val="18"/>
          <w:szCs w:val="18"/>
        </w:rPr>
        <w:t>დანართი</w:t>
      </w:r>
      <w:proofErr w:type="spellEnd"/>
      <w:r w:rsidRPr="008C0D5F">
        <w:rPr>
          <w:rFonts w:cstheme="majorHAnsi"/>
          <w:sz w:val="18"/>
          <w:szCs w:val="18"/>
        </w:rPr>
        <w:t xml:space="preserve"> №</w:t>
      </w:r>
      <w:r w:rsidR="00B63A7D">
        <w:rPr>
          <w:rFonts w:cstheme="majorHAnsi"/>
          <w:sz w:val="18"/>
          <w:szCs w:val="18"/>
        </w:rPr>
        <w:t>7</w:t>
      </w:r>
      <w:r w:rsidR="00065FCA">
        <w:rPr>
          <w:rFonts w:ascii="Sylfaen" w:hAnsi="Sylfaen" w:cstheme="majorHAnsi"/>
          <w:sz w:val="18"/>
          <w:szCs w:val="18"/>
          <w:lang w:val="ka-GE"/>
        </w:rPr>
        <w:t>)</w:t>
      </w:r>
      <w:r w:rsidRPr="008C0D5F">
        <w:rPr>
          <w:rFonts w:cstheme="majorHAnsi"/>
          <w:sz w:val="18"/>
          <w:szCs w:val="18"/>
        </w:rPr>
        <w:t xml:space="preserve"> </w:t>
      </w:r>
      <w:proofErr w:type="spellStart"/>
      <w:r w:rsidRPr="008C0D5F">
        <w:rPr>
          <w:rFonts w:ascii="Sylfaen" w:hAnsi="Sylfaen" w:cs="Sylfaen"/>
          <w:sz w:val="18"/>
          <w:szCs w:val="18"/>
        </w:rPr>
        <w:t>მიხედვით</w:t>
      </w:r>
      <w:proofErr w:type="spellEnd"/>
      <w:r w:rsidRPr="008C0D5F">
        <w:rPr>
          <w:rFonts w:cstheme="majorHAnsi"/>
          <w:sz w:val="18"/>
          <w:szCs w:val="18"/>
        </w:rPr>
        <w:t xml:space="preserve"> </w:t>
      </w:r>
      <w:proofErr w:type="spellStart"/>
      <w:r w:rsidRPr="008C0D5F">
        <w:rPr>
          <w:rFonts w:ascii="Sylfaen" w:hAnsi="Sylfaen" w:cs="Sylfaen"/>
          <w:sz w:val="18"/>
          <w:szCs w:val="18"/>
        </w:rPr>
        <w:t>ამ</w:t>
      </w:r>
      <w:proofErr w:type="spellEnd"/>
      <w:r w:rsidRPr="008C0D5F">
        <w:rPr>
          <w:rFonts w:cstheme="majorHAnsi"/>
          <w:sz w:val="18"/>
          <w:szCs w:val="18"/>
        </w:rPr>
        <w:t xml:space="preserve"> </w:t>
      </w:r>
      <w:proofErr w:type="spellStart"/>
      <w:r w:rsidRPr="008C0D5F">
        <w:rPr>
          <w:rFonts w:ascii="Sylfaen" w:hAnsi="Sylfaen" w:cs="Sylfaen"/>
          <w:sz w:val="18"/>
          <w:szCs w:val="18"/>
        </w:rPr>
        <w:t>ხელშეკრულებითა</w:t>
      </w:r>
      <w:proofErr w:type="spellEnd"/>
      <w:r w:rsidRPr="008C0D5F">
        <w:rPr>
          <w:rFonts w:cstheme="majorHAnsi"/>
          <w:sz w:val="18"/>
          <w:szCs w:val="18"/>
        </w:rPr>
        <w:t xml:space="preserve"> </w:t>
      </w:r>
      <w:proofErr w:type="spellStart"/>
      <w:r w:rsidRPr="008C0D5F">
        <w:rPr>
          <w:rFonts w:ascii="Sylfaen" w:hAnsi="Sylfaen" w:cs="Sylfaen"/>
          <w:sz w:val="18"/>
          <w:szCs w:val="18"/>
        </w:rPr>
        <w:t>და</w:t>
      </w:r>
      <w:proofErr w:type="spellEnd"/>
      <w:r w:rsidRPr="008C0D5F">
        <w:rPr>
          <w:rFonts w:cstheme="majorHAnsi"/>
          <w:sz w:val="18"/>
          <w:szCs w:val="18"/>
        </w:rPr>
        <w:t xml:space="preserve"> </w:t>
      </w:r>
      <w:proofErr w:type="spellStart"/>
      <w:r w:rsidRPr="008C0D5F">
        <w:rPr>
          <w:rFonts w:ascii="Sylfaen" w:hAnsi="Sylfaen" w:cs="Sylfaen"/>
          <w:sz w:val="18"/>
          <w:szCs w:val="18"/>
        </w:rPr>
        <w:t>დანართებით</w:t>
      </w:r>
      <w:proofErr w:type="spellEnd"/>
      <w:r w:rsidRPr="008C0D5F">
        <w:rPr>
          <w:rFonts w:cstheme="majorHAnsi"/>
          <w:sz w:val="18"/>
          <w:szCs w:val="18"/>
        </w:rPr>
        <w:t xml:space="preserve"> </w:t>
      </w:r>
      <w:proofErr w:type="spellStart"/>
      <w:r w:rsidRPr="008C0D5F">
        <w:rPr>
          <w:rFonts w:ascii="Sylfaen" w:hAnsi="Sylfaen" w:cs="Sylfaen"/>
          <w:sz w:val="18"/>
          <w:szCs w:val="18"/>
        </w:rPr>
        <w:t>განსაზღვრული</w:t>
      </w:r>
      <w:proofErr w:type="spellEnd"/>
      <w:r w:rsidRPr="008C0D5F">
        <w:rPr>
          <w:rFonts w:cstheme="majorHAnsi"/>
          <w:sz w:val="18"/>
          <w:szCs w:val="18"/>
        </w:rPr>
        <w:t xml:space="preserve"> </w:t>
      </w:r>
      <w:proofErr w:type="spellStart"/>
      <w:r w:rsidRPr="008C0D5F">
        <w:rPr>
          <w:rFonts w:ascii="Sylfaen" w:hAnsi="Sylfaen" w:cs="Sylfaen"/>
          <w:sz w:val="18"/>
          <w:szCs w:val="18"/>
        </w:rPr>
        <w:t>მოთხოვნების</w:t>
      </w:r>
      <w:proofErr w:type="spellEnd"/>
      <w:r w:rsidRPr="008C0D5F">
        <w:rPr>
          <w:rFonts w:cstheme="majorHAnsi"/>
          <w:sz w:val="18"/>
          <w:szCs w:val="18"/>
        </w:rPr>
        <w:t xml:space="preserve"> </w:t>
      </w:r>
      <w:proofErr w:type="spellStart"/>
      <w:r w:rsidRPr="008C0D5F">
        <w:rPr>
          <w:rFonts w:ascii="Sylfaen" w:hAnsi="Sylfaen" w:cs="Sylfaen"/>
          <w:sz w:val="18"/>
          <w:szCs w:val="18"/>
        </w:rPr>
        <w:t>გათვალისწინებით</w:t>
      </w:r>
      <w:proofErr w:type="spellEnd"/>
      <w:r w:rsidR="00D73BDF" w:rsidRPr="008C0D5F">
        <w:rPr>
          <w:rFonts w:ascii="Sylfaen" w:hAnsi="Sylfaen" w:cstheme="majorHAnsi"/>
          <w:sz w:val="18"/>
          <w:szCs w:val="18"/>
          <w:lang w:val="ka-GE"/>
        </w:rPr>
        <w:t>.</w:t>
      </w:r>
    </w:p>
    <w:p w14:paraId="7B1E477D" w14:textId="15CAE167" w:rsidR="00D73BDF" w:rsidRPr="00D73BDF" w:rsidRDefault="00D73BDF" w:rsidP="00185C20">
      <w:pPr>
        <w:pStyle w:val="ListParagraph"/>
        <w:numPr>
          <w:ilvl w:val="1"/>
          <w:numId w:val="13"/>
        </w:numPr>
        <w:jc w:val="both"/>
        <w:rPr>
          <w:rFonts w:ascii="Sylfaen" w:hAnsi="Sylfaen" w:cstheme="majorHAnsi"/>
          <w:sz w:val="18"/>
          <w:szCs w:val="18"/>
          <w:lang w:val="ka-GE"/>
        </w:rPr>
      </w:pPr>
      <w:proofErr w:type="spellStart"/>
      <w:r w:rsidRPr="00D73BDF">
        <w:rPr>
          <w:rFonts w:ascii="Sylfaen" w:hAnsi="Sylfaen" w:cs="Sylfaen"/>
          <w:sz w:val="18"/>
          <w:szCs w:val="18"/>
        </w:rPr>
        <w:t>შესასრულებელი</w:t>
      </w:r>
      <w:proofErr w:type="spellEnd"/>
      <w:r w:rsidRPr="00D73BDF">
        <w:rPr>
          <w:rFonts w:cstheme="majorHAnsi"/>
          <w:sz w:val="18"/>
          <w:szCs w:val="18"/>
        </w:rPr>
        <w:t xml:space="preserve"> </w:t>
      </w:r>
      <w:proofErr w:type="spellStart"/>
      <w:r w:rsidRPr="00D73BDF">
        <w:rPr>
          <w:rFonts w:ascii="Sylfaen" w:hAnsi="Sylfaen" w:cs="Sylfaen"/>
          <w:sz w:val="18"/>
          <w:szCs w:val="18"/>
        </w:rPr>
        <w:t>სამუშაოს</w:t>
      </w:r>
      <w:proofErr w:type="spellEnd"/>
      <w:r w:rsidRPr="00D73BDF">
        <w:rPr>
          <w:rFonts w:cstheme="majorHAnsi"/>
          <w:sz w:val="18"/>
          <w:szCs w:val="18"/>
        </w:rPr>
        <w:t xml:space="preserve"> </w:t>
      </w:r>
      <w:proofErr w:type="spellStart"/>
      <w:r w:rsidRPr="00D73BDF">
        <w:rPr>
          <w:rFonts w:ascii="Sylfaen" w:hAnsi="Sylfaen" w:cs="Sylfaen"/>
          <w:sz w:val="18"/>
          <w:szCs w:val="18"/>
        </w:rPr>
        <w:t>მოცულობა</w:t>
      </w:r>
      <w:proofErr w:type="spellEnd"/>
      <w:r w:rsidRPr="00D73BDF">
        <w:rPr>
          <w:rFonts w:cstheme="majorHAnsi"/>
          <w:sz w:val="18"/>
          <w:szCs w:val="18"/>
        </w:rPr>
        <w:t xml:space="preserve"> </w:t>
      </w:r>
      <w:proofErr w:type="spellStart"/>
      <w:r w:rsidRPr="00D73BDF">
        <w:rPr>
          <w:rFonts w:ascii="Sylfaen" w:hAnsi="Sylfaen" w:cs="Sylfaen"/>
          <w:sz w:val="18"/>
          <w:szCs w:val="18"/>
        </w:rPr>
        <w:t>განისაზღვრება</w:t>
      </w:r>
      <w:proofErr w:type="spellEnd"/>
      <w:r w:rsidRPr="00D73BDF">
        <w:rPr>
          <w:rFonts w:cstheme="majorHAnsi"/>
          <w:sz w:val="18"/>
          <w:szCs w:val="18"/>
        </w:rPr>
        <w:t xml:space="preserve"> </w:t>
      </w:r>
      <w:proofErr w:type="spellStart"/>
      <w:r w:rsidRPr="00D73BDF">
        <w:rPr>
          <w:rFonts w:ascii="Sylfaen" w:hAnsi="Sylfaen" w:cs="Sylfaen"/>
          <w:sz w:val="18"/>
          <w:szCs w:val="18"/>
        </w:rPr>
        <w:t>სახარჯთაღრიცხვო</w:t>
      </w:r>
      <w:proofErr w:type="spellEnd"/>
      <w:r w:rsidRPr="00D73BDF">
        <w:rPr>
          <w:rFonts w:cstheme="majorHAnsi"/>
          <w:sz w:val="18"/>
          <w:szCs w:val="18"/>
        </w:rPr>
        <w:t xml:space="preserve"> </w:t>
      </w:r>
      <w:proofErr w:type="spellStart"/>
      <w:r w:rsidRPr="00D73BDF">
        <w:rPr>
          <w:rFonts w:ascii="Sylfaen" w:hAnsi="Sylfaen" w:cs="Sylfaen"/>
          <w:sz w:val="18"/>
          <w:szCs w:val="18"/>
        </w:rPr>
        <w:t>დოკუმენტაციით</w:t>
      </w:r>
      <w:proofErr w:type="spellEnd"/>
      <w:r w:rsidRPr="00D73BDF">
        <w:rPr>
          <w:rFonts w:cstheme="majorHAnsi"/>
          <w:sz w:val="18"/>
          <w:szCs w:val="18"/>
        </w:rPr>
        <w:t xml:space="preserve"> </w:t>
      </w:r>
      <w:r w:rsidR="005A2833">
        <w:rPr>
          <w:rFonts w:ascii="Sylfaen" w:hAnsi="Sylfaen" w:cstheme="majorHAnsi"/>
          <w:sz w:val="18"/>
          <w:szCs w:val="18"/>
          <w:lang w:val="ka-GE"/>
        </w:rPr>
        <w:t>(</w:t>
      </w:r>
      <w:proofErr w:type="spellStart"/>
      <w:r w:rsidRPr="00D73BDF">
        <w:rPr>
          <w:rFonts w:ascii="Sylfaen" w:hAnsi="Sylfaen" w:cs="Sylfaen"/>
          <w:sz w:val="18"/>
          <w:szCs w:val="18"/>
        </w:rPr>
        <w:t>დანართი</w:t>
      </w:r>
      <w:proofErr w:type="spellEnd"/>
      <w:r w:rsidRPr="00D73BDF">
        <w:rPr>
          <w:rFonts w:cstheme="majorHAnsi"/>
          <w:sz w:val="18"/>
          <w:szCs w:val="18"/>
        </w:rPr>
        <w:t xml:space="preserve"> №1</w:t>
      </w:r>
      <w:r w:rsidR="005A2833">
        <w:rPr>
          <w:rFonts w:ascii="Sylfaen" w:hAnsi="Sylfaen" w:cstheme="majorHAnsi"/>
          <w:sz w:val="18"/>
          <w:szCs w:val="18"/>
          <w:lang w:val="ka-GE"/>
        </w:rPr>
        <w:t>)</w:t>
      </w:r>
      <w:r w:rsidRPr="00D73BDF">
        <w:rPr>
          <w:rFonts w:cstheme="majorHAnsi"/>
          <w:sz w:val="18"/>
          <w:szCs w:val="18"/>
        </w:rPr>
        <w:t xml:space="preserve"> </w:t>
      </w:r>
      <w:proofErr w:type="spellStart"/>
      <w:r w:rsidRPr="00D73BDF">
        <w:rPr>
          <w:rFonts w:ascii="Sylfaen" w:hAnsi="Sylfaen" w:cs="Sylfaen"/>
          <w:sz w:val="18"/>
          <w:szCs w:val="18"/>
        </w:rPr>
        <w:t>და</w:t>
      </w:r>
      <w:proofErr w:type="spellEnd"/>
      <w:r w:rsidRPr="00D73BDF">
        <w:rPr>
          <w:rFonts w:cstheme="majorHAnsi"/>
          <w:sz w:val="18"/>
          <w:szCs w:val="18"/>
        </w:rPr>
        <w:t xml:space="preserve"> </w:t>
      </w:r>
      <w:proofErr w:type="spellStart"/>
      <w:r w:rsidRPr="00D73BDF">
        <w:rPr>
          <w:rFonts w:ascii="Sylfaen" w:hAnsi="Sylfaen" w:cs="Sylfaen"/>
          <w:sz w:val="18"/>
          <w:szCs w:val="18"/>
        </w:rPr>
        <w:t>საპროექტო</w:t>
      </w:r>
      <w:proofErr w:type="spellEnd"/>
      <w:r w:rsidRPr="00D73BDF">
        <w:rPr>
          <w:rFonts w:cstheme="majorHAnsi"/>
          <w:sz w:val="18"/>
          <w:szCs w:val="18"/>
        </w:rPr>
        <w:t xml:space="preserve"> </w:t>
      </w:r>
      <w:proofErr w:type="spellStart"/>
      <w:r w:rsidRPr="00D73BDF">
        <w:rPr>
          <w:rFonts w:ascii="Sylfaen" w:hAnsi="Sylfaen" w:cs="Sylfaen"/>
          <w:sz w:val="18"/>
          <w:szCs w:val="18"/>
        </w:rPr>
        <w:t>დოკუმენტაციით</w:t>
      </w:r>
      <w:proofErr w:type="spellEnd"/>
      <w:r w:rsidRPr="00D73BDF">
        <w:rPr>
          <w:rFonts w:cstheme="majorHAnsi"/>
          <w:sz w:val="18"/>
          <w:szCs w:val="18"/>
        </w:rPr>
        <w:t xml:space="preserve"> </w:t>
      </w:r>
      <w:r w:rsidR="00870F3D">
        <w:rPr>
          <w:rFonts w:ascii="Sylfaen" w:hAnsi="Sylfaen" w:cstheme="majorHAnsi"/>
          <w:sz w:val="18"/>
          <w:szCs w:val="18"/>
          <w:lang w:val="ka-GE"/>
        </w:rPr>
        <w:t>(</w:t>
      </w:r>
      <w:proofErr w:type="spellStart"/>
      <w:r w:rsidRPr="00D73BDF">
        <w:rPr>
          <w:rFonts w:ascii="Sylfaen" w:hAnsi="Sylfaen" w:cs="Sylfaen"/>
          <w:sz w:val="18"/>
          <w:szCs w:val="18"/>
        </w:rPr>
        <w:t>დანართი</w:t>
      </w:r>
      <w:proofErr w:type="spellEnd"/>
      <w:r w:rsidRPr="00D73BDF">
        <w:rPr>
          <w:rFonts w:cstheme="majorHAnsi"/>
          <w:sz w:val="18"/>
          <w:szCs w:val="18"/>
        </w:rPr>
        <w:t xml:space="preserve"> №</w:t>
      </w:r>
      <w:r w:rsidR="00B63A7D">
        <w:rPr>
          <w:rFonts w:cstheme="majorHAnsi"/>
          <w:sz w:val="18"/>
          <w:szCs w:val="18"/>
        </w:rPr>
        <w:t>7</w:t>
      </w:r>
      <w:r w:rsidR="00870F3D">
        <w:rPr>
          <w:rFonts w:ascii="Sylfaen" w:hAnsi="Sylfaen" w:cstheme="majorHAnsi"/>
          <w:sz w:val="18"/>
          <w:szCs w:val="18"/>
          <w:lang w:val="ka-GE"/>
        </w:rPr>
        <w:t>)</w:t>
      </w:r>
      <w:r w:rsidRPr="00D73BDF">
        <w:rPr>
          <w:rFonts w:cstheme="majorHAnsi"/>
          <w:sz w:val="18"/>
          <w:szCs w:val="18"/>
        </w:rPr>
        <w:t xml:space="preserve">. </w:t>
      </w:r>
      <w:proofErr w:type="spellStart"/>
      <w:r w:rsidRPr="00D73BDF">
        <w:rPr>
          <w:rFonts w:ascii="Sylfaen" w:hAnsi="Sylfaen" w:cs="Sylfaen"/>
          <w:sz w:val="18"/>
          <w:szCs w:val="18"/>
        </w:rPr>
        <w:t>მენარდის</w:t>
      </w:r>
      <w:proofErr w:type="spellEnd"/>
      <w:r w:rsidRPr="00D73BDF">
        <w:rPr>
          <w:rFonts w:cstheme="majorHAnsi"/>
          <w:sz w:val="18"/>
          <w:szCs w:val="18"/>
        </w:rPr>
        <w:t xml:space="preserve"> </w:t>
      </w:r>
      <w:proofErr w:type="spellStart"/>
      <w:r w:rsidRPr="00D73BDF">
        <w:rPr>
          <w:rFonts w:ascii="Sylfaen" w:hAnsi="Sylfaen" w:cs="Sylfaen"/>
          <w:sz w:val="18"/>
          <w:szCs w:val="18"/>
        </w:rPr>
        <w:t>მიერ</w:t>
      </w:r>
      <w:proofErr w:type="spellEnd"/>
      <w:r w:rsidRPr="00D73BDF">
        <w:rPr>
          <w:rFonts w:cstheme="majorHAnsi"/>
          <w:sz w:val="18"/>
          <w:szCs w:val="18"/>
        </w:rPr>
        <w:t xml:space="preserve"> </w:t>
      </w:r>
      <w:proofErr w:type="spellStart"/>
      <w:r w:rsidRPr="00D73BDF">
        <w:rPr>
          <w:rFonts w:ascii="Sylfaen" w:hAnsi="Sylfaen" w:cs="Sylfaen"/>
          <w:sz w:val="18"/>
          <w:szCs w:val="18"/>
        </w:rPr>
        <w:t>შესასრულებელი</w:t>
      </w:r>
      <w:proofErr w:type="spellEnd"/>
      <w:r w:rsidRPr="00D73BDF">
        <w:rPr>
          <w:rFonts w:cstheme="majorHAnsi"/>
          <w:sz w:val="18"/>
          <w:szCs w:val="18"/>
        </w:rPr>
        <w:t xml:space="preserve"> </w:t>
      </w:r>
      <w:proofErr w:type="spellStart"/>
      <w:r w:rsidRPr="00D73BDF">
        <w:rPr>
          <w:rFonts w:ascii="Sylfaen" w:hAnsi="Sylfaen" w:cs="Sylfaen"/>
          <w:sz w:val="18"/>
          <w:szCs w:val="18"/>
        </w:rPr>
        <w:t>სამუშაოს</w:t>
      </w:r>
      <w:proofErr w:type="spellEnd"/>
      <w:r w:rsidRPr="00D73BDF">
        <w:rPr>
          <w:rFonts w:cstheme="majorHAnsi"/>
          <w:sz w:val="18"/>
          <w:szCs w:val="18"/>
        </w:rPr>
        <w:t xml:space="preserve"> </w:t>
      </w:r>
      <w:r w:rsidR="00D447AD">
        <w:rPr>
          <w:rFonts w:ascii="Sylfaen" w:hAnsi="Sylfaen" w:cs="Sylfaen"/>
          <w:sz w:val="18"/>
          <w:szCs w:val="18"/>
          <w:lang w:val="ka-GE"/>
        </w:rPr>
        <w:t>ვადები,</w:t>
      </w:r>
      <w:r w:rsidRPr="00D73BDF">
        <w:rPr>
          <w:rFonts w:cstheme="majorHAnsi"/>
          <w:sz w:val="18"/>
          <w:szCs w:val="18"/>
        </w:rPr>
        <w:t xml:space="preserve"> </w:t>
      </w:r>
      <w:proofErr w:type="spellStart"/>
      <w:r w:rsidRPr="00D73BDF">
        <w:rPr>
          <w:rFonts w:ascii="Sylfaen" w:hAnsi="Sylfaen" w:cs="Sylfaen"/>
          <w:sz w:val="18"/>
          <w:szCs w:val="18"/>
        </w:rPr>
        <w:t>მოცემულია</w:t>
      </w:r>
      <w:proofErr w:type="spellEnd"/>
      <w:r w:rsidRPr="00D73BDF">
        <w:rPr>
          <w:rFonts w:cstheme="majorHAnsi"/>
          <w:sz w:val="18"/>
          <w:szCs w:val="18"/>
        </w:rPr>
        <w:t xml:space="preserve"> </w:t>
      </w:r>
      <w:proofErr w:type="spellStart"/>
      <w:r w:rsidRPr="00D73BDF">
        <w:rPr>
          <w:rFonts w:ascii="Sylfaen" w:hAnsi="Sylfaen" w:cs="Sylfaen"/>
          <w:sz w:val="18"/>
          <w:szCs w:val="18"/>
        </w:rPr>
        <w:t>დანართი</w:t>
      </w:r>
      <w:proofErr w:type="spellEnd"/>
      <w:r w:rsidRPr="00D73BDF">
        <w:rPr>
          <w:rFonts w:cstheme="majorHAnsi"/>
          <w:sz w:val="18"/>
          <w:szCs w:val="18"/>
        </w:rPr>
        <w:t xml:space="preserve"> №</w:t>
      </w:r>
      <w:r w:rsidR="00B63A7D">
        <w:rPr>
          <w:rFonts w:ascii="Sylfaen" w:hAnsi="Sylfaen" w:cstheme="majorHAnsi"/>
          <w:sz w:val="18"/>
          <w:szCs w:val="18"/>
          <w:lang w:val="ka-GE"/>
        </w:rPr>
        <w:t>3</w:t>
      </w:r>
      <w:r w:rsidRPr="00D73BDF">
        <w:rPr>
          <w:rFonts w:cstheme="majorHAnsi"/>
          <w:sz w:val="18"/>
          <w:szCs w:val="18"/>
        </w:rPr>
        <w:t>–</w:t>
      </w:r>
      <w:proofErr w:type="spellStart"/>
      <w:r w:rsidRPr="00D73BDF">
        <w:rPr>
          <w:rFonts w:ascii="Sylfaen" w:hAnsi="Sylfaen" w:cs="Sylfaen"/>
          <w:sz w:val="18"/>
          <w:szCs w:val="18"/>
        </w:rPr>
        <w:t>ში</w:t>
      </w:r>
      <w:proofErr w:type="spellEnd"/>
      <w:r w:rsidRPr="00D73BDF">
        <w:rPr>
          <w:rFonts w:cstheme="majorHAnsi"/>
          <w:sz w:val="18"/>
          <w:szCs w:val="18"/>
        </w:rPr>
        <w:t>.</w:t>
      </w:r>
    </w:p>
    <w:p w14:paraId="34FAB937" w14:textId="77777777" w:rsidR="004B6084" w:rsidRPr="0081109E" w:rsidRDefault="004B6084" w:rsidP="00185C20">
      <w:pPr>
        <w:jc w:val="both"/>
        <w:rPr>
          <w:rFonts w:cstheme="majorHAnsi"/>
        </w:rPr>
      </w:pPr>
    </w:p>
    <w:p w14:paraId="11A04A33" w14:textId="6C9E3ADC" w:rsidR="004B6084" w:rsidRPr="0081109E" w:rsidRDefault="00A74260" w:rsidP="00185C20">
      <w:pPr>
        <w:pStyle w:val="ListParagraph"/>
        <w:numPr>
          <w:ilvl w:val="0"/>
          <w:numId w:val="13"/>
        </w:numPr>
        <w:jc w:val="both"/>
        <w:rPr>
          <w:rFonts w:cstheme="majorHAnsi"/>
          <w:b/>
          <w:bCs/>
        </w:rPr>
      </w:pPr>
      <w:proofErr w:type="spellStart"/>
      <w:r w:rsidRPr="0081109E">
        <w:rPr>
          <w:rFonts w:ascii="Sylfaen" w:hAnsi="Sylfaen" w:cs="Sylfaen"/>
          <w:b/>
          <w:bCs/>
        </w:rPr>
        <w:t>ხელშეკრულების</w:t>
      </w:r>
      <w:proofErr w:type="spellEnd"/>
      <w:r w:rsidRPr="0081109E">
        <w:rPr>
          <w:rFonts w:cstheme="majorHAnsi"/>
          <w:b/>
          <w:bCs/>
        </w:rPr>
        <w:t xml:space="preserve"> </w:t>
      </w:r>
      <w:proofErr w:type="spellStart"/>
      <w:r w:rsidRPr="0081109E">
        <w:rPr>
          <w:rFonts w:ascii="Sylfaen" w:hAnsi="Sylfaen" w:cs="Sylfaen"/>
          <w:b/>
          <w:bCs/>
        </w:rPr>
        <w:t>დანართები</w:t>
      </w:r>
      <w:proofErr w:type="spellEnd"/>
    </w:p>
    <w:p w14:paraId="73E330E4" w14:textId="5DB28B4D" w:rsidR="00CA7D6F" w:rsidRPr="00CA7D6F" w:rsidRDefault="00A74260" w:rsidP="00CA7D6F">
      <w:pPr>
        <w:pStyle w:val="ListParagraph"/>
        <w:numPr>
          <w:ilvl w:val="1"/>
          <w:numId w:val="13"/>
        </w:numPr>
        <w:rPr>
          <w:rFonts w:ascii="Sylfaen" w:hAnsi="Sylfaen" w:cs="Sylfaen"/>
          <w:sz w:val="18"/>
          <w:szCs w:val="18"/>
        </w:rPr>
      </w:pPr>
      <w:proofErr w:type="spellStart"/>
      <w:r w:rsidRPr="00CA7D6F">
        <w:rPr>
          <w:rFonts w:ascii="Sylfaen" w:hAnsi="Sylfaen" w:cs="Sylfaen"/>
          <w:sz w:val="18"/>
          <w:szCs w:val="18"/>
        </w:rPr>
        <w:t>წინამდებარე</w:t>
      </w:r>
      <w:proofErr w:type="spellEnd"/>
      <w:r w:rsidRPr="00CA7D6F">
        <w:rPr>
          <w:rFonts w:cstheme="majorHAnsi"/>
          <w:sz w:val="18"/>
          <w:szCs w:val="18"/>
        </w:rPr>
        <w:t xml:space="preserve"> </w:t>
      </w:r>
      <w:proofErr w:type="spellStart"/>
      <w:r w:rsidRPr="00CA7D6F">
        <w:rPr>
          <w:rFonts w:ascii="Sylfaen" w:hAnsi="Sylfaen" w:cs="Sylfaen"/>
          <w:sz w:val="18"/>
          <w:szCs w:val="18"/>
        </w:rPr>
        <w:t>ხელშეკრულებას</w:t>
      </w:r>
      <w:proofErr w:type="spellEnd"/>
      <w:r w:rsidRPr="00CA7D6F">
        <w:rPr>
          <w:rFonts w:cstheme="majorHAnsi"/>
          <w:sz w:val="18"/>
          <w:szCs w:val="18"/>
        </w:rPr>
        <w:t xml:space="preserve"> </w:t>
      </w:r>
      <w:proofErr w:type="spellStart"/>
      <w:r w:rsidRPr="00CA7D6F">
        <w:rPr>
          <w:rFonts w:ascii="Sylfaen" w:hAnsi="Sylfaen" w:cs="Sylfaen"/>
          <w:sz w:val="18"/>
          <w:szCs w:val="18"/>
        </w:rPr>
        <w:t>თან</w:t>
      </w:r>
      <w:proofErr w:type="spellEnd"/>
      <w:r w:rsidRPr="00CA7D6F">
        <w:rPr>
          <w:rFonts w:cstheme="majorHAnsi"/>
          <w:sz w:val="18"/>
          <w:szCs w:val="18"/>
        </w:rPr>
        <w:t xml:space="preserve"> </w:t>
      </w:r>
      <w:proofErr w:type="spellStart"/>
      <w:r w:rsidRPr="00CA7D6F">
        <w:rPr>
          <w:rFonts w:ascii="Sylfaen" w:hAnsi="Sylfaen" w:cs="Sylfaen"/>
          <w:sz w:val="18"/>
          <w:szCs w:val="18"/>
        </w:rPr>
        <w:t>ერთვის</w:t>
      </w:r>
      <w:proofErr w:type="spellEnd"/>
      <w:r w:rsidRPr="00CA7D6F">
        <w:rPr>
          <w:rFonts w:cstheme="majorHAnsi"/>
          <w:sz w:val="18"/>
          <w:szCs w:val="18"/>
        </w:rPr>
        <w:t xml:space="preserve"> </w:t>
      </w:r>
      <w:proofErr w:type="spellStart"/>
      <w:r w:rsidRPr="00CA7D6F">
        <w:rPr>
          <w:rFonts w:ascii="Sylfaen" w:hAnsi="Sylfaen" w:cs="Sylfaen"/>
          <w:sz w:val="18"/>
          <w:szCs w:val="18"/>
        </w:rPr>
        <w:t>შემდეგი</w:t>
      </w:r>
      <w:proofErr w:type="spellEnd"/>
      <w:r w:rsidRPr="00CA7D6F">
        <w:rPr>
          <w:rFonts w:cstheme="majorHAnsi"/>
          <w:sz w:val="18"/>
          <w:szCs w:val="18"/>
        </w:rPr>
        <w:t xml:space="preserve"> </w:t>
      </w:r>
      <w:proofErr w:type="spellStart"/>
      <w:r w:rsidRPr="00CA7D6F">
        <w:rPr>
          <w:rFonts w:ascii="Sylfaen" w:hAnsi="Sylfaen" w:cs="Sylfaen"/>
          <w:sz w:val="18"/>
          <w:szCs w:val="18"/>
        </w:rPr>
        <w:t>სახის</w:t>
      </w:r>
      <w:proofErr w:type="spellEnd"/>
      <w:r w:rsidRPr="00CA7D6F">
        <w:rPr>
          <w:rFonts w:cstheme="majorHAnsi"/>
          <w:sz w:val="18"/>
          <w:szCs w:val="18"/>
        </w:rPr>
        <w:t xml:space="preserve"> </w:t>
      </w:r>
      <w:r w:rsidR="00BF06ED">
        <w:rPr>
          <w:rFonts w:ascii="Sylfaen" w:hAnsi="Sylfaen" w:cstheme="majorHAnsi"/>
          <w:sz w:val="18"/>
          <w:szCs w:val="18"/>
          <w:lang w:val="ka-GE"/>
        </w:rPr>
        <w:t>7</w:t>
      </w:r>
      <w:r w:rsidR="00BF06ED" w:rsidRPr="00CA7D6F">
        <w:rPr>
          <w:rFonts w:ascii="Sylfaen" w:hAnsi="Sylfaen" w:cstheme="majorHAnsi"/>
          <w:sz w:val="18"/>
          <w:szCs w:val="18"/>
          <w:lang w:val="ka-GE"/>
        </w:rPr>
        <w:t xml:space="preserve"> </w:t>
      </w:r>
      <w:proofErr w:type="spellStart"/>
      <w:r w:rsidRPr="00CA7D6F">
        <w:rPr>
          <w:rFonts w:ascii="Sylfaen" w:hAnsi="Sylfaen" w:cs="Sylfaen"/>
          <w:sz w:val="18"/>
          <w:szCs w:val="18"/>
        </w:rPr>
        <w:t>დანართი</w:t>
      </w:r>
      <w:proofErr w:type="spellEnd"/>
      <w:r w:rsidRPr="00CA7D6F">
        <w:rPr>
          <w:rFonts w:cstheme="majorHAnsi"/>
          <w:sz w:val="18"/>
          <w:szCs w:val="18"/>
        </w:rPr>
        <w:t xml:space="preserve">, </w:t>
      </w:r>
      <w:proofErr w:type="spellStart"/>
      <w:r w:rsidRPr="00CA7D6F">
        <w:rPr>
          <w:rFonts w:ascii="Sylfaen" w:hAnsi="Sylfaen" w:cs="Sylfaen"/>
          <w:sz w:val="18"/>
          <w:szCs w:val="18"/>
        </w:rPr>
        <w:t>რომლებიც</w:t>
      </w:r>
      <w:proofErr w:type="spellEnd"/>
      <w:r w:rsidRPr="00CA7D6F">
        <w:rPr>
          <w:rFonts w:cstheme="majorHAnsi"/>
          <w:sz w:val="18"/>
          <w:szCs w:val="18"/>
        </w:rPr>
        <w:t xml:space="preserve"> </w:t>
      </w:r>
      <w:proofErr w:type="spellStart"/>
      <w:r w:rsidRPr="00CA7D6F">
        <w:rPr>
          <w:rFonts w:ascii="Sylfaen" w:hAnsi="Sylfaen" w:cs="Sylfaen"/>
          <w:sz w:val="18"/>
          <w:szCs w:val="18"/>
        </w:rPr>
        <w:t>წარმოადგენენ</w:t>
      </w:r>
      <w:proofErr w:type="spellEnd"/>
      <w:r w:rsidRPr="00CA7D6F">
        <w:rPr>
          <w:rFonts w:cstheme="majorHAnsi"/>
          <w:sz w:val="18"/>
          <w:szCs w:val="18"/>
        </w:rPr>
        <w:t xml:space="preserve"> </w:t>
      </w:r>
      <w:proofErr w:type="spellStart"/>
      <w:r w:rsidRPr="00CA7D6F">
        <w:rPr>
          <w:rFonts w:ascii="Sylfaen" w:hAnsi="Sylfaen" w:cs="Sylfaen"/>
          <w:sz w:val="18"/>
          <w:szCs w:val="18"/>
        </w:rPr>
        <w:t>ამ</w:t>
      </w:r>
      <w:proofErr w:type="spellEnd"/>
      <w:r w:rsidRPr="00CA7D6F">
        <w:rPr>
          <w:rFonts w:cstheme="majorHAnsi"/>
          <w:sz w:val="18"/>
          <w:szCs w:val="18"/>
        </w:rPr>
        <w:t xml:space="preserve"> </w:t>
      </w:r>
      <w:proofErr w:type="spellStart"/>
      <w:r w:rsidRPr="00CA7D6F">
        <w:rPr>
          <w:rFonts w:ascii="Sylfaen" w:hAnsi="Sylfaen" w:cs="Sylfaen"/>
          <w:sz w:val="18"/>
          <w:szCs w:val="18"/>
        </w:rPr>
        <w:t>ხელშეკრულების</w:t>
      </w:r>
      <w:proofErr w:type="spellEnd"/>
      <w:r w:rsidRPr="00CA7D6F">
        <w:rPr>
          <w:rFonts w:cstheme="majorHAnsi"/>
          <w:sz w:val="18"/>
          <w:szCs w:val="18"/>
        </w:rPr>
        <w:t xml:space="preserve"> </w:t>
      </w:r>
      <w:proofErr w:type="spellStart"/>
      <w:r w:rsidRPr="00CA7D6F">
        <w:rPr>
          <w:rFonts w:ascii="Sylfaen" w:hAnsi="Sylfaen" w:cs="Sylfaen"/>
          <w:sz w:val="18"/>
          <w:szCs w:val="18"/>
        </w:rPr>
        <w:t>განუყოფელ</w:t>
      </w:r>
      <w:proofErr w:type="spellEnd"/>
      <w:r w:rsidRPr="00CA7D6F">
        <w:rPr>
          <w:rFonts w:cstheme="majorHAnsi"/>
          <w:sz w:val="18"/>
          <w:szCs w:val="18"/>
        </w:rPr>
        <w:t xml:space="preserve"> </w:t>
      </w:r>
      <w:proofErr w:type="spellStart"/>
      <w:r w:rsidRPr="00CA7D6F">
        <w:rPr>
          <w:rFonts w:ascii="Sylfaen" w:hAnsi="Sylfaen" w:cs="Sylfaen"/>
          <w:sz w:val="18"/>
          <w:szCs w:val="18"/>
        </w:rPr>
        <w:t>ნაწილებს</w:t>
      </w:r>
      <w:proofErr w:type="spellEnd"/>
      <w:r w:rsidRPr="00CA7D6F">
        <w:rPr>
          <w:rFonts w:cstheme="majorHAnsi"/>
          <w:sz w:val="18"/>
          <w:szCs w:val="18"/>
        </w:rPr>
        <w:t xml:space="preserve"> </w:t>
      </w:r>
      <w:proofErr w:type="spellStart"/>
      <w:r w:rsidRPr="00CA7D6F">
        <w:rPr>
          <w:rFonts w:ascii="Sylfaen" w:hAnsi="Sylfaen" w:cs="Sylfaen"/>
          <w:sz w:val="18"/>
          <w:szCs w:val="18"/>
        </w:rPr>
        <w:t>და</w:t>
      </w:r>
      <w:proofErr w:type="spellEnd"/>
      <w:r w:rsidRPr="00CA7D6F">
        <w:rPr>
          <w:rFonts w:cstheme="majorHAnsi"/>
          <w:sz w:val="18"/>
          <w:szCs w:val="18"/>
        </w:rPr>
        <w:t xml:space="preserve"> </w:t>
      </w:r>
      <w:proofErr w:type="spellStart"/>
      <w:r w:rsidRPr="00CA7D6F">
        <w:rPr>
          <w:rFonts w:ascii="Sylfaen" w:hAnsi="Sylfaen" w:cs="Sylfaen"/>
          <w:sz w:val="18"/>
          <w:szCs w:val="18"/>
        </w:rPr>
        <w:t>განიხილებიან</w:t>
      </w:r>
      <w:proofErr w:type="spellEnd"/>
      <w:r w:rsidRPr="00CA7D6F">
        <w:rPr>
          <w:rFonts w:cstheme="majorHAnsi"/>
          <w:sz w:val="18"/>
          <w:szCs w:val="18"/>
        </w:rPr>
        <w:t xml:space="preserve"> </w:t>
      </w:r>
      <w:proofErr w:type="spellStart"/>
      <w:r w:rsidRPr="00CA7D6F">
        <w:rPr>
          <w:rFonts w:ascii="Sylfaen" w:hAnsi="Sylfaen" w:cs="Sylfaen"/>
          <w:sz w:val="18"/>
          <w:szCs w:val="18"/>
        </w:rPr>
        <w:t>მასთან</w:t>
      </w:r>
      <w:proofErr w:type="spellEnd"/>
      <w:r w:rsidRPr="00CA7D6F">
        <w:rPr>
          <w:rFonts w:cstheme="majorHAnsi"/>
          <w:sz w:val="18"/>
          <w:szCs w:val="18"/>
        </w:rPr>
        <w:t xml:space="preserve"> </w:t>
      </w:r>
      <w:proofErr w:type="spellStart"/>
      <w:r w:rsidRPr="00CA7D6F">
        <w:rPr>
          <w:rFonts w:ascii="Sylfaen" w:hAnsi="Sylfaen" w:cs="Sylfaen"/>
          <w:sz w:val="18"/>
          <w:szCs w:val="18"/>
        </w:rPr>
        <w:t>ერთად</w:t>
      </w:r>
      <w:proofErr w:type="spellEnd"/>
      <w:r w:rsidRPr="00CA7D6F">
        <w:rPr>
          <w:rFonts w:cstheme="majorHAnsi"/>
          <w:sz w:val="18"/>
          <w:szCs w:val="18"/>
        </w:rPr>
        <w:t xml:space="preserve">, </w:t>
      </w:r>
      <w:proofErr w:type="spellStart"/>
      <w:r w:rsidRPr="00CA7D6F">
        <w:rPr>
          <w:rFonts w:ascii="Sylfaen" w:hAnsi="Sylfaen" w:cs="Sylfaen"/>
          <w:sz w:val="18"/>
          <w:szCs w:val="18"/>
        </w:rPr>
        <w:t>ესენია</w:t>
      </w:r>
      <w:proofErr w:type="spellEnd"/>
      <w:r w:rsidRPr="00CA7D6F">
        <w:rPr>
          <w:rFonts w:cstheme="majorHAnsi"/>
          <w:sz w:val="18"/>
          <w:szCs w:val="18"/>
        </w:rPr>
        <w:t>:</w:t>
      </w:r>
      <w:r w:rsidR="00D73BDF" w:rsidRPr="00CA7D6F">
        <w:rPr>
          <w:rFonts w:cstheme="majorHAnsi"/>
          <w:sz w:val="18"/>
          <w:szCs w:val="18"/>
        </w:rPr>
        <w:br/>
      </w:r>
      <w:proofErr w:type="spellStart"/>
      <w:r w:rsidRPr="00CA7D6F">
        <w:rPr>
          <w:rFonts w:ascii="Sylfaen" w:hAnsi="Sylfaen" w:cs="Sylfaen"/>
          <w:sz w:val="18"/>
          <w:szCs w:val="18"/>
        </w:rPr>
        <w:t>დანართი</w:t>
      </w:r>
      <w:proofErr w:type="spellEnd"/>
      <w:r w:rsidRPr="00CA7D6F">
        <w:rPr>
          <w:rFonts w:cstheme="majorHAnsi"/>
          <w:sz w:val="18"/>
          <w:szCs w:val="18"/>
        </w:rPr>
        <w:t xml:space="preserve"> №1 - </w:t>
      </w:r>
      <w:proofErr w:type="spellStart"/>
      <w:r w:rsidRPr="00CA7D6F">
        <w:rPr>
          <w:rFonts w:ascii="Sylfaen" w:hAnsi="Sylfaen" w:cs="Sylfaen"/>
          <w:sz w:val="18"/>
          <w:szCs w:val="18"/>
        </w:rPr>
        <w:t>სახარჯთაღრიცხვო</w:t>
      </w:r>
      <w:proofErr w:type="spellEnd"/>
      <w:r w:rsidRPr="00CA7D6F">
        <w:rPr>
          <w:rFonts w:cstheme="majorHAnsi"/>
          <w:sz w:val="18"/>
          <w:szCs w:val="18"/>
        </w:rPr>
        <w:t xml:space="preserve"> </w:t>
      </w:r>
      <w:proofErr w:type="spellStart"/>
      <w:r w:rsidRPr="00CA7D6F">
        <w:rPr>
          <w:rFonts w:ascii="Sylfaen" w:hAnsi="Sylfaen" w:cs="Sylfaen"/>
          <w:sz w:val="18"/>
          <w:szCs w:val="18"/>
        </w:rPr>
        <w:t>დოკუმენტაცია</w:t>
      </w:r>
      <w:proofErr w:type="spellEnd"/>
      <w:r w:rsidRPr="00CA7D6F">
        <w:rPr>
          <w:rFonts w:cstheme="majorHAnsi"/>
          <w:sz w:val="18"/>
          <w:szCs w:val="18"/>
        </w:rPr>
        <w:t>;</w:t>
      </w:r>
    </w:p>
    <w:p w14:paraId="64381108" w14:textId="5D57A58B" w:rsidR="00CA7D6F" w:rsidRPr="00CA7D6F" w:rsidRDefault="00CA7D6F" w:rsidP="00CA7D6F">
      <w:pPr>
        <w:pStyle w:val="ListParagraph"/>
        <w:rPr>
          <w:rFonts w:ascii="Sylfaen" w:hAnsi="Sylfaen" w:cs="Sylfaen"/>
          <w:sz w:val="18"/>
          <w:szCs w:val="18"/>
        </w:rPr>
      </w:pPr>
      <w:proofErr w:type="spellStart"/>
      <w:r w:rsidRPr="00CA7D6F">
        <w:rPr>
          <w:rFonts w:ascii="Sylfaen" w:hAnsi="Sylfaen" w:cs="Sylfaen"/>
          <w:sz w:val="18"/>
          <w:szCs w:val="18"/>
        </w:rPr>
        <w:t>დანართი</w:t>
      </w:r>
      <w:proofErr w:type="spellEnd"/>
      <w:r w:rsidRPr="00CA7D6F">
        <w:rPr>
          <w:rFonts w:ascii="Sylfaen" w:hAnsi="Sylfaen" w:cs="Sylfaen"/>
          <w:sz w:val="18"/>
          <w:szCs w:val="18"/>
        </w:rPr>
        <w:t xml:space="preserve"> №</w:t>
      </w:r>
      <w:r>
        <w:rPr>
          <w:rFonts w:ascii="Sylfaen" w:hAnsi="Sylfaen" w:cs="Sylfaen"/>
          <w:sz w:val="18"/>
          <w:szCs w:val="18"/>
        </w:rPr>
        <w:t>2</w:t>
      </w:r>
      <w:r w:rsidRPr="00CA7D6F">
        <w:rPr>
          <w:rFonts w:ascii="Sylfaen" w:hAnsi="Sylfaen" w:cs="Sylfaen"/>
          <w:sz w:val="18"/>
          <w:szCs w:val="18"/>
        </w:rPr>
        <w:t xml:space="preserve"> - </w:t>
      </w:r>
      <w:proofErr w:type="spellStart"/>
      <w:r w:rsidRPr="00CA7D6F">
        <w:rPr>
          <w:rFonts w:ascii="Sylfaen" w:hAnsi="Sylfaen" w:cs="Sylfaen"/>
          <w:sz w:val="18"/>
          <w:szCs w:val="18"/>
        </w:rPr>
        <w:t>სამუშაოთა</w:t>
      </w:r>
      <w:proofErr w:type="spellEnd"/>
      <w:r w:rsidRPr="00CA7D6F">
        <w:rPr>
          <w:rFonts w:ascii="Sylfaen" w:hAnsi="Sylfaen" w:cs="Sylfaen"/>
          <w:sz w:val="18"/>
          <w:szCs w:val="18"/>
        </w:rPr>
        <w:t xml:space="preserve"> </w:t>
      </w:r>
      <w:proofErr w:type="spellStart"/>
      <w:proofErr w:type="gramStart"/>
      <w:r w:rsidRPr="00CA7D6F">
        <w:rPr>
          <w:rFonts w:ascii="Sylfaen" w:hAnsi="Sylfaen" w:cs="Sylfaen"/>
          <w:sz w:val="18"/>
          <w:szCs w:val="18"/>
        </w:rPr>
        <w:t>დეტალური</w:t>
      </w:r>
      <w:proofErr w:type="spellEnd"/>
      <w:r w:rsidRPr="00CA7D6F">
        <w:rPr>
          <w:rFonts w:ascii="Sylfaen" w:hAnsi="Sylfaen" w:cs="Sylfaen"/>
          <w:sz w:val="18"/>
          <w:szCs w:val="18"/>
        </w:rPr>
        <w:t xml:space="preserve">  </w:t>
      </w:r>
      <w:proofErr w:type="spellStart"/>
      <w:r w:rsidRPr="00CA7D6F">
        <w:rPr>
          <w:rFonts w:ascii="Sylfaen" w:hAnsi="Sylfaen" w:cs="Sylfaen"/>
          <w:sz w:val="18"/>
          <w:szCs w:val="18"/>
        </w:rPr>
        <w:t>ჩამონათვალი</w:t>
      </w:r>
      <w:proofErr w:type="spellEnd"/>
      <w:proofErr w:type="gramEnd"/>
      <w:r w:rsidRPr="00CA7D6F">
        <w:rPr>
          <w:rFonts w:ascii="Sylfaen" w:hAnsi="Sylfaen" w:cs="Sylfaen"/>
          <w:sz w:val="18"/>
          <w:szCs w:val="18"/>
        </w:rPr>
        <w:t xml:space="preserve">, </w:t>
      </w:r>
      <w:proofErr w:type="spellStart"/>
      <w:r w:rsidRPr="00CA7D6F">
        <w:rPr>
          <w:rFonts w:ascii="Sylfaen" w:hAnsi="Sylfaen" w:cs="Sylfaen"/>
          <w:sz w:val="18"/>
          <w:szCs w:val="18"/>
        </w:rPr>
        <w:t>მათ</w:t>
      </w:r>
      <w:proofErr w:type="spellEnd"/>
      <w:r w:rsidRPr="00CA7D6F">
        <w:rPr>
          <w:rFonts w:ascii="Sylfaen" w:hAnsi="Sylfaen" w:cs="Sylfaen"/>
          <w:sz w:val="18"/>
          <w:szCs w:val="18"/>
        </w:rPr>
        <w:t xml:space="preserve"> </w:t>
      </w:r>
      <w:proofErr w:type="spellStart"/>
      <w:r w:rsidRPr="00CA7D6F">
        <w:rPr>
          <w:rFonts w:ascii="Sylfaen" w:hAnsi="Sylfaen" w:cs="Sylfaen"/>
          <w:sz w:val="18"/>
          <w:szCs w:val="18"/>
        </w:rPr>
        <w:t>შორის</w:t>
      </w:r>
      <w:proofErr w:type="spellEnd"/>
      <w:r w:rsidRPr="00CA7D6F">
        <w:rPr>
          <w:rFonts w:ascii="Sylfaen" w:hAnsi="Sylfaen" w:cs="Sylfaen"/>
          <w:sz w:val="18"/>
          <w:szCs w:val="18"/>
        </w:rPr>
        <w:t xml:space="preserve"> </w:t>
      </w:r>
      <w:proofErr w:type="spellStart"/>
      <w:r w:rsidRPr="00CA7D6F">
        <w:rPr>
          <w:rFonts w:ascii="Sylfaen" w:hAnsi="Sylfaen" w:cs="Sylfaen"/>
          <w:sz w:val="18"/>
          <w:szCs w:val="18"/>
        </w:rPr>
        <w:t>სამუშაოებისა</w:t>
      </w:r>
      <w:proofErr w:type="spellEnd"/>
      <w:r w:rsidRPr="00CA7D6F">
        <w:rPr>
          <w:rFonts w:ascii="Sylfaen" w:hAnsi="Sylfaen" w:cs="Sylfaen"/>
          <w:sz w:val="18"/>
          <w:szCs w:val="18"/>
        </w:rPr>
        <w:t xml:space="preserve">, </w:t>
      </w:r>
      <w:proofErr w:type="spellStart"/>
      <w:r w:rsidRPr="00CA7D6F">
        <w:rPr>
          <w:rFonts w:ascii="Sylfaen" w:hAnsi="Sylfaen" w:cs="Sylfaen"/>
          <w:sz w:val="18"/>
          <w:szCs w:val="18"/>
        </w:rPr>
        <w:t>რომელთა</w:t>
      </w:r>
      <w:proofErr w:type="spellEnd"/>
      <w:r w:rsidRPr="00CA7D6F">
        <w:rPr>
          <w:rFonts w:ascii="Sylfaen" w:hAnsi="Sylfaen" w:cs="Sylfaen"/>
          <w:sz w:val="18"/>
          <w:szCs w:val="18"/>
        </w:rPr>
        <w:t xml:space="preserve"> </w:t>
      </w:r>
      <w:proofErr w:type="spellStart"/>
      <w:r w:rsidRPr="00CA7D6F">
        <w:rPr>
          <w:rFonts w:ascii="Sylfaen" w:hAnsi="Sylfaen" w:cs="Sylfaen"/>
          <w:sz w:val="18"/>
          <w:szCs w:val="18"/>
        </w:rPr>
        <w:t>მოწოდებაზეც</w:t>
      </w:r>
      <w:proofErr w:type="spellEnd"/>
      <w:r w:rsidRPr="00CA7D6F">
        <w:rPr>
          <w:rFonts w:ascii="Sylfaen" w:hAnsi="Sylfaen" w:cs="Sylfaen"/>
          <w:sz w:val="18"/>
          <w:szCs w:val="18"/>
        </w:rPr>
        <w:t xml:space="preserve"> </w:t>
      </w:r>
      <w:proofErr w:type="spellStart"/>
      <w:r w:rsidRPr="00CA7D6F">
        <w:rPr>
          <w:rFonts w:ascii="Sylfaen" w:hAnsi="Sylfaen" w:cs="Sylfaen"/>
          <w:sz w:val="18"/>
          <w:szCs w:val="18"/>
        </w:rPr>
        <w:t>პასუხისგებელია</w:t>
      </w:r>
      <w:proofErr w:type="spellEnd"/>
      <w:r w:rsidRPr="00CA7D6F">
        <w:rPr>
          <w:rFonts w:ascii="Sylfaen" w:hAnsi="Sylfaen" w:cs="Sylfaen"/>
          <w:sz w:val="18"/>
          <w:szCs w:val="18"/>
        </w:rPr>
        <w:t xml:space="preserve"> </w:t>
      </w:r>
      <w:proofErr w:type="spellStart"/>
      <w:r w:rsidRPr="00CA7D6F">
        <w:rPr>
          <w:rFonts w:ascii="Sylfaen" w:hAnsi="Sylfaen" w:cs="Sylfaen"/>
          <w:sz w:val="18"/>
          <w:szCs w:val="18"/>
        </w:rPr>
        <w:t>დამკვეთი</w:t>
      </w:r>
      <w:proofErr w:type="spellEnd"/>
      <w:r w:rsidRPr="00CA7D6F">
        <w:rPr>
          <w:rFonts w:ascii="Sylfaen" w:hAnsi="Sylfaen" w:cs="Sylfaen"/>
          <w:sz w:val="18"/>
          <w:szCs w:val="18"/>
        </w:rPr>
        <w:t xml:space="preserve"> (</w:t>
      </w:r>
      <w:proofErr w:type="spellStart"/>
      <w:r w:rsidRPr="00CA7D6F">
        <w:rPr>
          <w:rFonts w:ascii="Sylfaen" w:hAnsi="Sylfaen" w:cs="Sylfaen"/>
          <w:sz w:val="18"/>
          <w:szCs w:val="18"/>
        </w:rPr>
        <w:t>ასეთის</w:t>
      </w:r>
      <w:proofErr w:type="spellEnd"/>
      <w:r w:rsidRPr="00CA7D6F">
        <w:rPr>
          <w:rFonts w:ascii="Sylfaen" w:hAnsi="Sylfaen" w:cs="Sylfaen"/>
          <w:sz w:val="18"/>
          <w:szCs w:val="18"/>
        </w:rPr>
        <w:t xml:space="preserve"> </w:t>
      </w:r>
      <w:proofErr w:type="spellStart"/>
      <w:r w:rsidRPr="00CA7D6F">
        <w:rPr>
          <w:rFonts w:ascii="Sylfaen" w:hAnsi="Sylfaen" w:cs="Sylfaen"/>
          <w:sz w:val="18"/>
          <w:szCs w:val="18"/>
        </w:rPr>
        <w:t>არსებობის</w:t>
      </w:r>
      <w:proofErr w:type="spellEnd"/>
      <w:r w:rsidRPr="00CA7D6F">
        <w:rPr>
          <w:rFonts w:ascii="Sylfaen" w:hAnsi="Sylfaen" w:cs="Sylfaen"/>
          <w:sz w:val="18"/>
          <w:szCs w:val="18"/>
        </w:rPr>
        <w:t xml:space="preserve"> </w:t>
      </w:r>
      <w:proofErr w:type="spellStart"/>
      <w:r w:rsidRPr="00CA7D6F">
        <w:rPr>
          <w:rFonts w:ascii="Sylfaen" w:hAnsi="Sylfaen" w:cs="Sylfaen"/>
          <w:sz w:val="18"/>
          <w:szCs w:val="18"/>
        </w:rPr>
        <w:t>შემთხვევაში</w:t>
      </w:r>
      <w:proofErr w:type="spellEnd"/>
      <w:r w:rsidRPr="00CA7D6F">
        <w:rPr>
          <w:rFonts w:ascii="Sylfaen" w:hAnsi="Sylfaen" w:cs="Sylfaen"/>
          <w:sz w:val="18"/>
          <w:szCs w:val="18"/>
        </w:rPr>
        <w:t>);</w:t>
      </w:r>
    </w:p>
    <w:p w14:paraId="790C1ED5" w14:textId="29DBDEAB" w:rsidR="00CA7D6F" w:rsidRDefault="00CA7D6F" w:rsidP="00CA7D6F">
      <w:pPr>
        <w:pStyle w:val="ListParagraph"/>
        <w:rPr>
          <w:rFonts w:ascii="Sylfaen" w:hAnsi="Sylfaen" w:cs="Sylfaen"/>
          <w:sz w:val="18"/>
          <w:szCs w:val="18"/>
        </w:rPr>
      </w:pPr>
      <w:proofErr w:type="spellStart"/>
      <w:r w:rsidRPr="00CA7D6F">
        <w:rPr>
          <w:rFonts w:ascii="Sylfaen" w:hAnsi="Sylfaen" w:cs="Sylfaen"/>
          <w:sz w:val="18"/>
          <w:szCs w:val="18"/>
        </w:rPr>
        <w:t>დანართი</w:t>
      </w:r>
      <w:proofErr w:type="spellEnd"/>
      <w:r w:rsidRPr="00CA7D6F">
        <w:rPr>
          <w:rFonts w:ascii="Sylfaen" w:hAnsi="Sylfaen" w:cs="Sylfaen"/>
          <w:sz w:val="18"/>
          <w:szCs w:val="18"/>
        </w:rPr>
        <w:t xml:space="preserve"> №</w:t>
      </w:r>
      <w:r>
        <w:rPr>
          <w:rFonts w:ascii="Sylfaen" w:hAnsi="Sylfaen" w:cs="Sylfaen"/>
          <w:sz w:val="18"/>
          <w:szCs w:val="18"/>
        </w:rPr>
        <w:t>3</w:t>
      </w:r>
      <w:r w:rsidRPr="00CA7D6F">
        <w:rPr>
          <w:rFonts w:ascii="Sylfaen" w:hAnsi="Sylfaen" w:cs="Sylfaen"/>
          <w:sz w:val="18"/>
          <w:szCs w:val="18"/>
        </w:rPr>
        <w:t xml:space="preserve"> - </w:t>
      </w:r>
      <w:proofErr w:type="spellStart"/>
      <w:r w:rsidRPr="00CA7D6F">
        <w:rPr>
          <w:rFonts w:ascii="Sylfaen" w:hAnsi="Sylfaen" w:cs="Sylfaen"/>
          <w:sz w:val="18"/>
          <w:szCs w:val="18"/>
        </w:rPr>
        <w:t>სამუშაოთა</w:t>
      </w:r>
      <w:proofErr w:type="spellEnd"/>
      <w:r w:rsidRPr="00CA7D6F">
        <w:rPr>
          <w:rFonts w:ascii="Sylfaen" w:hAnsi="Sylfaen" w:cs="Sylfaen"/>
          <w:sz w:val="18"/>
          <w:szCs w:val="18"/>
        </w:rPr>
        <w:t xml:space="preserve"> </w:t>
      </w:r>
      <w:proofErr w:type="spellStart"/>
      <w:r w:rsidRPr="00CA7D6F">
        <w:rPr>
          <w:rFonts w:ascii="Sylfaen" w:hAnsi="Sylfaen" w:cs="Sylfaen"/>
          <w:sz w:val="18"/>
          <w:szCs w:val="18"/>
        </w:rPr>
        <w:t>წარმოების</w:t>
      </w:r>
      <w:proofErr w:type="spellEnd"/>
      <w:r w:rsidRPr="00CA7D6F">
        <w:rPr>
          <w:rFonts w:ascii="Sylfaen" w:hAnsi="Sylfaen" w:cs="Sylfaen"/>
          <w:sz w:val="18"/>
          <w:szCs w:val="18"/>
        </w:rPr>
        <w:t xml:space="preserve"> </w:t>
      </w:r>
      <w:proofErr w:type="spellStart"/>
      <w:r w:rsidRPr="00CA7D6F">
        <w:rPr>
          <w:rFonts w:ascii="Sylfaen" w:hAnsi="Sylfaen" w:cs="Sylfaen"/>
          <w:sz w:val="18"/>
          <w:szCs w:val="18"/>
        </w:rPr>
        <w:t>კალენდარული</w:t>
      </w:r>
      <w:proofErr w:type="spellEnd"/>
      <w:r w:rsidRPr="00CA7D6F">
        <w:rPr>
          <w:rFonts w:ascii="Sylfaen" w:hAnsi="Sylfaen" w:cs="Sylfaen"/>
          <w:sz w:val="18"/>
          <w:szCs w:val="18"/>
        </w:rPr>
        <w:t xml:space="preserve"> </w:t>
      </w:r>
      <w:proofErr w:type="spellStart"/>
      <w:r w:rsidRPr="00CA7D6F">
        <w:rPr>
          <w:rFonts w:ascii="Sylfaen" w:hAnsi="Sylfaen" w:cs="Sylfaen"/>
          <w:sz w:val="18"/>
          <w:szCs w:val="18"/>
        </w:rPr>
        <w:t>გეგმა-გრაფიკი</w:t>
      </w:r>
      <w:proofErr w:type="spellEnd"/>
      <w:r w:rsidRPr="00CA7D6F">
        <w:rPr>
          <w:rFonts w:ascii="Sylfaen" w:hAnsi="Sylfaen" w:cs="Sylfaen"/>
          <w:sz w:val="18"/>
          <w:szCs w:val="18"/>
        </w:rPr>
        <w:t>;</w:t>
      </w:r>
    </w:p>
    <w:p w14:paraId="6BFCAFB3" w14:textId="7EA38950" w:rsidR="00CA7D6F" w:rsidRPr="00CA7D6F" w:rsidRDefault="00CA7D6F" w:rsidP="00CA7D6F">
      <w:pPr>
        <w:pStyle w:val="ListParagraph"/>
        <w:rPr>
          <w:rFonts w:ascii="Sylfaen" w:hAnsi="Sylfaen" w:cs="Sylfaen"/>
          <w:sz w:val="18"/>
          <w:szCs w:val="18"/>
        </w:rPr>
      </w:pPr>
      <w:proofErr w:type="spellStart"/>
      <w:r w:rsidRPr="00CA7D6F">
        <w:rPr>
          <w:rFonts w:ascii="Sylfaen" w:hAnsi="Sylfaen" w:cs="Sylfaen"/>
          <w:sz w:val="18"/>
          <w:szCs w:val="18"/>
        </w:rPr>
        <w:t>დანართი</w:t>
      </w:r>
      <w:proofErr w:type="spellEnd"/>
      <w:r w:rsidRPr="00CA7D6F">
        <w:rPr>
          <w:rFonts w:ascii="Sylfaen" w:hAnsi="Sylfaen" w:cs="Sylfaen"/>
          <w:sz w:val="18"/>
          <w:szCs w:val="18"/>
        </w:rPr>
        <w:t xml:space="preserve"> №</w:t>
      </w:r>
      <w:r>
        <w:rPr>
          <w:rFonts w:ascii="Sylfaen" w:hAnsi="Sylfaen" w:cs="Sylfaen"/>
          <w:sz w:val="18"/>
          <w:szCs w:val="18"/>
        </w:rPr>
        <w:t xml:space="preserve">4 </w:t>
      </w:r>
      <w:r w:rsidRPr="00CA7D6F">
        <w:rPr>
          <w:rFonts w:ascii="Sylfaen" w:hAnsi="Sylfaen" w:cs="Sylfaen"/>
          <w:sz w:val="18"/>
          <w:szCs w:val="18"/>
        </w:rPr>
        <w:t xml:space="preserve">- </w:t>
      </w:r>
      <w:proofErr w:type="spellStart"/>
      <w:r w:rsidRPr="00CA7D6F">
        <w:rPr>
          <w:rFonts w:ascii="Sylfaen" w:hAnsi="Sylfaen" w:cs="Sylfaen"/>
          <w:sz w:val="18"/>
          <w:szCs w:val="18"/>
        </w:rPr>
        <w:t>ფინანსური</w:t>
      </w:r>
      <w:proofErr w:type="spellEnd"/>
      <w:r w:rsidRPr="00CA7D6F">
        <w:rPr>
          <w:rFonts w:ascii="Sylfaen" w:hAnsi="Sylfaen" w:cs="Sylfaen"/>
          <w:sz w:val="18"/>
          <w:szCs w:val="18"/>
        </w:rPr>
        <w:t xml:space="preserve"> </w:t>
      </w:r>
      <w:proofErr w:type="spellStart"/>
      <w:r w:rsidRPr="00CA7D6F">
        <w:rPr>
          <w:rFonts w:ascii="Sylfaen" w:hAnsi="Sylfaen" w:cs="Sylfaen"/>
          <w:sz w:val="18"/>
          <w:szCs w:val="18"/>
        </w:rPr>
        <w:t>გრაფიკი</w:t>
      </w:r>
      <w:proofErr w:type="spellEnd"/>
      <w:r w:rsidRPr="00CA7D6F">
        <w:rPr>
          <w:rFonts w:ascii="Sylfaen" w:hAnsi="Sylfaen" w:cs="Sylfaen"/>
          <w:sz w:val="18"/>
          <w:szCs w:val="18"/>
        </w:rPr>
        <w:t xml:space="preserve"> (</w:t>
      </w:r>
      <w:proofErr w:type="spellStart"/>
      <w:r w:rsidRPr="00CA7D6F">
        <w:rPr>
          <w:rFonts w:ascii="Sylfaen" w:hAnsi="Sylfaen" w:cs="Sylfaen"/>
          <w:sz w:val="18"/>
          <w:szCs w:val="18"/>
        </w:rPr>
        <w:t>ნიმუში</w:t>
      </w:r>
      <w:proofErr w:type="spellEnd"/>
      <w:r w:rsidRPr="00CA7D6F">
        <w:rPr>
          <w:rFonts w:ascii="Sylfaen" w:hAnsi="Sylfaen" w:cs="Sylfaen"/>
          <w:sz w:val="18"/>
          <w:szCs w:val="18"/>
        </w:rPr>
        <w:t>);</w:t>
      </w:r>
    </w:p>
    <w:p w14:paraId="1856CB95" w14:textId="0C2766BA" w:rsidR="00CA7D6F" w:rsidRPr="00CA7D6F" w:rsidRDefault="00A74260" w:rsidP="00CA7D6F">
      <w:pPr>
        <w:pStyle w:val="ListParagraph"/>
        <w:rPr>
          <w:rFonts w:ascii="Sylfaen" w:hAnsi="Sylfaen" w:cs="Sylfaen"/>
          <w:sz w:val="18"/>
          <w:szCs w:val="18"/>
        </w:rPr>
      </w:pPr>
      <w:proofErr w:type="spellStart"/>
      <w:r w:rsidRPr="00CA7D6F">
        <w:rPr>
          <w:rFonts w:ascii="Sylfaen" w:hAnsi="Sylfaen" w:cs="Sylfaen"/>
          <w:sz w:val="18"/>
          <w:szCs w:val="18"/>
        </w:rPr>
        <w:t>დანართი</w:t>
      </w:r>
      <w:proofErr w:type="spellEnd"/>
      <w:r w:rsidRPr="00CA7D6F">
        <w:rPr>
          <w:rFonts w:cstheme="majorHAnsi"/>
          <w:sz w:val="18"/>
          <w:szCs w:val="18"/>
        </w:rPr>
        <w:t xml:space="preserve"> №</w:t>
      </w:r>
      <w:r w:rsidR="00CA7D6F">
        <w:rPr>
          <w:rFonts w:cstheme="majorHAnsi"/>
          <w:sz w:val="18"/>
          <w:szCs w:val="18"/>
        </w:rPr>
        <w:t>5</w:t>
      </w:r>
      <w:r w:rsidR="00CA7D6F">
        <w:rPr>
          <w:rFonts w:ascii="Sylfaen" w:hAnsi="Sylfaen" w:cstheme="majorHAnsi"/>
          <w:sz w:val="18"/>
          <w:szCs w:val="18"/>
          <w:lang w:val="ka-GE"/>
        </w:rPr>
        <w:t xml:space="preserve"> </w:t>
      </w:r>
      <w:r w:rsidR="00CA7D6F" w:rsidRPr="00CA7D6F">
        <w:rPr>
          <w:rFonts w:ascii="Sylfaen" w:hAnsi="Sylfaen" w:cs="Sylfaen"/>
          <w:sz w:val="18"/>
          <w:szCs w:val="18"/>
        </w:rPr>
        <w:t>-</w:t>
      </w:r>
      <w:r w:rsidR="00CA7D6F">
        <w:rPr>
          <w:rFonts w:ascii="Sylfaen" w:hAnsi="Sylfaen" w:cs="Sylfaen"/>
          <w:sz w:val="18"/>
          <w:szCs w:val="18"/>
        </w:rPr>
        <w:t xml:space="preserve"> </w:t>
      </w:r>
      <w:proofErr w:type="spellStart"/>
      <w:r w:rsidRPr="00CA7D6F">
        <w:rPr>
          <w:rFonts w:ascii="Sylfaen" w:hAnsi="Sylfaen" w:cs="Sylfaen"/>
          <w:sz w:val="18"/>
          <w:szCs w:val="18"/>
        </w:rPr>
        <w:t>შესრულების</w:t>
      </w:r>
      <w:proofErr w:type="spellEnd"/>
      <w:r w:rsidRPr="00CA7D6F">
        <w:rPr>
          <w:rFonts w:cstheme="majorHAnsi"/>
          <w:sz w:val="18"/>
          <w:szCs w:val="18"/>
        </w:rPr>
        <w:t xml:space="preserve"> </w:t>
      </w:r>
      <w:proofErr w:type="spellStart"/>
      <w:r w:rsidRPr="00CA7D6F">
        <w:rPr>
          <w:rFonts w:ascii="Sylfaen" w:hAnsi="Sylfaen" w:cs="Sylfaen"/>
          <w:sz w:val="18"/>
          <w:szCs w:val="18"/>
        </w:rPr>
        <w:t>ფორმა</w:t>
      </w:r>
      <w:proofErr w:type="spellEnd"/>
      <w:r w:rsidRPr="00CA7D6F">
        <w:rPr>
          <w:rFonts w:cstheme="majorHAnsi"/>
          <w:sz w:val="18"/>
          <w:szCs w:val="18"/>
        </w:rPr>
        <w:t xml:space="preserve"> N2 </w:t>
      </w:r>
      <w:proofErr w:type="spellStart"/>
      <w:r w:rsidRPr="00CA7D6F">
        <w:rPr>
          <w:rFonts w:ascii="Sylfaen" w:hAnsi="Sylfaen" w:cs="Sylfaen"/>
          <w:sz w:val="18"/>
          <w:szCs w:val="18"/>
        </w:rPr>
        <w:t>და</w:t>
      </w:r>
      <w:proofErr w:type="spellEnd"/>
      <w:r w:rsidRPr="00CA7D6F">
        <w:rPr>
          <w:rFonts w:cstheme="majorHAnsi"/>
          <w:sz w:val="18"/>
          <w:szCs w:val="18"/>
        </w:rPr>
        <w:t xml:space="preserve"> </w:t>
      </w:r>
      <w:proofErr w:type="spellStart"/>
      <w:r w:rsidRPr="00CA7D6F">
        <w:rPr>
          <w:rFonts w:ascii="Sylfaen" w:hAnsi="Sylfaen" w:cs="Sylfaen"/>
          <w:sz w:val="18"/>
          <w:szCs w:val="18"/>
        </w:rPr>
        <w:t>ფორმა</w:t>
      </w:r>
      <w:proofErr w:type="spellEnd"/>
      <w:r w:rsidRPr="00CA7D6F">
        <w:rPr>
          <w:rFonts w:cstheme="majorHAnsi"/>
          <w:sz w:val="18"/>
          <w:szCs w:val="18"/>
        </w:rPr>
        <w:t xml:space="preserve"> N3 </w:t>
      </w:r>
      <w:r w:rsidR="00651E52" w:rsidRPr="00CA7D6F">
        <w:rPr>
          <w:rFonts w:ascii="Sylfaen" w:hAnsi="Sylfaen" w:cstheme="majorHAnsi"/>
          <w:sz w:val="18"/>
          <w:szCs w:val="18"/>
          <w:lang w:val="ka-GE"/>
        </w:rPr>
        <w:t>(</w:t>
      </w:r>
      <w:proofErr w:type="spellStart"/>
      <w:r w:rsidRPr="00CA7D6F">
        <w:rPr>
          <w:rFonts w:ascii="Sylfaen" w:hAnsi="Sylfaen" w:cs="Sylfaen"/>
          <w:sz w:val="18"/>
          <w:szCs w:val="18"/>
        </w:rPr>
        <w:t>ნიმუში</w:t>
      </w:r>
      <w:proofErr w:type="spellEnd"/>
      <w:r w:rsidR="00651E52" w:rsidRPr="00CA7D6F">
        <w:rPr>
          <w:rFonts w:ascii="Sylfaen" w:hAnsi="Sylfaen" w:cs="Sylfaen"/>
          <w:sz w:val="18"/>
          <w:szCs w:val="18"/>
          <w:lang w:val="ka-GE"/>
        </w:rPr>
        <w:t>)</w:t>
      </w:r>
      <w:r w:rsidRPr="00CA7D6F">
        <w:rPr>
          <w:rFonts w:cstheme="majorHAnsi"/>
          <w:sz w:val="18"/>
          <w:szCs w:val="18"/>
        </w:rPr>
        <w:t>;</w:t>
      </w:r>
    </w:p>
    <w:p w14:paraId="39DECCF0" w14:textId="314FCC26" w:rsidR="004B6084" w:rsidRPr="00D73BDF" w:rsidRDefault="00A74260" w:rsidP="00CA7D6F">
      <w:pPr>
        <w:pStyle w:val="ListParagraph"/>
        <w:rPr>
          <w:rFonts w:cstheme="majorHAnsi"/>
          <w:sz w:val="18"/>
          <w:szCs w:val="18"/>
        </w:rPr>
      </w:pPr>
      <w:proofErr w:type="spellStart"/>
      <w:r w:rsidRPr="00CA7D6F">
        <w:rPr>
          <w:rFonts w:ascii="Sylfaen" w:hAnsi="Sylfaen" w:cs="Sylfaen"/>
          <w:sz w:val="18"/>
          <w:szCs w:val="18"/>
        </w:rPr>
        <w:t>დანართი</w:t>
      </w:r>
      <w:proofErr w:type="spellEnd"/>
      <w:r w:rsidRPr="00CA7D6F">
        <w:rPr>
          <w:rFonts w:ascii="Sylfaen" w:hAnsi="Sylfaen" w:cs="Sylfaen"/>
          <w:sz w:val="18"/>
          <w:szCs w:val="18"/>
        </w:rPr>
        <w:t xml:space="preserve"> №</w:t>
      </w:r>
      <w:r w:rsidR="00CA7D6F">
        <w:rPr>
          <w:rFonts w:ascii="Sylfaen" w:hAnsi="Sylfaen" w:cs="Sylfaen"/>
          <w:sz w:val="18"/>
          <w:szCs w:val="18"/>
        </w:rPr>
        <w:t xml:space="preserve">6 </w:t>
      </w:r>
      <w:r w:rsidRPr="00CA7D6F">
        <w:rPr>
          <w:rFonts w:ascii="Sylfaen" w:hAnsi="Sylfaen" w:cs="Sylfaen"/>
          <w:sz w:val="18"/>
          <w:szCs w:val="18"/>
        </w:rPr>
        <w:t xml:space="preserve">- </w:t>
      </w:r>
      <w:proofErr w:type="spellStart"/>
      <w:r w:rsidRPr="00CA7D6F">
        <w:rPr>
          <w:rFonts w:ascii="Sylfaen" w:hAnsi="Sylfaen" w:cs="Sylfaen"/>
          <w:sz w:val="18"/>
          <w:szCs w:val="18"/>
        </w:rPr>
        <w:t>ფარული</w:t>
      </w:r>
      <w:proofErr w:type="spellEnd"/>
      <w:r w:rsidRPr="00CA7D6F">
        <w:rPr>
          <w:rFonts w:ascii="Sylfaen" w:hAnsi="Sylfaen" w:cs="Sylfaen"/>
          <w:sz w:val="18"/>
          <w:szCs w:val="18"/>
        </w:rPr>
        <w:t xml:space="preserve"> </w:t>
      </w:r>
      <w:proofErr w:type="spellStart"/>
      <w:r w:rsidRPr="00CA7D6F">
        <w:rPr>
          <w:rFonts w:ascii="Sylfaen" w:hAnsi="Sylfaen" w:cs="Sylfaen"/>
          <w:sz w:val="18"/>
          <w:szCs w:val="18"/>
        </w:rPr>
        <w:t>სამუშაოების</w:t>
      </w:r>
      <w:proofErr w:type="spellEnd"/>
      <w:r w:rsidRPr="00CA7D6F">
        <w:rPr>
          <w:rFonts w:ascii="Sylfaen" w:hAnsi="Sylfaen" w:cs="Sylfaen"/>
          <w:sz w:val="18"/>
          <w:szCs w:val="18"/>
        </w:rPr>
        <w:t xml:space="preserve"> </w:t>
      </w:r>
      <w:proofErr w:type="spellStart"/>
      <w:r w:rsidRPr="00CA7D6F">
        <w:rPr>
          <w:rFonts w:ascii="Sylfaen" w:hAnsi="Sylfaen" w:cs="Sylfaen"/>
          <w:sz w:val="18"/>
          <w:szCs w:val="18"/>
        </w:rPr>
        <w:t>აქტის</w:t>
      </w:r>
      <w:proofErr w:type="spellEnd"/>
      <w:r w:rsidRPr="00CA7D6F">
        <w:rPr>
          <w:rFonts w:ascii="Sylfaen" w:hAnsi="Sylfaen" w:cs="Sylfaen"/>
          <w:sz w:val="18"/>
          <w:szCs w:val="18"/>
        </w:rPr>
        <w:t xml:space="preserve"> </w:t>
      </w:r>
      <w:proofErr w:type="spellStart"/>
      <w:r w:rsidRPr="00CA7D6F">
        <w:rPr>
          <w:rFonts w:ascii="Sylfaen" w:hAnsi="Sylfaen" w:cs="Sylfaen"/>
          <w:sz w:val="18"/>
          <w:szCs w:val="18"/>
        </w:rPr>
        <w:t>ფორმა</w:t>
      </w:r>
      <w:proofErr w:type="spellEnd"/>
      <w:r w:rsidRPr="00CA7D6F">
        <w:rPr>
          <w:rFonts w:ascii="Sylfaen" w:hAnsi="Sylfaen" w:cs="Sylfaen"/>
          <w:sz w:val="18"/>
          <w:szCs w:val="18"/>
        </w:rPr>
        <w:t xml:space="preserve"> </w:t>
      </w:r>
      <w:r w:rsidR="00651E52" w:rsidRPr="00CA7D6F">
        <w:rPr>
          <w:rFonts w:ascii="Sylfaen" w:hAnsi="Sylfaen" w:cs="Sylfaen"/>
          <w:sz w:val="18"/>
          <w:szCs w:val="18"/>
        </w:rPr>
        <w:t>(</w:t>
      </w:r>
      <w:proofErr w:type="spellStart"/>
      <w:r w:rsidRPr="00CA7D6F">
        <w:rPr>
          <w:rFonts w:ascii="Sylfaen" w:hAnsi="Sylfaen" w:cs="Sylfaen"/>
          <w:sz w:val="18"/>
          <w:szCs w:val="18"/>
        </w:rPr>
        <w:t>ნიმუში</w:t>
      </w:r>
      <w:proofErr w:type="spellEnd"/>
      <w:r w:rsidR="00651E52" w:rsidRPr="00CA7D6F">
        <w:rPr>
          <w:rFonts w:ascii="Sylfaen" w:hAnsi="Sylfaen" w:cs="Sylfaen"/>
          <w:sz w:val="18"/>
          <w:szCs w:val="18"/>
        </w:rPr>
        <w:t>)</w:t>
      </w:r>
      <w:r w:rsidRPr="00CA7D6F">
        <w:rPr>
          <w:rFonts w:ascii="Sylfaen" w:hAnsi="Sylfaen" w:cs="Sylfaen"/>
          <w:sz w:val="18"/>
          <w:szCs w:val="18"/>
        </w:rPr>
        <w:t>;</w:t>
      </w:r>
      <w:r w:rsidR="00D73BDF" w:rsidRPr="00CA7D6F">
        <w:rPr>
          <w:rFonts w:ascii="Sylfaen" w:hAnsi="Sylfaen" w:cs="Sylfaen"/>
          <w:sz w:val="18"/>
          <w:szCs w:val="18"/>
        </w:rPr>
        <w:br/>
      </w:r>
      <w:proofErr w:type="spellStart"/>
      <w:r w:rsidR="00CA7D6F" w:rsidRPr="00CA7D6F">
        <w:rPr>
          <w:rFonts w:ascii="Sylfaen" w:hAnsi="Sylfaen" w:cs="Sylfaen"/>
          <w:sz w:val="18"/>
          <w:szCs w:val="18"/>
        </w:rPr>
        <w:t>დანართი</w:t>
      </w:r>
      <w:proofErr w:type="spellEnd"/>
      <w:r w:rsidR="00CA7D6F" w:rsidRPr="00CA7D6F">
        <w:rPr>
          <w:rFonts w:ascii="Sylfaen" w:hAnsi="Sylfaen" w:cs="Sylfaen"/>
          <w:sz w:val="18"/>
          <w:szCs w:val="18"/>
        </w:rPr>
        <w:t xml:space="preserve"> №</w:t>
      </w:r>
      <w:r w:rsidR="00CA7D6F">
        <w:rPr>
          <w:rFonts w:ascii="Sylfaen" w:hAnsi="Sylfaen" w:cs="Sylfaen"/>
          <w:sz w:val="18"/>
          <w:szCs w:val="18"/>
        </w:rPr>
        <w:t>7</w:t>
      </w:r>
      <w:r w:rsidR="00CA7D6F" w:rsidRPr="00CA7D6F">
        <w:rPr>
          <w:rFonts w:ascii="Sylfaen" w:hAnsi="Sylfaen" w:cs="Sylfaen"/>
          <w:sz w:val="18"/>
          <w:szCs w:val="18"/>
        </w:rPr>
        <w:t xml:space="preserve"> - </w:t>
      </w:r>
      <w:proofErr w:type="spellStart"/>
      <w:r w:rsidR="00CA7D6F" w:rsidRPr="00CA7D6F">
        <w:rPr>
          <w:rFonts w:ascii="Sylfaen" w:hAnsi="Sylfaen" w:cs="Sylfaen"/>
          <w:sz w:val="18"/>
          <w:szCs w:val="18"/>
        </w:rPr>
        <w:t>საპროექტო</w:t>
      </w:r>
      <w:proofErr w:type="spellEnd"/>
      <w:r w:rsidR="00CA7D6F" w:rsidRPr="00CA7D6F">
        <w:rPr>
          <w:rFonts w:ascii="Sylfaen" w:hAnsi="Sylfaen" w:cs="Sylfaen"/>
          <w:sz w:val="18"/>
          <w:szCs w:val="18"/>
        </w:rPr>
        <w:t xml:space="preserve"> </w:t>
      </w:r>
      <w:proofErr w:type="spellStart"/>
      <w:r w:rsidR="00CA7D6F" w:rsidRPr="00CA7D6F">
        <w:rPr>
          <w:rFonts w:ascii="Sylfaen" w:hAnsi="Sylfaen" w:cs="Sylfaen"/>
          <w:sz w:val="18"/>
          <w:szCs w:val="18"/>
        </w:rPr>
        <w:t>დოკუმენტაცია</w:t>
      </w:r>
      <w:proofErr w:type="spellEnd"/>
      <w:r w:rsidR="00CA7D6F" w:rsidRPr="00CA7D6F">
        <w:rPr>
          <w:rFonts w:ascii="Sylfaen" w:hAnsi="Sylfaen" w:cs="Sylfaen"/>
          <w:sz w:val="18"/>
          <w:szCs w:val="18"/>
        </w:rPr>
        <w:t>;</w:t>
      </w:r>
      <w:r w:rsidR="00CA7D6F" w:rsidRPr="00CA7D6F">
        <w:rPr>
          <w:rFonts w:ascii="Sylfaen" w:hAnsi="Sylfaen" w:cs="Sylfaen"/>
          <w:b/>
          <w:bCs/>
          <w:sz w:val="18"/>
          <w:szCs w:val="18"/>
        </w:rPr>
        <w:br/>
      </w:r>
      <w:r w:rsidR="00D73BDF">
        <w:rPr>
          <w:rFonts w:cstheme="majorHAnsi"/>
          <w:sz w:val="18"/>
          <w:szCs w:val="18"/>
        </w:rPr>
        <w:br/>
      </w:r>
      <w:r w:rsidR="00D73BDF">
        <w:rPr>
          <w:rFonts w:cstheme="majorHAnsi"/>
          <w:sz w:val="18"/>
          <w:szCs w:val="18"/>
        </w:rPr>
        <w:br/>
      </w:r>
    </w:p>
    <w:p w14:paraId="086B6A21" w14:textId="269BAC70" w:rsidR="0081109E" w:rsidRPr="0081109E" w:rsidRDefault="00A74260" w:rsidP="00185C20">
      <w:pPr>
        <w:pStyle w:val="ListParagraph"/>
        <w:numPr>
          <w:ilvl w:val="0"/>
          <w:numId w:val="13"/>
        </w:numPr>
        <w:jc w:val="both"/>
        <w:rPr>
          <w:rFonts w:cstheme="majorHAnsi"/>
          <w:b/>
          <w:bCs/>
        </w:rPr>
      </w:pPr>
      <w:proofErr w:type="spellStart"/>
      <w:r w:rsidRPr="0081109E">
        <w:rPr>
          <w:rFonts w:ascii="Sylfaen" w:hAnsi="Sylfaen" w:cs="Sylfaen"/>
          <w:b/>
          <w:bCs/>
        </w:rPr>
        <w:t>მხარეთა</w:t>
      </w:r>
      <w:proofErr w:type="spellEnd"/>
      <w:r w:rsidRPr="0081109E">
        <w:rPr>
          <w:rFonts w:cstheme="majorHAnsi"/>
          <w:b/>
          <w:bCs/>
        </w:rPr>
        <w:t xml:space="preserve"> </w:t>
      </w:r>
      <w:proofErr w:type="spellStart"/>
      <w:r w:rsidRPr="0081109E">
        <w:rPr>
          <w:rFonts w:ascii="Sylfaen" w:hAnsi="Sylfaen" w:cs="Sylfaen"/>
          <w:b/>
          <w:bCs/>
        </w:rPr>
        <w:t>ვალდებულებები</w:t>
      </w:r>
      <w:proofErr w:type="spellEnd"/>
    </w:p>
    <w:p w14:paraId="126BF5FB" w14:textId="77777777" w:rsidR="0081109E" w:rsidRPr="00CE1C44" w:rsidRDefault="00A74260" w:rsidP="00185C20">
      <w:pPr>
        <w:pStyle w:val="ListParagraph"/>
        <w:numPr>
          <w:ilvl w:val="1"/>
          <w:numId w:val="13"/>
        </w:numPr>
        <w:jc w:val="both"/>
        <w:rPr>
          <w:rFonts w:cstheme="majorHAnsi"/>
          <w:b/>
          <w:bCs/>
          <w:sz w:val="18"/>
          <w:szCs w:val="18"/>
        </w:rPr>
      </w:pPr>
      <w:proofErr w:type="spellStart"/>
      <w:r w:rsidRPr="00CE1C44">
        <w:rPr>
          <w:rFonts w:ascii="Sylfaen" w:hAnsi="Sylfaen" w:cs="Sylfaen"/>
          <w:b/>
          <w:bCs/>
          <w:sz w:val="18"/>
          <w:szCs w:val="18"/>
        </w:rPr>
        <w:t>დამკვეთი</w:t>
      </w:r>
      <w:proofErr w:type="spellEnd"/>
      <w:r w:rsidRPr="00CE1C44">
        <w:rPr>
          <w:rFonts w:cstheme="majorHAnsi"/>
          <w:b/>
          <w:bCs/>
          <w:sz w:val="18"/>
          <w:szCs w:val="18"/>
        </w:rPr>
        <w:t xml:space="preserve"> </w:t>
      </w:r>
      <w:proofErr w:type="spellStart"/>
      <w:r w:rsidRPr="00CE1C44">
        <w:rPr>
          <w:rFonts w:ascii="Sylfaen" w:hAnsi="Sylfaen" w:cs="Sylfaen"/>
          <w:b/>
          <w:bCs/>
          <w:sz w:val="18"/>
          <w:szCs w:val="18"/>
        </w:rPr>
        <w:t>ვალდებულია</w:t>
      </w:r>
      <w:proofErr w:type="spellEnd"/>
      <w:r w:rsidRPr="00CE1C44">
        <w:rPr>
          <w:rFonts w:cstheme="majorHAnsi"/>
          <w:b/>
          <w:bCs/>
          <w:sz w:val="18"/>
          <w:szCs w:val="18"/>
        </w:rPr>
        <w:t>:</w:t>
      </w:r>
    </w:p>
    <w:p w14:paraId="1B2DC872" w14:textId="2C0368E9" w:rsidR="005D2B7E" w:rsidRPr="001361AE" w:rsidRDefault="0081109E" w:rsidP="005D2B7E">
      <w:pPr>
        <w:ind w:left="360"/>
        <w:jc w:val="both"/>
        <w:rPr>
          <w:rFonts w:cstheme="majorHAnsi"/>
          <w:sz w:val="18"/>
          <w:szCs w:val="18"/>
          <w:lang w:val="ru-RU"/>
        </w:rPr>
      </w:pPr>
      <w:r w:rsidRPr="0081109E">
        <w:rPr>
          <w:rFonts w:ascii="Sylfaen" w:hAnsi="Sylfaen" w:cstheme="majorHAnsi"/>
          <w:sz w:val="18"/>
          <w:szCs w:val="18"/>
          <w:lang w:val="ka-GE"/>
        </w:rPr>
        <w:t>3.1.1</w:t>
      </w:r>
      <w:r w:rsidRPr="0081109E">
        <w:rPr>
          <w:rFonts w:ascii="Sylfaen" w:hAnsi="Sylfaen" w:cstheme="majorHAnsi"/>
          <w:b/>
          <w:bCs/>
          <w:sz w:val="18"/>
          <w:szCs w:val="18"/>
          <w:lang w:val="ka-GE"/>
        </w:rPr>
        <w:t>.</w:t>
      </w:r>
      <w:r w:rsidR="00CE1C44">
        <w:rPr>
          <w:rFonts w:ascii="Sylfaen" w:hAnsi="Sylfaen" w:cstheme="majorHAnsi"/>
          <w:b/>
          <w:bCs/>
          <w:sz w:val="18"/>
          <w:szCs w:val="18"/>
          <w:lang w:val="ka-GE"/>
        </w:rPr>
        <w:t xml:space="preserve"> </w:t>
      </w:r>
      <w:proofErr w:type="spellStart"/>
      <w:r w:rsidR="00A74260" w:rsidRPr="0081109E">
        <w:rPr>
          <w:rFonts w:ascii="Sylfaen" w:hAnsi="Sylfaen" w:cs="Sylfaen"/>
          <w:sz w:val="18"/>
          <w:szCs w:val="18"/>
        </w:rPr>
        <w:t>ხელშეკრულების</w:t>
      </w:r>
      <w:proofErr w:type="spellEnd"/>
      <w:r w:rsidR="00A74260" w:rsidRPr="0081109E">
        <w:rPr>
          <w:rFonts w:cstheme="majorHAnsi"/>
          <w:sz w:val="18"/>
          <w:szCs w:val="18"/>
        </w:rPr>
        <w:t xml:space="preserve"> </w:t>
      </w:r>
      <w:proofErr w:type="spellStart"/>
      <w:r w:rsidR="00A74260" w:rsidRPr="0081109E">
        <w:rPr>
          <w:rFonts w:ascii="Sylfaen" w:hAnsi="Sylfaen" w:cs="Sylfaen"/>
          <w:sz w:val="18"/>
          <w:szCs w:val="18"/>
        </w:rPr>
        <w:t>გაფორმებიდან</w:t>
      </w:r>
      <w:proofErr w:type="spellEnd"/>
      <w:r w:rsidR="00A74260" w:rsidRPr="0081109E">
        <w:rPr>
          <w:rFonts w:cstheme="majorHAnsi"/>
          <w:sz w:val="18"/>
          <w:szCs w:val="18"/>
        </w:rPr>
        <w:t xml:space="preserve"> </w:t>
      </w:r>
      <w:r w:rsidR="00216493">
        <w:rPr>
          <w:rFonts w:ascii="Sylfaen" w:hAnsi="Sylfaen" w:cstheme="majorHAnsi"/>
          <w:sz w:val="18"/>
          <w:szCs w:val="18"/>
          <w:lang w:val="ka-GE"/>
        </w:rPr>
        <w:t xml:space="preserve">7 </w:t>
      </w:r>
      <w:r w:rsidR="006C464D" w:rsidRPr="0081109E">
        <w:rPr>
          <w:rFonts w:cstheme="majorHAnsi"/>
          <w:sz w:val="18"/>
          <w:szCs w:val="18"/>
        </w:rPr>
        <w:t>(</w:t>
      </w:r>
      <w:r w:rsidR="00216493">
        <w:rPr>
          <w:rFonts w:ascii="Sylfaen" w:hAnsi="Sylfaen" w:cstheme="majorHAnsi"/>
          <w:sz w:val="18"/>
          <w:szCs w:val="18"/>
          <w:lang w:val="ka-GE"/>
        </w:rPr>
        <w:t>შვიდი</w:t>
      </w:r>
      <w:r w:rsidR="006C464D" w:rsidRPr="0081109E">
        <w:rPr>
          <w:rFonts w:cstheme="majorHAnsi"/>
          <w:sz w:val="18"/>
          <w:szCs w:val="18"/>
        </w:rPr>
        <w:t xml:space="preserve">) </w:t>
      </w:r>
      <w:proofErr w:type="spellStart"/>
      <w:r w:rsidR="00A74260" w:rsidRPr="0081109E">
        <w:rPr>
          <w:rFonts w:ascii="Sylfaen" w:hAnsi="Sylfaen" w:cs="Sylfaen"/>
          <w:sz w:val="18"/>
          <w:szCs w:val="18"/>
        </w:rPr>
        <w:t>კალენდარული</w:t>
      </w:r>
      <w:proofErr w:type="spellEnd"/>
      <w:r w:rsidR="00A74260" w:rsidRPr="0081109E">
        <w:rPr>
          <w:rFonts w:cstheme="majorHAnsi"/>
          <w:sz w:val="18"/>
          <w:szCs w:val="18"/>
        </w:rPr>
        <w:t xml:space="preserve"> </w:t>
      </w:r>
      <w:proofErr w:type="spellStart"/>
      <w:r w:rsidR="00A74260" w:rsidRPr="0081109E">
        <w:rPr>
          <w:rFonts w:ascii="Sylfaen" w:hAnsi="Sylfaen" w:cs="Sylfaen"/>
          <w:sz w:val="18"/>
          <w:szCs w:val="18"/>
        </w:rPr>
        <w:t>დღის</w:t>
      </w:r>
      <w:proofErr w:type="spellEnd"/>
      <w:r w:rsidR="00A74260" w:rsidRPr="0081109E">
        <w:rPr>
          <w:rFonts w:cstheme="majorHAnsi"/>
          <w:sz w:val="18"/>
          <w:szCs w:val="18"/>
        </w:rPr>
        <w:t xml:space="preserve"> </w:t>
      </w:r>
      <w:proofErr w:type="spellStart"/>
      <w:r w:rsidR="00A74260" w:rsidRPr="0081109E">
        <w:rPr>
          <w:rFonts w:ascii="Sylfaen" w:hAnsi="Sylfaen" w:cs="Sylfaen"/>
          <w:sz w:val="18"/>
          <w:szCs w:val="18"/>
        </w:rPr>
        <w:t>განმავლობაში</w:t>
      </w:r>
      <w:proofErr w:type="spellEnd"/>
      <w:r w:rsidR="00A74260" w:rsidRPr="0081109E">
        <w:rPr>
          <w:rFonts w:cstheme="majorHAnsi"/>
          <w:sz w:val="18"/>
          <w:szCs w:val="18"/>
        </w:rPr>
        <w:t xml:space="preserve"> </w:t>
      </w:r>
      <w:proofErr w:type="spellStart"/>
      <w:r w:rsidR="00A74260" w:rsidRPr="0081109E">
        <w:rPr>
          <w:rFonts w:ascii="Sylfaen" w:hAnsi="Sylfaen" w:cs="Sylfaen"/>
          <w:sz w:val="18"/>
          <w:szCs w:val="18"/>
        </w:rPr>
        <w:t>უზრუნველყოს</w:t>
      </w:r>
      <w:proofErr w:type="spellEnd"/>
      <w:r w:rsidR="00D04F2A">
        <w:rPr>
          <w:rFonts w:ascii="Sylfaen" w:hAnsi="Sylfaen" w:cs="Sylfaen"/>
          <w:sz w:val="18"/>
          <w:szCs w:val="18"/>
          <w:lang w:val="ka-GE"/>
        </w:rPr>
        <w:t xml:space="preserve"> </w:t>
      </w:r>
      <w:r w:rsidR="001E6721">
        <w:rPr>
          <w:rFonts w:ascii="Sylfaen" w:hAnsi="Sylfaen" w:cs="Sylfaen"/>
          <w:sz w:val="18"/>
          <w:szCs w:val="18"/>
          <w:lang w:val="ka-GE"/>
        </w:rPr>
        <w:t>სამუშაო</w:t>
      </w:r>
      <w:r w:rsidR="00A74260" w:rsidRPr="0081109E">
        <w:rPr>
          <w:rFonts w:cstheme="majorHAnsi"/>
          <w:sz w:val="18"/>
          <w:szCs w:val="18"/>
        </w:rPr>
        <w:t xml:space="preserve"> </w:t>
      </w:r>
      <w:proofErr w:type="spellStart"/>
      <w:r w:rsidR="00A74260" w:rsidRPr="0081109E">
        <w:rPr>
          <w:rFonts w:ascii="Sylfaen" w:hAnsi="Sylfaen" w:cs="Sylfaen"/>
          <w:sz w:val="18"/>
          <w:szCs w:val="18"/>
        </w:rPr>
        <w:t>მოედნის</w:t>
      </w:r>
      <w:proofErr w:type="spellEnd"/>
      <w:r w:rsidR="00A74260" w:rsidRPr="0081109E">
        <w:rPr>
          <w:rFonts w:cstheme="majorHAnsi"/>
          <w:sz w:val="18"/>
          <w:szCs w:val="18"/>
        </w:rPr>
        <w:t xml:space="preserve"> </w:t>
      </w:r>
      <w:proofErr w:type="spellStart"/>
      <w:r w:rsidR="00A74260" w:rsidRPr="0081109E">
        <w:rPr>
          <w:rFonts w:ascii="Sylfaen" w:hAnsi="Sylfaen" w:cs="Sylfaen"/>
          <w:sz w:val="18"/>
          <w:szCs w:val="18"/>
        </w:rPr>
        <w:t>სათანადო</w:t>
      </w:r>
      <w:proofErr w:type="spellEnd"/>
      <w:r w:rsidR="00A74260" w:rsidRPr="0081109E">
        <w:rPr>
          <w:rFonts w:cstheme="majorHAnsi"/>
          <w:sz w:val="18"/>
          <w:szCs w:val="18"/>
        </w:rPr>
        <w:t xml:space="preserve"> </w:t>
      </w:r>
      <w:proofErr w:type="spellStart"/>
      <w:r w:rsidR="00A74260" w:rsidRPr="0081109E">
        <w:rPr>
          <w:rFonts w:ascii="Sylfaen" w:hAnsi="Sylfaen" w:cs="Sylfaen"/>
          <w:sz w:val="18"/>
          <w:szCs w:val="18"/>
        </w:rPr>
        <w:t>გამოყოფა</w:t>
      </w:r>
      <w:r w:rsidR="00A74260" w:rsidRPr="0081109E">
        <w:rPr>
          <w:rFonts w:cstheme="majorHAnsi"/>
          <w:sz w:val="18"/>
          <w:szCs w:val="18"/>
        </w:rPr>
        <w:t>-</w:t>
      </w:r>
      <w:r w:rsidR="00A74260" w:rsidRPr="0081109E">
        <w:rPr>
          <w:rFonts w:ascii="Sylfaen" w:hAnsi="Sylfaen" w:cs="Sylfaen"/>
          <w:sz w:val="18"/>
          <w:szCs w:val="18"/>
        </w:rPr>
        <w:t>გამონთავისუფლება</w:t>
      </w:r>
      <w:proofErr w:type="spellEnd"/>
      <w:r w:rsidR="00A74260" w:rsidRPr="0081109E">
        <w:rPr>
          <w:rFonts w:cstheme="majorHAnsi"/>
          <w:sz w:val="18"/>
          <w:szCs w:val="18"/>
        </w:rPr>
        <w:t xml:space="preserve"> </w:t>
      </w:r>
      <w:proofErr w:type="spellStart"/>
      <w:r w:rsidR="00A74260" w:rsidRPr="0081109E">
        <w:rPr>
          <w:rFonts w:ascii="Sylfaen" w:hAnsi="Sylfaen" w:cs="Sylfaen"/>
          <w:sz w:val="18"/>
          <w:szCs w:val="18"/>
        </w:rPr>
        <w:t>და</w:t>
      </w:r>
      <w:proofErr w:type="spellEnd"/>
      <w:r w:rsidR="00A74260" w:rsidRPr="0081109E">
        <w:rPr>
          <w:rFonts w:cstheme="majorHAnsi"/>
          <w:sz w:val="18"/>
          <w:szCs w:val="18"/>
        </w:rPr>
        <w:t xml:space="preserve"> </w:t>
      </w:r>
      <w:proofErr w:type="spellStart"/>
      <w:r w:rsidR="00A74260" w:rsidRPr="0081109E">
        <w:rPr>
          <w:rFonts w:ascii="Sylfaen" w:hAnsi="Sylfaen" w:cs="Sylfaen"/>
          <w:sz w:val="18"/>
          <w:szCs w:val="18"/>
        </w:rPr>
        <w:t>მენარდისთვის</w:t>
      </w:r>
      <w:proofErr w:type="spellEnd"/>
      <w:r w:rsidR="00A74260" w:rsidRPr="0081109E">
        <w:rPr>
          <w:rFonts w:cstheme="majorHAnsi"/>
          <w:sz w:val="18"/>
          <w:szCs w:val="18"/>
        </w:rPr>
        <w:t xml:space="preserve"> </w:t>
      </w:r>
      <w:proofErr w:type="spellStart"/>
      <w:r w:rsidR="00A74260" w:rsidRPr="0081109E">
        <w:rPr>
          <w:rFonts w:ascii="Sylfaen" w:hAnsi="Sylfaen" w:cs="Sylfaen"/>
          <w:sz w:val="18"/>
          <w:szCs w:val="18"/>
        </w:rPr>
        <w:t>გადაცემა</w:t>
      </w:r>
      <w:proofErr w:type="spellEnd"/>
      <w:r w:rsidR="00A74260" w:rsidRPr="0081109E">
        <w:rPr>
          <w:rFonts w:cstheme="majorHAnsi"/>
          <w:sz w:val="18"/>
          <w:szCs w:val="18"/>
        </w:rPr>
        <w:t xml:space="preserve">. </w:t>
      </w:r>
      <w:proofErr w:type="spellStart"/>
      <w:r w:rsidR="00A74260" w:rsidRPr="0081109E">
        <w:rPr>
          <w:rFonts w:ascii="Sylfaen" w:hAnsi="Sylfaen" w:cs="Sylfaen"/>
          <w:sz w:val="18"/>
          <w:szCs w:val="18"/>
        </w:rPr>
        <w:t>მოედნის</w:t>
      </w:r>
      <w:proofErr w:type="spellEnd"/>
      <w:r w:rsidR="00A74260" w:rsidRPr="0081109E">
        <w:rPr>
          <w:rFonts w:cstheme="majorHAnsi"/>
          <w:sz w:val="18"/>
          <w:szCs w:val="18"/>
        </w:rPr>
        <w:t xml:space="preserve"> </w:t>
      </w:r>
      <w:proofErr w:type="spellStart"/>
      <w:r w:rsidR="00A74260" w:rsidRPr="0081109E">
        <w:rPr>
          <w:rFonts w:ascii="Sylfaen" w:hAnsi="Sylfaen" w:cs="Sylfaen"/>
          <w:sz w:val="18"/>
          <w:szCs w:val="18"/>
        </w:rPr>
        <w:t>გადაცემა</w:t>
      </w:r>
      <w:proofErr w:type="spellEnd"/>
      <w:r w:rsidR="00A74260" w:rsidRPr="0081109E">
        <w:rPr>
          <w:rFonts w:cstheme="majorHAnsi"/>
          <w:sz w:val="18"/>
          <w:szCs w:val="18"/>
        </w:rPr>
        <w:t xml:space="preserve"> </w:t>
      </w:r>
      <w:proofErr w:type="spellStart"/>
      <w:r w:rsidR="00A74260" w:rsidRPr="0081109E">
        <w:rPr>
          <w:rFonts w:ascii="Sylfaen" w:hAnsi="Sylfaen" w:cs="Sylfaen"/>
          <w:sz w:val="18"/>
          <w:szCs w:val="18"/>
        </w:rPr>
        <w:t>უნდა</w:t>
      </w:r>
      <w:proofErr w:type="spellEnd"/>
      <w:r w:rsidR="00A74260" w:rsidRPr="0081109E">
        <w:rPr>
          <w:rFonts w:cstheme="majorHAnsi"/>
          <w:sz w:val="18"/>
          <w:szCs w:val="18"/>
        </w:rPr>
        <w:t xml:space="preserve"> </w:t>
      </w:r>
      <w:proofErr w:type="spellStart"/>
      <w:r w:rsidR="00A74260" w:rsidRPr="0081109E">
        <w:rPr>
          <w:rFonts w:ascii="Sylfaen" w:hAnsi="Sylfaen" w:cs="Sylfaen"/>
          <w:sz w:val="18"/>
          <w:szCs w:val="18"/>
        </w:rPr>
        <w:t>გაფორმდეს</w:t>
      </w:r>
      <w:proofErr w:type="spellEnd"/>
      <w:r w:rsidR="00A74260" w:rsidRPr="0081109E">
        <w:rPr>
          <w:rFonts w:cstheme="majorHAnsi"/>
          <w:sz w:val="18"/>
          <w:szCs w:val="18"/>
        </w:rPr>
        <w:t xml:space="preserve"> </w:t>
      </w:r>
      <w:proofErr w:type="spellStart"/>
      <w:r w:rsidR="00A74260" w:rsidRPr="0081109E">
        <w:rPr>
          <w:rFonts w:ascii="Sylfaen" w:hAnsi="Sylfaen" w:cs="Sylfaen"/>
          <w:sz w:val="18"/>
          <w:szCs w:val="18"/>
        </w:rPr>
        <w:t>მიღება</w:t>
      </w:r>
      <w:r w:rsidR="00A74260" w:rsidRPr="0081109E">
        <w:rPr>
          <w:rFonts w:cstheme="majorHAnsi"/>
          <w:sz w:val="18"/>
          <w:szCs w:val="18"/>
        </w:rPr>
        <w:t>-</w:t>
      </w:r>
      <w:r w:rsidR="00A74260" w:rsidRPr="0081109E">
        <w:rPr>
          <w:rFonts w:ascii="Sylfaen" w:hAnsi="Sylfaen" w:cs="Sylfaen"/>
          <w:sz w:val="18"/>
          <w:szCs w:val="18"/>
        </w:rPr>
        <w:t>ჩაბარების</w:t>
      </w:r>
      <w:proofErr w:type="spellEnd"/>
      <w:r w:rsidR="00A74260" w:rsidRPr="0081109E">
        <w:rPr>
          <w:rFonts w:cstheme="majorHAnsi"/>
          <w:sz w:val="18"/>
          <w:szCs w:val="18"/>
        </w:rPr>
        <w:t xml:space="preserve"> </w:t>
      </w:r>
      <w:proofErr w:type="spellStart"/>
      <w:r w:rsidR="00A74260" w:rsidRPr="0081109E">
        <w:rPr>
          <w:rFonts w:ascii="Sylfaen" w:hAnsi="Sylfaen" w:cs="Sylfaen"/>
          <w:sz w:val="18"/>
          <w:szCs w:val="18"/>
        </w:rPr>
        <w:t>აქტის</w:t>
      </w:r>
      <w:proofErr w:type="spellEnd"/>
      <w:r w:rsidR="00A74260" w:rsidRPr="0081109E">
        <w:rPr>
          <w:rFonts w:cstheme="majorHAnsi"/>
          <w:sz w:val="18"/>
          <w:szCs w:val="18"/>
        </w:rPr>
        <w:t xml:space="preserve"> </w:t>
      </w:r>
      <w:proofErr w:type="spellStart"/>
      <w:r w:rsidR="00A74260" w:rsidRPr="0081109E">
        <w:rPr>
          <w:rFonts w:ascii="Sylfaen" w:hAnsi="Sylfaen" w:cs="Sylfaen"/>
          <w:sz w:val="18"/>
          <w:szCs w:val="18"/>
        </w:rPr>
        <w:t>გაფორმებით</w:t>
      </w:r>
      <w:proofErr w:type="spellEnd"/>
      <w:r w:rsidR="00A74260" w:rsidRPr="0081109E">
        <w:rPr>
          <w:rFonts w:cstheme="majorHAnsi"/>
          <w:sz w:val="18"/>
          <w:szCs w:val="18"/>
        </w:rPr>
        <w:t xml:space="preserve">. </w:t>
      </w:r>
      <w:proofErr w:type="spellStart"/>
      <w:r w:rsidR="00A74260" w:rsidRPr="0081109E">
        <w:rPr>
          <w:rFonts w:ascii="Sylfaen" w:hAnsi="Sylfaen" w:cs="Sylfaen"/>
          <w:sz w:val="18"/>
          <w:szCs w:val="18"/>
        </w:rPr>
        <w:t>დამკვეთის</w:t>
      </w:r>
      <w:proofErr w:type="spellEnd"/>
      <w:r w:rsidR="00A74260" w:rsidRPr="0081109E">
        <w:rPr>
          <w:rFonts w:cstheme="majorHAnsi"/>
          <w:sz w:val="18"/>
          <w:szCs w:val="18"/>
        </w:rPr>
        <w:t xml:space="preserve"> </w:t>
      </w:r>
      <w:proofErr w:type="spellStart"/>
      <w:r w:rsidR="00A74260" w:rsidRPr="0081109E">
        <w:rPr>
          <w:rFonts w:ascii="Sylfaen" w:hAnsi="Sylfaen" w:cs="Sylfaen"/>
          <w:sz w:val="18"/>
          <w:szCs w:val="18"/>
        </w:rPr>
        <w:t>მიერ</w:t>
      </w:r>
      <w:proofErr w:type="spellEnd"/>
      <w:r w:rsidR="00A74260" w:rsidRPr="0081109E">
        <w:rPr>
          <w:rFonts w:cstheme="majorHAnsi"/>
          <w:sz w:val="18"/>
          <w:szCs w:val="18"/>
        </w:rPr>
        <w:t xml:space="preserve">, </w:t>
      </w:r>
      <w:proofErr w:type="spellStart"/>
      <w:r w:rsidR="00A74260" w:rsidRPr="0081109E">
        <w:rPr>
          <w:rFonts w:ascii="Sylfaen" w:hAnsi="Sylfaen" w:cs="Sylfaen"/>
          <w:sz w:val="18"/>
          <w:szCs w:val="18"/>
        </w:rPr>
        <w:t>აღნიშნული</w:t>
      </w:r>
      <w:proofErr w:type="spellEnd"/>
      <w:r w:rsidR="00A74260" w:rsidRPr="0081109E">
        <w:rPr>
          <w:rFonts w:cstheme="majorHAnsi"/>
          <w:sz w:val="18"/>
          <w:szCs w:val="18"/>
        </w:rPr>
        <w:t xml:space="preserve"> </w:t>
      </w:r>
      <w:proofErr w:type="spellStart"/>
      <w:r w:rsidR="00A74260" w:rsidRPr="0081109E">
        <w:rPr>
          <w:rFonts w:ascii="Sylfaen" w:hAnsi="Sylfaen" w:cs="Sylfaen"/>
          <w:sz w:val="18"/>
          <w:szCs w:val="18"/>
        </w:rPr>
        <w:t>ვადის</w:t>
      </w:r>
      <w:proofErr w:type="spellEnd"/>
      <w:r w:rsidR="00A74260" w:rsidRPr="0081109E">
        <w:rPr>
          <w:rFonts w:cstheme="majorHAnsi"/>
          <w:sz w:val="18"/>
          <w:szCs w:val="18"/>
        </w:rPr>
        <w:t xml:space="preserve"> </w:t>
      </w:r>
      <w:proofErr w:type="spellStart"/>
      <w:r w:rsidR="00A74260" w:rsidRPr="0081109E">
        <w:rPr>
          <w:rFonts w:ascii="Sylfaen" w:hAnsi="Sylfaen" w:cs="Sylfaen"/>
          <w:sz w:val="18"/>
          <w:szCs w:val="18"/>
        </w:rPr>
        <w:t>გადაცილების</w:t>
      </w:r>
      <w:proofErr w:type="spellEnd"/>
      <w:r w:rsidR="00A74260" w:rsidRPr="0081109E">
        <w:rPr>
          <w:rFonts w:cstheme="majorHAnsi"/>
          <w:sz w:val="18"/>
          <w:szCs w:val="18"/>
        </w:rPr>
        <w:t xml:space="preserve"> </w:t>
      </w:r>
      <w:proofErr w:type="spellStart"/>
      <w:r w:rsidR="00A74260" w:rsidRPr="0081109E">
        <w:rPr>
          <w:rFonts w:ascii="Sylfaen" w:hAnsi="Sylfaen" w:cs="Sylfaen"/>
          <w:sz w:val="18"/>
          <w:szCs w:val="18"/>
        </w:rPr>
        <w:t>შემთხვევაში</w:t>
      </w:r>
      <w:proofErr w:type="spellEnd"/>
      <w:r w:rsidR="00A74260" w:rsidRPr="0081109E">
        <w:rPr>
          <w:rFonts w:cstheme="majorHAnsi"/>
          <w:sz w:val="18"/>
          <w:szCs w:val="18"/>
        </w:rPr>
        <w:t xml:space="preserve">, </w:t>
      </w:r>
      <w:proofErr w:type="spellStart"/>
      <w:r w:rsidR="00A74260" w:rsidRPr="0081109E">
        <w:rPr>
          <w:rFonts w:ascii="Sylfaen" w:hAnsi="Sylfaen" w:cs="Sylfaen"/>
          <w:sz w:val="18"/>
          <w:szCs w:val="18"/>
        </w:rPr>
        <w:t>მენარდის</w:t>
      </w:r>
      <w:proofErr w:type="spellEnd"/>
      <w:r w:rsidR="00A74260" w:rsidRPr="0081109E">
        <w:rPr>
          <w:rFonts w:cstheme="majorHAnsi"/>
          <w:sz w:val="18"/>
          <w:szCs w:val="18"/>
        </w:rPr>
        <w:t xml:space="preserve"> </w:t>
      </w:r>
      <w:proofErr w:type="spellStart"/>
      <w:r w:rsidR="00A74260" w:rsidRPr="0081109E">
        <w:rPr>
          <w:rFonts w:ascii="Sylfaen" w:hAnsi="Sylfaen" w:cs="Sylfaen"/>
          <w:sz w:val="18"/>
          <w:szCs w:val="18"/>
        </w:rPr>
        <w:t>მიერ</w:t>
      </w:r>
      <w:proofErr w:type="spellEnd"/>
      <w:r w:rsidR="00A74260" w:rsidRPr="0081109E">
        <w:rPr>
          <w:rFonts w:cstheme="majorHAnsi"/>
          <w:sz w:val="18"/>
          <w:szCs w:val="18"/>
        </w:rPr>
        <w:t xml:space="preserve"> </w:t>
      </w:r>
      <w:proofErr w:type="spellStart"/>
      <w:r w:rsidR="00A74260" w:rsidRPr="0081109E">
        <w:rPr>
          <w:rFonts w:ascii="Sylfaen" w:hAnsi="Sylfaen" w:cs="Sylfaen"/>
          <w:sz w:val="18"/>
          <w:szCs w:val="18"/>
        </w:rPr>
        <w:t>შესასრულებელი</w:t>
      </w:r>
      <w:proofErr w:type="spellEnd"/>
      <w:r w:rsidR="00A74260" w:rsidRPr="0081109E">
        <w:rPr>
          <w:rFonts w:cstheme="majorHAnsi"/>
          <w:sz w:val="18"/>
          <w:szCs w:val="18"/>
        </w:rPr>
        <w:t xml:space="preserve"> </w:t>
      </w:r>
      <w:proofErr w:type="spellStart"/>
      <w:r w:rsidR="00A74260" w:rsidRPr="0081109E">
        <w:rPr>
          <w:rFonts w:ascii="Sylfaen" w:hAnsi="Sylfaen" w:cs="Sylfaen"/>
          <w:sz w:val="18"/>
          <w:szCs w:val="18"/>
        </w:rPr>
        <w:t>სამუშაოების</w:t>
      </w:r>
      <w:proofErr w:type="spellEnd"/>
      <w:r w:rsidR="00A74260" w:rsidRPr="0081109E">
        <w:rPr>
          <w:rFonts w:cstheme="majorHAnsi"/>
          <w:sz w:val="18"/>
          <w:szCs w:val="18"/>
        </w:rPr>
        <w:t xml:space="preserve"> </w:t>
      </w:r>
      <w:proofErr w:type="spellStart"/>
      <w:r w:rsidR="00A74260" w:rsidRPr="0081109E">
        <w:rPr>
          <w:rFonts w:ascii="Sylfaen" w:hAnsi="Sylfaen" w:cs="Sylfaen"/>
          <w:sz w:val="18"/>
          <w:szCs w:val="18"/>
        </w:rPr>
        <w:t>დასრულების</w:t>
      </w:r>
      <w:proofErr w:type="spellEnd"/>
      <w:r w:rsidR="00A74260" w:rsidRPr="0081109E">
        <w:rPr>
          <w:rFonts w:cstheme="majorHAnsi"/>
          <w:sz w:val="18"/>
          <w:szCs w:val="18"/>
        </w:rPr>
        <w:t xml:space="preserve"> </w:t>
      </w:r>
      <w:proofErr w:type="spellStart"/>
      <w:r w:rsidR="00A74260" w:rsidRPr="0081109E">
        <w:rPr>
          <w:rFonts w:ascii="Sylfaen" w:hAnsi="Sylfaen" w:cs="Sylfaen"/>
          <w:sz w:val="18"/>
          <w:szCs w:val="18"/>
        </w:rPr>
        <w:t>ვადა</w:t>
      </w:r>
      <w:proofErr w:type="spellEnd"/>
      <w:r w:rsidR="00A74260" w:rsidRPr="0081109E">
        <w:rPr>
          <w:rFonts w:cstheme="majorHAnsi"/>
          <w:sz w:val="18"/>
          <w:szCs w:val="18"/>
        </w:rPr>
        <w:t xml:space="preserve"> </w:t>
      </w:r>
      <w:proofErr w:type="spellStart"/>
      <w:r w:rsidR="00A74260" w:rsidRPr="0081109E">
        <w:rPr>
          <w:rFonts w:ascii="Sylfaen" w:hAnsi="Sylfaen" w:cs="Sylfaen"/>
          <w:sz w:val="18"/>
          <w:szCs w:val="18"/>
        </w:rPr>
        <w:t>გადაიწევა</w:t>
      </w:r>
      <w:proofErr w:type="spellEnd"/>
      <w:r w:rsidR="00A74260" w:rsidRPr="0081109E">
        <w:rPr>
          <w:rFonts w:cstheme="majorHAnsi"/>
          <w:sz w:val="18"/>
          <w:szCs w:val="18"/>
        </w:rPr>
        <w:t xml:space="preserve"> </w:t>
      </w:r>
      <w:proofErr w:type="spellStart"/>
      <w:r w:rsidR="00A74260" w:rsidRPr="0081109E">
        <w:rPr>
          <w:rFonts w:ascii="Sylfaen" w:hAnsi="Sylfaen" w:cs="Sylfaen"/>
          <w:sz w:val="18"/>
          <w:szCs w:val="18"/>
        </w:rPr>
        <w:t>პროპორციულად</w:t>
      </w:r>
      <w:proofErr w:type="spellEnd"/>
      <w:r w:rsidR="00A74260" w:rsidRPr="0081109E">
        <w:rPr>
          <w:rFonts w:cstheme="majorHAnsi"/>
          <w:sz w:val="18"/>
          <w:szCs w:val="18"/>
        </w:rPr>
        <w:t>.</w:t>
      </w:r>
      <w:r>
        <w:rPr>
          <w:rFonts w:cstheme="majorHAnsi"/>
          <w:b/>
          <w:bCs/>
          <w:sz w:val="18"/>
          <w:szCs w:val="18"/>
        </w:rPr>
        <w:br/>
      </w:r>
      <w:r>
        <w:rPr>
          <w:rFonts w:ascii="Sylfaen" w:hAnsi="Sylfaen" w:cs="Sylfaen"/>
          <w:sz w:val="18"/>
          <w:szCs w:val="18"/>
          <w:lang w:val="ka-GE"/>
        </w:rPr>
        <w:lastRenderedPageBreak/>
        <w:t xml:space="preserve">         </w:t>
      </w:r>
      <w:r w:rsidRPr="0081109E">
        <w:rPr>
          <w:rFonts w:ascii="Sylfaen" w:hAnsi="Sylfaen" w:cs="Sylfaen"/>
          <w:sz w:val="18"/>
          <w:szCs w:val="18"/>
          <w:lang w:val="ka-GE"/>
        </w:rPr>
        <w:t>3</w:t>
      </w:r>
      <w:r w:rsidRPr="0081109E">
        <w:rPr>
          <w:rFonts w:ascii="Sylfaen" w:hAnsi="Sylfaen" w:cs="Sylfaen"/>
          <w:sz w:val="18"/>
          <w:szCs w:val="18"/>
        </w:rPr>
        <w:t>.</w:t>
      </w:r>
      <w:r w:rsidRPr="0081109E">
        <w:rPr>
          <w:rFonts w:ascii="Sylfaen" w:hAnsi="Sylfaen" w:cs="Sylfaen"/>
          <w:sz w:val="18"/>
          <w:szCs w:val="18"/>
          <w:lang w:val="ka-GE"/>
        </w:rPr>
        <w:t>1.1.1.</w:t>
      </w:r>
      <w:r w:rsidR="001E6721">
        <w:rPr>
          <w:rFonts w:ascii="Sylfaen" w:hAnsi="Sylfaen" w:cs="Sylfaen"/>
          <w:sz w:val="18"/>
          <w:szCs w:val="18"/>
          <w:lang w:val="ka-GE"/>
        </w:rPr>
        <w:t xml:space="preserve"> სამშენებლო</w:t>
      </w:r>
      <w:r w:rsidR="00A74260" w:rsidRPr="0081109E">
        <w:rPr>
          <w:rFonts w:cstheme="majorHAnsi"/>
          <w:sz w:val="18"/>
          <w:szCs w:val="18"/>
        </w:rPr>
        <w:t xml:space="preserve"> </w:t>
      </w:r>
      <w:proofErr w:type="spellStart"/>
      <w:r w:rsidR="00A74260" w:rsidRPr="0081109E">
        <w:rPr>
          <w:rFonts w:ascii="Sylfaen" w:hAnsi="Sylfaen" w:cs="Sylfaen"/>
          <w:sz w:val="18"/>
          <w:szCs w:val="18"/>
        </w:rPr>
        <w:t>ტერიტორიის</w:t>
      </w:r>
      <w:proofErr w:type="spellEnd"/>
      <w:r w:rsidR="00A74260" w:rsidRPr="0081109E">
        <w:rPr>
          <w:rFonts w:cstheme="majorHAnsi"/>
          <w:sz w:val="18"/>
          <w:szCs w:val="18"/>
        </w:rPr>
        <w:t xml:space="preserve"> </w:t>
      </w:r>
      <w:proofErr w:type="spellStart"/>
      <w:r w:rsidR="00A74260" w:rsidRPr="0081109E">
        <w:rPr>
          <w:rFonts w:ascii="Sylfaen" w:hAnsi="Sylfaen" w:cs="Sylfaen"/>
          <w:sz w:val="18"/>
          <w:szCs w:val="18"/>
        </w:rPr>
        <w:t>გამოყოფა</w:t>
      </w:r>
      <w:r w:rsidR="00A74260" w:rsidRPr="0081109E">
        <w:rPr>
          <w:rFonts w:cstheme="majorHAnsi"/>
          <w:sz w:val="18"/>
          <w:szCs w:val="18"/>
        </w:rPr>
        <w:t>-</w:t>
      </w:r>
      <w:r w:rsidR="00A74260" w:rsidRPr="0081109E">
        <w:rPr>
          <w:rFonts w:ascii="Sylfaen" w:hAnsi="Sylfaen" w:cs="Sylfaen"/>
          <w:sz w:val="18"/>
          <w:szCs w:val="18"/>
        </w:rPr>
        <w:t>გამონთავისუფლებაში</w:t>
      </w:r>
      <w:proofErr w:type="spellEnd"/>
      <w:r w:rsidR="00A74260" w:rsidRPr="0081109E">
        <w:rPr>
          <w:rFonts w:cstheme="majorHAnsi"/>
          <w:sz w:val="18"/>
          <w:szCs w:val="18"/>
        </w:rPr>
        <w:t xml:space="preserve"> </w:t>
      </w:r>
      <w:proofErr w:type="spellStart"/>
      <w:r w:rsidR="00A74260" w:rsidRPr="0081109E">
        <w:rPr>
          <w:rFonts w:ascii="Sylfaen" w:hAnsi="Sylfaen" w:cs="Sylfaen"/>
          <w:sz w:val="18"/>
          <w:szCs w:val="18"/>
        </w:rPr>
        <w:t>იგულისხმება</w:t>
      </w:r>
      <w:proofErr w:type="spellEnd"/>
      <w:r w:rsidR="00A74260" w:rsidRPr="0081109E">
        <w:rPr>
          <w:rFonts w:cstheme="majorHAnsi"/>
          <w:sz w:val="18"/>
          <w:szCs w:val="18"/>
        </w:rPr>
        <w:t xml:space="preserve"> </w:t>
      </w:r>
      <w:proofErr w:type="spellStart"/>
      <w:r w:rsidR="00A74260" w:rsidRPr="0081109E">
        <w:rPr>
          <w:rFonts w:ascii="Sylfaen" w:hAnsi="Sylfaen" w:cs="Sylfaen"/>
          <w:sz w:val="18"/>
          <w:szCs w:val="18"/>
        </w:rPr>
        <w:t>დამკვეთის</w:t>
      </w:r>
      <w:proofErr w:type="spellEnd"/>
      <w:r w:rsidR="00A74260" w:rsidRPr="0081109E">
        <w:rPr>
          <w:rFonts w:cstheme="majorHAnsi"/>
          <w:sz w:val="18"/>
          <w:szCs w:val="18"/>
        </w:rPr>
        <w:t xml:space="preserve"> </w:t>
      </w:r>
      <w:proofErr w:type="spellStart"/>
      <w:r w:rsidR="00A74260" w:rsidRPr="0081109E">
        <w:rPr>
          <w:rFonts w:ascii="Sylfaen" w:hAnsi="Sylfaen" w:cs="Sylfaen"/>
          <w:sz w:val="18"/>
          <w:szCs w:val="18"/>
        </w:rPr>
        <w:t>მიერ</w:t>
      </w:r>
      <w:proofErr w:type="spellEnd"/>
      <w:r w:rsidR="00A74260" w:rsidRPr="0081109E">
        <w:rPr>
          <w:rFonts w:cstheme="majorHAnsi"/>
          <w:sz w:val="18"/>
          <w:szCs w:val="18"/>
        </w:rPr>
        <w:t xml:space="preserve"> </w:t>
      </w:r>
      <w:proofErr w:type="spellStart"/>
      <w:r w:rsidR="00A74260" w:rsidRPr="0081109E">
        <w:rPr>
          <w:rFonts w:ascii="Sylfaen" w:hAnsi="Sylfaen" w:cs="Sylfaen"/>
          <w:sz w:val="18"/>
          <w:szCs w:val="18"/>
        </w:rPr>
        <w:t>საკუთარი</w:t>
      </w:r>
      <w:proofErr w:type="spellEnd"/>
      <w:r w:rsidR="00A74260" w:rsidRPr="0081109E">
        <w:rPr>
          <w:rFonts w:cstheme="majorHAnsi"/>
          <w:sz w:val="18"/>
          <w:szCs w:val="18"/>
        </w:rPr>
        <w:t xml:space="preserve"> </w:t>
      </w:r>
      <w:proofErr w:type="spellStart"/>
      <w:r w:rsidR="00A74260" w:rsidRPr="0081109E">
        <w:rPr>
          <w:rFonts w:ascii="Sylfaen" w:hAnsi="Sylfaen" w:cs="Sylfaen"/>
          <w:sz w:val="18"/>
          <w:szCs w:val="18"/>
        </w:rPr>
        <w:t>ძალებით</w:t>
      </w:r>
      <w:proofErr w:type="spellEnd"/>
      <w:r w:rsidR="00A74260" w:rsidRPr="0081109E">
        <w:rPr>
          <w:rFonts w:cstheme="majorHAnsi"/>
          <w:sz w:val="18"/>
          <w:szCs w:val="18"/>
        </w:rPr>
        <w:t xml:space="preserve"> </w:t>
      </w:r>
      <w:proofErr w:type="spellStart"/>
      <w:r w:rsidR="00A74260" w:rsidRPr="0081109E">
        <w:rPr>
          <w:rFonts w:ascii="Sylfaen" w:hAnsi="Sylfaen" w:cs="Sylfaen"/>
          <w:sz w:val="18"/>
          <w:szCs w:val="18"/>
        </w:rPr>
        <w:t>ქვემოთ</w:t>
      </w:r>
      <w:proofErr w:type="spellEnd"/>
      <w:r w:rsidR="00A74260" w:rsidRPr="0081109E">
        <w:rPr>
          <w:rFonts w:cstheme="majorHAnsi"/>
          <w:sz w:val="18"/>
          <w:szCs w:val="18"/>
        </w:rPr>
        <w:t xml:space="preserve"> </w:t>
      </w:r>
      <w:proofErr w:type="spellStart"/>
      <w:r w:rsidR="00A74260" w:rsidRPr="0081109E">
        <w:rPr>
          <w:rFonts w:ascii="Sylfaen" w:hAnsi="Sylfaen" w:cs="Sylfaen"/>
          <w:sz w:val="18"/>
          <w:szCs w:val="18"/>
        </w:rPr>
        <w:t>ჩამოთვლილი</w:t>
      </w:r>
      <w:proofErr w:type="spellEnd"/>
      <w:r w:rsidR="00A74260" w:rsidRPr="0081109E">
        <w:rPr>
          <w:rFonts w:cstheme="majorHAnsi"/>
          <w:sz w:val="18"/>
          <w:szCs w:val="18"/>
        </w:rPr>
        <w:t xml:space="preserve"> </w:t>
      </w:r>
      <w:proofErr w:type="spellStart"/>
      <w:r w:rsidR="00A74260" w:rsidRPr="0081109E">
        <w:rPr>
          <w:rFonts w:ascii="Sylfaen" w:hAnsi="Sylfaen" w:cs="Sylfaen"/>
          <w:sz w:val="18"/>
          <w:szCs w:val="18"/>
        </w:rPr>
        <w:t>მოქმედებების</w:t>
      </w:r>
      <w:proofErr w:type="spellEnd"/>
      <w:r w:rsidR="00A74260" w:rsidRPr="0081109E">
        <w:rPr>
          <w:rFonts w:cstheme="majorHAnsi"/>
          <w:sz w:val="18"/>
          <w:szCs w:val="18"/>
        </w:rPr>
        <w:t xml:space="preserve"> </w:t>
      </w:r>
      <w:proofErr w:type="spellStart"/>
      <w:r w:rsidR="00A74260" w:rsidRPr="0081109E">
        <w:rPr>
          <w:rFonts w:ascii="Sylfaen" w:hAnsi="Sylfaen" w:cs="Sylfaen"/>
          <w:sz w:val="18"/>
          <w:szCs w:val="18"/>
        </w:rPr>
        <w:t>და</w:t>
      </w:r>
      <w:proofErr w:type="spellEnd"/>
      <w:r w:rsidR="00A74260" w:rsidRPr="0081109E">
        <w:rPr>
          <w:rFonts w:cstheme="majorHAnsi"/>
          <w:sz w:val="18"/>
          <w:szCs w:val="18"/>
        </w:rPr>
        <w:t xml:space="preserve"> </w:t>
      </w:r>
      <w:proofErr w:type="spellStart"/>
      <w:r w:rsidR="00A74260" w:rsidRPr="0081109E">
        <w:rPr>
          <w:rFonts w:ascii="Sylfaen" w:hAnsi="Sylfaen" w:cs="Sylfaen"/>
          <w:sz w:val="18"/>
          <w:szCs w:val="18"/>
        </w:rPr>
        <w:t>სამუშაოების</w:t>
      </w:r>
      <w:proofErr w:type="spellEnd"/>
      <w:r w:rsidR="00A74260" w:rsidRPr="0081109E">
        <w:rPr>
          <w:rFonts w:cstheme="majorHAnsi"/>
          <w:sz w:val="18"/>
          <w:szCs w:val="18"/>
        </w:rPr>
        <w:t xml:space="preserve"> </w:t>
      </w:r>
      <w:proofErr w:type="spellStart"/>
      <w:r w:rsidR="00A74260" w:rsidRPr="0081109E">
        <w:rPr>
          <w:rFonts w:ascii="Sylfaen" w:hAnsi="Sylfaen" w:cs="Sylfaen"/>
          <w:sz w:val="18"/>
          <w:szCs w:val="18"/>
        </w:rPr>
        <w:t>შესრულება</w:t>
      </w:r>
      <w:proofErr w:type="spellEnd"/>
      <w:r w:rsidR="00A74260" w:rsidRPr="0081109E">
        <w:rPr>
          <w:rFonts w:cstheme="majorHAnsi"/>
          <w:sz w:val="18"/>
          <w:szCs w:val="18"/>
        </w:rPr>
        <w:t>:</w:t>
      </w:r>
      <w:r>
        <w:rPr>
          <w:rFonts w:cstheme="majorHAnsi"/>
          <w:b/>
          <w:bCs/>
          <w:sz w:val="18"/>
          <w:szCs w:val="18"/>
        </w:rPr>
        <w:br/>
      </w:r>
      <w:r w:rsidR="00A74260" w:rsidRPr="00D73BDF">
        <w:rPr>
          <w:rFonts w:ascii="Sylfaen" w:hAnsi="Sylfaen" w:cs="Sylfaen"/>
          <w:sz w:val="18"/>
          <w:szCs w:val="18"/>
        </w:rPr>
        <w:t>ა</w:t>
      </w:r>
      <w:r w:rsidR="00D001C1">
        <w:rPr>
          <w:rFonts w:ascii="Sylfaen" w:hAnsi="Sylfaen" w:cstheme="majorHAnsi"/>
          <w:sz w:val="18"/>
          <w:szCs w:val="18"/>
          <w:lang w:val="ka-GE"/>
        </w:rPr>
        <w:t>)</w:t>
      </w:r>
      <w:r w:rsidR="00A74260" w:rsidRPr="00D73BDF">
        <w:rPr>
          <w:rFonts w:cstheme="majorHAnsi"/>
          <w:sz w:val="18"/>
          <w:szCs w:val="18"/>
        </w:rPr>
        <w:t xml:space="preserve"> </w:t>
      </w:r>
      <w:proofErr w:type="spellStart"/>
      <w:r w:rsidR="00A74260" w:rsidRPr="00D73BDF">
        <w:rPr>
          <w:rFonts w:ascii="Sylfaen" w:hAnsi="Sylfaen" w:cs="Sylfaen"/>
          <w:sz w:val="18"/>
          <w:szCs w:val="18"/>
        </w:rPr>
        <w:t>მიწისქვეშა</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და</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სხვა</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მოქმედი</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საინჟინრო</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კომუნიკაციების</w:t>
      </w:r>
      <w:proofErr w:type="spellEnd"/>
      <w:r w:rsidR="00A74260" w:rsidRPr="00D73BDF">
        <w:rPr>
          <w:rFonts w:cstheme="majorHAnsi"/>
          <w:sz w:val="18"/>
          <w:szCs w:val="18"/>
        </w:rPr>
        <w:t xml:space="preserve"> </w:t>
      </w:r>
      <w:r w:rsidR="00D001C1">
        <w:rPr>
          <w:rFonts w:ascii="Sylfaen" w:hAnsi="Sylfaen" w:cstheme="majorHAnsi"/>
          <w:sz w:val="18"/>
          <w:szCs w:val="18"/>
          <w:lang w:val="ka-GE"/>
        </w:rPr>
        <w:t>(</w:t>
      </w:r>
      <w:proofErr w:type="spellStart"/>
      <w:r w:rsidR="00A74260" w:rsidRPr="00D73BDF">
        <w:rPr>
          <w:rFonts w:ascii="Sylfaen" w:hAnsi="Sylfaen" w:cs="Sylfaen"/>
          <w:sz w:val="18"/>
          <w:szCs w:val="18"/>
        </w:rPr>
        <w:t>წყალგაყვანილობის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კანალიზაციის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გაზმომარაგების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დაბალი</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და</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მაღალი</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ელ</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გაყვანილობის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სატელეფონო</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კავშირგაბმულობის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და</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სხვა</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ქსელები</w:t>
      </w:r>
      <w:proofErr w:type="spellEnd"/>
      <w:r w:rsidR="00D001C1">
        <w:rPr>
          <w:rFonts w:ascii="Sylfaen" w:hAnsi="Sylfaen" w:cs="Sylfaen"/>
          <w:sz w:val="18"/>
          <w:szCs w:val="18"/>
          <w:lang w:val="ka-GE"/>
        </w:rPr>
        <w:t>)</w:t>
      </w:r>
      <w:r w:rsidR="00A74260" w:rsidRPr="00D73BDF">
        <w:rPr>
          <w:rFonts w:cstheme="majorHAnsi"/>
          <w:sz w:val="18"/>
          <w:szCs w:val="18"/>
        </w:rPr>
        <w:t xml:space="preserve"> </w:t>
      </w:r>
      <w:proofErr w:type="spellStart"/>
      <w:r w:rsidR="00A74260" w:rsidRPr="00D73BDF">
        <w:rPr>
          <w:rFonts w:ascii="Sylfaen" w:hAnsi="Sylfaen" w:cs="Sylfaen"/>
          <w:sz w:val="18"/>
          <w:szCs w:val="18"/>
        </w:rPr>
        <w:t>არსებობის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დაზუსტება</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ადგილობრივი</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თვითმმართველობის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შესაბამის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ორგანოში</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და</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სხვა</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დაინტერესებულ</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პირებთან</w:t>
      </w:r>
      <w:proofErr w:type="spellEnd"/>
      <w:r w:rsidR="00A74260" w:rsidRPr="00D73BDF">
        <w:rPr>
          <w:rFonts w:cstheme="majorHAnsi"/>
          <w:sz w:val="18"/>
          <w:szCs w:val="18"/>
        </w:rPr>
        <w:t xml:space="preserve"> </w:t>
      </w:r>
      <w:r w:rsidR="00C01998">
        <w:rPr>
          <w:rFonts w:ascii="Sylfaen" w:hAnsi="Sylfaen" w:cstheme="majorHAnsi"/>
          <w:sz w:val="18"/>
          <w:szCs w:val="18"/>
          <w:lang w:val="ka-GE"/>
        </w:rPr>
        <w:t>(</w:t>
      </w:r>
      <w:proofErr w:type="spellStart"/>
      <w:r w:rsidR="00A74260" w:rsidRPr="00D73BDF">
        <w:rPr>
          <w:rFonts w:ascii="Sylfaen" w:hAnsi="Sylfaen" w:cs="Sylfaen"/>
          <w:sz w:val="18"/>
          <w:szCs w:val="18"/>
        </w:rPr>
        <w:t>დაწესებულებები</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ორგანოები</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იურიდიული</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თუ</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ფიზიკური</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პირები</w:t>
      </w:r>
      <w:proofErr w:type="spellEnd"/>
      <w:r w:rsidR="00C01998">
        <w:rPr>
          <w:rFonts w:ascii="Sylfaen" w:hAnsi="Sylfaen" w:cs="Sylfaen"/>
          <w:sz w:val="18"/>
          <w:szCs w:val="18"/>
          <w:lang w:val="ka-GE"/>
        </w:rPr>
        <w:t>)</w:t>
      </w:r>
      <w:r w:rsidR="00A74260" w:rsidRPr="00D73BDF">
        <w:rPr>
          <w:rFonts w:cstheme="majorHAnsi"/>
          <w:sz w:val="18"/>
          <w:szCs w:val="18"/>
        </w:rPr>
        <w:t>;</w:t>
      </w:r>
      <w:r w:rsidR="00113891">
        <w:rPr>
          <w:rFonts w:cstheme="majorHAnsi"/>
          <w:b/>
          <w:bCs/>
          <w:sz w:val="18"/>
          <w:szCs w:val="18"/>
        </w:rPr>
        <w:br/>
      </w:r>
      <w:r w:rsidR="00A74260" w:rsidRPr="00026BC1">
        <w:rPr>
          <w:rFonts w:ascii="Sylfaen" w:hAnsi="Sylfaen" w:cs="Sylfaen"/>
          <w:sz w:val="18"/>
          <w:szCs w:val="18"/>
        </w:rPr>
        <w:t>ა</w:t>
      </w:r>
      <w:r w:rsidR="00026BC1">
        <w:rPr>
          <w:rFonts w:ascii="Sylfaen" w:hAnsi="Sylfaen" w:cstheme="majorHAnsi"/>
          <w:sz w:val="18"/>
          <w:szCs w:val="18"/>
          <w:vertAlign w:val="superscript"/>
          <w:lang w:val="ka-GE"/>
        </w:rPr>
        <w:t>1</w:t>
      </w:r>
      <w:r w:rsidR="00C01998">
        <w:rPr>
          <w:rFonts w:ascii="Sylfaen" w:hAnsi="Sylfaen" w:cstheme="majorHAnsi"/>
          <w:sz w:val="18"/>
          <w:szCs w:val="18"/>
          <w:lang w:val="ka-GE"/>
        </w:rPr>
        <w:t>)</w:t>
      </w:r>
      <w:r w:rsidR="001E6721">
        <w:rPr>
          <w:rFonts w:ascii="Sylfaen" w:hAnsi="Sylfaen" w:cstheme="majorHAnsi"/>
          <w:sz w:val="18"/>
          <w:szCs w:val="18"/>
          <w:lang w:val="ka-GE"/>
        </w:rPr>
        <w:t xml:space="preserve"> სამშენებლო</w:t>
      </w:r>
      <w:r w:rsidR="00A74260" w:rsidRPr="00D73BDF">
        <w:rPr>
          <w:rFonts w:cstheme="majorHAnsi"/>
          <w:sz w:val="18"/>
          <w:szCs w:val="18"/>
        </w:rPr>
        <w:t xml:space="preserve"> </w:t>
      </w:r>
      <w:proofErr w:type="spellStart"/>
      <w:r w:rsidR="00A74260" w:rsidRPr="00D73BDF">
        <w:rPr>
          <w:rFonts w:ascii="Sylfaen" w:hAnsi="Sylfaen" w:cs="Sylfaen"/>
          <w:sz w:val="18"/>
          <w:szCs w:val="18"/>
        </w:rPr>
        <w:t>ტერიტორიაზე</w:t>
      </w:r>
      <w:proofErr w:type="spellEnd"/>
      <w:r w:rsidR="00A74260" w:rsidRPr="00D73BDF">
        <w:rPr>
          <w:rFonts w:cstheme="majorHAnsi"/>
          <w:sz w:val="18"/>
          <w:szCs w:val="18"/>
        </w:rPr>
        <w:t xml:space="preserve"> </w:t>
      </w:r>
      <w:r w:rsidR="00C01998">
        <w:rPr>
          <w:rFonts w:ascii="Sylfaen" w:hAnsi="Sylfaen" w:cstheme="majorHAnsi"/>
          <w:sz w:val="18"/>
          <w:szCs w:val="18"/>
          <w:lang w:val="ka-GE"/>
        </w:rPr>
        <w:t>(</w:t>
      </w:r>
      <w:proofErr w:type="spellStart"/>
      <w:r w:rsidR="00A74260" w:rsidRPr="00D73BDF">
        <w:rPr>
          <w:rFonts w:ascii="Sylfaen" w:hAnsi="Sylfaen" w:cs="Sylfaen"/>
          <w:sz w:val="18"/>
          <w:szCs w:val="18"/>
        </w:rPr>
        <w:t>მოედანზე</w:t>
      </w:r>
      <w:proofErr w:type="spellEnd"/>
      <w:r w:rsidR="00C01998">
        <w:rPr>
          <w:rFonts w:ascii="Sylfaen" w:hAnsi="Sylfaen" w:cs="Sylfaen"/>
          <w:sz w:val="18"/>
          <w:szCs w:val="18"/>
          <w:lang w:val="ka-GE"/>
        </w:rPr>
        <w:t>)</w:t>
      </w:r>
      <w:r w:rsidR="00A74260" w:rsidRPr="00D73BDF">
        <w:rPr>
          <w:rFonts w:cstheme="majorHAnsi"/>
          <w:sz w:val="18"/>
          <w:szCs w:val="18"/>
        </w:rPr>
        <w:t xml:space="preserve"> </w:t>
      </w:r>
      <w:proofErr w:type="spellStart"/>
      <w:r w:rsidR="00A74260" w:rsidRPr="00D73BDF">
        <w:rPr>
          <w:rFonts w:ascii="Sylfaen" w:hAnsi="Sylfaen" w:cs="Sylfaen"/>
          <w:sz w:val="18"/>
          <w:szCs w:val="18"/>
        </w:rPr>
        <w:t>მიწისქვეშა</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და</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სხვა</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მოქმედი</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საინჟინრო</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კომუნიკაციების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არსებობისას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მათი</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გადატანის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აუცილებლობის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შემთხვევაში</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შესაბამისი</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სამსახურებიდან</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ტექნიკური</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პირობების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მიღება</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მათი</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გადატანის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პირობებისა</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და</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მოთხოვნების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თაობაზე</w:t>
      </w:r>
      <w:proofErr w:type="spellEnd"/>
      <w:r w:rsidR="00A74260" w:rsidRPr="00D73BDF">
        <w:rPr>
          <w:rFonts w:cstheme="majorHAnsi"/>
          <w:sz w:val="18"/>
          <w:szCs w:val="18"/>
        </w:rPr>
        <w:t>;</w:t>
      </w:r>
      <w:r w:rsidR="00113891">
        <w:rPr>
          <w:rFonts w:cstheme="majorHAnsi"/>
          <w:b/>
          <w:bCs/>
          <w:sz w:val="18"/>
          <w:szCs w:val="18"/>
        </w:rPr>
        <w:br/>
      </w:r>
      <w:r w:rsidR="00A74260" w:rsidRPr="00026BC1">
        <w:rPr>
          <w:rFonts w:ascii="Sylfaen" w:hAnsi="Sylfaen" w:cs="Sylfaen"/>
          <w:sz w:val="18"/>
          <w:szCs w:val="18"/>
        </w:rPr>
        <w:t>ა</w:t>
      </w:r>
      <w:r w:rsidR="00026BC1" w:rsidRPr="005D2B7E">
        <w:rPr>
          <w:rFonts w:ascii="Sylfaen" w:hAnsi="Sylfaen" w:cs="Sylfaen"/>
          <w:sz w:val="18"/>
          <w:szCs w:val="18"/>
          <w:vertAlign w:val="superscript"/>
          <w:lang w:val="ka-GE"/>
        </w:rPr>
        <w:t>2</w:t>
      </w:r>
      <w:r w:rsidR="00D94082">
        <w:rPr>
          <w:rFonts w:ascii="Sylfaen" w:hAnsi="Sylfaen" w:cstheme="majorHAnsi"/>
          <w:sz w:val="18"/>
          <w:szCs w:val="18"/>
          <w:lang w:val="ka-GE"/>
        </w:rPr>
        <w:t>)</w:t>
      </w:r>
      <w:r w:rsidR="00026BC1">
        <w:rPr>
          <w:rFonts w:ascii="Sylfaen" w:hAnsi="Sylfaen" w:cstheme="majorHAnsi"/>
          <w:sz w:val="18"/>
          <w:szCs w:val="18"/>
          <w:lang w:val="ka-GE"/>
        </w:rPr>
        <w:t xml:space="preserve"> </w:t>
      </w:r>
      <w:proofErr w:type="spellStart"/>
      <w:r w:rsidR="00A74260" w:rsidRPr="00D73BDF">
        <w:rPr>
          <w:rFonts w:ascii="Sylfaen" w:hAnsi="Sylfaen" w:cs="Sylfaen"/>
          <w:sz w:val="18"/>
          <w:szCs w:val="18"/>
        </w:rPr>
        <w:t>ზემოთ</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აღნიშნული</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ტექნიკური</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პირობების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თანახმად</w:t>
      </w:r>
      <w:proofErr w:type="spellEnd"/>
      <w:r w:rsidR="00A74260" w:rsidRPr="00D73BDF">
        <w:rPr>
          <w:rFonts w:cstheme="majorHAnsi"/>
          <w:sz w:val="18"/>
          <w:szCs w:val="18"/>
        </w:rPr>
        <w:t xml:space="preserve"> </w:t>
      </w:r>
      <w:r w:rsidR="001E6721">
        <w:rPr>
          <w:rFonts w:ascii="Sylfaen" w:hAnsi="Sylfaen" w:cs="Sylfaen"/>
          <w:sz w:val="18"/>
          <w:szCs w:val="18"/>
          <w:lang w:val="ka-GE"/>
        </w:rPr>
        <w:t>სამშენებლო</w:t>
      </w:r>
      <w:r w:rsidR="001E6721" w:rsidRPr="00D73BDF">
        <w:rPr>
          <w:rFonts w:cstheme="majorHAnsi"/>
          <w:sz w:val="18"/>
          <w:szCs w:val="18"/>
        </w:rPr>
        <w:t xml:space="preserve"> </w:t>
      </w:r>
      <w:proofErr w:type="spellStart"/>
      <w:r w:rsidR="00A74260" w:rsidRPr="00D73BDF">
        <w:rPr>
          <w:rFonts w:ascii="Sylfaen" w:hAnsi="Sylfaen" w:cs="Sylfaen"/>
          <w:sz w:val="18"/>
          <w:szCs w:val="18"/>
        </w:rPr>
        <w:t>ტერიტორიაზე</w:t>
      </w:r>
      <w:proofErr w:type="spellEnd"/>
      <w:r w:rsidR="00A74260" w:rsidRPr="00D73BDF">
        <w:rPr>
          <w:rFonts w:cstheme="majorHAnsi"/>
          <w:sz w:val="18"/>
          <w:szCs w:val="18"/>
        </w:rPr>
        <w:t xml:space="preserve"> </w:t>
      </w:r>
      <w:r w:rsidR="00391B78">
        <w:rPr>
          <w:rFonts w:ascii="Sylfaen" w:hAnsi="Sylfaen" w:cstheme="majorHAnsi"/>
          <w:sz w:val="18"/>
          <w:szCs w:val="18"/>
          <w:lang w:val="ka-GE"/>
        </w:rPr>
        <w:t>(</w:t>
      </w:r>
      <w:proofErr w:type="spellStart"/>
      <w:r w:rsidR="00A74260" w:rsidRPr="00D73BDF">
        <w:rPr>
          <w:rFonts w:ascii="Sylfaen" w:hAnsi="Sylfaen" w:cs="Sylfaen"/>
          <w:sz w:val="18"/>
          <w:szCs w:val="18"/>
        </w:rPr>
        <w:t>მოედანზე</w:t>
      </w:r>
      <w:proofErr w:type="spellEnd"/>
      <w:r w:rsidR="00391B78">
        <w:rPr>
          <w:rFonts w:ascii="Sylfaen" w:hAnsi="Sylfaen" w:cstheme="majorHAnsi"/>
          <w:sz w:val="18"/>
          <w:szCs w:val="18"/>
          <w:lang w:val="ka-GE"/>
        </w:rPr>
        <w:t>)</w:t>
      </w:r>
      <w:r w:rsidR="00A74260" w:rsidRPr="00D73BDF">
        <w:rPr>
          <w:rFonts w:cstheme="majorHAnsi"/>
          <w:sz w:val="18"/>
          <w:szCs w:val="18"/>
        </w:rPr>
        <w:t xml:space="preserve"> </w:t>
      </w:r>
      <w:proofErr w:type="spellStart"/>
      <w:r w:rsidR="00A74260" w:rsidRPr="00D73BDF">
        <w:rPr>
          <w:rFonts w:ascii="Sylfaen" w:hAnsi="Sylfaen" w:cs="Sylfaen"/>
          <w:sz w:val="18"/>
          <w:szCs w:val="18"/>
        </w:rPr>
        <w:t>არსებული</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მიწისქვეშა</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და</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სხვა</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მოქმედი</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საინჟინრო</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კომუნიკაციების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გადატანის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სამუშაოების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ჩატარება</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შესაბამისი</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სამუშაოების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დამადასტურებელი</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დოკუმენტაციის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გაფორმებით</w:t>
      </w:r>
      <w:proofErr w:type="spellEnd"/>
      <w:r w:rsidR="00A74260" w:rsidRPr="00D73BDF">
        <w:rPr>
          <w:rFonts w:cstheme="majorHAnsi"/>
          <w:sz w:val="18"/>
          <w:szCs w:val="18"/>
        </w:rPr>
        <w:t>;</w:t>
      </w:r>
      <w:r w:rsidR="00113891">
        <w:rPr>
          <w:rFonts w:cstheme="majorHAnsi"/>
          <w:b/>
          <w:bCs/>
          <w:sz w:val="18"/>
          <w:szCs w:val="18"/>
        </w:rPr>
        <w:br/>
      </w:r>
      <w:r w:rsidR="00A74260" w:rsidRPr="00D73BDF">
        <w:rPr>
          <w:rFonts w:ascii="Sylfaen" w:hAnsi="Sylfaen" w:cs="Sylfaen"/>
          <w:sz w:val="18"/>
          <w:szCs w:val="18"/>
        </w:rPr>
        <w:t>ბ</w:t>
      </w:r>
      <w:r w:rsidR="00391B78">
        <w:rPr>
          <w:rFonts w:ascii="Sylfaen" w:hAnsi="Sylfaen" w:cs="Sylfaen"/>
          <w:sz w:val="18"/>
          <w:szCs w:val="18"/>
          <w:lang w:val="ka-GE"/>
        </w:rPr>
        <w:t>)</w:t>
      </w:r>
      <w:r w:rsidR="00A74260" w:rsidRPr="00D73BDF">
        <w:rPr>
          <w:rFonts w:cstheme="majorHAnsi"/>
          <w:sz w:val="18"/>
          <w:szCs w:val="18"/>
        </w:rPr>
        <w:t xml:space="preserve"> </w:t>
      </w:r>
      <w:proofErr w:type="spellStart"/>
      <w:r w:rsidR="00A74260" w:rsidRPr="00D73BDF">
        <w:rPr>
          <w:rFonts w:ascii="Sylfaen" w:hAnsi="Sylfaen" w:cs="Sylfaen"/>
          <w:sz w:val="18"/>
          <w:szCs w:val="18"/>
        </w:rPr>
        <w:t>სამუშაოების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წარმოების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აუცილებლობიდან</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გამომდინარე</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დაუსაბუთოს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საქართველოს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ბუნების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დაცვის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შესაბამის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სამსახურებს</w:t>
      </w:r>
      <w:proofErr w:type="spellEnd"/>
      <w:r w:rsidR="00A74260" w:rsidRPr="00D73BDF">
        <w:rPr>
          <w:rFonts w:cstheme="majorHAnsi"/>
          <w:sz w:val="18"/>
          <w:szCs w:val="18"/>
        </w:rPr>
        <w:t xml:space="preserve"> </w:t>
      </w:r>
      <w:r w:rsidR="001E6721">
        <w:rPr>
          <w:rFonts w:ascii="Sylfaen" w:hAnsi="Sylfaen" w:cs="Sylfaen"/>
          <w:sz w:val="18"/>
          <w:szCs w:val="18"/>
          <w:lang w:val="ka-GE"/>
        </w:rPr>
        <w:t xml:space="preserve">სამშენებლო </w:t>
      </w:r>
      <w:proofErr w:type="spellStart"/>
      <w:r w:rsidR="00A74260" w:rsidRPr="00D73BDF">
        <w:rPr>
          <w:rFonts w:ascii="Sylfaen" w:hAnsi="Sylfaen" w:cs="Sylfaen"/>
          <w:sz w:val="18"/>
          <w:szCs w:val="18"/>
        </w:rPr>
        <w:t>ტერიტორიაზე</w:t>
      </w:r>
      <w:proofErr w:type="spellEnd"/>
      <w:r w:rsidR="00A74260" w:rsidRPr="00D73BDF">
        <w:rPr>
          <w:rFonts w:cstheme="majorHAnsi"/>
          <w:sz w:val="18"/>
          <w:szCs w:val="18"/>
        </w:rPr>
        <w:t xml:space="preserve"> </w:t>
      </w:r>
      <w:r w:rsidR="00391B78">
        <w:rPr>
          <w:rFonts w:ascii="Sylfaen" w:hAnsi="Sylfaen" w:cstheme="majorHAnsi"/>
          <w:sz w:val="18"/>
          <w:szCs w:val="18"/>
          <w:lang w:val="ka-GE"/>
        </w:rPr>
        <w:t>(</w:t>
      </w:r>
      <w:proofErr w:type="spellStart"/>
      <w:r w:rsidR="00A74260" w:rsidRPr="00D73BDF">
        <w:rPr>
          <w:rFonts w:ascii="Sylfaen" w:hAnsi="Sylfaen" w:cs="Sylfaen"/>
          <w:sz w:val="18"/>
          <w:szCs w:val="18"/>
        </w:rPr>
        <w:t>მოედანზე</w:t>
      </w:r>
      <w:proofErr w:type="spellEnd"/>
      <w:r w:rsidR="00391B78">
        <w:rPr>
          <w:rFonts w:ascii="Sylfaen" w:hAnsi="Sylfaen" w:cs="Sylfaen"/>
          <w:sz w:val="18"/>
          <w:szCs w:val="18"/>
          <w:lang w:val="ka-GE"/>
        </w:rPr>
        <w:t>)</w:t>
      </w:r>
      <w:r w:rsidR="00A74260" w:rsidRPr="00D73BDF">
        <w:rPr>
          <w:rFonts w:cstheme="majorHAnsi"/>
          <w:sz w:val="18"/>
          <w:szCs w:val="18"/>
        </w:rPr>
        <w:t xml:space="preserve"> </w:t>
      </w:r>
      <w:proofErr w:type="spellStart"/>
      <w:r w:rsidR="00A74260" w:rsidRPr="00D73BDF">
        <w:rPr>
          <w:rFonts w:ascii="Sylfaen" w:hAnsi="Sylfaen" w:cs="Sylfaen"/>
          <w:sz w:val="18"/>
          <w:szCs w:val="18"/>
        </w:rPr>
        <w:t>არსებული</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ხეებისა</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და</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სხვა</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მწვანე</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ნარგავების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მოჭრის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ან</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გადარგვის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აუცილებლობა</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და</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მიიღოს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აღნიშნული</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სამსახურებიდან</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დადგენილი</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წესით</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ნებართვა</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არსებული</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ხეებისა</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და</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სხვა</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მწვანე</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ნარგავების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მოჭრაზე</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ან</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გადარგვაზე</w:t>
      </w:r>
      <w:proofErr w:type="spellEnd"/>
      <w:r w:rsidR="00A74260" w:rsidRPr="00D73BDF">
        <w:rPr>
          <w:rFonts w:cstheme="majorHAnsi"/>
          <w:sz w:val="18"/>
          <w:szCs w:val="18"/>
        </w:rPr>
        <w:t>;</w:t>
      </w:r>
      <w:r w:rsidR="00113891">
        <w:rPr>
          <w:rFonts w:cstheme="majorHAnsi"/>
          <w:b/>
          <w:bCs/>
          <w:sz w:val="18"/>
          <w:szCs w:val="18"/>
        </w:rPr>
        <w:br/>
      </w:r>
      <w:r w:rsidR="00A74260" w:rsidRPr="00D73BDF">
        <w:rPr>
          <w:rFonts w:ascii="Sylfaen" w:hAnsi="Sylfaen" w:cs="Sylfaen"/>
          <w:sz w:val="18"/>
          <w:szCs w:val="18"/>
        </w:rPr>
        <w:t>ბ</w:t>
      </w:r>
      <w:r w:rsidR="00A74260" w:rsidRPr="005D2B7E">
        <w:rPr>
          <w:rFonts w:cstheme="majorHAnsi"/>
          <w:sz w:val="18"/>
          <w:szCs w:val="18"/>
          <w:vertAlign w:val="superscript"/>
        </w:rPr>
        <w:t>1</w:t>
      </w:r>
      <w:r w:rsidR="00391B78">
        <w:rPr>
          <w:rFonts w:ascii="Sylfaen" w:hAnsi="Sylfaen" w:cstheme="majorHAnsi"/>
          <w:sz w:val="18"/>
          <w:szCs w:val="18"/>
          <w:lang w:val="ka-GE"/>
        </w:rPr>
        <w:t>)</w:t>
      </w:r>
      <w:r w:rsidR="00A74260" w:rsidRPr="00D73BDF">
        <w:rPr>
          <w:rFonts w:cstheme="majorHAnsi"/>
          <w:sz w:val="18"/>
          <w:szCs w:val="18"/>
        </w:rPr>
        <w:t xml:space="preserve"> </w:t>
      </w:r>
      <w:proofErr w:type="spellStart"/>
      <w:r w:rsidR="00A74260" w:rsidRPr="00D73BDF">
        <w:rPr>
          <w:rFonts w:ascii="Sylfaen" w:hAnsi="Sylfaen" w:cs="Sylfaen"/>
          <w:sz w:val="18"/>
          <w:szCs w:val="18"/>
        </w:rPr>
        <w:t>ნებართვის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პირობების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შესაბამისად</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ჩაატაროს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არსებული</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ხეებისა</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და</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სხვა</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მწვანე</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ნარგავების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მოჭრის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ან</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გადარგვის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სამუშაოები</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შესაბამისი</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სამუშაოების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დამადასტურებელი</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დოკუმენტაციის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გაფორმებით</w:t>
      </w:r>
      <w:proofErr w:type="spellEnd"/>
      <w:r w:rsidR="00A74260" w:rsidRPr="00D73BDF">
        <w:rPr>
          <w:rFonts w:cstheme="majorHAnsi"/>
          <w:sz w:val="18"/>
          <w:szCs w:val="18"/>
        </w:rPr>
        <w:t>;</w:t>
      </w:r>
      <w:r w:rsidR="00113891">
        <w:rPr>
          <w:rFonts w:cstheme="majorHAnsi"/>
          <w:b/>
          <w:bCs/>
          <w:sz w:val="18"/>
          <w:szCs w:val="18"/>
        </w:rPr>
        <w:br/>
      </w:r>
      <w:r w:rsidR="00A74260" w:rsidRPr="00D73BDF">
        <w:rPr>
          <w:rFonts w:ascii="Sylfaen" w:hAnsi="Sylfaen" w:cs="Sylfaen"/>
          <w:sz w:val="18"/>
          <w:szCs w:val="18"/>
        </w:rPr>
        <w:t>გ</w:t>
      </w:r>
      <w:r w:rsidR="003B4056">
        <w:rPr>
          <w:rFonts w:ascii="Sylfaen" w:hAnsi="Sylfaen" w:cs="Sylfaen"/>
          <w:sz w:val="18"/>
          <w:szCs w:val="18"/>
          <w:lang w:val="ka-GE"/>
        </w:rPr>
        <w:t>)</w:t>
      </w:r>
      <w:r w:rsidR="00A74260" w:rsidRPr="00D73BDF">
        <w:rPr>
          <w:rFonts w:cstheme="majorHAnsi"/>
          <w:sz w:val="18"/>
          <w:szCs w:val="18"/>
        </w:rPr>
        <w:t xml:space="preserve"> </w:t>
      </w:r>
      <w:proofErr w:type="spellStart"/>
      <w:r w:rsidR="00A74260" w:rsidRPr="00D73BDF">
        <w:rPr>
          <w:rFonts w:ascii="Sylfaen" w:hAnsi="Sylfaen" w:cs="Sylfaen"/>
          <w:sz w:val="18"/>
          <w:szCs w:val="18"/>
        </w:rPr>
        <w:t>გადასცეს</w:t>
      </w:r>
      <w:proofErr w:type="spellEnd"/>
      <w:r w:rsidR="00A74260" w:rsidRPr="00D73BDF">
        <w:rPr>
          <w:rFonts w:cstheme="majorHAnsi"/>
          <w:sz w:val="18"/>
          <w:szCs w:val="18"/>
        </w:rPr>
        <w:t xml:space="preserve"> </w:t>
      </w:r>
      <w:r w:rsidR="003B4056">
        <w:rPr>
          <w:rFonts w:ascii="Sylfaen" w:hAnsi="Sylfaen" w:cs="Sylfaen"/>
          <w:sz w:val="18"/>
          <w:szCs w:val="18"/>
          <w:lang w:val="ka-GE"/>
        </w:rPr>
        <w:t xml:space="preserve">მენარდეს </w:t>
      </w:r>
      <w:proofErr w:type="spellStart"/>
      <w:r w:rsidR="00A74260" w:rsidRPr="00D73BDF">
        <w:rPr>
          <w:rFonts w:ascii="Sylfaen" w:hAnsi="Sylfaen" w:cs="Sylfaen"/>
          <w:sz w:val="18"/>
          <w:szCs w:val="18"/>
        </w:rPr>
        <w:t>შესაბამისი</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აქტის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სახით</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ზემოთ</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აღნიშნული</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დოკუმენტაცია</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აქტში</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უნდა</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მიეთითოს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რომ</w:t>
      </w:r>
      <w:proofErr w:type="spellEnd"/>
      <w:r w:rsidR="00A74260" w:rsidRPr="00D73BDF">
        <w:rPr>
          <w:rFonts w:cstheme="majorHAnsi"/>
          <w:sz w:val="18"/>
          <w:szCs w:val="18"/>
        </w:rPr>
        <w:t xml:space="preserve"> </w:t>
      </w:r>
      <w:r w:rsidR="001E6721">
        <w:rPr>
          <w:rFonts w:ascii="Sylfaen" w:hAnsi="Sylfaen" w:cs="Sylfaen"/>
          <w:sz w:val="18"/>
          <w:szCs w:val="18"/>
          <w:lang w:val="ka-GE"/>
        </w:rPr>
        <w:t xml:space="preserve">სამშენებლო </w:t>
      </w:r>
      <w:proofErr w:type="spellStart"/>
      <w:r w:rsidR="00A74260" w:rsidRPr="00D73BDF">
        <w:rPr>
          <w:rFonts w:ascii="Sylfaen" w:hAnsi="Sylfaen" w:cs="Sylfaen"/>
          <w:sz w:val="18"/>
          <w:szCs w:val="18"/>
        </w:rPr>
        <w:t>ტერიტორიაზე</w:t>
      </w:r>
      <w:proofErr w:type="spellEnd"/>
      <w:r w:rsidR="00A74260" w:rsidRPr="00D73BDF">
        <w:rPr>
          <w:rFonts w:cstheme="majorHAnsi"/>
          <w:sz w:val="18"/>
          <w:szCs w:val="18"/>
        </w:rPr>
        <w:t xml:space="preserve"> </w:t>
      </w:r>
      <w:r w:rsidR="00226F04">
        <w:rPr>
          <w:rFonts w:ascii="Sylfaen" w:hAnsi="Sylfaen" w:cstheme="majorHAnsi"/>
          <w:sz w:val="18"/>
          <w:szCs w:val="18"/>
          <w:lang w:val="ka-GE"/>
        </w:rPr>
        <w:t>(</w:t>
      </w:r>
      <w:proofErr w:type="spellStart"/>
      <w:r w:rsidR="00A74260" w:rsidRPr="00D73BDF">
        <w:rPr>
          <w:rFonts w:ascii="Sylfaen" w:hAnsi="Sylfaen" w:cs="Sylfaen"/>
          <w:sz w:val="18"/>
          <w:szCs w:val="18"/>
        </w:rPr>
        <w:t>მოედანზე</w:t>
      </w:r>
      <w:proofErr w:type="spellEnd"/>
      <w:r w:rsidR="00226F04">
        <w:rPr>
          <w:rFonts w:ascii="Sylfaen" w:hAnsi="Sylfaen" w:cs="Sylfaen"/>
          <w:sz w:val="18"/>
          <w:szCs w:val="18"/>
          <w:lang w:val="ka-GE"/>
        </w:rPr>
        <w:t>)</w:t>
      </w:r>
      <w:r w:rsidR="00A74260" w:rsidRPr="00D73BDF">
        <w:rPr>
          <w:rFonts w:cstheme="majorHAnsi"/>
          <w:sz w:val="18"/>
          <w:szCs w:val="18"/>
        </w:rPr>
        <w:t xml:space="preserve"> </w:t>
      </w:r>
      <w:proofErr w:type="spellStart"/>
      <w:r w:rsidR="00A74260" w:rsidRPr="00D73BDF">
        <w:rPr>
          <w:rFonts w:ascii="Sylfaen" w:hAnsi="Sylfaen" w:cs="Sylfaen"/>
          <w:sz w:val="18"/>
          <w:szCs w:val="18"/>
        </w:rPr>
        <w:t>არსებული</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მიწისქვეშა</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და</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სხვა</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მოქმედი</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საინჟინრო</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კომუნიკაციები</w:t>
      </w:r>
      <w:proofErr w:type="spellEnd"/>
      <w:r w:rsidR="00A74260" w:rsidRPr="00D73BDF">
        <w:rPr>
          <w:rFonts w:cstheme="majorHAnsi"/>
          <w:sz w:val="18"/>
          <w:szCs w:val="18"/>
        </w:rPr>
        <w:t xml:space="preserve"> </w:t>
      </w:r>
      <w:r w:rsidR="00226F04">
        <w:rPr>
          <w:rFonts w:ascii="Sylfaen" w:hAnsi="Sylfaen" w:cstheme="majorHAnsi"/>
          <w:sz w:val="18"/>
          <w:szCs w:val="18"/>
          <w:lang w:val="ka-GE"/>
        </w:rPr>
        <w:t>(</w:t>
      </w:r>
      <w:proofErr w:type="spellStart"/>
      <w:r w:rsidR="00A74260" w:rsidRPr="00D73BDF">
        <w:rPr>
          <w:rFonts w:ascii="Sylfaen" w:hAnsi="Sylfaen" w:cs="Sylfaen"/>
          <w:sz w:val="18"/>
          <w:szCs w:val="18"/>
        </w:rPr>
        <w:t>არსებობის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შემთხვევაში</w:t>
      </w:r>
      <w:proofErr w:type="spellEnd"/>
      <w:r w:rsidR="00226F04">
        <w:rPr>
          <w:rFonts w:ascii="Sylfaen" w:hAnsi="Sylfaen" w:cs="Sylfaen"/>
          <w:sz w:val="18"/>
          <w:szCs w:val="18"/>
          <w:lang w:val="ka-GE"/>
        </w:rPr>
        <w:t>)</w:t>
      </w:r>
      <w:r w:rsidR="00A74260" w:rsidRPr="00D73BDF">
        <w:rPr>
          <w:rFonts w:cstheme="majorHAnsi"/>
          <w:sz w:val="18"/>
          <w:szCs w:val="18"/>
        </w:rPr>
        <w:t xml:space="preserve"> </w:t>
      </w:r>
      <w:proofErr w:type="spellStart"/>
      <w:r w:rsidR="00A74260" w:rsidRPr="00D73BDF">
        <w:rPr>
          <w:rFonts w:ascii="Sylfaen" w:hAnsi="Sylfaen" w:cs="Sylfaen"/>
          <w:sz w:val="18"/>
          <w:szCs w:val="18"/>
        </w:rPr>
        <w:t>გადატანილია</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იმ</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შემთხვევაში</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თუ</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დამკვეთის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განცხადებით</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არ</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არსებობს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ასეთი</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საინჟინრო</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კომუნიკაცია</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ან</w:t>
      </w:r>
      <w:proofErr w:type="spellEnd"/>
      <w:r w:rsidR="00226F04">
        <w:rPr>
          <w:rFonts w:ascii="Sylfaen" w:hAnsi="Sylfaen" w:cs="Sylfaen"/>
          <w:sz w:val="18"/>
          <w:szCs w:val="18"/>
          <w:lang w:val="ka-GE"/>
        </w:rPr>
        <w:t xml:space="preserve"> </w:t>
      </w:r>
      <w:proofErr w:type="spellStart"/>
      <w:r w:rsidR="00A74260" w:rsidRPr="00D73BDF">
        <w:rPr>
          <w:rFonts w:ascii="Sylfaen" w:hAnsi="Sylfaen" w:cs="Sylfaen"/>
          <w:sz w:val="18"/>
          <w:szCs w:val="18"/>
        </w:rPr>
        <w:t>არ</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არსებობს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მათი</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გადატანის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აუცილებლობა</w:t>
      </w:r>
      <w:proofErr w:type="spellEnd"/>
      <w:r w:rsidR="00A74260" w:rsidRPr="00D73BDF">
        <w:rPr>
          <w:rFonts w:cstheme="majorHAnsi"/>
          <w:sz w:val="18"/>
          <w:szCs w:val="18"/>
        </w:rPr>
        <w:t>,</w:t>
      </w:r>
      <w:r w:rsidR="00226F04">
        <w:rPr>
          <w:rFonts w:ascii="Sylfaen" w:hAnsi="Sylfaen" w:cstheme="majorHAnsi"/>
          <w:sz w:val="18"/>
          <w:szCs w:val="18"/>
          <w:lang w:val="ka-GE"/>
        </w:rPr>
        <w:t xml:space="preserve"> </w:t>
      </w:r>
      <w:proofErr w:type="spellStart"/>
      <w:r w:rsidR="00A74260" w:rsidRPr="00D73BDF">
        <w:rPr>
          <w:rFonts w:ascii="Sylfaen" w:hAnsi="Sylfaen" w:cs="Sylfaen"/>
          <w:sz w:val="18"/>
          <w:szCs w:val="18"/>
        </w:rPr>
        <w:t>მაშინ</w:t>
      </w:r>
      <w:proofErr w:type="spellEnd"/>
      <w:r w:rsidR="00226F04">
        <w:rPr>
          <w:rFonts w:ascii="Sylfaen" w:hAnsi="Sylfaen" w:cs="Sylfaen"/>
          <w:sz w:val="18"/>
          <w:szCs w:val="18"/>
          <w:lang w:val="ka-GE"/>
        </w:rPr>
        <w:t xml:space="preserve"> </w:t>
      </w:r>
      <w:r w:rsidR="00A74260" w:rsidRPr="00D73BDF">
        <w:rPr>
          <w:rFonts w:cstheme="majorHAnsi"/>
          <w:sz w:val="18"/>
          <w:szCs w:val="18"/>
        </w:rPr>
        <w:t xml:space="preserve">3.1.1. </w:t>
      </w:r>
      <w:proofErr w:type="spellStart"/>
      <w:r w:rsidR="00A74260" w:rsidRPr="00D73BDF">
        <w:rPr>
          <w:rFonts w:ascii="Sylfaen" w:hAnsi="Sylfaen" w:cs="Sylfaen"/>
          <w:sz w:val="18"/>
          <w:szCs w:val="18"/>
        </w:rPr>
        <w:t>პუნქტში</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აღნიშნულ</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მიღება</w:t>
      </w:r>
      <w:r w:rsidR="00A74260" w:rsidRPr="00D73BDF">
        <w:rPr>
          <w:rFonts w:cstheme="majorHAnsi"/>
          <w:sz w:val="18"/>
          <w:szCs w:val="18"/>
        </w:rPr>
        <w:t>-</w:t>
      </w:r>
      <w:r w:rsidR="00A74260" w:rsidRPr="00D73BDF">
        <w:rPr>
          <w:rFonts w:ascii="Sylfaen" w:hAnsi="Sylfaen" w:cs="Sylfaen"/>
          <w:sz w:val="18"/>
          <w:szCs w:val="18"/>
        </w:rPr>
        <w:t>ჩაბარების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აქტში</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მიეთითება</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ამის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თაობაზე</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და</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აღინიშნება</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რომ</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მოედანი</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მზადაა</w:t>
      </w:r>
      <w:proofErr w:type="spellEnd"/>
      <w:r w:rsidR="00402A9B">
        <w:rPr>
          <w:rFonts w:ascii="Sylfaen" w:hAnsi="Sylfaen" w:cs="Sylfaen"/>
          <w:sz w:val="18"/>
          <w:szCs w:val="18"/>
          <w:lang w:val="ka-GE"/>
        </w:rPr>
        <w:t xml:space="preserve"> </w:t>
      </w:r>
      <w:proofErr w:type="spellStart"/>
      <w:r w:rsidR="006F16CA" w:rsidRPr="003670AD">
        <w:rPr>
          <w:rFonts w:ascii="Sylfaen" w:hAnsi="Sylfaen" w:cs="Sylfaen"/>
          <w:sz w:val="18"/>
          <w:szCs w:val="18"/>
        </w:rPr>
        <w:t>მრავალფუნქციური</w:t>
      </w:r>
      <w:proofErr w:type="spellEnd"/>
      <w:r w:rsidR="006F16CA" w:rsidRPr="003670AD">
        <w:rPr>
          <w:rFonts w:ascii="Sylfaen" w:hAnsi="Sylfaen" w:cs="Sylfaen"/>
          <w:sz w:val="18"/>
          <w:szCs w:val="18"/>
        </w:rPr>
        <w:t xml:space="preserve"> </w:t>
      </w:r>
      <w:proofErr w:type="spellStart"/>
      <w:r w:rsidR="006F16CA" w:rsidRPr="003670AD">
        <w:rPr>
          <w:rFonts w:ascii="Sylfaen" w:hAnsi="Sylfaen" w:cs="Sylfaen"/>
          <w:sz w:val="18"/>
          <w:szCs w:val="18"/>
        </w:rPr>
        <w:t>სპორტულ-გამაჯანსაღებელი</w:t>
      </w:r>
      <w:proofErr w:type="spellEnd"/>
      <w:r w:rsidR="006F16CA" w:rsidRPr="003670AD">
        <w:rPr>
          <w:rFonts w:ascii="Sylfaen" w:hAnsi="Sylfaen" w:cs="Sylfaen"/>
          <w:sz w:val="18"/>
          <w:szCs w:val="18"/>
        </w:rPr>
        <w:t xml:space="preserve"> </w:t>
      </w:r>
      <w:proofErr w:type="spellStart"/>
      <w:r w:rsidR="006F16CA" w:rsidRPr="003670AD">
        <w:rPr>
          <w:rFonts w:ascii="Sylfaen" w:hAnsi="Sylfaen" w:cs="Sylfaen"/>
          <w:sz w:val="18"/>
          <w:szCs w:val="18"/>
        </w:rPr>
        <w:t>ცენტრის</w:t>
      </w:r>
      <w:proofErr w:type="spellEnd"/>
      <w:r w:rsidR="006F16CA" w:rsidRPr="003670AD">
        <w:rPr>
          <w:rFonts w:ascii="Sylfaen" w:hAnsi="Sylfaen" w:cs="Sylfaen"/>
          <w:sz w:val="18"/>
          <w:szCs w:val="18"/>
        </w:rPr>
        <w:t xml:space="preserve"> </w:t>
      </w:r>
      <w:r w:rsidR="00402A9B">
        <w:rPr>
          <w:rFonts w:ascii="Sylfaen" w:hAnsi="Sylfaen" w:cs="Sylfaen"/>
          <w:sz w:val="18"/>
          <w:szCs w:val="18"/>
          <w:lang w:val="ka-GE"/>
        </w:rPr>
        <w:t>მშენებლობის წარმოებისთვის</w:t>
      </w:r>
      <w:r w:rsidR="00A74260" w:rsidRPr="00D73BDF">
        <w:rPr>
          <w:rFonts w:cstheme="majorHAnsi"/>
          <w:sz w:val="18"/>
          <w:szCs w:val="18"/>
        </w:rPr>
        <w:t>;</w:t>
      </w:r>
      <w:r w:rsidR="00113891">
        <w:rPr>
          <w:rFonts w:cstheme="majorHAnsi"/>
          <w:b/>
          <w:bCs/>
          <w:sz w:val="18"/>
          <w:szCs w:val="18"/>
        </w:rPr>
        <w:br/>
      </w:r>
      <w:r w:rsidR="00A74260" w:rsidRPr="00D73BDF">
        <w:rPr>
          <w:rFonts w:ascii="Sylfaen" w:hAnsi="Sylfaen" w:cs="Sylfaen"/>
          <w:sz w:val="18"/>
          <w:szCs w:val="18"/>
        </w:rPr>
        <w:t>დ</w:t>
      </w:r>
      <w:r w:rsidR="00226F04">
        <w:rPr>
          <w:rFonts w:ascii="Sylfaen" w:hAnsi="Sylfaen" w:cs="Sylfaen"/>
          <w:sz w:val="18"/>
          <w:szCs w:val="18"/>
          <w:lang w:val="ka-GE"/>
        </w:rPr>
        <w:t>)</w:t>
      </w:r>
      <w:r w:rsidR="00A74260" w:rsidRPr="00D73BDF">
        <w:rPr>
          <w:rFonts w:cstheme="majorHAnsi"/>
          <w:sz w:val="18"/>
          <w:szCs w:val="18"/>
        </w:rPr>
        <w:t xml:space="preserve"> </w:t>
      </w:r>
      <w:proofErr w:type="spellStart"/>
      <w:r w:rsidR="00A74260" w:rsidRPr="00D73BDF">
        <w:rPr>
          <w:rFonts w:ascii="Sylfaen" w:hAnsi="Sylfaen" w:cs="Sylfaen"/>
          <w:sz w:val="18"/>
          <w:szCs w:val="18"/>
        </w:rPr>
        <w:t>თუ</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სამუშაოების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წარმოების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დროს</w:t>
      </w:r>
      <w:proofErr w:type="spellEnd"/>
      <w:r w:rsidR="00A74260" w:rsidRPr="00D73BDF">
        <w:rPr>
          <w:rFonts w:cstheme="majorHAnsi"/>
          <w:sz w:val="18"/>
          <w:szCs w:val="18"/>
        </w:rPr>
        <w:t xml:space="preserve"> </w:t>
      </w:r>
      <w:r w:rsidR="001E6721">
        <w:rPr>
          <w:rFonts w:ascii="Sylfaen" w:hAnsi="Sylfaen" w:cs="Sylfaen"/>
          <w:sz w:val="18"/>
          <w:szCs w:val="18"/>
          <w:lang w:val="ka-GE"/>
        </w:rPr>
        <w:t xml:space="preserve">სამშენებლო </w:t>
      </w:r>
      <w:proofErr w:type="spellStart"/>
      <w:r w:rsidR="00A74260" w:rsidRPr="00D73BDF">
        <w:rPr>
          <w:rFonts w:ascii="Sylfaen" w:hAnsi="Sylfaen" w:cs="Sylfaen"/>
          <w:sz w:val="18"/>
          <w:szCs w:val="18"/>
        </w:rPr>
        <w:t>ტერიტორიაზე</w:t>
      </w:r>
      <w:proofErr w:type="spellEnd"/>
      <w:r w:rsidR="00A74260" w:rsidRPr="00D73BDF">
        <w:rPr>
          <w:rFonts w:cstheme="majorHAnsi"/>
          <w:sz w:val="18"/>
          <w:szCs w:val="18"/>
        </w:rPr>
        <w:t xml:space="preserve"> </w:t>
      </w:r>
      <w:r w:rsidR="00226F04">
        <w:rPr>
          <w:rFonts w:ascii="Sylfaen" w:hAnsi="Sylfaen" w:cstheme="majorHAnsi"/>
          <w:sz w:val="18"/>
          <w:szCs w:val="18"/>
          <w:lang w:val="ka-GE"/>
        </w:rPr>
        <w:t>(</w:t>
      </w:r>
      <w:proofErr w:type="spellStart"/>
      <w:r w:rsidR="00A74260" w:rsidRPr="00D73BDF">
        <w:rPr>
          <w:rFonts w:ascii="Sylfaen" w:hAnsi="Sylfaen" w:cs="Sylfaen"/>
          <w:sz w:val="18"/>
          <w:szCs w:val="18"/>
        </w:rPr>
        <w:t>მოედანზე</w:t>
      </w:r>
      <w:proofErr w:type="spellEnd"/>
      <w:r w:rsidR="00A74260" w:rsidRPr="00D73BDF">
        <w:rPr>
          <w:rFonts w:cstheme="majorHAnsi"/>
          <w:sz w:val="18"/>
          <w:szCs w:val="18"/>
        </w:rPr>
        <w:t>/</w:t>
      </w:r>
      <w:proofErr w:type="spellStart"/>
      <w:r w:rsidR="00A74260" w:rsidRPr="00D73BDF">
        <w:rPr>
          <w:rFonts w:ascii="Sylfaen" w:hAnsi="Sylfaen" w:cs="Sylfaen"/>
          <w:sz w:val="18"/>
          <w:szCs w:val="18"/>
        </w:rPr>
        <w:t>იმ</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ნაწილზე</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რომელზეც</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უშუალოდ</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მიმდინარეობს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შენობის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მშენებლობა</w:t>
      </w:r>
      <w:proofErr w:type="spellEnd"/>
      <w:r w:rsidR="00226F04">
        <w:rPr>
          <w:rFonts w:ascii="Sylfaen" w:hAnsi="Sylfaen" w:cs="Sylfaen"/>
          <w:sz w:val="18"/>
          <w:szCs w:val="18"/>
          <w:lang w:val="ka-GE"/>
        </w:rPr>
        <w:t xml:space="preserve">) </w:t>
      </w:r>
      <w:proofErr w:type="spellStart"/>
      <w:r w:rsidR="00A74260" w:rsidRPr="00D73BDF">
        <w:rPr>
          <w:rFonts w:ascii="Sylfaen" w:hAnsi="Sylfaen" w:cs="Sylfaen"/>
          <w:sz w:val="18"/>
          <w:szCs w:val="18"/>
        </w:rPr>
        <w:t>აღმოჩნდება</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მიწისქვეშა</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საინჟინრო</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კომუნიკაცია</w:t>
      </w:r>
      <w:proofErr w:type="spellEnd"/>
      <w:r w:rsidR="00A74260" w:rsidRPr="00D73BDF">
        <w:rPr>
          <w:rFonts w:cstheme="majorHAnsi"/>
          <w:sz w:val="18"/>
          <w:szCs w:val="18"/>
        </w:rPr>
        <w:t xml:space="preserve">, </w:t>
      </w:r>
      <w:r w:rsidR="00BD1AEA">
        <w:rPr>
          <w:rFonts w:ascii="Sylfaen" w:hAnsi="Sylfaen" w:cstheme="majorHAnsi"/>
          <w:sz w:val="18"/>
          <w:szCs w:val="18"/>
          <w:lang w:val="ka-GE"/>
        </w:rPr>
        <w:t>მენარდე ვალდებულია</w:t>
      </w:r>
      <w:r w:rsidR="00C11DBA">
        <w:rPr>
          <w:rFonts w:ascii="Sylfaen" w:hAnsi="Sylfaen" w:cstheme="majorHAnsi"/>
          <w:sz w:val="18"/>
          <w:szCs w:val="18"/>
          <w:lang w:val="ka-GE"/>
        </w:rPr>
        <w:t xml:space="preserve"> წერილობით</w:t>
      </w:r>
      <w:r w:rsidR="00BD1AEA">
        <w:rPr>
          <w:rFonts w:ascii="Sylfaen" w:hAnsi="Sylfaen" w:cstheme="majorHAnsi"/>
          <w:sz w:val="18"/>
          <w:szCs w:val="18"/>
          <w:lang w:val="ka-GE"/>
        </w:rPr>
        <w:t xml:space="preserve"> შეატყობინოს დამკვეთს ამის შესახებ, </w:t>
      </w:r>
      <w:r w:rsidR="00226F04">
        <w:rPr>
          <w:rFonts w:ascii="Sylfaen" w:hAnsi="Sylfaen" w:cs="Sylfaen"/>
          <w:sz w:val="18"/>
          <w:szCs w:val="18"/>
          <w:lang w:val="ka-GE"/>
        </w:rPr>
        <w:t xml:space="preserve">მენარდე </w:t>
      </w:r>
      <w:proofErr w:type="spellStart"/>
      <w:r w:rsidR="00A74260" w:rsidRPr="00D73BDF">
        <w:rPr>
          <w:rFonts w:ascii="Sylfaen" w:hAnsi="Sylfaen" w:cs="Sylfaen"/>
          <w:sz w:val="18"/>
          <w:szCs w:val="18"/>
        </w:rPr>
        <w:t>არ</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იქნება</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პასუხისმგებელი</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მათ</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დაზიანებაზე</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და</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არც</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მათი</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გადატანის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ვალდებულება</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წარმოეშობა</w:t>
      </w:r>
      <w:proofErr w:type="spellEnd"/>
      <w:r w:rsidR="00226F04">
        <w:rPr>
          <w:rFonts w:ascii="Sylfaen" w:hAnsi="Sylfaen" w:cstheme="majorHAnsi"/>
          <w:sz w:val="18"/>
          <w:szCs w:val="18"/>
          <w:lang w:val="ka-GE"/>
        </w:rPr>
        <w:t>;</w:t>
      </w:r>
      <w:r w:rsidR="00113891">
        <w:rPr>
          <w:rFonts w:cstheme="majorHAnsi"/>
          <w:b/>
          <w:bCs/>
          <w:sz w:val="18"/>
          <w:szCs w:val="18"/>
        </w:rPr>
        <w:br/>
      </w:r>
      <w:r w:rsidR="00A74260" w:rsidRPr="00D73BDF">
        <w:rPr>
          <w:rFonts w:ascii="Sylfaen" w:hAnsi="Sylfaen" w:cs="Sylfaen"/>
          <w:sz w:val="18"/>
          <w:szCs w:val="18"/>
        </w:rPr>
        <w:t>ე</w:t>
      </w:r>
      <w:r w:rsidR="00226F04">
        <w:rPr>
          <w:rFonts w:ascii="Sylfaen" w:hAnsi="Sylfaen" w:cs="Sylfaen"/>
          <w:sz w:val="18"/>
          <w:szCs w:val="18"/>
          <w:lang w:val="ka-GE"/>
        </w:rPr>
        <w:t>)</w:t>
      </w:r>
      <w:r w:rsidR="00A74260" w:rsidRPr="00D73BDF">
        <w:rPr>
          <w:rFonts w:cstheme="majorHAnsi"/>
          <w:sz w:val="18"/>
          <w:szCs w:val="18"/>
        </w:rPr>
        <w:t xml:space="preserve"> </w:t>
      </w:r>
      <w:r w:rsidR="001E6721">
        <w:rPr>
          <w:rFonts w:ascii="Sylfaen" w:hAnsi="Sylfaen" w:cs="Sylfaen"/>
          <w:sz w:val="18"/>
          <w:szCs w:val="18"/>
          <w:lang w:val="ka-GE"/>
        </w:rPr>
        <w:t>სამშენებლო</w:t>
      </w:r>
      <w:r w:rsidR="00A74260" w:rsidRPr="00D73BDF">
        <w:rPr>
          <w:rFonts w:cstheme="majorHAnsi"/>
          <w:sz w:val="18"/>
          <w:szCs w:val="18"/>
        </w:rPr>
        <w:t xml:space="preserve"> </w:t>
      </w:r>
      <w:proofErr w:type="spellStart"/>
      <w:r w:rsidR="00A74260" w:rsidRPr="00D73BDF">
        <w:rPr>
          <w:rFonts w:ascii="Sylfaen" w:hAnsi="Sylfaen" w:cs="Sylfaen"/>
          <w:sz w:val="18"/>
          <w:szCs w:val="18"/>
        </w:rPr>
        <w:t>მოედნის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უზრუნველყოფა</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დროებითი</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ელ</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ენერგიით</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ხოლო</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დროებითი</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წყლით</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უზრუნველყოფა</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უნდა</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განხორციელდეს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არაუგვიანეს</w:t>
      </w:r>
      <w:proofErr w:type="spellEnd"/>
      <w:r w:rsidR="00A74260" w:rsidRPr="00D73BDF">
        <w:rPr>
          <w:rFonts w:cstheme="majorHAnsi"/>
          <w:sz w:val="18"/>
          <w:szCs w:val="18"/>
        </w:rPr>
        <w:t xml:space="preserve"> </w:t>
      </w:r>
      <w:r w:rsidR="001E6721">
        <w:rPr>
          <w:rFonts w:ascii="Sylfaen" w:hAnsi="Sylfaen" w:cs="Sylfaen"/>
          <w:sz w:val="18"/>
          <w:szCs w:val="18"/>
          <w:lang w:val="ka-GE"/>
        </w:rPr>
        <w:t xml:space="preserve">სამშენებლო </w:t>
      </w:r>
      <w:proofErr w:type="spellStart"/>
      <w:r w:rsidR="00A74260" w:rsidRPr="00D73BDF">
        <w:rPr>
          <w:rFonts w:ascii="Sylfaen" w:hAnsi="Sylfaen" w:cs="Sylfaen"/>
          <w:sz w:val="18"/>
          <w:szCs w:val="18"/>
        </w:rPr>
        <w:t>მოედნის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გადაცემიდან</w:t>
      </w:r>
      <w:proofErr w:type="spellEnd"/>
      <w:r w:rsidR="00A74260" w:rsidRPr="00D73BDF">
        <w:rPr>
          <w:rFonts w:cstheme="majorHAnsi"/>
          <w:sz w:val="18"/>
          <w:szCs w:val="18"/>
        </w:rPr>
        <w:t xml:space="preserve"> 5 </w:t>
      </w:r>
      <w:r w:rsidR="00AF41AF">
        <w:rPr>
          <w:rFonts w:ascii="Sylfaen" w:hAnsi="Sylfaen" w:cstheme="majorHAnsi"/>
          <w:sz w:val="18"/>
          <w:szCs w:val="18"/>
          <w:lang w:val="ka-GE"/>
        </w:rPr>
        <w:t>(</w:t>
      </w:r>
      <w:proofErr w:type="spellStart"/>
      <w:r w:rsidR="00A74260" w:rsidRPr="00D73BDF">
        <w:rPr>
          <w:rFonts w:ascii="Sylfaen" w:hAnsi="Sylfaen" w:cs="Sylfaen"/>
          <w:sz w:val="18"/>
          <w:szCs w:val="18"/>
        </w:rPr>
        <w:t>ხუთი</w:t>
      </w:r>
      <w:proofErr w:type="spellEnd"/>
      <w:r w:rsidR="00AF41AF">
        <w:rPr>
          <w:rFonts w:ascii="Sylfaen" w:hAnsi="Sylfaen" w:cs="Sylfaen"/>
          <w:sz w:val="18"/>
          <w:szCs w:val="18"/>
          <w:lang w:val="ka-GE"/>
        </w:rPr>
        <w:t>)</w:t>
      </w:r>
      <w:r w:rsidR="00A74260" w:rsidRPr="00D73BDF">
        <w:rPr>
          <w:rFonts w:cstheme="majorHAnsi"/>
          <w:sz w:val="18"/>
          <w:szCs w:val="18"/>
        </w:rPr>
        <w:t xml:space="preserve"> </w:t>
      </w:r>
      <w:proofErr w:type="spellStart"/>
      <w:r w:rsidR="00A74260" w:rsidRPr="00D73BDF">
        <w:rPr>
          <w:rFonts w:ascii="Sylfaen" w:hAnsi="Sylfaen" w:cs="Sylfaen"/>
          <w:sz w:val="18"/>
          <w:szCs w:val="18"/>
        </w:rPr>
        <w:t>სამუშაო</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დღის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ვადაში</w:t>
      </w:r>
      <w:proofErr w:type="spellEnd"/>
      <w:r w:rsidR="00AF41AF">
        <w:rPr>
          <w:rFonts w:ascii="Sylfaen" w:hAnsi="Sylfaen" w:cstheme="majorHAnsi"/>
          <w:sz w:val="18"/>
          <w:szCs w:val="18"/>
          <w:lang w:val="ka-GE"/>
        </w:rPr>
        <w:t>;</w:t>
      </w:r>
      <w:r w:rsidR="00823604">
        <w:rPr>
          <w:rFonts w:cstheme="majorHAnsi"/>
          <w:b/>
          <w:bCs/>
          <w:sz w:val="18"/>
          <w:szCs w:val="18"/>
        </w:rPr>
        <w:br/>
      </w:r>
      <w:r w:rsidR="00A74260" w:rsidRPr="00D73BDF">
        <w:rPr>
          <w:rFonts w:ascii="Sylfaen" w:hAnsi="Sylfaen" w:cs="Sylfaen"/>
          <w:sz w:val="18"/>
          <w:szCs w:val="18"/>
        </w:rPr>
        <w:t>ვ</w:t>
      </w:r>
      <w:r w:rsidR="00AF41AF">
        <w:rPr>
          <w:rFonts w:ascii="Sylfaen" w:hAnsi="Sylfaen" w:cs="Sylfaen"/>
          <w:sz w:val="18"/>
          <w:szCs w:val="18"/>
          <w:lang w:val="ka-GE"/>
        </w:rPr>
        <w:t>)</w:t>
      </w:r>
      <w:r w:rsidR="00A74260" w:rsidRPr="00D73BDF">
        <w:rPr>
          <w:rFonts w:cstheme="majorHAnsi"/>
          <w:sz w:val="18"/>
          <w:szCs w:val="18"/>
        </w:rPr>
        <w:t xml:space="preserve"> </w:t>
      </w:r>
      <w:r w:rsidR="001E6721">
        <w:rPr>
          <w:rFonts w:ascii="Sylfaen" w:hAnsi="Sylfaen" w:cs="Sylfaen"/>
          <w:sz w:val="18"/>
          <w:szCs w:val="18"/>
          <w:lang w:val="ka-GE"/>
        </w:rPr>
        <w:t>სამშენებლო</w:t>
      </w:r>
      <w:r w:rsidR="00A74260" w:rsidRPr="00D73BDF">
        <w:rPr>
          <w:rFonts w:cstheme="majorHAnsi"/>
          <w:sz w:val="18"/>
          <w:szCs w:val="18"/>
        </w:rPr>
        <w:t xml:space="preserve"> </w:t>
      </w:r>
      <w:proofErr w:type="spellStart"/>
      <w:r w:rsidR="00A74260" w:rsidRPr="00D73BDF">
        <w:rPr>
          <w:rFonts w:ascii="Sylfaen" w:hAnsi="Sylfaen" w:cs="Sylfaen"/>
          <w:sz w:val="18"/>
          <w:szCs w:val="18"/>
        </w:rPr>
        <w:t>მოედნის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უზრუნველყოფა</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შემომსაზღვრელი</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ღობით</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საქართველოში</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არსებული</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სტანდარტების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შესაბამისად</w:t>
      </w:r>
      <w:proofErr w:type="spellEnd"/>
      <w:r w:rsidR="00A74260" w:rsidRPr="00D73BDF">
        <w:rPr>
          <w:rFonts w:cstheme="majorHAnsi"/>
          <w:sz w:val="18"/>
          <w:szCs w:val="18"/>
        </w:rPr>
        <w:t>.</w:t>
      </w:r>
    </w:p>
    <w:p w14:paraId="0B7D0360" w14:textId="23BCC066" w:rsidR="004B6084" w:rsidRPr="00D73BDF" w:rsidRDefault="00CA7982" w:rsidP="005D2B7E">
      <w:pPr>
        <w:ind w:left="360"/>
        <w:jc w:val="both"/>
        <w:rPr>
          <w:rFonts w:cstheme="majorHAnsi"/>
          <w:sz w:val="18"/>
          <w:szCs w:val="18"/>
        </w:rPr>
      </w:pPr>
      <w:r>
        <w:rPr>
          <w:rFonts w:ascii="Sylfaen" w:hAnsi="Sylfaen" w:cs="Sylfaen"/>
          <w:sz w:val="18"/>
          <w:szCs w:val="18"/>
          <w:lang w:val="ka-GE"/>
        </w:rPr>
        <w:t xml:space="preserve">3.1.1.2. </w:t>
      </w:r>
      <w:proofErr w:type="spellStart"/>
      <w:r w:rsidR="00A74260" w:rsidRPr="00D73BDF">
        <w:rPr>
          <w:rFonts w:ascii="Sylfaen" w:hAnsi="Sylfaen" w:cs="Sylfaen"/>
          <w:sz w:val="18"/>
          <w:szCs w:val="18"/>
        </w:rPr>
        <w:t>ამასთან</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იმ</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შემთხვევაში</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თუ</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ობი</w:t>
      </w:r>
      <w:proofErr w:type="spellEnd"/>
      <w:r w:rsidR="00C84DB4">
        <w:rPr>
          <w:rFonts w:ascii="Sylfaen" w:hAnsi="Sylfaen" w:cs="Sylfaen"/>
          <w:sz w:val="18"/>
          <w:szCs w:val="18"/>
          <w:lang w:val="ka-GE"/>
        </w:rPr>
        <w:t>ე</w:t>
      </w:r>
      <w:proofErr w:type="spellStart"/>
      <w:r w:rsidR="00A74260" w:rsidRPr="00D73BDF">
        <w:rPr>
          <w:rFonts w:ascii="Sylfaen" w:hAnsi="Sylfaen" w:cs="Sylfaen"/>
          <w:sz w:val="18"/>
          <w:szCs w:val="18"/>
        </w:rPr>
        <w:t>ქტის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გადაცემის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მომენტისათვის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დამკვეთის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მიერ</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არ</w:t>
      </w:r>
      <w:proofErr w:type="spellEnd"/>
      <w:r w:rsidR="00A74260" w:rsidRPr="00D73BDF">
        <w:rPr>
          <w:rFonts w:cstheme="majorHAnsi"/>
          <w:sz w:val="18"/>
          <w:szCs w:val="18"/>
        </w:rPr>
        <w:t>/</w:t>
      </w:r>
      <w:proofErr w:type="spellStart"/>
      <w:r w:rsidR="00A74260" w:rsidRPr="00D73BDF">
        <w:rPr>
          <w:rFonts w:ascii="Sylfaen" w:hAnsi="Sylfaen" w:cs="Sylfaen"/>
          <w:sz w:val="18"/>
          <w:szCs w:val="18"/>
        </w:rPr>
        <w:t>ვერ</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იქნება</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შესრულებული</w:t>
      </w:r>
      <w:proofErr w:type="spellEnd"/>
      <w:r w:rsidR="00A74260" w:rsidRPr="00D73BDF">
        <w:rPr>
          <w:rFonts w:cstheme="majorHAnsi"/>
          <w:sz w:val="18"/>
          <w:szCs w:val="18"/>
        </w:rPr>
        <w:t xml:space="preserve"> 3.1.1.1 </w:t>
      </w:r>
      <w:proofErr w:type="spellStart"/>
      <w:r w:rsidR="00A74260" w:rsidRPr="00D73BDF">
        <w:rPr>
          <w:rFonts w:ascii="Sylfaen" w:hAnsi="Sylfaen" w:cs="Sylfaen"/>
          <w:sz w:val="18"/>
          <w:szCs w:val="18"/>
        </w:rPr>
        <w:t>პუნქტით</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გათვალისწინებული</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რომელიმე</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ქმედება</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მიღება</w:t>
      </w:r>
      <w:r w:rsidR="00A74260" w:rsidRPr="00D73BDF">
        <w:rPr>
          <w:rFonts w:cstheme="majorHAnsi"/>
          <w:sz w:val="18"/>
          <w:szCs w:val="18"/>
        </w:rPr>
        <w:t>-</w:t>
      </w:r>
      <w:r w:rsidR="00A74260" w:rsidRPr="00D73BDF">
        <w:rPr>
          <w:rFonts w:ascii="Sylfaen" w:hAnsi="Sylfaen" w:cs="Sylfaen"/>
          <w:sz w:val="18"/>
          <w:szCs w:val="18"/>
        </w:rPr>
        <w:t>ჩაბარების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აქტში</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მიეთითება</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ამის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თაობაზე</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და</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განხორციელდება</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მენარდის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მიერ</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შესასრულებელი</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სამუშაოების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ვადის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კორექტირება</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დაყოვნებული</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დღეების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პროპორციულად</w:t>
      </w:r>
      <w:proofErr w:type="spellEnd"/>
      <w:r w:rsidR="00A74260" w:rsidRPr="00D73BDF">
        <w:rPr>
          <w:rFonts w:cstheme="majorHAnsi"/>
          <w:sz w:val="18"/>
          <w:szCs w:val="18"/>
        </w:rPr>
        <w:t xml:space="preserve">. </w:t>
      </w:r>
    </w:p>
    <w:p w14:paraId="093728FB" w14:textId="450B24AB" w:rsidR="004B6084" w:rsidRPr="008150E9" w:rsidRDefault="00A74260" w:rsidP="00185C20">
      <w:pPr>
        <w:jc w:val="both"/>
        <w:rPr>
          <w:rFonts w:cstheme="majorHAnsi"/>
          <w:sz w:val="18"/>
          <w:szCs w:val="18"/>
        </w:rPr>
      </w:pPr>
      <w:r w:rsidRPr="008150E9">
        <w:rPr>
          <w:rFonts w:cstheme="majorHAnsi"/>
          <w:sz w:val="18"/>
          <w:szCs w:val="18"/>
        </w:rPr>
        <w:t>3.2.</w:t>
      </w:r>
      <w:r w:rsidR="001F4CA1" w:rsidRPr="008150E9">
        <w:rPr>
          <w:rFonts w:ascii="Sylfaen" w:hAnsi="Sylfaen" w:cstheme="majorHAnsi"/>
          <w:sz w:val="18"/>
          <w:szCs w:val="18"/>
          <w:lang w:val="ka-GE"/>
        </w:rPr>
        <w:t>1</w:t>
      </w:r>
      <w:r w:rsidRPr="008150E9">
        <w:rPr>
          <w:rFonts w:cstheme="majorHAnsi"/>
          <w:sz w:val="18"/>
          <w:szCs w:val="18"/>
        </w:rPr>
        <w:t>.</w:t>
      </w:r>
      <w:r w:rsidR="001F4CA1" w:rsidRPr="008150E9">
        <w:rPr>
          <w:rFonts w:ascii="Sylfaen" w:hAnsi="Sylfaen" w:cstheme="majorHAnsi"/>
          <w:sz w:val="18"/>
          <w:szCs w:val="18"/>
          <w:lang w:val="ka-GE"/>
        </w:rPr>
        <w:t xml:space="preserve"> </w:t>
      </w:r>
      <w:r w:rsidRPr="008150E9">
        <w:rPr>
          <w:rFonts w:cstheme="majorHAnsi"/>
          <w:sz w:val="18"/>
          <w:szCs w:val="18"/>
        </w:rPr>
        <w:t xml:space="preserve"> </w:t>
      </w:r>
      <w:proofErr w:type="spellStart"/>
      <w:r w:rsidRPr="008150E9">
        <w:rPr>
          <w:rFonts w:ascii="Sylfaen" w:hAnsi="Sylfaen" w:cs="Sylfaen"/>
          <w:sz w:val="18"/>
          <w:szCs w:val="18"/>
        </w:rPr>
        <w:t>უზრუნველყოს</w:t>
      </w:r>
      <w:proofErr w:type="spellEnd"/>
      <w:r w:rsidRPr="008150E9">
        <w:rPr>
          <w:rFonts w:cstheme="majorHAnsi"/>
          <w:sz w:val="18"/>
          <w:szCs w:val="18"/>
        </w:rPr>
        <w:t xml:space="preserve"> </w:t>
      </w:r>
      <w:proofErr w:type="spellStart"/>
      <w:r w:rsidRPr="008150E9">
        <w:rPr>
          <w:rFonts w:ascii="Sylfaen" w:hAnsi="Sylfaen" w:cs="Sylfaen"/>
          <w:sz w:val="18"/>
          <w:szCs w:val="18"/>
        </w:rPr>
        <w:t>მშენებლობის</w:t>
      </w:r>
      <w:proofErr w:type="spellEnd"/>
      <w:r w:rsidRPr="008150E9">
        <w:rPr>
          <w:rFonts w:cstheme="majorHAnsi"/>
          <w:sz w:val="18"/>
          <w:szCs w:val="18"/>
        </w:rPr>
        <w:t xml:space="preserve"> </w:t>
      </w:r>
      <w:proofErr w:type="spellStart"/>
      <w:r w:rsidRPr="008150E9">
        <w:rPr>
          <w:rFonts w:ascii="Sylfaen" w:hAnsi="Sylfaen" w:cs="Sylfaen"/>
          <w:sz w:val="18"/>
          <w:szCs w:val="18"/>
        </w:rPr>
        <w:t>დაფინანსება</w:t>
      </w:r>
      <w:proofErr w:type="spellEnd"/>
      <w:r w:rsidRPr="008150E9">
        <w:rPr>
          <w:rFonts w:cstheme="majorHAnsi"/>
          <w:sz w:val="18"/>
          <w:szCs w:val="18"/>
        </w:rPr>
        <w:t xml:space="preserve"> </w:t>
      </w:r>
      <w:proofErr w:type="spellStart"/>
      <w:r w:rsidRPr="008150E9">
        <w:rPr>
          <w:rFonts w:ascii="Sylfaen" w:hAnsi="Sylfaen" w:cs="Sylfaen"/>
          <w:sz w:val="18"/>
          <w:szCs w:val="18"/>
        </w:rPr>
        <w:t>ხელშეკრულებით</w:t>
      </w:r>
      <w:proofErr w:type="spellEnd"/>
      <w:r w:rsidRPr="008150E9">
        <w:rPr>
          <w:rFonts w:cstheme="majorHAnsi"/>
          <w:sz w:val="18"/>
          <w:szCs w:val="18"/>
        </w:rPr>
        <w:t xml:space="preserve"> </w:t>
      </w:r>
      <w:proofErr w:type="spellStart"/>
      <w:r w:rsidRPr="008150E9">
        <w:rPr>
          <w:rFonts w:ascii="Sylfaen" w:hAnsi="Sylfaen" w:cs="Sylfaen"/>
          <w:sz w:val="18"/>
          <w:szCs w:val="18"/>
        </w:rPr>
        <w:t>დადგენილი</w:t>
      </w:r>
      <w:proofErr w:type="spellEnd"/>
      <w:r w:rsidRPr="008150E9">
        <w:rPr>
          <w:rFonts w:cstheme="majorHAnsi"/>
          <w:sz w:val="18"/>
          <w:szCs w:val="18"/>
        </w:rPr>
        <w:t xml:space="preserve"> </w:t>
      </w:r>
      <w:proofErr w:type="spellStart"/>
      <w:r w:rsidRPr="008150E9">
        <w:rPr>
          <w:rFonts w:ascii="Sylfaen" w:hAnsi="Sylfaen" w:cs="Sylfaen"/>
          <w:sz w:val="18"/>
          <w:szCs w:val="18"/>
        </w:rPr>
        <w:t>წესითა</w:t>
      </w:r>
      <w:proofErr w:type="spellEnd"/>
      <w:r w:rsidRPr="008150E9">
        <w:rPr>
          <w:rFonts w:cstheme="majorHAnsi"/>
          <w:sz w:val="18"/>
          <w:szCs w:val="18"/>
        </w:rPr>
        <w:t xml:space="preserve"> </w:t>
      </w:r>
      <w:proofErr w:type="spellStart"/>
      <w:r w:rsidRPr="008150E9">
        <w:rPr>
          <w:rFonts w:ascii="Sylfaen" w:hAnsi="Sylfaen" w:cs="Sylfaen"/>
          <w:sz w:val="18"/>
          <w:szCs w:val="18"/>
        </w:rPr>
        <w:t>და</w:t>
      </w:r>
      <w:proofErr w:type="spellEnd"/>
      <w:r w:rsidRPr="008150E9">
        <w:rPr>
          <w:rFonts w:cstheme="majorHAnsi"/>
          <w:sz w:val="18"/>
          <w:szCs w:val="18"/>
        </w:rPr>
        <w:t xml:space="preserve"> </w:t>
      </w:r>
      <w:proofErr w:type="spellStart"/>
      <w:r w:rsidRPr="008150E9">
        <w:rPr>
          <w:rFonts w:ascii="Sylfaen" w:hAnsi="Sylfaen" w:cs="Sylfaen"/>
          <w:sz w:val="18"/>
          <w:szCs w:val="18"/>
        </w:rPr>
        <w:t>პირობებით</w:t>
      </w:r>
      <w:proofErr w:type="spellEnd"/>
      <w:r w:rsidRPr="008150E9">
        <w:rPr>
          <w:rFonts w:cstheme="majorHAnsi"/>
          <w:sz w:val="18"/>
          <w:szCs w:val="18"/>
        </w:rPr>
        <w:t>.</w:t>
      </w:r>
    </w:p>
    <w:p w14:paraId="242BCED9" w14:textId="3C39AC80" w:rsidR="004B6084" w:rsidRPr="00D73BDF" w:rsidRDefault="00A74260" w:rsidP="00185C20">
      <w:pPr>
        <w:jc w:val="both"/>
        <w:rPr>
          <w:rFonts w:cstheme="majorHAnsi"/>
          <w:sz w:val="18"/>
          <w:szCs w:val="18"/>
        </w:rPr>
      </w:pPr>
      <w:r w:rsidRPr="00D73BDF">
        <w:rPr>
          <w:rFonts w:cstheme="majorHAnsi"/>
          <w:sz w:val="18"/>
          <w:szCs w:val="18"/>
        </w:rPr>
        <w:t xml:space="preserve">3.2.2. </w:t>
      </w:r>
      <w:proofErr w:type="spellStart"/>
      <w:r w:rsidRPr="00D73BDF">
        <w:rPr>
          <w:rFonts w:ascii="Sylfaen" w:hAnsi="Sylfaen" w:cs="Sylfaen"/>
          <w:sz w:val="18"/>
          <w:szCs w:val="18"/>
        </w:rPr>
        <w:t>მიიღოს</w:t>
      </w:r>
      <w:proofErr w:type="spellEnd"/>
      <w:r w:rsidRPr="00D73BDF">
        <w:rPr>
          <w:rFonts w:cstheme="majorHAnsi"/>
          <w:sz w:val="18"/>
          <w:szCs w:val="18"/>
        </w:rPr>
        <w:t xml:space="preserve"> </w:t>
      </w:r>
      <w:proofErr w:type="spellStart"/>
      <w:r w:rsidRPr="00D73BDF">
        <w:rPr>
          <w:rFonts w:ascii="Sylfaen" w:hAnsi="Sylfaen" w:cs="Sylfaen"/>
          <w:sz w:val="18"/>
          <w:szCs w:val="18"/>
        </w:rPr>
        <w:t>მენარდისაგან</w:t>
      </w:r>
      <w:proofErr w:type="spellEnd"/>
      <w:r w:rsidRPr="00D73BDF">
        <w:rPr>
          <w:rFonts w:cstheme="majorHAnsi"/>
          <w:sz w:val="18"/>
          <w:szCs w:val="18"/>
        </w:rPr>
        <w:t xml:space="preserve"> </w:t>
      </w:r>
      <w:proofErr w:type="spellStart"/>
      <w:r w:rsidRPr="00D73BDF">
        <w:rPr>
          <w:rFonts w:ascii="Sylfaen" w:hAnsi="Sylfaen" w:cs="Sylfaen"/>
          <w:sz w:val="18"/>
          <w:szCs w:val="18"/>
        </w:rPr>
        <w:t>დამთავრებული</w:t>
      </w:r>
      <w:proofErr w:type="spellEnd"/>
      <w:r w:rsidRPr="00D73BDF">
        <w:rPr>
          <w:rFonts w:cstheme="majorHAnsi"/>
          <w:sz w:val="18"/>
          <w:szCs w:val="18"/>
        </w:rPr>
        <w:t xml:space="preserve"> </w:t>
      </w:r>
      <w:proofErr w:type="spellStart"/>
      <w:r w:rsidRPr="00D73BDF">
        <w:rPr>
          <w:rFonts w:ascii="Sylfaen" w:hAnsi="Sylfaen" w:cs="Sylfaen"/>
          <w:sz w:val="18"/>
          <w:szCs w:val="18"/>
        </w:rPr>
        <w:t>სამუშაოები</w:t>
      </w:r>
      <w:proofErr w:type="spellEnd"/>
      <w:r w:rsidRPr="00D73BDF">
        <w:rPr>
          <w:rFonts w:cstheme="majorHAnsi"/>
          <w:sz w:val="18"/>
          <w:szCs w:val="18"/>
        </w:rPr>
        <w:t xml:space="preserve">, </w:t>
      </w:r>
      <w:proofErr w:type="spellStart"/>
      <w:r w:rsidRPr="00D73BDF">
        <w:rPr>
          <w:rFonts w:ascii="Sylfaen" w:hAnsi="Sylfaen" w:cs="Sylfaen"/>
          <w:sz w:val="18"/>
          <w:szCs w:val="18"/>
        </w:rPr>
        <w:t>კალენდარული</w:t>
      </w:r>
      <w:proofErr w:type="spellEnd"/>
      <w:r w:rsidRPr="00D73BDF">
        <w:rPr>
          <w:rFonts w:cstheme="majorHAnsi"/>
          <w:sz w:val="18"/>
          <w:szCs w:val="18"/>
        </w:rPr>
        <w:t xml:space="preserve"> </w:t>
      </w:r>
      <w:proofErr w:type="spellStart"/>
      <w:r w:rsidRPr="00D73BDF">
        <w:rPr>
          <w:rFonts w:ascii="Sylfaen" w:hAnsi="Sylfaen" w:cs="Sylfaen"/>
          <w:sz w:val="18"/>
          <w:szCs w:val="18"/>
        </w:rPr>
        <w:t>გეგმა</w:t>
      </w:r>
      <w:proofErr w:type="spellEnd"/>
      <w:r w:rsidRPr="00D73BDF">
        <w:rPr>
          <w:rFonts w:cstheme="majorHAnsi"/>
          <w:sz w:val="18"/>
          <w:szCs w:val="18"/>
        </w:rPr>
        <w:t xml:space="preserve"> </w:t>
      </w:r>
      <w:proofErr w:type="spellStart"/>
      <w:r w:rsidRPr="00D73BDF">
        <w:rPr>
          <w:rFonts w:ascii="Sylfaen" w:hAnsi="Sylfaen" w:cs="Sylfaen"/>
          <w:sz w:val="18"/>
          <w:szCs w:val="18"/>
        </w:rPr>
        <w:t>გრაფიკით</w:t>
      </w:r>
      <w:proofErr w:type="spellEnd"/>
      <w:r w:rsidRPr="00D73BDF">
        <w:rPr>
          <w:rFonts w:cstheme="majorHAnsi"/>
          <w:sz w:val="18"/>
          <w:szCs w:val="18"/>
        </w:rPr>
        <w:t xml:space="preserve"> </w:t>
      </w:r>
      <w:proofErr w:type="spellStart"/>
      <w:r w:rsidRPr="00D73BDF">
        <w:rPr>
          <w:rFonts w:ascii="Sylfaen" w:hAnsi="Sylfaen" w:cs="Sylfaen"/>
          <w:sz w:val="18"/>
          <w:szCs w:val="18"/>
        </w:rPr>
        <w:t>განსაზღვრული</w:t>
      </w:r>
      <w:proofErr w:type="spellEnd"/>
      <w:r w:rsidRPr="00D73BDF">
        <w:rPr>
          <w:rFonts w:cstheme="majorHAnsi"/>
          <w:sz w:val="18"/>
          <w:szCs w:val="18"/>
        </w:rPr>
        <w:t xml:space="preserve"> </w:t>
      </w:r>
      <w:proofErr w:type="spellStart"/>
      <w:r w:rsidRPr="00D73BDF">
        <w:rPr>
          <w:rFonts w:ascii="Sylfaen" w:hAnsi="Sylfaen" w:cs="Sylfaen"/>
          <w:sz w:val="18"/>
          <w:szCs w:val="18"/>
        </w:rPr>
        <w:t>ეტაპი</w:t>
      </w:r>
      <w:proofErr w:type="spellEnd"/>
      <w:r w:rsidRPr="00D73BDF">
        <w:rPr>
          <w:rFonts w:cstheme="majorHAnsi"/>
          <w:sz w:val="18"/>
          <w:szCs w:val="18"/>
        </w:rPr>
        <w:t xml:space="preserve">, </w:t>
      </w:r>
      <w:proofErr w:type="spellStart"/>
      <w:r w:rsidRPr="00D73BDF">
        <w:rPr>
          <w:rFonts w:ascii="Sylfaen" w:hAnsi="Sylfaen" w:cs="Sylfaen"/>
          <w:sz w:val="18"/>
          <w:szCs w:val="18"/>
        </w:rPr>
        <w:t>შესრულებული</w:t>
      </w:r>
      <w:proofErr w:type="spellEnd"/>
      <w:r w:rsidRPr="00D73BDF">
        <w:rPr>
          <w:rFonts w:cstheme="majorHAnsi"/>
          <w:sz w:val="18"/>
          <w:szCs w:val="18"/>
        </w:rPr>
        <w:t xml:space="preserve"> </w:t>
      </w:r>
      <w:proofErr w:type="spellStart"/>
      <w:r w:rsidRPr="00D73BDF">
        <w:rPr>
          <w:rFonts w:ascii="Sylfaen" w:hAnsi="Sylfaen" w:cs="Sylfaen"/>
          <w:sz w:val="18"/>
          <w:szCs w:val="18"/>
        </w:rPr>
        <w:t>სამუშაოების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მიღება</w:t>
      </w:r>
      <w:r w:rsidRPr="00D73BDF">
        <w:rPr>
          <w:rFonts w:cstheme="majorHAnsi"/>
          <w:sz w:val="18"/>
          <w:szCs w:val="18"/>
        </w:rPr>
        <w:t>-</w:t>
      </w:r>
      <w:r w:rsidRPr="00D73BDF">
        <w:rPr>
          <w:rFonts w:ascii="Sylfaen" w:hAnsi="Sylfaen" w:cs="Sylfaen"/>
          <w:sz w:val="18"/>
          <w:szCs w:val="18"/>
        </w:rPr>
        <w:t>ჩაბარების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აქტის</w:t>
      </w:r>
      <w:proofErr w:type="spellEnd"/>
      <w:r w:rsidRPr="00D73BDF">
        <w:rPr>
          <w:rFonts w:cstheme="majorHAnsi"/>
          <w:sz w:val="18"/>
          <w:szCs w:val="18"/>
        </w:rPr>
        <w:t xml:space="preserve"> </w:t>
      </w:r>
      <w:r w:rsidR="004C63AE">
        <w:rPr>
          <w:rFonts w:ascii="Sylfaen" w:hAnsi="Sylfaen" w:cstheme="majorHAnsi"/>
          <w:sz w:val="18"/>
          <w:szCs w:val="18"/>
          <w:lang w:val="ka-GE"/>
        </w:rPr>
        <w:t>(</w:t>
      </w:r>
      <w:proofErr w:type="spellStart"/>
      <w:r w:rsidRPr="00D73BDF">
        <w:rPr>
          <w:rFonts w:ascii="Sylfaen" w:hAnsi="Sylfaen" w:cs="Sylfaen"/>
          <w:sz w:val="18"/>
          <w:szCs w:val="18"/>
        </w:rPr>
        <w:t>ფორმა</w:t>
      </w:r>
      <w:proofErr w:type="spellEnd"/>
      <w:r w:rsidR="004C63AE">
        <w:rPr>
          <w:rFonts w:cstheme="majorHAnsi"/>
          <w:sz w:val="18"/>
          <w:szCs w:val="18"/>
        </w:rPr>
        <w:t xml:space="preserve"> №2, №3</w:t>
      </w:r>
      <w:r w:rsidR="004C63AE">
        <w:rPr>
          <w:rFonts w:ascii="Sylfaen" w:hAnsi="Sylfaen" w:cstheme="majorHAnsi"/>
          <w:sz w:val="18"/>
          <w:szCs w:val="18"/>
          <w:lang w:val="ka-GE"/>
        </w:rPr>
        <w:t>)</w:t>
      </w:r>
      <w:r w:rsidRPr="00D73BDF">
        <w:rPr>
          <w:rFonts w:cstheme="majorHAnsi"/>
          <w:sz w:val="18"/>
          <w:szCs w:val="18"/>
        </w:rPr>
        <w:t xml:space="preserve"> </w:t>
      </w:r>
      <w:proofErr w:type="spellStart"/>
      <w:r w:rsidRPr="00D73BDF">
        <w:rPr>
          <w:rFonts w:ascii="Sylfaen" w:hAnsi="Sylfaen" w:cs="Sylfaen"/>
          <w:sz w:val="18"/>
          <w:szCs w:val="18"/>
        </w:rPr>
        <w:t>გაფორმებით</w:t>
      </w:r>
      <w:proofErr w:type="spellEnd"/>
      <w:r w:rsidRPr="00D73BDF">
        <w:rPr>
          <w:rFonts w:cstheme="majorHAnsi"/>
          <w:sz w:val="18"/>
          <w:szCs w:val="18"/>
        </w:rPr>
        <w:t xml:space="preserve"> </w:t>
      </w:r>
      <w:proofErr w:type="spellStart"/>
      <w:r w:rsidRPr="00D73BDF">
        <w:rPr>
          <w:rFonts w:ascii="Sylfaen" w:hAnsi="Sylfaen" w:cs="Sylfaen"/>
          <w:sz w:val="18"/>
          <w:szCs w:val="18"/>
        </w:rPr>
        <w:t>და</w:t>
      </w:r>
      <w:proofErr w:type="spellEnd"/>
      <w:r w:rsidRPr="00D73BDF">
        <w:rPr>
          <w:rFonts w:cstheme="majorHAnsi"/>
          <w:sz w:val="18"/>
          <w:szCs w:val="18"/>
        </w:rPr>
        <w:t xml:space="preserve"> </w:t>
      </w:r>
      <w:proofErr w:type="spellStart"/>
      <w:r w:rsidRPr="00D73BDF">
        <w:rPr>
          <w:rFonts w:ascii="Sylfaen" w:hAnsi="Sylfaen" w:cs="Sylfaen"/>
          <w:sz w:val="18"/>
          <w:szCs w:val="18"/>
        </w:rPr>
        <w:t>ხელმოწერით</w:t>
      </w:r>
      <w:proofErr w:type="spellEnd"/>
      <w:r w:rsidRPr="00D73BDF">
        <w:rPr>
          <w:rFonts w:cstheme="majorHAnsi"/>
          <w:sz w:val="18"/>
          <w:szCs w:val="18"/>
        </w:rPr>
        <w:t xml:space="preserve">, </w:t>
      </w:r>
      <w:proofErr w:type="spellStart"/>
      <w:r w:rsidRPr="00D73BDF">
        <w:rPr>
          <w:rFonts w:ascii="Sylfaen" w:hAnsi="Sylfaen" w:cs="Sylfaen"/>
          <w:sz w:val="18"/>
          <w:szCs w:val="18"/>
        </w:rPr>
        <w:t>ხელშეკრულებით</w:t>
      </w:r>
      <w:proofErr w:type="spellEnd"/>
      <w:r w:rsidRPr="00D73BDF">
        <w:rPr>
          <w:rFonts w:cstheme="majorHAnsi"/>
          <w:sz w:val="18"/>
          <w:szCs w:val="18"/>
        </w:rPr>
        <w:t xml:space="preserve"> </w:t>
      </w:r>
      <w:proofErr w:type="spellStart"/>
      <w:r w:rsidRPr="00D73BDF">
        <w:rPr>
          <w:rFonts w:ascii="Sylfaen" w:hAnsi="Sylfaen" w:cs="Sylfaen"/>
          <w:sz w:val="18"/>
          <w:szCs w:val="18"/>
        </w:rPr>
        <w:t>გათვალისწინებული</w:t>
      </w:r>
      <w:proofErr w:type="spellEnd"/>
      <w:r w:rsidRPr="00D73BDF">
        <w:rPr>
          <w:rFonts w:cstheme="majorHAnsi"/>
          <w:sz w:val="18"/>
          <w:szCs w:val="18"/>
        </w:rPr>
        <w:t xml:space="preserve"> </w:t>
      </w:r>
      <w:proofErr w:type="spellStart"/>
      <w:r w:rsidRPr="00D73BDF">
        <w:rPr>
          <w:rFonts w:ascii="Sylfaen" w:hAnsi="Sylfaen" w:cs="Sylfaen"/>
          <w:sz w:val="18"/>
          <w:szCs w:val="18"/>
        </w:rPr>
        <w:t>წესითა</w:t>
      </w:r>
      <w:proofErr w:type="spellEnd"/>
      <w:r w:rsidRPr="00D73BDF">
        <w:rPr>
          <w:rFonts w:cstheme="majorHAnsi"/>
          <w:sz w:val="18"/>
          <w:szCs w:val="18"/>
        </w:rPr>
        <w:t xml:space="preserve"> </w:t>
      </w:r>
      <w:proofErr w:type="spellStart"/>
      <w:r w:rsidRPr="00D73BDF">
        <w:rPr>
          <w:rFonts w:ascii="Sylfaen" w:hAnsi="Sylfaen" w:cs="Sylfaen"/>
          <w:sz w:val="18"/>
          <w:szCs w:val="18"/>
        </w:rPr>
        <w:t>და</w:t>
      </w:r>
      <w:proofErr w:type="spellEnd"/>
      <w:r w:rsidRPr="00D73BDF">
        <w:rPr>
          <w:rFonts w:cstheme="majorHAnsi"/>
          <w:sz w:val="18"/>
          <w:szCs w:val="18"/>
        </w:rPr>
        <w:t xml:space="preserve"> </w:t>
      </w:r>
      <w:proofErr w:type="spellStart"/>
      <w:r w:rsidRPr="00D73BDF">
        <w:rPr>
          <w:rFonts w:ascii="Sylfaen" w:hAnsi="Sylfaen" w:cs="Sylfaen"/>
          <w:sz w:val="18"/>
          <w:szCs w:val="18"/>
        </w:rPr>
        <w:t>ვადებში</w:t>
      </w:r>
      <w:proofErr w:type="spellEnd"/>
      <w:r w:rsidRPr="00D73BDF">
        <w:rPr>
          <w:rFonts w:cstheme="majorHAnsi"/>
          <w:sz w:val="18"/>
          <w:szCs w:val="18"/>
        </w:rPr>
        <w:t>.</w:t>
      </w:r>
    </w:p>
    <w:p w14:paraId="3FAB0E02" w14:textId="5712CB1F" w:rsidR="004B6084" w:rsidRPr="00D73BDF" w:rsidRDefault="00A74260" w:rsidP="00185C20">
      <w:pPr>
        <w:jc w:val="both"/>
        <w:rPr>
          <w:rFonts w:cstheme="majorHAnsi"/>
          <w:sz w:val="18"/>
          <w:szCs w:val="18"/>
        </w:rPr>
      </w:pPr>
      <w:r w:rsidRPr="00D73BDF">
        <w:rPr>
          <w:rFonts w:cstheme="majorHAnsi"/>
          <w:sz w:val="18"/>
          <w:szCs w:val="18"/>
        </w:rPr>
        <w:t xml:space="preserve">3.2.3. </w:t>
      </w:r>
      <w:proofErr w:type="spellStart"/>
      <w:r w:rsidRPr="00D73BDF">
        <w:rPr>
          <w:rFonts w:ascii="Sylfaen" w:hAnsi="Sylfaen" w:cs="Sylfaen"/>
          <w:sz w:val="18"/>
          <w:szCs w:val="18"/>
        </w:rPr>
        <w:t>მიაწოდოს</w:t>
      </w:r>
      <w:proofErr w:type="spellEnd"/>
      <w:r w:rsidRPr="00D73BDF">
        <w:rPr>
          <w:rFonts w:cstheme="majorHAnsi"/>
          <w:sz w:val="18"/>
          <w:szCs w:val="18"/>
        </w:rPr>
        <w:t xml:space="preserve"> </w:t>
      </w:r>
      <w:r w:rsidR="004C63AE">
        <w:rPr>
          <w:rFonts w:ascii="Sylfaen" w:hAnsi="Sylfaen" w:cs="Sylfaen"/>
          <w:sz w:val="18"/>
          <w:szCs w:val="18"/>
          <w:lang w:val="ka-GE"/>
        </w:rPr>
        <w:t>მენარდეს</w:t>
      </w:r>
      <w:r w:rsidRPr="00D73BDF">
        <w:rPr>
          <w:rFonts w:cstheme="majorHAnsi"/>
          <w:sz w:val="18"/>
          <w:szCs w:val="18"/>
        </w:rPr>
        <w:t xml:space="preserve"> </w:t>
      </w:r>
      <w:proofErr w:type="spellStart"/>
      <w:r w:rsidRPr="00D73BDF">
        <w:rPr>
          <w:rFonts w:ascii="Sylfaen" w:hAnsi="Sylfaen" w:cs="Sylfaen"/>
          <w:sz w:val="18"/>
          <w:szCs w:val="18"/>
        </w:rPr>
        <w:t>მის</w:t>
      </w:r>
      <w:proofErr w:type="spellEnd"/>
      <w:r w:rsidRPr="00D73BDF">
        <w:rPr>
          <w:rFonts w:cstheme="majorHAnsi"/>
          <w:sz w:val="18"/>
          <w:szCs w:val="18"/>
        </w:rPr>
        <w:t xml:space="preserve"> </w:t>
      </w:r>
      <w:proofErr w:type="spellStart"/>
      <w:r w:rsidRPr="00D73BDF">
        <w:rPr>
          <w:rFonts w:ascii="Sylfaen" w:hAnsi="Sylfaen" w:cs="Sylfaen"/>
          <w:sz w:val="18"/>
          <w:szCs w:val="18"/>
        </w:rPr>
        <w:t>მიერ</w:t>
      </w:r>
      <w:proofErr w:type="spellEnd"/>
      <w:r w:rsidRPr="00D73BDF">
        <w:rPr>
          <w:rFonts w:cstheme="majorHAnsi"/>
          <w:sz w:val="18"/>
          <w:szCs w:val="18"/>
        </w:rPr>
        <w:t xml:space="preserve"> </w:t>
      </w:r>
      <w:proofErr w:type="spellStart"/>
      <w:r w:rsidRPr="00D73BDF">
        <w:rPr>
          <w:rFonts w:ascii="Sylfaen" w:hAnsi="Sylfaen" w:cs="Sylfaen"/>
          <w:sz w:val="18"/>
          <w:szCs w:val="18"/>
        </w:rPr>
        <w:t>წერილობით</w:t>
      </w:r>
      <w:proofErr w:type="spellEnd"/>
      <w:r w:rsidRPr="00D73BDF">
        <w:rPr>
          <w:rFonts w:cstheme="majorHAnsi"/>
          <w:sz w:val="18"/>
          <w:szCs w:val="18"/>
        </w:rPr>
        <w:t xml:space="preserve"> </w:t>
      </w:r>
      <w:proofErr w:type="spellStart"/>
      <w:r w:rsidRPr="00D73BDF">
        <w:rPr>
          <w:rFonts w:ascii="Sylfaen" w:hAnsi="Sylfaen" w:cs="Sylfaen"/>
          <w:sz w:val="18"/>
          <w:szCs w:val="18"/>
        </w:rPr>
        <w:t>მოთხოვნილი</w:t>
      </w:r>
      <w:proofErr w:type="spellEnd"/>
      <w:r w:rsidRPr="00D73BDF">
        <w:rPr>
          <w:rFonts w:cstheme="majorHAnsi"/>
          <w:sz w:val="18"/>
          <w:szCs w:val="18"/>
        </w:rPr>
        <w:t xml:space="preserve"> </w:t>
      </w:r>
      <w:proofErr w:type="spellStart"/>
      <w:r w:rsidRPr="00D73BDF">
        <w:rPr>
          <w:rFonts w:ascii="Sylfaen" w:hAnsi="Sylfaen" w:cs="Sylfaen"/>
          <w:sz w:val="18"/>
          <w:szCs w:val="18"/>
        </w:rPr>
        <w:t>მშენებლობის</w:t>
      </w:r>
      <w:proofErr w:type="spellEnd"/>
      <w:r w:rsidRPr="00D73BDF">
        <w:rPr>
          <w:rFonts w:cstheme="majorHAnsi"/>
          <w:sz w:val="18"/>
          <w:szCs w:val="18"/>
        </w:rPr>
        <w:t xml:space="preserve"> </w:t>
      </w:r>
      <w:proofErr w:type="spellStart"/>
      <w:r w:rsidRPr="00D73BDF">
        <w:rPr>
          <w:rFonts w:ascii="Sylfaen" w:hAnsi="Sylfaen" w:cs="Sylfaen"/>
          <w:sz w:val="18"/>
          <w:szCs w:val="18"/>
        </w:rPr>
        <w:t>წარმოებისათვის</w:t>
      </w:r>
      <w:proofErr w:type="spellEnd"/>
      <w:r w:rsidRPr="00D73BDF">
        <w:rPr>
          <w:rFonts w:cstheme="majorHAnsi"/>
          <w:sz w:val="18"/>
          <w:szCs w:val="18"/>
        </w:rPr>
        <w:t xml:space="preserve"> </w:t>
      </w:r>
      <w:proofErr w:type="spellStart"/>
      <w:r w:rsidRPr="00D73BDF">
        <w:rPr>
          <w:rFonts w:ascii="Sylfaen" w:hAnsi="Sylfaen" w:cs="Sylfaen"/>
          <w:sz w:val="18"/>
          <w:szCs w:val="18"/>
        </w:rPr>
        <w:t>აუცილებელი</w:t>
      </w:r>
      <w:proofErr w:type="spellEnd"/>
      <w:r w:rsidRPr="00D73BDF">
        <w:rPr>
          <w:rFonts w:cstheme="majorHAnsi"/>
          <w:sz w:val="18"/>
          <w:szCs w:val="18"/>
        </w:rPr>
        <w:t xml:space="preserve"> </w:t>
      </w:r>
      <w:proofErr w:type="spellStart"/>
      <w:r w:rsidRPr="00D73BDF">
        <w:rPr>
          <w:rFonts w:ascii="Sylfaen" w:hAnsi="Sylfaen" w:cs="Sylfaen"/>
          <w:sz w:val="18"/>
          <w:szCs w:val="18"/>
        </w:rPr>
        <w:t>დოკუმენტაცია</w:t>
      </w:r>
      <w:proofErr w:type="spellEnd"/>
      <w:r w:rsidRPr="00D73BDF">
        <w:rPr>
          <w:rFonts w:cstheme="majorHAnsi"/>
          <w:sz w:val="18"/>
          <w:szCs w:val="18"/>
        </w:rPr>
        <w:t xml:space="preserve">. </w:t>
      </w:r>
    </w:p>
    <w:p w14:paraId="20453EE4" w14:textId="79CF8146" w:rsidR="004B6084" w:rsidRDefault="00A74260" w:rsidP="00185C20">
      <w:pPr>
        <w:jc w:val="both"/>
        <w:rPr>
          <w:rFonts w:cstheme="majorHAnsi"/>
          <w:sz w:val="18"/>
          <w:szCs w:val="18"/>
        </w:rPr>
      </w:pPr>
      <w:r w:rsidRPr="00D73BDF">
        <w:rPr>
          <w:rFonts w:cstheme="majorHAnsi"/>
          <w:sz w:val="18"/>
          <w:szCs w:val="18"/>
        </w:rPr>
        <w:lastRenderedPageBreak/>
        <w:t xml:space="preserve">3.2.4. </w:t>
      </w:r>
      <w:proofErr w:type="spellStart"/>
      <w:r w:rsidRPr="00D73BDF">
        <w:rPr>
          <w:rFonts w:ascii="Sylfaen" w:hAnsi="Sylfaen" w:cs="Sylfaen"/>
          <w:sz w:val="18"/>
          <w:szCs w:val="18"/>
        </w:rPr>
        <w:t>ხელშეკრულების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მოქმედების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მთელ</w:t>
      </w:r>
      <w:proofErr w:type="spellEnd"/>
      <w:r w:rsidRPr="00D73BDF">
        <w:rPr>
          <w:rFonts w:cstheme="majorHAnsi"/>
          <w:sz w:val="18"/>
          <w:szCs w:val="18"/>
        </w:rPr>
        <w:t xml:space="preserve"> </w:t>
      </w:r>
      <w:proofErr w:type="spellStart"/>
      <w:r w:rsidRPr="00D73BDF">
        <w:rPr>
          <w:rFonts w:ascii="Sylfaen" w:hAnsi="Sylfaen" w:cs="Sylfaen"/>
          <w:sz w:val="18"/>
          <w:szCs w:val="18"/>
        </w:rPr>
        <w:t>პერიოდზე</w:t>
      </w:r>
      <w:proofErr w:type="spellEnd"/>
      <w:r w:rsidRPr="00D73BDF">
        <w:rPr>
          <w:rFonts w:cstheme="majorHAnsi"/>
          <w:sz w:val="18"/>
          <w:szCs w:val="18"/>
        </w:rPr>
        <w:t xml:space="preserve"> </w:t>
      </w:r>
      <w:proofErr w:type="spellStart"/>
      <w:r w:rsidRPr="00D73BDF">
        <w:rPr>
          <w:rFonts w:ascii="Sylfaen" w:hAnsi="Sylfaen" w:cs="Sylfaen"/>
          <w:sz w:val="18"/>
          <w:szCs w:val="18"/>
        </w:rPr>
        <w:t>დანიშნოს</w:t>
      </w:r>
      <w:proofErr w:type="spellEnd"/>
      <w:r w:rsidRPr="00D73BDF">
        <w:rPr>
          <w:rFonts w:cstheme="majorHAnsi"/>
          <w:sz w:val="18"/>
          <w:szCs w:val="18"/>
        </w:rPr>
        <w:t xml:space="preserve"> </w:t>
      </w:r>
      <w:proofErr w:type="spellStart"/>
      <w:r w:rsidRPr="00D73BDF">
        <w:rPr>
          <w:rFonts w:ascii="Sylfaen" w:hAnsi="Sylfaen" w:cs="Sylfaen"/>
          <w:sz w:val="18"/>
          <w:szCs w:val="18"/>
        </w:rPr>
        <w:t>და</w:t>
      </w:r>
      <w:proofErr w:type="spellEnd"/>
      <w:r w:rsidRPr="00D73BDF">
        <w:rPr>
          <w:rFonts w:cstheme="majorHAnsi"/>
          <w:sz w:val="18"/>
          <w:szCs w:val="18"/>
        </w:rPr>
        <w:t xml:space="preserve"> </w:t>
      </w:r>
      <w:proofErr w:type="spellStart"/>
      <w:r w:rsidRPr="00D73BDF">
        <w:rPr>
          <w:rFonts w:ascii="Sylfaen" w:hAnsi="Sylfaen" w:cs="Sylfaen"/>
          <w:sz w:val="18"/>
          <w:szCs w:val="18"/>
        </w:rPr>
        <w:t>წერილობით</w:t>
      </w:r>
      <w:proofErr w:type="spellEnd"/>
      <w:r w:rsidRPr="00D73BDF">
        <w:rPr>
          <w:rFonts w:cstheme="majorHAnsi"/>
          <w:sz w:val="18"/>
          <w:szCs w:val="18"/>
        </w:rPr>
        <w:t xml:space="preserve"> </w:t>
      </w:r>
      <w:proofErr w:type="spellStart"/>
      <w:r w:rsidRPr="00D73BDF">
        <w:rPr>
          <w:rFonts w:ascii="Sylfaen" w:hAnsi="Sylfaen" w:cs="Sylfaen"/>
          <w:sz w:val="18"/>
          <w:szCs w:val="18"/>
        </w:rPr>
        <w:t>შეატყობინოს</w:t>
      </w:r>
      <w:proofErr w:type="spellEnd"/>
      <w:r w:rsidRPr="00D73BDF">
        <w:rPr>
          <w:rFonts w:cstheme="majorHAnsi"/>
          <w:sz w:val="18"/>
          <w:szCs w:val="18"/>
        </w:rPr>
        <w:t xml:space="preserve"> </w:t>
      </w:r>
      <w:r w:rsidR="004C63AE">
        <w:rPr>
          <w:rFonts w:ascii="Sylfaen" w:hAnsi="Sylfaen" w:cs="Sylfaen"/>
          <w:sz w:val="18"/>
          <w:szCs w:val="18"/>
          <w:lang w:val="ka-GE"/>
        </w:rPr>
        <w:t xml:space="preserve">მენარდეს </w:t>
      </w:r>
      <w:proofErr w:type="spellStart"/>
      <w:r w:rsidRPr="00D73BDF">
        <w:rPr>
          <w:rFonts w:ascii="Sylfaen" w:hAnsi="Sylfaen" w:cs="Sylfaen"/>
          <w:sz w:val="18"/>
          <w:szCs w:val="18"/>
        </w:rPr>
        <w:t>დამკვეთის</w:t>
      </w:r>
      <w:proofErr w:type="spellEnd"/>
      <w:r w:rsidRPr="00D73BDF">
        <w:rPr>
          <w:rFonts w:cstheme="majorHAnsi"/>
          <w:sz w:val="18"/>
          <w:szCs w:val="18"/>
        </w:rPr>
        <w:t xml:space="preserve"> </w:t>
      </w:r>
      <w:proofErr w:type="spellStart"/>
      <w:r w:rsidRPr="00D73BDF">
        <w:rPr>
          <w:rFonts w:ascii="Sylfaen" w:hAnsi="Sylfaen" w:cs="Sylfaen"/>
          <w:sz w:val="18"/>
          <w:szCs w:val="18"/>
        </w:rPr>
        <w:t>სრულუფლებიანი</w:t>
      </w:r>
      <w:proofErr w:type="spellEnd"/>
      <w:r w:rsidRPr="00D73BDF">
        <w:rPr>
          <w:rFonts w:cstheme="majorHAnsi"/>
          <w:sz w:val="18"/>
          <w:szCs w:val="18"/>
        </w:rPr>
        <w:t xml:space="preserve"> </w:t>
      </w:r>
      <w:proofErr w:type="spellStart"/>
      <w:r w:rsidRPr="00D73BDF">
        <w:rPr>
          <w:rFonts w:ascii="Sylfaen" w:hAnsi="Sylfaen" w:cs="Sylfaen"/>
          <w:sz w:val="18"/>
          <w:szCs w:val="18"/>
        </w:rPr>
        <w:t>წარმომადგენლ</w:t>
      </w:r>
      <w:proofErr w:type="spellEnd"/>
      <w:r w:rsidRPr="00D73BDF">
        <w:rPr>
          <w:rFonts w:cstheme="majorHAnsi"/>
          <w:sz w:val="18"/>
          <w:szCs w:val="18"/>
        </w:rPr>
        <w:t>(</w:t>
      </w:r>
      <w:proofErr w:type="spellStart"/>
      <w:r w:rsidRPr="00D73BDF">
        <w:rPr>
          <w:rFonts w:ascii="Sylfaen" w:hAnsi="Sylfaen" w:cs="Sylfaen"/>
          <w:sz w:val="18"/>
          <w:szCs w:val="18"/>
        </w:rPr>
        <w:t>ებ</w:t>
      </w:r>
      <w:proofErr w:type="spellEnd"/>
      <w:r w:rsidRPr="00D73BDF">
        <w:rPr>
          <w:rFonts w:cstheme="majorHAnsi"/>
          <w:sz w:val="18"/>
          <w:szCs w:val="18"/>
        </w:rPr>
        <w:t>)</w:t>
      </w:r>
      <w:proofErr w:type="spellStart"/>
      <w:r w:rsidRPr="00D73BDF">
        <w:rPr>
          <w:rFonts w:ascii="Sylfaen" w:hAnsi="Sylfaen" w:cs="Sylfaen"/>
          <w:sz w:val="18"/>
          <w:szCs w:val="18"/>
        </w:rPr>
        <w:t>ის</w:t>
      </w:r>
      <w:proofErr w:type="spellEnd"/>
      <w:r w:rsidRPr="00D73BDF">
        <w:rPr>
          <w:rFonts w:cstheme="majorHAnsi"/>
          <w:sz w:val="18"/>
          <w:szCs w:val="18"/>
        </w:rPr>
        <w:t xml:space="preserve"> </w:t>
      </w:r>
      <w:proofErr w:type="spellStart"/>
      <w:r w:rsidRPr="00D73BDF">
        <w:rPr>
          <w:rFonts w:ascii="Sylfaen" w:hAnsi="Sylfaen" w:cs="Sylfaen"/>
          <w:sz w:val="18"/>
          <w:szCs w:val="18"/>
        </w:rPr>
        <w:t>ვინაობა</w:t>
      </w:r>
      <w:proofErr w:type="spellEnd"/>
      <w:r w:rsidRPr="00D73BDF">
        <w:rPr>
          <w:rFonts w:cstheme="majorHAnsi"/>
          <w:sz w:val="18"/>
          <w:szCs w:val="18"/>
        </w:rPr>
        <w:t xml:space="preserve">, </w:t>
      </w:r>
      <w:proofErr w:type="spellStart"/>
      <w:r w:rsidRPr="00D73BDF">
        <w:rPr>
          <w:rFonts w:ascii="Sylfaen" w:hAnsi="Sylfaen" w:cs="Sylfaen"/>
          <w:sz w:val="18"/>
          <w:szCs w:val="18"/>
        </w:rPr>
        <w:t>რომელსაც</w:t>
      </w:r>
      <w:proofErr w:type="spellEnd"/>
      <w:r w:rsidRPr="00D73BDF">
        <w:rPr>
          <w:rFonts w:cstheme="majorHAnsi"/>
          <w:sz w:val="18"/>
          <w:szCs w:val="18"/>
        </w:rPr>
        <w:t xml:space="preserve"> </w:t>
      </w:r>
      <w:proofErr w:type="spellStart"/>
      <w:r w:rsidRPr="00D73BDF">
        <w:rPr>
          <w:rFonts w:ascii="Sylfaen" w:hAnsi="Sylfaen" w:cs="Sylfaen"/>
          <w:sz w:val="18"/>
          <w:szCs w:val="18"/>
        </w:rPr>
        <w:t>ექნება</w:t>
      </w:r>
      <w:proofErr w:type="spellEnd"/>
      <w:r w:rsidRPr="00D73BDF">
        <w:rPr>
          <w:rFonts w:cstheme="majorHAnsi"/>
          <w:sz w:val="18"/>
          <w:szCs w:val="18"/>
        </w:rPr>
        <w:t xml:space="preserve"> </w:t>
      </w:r>
      <w:proofErr w:type="spellStart"/>
      <w:r w:rsidRPr="00D73BDF">
        <w:rPr>
          <w:rFonts w:ascii="Sylfaen" w:hAnsi="Sylfaen" w:cs="Sylfaen"/>
          <w:sz w:val="18"/>
          <w:szCs w:val="18"/>
        </w:rPr>
        <w:t>უფლება</w:t>
      </w:r>
      <w:proofErr w:type="spellEnd"/>
      <w:r w:rsidRPr="00D73BDF">
        <w:rPr>
          <w:rFonts w:cstheme="majorHAnsi"/>
          <w:sz w:val="18"/>
          <w:szCs w:val="18"/>
        </w:rPr>
        <w:t xml:space="preserve">, </w:t>
      </w:r>
      <w:proofErr w:type="spellStart"/>
      <w:r w:rsidRPr="00D73BDF">
        <w:rPr>
          <w:rFonts w:ascii="Sylfaen" w:hAnsi="Sylfaen" w:cs="Sylfaen"/>
          <w:sz w:val="18"/>
          <w:szCs w:val="18"/>
        </w:rPr>
        <w:t>იმოქმედოს</w:t>
      </w:r>
      <w:proofErr w:type="spellEnd"/>
      <w:r w:rsidRPr="00D73BDF">
        <w:rPr>
          <w:rFonts w:cstheme="majorHAnsi"/>
          <w:sz w:val="18"/>
          <w:szCs w:val="18"/>
        </w:rPr>
        <w:t xml:space="preserve"> </w:t>
      </w:r>
      <w:proofErr w:type="spellStart"/>
      <w:r w:rsidRPr="00D73BDF">
        <w:rPr>
          <w:rFonts w:ascii="Sylfaen" w:hAnsi="Sylfaen" w:cs="Sylfaen"/>
          <w:sz w:val="18"/>
          <w:szCs w:val="18"/>
        </w:rPr>
        <w:t>დამკვეთის</w:t>
      </w:r>
      <w:proofErr w:type="spellEnd"/>
      <w:r w:rsidRPr="00D73BDF">
        <w:rPr>
          <w:rFonts w:cstheme="majorHAnsi"/>
          <w:sz w:val="18"/>
          <w:szCs w:val="18"/>
        </w:rPr>
        <w:t xml:space="preserve"> </w:t>
      </w:r>
      <w:proofErr w:type="spellStart"/>
      <w:r w:rsidRPr="00D73BDF">
        <w:rPr>
          <w:rFonts w:ascii="Sylfaen" w:hAnsi="Sylfaen" w:cs="Sylfaen"/>
          <w:sz w:val="18"/>
          <w:szCs w:val="18"/>
        </w:rPr>
        <w:t>სახელით</w:t>
      </w:r>
      <w:proofErr w:type="spellEnd"/>
      <w:r w:rsidRPr="00D73BDF">
        <w:rPr>
          <w:rFonts w:cstheme="majorHAnsi"/>
          <w:sz w:val="18"/>
          <w:szCs w:val="18"/>
        </w:rPr>
        <w:t xml:space="preserve"> </w:t>
      </w:r>
      <w:proofErr w:type="spellStart"/>
      <w:r w:rsidRPr="00D73BDF">
        <w:rPr>
          <w:rFonts w:ascii="Sylfaen" w:hAnsi="Sylfaen" w:cs="Sylfaen"/>
          <w:sz w:val="18"/>
          <w:szCs w:val="18"/>
        </w:rPr>
        <w:t>და</w:t>
      </w:r>
      <w:proofErr w:type="spellEnd"/>
      <w:r w:rsidRPr="00D73BDF">
        <w:rPr>
          <w:rFonts w:cstheme="majorHAnsi"/>
          <w:sz w:val="18"/>
          <w:szCs w:val="18"/>
        </w:rPr>
        <w:t xml:space="preserve"> </w:t>
      </w:r>
      <w:proofErr w:type="spellStart"/>
      <w:r w:rsidRPr="00D73BDF">
        <w:rPr>
          <w:rFonts w:ascii="Sylfaen" w:hAnsi="Sylfaen" w:cs="Sylfaen"/>
          <w:sz w:val="18"/>
          <w:szCs w:val="18"/>
        </w:rPr>
        <w:t>დაადასტუროს</w:t>
      </w:r>
      <w:proofErr w:type="spellEnd"/>
      <w:r w:rsidRPr="00D73BDF">
        <w:rPr>
          <w:rFonts w:cstheme="majorHAnsi"/>
          <w:sz w:val="18"/>
          <w:szCs w:val="18"/>
        </w:rPr>
        <w:t xml:space="preserve"> </w:t>
      </w:r>
      <w:proofErr w:type="spellStart"/>
      <w:r w:rsidRPr="00D73BDF">
        <w:rPr>
          <w:rFonts w:ascii="Sylfaen" w:hAnsi="Sylfaen" w:cs="Sylfaen"/>
          <w:sz w:val="18"/>
          <w:szCs w:val="18"/>
        </w:rPr>
        <w:t>ხელმოწერებით</w:t>
      </w:r>
      <w:proofErr w:type="spellEnd"/>
      <w:r w:rsidRPr="00D73BDF">
        <w:rPr>
          <w:rFonts w:cstheme="majorHAnsi"/>
          <w:sz w:val="18"/>
          <w:szCs w:val="18"/>
        </w:rPr>
        <w:t xml:space="preserve"> </w:t>
      </w:r>
      <w:proofErr w:type="spellStart"/>
      <w:r w:rsidRPr="00D73BDF">
        <w:rPr>
          <w:rFonts w:ascii="Sylfaen" w:hAnsi="Sylfaen" w:cs="Sylfaen"/>
          <w:sz w:val="18"/>
          <w:szCs w:val="18"/>
        </w:rPr>
        <w:t>ფარული</w:t>
      </w:r>
      <w:proofErr w:type="spellEnd"/>
      <w:r w:rsidRPr="00D73BDF">
        <w:rPr>
          <w:rFonts w:cstheme="majorHAnsi"/>
          <w:sz w:val="18"/>
          <w:szCs w:val="18"/>
        </w:rPr>
        <w:t xml:space="preserve"> </w:t>
      </w:r>
      <w:proofErr w:type="spellStart"/>
      <w:r w:rsidRPr="00D73BDF">
        <w:rPr>
          <w:rFonts w:ascii="Sylfaen" w:hAnsi="Sylfaen" w:cs="Sylfaen"/>
          <w:sz w:val="18"/>
          <w:szCs w:val="18"/>
        </w:rPr>
        <w:t>სამუშაოების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აქტები</w:t>
      </w:r>
      <w:proofErr w:type="spellEnd"/>
      <w:r w:rsidRPr="00D73BDF">
        <w:rPr>
          <w:rFonts w:cstheme="majorHAnsi"/>
          <w:sz w:val="18"/>
          <w:szCs w:val="18"/>
        </w:rPr>
        <w:t xml:space="preserve">, </w:t>
      </w:r>
      <w:proofErr w:type="spellStart"/>
      <w:r w:rsidRPr="00D73BDF">
        <w:rPr>
          <w:rFonts w:ascii="Sylfaen" w:hAnsi="Sylfaen" w:cs="Sylfaen"/>
          <w:sz w:val="18"/>
          <w:szCs w:val="18"/>
        </w:rPr>
        <w:t>შესრულებული</w:t>
      </w:r>
      <w:proofErr w:type="spellEnd"/>
      <w:r w:rsidRPr="00D73BDF">
        <w:rPr>
          <w:rFonts w:cstheme="majorHAnsi"/>
          <w:sz w:val="18"/>
          <w:szCs w:val="18"/>
        </w:rPr>
        <w:t xml:space="preserve"> </w:t>
      </w:r>
      <w:proofErr w:type="spellStart"/>
      <w:r w:rsidRPr="00D73BDF">
        <w:rPr>
          <w:rFonts w:ascii="Sylfaen" w:hAnsi="Sylfaen" w:cs="Sylfaen"/>
          <w:sz w:val="18"/>
          <w:szCs w:val="18"/>
        </w:rPr>
        <w:t>სამუშაოების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მიღება</w:t>
      </w:r>
      <w:r w:rsidRPr="00D73BDF">
        <w:rPr>
          <w:rFonts w:cstheme="majorHAnsi"/>
          <w:sz w:val="18"/>
          <w:szCs w:val="18"/>
        </w:rPr>
        <w:t>-</w:t>
      </w:r>
      <w:r w:rsidRPr="00D73BDF">
        <w:rPr>
          <w:rFonts w:ascii="Sylfaen" w:hAnsi="Sylfaen" w:cs="Sylfaen"/>
          <w:sz w:val="18"/>
          <w:szCs w:val="18"/>
        </w:rPr>
        <w:t>ჩაბარების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აქტები</w:t>
      </w:r>
      <w:proofErr w:type="spellEnd"/>
      <w:r w:rsidRPr="00D73BDF">
        <w:rPr>
          <w:rFonts w:cstheme="majorHAnsi"/>
          <w:sz w:val="18"/>
          <w:szCs w:val="18"/>
        </w:rPr>
        <w:t xml:space="preserve"> </w:t>
      </w:r>
      <w:r w:rsidR="004C63AE">
        <w:rPr>
          <w:rFonts w:ascii="Sylfaen" w:hAnsi="Sylfaen" w:cstheme="majorHAnsi"/>
          <w:sz w:val="18"/>
          <w:szCs w:val="18"/>
          <w:lang w:val="ka-GE"/>
        </w:rPr>
        <w:t>(</w:t>
      </w:r>
      <w:proofErr w:type="spellStart"/>
      <w:r w:rsidRPr="00D73BDF">
        <w:rPr>
          <w:rFonts w:ascii="Sylfaen" w:hAnsi="Sylfaen" w:cs="Sylfaen"/>
          <w:sz w:val="18"/>
          <w:szCs w:val="18"/>
        </w:rPr>
        <w:t>ფორმა</w:t>
      </w:r>
      <w:proofErr w:type="spellEnd"/>
      <w:r w:rsidRPr="00D73BDF">
        <w:rPr>
          <w:rFonts w:cstheme="majorHAnsi"/>
          <w:sz w:val="18"/>
          <w:szCs w:val="18"/>
        </w:rPr>
        <w:t xml:space="preserve"> №2, №3</w:t>
      </w:r>
      <w:r w:rsidR="004C63AE">
        <w:rPr>
          <w:rFonts w:ascii="Sylfaen" w:hAnsi="Sylfaen" w:cstheme="majorHAnsi"/>
          <w:sz w:val="18"/>
          <w:szCs w:val="18"/>
          <w:lang w:val="ka-GE"/>
        </w:rPr>
        <w:t>)</w:t>
      </w:r>
      <w:r w:rsidRPr="00D73BDF">
        <w:rPr>
          <w:rFonts w:cstheme="majorHAnsi"/>
          <w:sz w:val="18"/>
          <w:szCs w:val="18"/>
        </w:rPr>
        <w:t xml:space="preserve">, </w:t>
      </w:r>
      <w:proofErr w:type="spellStart"/>
      <w:r w:rsidRPr="00D73BDF">
        <w:rPr>
          <w:rFonts w:ascii="Sylfaen" w:hAnsi="Sylfaen" w:cs="Sylfaen"/>
          <w:sz w:val="18"/>
          <w:szCs w:val="18"/>
        </w:rPr>
        <w:t>ტექნიკური</w:t>
      </w:r>
      <w:proofErr w:type="spellEnd"/>
      <w:r w:rsidRPr="00D73BDF">
        <w:rPr>
          <w:rFonts w:cstheme="majorHAnsi"/>
          <w:sz w:val="18"/>
          <w:szCs w:val="18"/>
        </w:rPr>
        <w:t xml:space="preserve">, </w:t>
      </w:r>
      <w:proofErr w:type="spellStart"/>
      <w:r w:rsidRPr="00D73BDF">
        <w:rPr>
          <w:rFonts w:ascii="Sylfaen" w:hAnsi="Sylfaen" w:cs="Sylfaen"/>
          <w:sz w:val="18"/>
          <w:szCs w:val="18"/>
        </w:rPr>
        <w:t>საბუღალტრო</w:t>
      </w:r>
      <w:proofErr w:type="spellEnd"/>
      <w:r w:rsidRPr="00D73BDF">
        <w:rPr>
          <w:rFonts w:cstheme="majorHAnsi"/>
          <w:sz w:val="18"/>
          <w:szCs w:val="18"/>
        </w:rPr>
        <w:t xml:space="preserve"> </w:t>
      </w:r>
      <w:proofErr w:type="spellStart"/>
      <w:r w:rsidRPr="00D73BDF">
        <w:rPr>
          <w:rFonts w:ascii="Sylfaen" w:hAnsi="Sylfaen" w:cs="Sylfaen"/>
          <w:sz w:val="18"/>
          <w:szCs w:val="18"/>
        </w:rPr>
        <w:t>და</w:t>
      </w:r>
      <w:proofErr w:type="spellEnd"/>
      <w:r w:rsidRPr="00D73BDF">
        <w:rPr>
          <w:rFonts w:cstheme="majorHAnsi"/>
          <w:sz w:val="18"/>
          <w:szCs w:val="18"/>
        </w:rPr>
        <w:t xml:space="preserve"> </w:t>
      </w:r>
      <w:proofErr w:type="spellStart"/>
      <w:r w:rsidRPr="00D73BDF">
        <w:rPr>
          <w:rFonts w:ascii="Sylfaen" w:hAnsi="Sylfaen" w:cs="Sylfaen"/>
          <w:sz w:val="18"/>
          <w:szCs w:val="18"/>
        </w:rPr>
        <w:t>სხვა</w:t>
      </w:r>
      <w:proofErr w:type="spellEnd"/>
      <w:r w:rsidRPr="00D73BDF">
        <w:rPr>
          <w:rFonts w:cstheme="majorHAnsi"/>
          <w:sz w:val="18"/>
          <w:szCs w:val="18"/>
        </w:rPr>
        <w:t xml:space="preserve"> </w:t>
      </w:r>
      <w:proofErr w:type="spellStart"/>
      <w:r w:rsidRPr="00D73BDF">
        <w:rPr>
          <w:rFonts w:ascii="Sylfaen" w:hAnsi="Sylfaen" w:cs="Sylfaen"/>
          <w:sz w:val="18"/>
          <w:szCs w:val="18"/>
        </w:rPr>
        <w:t>სახის</w:t>
      </w:r>
      <w:proofErr w:type="spellEnd"/>
      <w:r w:rsidRPr="00D73BDF">
        <w:rPr>
          <w:rFonts w:cstheme="majorHAnsi"/>
          <w:sz w:val="18"/>
          <w:szCs w:val="18"/>
        </w:rPr>
        <w:t xml:space="preserve"> </w:t>
      </w:r>
      <w:proofErr w:type="spellStart"/>
      <w:r w:rsidRPr="00D73BDF">
        <w:rPr>
          <w:rFonts w:ascii="Sylfaen" w:hAnsi="Sylfaen" w:cs="Sylfaen"/>
          <w:sz w:val="18"/>
          <w:szCs w:val="18"/>
        </w:rPr>
        <w:t>დოკუმენტაცია</w:t>
      </w:r>
      <w:proofErr w:type="spellEnd"/>
      <w:r w:rsidRPr="00D73BDF">
        <w:rPr>
          <w:rFonts w:cstheme="majorHAnsi"/>
          <w:sz w:val="18"/>
          <w:szCs w:val="18"/>
        </w:rPr>
        <w:t>.</w:t>
      </w:r>
    </w:p>
    <w:p w14:paraId="25491EA7" w14:textId="123D5D8D" w:rsidR="003E0131" w:rsidRPr="00D73BDF" w:rsidRDefault="003E0131" w:rsidP="00185C20">
      <w:pPr>
        <w:jc w:val="both"/>
        <w:rPr>
          <w:rFonts w:cstheme="majorHAnsi"/>
          <w:sz w:val="18"/>
          <w:szCs w:val="18"/>
        </w:rPr>
      </w:pPr>
      <w:r w:rsidRPr="00D73BDF">
        <w:rPr>
          <w:rFonts w:cstheme="majorHAnsi"/>
          <w:sz w:val="18"/>
          <w:szCs w:val="18"/>
        </w:rPr>
        <w:t>3.2.</w:t>
      </w:r>
      <w:r w:rsidR="00D170A3">
        <w:rPr>
          <w:rFonts w:ascii="Sylfaen" w:hAnsi="Sylfaen" w:cstheme="majorHAnsi"/>
          <w:sz w:val="18"/>
          <w:szCs w:val="18"/>
          <w:lang w:val="ka-GE"/>
        </w:rPr>
        <w:t>5</w:t>
      </w:r>
      <w:r w:rsidRPr="00D73BDF">
        <w:rPr>
          <w:rFonts w:cstheme="majorHAnsi"/>
          <w:sz w:val="18"/>
          <w:szCs w:val="18"/>
        </w:rPr>
        <w:t xml:space="preserve">. </w:t>
      </w:r>
      <w:proofErr w:type="spellStart"/>
      <w:r w:rsidRPr="00D73BDF">
        <w:rPr>
          <w:rFonts w:ascii="Sylfaen" w:hAnsi="Sylfaen" w:cs="Sylfaen"/>
          <w:sz w:val="18"/>
          <w:szCs w:val="18"/>
        </w:rPr>
        <w:t>უზრუნველყოს</w:t>
      </w:r>
      <w:proofErr w:type="spellEnd"/>
      <w:r w:rsidRPr="00D73BDF">
        <w:rPr>
          <w:rFonts w:cstheme="majorHAnsi"/>
          <w:sz w:val="18"/>
          <w:szCs w:val="18"/>
        </w:rPr>
        <w:t xml:space="preserve"> </w:t>
      </w:r>
      <w:proofErr w:type="spellStart"/>
      <w:r w:rsidRPr="00D73BDF">
        <w:rPr>
          <w:rFonts w:ascii="Sylfaen" w:hAnsi="Sylfaen" w:cs="Sylfaen"/>
          <w:sz w:val="18"/>
          <w:szCs w:val="18"/>
        </w:rPr>
        <w:t>სამუშაოები</w:t>
      </w:r>
      <w:r w:rsidR="00295F80">
        <w:rPr>
          <w:rFonts w:ascii="Sylfaen" w:hAnsi="Sylfaen" w:cs="Sylfaen"/>
          <w:sz w:val="18"/>
          <w:szCs w:val="18"/>
        </w:rPr>
        <w:t>ს</w:t>
      </w:r>
      <w:proofErr w:type="spellEnd"/>
      <w:r w:rsidRPr="00D73BDF">
        <w:rPr>
          <w:rFonts w:cstheme="majorHAnsi"/>
          <w:sz w:val="18"/>
          <w:szCs w:val="18"/>
        </w:rPr>
        <w:t xml:space="preserve"> </w:t>
      </w:r>
      <w:proofErr w:type="spellStart"/>
      <w:r w:rsidR="00295F80">
        <w:rPr>
          <w:rFonts w:ascii="Sylfaen" w:hAnsi="Sylfaen" w:cstheme="majorHAnsi"/>
          <w:sz w:val="18"/>
          <w:szCs w:val="18"/>
        </w:rPr>
        <w:t>წარმოება</w:t>
      </w:r>
      <w:proofErr w:type="spellEnd"/>
      <w:r w:rsidR="00295F80">
        <w:rPr>
          <w:rFonts w:ascii="Sylfaen" w:hAnsi="Sylfaen" w:cstheme="majorHAnsi"/>
          <w:sz w:val="18"/>
          <w:szCs w:val="18"/>
        </w:rPr>
        <w:t xml:space="preserve"> </w:t>
      </w:r>
      <w:proofErr w:type="spellStart"/>
      <w:r w:rsidRPr="00D73BDF">
        <w:rPr>
          <w:rFonts w:ascii="Sylfaen" w:hAnsi="Sylfaen" w:cs="Sylfaen"/>
          <w:sz w:val="18"/>
          <w:szCs w:val="18"/>
        </w:rPr>
        <w:t>წინამდებარე</w:t>
      </w:r>
      <w:proofErr w:type="spellEnd"/>
      <w:r w:rsidRPr="00D73BDF">
        <w:rPr>
          <w:rFonts w:cstheme="majorHAnsi"/>
          <w:sz w:val="18"/>
          <w:szCs w:val="18"/>
        </w:rPr>
        <w:t xml:space="preserve"> </w:t>
      </w:r>
      <w:proofErr w:type="spellStart"/>
      <w:r w:rsidRPr="00D73BDF">
        <w:rPr>
          <w:rFonts w:ascii="Sylfaen" w:hAnsi="Sylfaen" w:cs="Sylfaen"/>
          <w:sz w:val="18"/>
          <w:szCs w:val="18"/>
        </w:rPr>
        <w:t>ხელშეკრულების</w:t>
      </w:r>
      <w:proofErr w:type="spellEnd"/>
      <w:r w:rsidRPr="00D73BDF">
        <w:rPr>
          <w:rFonts w:cstheme="majorHAnsi"/>
          <w:sz w:val="18"/>
          <w:szCs w:val="18"/>
        </w:rPr>
        <w:t xml:space="preserve"> 6.1 </w:t>
      </w:r>
      <w:proofErr w:type="spellStart"/>
      <w:r w:rsidRPr="00D73BDF">
        <w:rPr>
          <w:rFonts w:ascii="Sylfaen" w:hAnsi="Sylfaen" w:cs="Sylfaen"/>
          <w:sz w:val="18"/>
          <w:szCs w:val="18"/>
        </w:rPr>
        <w:t>მუხლით</w:t>
      </w:r>
      <w:proofErr w:type="spellEnd"/>
      <w:r w:rsidRPr="00D73BDF">
        <w:rPr>
          <w:rFonts w:cstheme="majorHAnsi"/>
          <w:sz w:val="18"/>
          <w:szCs w:val="18"/>
        </w:rPr>
        <w:t xml:space="preserve"> </w:t>
      </w:r>
      <w:proofErr w:type="spellStart"/>
      <w:r w:rsidRPr="00D73BDF">
        <w:rPr>
          <w:rFonts w:ascii="Sylfaen" w:hAnsi="Sylfaen" w:cs="Sylfaen"/>
          <w:sz w:val="18"/>
          <w:szCs w:val="18"/>
        </w:rPr>
        <w:t>განსაზღვრული</w:t>
      </w:r>
      <w:proofErr w:type="spellEnd"/>
      <w:r w:rsidRPr="00D73BDF">
        <w:rPr>
          <w:rFonts w:cstheme="majorHAnsi"/>
          <w:sz w:val="18"/>
          <w:szCs w:val="18"/>
        </w:rPr>
        <w:t xml:space="preserve"> </w:t>
      </w:r>
      <w:proofErr w:type="spellStart"/>
      <w:r w:rsidRPr="00D73BDF">
        <w:rPr>
          <w:rFonts w:ascii="Sylfaen" w:hAnsi="Sylfaen" w:cs="Sylfaen"/>
          <w:sz w:val="18"/>
          <w:szCs w:val="18"/>
        </w:rPr>
        <w:t>მასალით</w:t>
      </w:r>
      <w:proofErr w:type="spellEnd"/>
      <w:r w:rsidRPr="00D73BDF">
        <w:rPr>
          <w:rFonts w:cstheme="majorHAnsi"/>
          <w:sz w:val="18"/>
          <w:szCs w:val="18"/>
        </w:rPr>
        <w:t xml:space="preserve">, </w:t>
      </w:r>
      <w:r w:rsidRPr="00D73BDF">
        <w:rPr>
          <w:rFonts w:ascii="Sylfaen" w:hAnsi="Sylfaen" w:cs="Sylfaen"/>
          <w:sz w:val="18"/>
          <w:szCs w:val="18"/>
        </w:rPr>
        <w:t>მე</w:t>
      </w:r>
      <w:r w:rsidRPr="00D73BDF">
        <w:rPr>
          <w:rFonts w:cstheme="majorHAnsi"/>
          <w:sz w:val="18"/>
          <w:szCs w:val="18"/>
        </w:rPr>
        <w:t xml:space="preserve">-6 </w:t>
      </w:r>
      <w:proofErr w:type="spellStart"/>
      <w:r w:rsidRPr="00D73BDF">
        <w:rPr>
          <w:rFonts w:ascii="Sylfaen" w:hAnsi="Sylfaen" w:cs="Sylfaen"/>
          <w:sz w:val="18"/>
          <w:szCs w:val="18"/>
        </w:rPr>
        <w:t>მუხლით</w:t>
      </w:r>
      <w:proofErr w:type="spellEnd"/>
      <w:r w:rsidRPr="00D73BDF">
        <w:rPr>
          <w:rFonts w:cstheme="majorHAnsi"/>
          <w:sz w:val="18"/>
          <w:szCs w:val="18"/>
        </w:rPr>
        <w:t xml:space="preserve"> </w:t>
      </w:r>
      <w:proofErr w:type="spellStart"/>
      <w:r w:rsidRPr="00D73BDF">
        <w:rPr>
          <w:rFonts w:ascii="Sylfaen" w:hAnsi="Sylfaen" w:cs="Sylfaen"/>
          <w:sz w:val="18"/>
          <w:szCs w:val="18"/>
        </w:rPr>
        <w:t>განსაზღვრული</w:t>
      </w:r>
      <w:proofErr w:type="spellEnd"/>
      <w:r w:rsidRPr="00D73BDF">
        <w:rPr>
          <w:rFonts w:cstheme="majorHAnsi"/>
          <w:sz w:val="18"/>
          <w:szCs w:val="18"/>
        </w:rPr>
        <w:t xml:space="preserve"> </w:t>
      </w:r>
      <w:proofErr w:type="spellStart"/>
      <w:r w:rsidRPr="00D73BDF">
        <w:rPr>
          <w:rFonts w:ascii="Sylfaen" w:hAnsi="Sylfaen" w:cs="Sylfaen"/>
          <w:sz w:val="18"/>
          <w:szCs w:val="18"/>
        </w:rPr>
        <w:t>პირობების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დაცვით</w:t>
      </w:r>
      <w:proofErr w:type="spellEnd"/>
      <w:r w:rsidRPr="00D73BDF">
        <w:rPr>
          <w:rFonts w:cstheme="majorHAnsi"/>
          <w:sz w:val="18"/>
          <w:szCs w:val="18"/>
        </w:rPr>
        <w:t>.</w:t>
      </w:r>
    </w:p>
    <w:p w14:paraId="299DFA55" w14:textId="4440D9BC" w:rsidR="004B6084" w:rsidRDefault="00A74260" w:rsidP="00185C20">
      <w:pPr>
        <w:jc w:val="both"/>
        <w:rPr>
          <w:rFonts w:cstheme="majorHAnsi"/>
          <w:sz w:val="18"/>
          <w:szCs w:val="18"/>
        </w:rPr>
      </w:pPr>
      <w:r w:rsidRPr="00D73BDF">
        <w:rPr>
          <w:rFonts w:cstheme="majorHAnsi"/>
          <w:sz w:val="18"/>
          <w:szCs w:val="18"/>
        </w:rPr>
        <w:t>3.2.</w:t>
      </w:r>
      <w:r w:rsidR="00D170A3">
        <w:rPr>
          <w:rFonts w:ascii="Sylfaen" w:hAnsi="Sylfaen" w:cstheme="majorHAnsi"/>
          <w:sz w:val="18"/>
          <w:szCs w:val="18"/>
          <w:lang w:val="ka-GE"/>
        </w:rPr>
        <w:t>6</w:t>
      </w:r>
      <w:r w:rsidRPr="00D73BDF">
        <w:rPr>
          <w:rFonts w:cstheme="majorHAnsi"/>
          <w:sz w:val="18"/>
          <w:szCs w:val="18"/>
        </w:rPr>
        <w:t xml:space="preserve">. </w:t>
      </w:r>
      <w:proofErr w:type="spellStart"/>
      <w:r w:rsidRPr="00D73BDF">
        <w:rPr>
          <w:rFonts w:ascii="Sylfaen" w:hAnsi="Sylfaen" w:cs="Sylfaen"/>
          <w:sz w:val="18"/>
          <w:szCs w:val="18"/>
        </w:rPr>
        <w:t>წინამდებარე</w:t>
      </w:r>
      <w:proofErr w:type="spellEnd"/>
      <w:r w:rsidRPr="00D73BDF">
        <w:rPr>
          <w:rFonts w:cstheme="majorHAnsi"/>
          <w:sz w:val="18"/>
          <w:szCs w:val="18"/>
        </w:rPr>
        <w:t xml:space="preserve"> </w:t>
      </w:r>
      <w:proofErr w:type="spellStart"/>
      <w:r w:rsidRPr="00D73BDF">
        <w:rPr>
          <w:rFonts w:ascii="Sylfaen" w:hAnsi="Sylfaen" w:cs="Sylfaen"/>
          <w:sz w:val="18"/>
          <w:szCs w:val="18"/>
        </w:rPr>
        <w:t>ხელშეკრულების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ხელმოწერიდან</w:t>
      </w:r>
      <w:proofErr w:type="spellEnd"/>
      <w:r w:rsidRPr="00D73BDF">
        <w:rPr>
          <w:rFonts w:cstheme="majorHAnsi"/>
          <w:sz w:val="18"/>
          <w:szCs w:val="18"/>
        </w:rPr>
        <w:t xml:space="preserve"> </w:t>
      </w:r>
      <w:proofErr w:type="spellStart"/>
      <w:r w:rsidRPr="00D73BDF">
        <w:rPr>
          <w:rFonts w:ascii="Sylfaen" w:hAnsi="Sylfaen" w:cs="Sylfaen"/>
          <w:sz w:val="18"/>
          <w:szCs w:val="18"/>
        </w:rPr>
        <w:t>არაუგვიანეს</w:t>
      </w:r>
      <w:proofErr w:type="spellEnd"/>
      <w:r w:rsidRPr="00D73BDF">
        <w:rPr>
          <w:rFonts w:cstheme="majorHAnsi"/>
          <w:sz w:val="18"/>
          <w:szCs w:val="18"/>
        </w:rPr>
        <w:t xml:space="preserve"> 14 (</w:t>
      </w:r>
      <w:proofErr w:type="spellStart"/>
      <w:r w:rsidRPr="00D73BDF">
        <w:rPr>
          <w:rFonts w:ascii="Sylfaen" w:hAnsi="Sylfaen" w:cs="Sylfaen"/>
          <w:sz w:val="18"/>
          <w:szCs w:val="18"/>
        </w:rPr>
        <w:t>თოთხმეტი</w:t>
      </w:r>
      <w:proofErr w:type="spellEnd"/>
      <w:r w:rsidRPr="00D73BDF">
        <w:rPr>
          <w:rFonts w:cstheme="majorHAnsi"/>
          <w:sz w:val="18"/>
          <w:szCs w:val="18"/>
        </w:rPr>
        <w:t xml:space="preserve">) </w:t>
      </w:r>
      <w:proofErr w:type="spellStart"/>
      <w:r w:rsidRPr="00D73BDF">
        <w:rPr>
          <w:rFonts w:ascii="Sylfaen" w:hAnsi="Sylfaen" w:cs="Sylfaen"/>
          <w:sz w:val="18"/>
          <w:szCs w:val="18"/>
        </w:rPr>
        <w:t>კალენდარული</w:t>
      </w:r>
      <w:proofErr w:type="spellEnd"/>
      <w:r w:rsidRPr="00D73BDF">
        <w:rPr>
          <w:rFonts w:cstheme="majorHAnsi"/>
          <w:sz w:val="18"/>
          <w:szCs w:val="18"/>
        </w:rPr>
        <w:t xml:space="preserve"> </w:t>
      </w:r>
      <w:proofErr w:type="spellStart"/>
      <w:r w:rsidRPr="00D73BDF">
        <w:rPr>
          <w:rFonts w:ascii="Sylfaen" w:hAnsi="Sylfaen" w:cs="Sylfaen"/>
          <w:sz w:val="18"/>
          <w:szCs w:val="18"/>
        </w:rPr>
        <w:t>დღის</w:t>
      </w:r>
      <w:proofErr w:type="spellEnd"/>
      <w:r w:rsidRPr="00D73BDF">
        <w:rPr>
          <w:rFonts w:cstheme="majorHAnsi"/>
          <w:sz w:val="18"/>
          <w:szCs w:val="18"/>
        </w:rPr>
        <w:t xml:space="preserve"> </w:t>
      </w:r>
      <w:proofErr w:type="spellStart"/>
      <w:r w:rsidRPr="00D73BDF">
        <w:rPr>
          <w:rFonts w:ascii="Sylfaen" w:hAnsi="Sylfaen" w:cs="Sylfaen"/>
          <w:sz w:val="18"/>
          <w:szCs w:val="18"/>
        </w:rPr>
        <w:t>ვადაში</w:t>
      </w:r>
      <w:proofErr w:type="spellEnd"/>
      <w:r w:rsidRPr="00D73BDF">
        <w:rPr>
          <w:rFonts w:cstheme="majorHAnsi"/>
          <w:sz w:val="18"/>
          <w:szCs w:val="18"/>
        </w:rPr>
        <w:t xml:space="preserve"> </w:t>
      </w:r>
      <w:proofErr w:type="spellStart"/>
      <w:r w:rsidRPr="00D73BDF">
        <w:rPr>
          <w:rFonts w:ascii="Sylfaen" w:hAnsi="Sylfaen" w:cs="Sylfaen"/>
          <w:sz w:val="18"/>
          <w:szCs w:val="18"/>
        </w:rPr>
        <w:t>მიაწოდოს</w:t>
      </w:r>
      <w:proofErr w:type="spellEnd"/>
      <w:r w:rsidRPr="00D73BDF">
        <w:rPr>
          <w:rFonts w:cstheme="majorHAnsi"/>
          <w:sz w:val="18"/>
          <w:szCs w:val="18"/>
        </w:rPr>
        <w:t xml:space="preserve"> </w:t>
      </w:r>
      <w:r w:rsidR="004C63AE">
        <w:rPr>
          <w:rFonts w:ascii="Sylfaen" w:hAnsi="Sylfaen" w:cs="Sylfaen"/>
          <w:sz w:val="18"/>
          <w:szCs w:val="18"/>
          <w:lang w:val="ka-GE"/>
        </w:rPr>
        <w:t>მენარდეს</w:t>
      </w:r>
      <w:r w:rsidRPr="00D73BDF">
        <w:rPr>
          <w:rFonts w:cstheme="majorHAnsi"/>
          <w:sz w:val="18"/>
          <w:szCs w:val="18"/>
        </w:rPr>
        <w:t xml:space="preserve"> </w:t>
      </w:r>
      <w:proofErr w:type="spellStart"/>
      <w:r w:rsidRPr="00D73BDF">
        <w:rPr>
          <w:rFonts w:ascii="Sylfaen" w:hAnsi="Sylfaen" w:cs="Sylfaen"/>
          <w:sz w:val="18"/>
          <w:szCs w:val="18"/>
        </w:rPr>
        <w:t>საპროექტო</w:t>
      </w:r>
      <w:proofErr w:type="spellEnd"/>
      <w:r w:rsidRPr="00D73BDF">
        <w:rPr>
          <w:rFonts w:cstheme="majorHAnsi"/>
          <w:sz w:val="18"/>
          <w:szCs w:val="18"/>
        </w:rPr>
        <w:t xml:space="preserve"> </w:t>
      </w:r>
      <w:proofErr w:type="spellStart"/>
      <w:r w:rsidRPr="00D73BDF">
        <w:rPr>
          <w:rFonts w:ascii="Sylfaen" w:hAnsi="Sylfaen" w:cs="Sylfaen"/>
          <w:sz w:val="18"/>
          <w:szCs w:val="18"/>
        </w:rPr>
        <w:t>დოკუმენტაცია</w:t>
      </w:r>
      <w:proofErr w:type="spellEnd"/>
      <w:r w:rsidRPr="00D73BDF">
        <w:rPr>
          <w:rFonts w:cstheme="majorHAnsi"/>
          <w:sz w:val="18"/>
          <w:szCs w:val="18"/>
        </w:rPr>
        <w:t xml:space="preserve">. </w:t>
      </w:r>
      <w:r w:rsidR="003E6F7A">
        <w:rPr>
          <w:rFonts w:ascii="Sylfaen" w:hAnsi="Sylfaen" w:cs="Sylfaen"/>
          <w:sz w:val="18"/>
          <w:szCs w:val="18"/>
        </w:rPr>
        <w:t xml:space="preserve"> </w:t>
      </w:r>
      <w:proofErr w:type="spellStart"/>
      <w:r w:rsidR="00D170A3" w:rsidRPr="00D73BDF">
        <w:rPr>
          <w:rFonts w:ascii="Sylfaen" w:hAnsi="Sylfaen" w:cs="Sylfaen"/>
          <w:sz w:val="18"/>
          <w:szCs w:val="18"/>
        </w:rPr>
        <w:t>დამკვეთი</w:t>
      </w:r>
      <w:proofErr w:type="spellEnd"/>
      <w:r w:rsidR="00D170A3" w:rsidRPr="00D73BDF">
        <w:rPr>
          <w:rFonts w:cstheme="majorHAnsi"/>
          <w:sz w:val="18"/>
          <w:szCs w:val="18"/>
        </w:rPr>
        <w:t xml:space="preserve"> </w:t>
      </w:r>
      <w:proofErr w:type="spellStart"/>
      <w:r w:rsidR="00D170A3" w:rsidRPr="00D73BDF">
        <w:rPr>
          <w:rFonts w:ascii="Sylfaen" w:hAnsi="Sylfaen" w:cs="Sylfaen"/>
          <w:sz w:val="18"/>
          <w:szCs w:val="18"/>
        </w:rPr>
        <w:t>ვალდებულია</w:t>
      </w:r>
      <w:proofErr w:type="spellEnd"/>
      <w:r w:rsidR="00D170A3" w:rsidRPr="00D73BDF">
        <w:rPr>
          <w:rFonts w:cstheme="majorHAnsi"/>
          <w:sz w:val="18"/>
          <w:szCs w:val="18"/>
        </w:rPr>
        <w:t xml:space="preserve"> </w:t>
      </w:r>
      <w:r w:rsidR="00D170A3">
        <w:rPr>
          <w:rFonts w:ascii="Sylfaen" w:hAnsi="Sylfaen" w:cs="Sylfaen"/>
          <w:sz w:val="18"/>
          <w:szCs w:val="18"/>
          <w:lang w:val="ka-GE"/>
        </w:rPr>
        <w:t xml:space="preserve">მენარდეს </w:t>
      </w:r>
      <w:proofErr w:type="spellStart"/>
      <w:r w:rsidR="00D170A3" w:rsidRPr="00D73BDF">
        <w:rPr>
          <w:rFonts w:ascii="Sylfaen" w:hAnsi="Sylfaen" w:cs="Sylfaen"/>
          <w:sz w:val="18"/>
          <w:szCs w:val="18"/>
        </w:rPr>
        <w:t>მიაწოდოს</w:t>
      </w:r>
      <w:proofErr w:type="spellEnd"/>
      <w:r w:rsidR="00D170A3" w:rsidRPr="00D73BDF">
        <w:rPr>
          <w:rFonts w:cstheme="majorHAnsi"/>
          <w:sz w:val="18"/>
          <w:szCs w:val="18"/>
        </w:rPr>
        <w:t xml:space="preserve"> </w:t>
      </w:r>
      <w:proofErr w:type="spellStart"/>
      <w:r w:rsidR="00D170A3" w:rsidRPr="00D73BDF">
        <w:rPr>
          <w:rFonts w:ascii="Sylfaen" w:hAnsi="Sylfaen" w:cs="Sylfaen"/>
          <w:sz w:val="18"/>
          <w:szCs w:val="18"/>
        </w:rPr>
        <w:t>ბეჭდური</w:t>
      </w:r>
      <w:proofErr w:type="spellEnd"/>
      <w:r w:rsidR="00D170A3" w:rsidRPr="00D73BDF">
        <w:rPr>
          <w:rFonts w:cstheme="majorHAnsi"/>
          <w:sz w:val="18"/>
          <w:szCs w:val="18"/>
        </w:rPr>
        <w:t xml:space="preserve"> </w:t>
      </w:r>
      <w:proofErr w:type="spellStart"/>
      <w:r w:rsidR="00D170A3" w:rsidRPr="00D73BDF">
        <w:rPr>
          <w:rFonts w:ascii="Sylfaen" w:hAnsi="Sylfaen" w:cs="Sylfaen"/>
          <w:sz w:val="18"/>
          <w:szCs w:val="18"/>
        </w:rPr>
        <w:t>სახით</w:t>
      </w:r>
      <w:proofErr w:type="spellEnd"/>
      <w:r w:rsidR="00D170A3" w:rsidRPr="00D73BDF">
        <w:rPr>
          <w:rFonts w:cstheme="majorHAnsi"/>
          <w:sz w:val="18"/>
          <w:szCs w:val="18"/>
        </w:rPr>
        <w:t xml:space="preserve">, </w:t>
      </w:r>
      <w:proofErr w:type="spellStart"/>
      <w:r w:rsidR="00D170A3" w:rsidRPr="00D73BDF">
        <w:rPr>
          <w:rFonts w:ascii="Sylfaen" w:hAnsi="Sylfaen" w:cs="Sylfaen"/>
          <w:sz w:val="18"/>
          <w:szCs w:val="18"/>
        </w:rPr>
        <w:t>ხელმოწერით</w:t>
      </w:r>
      <w:proofErr w:type="spellEnd"/>
      <w:r w:rsidR="00D170A3" w:rsidRPr="00D73BDF">
        <w:rPr>
          <w:rFonts w:cstheme="majorHAnsi"/>
          <w:sz w:val="18"/>
          <w:szCs w:val="18"/>
        </w:rPr>
        <w:t xml:space="preserve"> </w:t>
      </w:r>
      <w:proofErr w:type="spellStart"/>
      <w:r w:rsidR="00D170A3" w:rsidRPr="00D73BDF">
        <w:rPr>
          <w:rFonts w:ascii="Sylfaen" w:hAnsi="Sylfaen" w:cs="Sylfaen"/>
          <w:sz w:val="18"/>
          <w:szCs w:val="18"/>
        </w:rPr>
        <w:t>დადასტურებული</w:t>
      </w:r>
      <w:proofErr w:type="spellEnd"/>
      <w:r w:rsidR="00D170A3" w:rsidRPr="00D73BDF">
        <w:rPr>
          <w:rFonts w:cstheme="majorHAnsi"/>
          <w:sz w:val="18"/>
          <w:szCs w:val="18"/>
        </w:rPr>
        <w:t xml:space="preserve">, </w:t>
      </w:r>
      <w:proofErr w:type="spellStart"/>
      <w:r w:rsidR="00D170A3" w:rsidRPr="00D73BDF">
        <w:rPr>
          <w:rFonts w:ascii="Sylfaen" w:hAnsi="Sylfaen" w:cs="Sylfaen"/>
          <w:sz w:val="18"/>
          <w:szCs w:val="18"/>
        </w:rPr>
        <w:t>კონსტრუქციული</w:t>
      </w:r>
      <w:proofErr w:type="spellEnd"/>
      <w:r w:rsidR="004A2672">
        <w:rPr>
          <w:rFonts w:ascii="Sylfaen" w:hAnsi="Sylfaen" w:cstheme="majorHAnsi"/>
          <w:sz w:val="18"/>
          <w:szCs w:val="18"/>
        </w:rPr>
        <w:t xml:space="preserve">, </w:t>
      </w:r>
      <w:proofErr w:type="spellStart"/>
      <w:r w:rsidR="003E6F7A">
        <w:rPr>
          <w:rFonts w:ascii="Sylfaen" w:hAnsi="Sylfaen" w:cstheme="majorHAnsi"/>
          <w:sz w:val="18"/>
          <w:szCs w:val="18"/>
        </w:rPr>
        <w:t>არქიტექტურული</w:t>
      </w:r>
      <w:proofErr w:type="spellEnd"/>
      <w:r w:rsidR="003E6F7A">
        <w:rPr>
          <w:rFonts w:ascii="Sylfaen" w:hAnsi="Sylfaen" w:cstheme="majorHAnsi"/>
          <w:sz w:val="18"/>
          <w:szCs w:val="18"/>
        </w:rPr>
        <w:t xml:space="preserve"> </w:t>
      </w:r>
      <w:proofErr w:type="spellStart"/>
      <w:r w:rsidR="004A2672">
        <w:rPr>
          <w:rFonts w:ascii="Sylfaen" w:hAnsi="Sylfaen" w:cstheme="majorHAnsi"/>
          <w:sz w:val="18"/>
          <w:szCs w:val="18"/>
        </w:rPr>
        <w:t>და</w:t>
      </w:r>
      <w:proofErr w:type="spellEnd"/>
      <w:r w:rsidR="004A2672">
        <w:rPr>
          <w:rFonts w:ascii="Sylfaen" w:hAnsi="Sylfaen" w:cstheme="majorHAnsi"/>
          <w:sz w:val="18"/>
          <w:szCs w:val="18"/>
        </w:rPr>
        <w:t xml:space="preserve"> </w:t>
      </w:r>
      <w:proofErr w:type="spellStart"/>
      <w:r w:rsidR="004A2672">
        <w:rPr>
          <w:rFonts w:ascii="Sylfaen" w:hAnsi="Sylfaen" w:cstheme="majorHAnsi"/>
          <w:sz w:val="18"/>
          <w:szCs w:val="18"/>
        </w:rPr>
        <w:t>გამწვანების</w:t>
      </w:r>
      <w:proofErr w:type="spellEnd"/>
      <w:r w:rsidR="004A2672">
        <w:rPr>
          <w:rFonts w:ascii="Sylfaen" w:hAnsi="Sylfaen" w:cstheme="majorHAnsi"/>
          <w:sz w:val="18"/>
          <w:szCs w:val="18"/>
        </w:rPr>
        <w:t xml:space="preserve"> </w:t>
      </w:r>
      <w:proofErr w:type="spellStart"/>
      <w:r w:rsidR="00D170A3" w:rsidRPr="00D73BDF">
        <w:rPr>
          <w:rFonts w:ascii="Sylfaen" w:hAnsi="Sylfaen" w:cs="Sylfaen"/>
          <w:sz w:val="18"/>
          <w:szCs w:val="18"/>
        </w:rPr>
        <w:t>პროექტ</w:t>
      </w:r>
      <w:r w:rsidR="003E6F7A">
        <w:rPr>
          <w:rFonts w:ascii="Sylfaen" w:hAnsi="Sylfaen" w:cs="Sylfaen"/>
          <w:sz w:val="18"/>
          <w:szCs w:val="18"/>
        </w:rPr>
        <w:t>ებ</w:t>
      </w:r>
      <w:r w:rsidR="00D170A3" w:rsidRPr="00D73BDF">
        <w:rPr>
          <w:rFonts w:ascii="Sylfaen" w:hAnsi="Sylfaen" w:cs="Sylfaen"/>
          <w:sz w:val="18"/>
          <w:szCs w:val="18"/>
        </w:rPr>
        <w:t>ი</w:t>
      </w:r>
      <w:proofErr w:type="spellEnd"/>
      <w:r w:rsidR="00D170A3" w:rsidRPr="00D73BDF">
        <w:rPr>
          <w:rFonts w:cstheme="majorHAnsi"/>
          <w:sz w:val="18"/>
          <w:szCs w:val="18"/>
        </w:rPr>
        <w:t xml:space="preserve">, </w:t>
      </w:r>
      <w:proofErr w:type="spellStart"/>
      <w:r w:rsidR="00D170A3" w:rsidRPr="00D73BDF">
        <w:rPr>
          <w:rFonts w:ascii="Sylfaen" w:hAnsi="Sylfaen" w:cs="Sylfaen"/>
          <w:sz w:val="18"/>
          <w:szCs w:val="18"/>
        </w:rPr>
        <w:t>ასევე</w:t>
      </w:r>
      <w:proofErr w:type="spellEnd"/>
      <w:r w:rsidR="00D170A3" w:rsidRPr="00D73BDF">
        <w:rPr>
          <w:rFonts w:cstheme="majorHAnsi"/>
          <w:sz w:val="18"/>
          <w:szCs w:val="18"/>
        </w:rPr>
        <w:t xml:space="preserve"> </w:t>
      </w:r>
      <w:proofErr w:type="spellStart"/>
      <w:r w:rsidR="00D170A3" w:rsidRPr="00D73BDF">
        <w:rPr>
          <w:rFonts w:ascii="Sylfaen" w:hAnsi="Sylfaen" w:cs="Sylfaen"/>
          <w:sz w:val="18"/>
          <w:szCs w:val="18"/>
        </w:rPr>
        <w:t>ელექტრონული</w:t>
      </w:r>
      <w:proofErr w:type="spellEnd"/>
      <w:r w:rsidR="00D170A3" w:rsidRPr="00D73BDF">
        <w:rPr>
          <w:rFonts w:cstheme="majorHAnsi"/>
          <w:sz w:val="18"/>
          <w:szCs w:val="18"/>
        </w:rPr>
        <w:t xml:space="preserve"> </w:t>
      </w:r>
      <w:proofErr w:type="spellStart"/>
      <w:r w:rsidR="00D170A3" w:rsidRPr="00D73BDF">
        <w:rPr>
          <w:rFonts w:ascii="Sylfaen" w:hAnsi="Sylfaen" w:cs="Sylfaen"/>
          <w:sz w:val="18"/>
          <w:szCs w:val="18"/>
        </w:rPr>
        <w:t>ვერსია</w:t>
      </w:r>
      <w:proofErr w:type="spellEnd"/>
      <w:r w:rsidR="00D170A3" w:rsidRPr="00D73BDF">
        <w:rPr>
          <w:rFonts w:cstheme="majorHAnsi"/>
          <w:sz w:val="18"/>
          <w:szCs w:val="18"/>
        </w:rPr>
        <w:t xml:space="preserve">, </w:t>
      </w:r>
      <w:proofErr w:type="spellStart"/>
      <w:r w:rsidR="00D170A3" w:rsidRPr="00D73BDF">
        <w:rPr>
          <w:rFonts w:ascii="Sylfaen" w:hAnsi="Sylfaen" w:cs="Sylfaen"/>
          <w:sz w:val="18"/>
          <w:szCs w:val="18"/>
        </w:rPr>
        <w:t>რომლის</w:t>
      </w:r>
      <w:proofErr w:type="spellEnd"/>
      <w:r w:rsidR="00D170A3" w:rsidRPr="00D73BDF">
        <w:rPr>
          <w:rFonts w:cstheme="majorHAnsi"/>
          <w:sz w:val="18"/>
          <w:szCs w:val="18"/>
        </w:rPr>
        <w:t xml:space="preserve"> </w:t>
      </w:r>
      <w:proofErr w:type="spellStart"/>
      <w:r w:rsidR="00D170A3" w:rsidRPr="00D73BDF">
        <w:rPr>
          <w:rFonts w:ascii="Sylfaen" w:hAnsi="Sylfaen" w:cs="Sylfaen"/>
          <w:sz w:val="18"/>
          <w:szCs w:val="18"/>
        </w:rPr>
        <w:t>შედარებისა</w:t>
      </w:r>
      <w:proofErr w:type="spellEnd"/>
      <w:r w:rsidR="00D170A3" w:rsidRPr="00D73BDF">
        <w:rPr>
          <w:rFonts w:cstheme="majorHAnsi"/>
          <w:sz w:val="18"/>
          <w:szCs w:val="18"/>
        </w:rPr>
        <w:t xml:space="preserve"> </w:t>
      </w:r>
      <w:proofErr w:type="spellStart"/>
      <w:r w:rsidR="00D170A3" w:rsidRPr="00D73BDF">
        <w:rPr>
          <w:rFonts w:ascii="Sylfaen" w:hAnsi="Sylfaen" w:cs="Sylfaen"/>
          <w:sz w:val="18"/>
          <w:szCs w:val="18"/>
        </w:rPr>
        <w:t>და</w:t>
      </w:r>
      <w:proofErr w:type="spellEnd"/>
      <w:r w:rsidR="00D170A3" w:rsidRPr="00D73BDF">
        <w:rPr>
          <w:rFonts w:cstheme="majorHAnsi"/>
          <w:sz w:val="18"/>
          <w:szCs w:val="18"/>
        </w:rPr>
        <w:t xml:space="preserve"> </w:t>
      </w:r>
      <w:proofErr w:type="spellStart"/>
      <w:r w:rsidR="00D170A3" w:rsidRPr="00D73BDF">
        <w:rPr>
          <w:rFonts w:ascii="Sylfaen" w:hAnsi="Sylfaen" w:cs="Sylfaen"/>
          <w:sz w:val="18"/>
          <w:szCs w:val="18"/>
        </w:rPr>
        <w:t>დადასტურების</w:t>
      </w:r>
      <w:proofErr w:type="spellEnd"/>
      <w:r w:rsidR="00D170A3" w:rsidRPr="00D73BDF">
        <w:rPr>
          <w:rFonts w:cstheme="majorHAnsi"/>
          <w:sz w:val="18"/>
          <w:szCs w:val="18"/>
        </w:rPr>
        <w:t xml:space="preserve"> </w:t>
      </w:r>
      <w:proofErr w:type="spellStart"/>
      <w:r w:rsidR="00D170A3" w:rsidRPr="00D73BDF">
        <w:rPr>
          <w:rFonts w:ascii="Sylfaen" w:hAnsi="Sylfaen" w:cs="Sylfaen"/>
          <w:sz w:val="18"/>
          <w:szCs w:val="18"/>
        </w:rPr>
        <w:t>სამუშაოები</w:t>
      </w:r>
      <w:proofErr w:type="spellEnd"/>
      <w:r w:rsidR="00D170A3" w:rsidRPr="00D73BDF">
        <w:rPr>
          <w:rFonts w:cstheme="majorHAnsi"/>
          <w:sz w:val="18"/>
          <w:szCs w:val="18"/>
        </w:rPr>
        <w:t xml:space="preserve"> </w:t>
      </w:r>
      <w:proofErr w:type="spellStart"/>
      <w:r w:rsidR="00D170A3" w:rsidRPr="00D73BDF">
        <w:rPr>
          <w:rFonts w:ascii="Sylfaen" w:hAnsi="Sylfaen" w:cs="Sylfaen"/>
          <w:sz w:val="18"/>
          <w:szCs w:val="18"/>
        </w:rPr>
        <w:t>უნდა</w:t>
      </w:r>
      <w:proofErr w:type="spellEnd"/>
      <w:r w:rsidR="00D170A3" w:rsidRPr="00D73BDF">
        <w:rPr>
          <w:rFonts w:cstheme="majorHAnsi"/>
          <w:sz w:val="18"/>
          <w:szCs w:val="18"/>
        </w:rPr>
        <w:t xml:space="preserve"> </w:t>
      </w:r>
      <w:proofErr w:type="spellStart"/>
      <w:r w:rsidR="00D170A3" w:rsidRPr="00D73BDF">
        <w:rPr>
          <w:rFonts w:ascii="Sylfaen" w:hAnsi="Sylfaen" w:cs="Sylfaen"/>
          <w:sz w:val="18"/>
          <w:szCs w:val="18"/>
        </w:rPr>
        <w:t>განახორციელოს</w:t>
      </w:r>
      <w:proofErr w:type="spellEnd"/>
      <w:r w:rsidR="00D170A3" w:rsidRPr="00D73BDF">
        <w:rPr>
          <w:rFonts w:cstheme="majorHAnsi"/>
          <w:sz w:val="18"/>
          <w:szCs w:val="18"/>
        </w:rPr>
        <w:t xml:space="preserve"> </w:t>
      </w:r>
      <w:r w:rsidR="00D170A3">
        <w:rPr>
          <w:rFonts w:ascii="Sylfaen" w:hAnsi="Sylfaen" w:cs="Sylfaen"/>
          <w:sz w:val="18"/>
          <w:szCs w:val="18"/>
          <w:lang w:val="ka-GE"/>
        </w:rPr>
        <w:t>მენარდემ.</w:t>
      </w:r>
      <w:r w:rsidR="00D170A3" w:rsidRPr="00D73BDF">
        <w:rPr>
          <w:rFonts w:cstheme="majorHAnsi"/>
          <w:sz w:val="18"/>
          <w:szCs w:val="18"/>
        </w:rPr>
        <w:t xml:space="preserve"> </w:t>
      </w:r>
      <w:proofErr w:type="spellStart"/>
      <w:r w:rsidR="00D170A3" w:rsidRPr="00D73BDF">
        <w:rPr>
          <w:rFonts w:ascii="Sylfaen" w:hAnsi="Sylfaen" w:cs="Sylfaen"/>
          <w:sz w:val="18"/>
          <w:szCs w:val="18"/>
        </w:rPr>
        <w:t>საპროექტო</w:t>
      </w:r>
      <w:proofErr w:type="spellEnd"/>
      <w:r w:rsidR="00D170A3" w:rsidRPr="00D73BDF">
        <w:rPr>
          <w:rFonts w:cstheme="majorHAnsi"/>
          <w:sz w:val="18"/>
          <w:szCs w:val="18"/>
        </w:rPr>
        <w:t xml:space="preserve"> </w:t>
      </w:r>
      <w:proofErr w:type="spellStart"/>
      <w:r w:rsidR="00D170A3" w:rsidRPr="00D73BDF">
        <w:rPr>
          <w:rFonts w:ascii="Sylfaen" w:hAnsi="Sylfaen" w:cs="Sylfaen"/>
          <w:sz w:val="18"/>
          <w:szCs w:val="18"/>
        </w:rPr>
        <w:t>დოკუმენტაციის</w:t>
      </w:r>
      <w:proofErr w:type="spellEnd"/>
      <w:r w:rsidR="00D170A3" w:rsidRPr="00D73BDF">
        <w:rPr>
          <w:rFonts w:cstheme="majorHAnsi"/>
          <w:sz w:val="18"/>
          <w:szCs w:val="18"/>
        </w:rPr>
        <w:t xml:space="preserve"> </w:t>
      </w:r>
      <w:proofErr w:type="spellStart"/>
      <w:r w:rsidR="00D170A3" w:rsidRPr="00D73BDF">
        <w:rPr>
          <w:rFonts w:ascii="Sylfaen" w:hAnsi="Sylfaen" w:cs="Sylfaen"/>
          <w:sz w:val="18"/>
          <w:szCs w:val="18"/>
        </w:rPr>
        <w:t>გადაცემა</w:t>
      </w:r>
      <w:proofErr w:type="spellEnd"/>
      <w:r w:rsidR="00D170A3" w:rsidRPr="00D73BDF">
        <w:rPr>
          <w:rFonts w:cstheme="majorHAnsi"/>
          <w:sz w:val="18"/>
          <w:szCs w:val="18"/>
        </w:rPr>
        <w:t xml:space="preserve"> </w:t>
      </w:r>
      <w:proofErr w:type="spellStart"/>
      <w:r w:rsidR="00D170A3" w:rsidRPr="00D73BDF">
        <w:rPr>
          <w:rFonts w:ascii="Sylfaen" w:hAnsi="Sylfaen" w:cs="Sylfaen"/>
          <w:sz w:val="18"/>
          <w:szCs w:val="18"/>
        </w:rPr>
        <w:t>უნდა</w:t>
      </w:r>
      <w:proofErr w:type="spellEnd"/>
      <w:r w:rsidR="00D170A3" w:rsidRPr="00D73BDF">
        <w:rPr>
          <w:rFonts w:cstheme="majorHAnsi"/>
          <w:sz w:val="18"/>
          <w:szCs w:val="18"/>
        </w:rPr>
        <w:t xml:space="preserve"> </w:t>
      </w:r>
      <w:proofErr w:type="spellStart"/>
      <w:r w:rsidR="00D170A3" w:rsidRPr="00D73BDF">
        <w:rPr>
          <w:rFonts w:ascii="Sylfaen" w:hAnsi="Sylfaen" w:cs="Sylfaen"/>
          <w:sz w:val="18"/>
          <w:szCs w:val="18"/>
        </w:rPr>
        <w:t>გაფორმდეს</w:t>
      </w:r>
      <w:proofErr w:type="spellEnd"/>
      <w:r w:rsidR="00D170A3" w:rsidRPr="00D73BDF">
        <w:rPr>
          <w:rFonts w:cstheme="majorHAnsi"/>
          <w:sz w:val="18"/>
          <w:szCs w:val="18"/>
        </w:rPr>
        <w:t xml:space="preserve"> </w:t>
      </w:r>
      <w:proofErr w:type="spellStart"/>
      <w:r w:rsidR="00D170A3" w:rsidRPr="00D73BDF">
        <w:rPr>
          <w:rFonts w:ascii="Sylfaen" w:hAnsi="Sylfaen" w:cs="Sylfaen"/>
          <w:sz w:val="18"/>
          <w:szCs w:val="18"/>
        </w:rPr>
        <w:t>მიღება</w:t>
      </w:r>
      <w:r w:rsidR="00D170A3" w:rsidRPr="00D73BDF">
        <w:rPr>
          <w:rFonts w:cstheme="majorHAnsi"/>
          <w:sz w:val="18"/>
          <w:szCs w:val="18"/>
        </w:rPr>
        <w:t>-</w:t>
      </w:r>
      <w:r w:rsidR="00D170A3" w:rsidRPr="00D73BDF">
        <w:rPr>
          <w:rFonts w:ascii="Sylfaen" w:hAnsi="Sylfaen" w:cs="Sylfaen"/>
          <w:sz w:val="18"/>
          <w:szCs w:val="18"/>
        </w:rPr>
        <w:t>ჩაბარების</w:t>
      </w:r>
      <w:proofErr w:type="spellEnd"/>
      <w:r w:rsidR="00D170A3" w:rsidRPr="00D73BDF">
        <w:rPr>
          <w:rFonts w:cstheme="majorHAnsi"/>
          <w:sz w:val="18"/>
          <w:szCs w:val="18"/>
        </w:rPr>
        <w:t xml:space="preserve"> </w:t>
      </w:r>
      <w:proofErr w:type="spellStart"/>
      <w:r w:rsidR="00D170A3" w:rsidRPr="00D73BDF">
        <w:rPr>
          <w:rFonts w:ascii="Sylfaen" w:hAnsi="Sylfaen" w:cs="Sylfaen"/>
          <w:sz w:val="18"/>
          <w:szCs w:val="18"/>
        </w:rPr>
        <w:t>აქტის</w:t>
      </w:r>
      <w:proofErr w:type="spellEnd"/>
      <w:r w:rsidR="00D170A3" w:rsidRPr="00D73BDF">
        <w:rPr>
          <w:rFonts w:cstheme="majorHAnsi"/>
          <w:sz w:val="18"/>
          <w:szCs w:val="18"/>
        </w:rPr>
        <w:t xml:space="preserve"> </w:t>
      </w:r>
      <w:proofErr w:type="spellStart"/>
      <w:r w:rsidR="00D170A3" w:rsidRPr="00D73BDF">
        <w:rPr>
          <w:rFonts w:ascii="Sylfaen" w:hAnsi="Sylfaen" w:cs="Sylfaen"/>
          <w:sz w:val="18"/>
          <w:szCs w:val="18"/>
        </w:rPr>
        <w:t>გაფორმებით</w:t>
      </w:r>
      <w:proofErr w:type="spellEnd"/>
      <w:r w:rsidR="00D170A3" w:rsidRPr="00D73BDF">
        <w:rPr>
          <w:rFonts w:cstheme="majorHAnsi"/>
          <w:sz w:val="18"/>
          <w:szCs w:val="18"/>
        </w:rPr>
        <w:t>.</w:t>
      </w:r>
    </w:p>
    <w:p w14:paraId="1BED3264" w14:textId="77777777" w:rsidR="003E6F7A" w:rsidRPr="00D73BDF" w:rsidRDefault="003E6F7A" w:rsidP="00185C20">
      <w:pPr>
        <w:jc w:val="both"/>
        <w:rPr>
          <w:rFonts w:cstheme="majorHAnsi"/>
          <w:sz w:val="18"/>
          <w:szCs w:val="18"/>
        </w:rPr>
      </w:pPr>
    </w:p>
    <w:p w14:paraId="2C9968B8" w14:textId="738977E4" w:rsidR="004B6084" w:rsidRPr="00A009C6" w:rsidRDefault="001F4CA1" w:rsidP="00185C20">
      <w:pPr>
        <w:jc w:val="both"/>
        <w:rPr>
          <w:rFonts w:cstheme="majorHAnsi"/>
          <w:b/>
          <w:bCs/>
          <w:sz w:val="20"/>
          <w:szCs w:val="20"/>
        </w:rPr>
      </w:pPr>
      <w:r>
        <w:rPr>
          <w:rFonts w:ascii="Sylfaen" w:hAnsi="Sylfaen" w:cstheme="majorHAnsi"/>
          <w:b/>
          <w:bCs/>
          <w:sz w:val="20"/>
          <w:szCs w:val="20"/>
          <w:lang w:val="ka-GE"/>
        </w:rPr>
        <w:t xml:space="preserve">3.3. </w:t>
      </w:r>
      <w:r w:rsidR="00CE1C44">
        <w:rPr>
          <w:rFonts w:ascii="Sylfaen" w:hAnsi="Sylfaen" w:cs="Sylfaen"/>
          <w:b/>
          <w:bCs/>
          <w:sz w:val="20"/>
          <w:szCs w:val="20"/>
          <w:lang w:val="ka-GE"/>
        </w:rPr>
        <w:t>მენარდე</w:t>
      </w:r>
      <w:r w:rsidR="00A74260" w:rsidRPr="00A009C6">
        <w:rPr>
          <w:rFonts w:cstheme="majorHAnsi"/>
          <w:b/>
          <w:bCs/>
          <w:sz w:val="20"/>
          <w:szCs w:val="20"/>
        </w:rPr>
        <w:t xml:space="preserve"> </w:t>
      </w:r>
      <w:proofErr w:type="spellStart"/>
      <w:r w:rsidR="00A74260" w:rsidRPr="00A009C6">
        <w:rPr>
          <w:rFonts w:ascii="Sylfaen" w:hAnsi="Sylfaen" w:cs="Sylfaen"/>
          <w:b/>
          <w:bCs/>
          <w:sz w:val="20"/>
          <w:szCs w:val="20"/>
        </w:rPr>
        <w:t>ვალდებულია</w:t>
      </w:r>
      <w:proofErr w:type="spellEnd"/>
      <w:r w:rsidR="00A74260" w:rsidRPr="00A009C6">
        <w:rPr>
          <w:rFonts w:cstheme="majorHAnsi"/>
          <w:b/>
          <w:bCs/>
          <w:sz w:val="20"/>
          <w:szCs w:val="20"/>
        </w:rPr>
        <w:t>:</w:t>
      </w:r>
    </w:p>
    <w:p w14:paraId="14532C85" w14:textId="77777777" w:rsidR="004B6084" w:rsidRPr="00D73BDF" w:rsidRDefault="00A74260" w:rsidP="00185C20">
      <w:pPr>
        <w:jc w:val="both"/>
        <w:rPr>
          <w:rFonts w:cstheme="majorHAnsi"/>
          <w:sz w:val="18"/>
          <w:szCs w:val="18"/>
        </w:rPr>
      </w:pPr>
      <w:r w:rsidRPr="00D73BDF">
        <w:rPr>
          <w:rFonts w:cstheme="majorHAnsi"/>
          <w:sz w:val="18"/>
          <w:szCs w:val="18"/>
        </w:rPr>
        <w:t xml:space="preserve">3.3.1. </w:t>
      </w:r>
      <w:proofErr w:type="spellStart"/>
      <w:r w:rsidRPr="00D73BDF">
        <w:rPr>
          <w:rFonts w:ascii="Sylfaen" w:hAnsi="Sylfaen" w:cs="Sylfaen"/>
          <w:sz w:val="18"/>
          <w:szCs w:val="18"/>
        </w:rPr>
        <w:t>ხელშეკრულებით</w:t>
      </w:r>
      <w:proofErr w:type="spellEnd"/>
      <w:r w:rsidRPr="00D73BDF">
        <w:rPr>
          <w:rFonts w:cstheme="majorHAnsi"/>
          <w:sz w:val="18"/>
          <w:szCs w:val="18"/>
        </w:rPr>
        <w:t xml:space="preserve"> </w:t>
      </w:r>
      <w:proofErr w:type="spellStart"/>
      <w:r w:rsidRPr="00D73BDF">
        <w:rPr>
          <w:rFonts w:ascii="Sylfaen" w:hAnsi="Sylfaen" w:cs="Sylfaen"/>
          <w:sz w:val="18"/>
          <w:szCs w:val="18"/>
        </w:rPr>
        <w:t>გათვალისწინებული</w:t>
      </w:r>
      <w:proofErr w:type="spellEnd"/>
      <w:r w:rsidRPr="00D73BDF">
        <w:rPr>
          <w:rFonts w:cstheme="majorHAnsi"/>
          <w:sz w:val="18"/>
          <w:szCs w:val="18"/>
        </w:rPr>
        <w:t xml:space="preserve"> </w:t>
      </w:r>
      <w:proofErr w:type="spellStart"/>
      <w:r w:rsidRPr="00D73BDF">
        <w:rPr>
          <w:rFonts w:ascii="Sylfaen" w:hAnsi="Sylfaen" w:cs="Sylfaen"/>
          <w:sz w:val="18"/>
          <w:szCs w:val="18"/>
        </w:rPr>
        <w:t>სამუშაოები</w:t>
      </w:r>
      <w:proofErr w:type="spellEnd"/>
      <w:r w:rsidRPr="00D73BDF">
        <w:rPr>
          <w:rFonts w:cstheme="majorHAnsi"/>
          <w:sz w:val="18"/>
          <w:szCs w:val="18"/>
        </w:rPr>
        <w:t xml:space="preserve"> </w:t>
      </w:r>
      <w:proofErr w:type="spellStart"/>
      <w:r w:rsidRPr="00D73BDF">
        <w:rPr>
          <w:rFonts w:ascii="Sylfaen" w:hAnsi="Sylfaen" w:cs="Sylfaen"/>
          <w:sz w:val="18"/>
          <w:szCs w:val="18"/>
        </w:rPr>
        <w:t>დაასრულოს</w:t>
      </w:r>
      <w:proofErr w:type="spellEnd"/>
      <w:r w:rsidRPr="00D73BDF">
        <w:rPr>
          <w:rFonts w:cstheme="majorHAnsi"/>
          <w:sz w:val="18"/>
          <w:szCs w:val="18"/>
        </w:rPr>
        <w:t xml:space="preserve"> </w:t>
      </w:r>
      <w:proofErr w:type="spellStart"/>
      <w:r w:rsidRPr="00D73BDF">
        <w:rPr>
          <w:rFonts w:ascii="Sylfaen" w:hAnsi="Sylfaen" w:cs="Sylfaen"/>
          <w:sz w:val="18"/>
          <w:szCs w:val="18"/>
        </w:rPr>
        <w:t>ხელშეკრულების</w:t>
      </w:r>
      <w:proofErr w:type="spellEnd"/>
      <w:r w:rsidRPr="00D73BDF">
        <w:rPr>
          <w:rFonts w:cstheme="majorHAnsi"/>
          <w:sz w:val="18"/>
          <w:szCs w:val="18"/>
        </w:rPr>
        <w:t xml:space="preserve"> 5.1. </w:t>
      </w:r>
      <w:proofErr w:type="spellStart"/>
      <w:r w:rsidRPr="00D73BDF">
        <w:rPr>
          <w:rFonts w:ascii="Sylfaen" w:hAnsi="Sylfaen" w:cs="Sylfaen"/>
          <w:sz w:val="18"/>
          <w:szCs w:val="18"/>
        </w:rPr>
        <w:t>მუხლით</w:t>
      </w:r>
      <w:proofErr w:type="spellEnd"/>
      <w:r w:rsidRPr="00D73BDF">
        <w:rPr>
          <w:rFonts w:cstheme="majorHAnsi"/>
          <w:sz w:val="18"/>
          <w:szCs w:val="18"/>
        </w:rPr>
        <w:t xml:space="preserve"> </w:t>
      </w:r>
      <w:proofErr w:type="spellStart"/>
      <w:r w:rsidRPr="00D73BDF">
        <w:rPr>
          <w:rFonts w:ascii="Sylfaen" w:hAnsi="Sylfaen" w:cs="Sylfaen"/>
          <w:sz w:val="18"/>
          <w:szCs w:val="18"/>
        </w:rPr>
        <w:t>განსაზღვრულ</w:t>
      </w:r>
      <w:proofErr w:type="spellEnd"/>
      <w:r w:rsidRPr="00D73BDF">
        <w:rPr>
          <w:rFonts w:cstheme="majorHAnsi"/>
          <w:sz w:val="18"/>
          <w:szCs w:val="18"/>
        </w:rPr>
        <w:t xml:space="preserve"> </w:t>
      </w:r>
      <w:proofErr w:type="spellStart"/>
      <w:r w:rsidRPr="00D73BDF">
        <w:rPr>
          <w:rFonts w:ascii="Sylfaen" w:hAnsi="Sylfaen" w:cs="Sylfaen"/>
          <w:sz w:val="18"/>
          <w:szCs w:val="18"/>
        </w:rPr>
        <w:t>ვადაში</w:t>
      </w:r>
      <w:proofErr w:type="spellEnd"/>
      <w:r w:rsidRPr="00D73BDF">
        <w:rPr>
          <w:rFonts w:cstheme="majorHAnsi"/>
          <w:sz w:val="18"/>
          <w:szCs w:val="18"/>
        </w:rPr>
        <w:t xml:space="preserve">. </w:t>
      </w:r>
    </w:p>
    <w:p w14:paraId="55DF9D57" w14:textId="77777777" w:rsidR="004B6084" w:rsidRPr="00D73BDF" w:rsidRDefault="00A74260" w:rsidP="00185C20">
      <w:pPr>
        <w:jc w:val="both"/>
        <w:rPr>
          <w:rFonts w:cstheme="majorHAnsi"/>
          <w:sz w:val="18"/>
          <w:szCs w:val="18"/>
        </w:rPr>
      </w:pPr>
      <w:r w:rsidRPr="00D73BDF">
        <w:rPr>
          <w:rFonts w:cstheme="majorHAnsi"/>
          <w:sz w:val="18"/>
          <w:szCs w:val="18"/>
        </w:rPr>
        <w:t xml:space="preserve">3.3.2. </w:t>
      </w:r>
      <w:proofErr w:type="spellStart"/>
      <w:r w:rsidRPr="00D73BDF">
        <w:rPr>
          <w:rFonts w:ascii="Sylfaen" w:hAnsi="Sylfaen" w:cs="Sylfaen"/>
          <w:sz w:val="18"/>
          <w:szCs w:val="18"/>
        </w:rPr>
        <w:t>ხელშეკრულებით</w:t>
      </w:r>
      <w:proofErr w:type="spellEnd"/>
      <w:r w:rsidRPr="00D73BDF">
        <w:rPr>
          <w:rFonts w:cstheme="majorHAnsi"/>
          <w:sz w:val="18"/>
          <w:szCs w:val="18"/>
        </w:rPr>
        <w:t xml:space="preserve"> </w:t>
      </w:r>
      <w:proofErr w:type="spellStart"/>
      <w:r w:rsidRPr="00D73BDF">
        <w:rPr>
          <w:rFonts w:ascii="Sylfaen" w:hAnsi="Sylfaen" w:cs="Sylfaen"/>
          <w:sz w:val="18"/>
          <w:szCs w:val="18"/>
        </w:rPr>
        <w:t>გათვალისწინებული</w:t>
      </w:r>
      <w:proofErr w:type="spellEnd"/>
      <w:r w:rsidRPr="00D73BDF">
        <w:rPr>
          <w:rFonts w:cstheme="majorHAnsi"/>
          <w:sz w:val="18"/>
          <w:szCs w:val="18"/>
        </w:rPr>
        <w:t xml:space="preserve"> </w:t>
      </w:r>
      <w:proofErr w:type="spellStart"/>
      <w:r w:rsidRPr="00D73BDF">
        <w:rPr>
          <w:rFonts w:ascii="Sylfaen" w:hAnsi="Sylfaen" w:cs="Sylfaen"/>
          <w:sz w:val="18"/>
          <w:szCs w:val="18"/>
        </w:rPr>
        <w:t>სამუშაოები</w:t>
      </w:r>
      <w:proofErr w:type="spellEnd"/>
      <w:r w:rsidRPr="00D73BDF">
        <w:rPr>
          <w:rFonts w:cstheme="majorHAnsi"/>
          <w:sz w:val="18"/>
          <w:szCs w:val="18"/>
        </w:rPr>
        <w:t xml:space="preserve"> </w:t>
      </w:r>
      <w:proofErr w:type="spellStart"/>
      <w:r w:rsidRPr="00D73BDF">
        <w:rPr>
          <w:rFonts w:ascii="Sylfaen" w:hAnsi="Sylfaen" w:cs="Sylfaen"/>
          <w:sz w:val="18"/>
          <w:szCs w:val="18"/>
        </w:rPr>
        <w:t>აწარმოოს</w:t>
      </w:r>
      <w:proofErr w:type="spellEnd"/>
      <w:r w:rsidRPr="00D73BDF">
        <w:rPr>
          <w:rFonts w:cstheme="majorHAnsi"/>
          <w:sz w:val="18"/>
          <w:szCs w:val="18"/>
        </w:rPr>
        <w:t xml:space="preserve"> </w:t>
      </w:r>
      <w:proofErr w:type="spellStart"/>
      <w:r w:rsidRPr="00D73BDF">
        <w:rPr>
          <w:rFonts w:ascii="Sylfaen" w:hAnsi="Sylfaen" w:cs="Sylfaen"/>
          <w:sz w:val="18"/>
          <w:szCs w:val="18"/>
        </w:rPr>
        <w:t>ხარჯთაღრიცხვით</w:t>
      </w:r>
      <w:proofErr w:type="spellEnd"/>
      <w:r w:rsidRPr="00D73BDF">
        <w:rPr>
          <w:rFonts w:cstheme="majorHAnsi"/>
          <w:sz w:val="18"/>
          <w:szCs w:val="18"/>
        </w:rPr>
        <w:t xml:space="preserve"> </w:t>
      </w:r>
      <w:proofErr w:type="spellStart"/>
      <w:r w:rsidRPr="00D73BDF">
        <w:rPr>
          <w:rFonts w:ascii="Sylfaen" w:hAnsi="Sylfaen" w:cs="Sylfaen"/>
          <w:sz w:val="18"/>
          <w:szCs w:val="18"/>
        </w:rPr>
        <w:t>განსაზღვრული</w:t>
      </w:r>
      <w:proofErr w:type="spellEnd"/>
      <w:r w:rsidRPr="00D73BDF">
        <w:rPr>
          <w:rFonts w:cstheme="majorHAnsi"/>
          <w:sz w:val="18"/>
          <w:szCs w:val="18"/>
        </w:rPr>
        <w:t xml:space="preserve"> </w:t>
      </w:r>
      <w:proofErr w:type="spellStart"/>
      <w:r w:rsidRPr="00D73BDF">
        <w:rPr>
          <w:rFonts w:ascii="Sylfaen" w:hAnsi="Sylfaen" w:cs="Sylfaen"/>
          <w:sz w:val="18"/>
          <w:szCs w:val="18"/>
        </w:rPr>
        <w:t>მოცულობით</w:t>
      </w:r>
      <w:proofErr w:type="spellEnd"/>
      <w:r w:rsidRPr="00D73BDF">
        <w:rPr>
          <w:rFonts w:cstheme="majorHAnsi"/>
          <w:sz w:val="18"/>
          <w:szCs w:val="18"/>
        </w:rPr>
        <w:t xml:space="preserve">, </w:t>
      </w:r>
      <w:proofErr w:type="spellStart"/>
      <w:r w:rsidRPr="00D73BDF">
        <w:rPr>
          <w:rFonts w:ascii="Sylfaen" w:hAnsi="Sylfaen" w:cs="Sylfaen"/>
          <w:sz w:val="18"/>
          <w:szCs w:val="18"/>
        </w:rPr>
        <w:t>საპროექტო</w:t>
      </w:r>
      <w:proofErr w:type="spellEnd"/>
      <w:r w:rsidRPr="00D73BDF">
        <w:rPr>
          <w:rFonts w:cstheme="majorHAnsi"/>
          <w:sz w:val="18"/>
          <w:szCs w:val="18"/>
        </w:rPr>
        <w:t xml:space="preserve"> </w:t>
      </w:r>
      <w:proofErr w:type="spellStart"/>
      <w:r w:rsidRPr="00D73BDF">
        <w:rPr>
          <w:rFonts w:ascii="Sylfaen" w:hAnsi="Sylfaen" w:cs="Sylfaen"/>
          <w:sz w:val="18"/>
          <w:szCs w:val="18"/>
        </w:rPr>
        <w:t>დოკუმენტაციის</w:t>
      </w:r>
      <w:proofErr w:type="spellEnd"/>
      <w:r w:rsidRPr="00D73BDF">
        <w:rPr>
          <w:rFonts w:cstheme="majorHAnsi"/>
          <w:sz w:val="18"/>
          <w:szCs w:val="18"/>
        </w:rPr>
        <w:t xml:space="preserve"> </w:t>
      </w:r>
      <w:proofErr w:type="spellStart"/>
      <w:r w:rsidRPr="00D73BDF">
        <w:rPr>
          <w:rFonts w:ascii="Sylfaen" w:hAnsi="Sylfaen" w:cs="Sylfaen"/>
          <w:sz w:val="18"/>
          <w:szCs w:val="18"/>
        </w:rPr>
        <w:t>მიხედვით</w:t>
      </w:r>
      <w:proofErr w:type="spellEnd"/>
      <w:r w:rsidRPr="00D73BDF">
        <w:rPr>
          <w:rFonts w:cstheme="majorHAnsi"/>
          <w:sz w:val="18"/>
          <w:szCs w:val="18"/>
        </w:rPr>
        <w:t>.</w:t>
      </w:r>
    </w:p>
    <w:p w14:paraId="7EA40731" w14:textId="60F31D45" w:rsidR="004B6084" w:rsidRPr="00D73BDF" w:rsidRDefault="00A74260" w:rsidP="00185C20">
      <w:pPr>
        <w:jc w:val="both"/>
        <w:rPr>
          <w:rFonts w:cstheme="majorHAnsi"/>
          <w:sz w:val="18"/>
          <w:szCs w:val="18"/>
        </w:rPr>
      </w:pPr>
      <w:r w:rsidRPr="00D73BDF">
        <w:rPr>
          <w:rFonts w:cstheme="majorHAnsi"/>
          <w:sz w:val="18"/>
          <w:szCs w:val="18"/>
        </w:rPr>
        <w:t>3.3.3.</w:t>
      </w:r>
      <w:r w:rsidR="00F4347A">
        <w:rPr>
          <w:rFonts w:ascii="Sylfaen" w:hAnsi="Sylfaen" w:cstheme="majorHAnsi"/>
          <w:sz w:val="18"/>
          <w:szCs w:val="18"/>
          <w:lang w:val="ka-GE"/>
        </w:rPr>
        <w:t xml:space="preserve"> </w:t>
      </w:r>
      <w:r w:rsidR="00A009C6">
        <w:rPr>
          <w:rFonts w:ascii="Sylfaen" w:hAnsi="Sylfaen" w:cs="Sylfaen"/>
          <w:sz w:val="18"/>
          <w:szCs w:val="18"/>
          <w:lang w:val="ka-GE"/>
        </w:rPr>
        <w:t xml:space="preserve">სამშენებლო </w:t>
      </w:r>
      <w:proofErr w:type="spellStart"/>
      <w:r w:rsidRPr="00D73BDF">
        <w:rPr>
          <w:rFonts w:ascii="Sylfaen" w:hAnsi="Sylfaen" w:cs="Sylfaen"/>
          <w:sz w:val="18"/>
          <w:szCs w:val="18"/>
        </w:rPr>
        <w:t>სამუშაოები</w:t>
      </w:r>
      <w:proofErr w:type="spellEnd"/>
      <w:r w:rsidRPr="00D73BDF">
        <w:rPr>
          <w:rFonts w:cstheme="majorHAnsi"/>
          <w:sz w:val="18"/>
          <w:szCs w:val="18"/>
        </w:rPr>
        <w:t xml:space="preserve"> </w:t>
      </w:r>
      <w:proofErr w:type="spellStart"/>
      <w:r w:rsidRPr="00D73BDF">
        <w:rPr>
          <w:rFonts w:ascii="Sylfaen" w:hAnsi="Sylfaen" w:cs="Sylfaen"/>
          <w:sz w:val="18"/>
          <w:szCs w:val="18"/>
        </w:rPr>
        <w:t>შეასრულოს</w:t>
      </w:r>
      <w:proofErr w:type="spellEnd"/>
      <w:r w:rsidRPr="00D73BDF">
        <w:rPr>
          <w:rFonts w:cstheme="majorHAnsi"/>
          <w:sz w:val="18"/>
          <w:szCs w:val="18"/>
        </w:rPr>
        <w:t xml:space="preserve"> </w:t>
      </w:r>
      <w:proofErr w:type="spellStart"/>
      <w:r w:rsidRPr="00D73BDF">
        <w:rPr>
          <w:rFonts w:ascii="Sylfaen" w:hAnsi="Sylfaen" w:cs="Sylfaen"/>
          <w:sz w:val="18"/>
          <w:szCs w:val="18"/>
        </w:rPr>
        <w:t>მაღალპროფესიულ</w:t>
      </w:r>
      <w:proofErr w:type="spellEnd"/>
      <w:r w:rsidRPr="00D73BDF">
        <w:rPr>
          <w:rFonts w:cstheme="majorHAnsi"/>
          <w:sz w:val="18"/>
          <w:szCs w:val="18"/>
        </w:rPr>
        <w:t xml:space="preserve"> </w:t>
      </w:r>
      <w:proofErr w:type="spellStart"/>
      <w:r w:rsidRPr="00D73BDF">
        <w:rPr>
          <w:rFonts w:ascii="Sylfaen" w:hAnsi="Sylfaen" w:cs="Sylfaen"/>
          <w:sz w:val="18"/>
          <w:szCs w:val="18"/>
        </w:rPr>
        <w:t>დონეზე</w:t>
      </w:r>
      <w:proofErr w:type="spellEnd"/>
      <w:r w:rsidRPr="00D73BDF">
        <w:rPr>
          <w:rFonts w:cstheme="majorHAnsi"/>
          <w:sz w:val="18"/>
          <w:szCs w:val="18"/>
        </w:rPr>
        <w:t xml:space="preserve"> </w:t>
      </w:r>
      <w:proofErr w:type="spellStart"/>
      <w:r w:rsidRPr="00D73BDF">
        <w:rPr>
          <w:rFonts w:ascii="Sylfaen" w:hAnsi="Sylfaen" w:cs="Sylfaen"/>
          <w:sz w:val="18"/>
          <w:szCs w:val="18"/>
        </w:rPr>
        <w:t>და</w:t>
      </w:r>
      <w:proofErr w:type="spellEnd"/>
      <w:r w:rsidRPr="00D73BDF">
        <w:rPr>
          <w:rFonts w:cstheme="majorHAnsi"/>
          <w:sz w:val="18"/>
          <w:szCs w:val="18"/>
        </w:rPr>
        <w:t xml:space="preserve"> </w:t>
      </w:r>
      <w:r w:rsidR="004F452B">
        <w:rPr>
          <w:rFonts w:ascii="Sylfaen" w:hAnsi="Sylfaen" w:cs="Sylfaen"/>
          <w:sz w:val="18"/>
          <w:szCs w:val="18"/>
          <w:lang w:val="ka-GE"/>
        </w:rPr>
        <w:t>სამშენებლო</w:t>
      </w:r>
      <w:r w:rsidR="00A009C6">
        <w:rPr>
          <w:rFonts w:ascii="Sylfaen" w:hAnsi="Sylfaen" w:cs="Sylfaen"/>
          <w:sz w:val="18"/>
          <w:szCs w:val="18"/>
          <w:lang w:val="ka-GE"/>
        </w:rPr>
        <w:t xml:space="preserve"> მოწყობის</w:t>
      </w:r>
      <w:r w:rsidR="00A009C6" w:rsidRPr="00D73BDF">
        <w:rPr>
          <w:rFonts w:cstheme="majorHAnsi"/>
          <w:sz w:val="18"/>
          <w:szCs w:val="18"/>
        </w:rPr>
        <w:t xml:space="preserve"> </w:t>
      </w:r>
      <w:proofErr w:type="spellStart"/>
      <w:r w:rsidRPr="00D73BDF">
        <w:rPr>
          <w:rFonts w:ascii="Sylfaen" w:hAnsi="Sylfaen" w:cs="Sylfaen"/>
          <w:sz w:val="18"/>
          <w:szCs w:val="18"/>
        </w:rPr>
        <w:t>ნორმებისა</w:t>
      </w:r>
      <w:proofErr w:type="spellEnd"/>
      <w:r w:rsidRPr="00D73BDF">
        <w:rPr>
          <w:rFonts w:cstheme="majorHAnsi"/>
          <w:sz w:val="18"/>
          <w:szCs w:val="18"/>
        </w:rPr>
        <w:t xml:space="preserve"> </w:t>
      </w:r>
      <w:proofErr w:type="spellStart"/>
      <w:r w:rsidRPr="00D73BDF">
        <w:rPr>
          <w:rFonts w:ascii="Sylfaen" w:hAnsi="Sylfaen" w:cs="Sylfaen"/>
          <w:sz w:val="18"/>
          <w:szCs w:val="18"/>
        </w:rPr>
        <w:t>და</w:t>
      </w:r>
      <w:proofErr w:type="spellEnd"/>
      <w:r w:rsidRPr="00D73BDF">
        <w:rPr>
          <w:rFonts w:cstheme="majorHAnsi"/>
          <w:sz w:val="18"/>
          <w:szCs w:val="18"/>
        </w:rPr>
        <w:t xml:space="preserve"> </w:t>
      </w:r>
      <w:proofErr w:type="spellStart"/>
      <w:r w:rsidRPr="00D73BDF">
        <w:rPr>
          <w:rFonts w:ascii="Sylfaen" w:hAnsi="Sylfaen" w:cs="Sylfaen"/>
          <w:sz w:val="18"/>
          <w:szCs w:val="18"/>
        </w:rPr>
        <w:t>წესების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დაცვით</w:t>
      </w:r>
      <w:proofErr w:type="spellEnd"/>
      <w:r w:rsidR="00F4347A">
        <w:rPr>
          <w:rFonts w:cstheme="majorHAnsi"/>
          <w:sz w:val="18"/>
          <w:szCs w:val="18"/>
        </w:rPr>
        <w:t>.</w:t>
      </w:r>
    </w:p>
    <w:p w14:paraId="75B4D4EA" w14:textId="4BF47CDA" w:rsidR="004B6084" w:rsidRPr="00F4347A" w:rsidRDefault="00A74260" w:rsidP="00185C20">
      <w:pPr>
        <w:jc w:val="both"/>
        <w:rPr>
          <w:rFonts w:ascii="Sylfaen" w:hAnsi="Sylfaen" w:cstheme="majorHAnsi"/>
          <w:sz w:val="18"/>
          <w:szCs w:val="18"/>
          <w:lang w:val="ka-GE"/>
        </w:rPr>
      </w:pPr>
      <w:r w:rsidRPr="00D73BDF">
        <w:rPr>
          <w:rFonts w:cstheme="majorHAnsi"/>
          <w:sz w:val="18"/>
          <w:szCs w:val="18"/>
        </w:rPr>
        <w:t xml:space="preserve">3.3.4. </w:t>
      </w:r>
      <w:proofErr w:type="spellStart"/>
      <w:r w:rsidRPr="00D73BDF">
        <w:rPr>
          <w:rFonts w:ascii="Sylfaen" w:hAnsi="Sylfaen" w:cs="Sylfaen"/>
          <w:sz w:val="18"/>
          <w:szCs w:val="18"/>
        </w:rPr>
        <w:t>შეარჩიოს</w:t>
      </w:r>
      <w:proofErr w:type="spellEnd"/>
      <w:r w:rsidRPr="00D73BDF">
        <w:rPr>
          <w:rFonts w:cstheme="majorHAnsi"/>
          <w:sz w:val="18"/>
          <w:szCs w:val="18"/>
        </w:rPr>
        <w:t xml:space="preserve"> </w:t>
      </w:r>
      <w:proofErr w:type="spellStart"/>
      <w:r w:rsidRPr="00D73BDF">
        <w:rPr>
          <w:rFonts w:ascii="Sylfaen" w:hAnsi="Sylfaen" w:cs="Sylfaen"/>
          <w:sz w:val="18"/>
          <w:szCs w:val="18"/>
        </w:rPr>
        <w:t>წინამდებარე</w:t>
      </w:r>
      <w:proofErr w:type="spellEnd"/>
      <w:r w:rsidRPr="00D73BDF">
        <w:rPr>
          <w:rFonts w:cstheme="majorHAnsi"/>
          <w:sz w:val="18"/>
          <w:szCs w:val="18"/>
        </w:rPr>
        <w:t xml:space="preserve"> </w:t>
      </w:r>
      <w:proofErr w:type="spellStart"/>
      <w:r w:rsidRPr="00D73BDF">
        <w:rPr>
          <w:rFonts w:ascii="Sylfaen" w:hAnsi="Sylfaen" w:cs="Sylfaen"/>
          <w:sz w:val="18"/>
          <w:szCs w:val="18"/>
        </w:rPr>
        <w:t>ხელშეკრულებით</w:t>
      </w:r>
      <w:proofErr w:type="spellEnd"/>
      <w:r w:rsidRPr="00D73BDF">
        <w:rPr>
          <w:rFonts w:cstheme="majorHAnsi"/>
          <w:sz w:val="18"/>
          <w:szCs w:val="18"/>
        </w:rPr>
        <w:t xml:space="preserve"> </w:t>
      </w:r>
      <w:proofErr w:type="spellStart"/>
      <w:r w:rsidRPr="00D73BDF">
        <w:rPr>
          <w:rFonts w:ascii="Sylfaen" w:hAnsi="Sylfaen" w:cs="Sylfaen"/>
          <w:sz w:val="18"/>
          <w:szCs w:val="18"/>
        </w:rPr>
        <w:t>გათვალისწინებული</w:t>
      </w:r>
      <w:proofErr w:type="spellEnd"/>
      <w:r w:rsidRPr="00D73BDF">
        <w:rPr>
          <w:rFonts w:cstheme="majorHAnsi"/>
          <w:sz w:val="18"/>
          <w:szCs w:val="18"/>
        </w:rPr>
        <w:t xml:space="preserve"> </w:t>
      </w:r>
      <w:proofErr w:type="spellStart"/>
      <w:r w:rsidRPr="00D73BDF">
        <w:rPr>
          <w:rFonts w:ascii="Sylfaen" w:hAnsi="Sylfaen" w:cs="Sylfaen"/>
          <w:sz w:val="18"/>
          <w:szCs w:val="18"/>
        </w:rPr>
        <w:t>სამუშაოების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შესასრულებლად</w:t>
      </w:r>
      <w:proofErr w:type="spellEnd"/>
      <w:r w:rsidRPr="00D73BDF">
        <w:rPr>
          <w:rFonts w:cstheme="majorHAnsi"/>
          <w:sz w:val="18"/>
          <w:szCs w:val="18"/>
        </w:rPr>
        <w:t xml:space="preserve"> </w:t>
      </w:r>
      <w:proofErr w:type="spellStart"/>
      <w:r w:rsidRPr="00D73BDF">
        <w:rPr>
          <w:rFonts w:ascii="Sylfaen" w:hAnsi="Sylfaen" w:cs="Sylfaen"/>
          <w:sz w:val="18"/>
          <w:szCs w:val="18"/>
        </w:rPr>
        <w:t>კვალიფიციური</w:t>
      </w:r>
      <w:proofErr w:type="spellEnd"/>
      <w:r w:rsidRPr="00D73BDF">
        <w:rPr>
          <w:rFonts w:cstheme="majorHAnsi"/>
          <w:sz w:val="18"/>
          <w:szCs w:val="18"/>
        </w:rPr>
        <w:t xml:space="preserve"> </w:t>
      </w:r>
      <w:proofErr w:type="spellStart"/>
      <w:r w:rsidRPr="00D73BDF">
        <w:rPr>
          <w:rFonts w:ascii="Sylfaen" w:hAnsi="Sylfaen" w:cs="Sylfaen"/>
          <w:sz w:val="18"/>
          <w:szCs w:val="18"/>
        </w:rPr>
        <w:t>მუშახელი</w:t>
      </w:r>
      <w:proofErr w:type="spellEnd"/>
      <w:r w:rsidR="00CE1C44">
        <w:rPr>
          <w:rFonts w:ascii="Sylfaen" w:hAnsi="Sylfaen" w:cs="Sylfaen"/>
          <w:sz w:val="18"/>
          <w:szCs w:val="18"/>
          <w:lang w:val="ka-GE"/>
        </w:rPr>
        <w:t xml:space="preserve"> (</w:t>
      </w:r>
      <w:proofErr w:type="spellStart"/>
      <w:r w:rsidRPr="00D73BDF">
        <w:rPr>
          <w:rFonts w:ascii="Sylfaen" w:hAnsi="Sylfaen" w:cs="Sylfaen"/>
          <w:sz w:val="18"/>
          <w:szCs w:val="18"/>
        </w:rPr>
        <w:t>პერსონალი</w:t>
      </w:r>
      <w:proofErr w:type="spellEnd"/>
      <w:r w:rsidR="00CE1C44">
        <w:rPr>
          <w:rFonts w:ascii="Sylfaen" w:hAnsi="Sylfaen" w:cstheme="majorHAnsi"/>
          <w:sz w:val="18"/>
          <w:szCs w:val="18"/>
          <w:lang w:val="ka-GE"/>
        </w:rPr>
        <w:t>)</w:t>
      </w:r>
      <w:r w:rsidR="00F4347A">
        <w:rPr>
          <w:rFonts w:ascii="Sylfaen" w:hAnsi="Sylfaen" w:cstheme="majorHAnsi"/>
          <w:sz w:val="18"/>
          <w:szCs w:val="18"/>
          <w:lang w:val="ka-GE"/>
        </w:rPr>
        <w:t>.</w:t>
      </w:r>
    </w:p>
    <w:p w14:paraId="3559076D" w14:textId="2E97F3DC" w:rsidR="004B6084" w:rsidRPr="00D73BDF" w:rsidRDefault="00A74260" w:rsidP="00185C20">
      <w:pPr>
        <w:jc w:val="both"/>
        <w:rPr>
          <w:rFonts w:cstheme="majorHAnsi"/>
          <w:sz w:val="18"/>
          <w:szCs w:val="18"/>
        </w:rPr>
      </w:pPr>
      <w:r w:rsidRPr="00D73BDF">
        <w:rPr>
          <w:rFonts w:cstheme="majorHAnsi"/>
          <w:sz w:val="18"/>
          <w:szCs w:val="18"/>
        </w:rPr>
        <w:t xml:space="preserve">3.3.5. </w:t>
      </w:r>
      <w:proofErr w:type="spellStart"/>
      <w:r w:rsidRPr="00D73BDF">
        <w:rPr>
          <w:rFonts w:ascii="Sylfaen" w:hAnsi="Sylfaen" w:cs="Sylfaen"/>
          <w:sz w:val="18"/>
          <w:szCs w:val="18"/>
        </w:rPr>
        <w:t>ხელშეკრულების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მოქმედების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პერიოდში</w:t>
      </w:r>
      <w:proofErr w:type="spellEnd"/>
      <w:r w:rsidRPr="00D73BDF">
        <w:rPr>
          <w:rFonts w:cstheme="majorHAnsi"/>
          <w:sz w:val="18"/>
          <w:szCs w:val="18"/>
        </w:rPr>
        <w:t xml:space="preserve"> </w:t>
      </w:r>
      <w:proofErr w:type="spellStart"/>
      <w:r w:rsidRPr="00D73BDF">
        <w:rPr>
          <w:rFonts w:ascii="Sylfaen" w:hAnsi="Sylfaen" w:cs="Sylfaen"/>
          <w:sz w:val="18"/>
          <w:szCs w:val="18"/>
        </w:rPr>
        <w:t>საპროექტო</w:t>
      </w:r>
      <w:proofErr w:type="spellEnd"/>
      <w:r w:rsidRPr="00D73BDF">
        <w:rPr>
          <w:rFonts w:cstheme="majorHAnsi"/>
          <w:sz w:val="18"/>
          <w:szCs w:val="18"/>
        </w:rPr>
        <w:t xml:space="preserve"> </w:t>
      </w:r>
      <w:proofErr w:type="spellStart"/>
      <w:r w:rsidRPr="00D73BDF">
        <w:rPr>
          <w:rFonts w:ascii="Sylfaen" w:hAnsi="Sylfaen" w:cs="Sylfaen"/>
          <w:sz w:val="18"/>
          <w:szCs w:val="18"/>
        </w:rPr>
        <w:t>დოკუმენტაციაში</w:t>
      </w:r>
      <w:proofErr w:type="spellEnd"/>
      <w:r w:rsidRPr="00D73BDF">
        <w:rPr>
          <w:rFonts w:cstheme="majorHAnsi"/>
          <w:sz w:val="18"/>
          <w:szCs w:val="18"/>
        </w:rPr>
        <w:t xml:space="preserve"> </w:t>
      </w:r>
      <w:proofErr w:type="spellStart"/>
      <w:r w:rsidRPr="00D73BDF">
        <w:rPr>
          <w:rFonts w:ascii="Sylfaen" w:hAnsi="Sylfaen" w:cs="Sylfaen"/>
          <w:sz w:val="18"/>
          <w:szCs w:val="18"/>
        </w:rPr>
        <w:t>შეუსაბამობის</w:t>
      </w:r>
      <w:proofErr w:type="spellEnd"/>
      <w:r w:rsidRPr="00D73BDF">
        <w:rPr>
          <w:rFonts w:cstheme="majorHAnsi"/>
          <w:sz w:val="18"/>
          <w:szCs w:val="18"/>
        </w:rPr>
        <w:t xml:space="preserve"> </w:t>
      </w:r>
      <w:proofErr w:type="spellStart"/>
      <w:r w:rsidRPr="00D73BDF">
        <w:rPr>
          <w:rFonts w:ascii="Sylfaen" w:hAnsi="Sylfaen" w:cs="Sylfaen"/>
          <w:sz w:val="18"/>
          <w:szCs w:val="18"/>
        </w:rPr>
        <w:t>აღმოჩენის</w:t>
      </w:r>
      <w:proofErr w:type="spellEnd"/>
      <w:r w:rsidRPr="00D73BDF">
        <w:rPr>
          <w:rFonts w:cstheme="majorHAnsi"/>
          <w:sz w:val="18"/>
          <w:szCs w:val="18"/>
        </w:rPr>
        <w:t xml:space="preserve"> </w:t>
      </w:r>
      <w:r w:rsidR="00C11DBA">
        <w:rPr>
          <w:rFonts w:ascii="Sylfaen" w:hAnsi="Sylfaen" w:cstheme="majorHAnsi"/>
          <w:sz w:val="18"/>
          <w:szCs w:val="18"/>
          <w:lang w:val="ka-GE"/>
        </w:rPr>
        <w:t xml:space="preserve">ყველა </w:t>
      </w:r>
      <w:proofErr w:type="spellStart"/>
      <w:r w:rsidRPr="00D73BDF">
        <w:rPr>
          <w:rFonts w:ascii="Sylfaen" w:hAnsi="Sylfaen" w:cs="Sylfaen"/>
          <w:sz w:val="18"/>
          <w:szCs w:val="18"/>
        </w:rPr>
        <w:t>შემთხვევაში</w:t>
      </w:r>
      <w:proofErr w:type="spellEnd"/>
      <w:r w:rsidRPr="00D73BDF">
        <w:rPr>
          <w:rFonts w:cstheme="majorHAnsi"/>
          <w:sz w:val="18"/>
          <w:szCs w:val="18"/>
        </w:rPr>
        <w:t xml:space="preserve">, </w:t>
      </w:r>
      <w:proofErr w:type="spellStart"/>
      <w:r w:rsidRPr="00D73BDF">
        <w:rPr>
          <w:rFonts w:ascii="Sylfaen" w:hAnsi="Sylfaen" w:cs="Sylfaen"/>
          <w:sz w:val="18"/>
          <w:szCs w:val="18"/>
        </w:rPr>
        <w:t>წერილობით</w:t>
      </w:r>
      <w:proofErr w:type="spellEnd"/>
      <w:r w:rsidRPr="00D73BDF">
        <w:rPr>
          <w:rFonts w:cstheme="majorHAnsi"/>
          <w:sz w:val="18"/>
          <w:szCs w:val="18"/>
        </w:rPr>
        <w:t xml:space="preserve"> </w:t>
      </w:r>
      <w:proofErr w:type="spellStart"/>
      <w:r w:rsidRPr="00D73BDF">
        <w:rPr>
          <w:rFonts w:ascii="Sylfaen" w:hAnsi="Sylfaen" w:cs="Sylfaen"/>
          <w:sz w:val="18"/>
          <w:szCs w:val="18"/>
        </w:rPr>
        <w:t>შეატყობინოს</w:t>
      </w:r>
      <w:proofErr w:type="spellEnd"/>
      <w:r w:rsidR="00C11DBA">
        <w:rPr>
          <w:rFonts w:ascii="Sylfaen" w:hAnsi="Sylfaen" w:cs="Sylfaen"/>
          <w:sz w:val="18"/>
          <w:szCs w:val="18"/>
          <w:lang w:val="ka-GE"/>
        </w:rPr>
        <w:t xml:space="preserve"> და განუმარტოს</w:t>
      </w:r>
      <w:r w:rsidRPr="00D73BDF">
        <w:rPr>
          <w:rFonts w:cstheme="majorHAnsi"/>
          <w:sz w:val="18"/>
          <w:szCs w:val="18"/>
        </w:rPr>
        <w:t xml:space="preserve"> </w:t>
      </w:r>
      <w:proofErr w:type="spellStart"/>
      <w:r w:rsidRPr="00D73BDF">
        <w:rPr>
          <w:rFonts w:ascii="Sylfaen" w:hAnsi="Sylfaen" w:cs="Sylfaen"/>
          <w:sz w:val="18"/>
          <w:szCs w:val="18"/>
        </w:rPr>
        <w:t>დამკვეთს</w:t>
      </w:r>
      <w:proofErr w:type="spellEnd"/>
      <w:r w:rsidRPr="00D73BDF">
        <w:rPr>
          <w:rFonts w:cstheme="majorHAnsi"/>
          <w:sz w:val="18"/>
          <w:szCs w:val="18"/>
        </w:rPr>
        <w:t xml:space="preserve"> </w:t>
      </w:r>
      <w:proofErr w:type="spellStart"/>
      <w:r w:rsidRPr="00D73BDF">
        <w:rPr>
          <w:rFonts w:ascii="Sylfaen" w:hAnsi="Sylfaen" w:cs="Sylfaen"/>
          <w:sz w:val="18"/>
          <w:szCs w:val="18"/>
        </w:rPr>
        <w:t>დაუყოვნებლივ</w:t>
      </w:r>
      <w:proofErr w:type="spellEnd"/>
      <w:r w:rsidRPr="00D73BDF">
        <w:rPr>
          <w:rFonts w:cstheme="majorHAnsi"/>
          <w:sz w:val="18"/>
          <w:szCs w:val="18"/>
        </w:rPr>
        <w:t xml:space="preserve">. </w:t>
      </w:r>
      <w:proofErr w:type="spellStart"/>
      <w:r w:rsidRPr="00D73BDF">
        <w:rPr>
          <w:rFonts w:ascii="Sylfaen" w:hAnsi="Sylfaen" w:cs="Sylfaen"/>
          <w:sz w:val="18"/>
          <w:szCs w:val="18"/>
        </w:rPr>
        <w:t>პროექტების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ხარვეზი</w:t>
      </w:r>
      <w:proofErr w:type="spellEnd"/>
      <w:r w:rsidRPr="00D73BDF">
        <w:rPr>
          <w:rFonts w:cstheme="majorHAnsi"/>
          <w:sz w:val="18"/>
          <w:szCs w:val="18"/>
        </w:rPr>
        <w:t xml:space="preserve"> </w:t>
      </w:r>
      <w:proofErr w:type="spellStart"/>
      <w:r w:rsidRPr="00D73BDF">
        <w:rPr>
          <w:rFonts w:ascii="Sylfaen" w:hAnsi="Sylfaen" w:cs="Sylfaen"/>
          <w:sz w:val="18"/>
          <w:szCs w:val="18"/>
        </w:rPr>
        <w:t>და</w:t>
      </w:r>
      <w:proofErr w:type="spellEnd"/>
      <w:r w:rsidRPr="00D73BDF">
        <w:rPr>
          <w:rFonts w:cstheme="majorHAnsi"/>
          <w:sz w:val="18"/>
          <w:szCs w:val="18"/>
        </w:rPr>
        <w:t xml:space="preserve"> </w:t>
      </w:r>
      <w:proofErr w:type="spellStart"/>
      <w:r w:rsidRPr="00D73BDF">
        <w:rPr>
          <w:rFonts w:ascii="Sylfaen" w:hAnsi="Sylfaen" w:cs="Sylfaen"/>
          <w:sz w:val="18"/>
          <w:szCs w:val="18"/>
        </w:rPr>
        <w:t>შესაბამისად</w:t>
      </w:r>
      <w:proofErr w:type="spellEnd"/>
      <w:r w:rsidRPr="00D73BDF">
        <w:rPr>
          <w:rFonts w:cstheme="majorHAnsi"/>
          <w:sz w:val="18"/>
          <w:szCs w:val="18"/>
        </w:rPr>
        <w:t xml:space="preserve"> </w:t>
      </w:r>
      <w:proofErr w:type="spellStart"/>
      <w:r w:rsidRPr="00D73BDF">
        <w:rPr>
          <w:rFonts w:ascii="Sylfaen" w:hAnsi="Sylfaen" w:cs="Sylfaen"/>
          <w:sz w:val="18"/>
          <w:szCs w:val="18"/>
        </w:rPr>
        <w:t>დამდგარი</w:t>
      </w:r>
      <w:proofErr w:type="spellEnd"/>
      <w:r w:rsidRPr="00D73BDF">
        <w:rPr>
          <w:rFonts w:cstheme="majorHAnsi"/>
          <w:sz w:val="18"/>
          <w:szCs w:val="18"/>
        </w:rPr>
        <w:t xml:space="preserve"> </w:t>
      </w:r>
      <w:proofErr w:type="spellStart"/>
      <w:r w:rsidRPr="00D73BDF">
        <w:rPr>
          <w:rFonts w:ascii="Sylfaen" w:hAnsi="Sylfaen" w:cs="Sylfaen"/>
          <w:sz w:val="18"/>
          <w:szCs w:val="18"/>
        </w:rPr>
        <w:t>შედეგები</w:t>
      </w:r>
      <w:proofErr w:type="spellEnd"/>
      <w:r w:rsidRPr="00D73BDF">
        <w:rPr>
          <w:rFonts w:cstheme="majorHAnsi"/>
          <w:sz w:val="18"/>
          <w:szCs w:val="18"/>
        </w:rPr>
        <w:t xml:space="preserve"> </w:t>
      </w:r>
      <w:proofErr w:type="spellStart"/>
      <w:r w:rsidRPr="00D73BDF">
        <w:rPr>
          <w:rFonts w:ascii="Sylfaen" w:hAnsi="Sylfaen" w:cs="Sylfaen"/>
          <w:sz w:val="18"/>
          <w:szCs w:val="18"/>
        </w:rPr>
        <w:t>განეკუთვნება</w:t>
      </w:r>
      <w:proofErr w:type="spellEnd"/>
      <w:r w:rsidRPr="00D73BDF">
        <w:rPr>
          <w:rFonts w:cstheme="majorHAnsi"/>
          <w:sz w:val="18"/>
          <w:szCs w:val="18"/>
        </w:rPr>
        <w:t xml:space="preserve"> </w:t>
      </w:r>
      <w:proofErr w:type="spellStart"/>
      <w:r w:rsidRPr="00D73BDF">
        <w:rPr>
          <w:rFonts w:ascii="Sylfaen" w:hAnsi="Sylfaen" w:cs="Sylfaen"/>
          <w:sz w:val="18"/>
          <w:szCs w:val="18"/>
        </w:rPr>
        <w:t>დამკვეთის</w:t>
      </w:r>
      <w:proofErr w:type="spellEnd"/>
      <w:r w:rsidRPr="00D73BDF">
        <w:rPr>
          <w:rFonts w:cstheme="majorHAnsi"/>
          <w:sz w:val="18"/>
          <w:szCs w:val="18"/>
        </w:rPr>
        <w:t xml:space="preserve"> </w:t>
      </w:r>
      <w:proofErr w:type="spellStart"/>
      <w:r w:rsidRPr="00D73BDF">
        <w:rPr>
          <w:rFonts w:ascii="Sylfaen" w:hAnsi="Sylfaen" w:cs="Sylfaen"/>
          <w:sz w:val="18"/>
          <w:szCs w:val="18"/>
        </w:rPr>
        <w:t>პასუხისმგებლობას</w:t>
      </w:r>
      <w:proofErr w:type="spellEnd"/>
      <w:r w:rsidR="00C11DBA">
        <w:rPr>
          <w:rFonts w:cstheme="majorHAnsi"/>
          <w:sz w:val="18"/>
          <w:szCs w:val="18"/>
          <w:lang w:val="ka-GE"/>
        </w:rPr>
        <w:t xml:space="preserve">, </w:t>
      </w:r>
      <w:r w:rsidR="00C11DBA" w:rsidRPr="00C11DBA">
        <w:rPr>
          <w:rFonts w:ascii="Sylfaen" w:hAnsi="Sylfaen" w:cs="Sylfaen"/>
          <w:sz w:val="18"/>
          <w:szCs w:val="18"/>
          <w:lang w:val="ka-GE"/>
        </w:rPr>
        <w:t>გარდა</w:t>
      </w:r>
      <w:r w:rsidR="00C11DBA" w:rsidRPr="00C11DBA">
        <w:rPr>
          <w:rFonts w:cstheme="majorHAnsi"/>
          <w:sz w:val="18"/>
          <w:szCs w:val="18"/>
          <w:lang w:val="ka-GE"/>
        </w:rPr>
        <w:t xml:space="preserve"> </w:t>
      </w:r>
      <w:r w:rsidR="00C11DBA" w:rsidRPr="00C11DBA">
        <w:rPr>
          <w:rFonts w:ascii="Sylfaen" w:hAnsi="Sylfaen" w:cs="Sylfaen"/>
          <w:sz w:val="18"/>
          <w:szCs w:val="18"/>
          <w:lang w:val="ka-GE"/>
        </w:rPr>
        <w:t>იმ</w:t>
      </w:r>
      <w:r w:rsidR="00C11DBA" w:rsidRPr="00C11DBA">
        <w:rPr>
          <w:rFonts w:cstheme="majorHAnsi"/>
          <w:sz w:val="18"/>
          <w:szCs w:val="18"/>
          <w:lang w:val="ka-GE"/>
        </w:rPr>
        <w:t xml:space="preserve"> </w:t>
      </w:r>
      <w:r w:rsidR="00C11DBA" w:rsidRPr="00C11DBA">
        <w:rPr>
          <w:rFonts w:ascii="Sylfaen" w:hAnsi="Sylfaen" w:cs="Sylfaen"/>
          <w:sz w:val="18"/>
          <w:szCs w:val="18"/>
          <w:lang w:val="ka-GE"/>
        </w:rPr>
        <w:t>შემთხვევისა</w:t>
      </w:r>
      <w:r w:rsidR="00C11DBA" w:rsidRPr="00C11DBA">
        <w:rPr>
          <w:rFonts w:cstheme="majorHAnsi"/>
          <w:sz w:val="18"/>
          <w:szCs w:val="18"/>
          <w:lang w:val="ka-GE"/>
        </w:rPr>
        <w:t xml:space="preserve">, </w:t>
      </w:r>
      <w:r w:rsidR="00C11DBA" w:rsidRPr="00C11DBA">
        <w:rPr>
          <w:rFonts w:ascii="Sylfaen" w:hAnsi="Sylfaen" w:cs="Sylfaen"/>
          <w:sz w:val="18"/>
          <w:szCs w:val="18"/>
          <w:lang w:val="ka-GE"/>
        </w:rPr>
        <w:t>როდესაც</w:t>
      </w:r>
      <w:r w:rsidR="00C11DBA" w:rsidRPr="00C11DBA">
        <w:rPr>
          <w:rFonts w:cstheme="majorHAnsi"/>
          <w:sz w:val="18"/>
          <w:szCs w:val="18"/>
          <w:lang w:val="ka-GE"/>
        </w:rPr>
        <w:t xml:space="preserve"> </w:t>
      </w:r>
      <w:r w:rsidR="00C11DBA" w:rsidRPr="00C11DBA">
        <w:rPr>
          <w:rFonts w:ascii="Sylfaen" w:hAnsi="Sylfaen" w:cs="Sylfaen"/>
          <w:sz w:val="18"/>
          <w:szCs w:val="18"/>
          <w:lang w:val="ka-GE"/>
        </w:rPr>
        <w:t>მენარდემ</w:t>
      </w:r>
      <w:r w:rsidR="00C11DBA" w:rsidRPr="00C11DBA">
        <w:rPr>
          <w:rFonts w:cstheme="majorHAnsi"/>
          <w:sz w:val="18"/>
          <w:szCs w:val="18"/>
          <w:lang w:val="ka-GE"/>
        </w:rPr>
        <w:t xml:space="preserve"> </w:t>
      </w:r>
      <w:r w:rsidR="00C11DBA" w:rsidRPr="00C11DBA">
        <w:rPr>
          <w:rFonts w:ascii="Sylfaen" w:hAnsi="Sylfaen" w:cs="Sylfaen"/>
          <w:sz w:val="18"/>
          <w:szCs w:val="18"/>
          <w:lang w:val="ka-GE"/>
        </w:rPr>
        <w:t>იცოდა</w:t>
      </w:r>
      <w:r w:rsidR="00C11DBA" w:rsidRPr="00C11DBA">
        <w:rPr>
          <w:rFonts w:cstheme="majorHAnsi"/>
          <w:sz w:val="18"/>
          <w:szCs w:val="18"/>
          <w:lang w:val="ka-GE"/>
        </w:rPr>
        <w:t xml:space="preserve"> </w:t>
      </w:r>
      <w:r w:rsidR="00C11DBA" w:rsidRPr="00C11DBA">
        <w:rPr>
          <w:rFonts w:ascii="Sylfaen" w:hAnsi="Sylfaen" w:cs="Sylfaen"/>
          <w:sz w:val="18"/>
          <w:szCs w:val="18"/>
          <w:lang w:val="ka-GE"/>
        </w:rPr>
        <w:t>აღნიშნული</w:t>
      </w:r>
      <w:r w:rsidR="00C11DBA" w:rsidRPr="00C11DBA">
        <w:rPr>
          <w:rFonts w:cstheme="majorHAnsi"/>
          <w:sz w:val="18"/>
          <w:szCs w:val="18"/>
          <w:lang w:val="ka-GE"/>
        </w:rPr>
        <w:t xml:space="preserve"> </w:t>
      </w:r>
      <w:r w:rsidR="00C11DBA" w:rsidRPr="00C11DBA">
        <w:rPr>
          <w:rFonts w:ascii="Sylfaen" w:hAnsi="Sylfaen" w:cs="Sylfaen"/>
          <w:sz w:val="18"/>
          <w:szCs w:val="18"/>
          <w:lang w:val="ka-GE"/>
        </w:rPr>
        <w:t>ხარვეზის</w:t>
      </w:r>
      <w:r w:rsidR="00C11DBA" w:rsidRPr="00C11DBA">
        <w:rPr>
          <w:rFonts w:cstheme="majorHAnsi"/>
          <w:sz w:val="18"/>
          <w:szCs w:val="18"/>
          <w:lang w:val="ka-GE"/>
        </w:rPr>
        <w:t xml:space="preserve"> </w:t>
      </w:r>
      <w:r w:rsidR="00C11DBA" w:rsidRPr="00C11DBA">
        <w:rPr>
          <w:rFonts w:ascii="Sylfaen" w:hAnsi="Sylfaen" w:cs="Sylfaen"/>
          <w:sz w:val="18"/>
          <w:szCs w:val="18"/>
          <w:lang w:val="ka-GE"/>
        </w:rPr>
        <w:t>შესახებ</w:t>
      </w:r>
      <w:r w:rsidR="00C11DBA" w:rsidRPr="00C11DBA">
        <w:rPr>
          <w:rFonts w:cstheme="majorHAnsi"/>
          <w:sz w:val="18"/>
          <w:szCs w:val="18"/>
          <w:lang w:val="ka-GE"/>
        </w:rPr>
        <w:t xml:space="preserve"> </w:t>
      </w:r>
      <w:r w:rsidR="00C11DBA" w:rsidRPr="00C11DBA">
        <w:rPr>
          <w:rFonts w:ascii="Sylfaen" w:hAnsi="Sylfaen" w:cs="Sylfaen"/>
          <w:sz w:val="18"/>
          <w:szCs w:val="18"/>
          <w:lang w:val="ka-GE"/>
        </w:rPr>
        <w:t>და</w:t>
      </w:r>
      <w:r w:rsidR="00C11DBA" w:rsidRPr="00C11DBA">
        <w:rPr>
          <w:rFonts w:cstheme="majorHAnsi"/>
          <w:sz w:val="18"/>
          <w:szCs w:val="18"/>
          <w:lang w:val="ka-GE"/>
        </w:rPr>
        <w:t xml:space="preserve"> </w:t>
      </w:r>
      <w:r w:rsidR="00C11DBA" w:rsidRPr="00C11DBA">
        <w:rPr>
          <w:rFonts w:ascii="Sylfaen" w:hAnsi="Sylfaen" w:cs="Sylfaen"/>
          <w:sz w:val="18"/>
          <w:szCs w:val="18"/>
          <w:lang w:val="ka-GE"/>
        </w:rPr>
        <w:t>ამის</w:t>
      </w:r>
      <w:r w:rsidR="00C11DBA" w:rsidRPr="00C11DBA">
        <w:rPr>
          <w:rFonts w:cstheme="majorHAnsi"/>
          <w:sz w:val="18"/>
          <w:szCs w:val="18"/>
          <w:lang w:val="ka-GE"/>
        </w:rPr>
        <w:t xml:space="preserve"> </w:t>
      </w:r>
      <w:r w:rsidR="00C11DBA" w:rsidRPr="00C11DBA">
        <w:rPr>
          <w:rFonts w:ascii="Sylfaen" w:hAnsi="Sylfaen" w:cs="Sylfaen"/>
          <w:sz w:val="18"/>
          <w:szCs w:val="18"/>
          <w:lang w:val="ka-GE"/>
        </w:rPr>
        <w:t>მიუხედავად</w:t>
      </w:r>
      <w:r w:rsidR="00C11DBA" w:rsidRPr="00C11DBA">
        <w:rPr>
          <w:rFonts w:cstheme="majorHAnsi"/>
          <w:sz w:val="18"/>
          <w:szCs w:val="18"/>
          <w:lang w:val="ka-GE"/>
        </w:rPr>
        <w:t xml:space="preserve"> </w:t>
      </w:r>
      <w:r w:rsidR="00C11DBA" w:rsidRPr="00C11DBA">
        <w:rPr>
          <w:rFonts w:ascii="Sylfaen" w:hAnsi="Sylfaen" w:cs="Sylfaen"/>
          <w:sz w:val="18"/>
          <w:szCs w:val="18"/>
          <w:lang w:val="ka-GE"/>
        </w:rPr>
        <w:t>გააგრძელა</w:t>
      </w:r>
      <w:r w:rsidR="00C11DBA" w:rsidRPr="00C11DBA">
        <w:rPr>
          <w:rFonts w:cstheme="majorHAnsi"/>
          <w:sz w:val="18"/>
          <w:szCs w:val="18"/>
          <w:lang w:val="ka-GE"/>
        </w:rPr>
        <w:t xml:space="preserve"> </w:t>
      </w:r>
      <w:r w:rsidR="00C11DBA" w:rsidRPr="00C11DBA">
        <w:rPr>
          <w:rFonts w:ascii="Sylfaen" w:hAnsi="Sylfaen" w:cs="Sylfaen"/>
          <w:sz w:val="18"/>
          <w:szCs w:val="18"/>
          <w:lang w:val="ka-GE"/>
        </w:rPr>
        <w:t>სამუშაოების</w:t>
      </w:r>
      <w:r w:rsidR="00C11DBA" w:rsidRPr="00C11DBA">
        <w:rPr>
          <w:rFonts w:cstheme="majorHAnsi"/>
          <w:sz w:val="18"/>
          <w:szCs w:val="18"/>
          <w:lang w:val="ka-GE"/>
        </w:rPr>
        <w:t xml:space="preserve"> </w:t>
      </w:r>
      <w:r w:rsidR="00C11DBA" w:rsidRPr="00C11DBA">
        <w:rPr>
          <w:rFonts w:ascii="Sylfaen" w:hAnsi="Sylfaen" w:cs="Sylfaen"/>
          <w:sz w:val="18"/>
          <w:szCs w:val="18"/>
          <w:lang w:val="ka-GE"/>
        </w:rPr>
        <w:t>შესრულება</w:t>
      </w:r>
      <w:r w:rsidR="00C11DBA" w:rsidRPr="00C11DBA">
        <w:rPr>
          <w:rFonts w:cstheme="majorHAnsi"/>
          <w:sz w:val="18"/>
          <w:szCs w:val="18"/>
          <w:lang w:val="ka-GE"/>
        </w:rPr>
        <w:t xml:space="preserve">, </w:t>
      </w:r>
      <w:r w:rsidR="00C11DBA" w:rsidRPr="00C11DBA">
        <w:rPr>
          <w:rFonts w:ascii="Sylfaen" w:hAnsi="Sylfaen" w:cs="Sylfaen"/>
          <w:sz w:val="18"/>
          <w:szCs w:val="18"/>
          <w:lang w:val="ka-GE"/>
        </w:rPr>
        <w:t>რაც</w:t>
      </w:r>
      <w:r w:rsidR="00C11DBA" w:rsidRPr="00C11DBA">
        <w:rPr>
          <w:rFonts w:cstheme="majorHAnsi"/>
          <w:sz w:val="18"/>
          <w:szCs w:val="18"/>
          <w:lang w:val="ka-GE"/>
        </w:rPr>
        <w:t xml:space="preserve"> </w:t>
      </w:r>
      <w:r w:rsidR="00C11DBA" w:rsidRPr="00C11DBA">
        <w:rPr>
          <w:rFonts w:ascii="Sylfaen" w:hAnsi="Sylfaen" w:cs="Sylfaen"/>
          <w:sz w:val="18"/>
          <w:szCs w:val="18"/>
          <w:lang w:val="ka-GE"/>
        </w:rPr>
        <w:t>გახდა</w:t>
      </w:r>
      <w:r w:rsidR="00C11DBA" w:rsidRPr="00C11DBA">
        <w:rPr>
          <w:rFonts w:cstheme="majorHAnsi"/>
          <w:sz w:val="18"/>
          <w:szCs w:val="18"/>
          <w:lang w:val="ka-GE"/>
        </w:rPr>
        <w:t xml:space="preserve"> </w:t>
      </w:r>
      <w:r w:rsidR="00C11DBA" w:rsidRPr="00C11DBA">
        <w:rPr>
          <w:rFonts w:ascii="Sylfaen" w:hAnsi="Sylfaen" w:cs="Sylfaen"/>
          <w:sz w:val="18"/>
          <w:szCs w:val="18"/>
          <w:lang w:val="ka-GE"/>
        </w:rPr>
        <w:t>დამდგარი</w:t>
      </w:r>
      <w:r w:rsidR="00C11DBA" w:rsidRPr="00C11DBA">
        <w:rPr>
          <w:rFonts w:cstheme="majorHAnsi"/>
          <w:sz w:val="18"/>
          <w:szCs w:val="18"/>
          <w:lang w:val="ka-GE"/>
        </w:rPr>
        <w:t xml:space="preserve"> </w:t>
      </w:r>
      <w:r w:rsidR="00C11DBA" w:rsidRPr="00C11DBA">
        <w:rPr>
          <w:rFonts w:ascii="Sylfaen" w:hAnsi="Sylfaen" w:cs="Sylfaen"/>
          <w:sz w:val="18"/>
          <w:szCs w:val="18"/>
          <w:lang w:val="ka-GE"/>
        </w:rPr>
        <w:t>შედეგის</w:t>
      </w:r>
      <w:r w:rsidR="00C11DBA" w:rsidRPr="00C11DBA">
        <w:rPr>
          <w:rFonts w:cstheme="majorHAnsi"/>
          <w:sz w:val="18"/>
          <w:szCs w:val="18"/>
          <w:lang w:val="ka-GE"/>
        </w:rPr>
        <w:t xml:space="preserve"> </w:t>
      </w:r>
      <w:r w:rsidR="00C11DBA" w:rsidRPr="00C11DBA">
        <w:rPr>
          <w:rFonts w:ascii="Sylfaen" w:hAnsi="Sylfaen" w:cs="Sylfaen"/>
          <w:sz w:val="18"/>
          <w:szCs w:val="18"/>
          <w:lang w:val="ka-GE"/>
        </w:rPr>
        <w:t>მიზეზი</w:t>
      </w:r>
      <w:r w:rsidR="00C11DBA">
        <w:rPr>
          <w:rFonts w:cstheme="majorHAnsi"/>
          <w:sz w:val="18"/>
          <w:szCs w:val="18"/>
          <w:lang w:val="ka-GE"/>
        </w:rPr>
        <w:t>,</w:t>
      </w:r>
      <w:r w:rsidR="00C11DBA" w:rsidRPr="00C11DBA">
        <w:rPr>
          <w:rFonts w:cstheme="majorHAnsi"/>
          <w:sz w:val="18"/>
          <w:szCs w:val="18"/>
          <w:lang w:val="ka-GE"/>
        </w:rPr>
        <w:t xml:space="preserve"> </w:t>
      </w:r>
      <w:r w:rsidR="00C11DBA" w:rsidRPr="00C11DBA">
        <w:rPr>
          <w:rFonts w:ascii="Sylfaen" w:hAnsi="Sylfaen" w:cs="Sylfaen"/>
          <w:sz w:val="18"/>
          <w:szCs w:val="18"/>
          <w:lang w:val="ka-GE"/>
        </w:rPr>
        <w:t>ასეთ</w:t>
      </w:r>
      <w:r w:rsidR="00C11DBA" w:rsidRPr="00C11DBA">
        <w:rPr>
          <w:rFonts w:cstheme="majorHAnsi"/>
          <w:sz w:val="18"/>
          <w:szCs w:val="18"/>
          <w:lang w:val="ka-GE"/>
        </w:rPr>
        <w:t xml:space="preserve"> </w:t>
      </w:r>
      <w:r w:rsidR="00C11DBA" w:rsidRPr="00C11DBA">
        <w:rPr>
          <w:rFonts w:ascii="Sylfaen" w:hAnsi="Sylfaen" w:cs="Sylfaen"/>
          <w:sz w:val="18"/>
          <w:szCs w:val="18"/>
          <w:lang w:val="ka-GE"/>
        </w:rPr>
        <w:t>შემთხვევაში</w:t>
      </w:r>
      <w:r w:rsidR="00C11DBA" w:rsidRPr="00C11DBA">
        <w:rPr>
          <w:rFonts w:cstheme="majorHAnsi"/>
          <w:sz w:val="18"/>
          <w:szCs w:val="18"/>
          <w:lang w:val="ka-GE"/>
        </w:rPr>
        <w:t xml:space="preserve"> </w:t>
      </w:r>
      <w:r w:rsidR="00C11DBA" w:rsidRPr="00C11DBA">
        <w:rPr>
          <w:rFonts w:ascii="Sylfaen" w:hAnsi="Sylfaen" w:cs="Sylfaen"/>
          <w:sz w:val="18"/>
          <w:szCs w:val="18"/>
          <w:lang w:val="ka-GE"/>
        </w:rPr>
        <w:t>პასუხისმგებლობა</w:t>
      </w:r>
      <w:r w:rsidR="00C11DBA" w:rsidRPr="00C11DBA">
        <w:rPr>
          <w:rFonts w:cstheme="majorHAnsi"/>
          <w:sz w:val="18"/>
          <w:szCs w:val="18"/>
          <w:lang w:val="ka-GE"/>
        </w:rPr>
        <w:t xml:space="preserve"> </w:t>
      </w:r>
      <w:r w:rsidR="00C11DBA" w:rsidRPr="00C11DBA">
        <w:rPr>
          <w:rFonts w:ascii="Sylfaen" w:hAnsi="Sylfaen" w:cs="Sylfaen"/>
          <w:sz w:val="18"/>
          <w:szCs w:val="18"/>
          <w:lang w:val="ka-GE"/>
        </w:rPr>
        <w:t>ეკისრება</w:t>
      </w:r>
      <w:r w:rsidR="00C11DBA" w:rsidRPr="00C11DBA">
        <w:rPr>
          <w:rFonts w:cstheme="majorHAnsi"/>
          <w:sz w:val="18"/>
          <w:szCs w:val="18"/>
          <w:lang w:val="ka-GE"/>
        </w:rPr>
        <w:t xml:space="preserve"> </w:t>
      </w:r>
      <w:r w:rsidR="00C11DBA" w:rsidRPr="00C11DBA">
        <w:rPr>
          <w:rFonts w:ascii="Sylfaen" w:hAnsi="Sylfaen" w:cs="Sylfaen"/>
          <w:sz w:val="18"/>
          <w:szCs w:val="18"/>
          <w:lang w:val="ka-GE"/>
        </w:rPr>
        <w:t>მენარდეს</w:t>
      </w:r>
      <w:r w:rsidR="00C11DBA" w:rsidRPr="00C11DBA">
        <w:rPr>
          <w:rFonts w:cstheme="majorHAnsi"/>
          <w:sz w:val="18"/>
          <w:szCs w:val="18"/>
          <w:lang w:val="ka-GE"/>
        </w:rPr>
        <w:t>.</w:t>
      </w:r>
      <w:r w:rsidRPr="00D73BDF">
        <w:rPr>
          <w:rFonts w:cstheme="majorHAnsi"/>
          <w:sz w:val="18"/>
          <w:szCs w:val="18"/>
        </w:rPr>
        <w:t xml:space="preserve"> </w:t>
      </w:r>
    </w:p>
    <w:p w14:paraId="337EA229" w14:textId="0DD97F90" w:rsidR="004B6084" w:rsidRPr="00D73BDF" w:rsidRDefault="00A74260" w:rsidP="00185C20">
      <w:pPr>
        <w:jc w:val="both"/>
        <w:rPr>
          <w:rFonts w:cstheme="majorHAnsi"/>
          <w:sz w:val="18"/>
          <w:szCs w:val="18"/>
        </w:rPr>
      </w:pPr>
      <w:r w:rsidRPr="00D73BDF">
        <w:rPr>
          <w:rFonts w:cstheme="majorHAnsi"/>
          <w:sz w:val="18"/>
          <w:szCs w:val="18"/>
        </w:rPr>
        <w:t xml:space="preserve">3.3.6.  </w:t>
      </w:r>
      <w:proofErr w:type="spellStart"/>
      <w:r w:rsidRPr="00D73BDF">
        <w:rPr>
          <w:rFonts w:ascii="Sylfaen" w:hAnsi="Sylfaen" w:cs="Sylfaen"/>
          <w:sz w:val="18"/>
          <w:szCs w:val="18"/>
        </w:rPr>
        <w:t>მენარდისთვის</w:t>
      </w:r>
      <w:proofErr w:type="spellEnd"/>
      <w:r w:rsidRPr="00D73BDF">
        <w:rPr>
          <w:rFonts w:cstheme="majorHAnsi"/>
          <w:sz w:val="18"/>
          <w:szCs w:val="18"/>
        </w:rPr>
        <w:t xml:space="preserve"> </w:t>
      </w:r>
      <w:proofErr w:type="spellStart"/>
      <w:r w:rsidRPr="00D73BDF">
        <w:rPr>
          <w:rFonts w:ascii="Sylfaen" w:hAnsi="Sylfaen" w:cs="Sylfaen"/>
          <w:sz w:val="18"/>
          <w:szCs w:val="18"/>
        </w:rPr>
        <w:t>გადაცემულ</w:t>
      </w:r>
      <w:proofErr w:type="spellEnd"/>
      <w:r w:rsidRPr="00D73BDF">
        <w:rPr>
          <w:rFonts w:cstheme="majorHAnsi"/>
          <w:sz w:val="18"/>
          <w:szCs w:val="18"/>
        </w:rPr>
        <w:t xml:space="preserve"> </w:t>
      </w:r>
      <w:proofErr w:type="spellStart"/>
      <w:r w:rsidRPr="00D73BDF">
        <w:rPr>
          <w:rFonts w:ascii="Sylfaen" w:hAnsi="Sylfaen" w:cs="Sylfaen"/>
          <w:sz w:val="18"/>
          <w:szCs w:val="18"/>
        </w:rPr>
        <w:t>საპროექტო</w:t>
      </w:r>
      <w:proofErr w:type="spellEnd"/>
      <w:r w:rsidRPr="00D73BDF">
        <w:rPr>
          <w:rFonts w:cstheme="majorHAnsi"/>
          <w:sz w:val="18"/>
          <w:szCs w:val="18"/>
        </w:rPr>
        <w:t xml:space="preserve"> </w:t>
      </w:r>
      <w:proofErr w:type="spellStart"/>
      <w:r w:rsidRPr="00D73BDF">
        <w:rPr>
          <w:rFonts w:ascii="Sylfaen" w:hAnsi="Sylfaen" w:cs="Sylfaen"/>
          <w:sz w:val="18"/>
          <w:szCs w:val="18"/>
        </w:rPr>
        <w:t>დოკუმენტაციასთან</w:t>
      </w:r>
      <w:proofErr w:type="spellEnd"/>
      <w:r w:rsidR="00F52072">
        <w:rPr>
          <w:rFonts w:ascii="Sylfaen" w:hAnsi="Sylfaen" w:cs="Sylfaen"/>
          <w:sz w:val="18"/>
          <w:szCs w:val="18"/>
        </w:rPr>
        <w:t xml:space="preserve"> </w:t>
      </w:r>
      <w:r w:rsidR="00F52072" w:rsidRPr="00AE4949">
        <w:rPr>
          <w:rFonts w:ascii="Sylfaen" w:hAnsi="Sylfaen" w:cs="Sylfaen"/>
          <w:color w:val="000000" w:themeColor="text1"/>
          <w:sz w:val="18"/>
          <w:szCs w:val="18"/>
          <w:lang w:val="ka-GE"/>
        </w:rPr>
        <w:t>შესრულებული სამუ</w:t>
      </w:r>
      <w:r w:rsidR="00811744" w:rsidRPr="00AE4949">
        <w:rPr>
          <w:rFonts w:ascii="Sylfaen" w:hAnsi="Sylfaen" w:cs="Sylfaen"/>
          <w:color w:val="000000" w:themeColor="text1"/>
          <w:sz w:val="18"/>
          <w:szCs w:val="18"/>
          <w:lang w:val="ka-GE"/>
        </w:rPr>
        <w:t>შ</w:t>
      </w:r>
      <w:r w:rsidR="00F52072" w:rsidRPr="00AE4949">
        <w:rPr>
          <w:rFonts w:ascii="Sylfaen" w:hAnsi="Sylfaen" w:cs="Sylfaen"/>
          <w:color w:val="000000" w:themeColor="text1"/>
          <w:sz w:val="18"/>
          <w:szCs w:val="18"/>
          <w:lang w:val="ka-GE"/>
        </w:rPr>
        <w:t>აოების</w:t>
      </w:r>
      <w:r w:rsidRPr="00AE4949">
        <w:rPr>
          <w:rFonts w:cstheme="majorHAnsi"/>
          <w:color w:val="000000" w:themeColor="text1"/>
          <w:sz w:val="18"/>
          <w:szCs w:val="18"/>
        </w:rPr>
        <w:t xml:space="preserve"> </w:t>
      </w:r>
      <w:proofErr w:type="spellStart"/>
      <w:r w:rsidRPr="00D73BDF">
        <w:rPr>
          <w:rFonts w:ascii="Sylfaen" w:hAnsi="Sylfaen" w:cs="Sylfaen"/>
          <w:sz w:val="18"/>
          <w:szCs w:val="18"/>
        </w:rPr>
        <w:t>შეუსაბამობის</w:t>
      </w:r>
      <w:proofErr w:type="spellEnd"/>
      <w:r w:rsidRPr="00D73BDF">
        <w:rPr>
          <w:rFonts w:cstheme="majorHAnsi"/>
          <w:sz w:val="18"/>
          <w:szCs w:val="18"/>
        </w:rPr>
        <w:t xml:space="preserve"> </w:t>
      </w:r>
      <w:proofErr w:type="spellStart"/>
      <w:r w:rsidRPr="00D73BDF">
        <w:rPr>
          <w:rFonts w:ascii="Sylfaen" w:hAnsi="Sylfaen" w:cs="Sylfaen"/>
          <w:sz w:val="18"/>
          <w:szCs w:val="18"/>
        </w:rPr>
        <w:t>დადგენის</w:t>
      </w:r>
      <w:proofErr w:type="spellEnd"/>
      <w:r w:rsidRPr="00D73BDF">
        <w:rPr>
          <w:rFonts w:cstheme="majorHAnsi"/>
          <w:sz w:val="18"/>
          <w:szCs w:val="18"/>
        </w:rPr>
        <w:t xml:space="preserve"> </w:t>
      </w:r>
      <w:proofErr w:type="spellStart"/>
      <w:r w:rsidRPr="00D73BDF">
        <w:rPr>
          <w:rFonts w:ascii="Sylfaen" w:hAnsi="Sylfaen" w:cs="Sylfaen"/>
          <w:sz w:val="18"/>
          <w:szCs w:val="18"/>
        </w:rPr>
        <w:t>შემთხვევაში</w:t>
      </w:r>
      <w:proofErr w:type="spellEnd"/>
      <w:r w:rsidRPr="00D73BDF">
        <w:rPr>
          <w:rFonts w:cstheme="majorHAnsi"/>
          <w:sz w:val="18"/>
          <w:szCs w:val="18"/>
        </w:rPr>
        <w:t xml:space="preserve">, </w:t>
      </w:r>
      <w:proofErr w:type="spellStart"/>
      <w:r w:rsidRPr="00D73BDF">
        <w:rPr>
          <w:rFonts w:ascii="Sylfaen" w:hAnsi="Sylfaen" w:cs="Sylfaen"/>
          <w:sz w:val="18"/>
          <w:szCs w:val="18"/>
        </w:rPr>
        <w:t>იკისროს</w:t>
      </w:r>
      <w:proofErr w:type="spellEnd"/>
      <w:r w:rsidRPr="00D73BDF">
        <w:rPr>
          <w:rFonts w:cstheme="majorHAnsi"/>
          <w:sz w:val="18"/>
          <w:szCs w:val="18"/>
        </w:rPr>
        <w:t xml:space="preserve"> </w:t>
      </w:r>
      <w:proofErr w:type="spellStart"/>
      <w:r w:rsidRPr="00D73BDF">
        <w:rPr>
          <w:rFonts w:ascii="Sylfaen" w:hAnsi="Sylfaen" w:cs="Sylfaen"/>
          <w:sz w:val="18"/>
          <w:szCs w:val="18"/>
        </w:rPr>
        <w:t>პასუხისგებლობა</w:t>
      </w:r>
      <w:proofErr w:type="spellEnd"/>
      <w:r w:rsidRPr="00D73BDF">
        <w:rPr>
          <w:rFonts w:cstheme="majorHAnsi"/>
          <w:sz w:val="18"/>
          <w:szCs w:val="18"/>
        </w:rPr>
        <w:t xml:space="preserve"> </w:t>
      </w:r>
      <w:proofErr w:type="spellStart"/>
      <w:r w:rsidRPr="00D73BDF">
        <w:rPr>
          <w:rFonts w:ascii="Sylfaen" w:hAnsi="Sylfaen" w:cs="Sylfaen"/>
          <w:sz w:val="18"/>
          <w:szCs w:val="18"/>
        </w:rPr>
        <w:t>საჯარიმო</w:t>
      </w:r>
      <w:proofErr w:type="spellEnd"/>
      <w:r w:rsidRPr="00D73BDF">
        <w:rPr>
          <w:rFonts w:cstheme="majorHAnsi"/>
          <w:sz w:val="18"/>
          <w:szCs w:val="18"/>
        </w:rPr>
        <w:t xml:space="preserve"> </w:t>
      </w:r>
      <w:proofErr w:type="spellStart"/>
      <w:r w:rsidRPr="00D73BDF">
        <w:rPr>
          <w:rFonts w:ascii="Sylfaen" w:hAnsi="Sylfaen" w:cs="Sylfaen"/>
          <w:sz w:val="18"/>
          <w:szCs w:val="18"/>
        </w:rPr>
        <w:t>სანქციებზე</w:t>
      </w:r>
      <w:proofErr w:type="spellEnd"/>
      <w:r w:rsidRPr="00D73BDF">
        <w:rPr>
          <w:rFonts w:cstheme="majorHAnsi"/>
          <w:sz w:val="18"/>
          <w:szCs w:val="18"/>
        </w:rPr>
        <w:t xml:space="preserve">. </w:t>
      </w:r>
      <w:proofErr w:type="spellStart"/>
      <w:r w:rsidRPr="00D73BDF">
        <w:rPr>
          <w:rFonts w:ascii="Sylfaen" w:hAnsi="Sylfaen" w:cs="Sylfaen"/>
          <w:sz w:val="18"/>
          <w:szCs w:val="18"/>
        </w:rPr>
        <w:t>აგრეთვე</w:t>
      </w:r>
      <w:proofErr w:type="spellEnd"/>
      <w:r w:rsidRPr="00D73BDF">
        <w:rPr>
          <w:rFonts w:cstheme="majorHAnsi"/>
          <w:sz w:val="18"/>
          <w:szCs w:val="18"/>
        </w:rPr>
        <w:t xml:space="preserve"> </w:t>
      </w:r>
      <w:proofErr w:type="spellStart"/>
      <w:r w:rsidRPr="00D73BDF">
        <w:rPr>
          <w:rFonts w:ascii="Sylfaen" w:hAnsi="Sylfaen" w:cs="Sylfaen"/>
          <w:sz w:val="18"/>
          <w:szCs w:val="18"/>
        </w:rPr>
        <w:t>იკისროს</w:t>
      </w:r>
      <w:proofErr w:type="spellEnd"/>
      <w:r w:rsidRPr="00D73BDF">
        <w:rPr>
          <w:rFonts w:cstheme="majorHAnsi"/>
          <w:sz w:val="18"/>
          <w:szCs w:val="18"/>
        </w:rPr>
        <w:t xml:space="preserve"> </w:t>
      </w:r>
      <w:proofErr w:type="spellStart"/>
      <w:r w:rsidRPr="00D73BDF">
        <w:rPr>
          <w:rFonts w:ascii="Sylfaen" w:hAnsi="Sylfaen" w:cs="Sylfaen"/>
          <w:sz w:val="18"/>
          <w:szCs w:val="18"/>
        </w:rPr>
        <w:t>პასუხისგებლობა</w:t>
      </w:r>
      <w:proofErr w:type="spellEnd"/>
      <w:r w:rsidRPr="00D73BDF">
        <w:rPr>
          <w:rFonts w:cstheme="majorHAnsi"/>
          <w:sz w:val="18"/>
          <w:szCs w:val="18"/>
        </w:rPr>
        <w:t xml:space="preserve"> </w:t>
      </w:r>
      <w:proofErr w:type="spellStart"/>
      <w:r w:rsidRPr="00D73BDF">
        <w:rPr>
          <w:rFonts w:ascii="Sylfaen" w:hAnsi="Sylfaen" w:cs="Sylfaen"/>
          <w:sz w:val="18"/>
          <w:szCs w:val="18"/>
        </w:rPr>
        <w:t>საქართველოს</w:t>
      </w:r>
      <w:proofErr w:type="spellEnd"/>
      <w:r w:rsidRPr="00D73BDF">
        <w:rPr>
          <w:rFonts w:cstheme="majorHAnsi"/>
          <w:sz w:val="18"/>
          <w:szCs w:val="18"/>
        </w:rPr>
        <w:t xml:space="preserve"> </w:t>
      </w:r>
      <w:proofErr w:type="spellStart"/>
      <w:r w:rsidRPr="00D73BDF">
        <w:rPr>
          <w:rFonts w:ascii="Sylfaen" w:hAnsi="Sylfaen" w:cs="Sylfaen"/>
          <w:sz w:val="18"/>
          <w:szCs w:val="18"/>
        </w:rPr>
        <w:t>კანონმდებლობით</w:t>
      </w:r>
      <w:proofErr w:type="spellEnd"/>
      <w:r w:rsidRPr="00D73BDF">
        <w:rPr>
          <w:rFonts w:cstheme="majorHAnsi"/>
          <w:sz w:val="18"/>
          <w:szCs w:val="18"/>
        </w:rPr>
        <w:t xml:space="preserve"> </w:t>
      </w:r>
      <w:proofErr w:type="spellStart"/>
      <w:r w:rsidRPr="00D73BDF">
        <w:rPr>
          <w:rFonts w:ascii="Sylfaen" w:hAnsi="Sylfaen" w:cs="Sylfaen"/>
          <w:sz w:val="18"/>
          <w:szCs w:val="18"/>
        </w:rPr>
        <w:t>გათვალისწინებული</w:t>
      </w:r>
      <w:proofErr w:type="spellEnd"/>
      <w:r w:rsidRPr="00D73BDF">
        <w:rPr>
          <w:rFonts w:cstheme="majorHAnsi"/>
          <w:sz w:val="18"/>
          <w:szCs w:val="18"/>
        </w:rPr>
        <w:t xml:space="preserve"> </w:t>
      </w:r>
      <w:proofErr w:type="spellStart"/>
      <w:r w:rsidRPr="00D73BDF">
        <w:rPr>
          <w:rFonts w:ascii="Sylfaen" w:hAnsi="Sylfaen" w:cs="Sylfaen"/>
          <w:sz w:val="18"/>
          <w:szCs w:val="18"/>
        </w:rPr>
        <w:t>ნორმების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დარღვევის</w:t>
      </w:r>
      <w:proofErr w:type="spellEnd"/>
      <w:r w:rsidRPr="00D73BDF">
        <w:rPr>
          <w:rFonts w:cstheme="majorHAnsi"/>
          <w:sz w:val="18"/>
          <w:szCs w:val="18"/>
        </w:rPr>
        <w:t xml:space="preserve"> </w:t>
      </w:r>
      <w:proofErr w:type="spellStart"/>
      <w:r w:rsidRPr="00D73BDF">
        <w:rPr>
          <w:rFonts w:ascii="Sylfaen" w:hAnsi="Sylfaen" w:cs="Sylfaen"/>
          <w:sz w:val="18"/>
          <w:szCs w:val="18"/>
        </w:rPr>
        <w:t>შემთხვევაში</w:t>
      </w:r>
      <w:proofErr w:type="spellEnd"/>
      <w:r w:rsidRPr="00D73BDF">
        <w:rPr>
          <w:rFonts w:cstheme="majorHAnsi"/>
          <w:sz w:val="18"/>
          <w:szCs w:val="18"/>
        </w:rPr>
        <w:t xml:space="preserve">, </w:t>
      </w:r>
      <w:proofErr w:type="spellStart"/>
      <w:r w:rsidRPr="00D73BDF">
        <w:rPr>
          <w:rFonts w:ascii="Sylfaen" w:hAnsi="Sylfaen" w:cs="Sylfaen"/>
          <w:sz w:val="18"/>
          <w:szCs w:val="18"/>
        </w:rPr>
        <w:t>თუ</w:t>
      </w:r>
      <w:proofErr w:type="spellEnd"/>
      <w:r w:rsidRPr="00D73BDF">
        <w:rPr>
          <w:rFonts w:cstheme="majorHAnsi"/>
          <w:sz w:val="18"/>
          <w:szCs w:val="18"/>
        </w:rPr>
        <w:t xml:space="preserve"> </w:t>
      </w:r>
      <w:proofErr w:type="spellStart"/>
      <w:r w:rsidRPr="00D73BDF">
        <w:rPr>
          <w:rFonts w:ascii="Sylfaen" w:hAnsi="Sylfaen" w:cs="Sylfaen"/>
          <w:sz w:val="18"/>
          <w:szCs w:val="18"/>
        </w:rPr>
        <w:t>აღნიშნული</w:t>
      </w:r>
      <w:proofErr w:type="spellEnd"/>
      <w:r w:rsidRPr="00D73BDF">
        <w:rPr>
          <w:rFonts w:cstheme="majorHAnsi"/>
          <w:sz w:val="18"/>
          <w:szCs w:val="18"/>
        </w:rPr>
        <w:t xml:space="preserve"> </w:t>
      </w:r>
      <w:proofErr w:type="spellStart"/>
      <w:r w:rsidRPr="00D73BDF">
        <w:rPr>
          <w:rFonts w:ascii="Sylfaen" w:hAnsi="Sylfaen" w:cs="Sylfaen"/>
          <w:sz w:val="18"/>
          <w:szCs w:val="18"/>
        </w:rPr>
        <w:t>დარღვევა</w:t>
      </w:r>
      <w:proofErr w:type="spellEnd"/>
      <w:r w:rsidRPr="00D73BDF">
        <w:rPr>
          <w:rFonts w:cstheme="majorHAnsi"/>
          <w:sz w:val="18"/>
          <w:szCs w:val="18"/>
        </w:rPr>
        <w:t xml:space="preserve"> </w:t>
      </w:r>
      <w:proofErr w:type="spellStart"/>
      <w:r w:rsidRPr="00D73BDF">
        <w:rPr>
          <w:rFonts w:ascii="Sylfaen" w:hAnsi="Sylfaen" w:cs="Sylfaen"/>
          <w:sz w:val="18"/>
          <w:szCs w:val="18"/>
        </w:rPr>
        <w:t>გამოწვეულია</w:t>
      </w:r>
      <w:proofErr w:type="spellEnd"/>
      <w:r w:rsidRPr="00D73BDF">
        <w:rPr>
          <w:rFonts w:cstheme="majorHAnsi"/>
          <w:sz w:val="18"/>
          <w:szCs w:val="18"/>
        </w:rPr>
        <w:t xml:space="preserve"> </w:t>
      </w:r>
      <w:proofErr w:type="spellStart"/>
      <w:r w:rsidRPr="00D73BDF">
        <w:rPr>
          <w:rFonts w:ascii="Sylfaen" w:hAnsi="Sylfaen" w:cs="Sylfaen"/>
          <w:sz w:val="18"/>
          <w:szCs w:val="18"/>
        </w:rPr>
        <w:t>მენარდის</w:t>
      </w:r>
      <w:proofErr w:type="spellEnd"/>
      <w:r w:rsidRPr="00D73BDF">
        <w:rPr>
          <w:rFonts w:cstheme="majorHAnsi"/>
          <w:sz w:val="18"/>
          <w:szCs w:val="18"/>
        </w:rPr>
        <w:t xml:space="preserve"> </w:t>
      </w:r>
      <w:proofErr w:type="spellStart"/>
      <w:r w:rsidRPr="00D73BDF">
        <w:rPr>
          <w:rFonts w:ascii="Sylfaen" w:hAnsi="Sylfaen" w:cs="Sylfaen"/>
          <w:sz w:val="18"/>
          <w:szCs w:val="18"/>
        </w:rPr>
        <w:t>ბრალით</w:t>
      </w:r>
      <w:proofErr w:type="spellEnd"/>
      <w:r w:rsidRPr="00D73BDF">
        <w:rPr>
          <w:rFonts w:cstheme="majorHAnsi"/>
          <w:sz w:val="18"/>
          <w:szCs w:val="18"/>
        </w:rPr>
        <w:t xml:space="preserve">. </w:t>
      </w:r>
      <w:proofErr w:type="spellStart"/>
      <w:r w:rsidRPr="00D73BDF">
        <w:rPr>
          <w:rFonts w:ascii="Sylfaen" w:hAnsi="Sylfaen" w:cs="Sylfaen"/>
          <w:sz w:val="18"/>
          <w:szCs w:val="18"/>
        </w:rPr>
        <w:t>იმ</w:t>
      </w:r>
      <w:proofErr w:type="spellEnd"/>
      <w:r w:rsidRPr="00D73BDF">
        <w:rPr>
          <w:rFonts w:cstheme="majorHAnsi"/>
          <w:sz w:val="18"/>
          <w:szCs w:val="18"/>
        </w:rPr>
        <w:t xml:space="preserve"> </w:t>
      </w:r>
      <w:proofErr w:type="spellStart"/>
      <w:r w:rsidRPr="00D73BDF">
        <w:rPr>
          <w:rFonts w:ascii="Sylfaen" w:hAnsi="Sylfaen" w:cs="Sylfaen"/>
          <w:sz w:val="18"/>
          <w:szCs w:val="18"/>
        </w:rPr>
        <w:t>შემთხვევაში</w:t>
      </w:r>
      <w:proofErr w:type="spellEnd"/>
      <w:r w:rsidRPr="00D73BDF">
        <w:rPr>
          <w:rFonts w:cstheme="majorHAnsi"/>
          <w:sz w:val="18"/>
          <w:szCs w:val="18"/>
        </w:rPr>
        <w:t xml:space="preserve">, </w:t>
      </w:r>
      <w:proofErr w:type="spellStart"/>
      <w:r w:rsidRPr="00D73BDF">
        <w:rPr>
          <w:rFonts w:ascii="Sylfaen" w:hAnsi="Sylfaen" w:cs="Sylfaen"/>
          <w:sz w:val="18"/>
          <w:szCs w:val="18"/>
        </w:rPr>
        <w:t>თუ</w:t>
      </w:r>
      <w:proofErr w:type="spellEnd"/>
      <w:r w:rsidRPr="00D73BDF">
        <w:rPr>
          <w:rFonts w:cstheme="majorHAnsi"/>
          <w:sz w:val="18"/>
          <w:szCs w:val="18"/>
        </w:rPr>
        <w:t xml:space="preserve"> </w:t>
      </w:r>
      <w:proofErr w:type="spellStart"/>
      <w:r w:rsidRPr="00D73BDF">
        <w:rPr>
          <w:rFonts w:ascii="Sylfaen" w:hAnsi="Sylfaen" w:cs="Sylfaen"/>
          <w:sz w:val="18"/>
          <w:szCs w:val="18"/>
        </w:rPr>
        <w:t>საჯარიმო</w:t>
      </w:r>
      <w:proofErr w:type="spellEnd"/>
      <w:r w:rsidRPr="00D73BDF">
        <w:rPr>
          <w:rFonts w:cstheme="majorHAnsi"/>
          <w:sz w:val="18"/>
          <w:szCs w:val="18"/>
        </w:rPr>
        <w:t xml:space="preserve"> </w:t>
      </w:r>
      <w:proofErr w:type="spellStart"/>
      <w:r w:rsidRPr="00D73BDF">
        <w:rPr>
          <w:rFonts w:ascii="Sylfaen" w:hAnsi="Sylfaen" w:cs="Sylfaen"/>
          <w:sz w:val="18"/>
          <w:szCs w:val="18"/>
        </w:rPr>
        <w:t>სანქცია</w:t>
      </w:r>
      <w:proofErr w:type="spellEnd"/>
      <w:r w:rsidRPr="00D73BDF">
        <w:rPr>
          <w:rFonts w:cstheme="majorHAnsi"/>
          <w:sz w:val="18"/>
          <w:szCs w:val="18"/>
        </w:rPr>
        <w:t xml:space="preserve"> </w:t>
      </w:r>
      <w:proofErr w:type="spellStart"/>
      <w:r w:rsidRPr="00D73BDF">
        <w:rPr>
          <w:rFonts w:ascii="Sylfaen" w:hAnsi="Sylfaen" w:cs="Sylfaen"/>
          <w:sz w:val="18"/>
          <w:szCs w:val="18"/>
        </w:rPr>
        <w:t>გამოწვეულია</w:t>
      </w:r>
      <w:proofErr w:type="spellEnd"/>
      <w:r w:rsidRPr="00D73BDF">
        <w:rPr>
          <w:rFonts w:cstheme="majorHAnsi"/>
          <w:sz w:val="18"/>
          <w:szCs w:val="18"/>
        </w:rPr>
        <w:t xml:space="preserve"> </w:t>
      </w:r>
      <w:proofErr w:type="spellStart"/>
      <w:r w:rsidRPr="00D73BDF">
        <w:rPr>
          <w:rFonts w:ascii="Sylfaen" w:hAnsi="Sylfaen" w:cs="Sylfaen"/>
          <w:sz w:val="18"/>
          <w:szCs w:val="18"/>
        </w:rPr>
        <w:t>შესრულებული</w:t>
      </w:r>
      <w:proofErr w:type="spellEnd"/>
      <w:r w:rsidRPr="00D73BDF">
        <w:rPr>
          <w:rFonts w:cstheme="majorHAnsi"/>
          <w:sz w:val="18"/>
          <w:szCs w:val="18"/>
        </w:rPr>
        <w:t xml:space="preserve"> </w:t>
      </w:r>
      <w:proofErr w:type="spellStart"/>
      <w:r w:rsidRPr="00D73BDF">
        <w:rPr>
          <w:rFonts w:ascii="Sylfaen" w:hAnsi="Sylfaen" w:cs="Sylfaen"/>
          <w:sz w:val="18"/>
          <w:szCs w:val="18"/>
        </w:rPr>
        <w:t>სამუშაოს</w:t>
      </w:r>
      <w:proofErr w:type="spellEnd"/>
      <w:r w:rsidR="00C45EA9">
        <w:rPr>
          <w:rFonts w:ascii="Sylfaen" w:hAnsi="Sylfaen" w:cs="Sylfaen"/>
          <w:sz w:val="18"/>
          <w:szCs w:val="18"/>
          <w:lang w:val="ka-GE"/>
        </w:rPr>
        <w:t xml:space="preserve"> </w:t>
      </w:r>
      <w:proofErr w:type="spellStart"/>
      <w:r w:rsidRPr="00D73BDF">
        <w:rPr>
          <w:rFonts w:ascii="Sylfaen" w:hAnsi="Sylfaen" w:cs="Sylfaen"/>
          <w:sz w:val="18"/>
          <w:szCs w:val="18"/>
        </w:rPr>
        <w:t>ნაკლით</w:t>
      </w:r>
      <w:proofErr w:type="spellEnd"/>
      <w:r w:rsidRPr="00D73BDF">
        <w:rPr>
          <w:rFonts w:cstheme="majorHAnsi"/>
          <w:sz w:val="18"/>
          <w:szCs w:val="18"/>
        </w:rPr>
        <w:t xml:space="preserve">, </w:t>
      </w:r>
      <w:proofErr w:type="spellStart"/>
      <w:r w:rsidRPr="00D73BDF">
        <w:rPr>
          <w:rFonts w:ascii="Sylfaen" w:hAnsi="Sylfaen" w:cs="Sylfaen"/>
          <w:sz w:val="18"/>
          <w:szCs w:val="18"/>
        </w:rPr>
        <w:t>მათ</w:t>
      </w:r>
      <w:proofErr w:type="spellEnd"/>
      <w:r w:rsidRPr="00D73BDF">
        <w:rPr>
          <w:rFonts w:cstheme="majorHAnsi"/>
          <w:sz w:val="18"/>
          <w:szCs w:val="18"/>
        </w:rPr>
        <w:t xml:space="preserve"> </w:t>
      </w:r>
      <w:proofErr w:type="spellStart"/>
      <w:r w:rsidRPr="00D73BDF">
        <w:rPr>
          <w:rFonts w:ascii="Sylfaen" w:hAnsi="Sylfaen" w:cs="Sylfaen"/>
          <w:sz w:val="18"/>
          <w:szCs w:val="18"/>
        </w:rPr>
        <w:t>შორის</w:t>
      </w:r>
      <w:proofErr w:type="spellEnd"/>
      <w:r w:rsidRPr="00D73BDF">
        <w:rPr>
          <w:rFonts w:cstheme="majorHAnsi"/>
          <w:sz w:val="18"/>
          <w:szCs w:val="18"/>
        </w:rPr>
        <w:t xml:space="preserve"> </w:t>
      </w:r>
      <w:proofErr w:type="spellStart"/>
      <w:r w:rsidRPr="00D73BDF">
        <w:rPr>
          <w:rFonts w:ascii="Sylfaen" w:hAnsi="Sylfaen" w:cs="Sylfaen"/>
          <w:sz w:val="18"/>
          <w:szCs w:val="18"/>
        </w:rPr>
        <w:t>ფარული</w:t>
      </w:r>
      <w:proofErr w:type="spellEnd"/>
      <w:r w:rsidRPr="00D73BDF">
        <w:rPr>
          <w:rFonts w:cstheme="majorHAnsi"/>
          <w:sz w:val="18"/>
          <w:szCs w:val="18"/>
        </w:rPr>
        <w:t xml:space="preserve"> </w:t>
      </w:r>
      <w:proofErr w:type="spellStart"/>
      <w:r w:rsidRPr="00D73BDF">
        <w:rPr>
          <w:rFonts w:ascii="Sylfaen" w:hAnsi="Sylfaen" w:cs="Sylfaen"/>
          <w:sz w:val="18"/>
          <w:szCs w:val="18"/>
        </w:rPr>
        <w:t>ნაკლით</w:t>
      </w:r>
      <w:proofErr w:type="spellEnd"/>
      <w:r w:rsidRPr="00D73BDF">
        <w:rPr>
          <w:rFonts w:cstheme="majorHAnsi"/>
          <w:sz w:val="18"/>
          <w:szCs w:val="18"/>
        </w:rPr>
        <w:t xml:space="preserve"> </w:t>
      </w:r>
      <w:r w:rsidR="00C45EA9">
        <w:rPr>
          <w:rFonts w:ascii="Sylfaen" w:hAnsi="Sylfaen" w:cstheme="majorHAnsi"/>
          <w:sz w:val="18"/>
          <w:szCs w:val="18"/>
          <w:lang w:val="ka-GE"/>
        </w:rPr>
        <w:t>(</w:t>
      </w:r>
      <w:proofErr w:type="spellStart"/>
      <w:r w:rsidRPr="00D73BDF">
        <w:rPr>
          <w:rFonts w:ascii="Sylfaen" w:hAnsi="Sylfaen" w:cs="Sylfaen"/>
          <w:sz w:val="18"/>
          <w:szCs w:val="18"/>
        </w:rPr>
        <w:t>ნაკლი</w:t>
      </w:r>
      <w:proofErr w:type="spellEnd"/>
      <w:r w:rsidR="00713193">
        <w:rPr>
          <w:rFonts w:ascii="Sylfaen" w:hAnsi="Sylfaen" w:cs="Sylfaen"/>
          <w:sz w:val="18"/>
          <w:szCs w:val="18"/>
          <w:lang w:val="ka-GE"/>
        </w:rPr>
        <w:t>,</w:t>
      </w:r>
      <w:r w:rsidRPr="00D73BDF">
        <w:rPr>
          <w:rFonts w:cstheme="majorHAnsi"/>
          <w:sz w:val="18"/>
          <w:szCs w:val="18"/>
        </w:rPr>
        <w:t xml:space="preserve"> </w:t>
      </w:r>
      <w:proofErr w:type="spellStart"/>
      <w:r w:rsidRPr="00D73BDF">
        <w:rPr>
          <w:rFonts w:ascii="Sylfaen" w:hAnsi="Sylfaen" w:cs="Sylfaen"/>
          <w:sz w:val="18"/>
          <w:szCs w:val="18"/>
        </w:rPr>
        <w:t>რომლის</w:t>
      </w:r>
      <w:proofErr w:type="spellEnd"/>
      <w:r w:rsidRPr="00D73BDF">
        <w:rPr>
          <w:rFonts w:cstheme="majorHAnsi"/>
          <w:sz w:val="18"/>
          <w:szCs w:val="18"/>
        </w:rPr>
        <w:t xml:space="preserve"> </w:t>
      </w:r>
      <w:proofErr w:type="spellStart"/>
      <w:r w:rsidRPr="00D73BDF">
        <w:rPr>
          <w:rFonts w:ascii="Sylfaen" w:hAnsi="Sylfaen" w:cs="Sylfaen"/>
          <w:sz w:val="18"/>
          <w:szCs w:val="18"/>
        </w:rPr>
        <w:t>იდენტიფიცირებაც</w:t>
      </w:r>
      <w:proofErr w:type="spellEnd"/>
      <w:r w:rsidRPr="00D73BDF">
        <w:rPr>
          <w:rFonts w:cstheme="majorHAnsi"/>
          <w:sz w:val="18"/>
          <w:szCs w:val="18"/>
        </w:rPr>
        <w:t xml:space="preserve"> </w:t>
      </w:r>
      <w:proofErr w:type="spellStart"/>
      <w:r w:rsidRPr="00D73BDF">
        <w:rPr>
          <w:rFonts w:ascii="Sylfaen" w:hAnsi="Sylfaen" w:cs="Sylfaen"/>
          <w:sz w:val="18"/>
          <w:szCs w:val="18"/>
        </w:rPr>
        <w:t>მყისიერად</w:t>
      </w:r>
      <w:proofErr w:type="spellEnd"/>
      <w:r w:rsidRPr="00D73BDF">
        <w:rPr>
          <w:rFonts w:cstheme="majorHAnsi"/>
          <w:sz w:val="18"/>
          <w:szCs w:val="18"/>
        </w:rPr>
        <w:t xml:space="preserve"> </w:t>
      </w:r>
      <w:proofErr w:type="spellStart"/>
      <w:r w:rsidRPr="00D73BDF">
        <w:rPr>
          <w:rFonts w:ascii="Sylfaen" w:hAnsi="Sylfaen" w:cs="Sylfaen"/>
          <w:sz w:val="18"/>
          <w:szCs w:val="18"/>
        </w:rPr>
        <w:t>შეუძლებელია</w:t>
      </w:r>
      <w:proofErr w:type="spellEnd"/>
      <w:r w:rsidRPr="00D73BDF">
        <w:rPr>
          <w:rFonts w:cstheme="majorHAnsi"/>
          <w:sz w:val="18"/>
          <w:szCs w:val="18"/>
        </w:rPr>
        <w:t xml:space="preserve"> </w:t>
      </w:r>
      <w:proofErr w:type="spellStart"/>
      <w:r w:rsidRPr="00D73BDF">
        <w:rPr>
          <w:rFonts w:ascii="Sylfaen" w:hAnsi="Sylfaen" w:cs="Sylfaen"/>
          <w:sz w:val="18"/>
          <w:szCs w:val="18"/>
        </w:rPr>
        <w:t>და</w:t>
      </w:r>
      <w:proofErr w:type="spellEnd"/>
      <w:r w:rsidRPr="00D73BDF">
        <w:rPr>
          <w:rFonts w:cstheme="majorHAnsi"/>
          <w:sz w:val="18"/>
          <w:szCs w:val="18"/>
        </w:rPr>
        <w:t xml:space="preserve"> </w:t>
      </w:r>
      <w:proofErr w:type="spellStart"/>
      <w:r w:rsidRPr="00D73BDF">
        <w:rPr>
          <w:rFonts w:ascii="Sylfaen" w:hAnsi="Sylfaen" w:cs="Sylfaen"/>
          <w:sz w:val="18"/>
          <w:szCs w:val="18"/>
        </w:rPr>
        <w:t>გამოვლინდება</w:t>
      </w:r>
      <w:proofErr w:type="spellEnd"/>
      <w:r w:rsidRPr="00D73BDF">
        <w:rPr>
          <w:rFonts w:cstheme="majorHAnsi"/>
          <w:sz w:val="18"/>
          <w:szCs w:val="18"/>
        </w:rPr>
        <w:t xml:space="preserve"> </w:t>
      </w:r>
      <w:proofErr w:type="spellStart"/>
      <w:r w:rsidRPr="00D73BDF">
        <w:rPr>
          <w:rFonts w:ascii="Sylfaen" w:hAnsi="Sylfaen" w:cs="Sylfaen"/>
          <w:sz w:val="18"/>
          <w:szCs w:val="18"/>
        </w:rPr>
        <w:t>დროთა</w:t>
      </w:r>
      <w:proofErr w:type="spellEnd"/>
      <w:r w:rsidRPr="00D73BDF">
        <w:rPr>
          <w:rFonts w:cstheme="majorHAnsi"/>
          <w:sz w:val="18"/>
          <w:szCs w:val="18"/>
        </w:rPr>
        <w:t xml:space="preserve"> </w:t>
      </w:r>
      <w:proofErr w:type="spellStart"/>
      <w:r w:rsidRPr="00D73BDF">
        <w:rPr>
          <w:rFonts w:ascii="Sylfaen" w:hAnsi="Sylfaen" w:cs="Sylfaen"/>
          <w:sz w:val="18"/>
          <w:szCs w:val="18"/>
        </w:rPr>
        <w:t>განმავლობაში</w:t>
      </w:r>
      <w:proofErr w:type="spellEnd"/>
      <w:r w:rsidRPr="00D73BDF">
        <w:rPr>
          <w:rFonts w:cstheme="majorHAnsi"/>
          <w:sz w:val="18"/>
          <w:szCs w:val="18"/>
        </w:rPr>
        <w:t xml:space="preserve"> </w:t>
      </w:r>
      <w:proofErr w:type="spellStart"/>
      <w:r w:rsidRPr="00D73BDF">
        <w:rPr>
          <w:rFonts w:ascii="Sylfaen" w:hAnsi="Sylfaen" w:cs="Sylfaen"/>
          <w:sz w:val="18"/>
          <w:szCs w:val="18"/>
        </w:rPr>
        <w:t>ან</w:t>
      </w:r>
      <w:proofErr w:type="spellEnd"/>
      <w:r w:rsidRPr="00D73BDF">
        <w:rPr>
          <w:rFonts w:cstheme="majorHAnsi"/>
          <w:sz w:val="18"/>
          <w:szCs w:val="18"/>
        </w:rPr>
        <w:t xml:space="preserve"> </w:t>
      </w:r>
      <w:proofErr w:type="spellStart"/>
      <w:r w:rsidRPr="00D73BDF">
        <w:rPr>
          <w:rFonts w:ascii="Sylfaen" w:hAnsi="Sylfaen" w:cs="Sylfaen"/>
          <w:sz w:val="18"/>
          <w:szCs w:val="18"/>
        </w:rPr>
        <w:t>სხვა</w:t>
      </w:r>
      <w:proofErr w:type="spellEnd"/>
      <w:r w:rsidRPr="00D73BDF">
        <w:rPr>
          <w:rFonts w:cstheme="majorHAnsi"/>
          <w:sz w:val="18"/>
          <w:szCs w:val="18"/>
        </w:rPr>
        <w:t xml:space="preserve"> </w:t>
      </w:r>
      <w:proofErr w:type="spellStart"/>
      <w:r w:rsidRPr="00D73BDF">
        <w:rPr>
          <w:rFonts w:ascii="Sylfaen" w:hAnsi="Sylfaen" w:cs="Sylfaen"/>
          <w:sz w:val="18"/>
          <w:szCs w:val="18"/>
        </w:rPr>
        <w:t>მიზეზებით</w:t>
      </w:r>
      <w:proofErr w:type="spellEnd"/>
      <w:r w:rsidRPr="00D73BDF">
        <w:rPr>
          <w:rFonts w:cstheme="majorHAnsi"/>
          <w:sz w:val="18"/>
          <w:szCs w:val="18"/>
        </w:rPr>
        <w:t xml:space="preserve"> </w:t>
      </w:r>
      <w:proofErr w:type="spellStart"/>
      <w:r w:rsidRPr="00D73BDF">
        <w:rPr>
          <w:rFonts w:ascii="Sylfaen" w:hAnsi="Sylfaen" w:cs="Sylfaen"/>
          <w:sz w:val="18"/>
          <w:szCs w:val="18"/>
        </w:rPr>
        <w:t>გარკვეული</w:t>
      </w:r>
      <w:proofErr w:type="spellEnd"/>
      <w:r w:rsidRPr="00D73BDF">
        <w:rPr>
          <w:rFonts w:cstheme="majorHAnsi"/>
          <w:sz w:val="18"/>
          <w:szCs w:val="18"/>
        </w:rPr>
        <w:t xml:space="preserve"> </w:t>
      </w:r>
      <w:proofErr w:type="spellStart"/>
      <w:r w:rsidRPr="00D73BDF">
        <w:rPr>
          <w:rFonts w:ascii="Sylfaen" w:hAnsi="Sylfaen" w:cs="Sylfaen"/>
          <w:sz w:val="18"/>
          <w:szCs w:val="18"/>
        </w:rPr>
        <w:t>დროის</w:t>
      </w:r>
      <w:proofErr w:type="spellEnd"/>
      <w:r w:rsidRPr="00D73BDF">
        <w:rPr>
          <w:rFonts w:cstheme="majorHAnsi"/>
          <w:sz w:val="18"/>
          <w:szCs w:val="18"/>
        </w:rPr>
        <w:t xml:space="preserve"> </w:t>
      </w:r>
      <w:proofErr w:type="spellStart"/>
      <w:r w:rsidRPr="00D73BDF">
        <w:rPr>
          <w:rFonts w:ascii="Sylfaen" w:hAnsi="Sylfaen" w:cs="Sylfaen"/>
          <w:sz w:val="18"/>
          <w:szCs w:val="18"/>
        </w:rPr>
        <w:t>მერე</w:t>
      </w:r>
      <w:proofErr w:type="spellEnd"/>
      <w:r w:rsidR="00C45EA9">
        <w:rPr>
          <w:rFonts w:ascii="Sylfaen" w:hAnsi="Sylfaen" w:cs="Sylfaen"/>
          <w:sz w:val="18"/>
          <w:szCs w:val="18"/>
          <w:lang w:val="ka-GE"/>
        </w:rPr>
        <w:t>)</w:t>
      </w:r>
      <w:r w:rsidRPr="00D73BDF">
        <w:rPr>
          <w:rFonts w:cstheme="majorHAnsi"/>
          <w:sz w:val="18"/>
          <w:szCs w:val="18"/>
        </w:rPr>
        <w:t xml:space="preserve">, </w:t>
      </w:r>
      <w:r w:rsidR="00C45EA9">
        <w:rPr>
          <w:rFonts w:ascii="Sylfaen" w:hAnsi="Sylfaen" w:cs="Sylfaen"/>
          <w:sz w:val="18"/>
          <w:szCs w:val="18"/>
          <w:lang w:val="ka-GE"/>
        </w:rPr>
        <w:t xml:space="preserve">მენარდე </w:t>
      </w:r>
      <w:proofErr w:type="spellStart"/>
      <w:r w:rsidRPr="00D73BDF">
        <w:rPr>
          <w:rFonts w:ascii="Sylfaen" w:hAnsi="Sylfaen" w:cs="Sylfaen"/>
          <w:sz w:val="18"/>
          <w:szCs w:val="18"/>
        </w:rPr>
        <w:t>აგრეთვე</w:t>
      </w:r>
      <w:proofErr w:type="spellEnd"/>
      <w:r w:rsidRPr="00D73BDF">
        <w:rPr>
          <w:rFonts w:cstheme="majorHAnsi"/>
          <w:sz w:val="18"/>
          <w:szCs w:val="18"/>
        </w:rPr>
        <w:t xml:space="preserve"> </w:t>
      </w:r>
      <w:proofErr w:type="spellStart"/>
      <w:r w:rsidRPr="00D73BDF">
        <w:rPr>
          <w:rFonts w:ascii="Sylfaen" w:hAnsi="Sylfaen" w:cs="Sylfaen"/>
          <w:sz w:val="18"/>
          <w:szCs w:val="18"/>
        </w:rPr>
        <w:t>პასუხისმგებელი</w:t>
      </w:r>
      <w:proofErr w:type="spellEnd"/>
      <w:r w:rsidRPr="00D73BDF">
        <w:rPr>
          <w:rFonts w:cstheme="majorHAnsi"/>
          <w:sz w:val="18"/>
          <w:szCs w:val="18"/>
        </w:rPr>
        <w:t xml:space="preserve"> </w:t>
      </w:r>
      <w:proofErr w:type="spellStart"/>
      <w:r w:rsidRPr="00D73BDF">
        <w:rPr>
          <w:rFonts w:ascii="Sylfaen" w:hAnsi="Sylfaen" w:cs="Sylfaen"/>
          <w:sz w:val="18"/>
          <w:szCs w:val="18"/>
        </w:rPr>
        <w:t>იქნება</w:t>
      </w:r>
      <w:proofErr w:type="spellEnd"/>
      <w:r w:rsidRPr="00D73BDF">
        <w:rPr>
          <w:rFonts w:cstheme="majorHAnsi"/>
          <w:sz w:val="18"/>
          <w:szCs w:val="18"/>
        </w:rPr>
        <w:t xml:space="preserve"> </w:t>
      </w:r>
      <w:proofErr w:type="spellStart"/>
      <w:r w:rsidRPr="00D73BDF">
        <w:rPr>
          <w:rFonts w:ascii="Sylfaen" w:hAnsi="Sylfaen" w:cs="Sylfaen"/>
          <w:sz w:val="18"/>
          <w:szCs w:val="18"/>
        </w:rPr>
        <w:t>ამგვარი</w:t>
      </w:r>
      <w:proofErr w:type="spellEnd"/>
      <w:r w:rsidRPr="00D73BDF">
        <w:rPr>
          <w:rFonts w:cstheme="majorHAnsi"/>
          <w:sz w:val="18"/>
          <w:szCs w:val="18"/>
        </w:rPr>
        <w:t xml:space="preserve"> </w:t>
      </w:r>
      <w:proofErr w:type="spellStart"/>
      <w:r w:rsidRPr="00D73BDF">
        <w:rPr>
          <w:rFonts w:ascii="Sylfaen" w:hAnsi="Sylfaen" w:cs="Sylfaen"/>
          <w:sz w:val="18"/>
          <w:szCs w:val="18"/>
        </w:rPr>
        <w:t>ნაკლის</w:t>
      </w:r>
      <w:proofErr w:type="spellEnd"/>
      <w:r w:rsidRPr="00D73BDF">
        <w:rPr>
          <w:rFonts w:cstheme="majorHAnsi"/>
          <w:sz w:val="18"/>
          <w:szCs w:val="18"/>
        </w:rPr>
        <w:t xml:space="preserve"> </w:t>
      </w:r>
      <w:proofErr w:type="spellStart"/>
      <w:r w:rsidRPr="00D73BDF">
        <w:rPr>
          <w:rFonts w:ascii="Sylfaen" w:hAnsi="Sylfaen" w:cs="Sylfaen"/>
          <w:sz w:val="18"/>
          <w:szCs w:val="18"/>
        </w:rPr>
        <w:t>გამო</w:t>
      </w:r>
      <w:proofErr w:type="spellEnd"/>
      <w:r w:rsidRPr="00D73BDF">
        <w:rPr>
          <w:rFonts w:cstheme="majorHAnsi"/>
          <w:sz w:val="18"/>
          <w:szCs w:val="18"/>
        </w:rPr>
        <w:t xml:space="preserve"> </w:t>
      </w:r>
      <w:proofErr w:type="spellStart"/>
      <w:r w:rsidRPr="00D73BDF">
        <w:rPr>
          <w:rFonts w:ascii="Sylfaen" w:hAnsi="Sylfaen" w:cs="Sylfaen"/>
          <w:sz w:val="18"/>
          <w:szCs w:val="18"/>
        </w:rPr>
        <w:t>დამდგარ</w:t>
      </w:r>
      <w:proofErr w:type="spellEnd"/>
      <w:r w:rsidRPr="00D73BDF">
        <w:rPr>
          <w:rFonts w:cstheme="majorHAnsi"/>
          <w:sz w:val="18"/>
          <w:szCs w:val="18"/>
        </w:rPr>
        <w:t xml:space="preserve"> </w:t>
      </w:r>
      <w:proofErr w:type="spellStart"/>
      <w:r w:rsidRPr="00D73BDF">
        <w:rPr>
          <w:rFonts w:ascii="Sylfaen" w:hAnsi="Sylfaen" w:cs="Sylfaen"/>
          <w:sz w:val="18"/>
          <w:szCs w:val="18"/>
        </w:rPr>
        <w:t>ნებისმიერ</w:t>
      </w:r>
      <w:proofErr w:type="spellEnd"/>
      <w:r w:rsidRPr="00D73BDF">
        <w:rPr>
          <w:rFonts w:cstheme="majorHAnsi"/>
          <w:sz w:val="18"/>
          <w:szCs w:val="18"/>
        </w:rPr>
        <w:t xml:space="preserve"> </w:t>
      </w:r>
      <w:proofErr w:type="spellStart"/>
      <w:r w:rsidRPr="00D73BDF">
        <w:rPr>
          <w:rFonts w:ascii="Sylfaen" w:hAnsi="Sylfaen" w:cs="Sylfaen"/>
          <w:sz w:val="18"/>
          <w:szCs w:val="18"/>
        </w:rPr>
        <w:t>ზიანზე</w:t>
      </w:r>
      <w:proofErr w:type="spellEnd"/>
      <w:r w:rsidRPr="00D73BDF">
        <w:rPr>
          <w:rFonts w:cstheme="majorHAnsi"/>
          <w:sz w:val="18"/>
          <w:szCs w:val="18"/>
        </w:rPr>
        <w:t xml:space="preserve"> </w:t>
      </w:r>
      <w:proofErr w:type="spellStart"/>
      <w:r w:rsidRPr="00D73BDF">
        <w:rPr>
          <w:rFonts w:ascii="Sylfaen" w:hAnsi="Sylfaen" w:cs="Sylfaen"/>
          <w:sz w:val="18"/>
          <w:szCs w:val="18"/>
        </w:rPr>
        <w:t>ან</w:t>
      </w:r>
      <w:proofErr w:type="spellEnd"/>
      <w:r w:rsidRPr="00D73BDF">
        <w:rPr>
          <w:rFonts w:cstheme="majorHAnsi"/>
          <w:sz w:val="18"/>
          <w:szCs w:val="18"/>
        </w:rPr>
        <w:t>/</w:t>
      </w:r>
      <w:proofErr w:type="spellStart"/>
      <w:r w:rsidRPr="00D73BDF">
        <w:rPr>
          <w:rFonts w:ascii="Sylfaen" w:hAnsi="Sylfaen" w:cs="Sylfaen"/>
          <w:sz w:val="18"/>
          <w:szCs w:val="18"/>
        </w:rPr>
        <w:t>და</w:t>
      </w:r>
      <w:proofErr w:type="spellEnd"/>
      <w:r w:rsidRPr="00D73BDF">
        <w:rPr>
          <w:rFonts w:cstheme="majorHAnsi"/>
          <w:sz w:val="18"/>
          <w:szCs w:val="18"/>
        </w:rPr>
        <w:t xml:space="preserve"> </w:t>
      </w:r>
      <w:proofErr w:type="spellStart"/>
      <w:r w:rsidRPr="00D73BDF">
        <w:rPr>
          <w:rFonts w:ascii="Sylfaen" w:hAnsi="Sylfaen" w:cs="Sylfaen"/>
          <w:sz w:val="18"/>
          <w:szCs w:val="18"/>
        </w:rPr>
        <w:t>საჯარიმო</w:t>
      </w:r>
      <w:proofErr w:type="spellEnd"/>
      <w:r w:rsidRPr="00D73BDF">
        <w:rPr>
          <w:rFonts w:cstheme="majorHAnsi"/>
          <w:sz w:val="18"/>
          <w:szCs w:val="18"/>
        </w:rPr>
        <w:t xml:space="preserve"> </w:t>
      </w:r>
      <w:proofErr w:type="spellStart"/>
      <w:r w:rsidRPr="00D73BDF">
        <w:rPr>
          <w:rFonts w:ascii="Sylfaen" w:hAnsi="Sylfaen" w:cs="Sylfaen"/>
          <w:sz w:val="18"/>
          <w:szCs w:val="18"/>
        </w:rPr>
        <w:t>სანქციაზე</w:t>
      </w:r>
      <w:proofErr w:type="spellEnd"/>
      <w:r w:rsidRPr="00D73BDF">
        <w:rPr>
          <w:rFonts w:cstheme="majorHAnsi"/>
          <w:sz w:val="18"/>
          <w:szCs w:val="18"/>
        </w:rPr>
        <w:t xml:space="preserve">, </w:t>
      </w:r>
      <w:proofErr w:type="spellStart"/>
      <w:r w:rsidRPr="00D73BDF">
        <w:rPr>
          <w:rFonts w:ascii="Sylfaen" w:hAnsi="Sylfaen" w:cs="Sylfaen"/>
          <w:sz w:val="18"/>
          <w:szCs w:val="18"/>
        </w:rPr>
        <w:t>მიუხედავად</w:t>
      </w:r>
      <w:proofErr w:type="spellEnd"/>
      <w:r w:rsidRPr="00D73BDF">
        <w:rPr>
          <w:rFonts w:cstheme="majorHAnsi"/>
          <w:sz w:val="18"/>
          <w:szCs w:val="18"/>
        </w:rPr>
        <w:t xml:space="preserve"> </w:t>
      </w:r>
      <w:proofErr w:type="spellStart"/>
      <w:r w:rsidRPr="00D73BDF">
        <w:rPr>
          <w:rFonts w:ascii="Sylfaen" w:hAnsi="Sylfaen" w:cs="Sylfaen"/>
          <w:sz w:val="18"/>
          <w:szCs w:val="18"/>
        </w:rPr>
        <w:t>იმისა</w:t>
      </w:r>
      <w:proofErr w:type="spellEnd"/>
      <w:r w:rsidRPr="00D73BDF">
        <w:rPr>
          <w:rFonts w:cstheme="majorHAnsi"/>
          <w:sz w:val="18"/>
          <w:szCs w:val="18"/>
        </w:rPr>
        <w:t xml:space="preserve">, </w:t>
      </w:r>
      <w:proofErr w:type="spellStart"/>
      <w:r w:rsidRPr="00D73BDF">
        <w:rPr>
          <w:rFonts w:ascii="Sylfaen" w:hAnsi="Sylfaen" w:cs="Sylfaen"/>
          <w:sz w:val="18"/>
          <w:szCs w:val="18"/>
        </w:rPr>
        <w:t>დამკვეთის</w:t>
      </w:r>
      <w:proofErr w:type="spellEnd"/>
      <w:r w:rsidRPr="00D73BDF">
        <w:rPr>
          <w:rFonts w:cstheme="majorHAnsi"/>
          <w:sz w:val="18"/>
          <w:szCs w:val="18"/>
        </w:rPr>
        <w:t xml:space="preserve"> </w:t>
      </w:r>
      <w:proofErr w:type="spellStart"/>
      <w:r w:rsidRPr="00D73BDF">
        <w:rPr>
          <w:rFonts w:ascii="Sylfaen" w:hAnsi="Sylfaen" w:cs="Sylfaen"/>
          <w:sz w:val="18"/>
          <w:szCs w:val="18"/>
        </w:rPr>
        <w:t>მიერ</w:t>
      </w:r>
      <w:proofErr w:type="spellEnd"/>
      <w:r w:rsidRPr="00D73BDF">
        <w:rPr>
          <w:rFonts w:cstheme="majorHAnsi"/>
          <w:sz w:val="18"/>
          <w:szCs w:val="18"/>
        </w:rPr>
        <w:t xml:space="preserve"> </w:t>
      </w:r>
      <w:proofErr w:type="spellStart"/>
      <w:r w:rsidRPr="00D73BDF">
        <w:rPr>
          <w:rFonts w:ascii="Sylfaen" w:hAnsi="Sylfaen" w:cs="Sylfaen"/>
          <w:sz w:val="18"/>
          <w:szCs w:val="18"/>
        </w:rPr>
        <w:t>მოხდა</w:t>
      </w:r>
      <w:proofErr w:type="spellEnd"/>
      <w:r w:rsidRPr="00D73BDF">
        <w:rPr>
          <w:rFonts w:cstheme="majorHAnsi"/>
          <w:sz w:val="18"/>
          <w:szCs w:val="18"/>
        </w:rPr>
        <w:t xml:space="preserve"> </w:t>
      </w:r>
      <w:proofErr w:type="spellStart"/>
      <w:r w:rsidRPr="00D73BDF">
        <w:rPr>
          <w:rFonts w:ascii="Sylfaen" w:hAnsi="Sylfaen" w:cs="Sylfaen"/>
          <w:sz w:val="18"/>
          <w:szCs w:val="18"/>
        </w:rPr>
        <w:t>თუ</w:t>
      </w:r>
      <w:proofErr w:type="spellEnd"/>
      <w:r w:rsidRPr="00D73BDF">
        <w:rPr>
          <w:rFonts w:cstheme="majorHAnsi"/>
          <w:sz w:val="18"/>
          <w:szCs w:val="18"/>
        </w:rPr>
        <w:t xml:space="preserve"> </w:t>
      </w:r>
      <w:proofErr w:type="spellStart"/>
      <w:r w:rsidRPr="00D73BDF">
        <w:rPr>
          <w:rFonts w:ascii="Sylfaen" w:hAnsi="Sylfaen" w:cs="Sylfaen"/>
          <w:sz w:val="18"/>
          <w:szCs w:val="18"/>
        </w:rPr>
        <w:t>არა</w:t>
      </w:r>
      <w:proofErr w:type="spellEnd"/>
      <w:r w:rsidRPr="00D73BDF">
        <w:rPr>
          <w:rFonts w:cstheme="majorHAnsi"/>
          <w:sz w:val="18"/>
          <w:szCs w:val="18"/>
        </w:rPr>
        <w:t xml:space="preserve"> </w:t>
      </w:r>
      <w:proofErr w:type="spellStart"/>
      <w:r w:rsidRPr="00D73BDF">
        <w:rPr>
          <w:rFonts w:ascii="Sylfaen" w:hAnsi="Sylfaen" w:cs="Sylfaen"/>
          <w:sz w:val="18"/>
          <w:szCs w:val="18"/>
        </w:rPr>
        <w:t>ამგვარი</w:t>
      </w:r>
      <w:proofErr w:type="spellEnd"/>
      <w:r w:rsidRPr="00D73BDF">
        <w:rPr>
          <w:rFonts w:cstheme="majorHAnsi"/>
          <w:sz w:val="18"/>
          <w:szCs w:val="18"/>
        </w:rPr>
        <w:t xml:space="preserve"> </w:t>
      </w:r>
      <w:proofErr w:type="spellStart"/>
      <w:r w:rsidRPr="00D73BDF">
        <w:rPr>
          <w:rFonts w:ascii="Sylfaen" w:hAnsi="Sylfaen" w:cs="Sylfaen"/>
          <w:sz w:val="18"/>
          <w:szCs w:val="18"/>
        </w:rPr>
        <w:t>სამუშაოს</w:t>
      </w:r>
      <w:proofErr w:type="spellEnd"/>
      <w:r w:rsidRPr="00D73BDF">
        <w:rPr>
          <w:rFonts w:cstheme="majorHAnsi"/>
          <w:sz w:val="18"/>
          <w:szCs w:val="18"/>
        </w:rPr>
        <w:t xml:space="preserve"> </w:t>
      </w:r>
      <w:proofErr w:type="spellStart"/>
      <w:r w:rsidRPr="00D73BDF">
        <w:rPr>
          <w:rFonts w:ascii="Sylfaen" w:hAnsi="Sylfaen" w:cs="Sylfaen"/>
          <w:sz w:val="18"/>
          <w:szCs w:val="18"/>
        </w:rPr>
        <w:t>შემოწმება</w:t>
      </w:r>
      <w:proofErr w:type="spellEnd"/>
      <w:r w:rsidRPr="00D73BDF">
        <w:rPr>
          <w:rFonts w:cstheme="majorHAnsi"/>
          <w:sz w:val="18"/>
          <w:szCs w:val="18"/>
        </w:rPr>
        <w:t xml:space="preserve"> </w:t>
      </w:r>
      <w:proofErr w:type="spellStart"/>
      <w:r w:rsidRPr="00D73BDF">
        <w:rPr>
          <w:rFonts w:ascii="Sylfaen" w:hAnsi="Sylfaen" w:cs="Sylfaen"/>
          <w:sz w:val="18"/>
          <w:szCs w:val="18"/>
        </w:rPr>
        <w:t>და</w:t>
      </w:r>
      <w:proofErr w:type="spellEnd"/>
      <w:r w:rsidRPr="00D73BDF">
        <w:rPr>
          <w:rFonts w:cstheme="majorHAnsi"/>
          <w:sz w:val="18"/>
          <w:szCs w:val="18"/>
        </w:rPr>
        <w:t xml:space="preserve"> </w:t>
      </w:r>
      <w:proofErr w:type="spellStart"/>
      <w:r w:rsidRPr="00D73BDF">
        <w:rPr>
          <w:rFonts w:ascii="Sylfaen" w:hAnsi="Sylfaen" w:cs="Sylfaen"/>
          <w:sz w:val="18"/>
          <w:szCs w:val="18"/>
        </w:rPr>
        <w:t>მიღება</w:t>
      </w:r>
      <w:proofErr w:type="spellEnd"/>
      <w:r w:rsidRPr="00D73BDF">
        <w:rPr>
          <w:rFonts w:cstheme="majorHAnsi"/>
          <w:sz w:val="18"/>
          <w:szCs w:val="18"/>
        </w:rPr>
        <w:t xml:space="preserve"> </w:t>
      </w:r>
      <w:proofErr w:type="spellStart"/>
      <w:r w:rsidRPr="00D73BDF">
        <w:rPr>
          <w:rFonts w:ascii="Sylfaen" w:hAnsi="Sylfaen" w:cs="Sylfaen"/>
          <w:sz w:val="18"/>
          <w:szCs w:val="18"/>
        </w:rPr>
        <w:t>ხელშეკრულებით</w:t>
      </w:r>
      <w:proofErr w:type="spellEnd"/>
      <w:r w:rsidRPr="00D73BDF">
        <w:rPr>
          <w:rFonts w:cstheme="majorHAnsi"/>
          <w:sz w:val="18"/>
          <w:szCs w:val="18"/>
        </w:rPr>
        <w:t xml:space="preserve"> </w:t>
      </w:r>
      <w:proofErr w:type="spellStart"/>
      <w:r w:rsidRPr="00D73BDF">
        <w:rPr>
          <w:rFonts w:ascii="Sylfaen" w:hAnsi="Sylfaen" w:cs="Sylfaen"/>
          <w:sz w:val="18"/>
          <w:szCs w:val="18"/>
        </w:rPr>
        <w:t>გათვალისწინებული</w:t>
      </w:r>
      <w:proofErr w:type="spellEnd"/>
      <w:r w:rsidRPr="00D73BDF">
        <w:rPr>
          <w:rFonts w:cstheme="majorHAnsi"/>
          <w:sz w:val="18"/>
          <w:szCs w:val="18"/>
        </w:rPr>
        <w:t xml:space="preserve"> </w:t>
      </w:r>
      <w:proofErr w:type="spellStart"/>
      <w:r w:rsidRPr="00D73BDF">
        <w:rPr>
          <w:rFonts w:ascii="Sylfaen" w:hAnsi="Sylfaen" w:cs="Sylfaen"/>
          <w:sz w:val="18"/>
          <w:szCs w:val="18"/>
        </w:rPr>
        <w:t>წესით</w:t>
      </w:r>
      <w:proofErr w:type="spellEnd"/>
      <w:r w:rsidR="00C45EA9">
        <w:rPr>
          <w:rFonts w:cstheme="majorHAnsi"/>
          <w:sz w:val="18"/>
          <w:szCs w:val="18"/>
        </w:rPr>
        <w:t>.</w:t>
      </w:r>
    </w:p>
    <w:p w14:paraId="1C1FD643" w14:textId="3250D66E" w:rsidR="004B6084" w:rsidRPr="00D73BDF" w:rsidRDefault="00A74260" w:rsidP="00185C20">
      <w:pPr>
        <w:jc w:val="both"/>
        <w:rPr>
          <w:rFonts w:cstheme="majorHAnsi"/>
          <w:sz w:val="18"/>
          <w:szCs w:val="18"/>
        </w:rPr>
      </w:pPr>
      <w:r w:rsidRPr="00D73BDF">
        <w:rPr>
          <w:rFonts w:cstheme="majorHAnsi"/>
          <w:sz w:val="18"/>
          <w:szCs w:val="18"/>
        </w:rPr>
        <w:t xml:space="preserve">3.3.7. </w:t>
      </w:r>
      <w:proofErr w:type="spellStart"/>
      <w:r w:rsidRPr="00D73BDF">
        <w:rPr>
          <w:rFonts w:ascii="Sylfaen" w:hAnsi="Sylfaen" w:cs="Sylfaen"/>
          <w:sz w:val="18"/>
          <w:szCs w:val="18"/>
        </w:rPr>
        <w:t>დაიცვას</w:t>
      </w:r>
      <w:proofErr w:type="spellEnd"/>
      <w:r w:rsidRPr="00D73BDF">
        <w:rPr>
          <w:rFonts w:cstheme="majorHAnsi"/>
          <w:sz w:val="18"/>
          <w:szCs w:val="18"/>
        </w:rPr>
        <w:t xml:space="preserve"> </w:t>
      </w:r>
      <w:r w:rsidR="001E6721">
        <w:rPr>
          <w:rFonts w:ascii="Sylfaen" w:hAnsi="Sylfaen" w:cs="Sylfaen"/>
          <w:sz w:val="18"/>
          <w:szCs w:val="18"/>
          <w:lang w:val="ka-GE"/>
        </w:rPr>
        <w:t>სამშენებლო</w:t>
      </w:r>
      <w:r w:rsidRPr="00D73BDF">
        <w:rPr>
          <w:rFonts w:cstheme="majorHAnsi"/>
          <w:sz w:val="18"/>
          <w:szCs w:val="18"/>
        </w:rPr>
        <w:t xml:space="preserve"> </w:t>
      </w:r>
      <w:proofErr w:type="spellStart"/>
      <w:r w:rsidRPr="00D73BDF">
        <w:rPr>
          <w:rFonts w:ascii="Sylfaen" w:hAnsi="Sylfaen" w:cs="Sylfaen"/>
          <w:sz w:val="18"/>
          <w:szCs w:val="18"/>
        </w:rPr>
        <w:t>ნორმები</w:t>
      </w:r>
      <w:proofErr w:type="spellEnd"/>
      <w:r w:rsidRPr="00D73BDF">
        <w:rPr>
          <w:rFonts w:cstheme="majorHAnsi"/>
          <w:sz w:val="18"/>
          <w:szCs w:val="18"/>
        </w:rPr>
        <w:t xml:space="preserve"> </w:t>
      </w:r>
      <w:proofErr w:type="spellStart"/>
      <w:r w:rsidRPr="00D73BDF">
        <w:rPr>
          <w:rFonts w:ascii="Sylfaen" w:hAnsi="Sylfaen" w:cs="Sylfaen"/>
          <w:sz w:val="18"/>
          <w:szCs w:val="18"/>
        </w:rPr>
        <w:t>და</w:t>
      </w:r>
      <w:proofErr w:type="spellEnd"/>
      <w:r w:rsidRPr="00D73BDF">
        <w:rPr>
          <w:rFonts w:cstheme="majorHAnsi"/>
          <w:sz w:val="18"/>
          <w:szCs w:val="18"/>
        </w:rPr>
        <w:t xml:space="preserve"> </w:t>
      </w:r>
      <w:proofErr w:type="spellStart"/>
      <w:r w:rsidRPr="00D73BDF">
        <w:rPr>
          <w:rFonts w:ascii="Sylfaen" w:hAnsi="Sylfaen" w:cs="Sylfaen"/>
          <w:sz w:val="18"/>
          <w:szCs w:val="18"/>
        </w:rPr>
        <w:t>წესები</w:t>
      </w:r>
      <w:proofErr w:type="spellEnd"/>
      <w:r w:rsidRPr="00D73BDF">
        <w:rPr>
          <w:rFonts w:cstheme="majorHAnsi"/>
          <w:sz w:val="18"/>
          <w:szCs w:val="18"/>
        </w:rPr>
        <w:t xml:space="preserve">, </w:t>
      </w:r>
      <w:proofErr w:type="spellStart"/>
      <w:r w:rsidRPr="00D73BDF">
        <w:rPr>
          <w:rFonts w:ascii="Sylfaen" w:hAnsi="Sylfaen" w:cs="Sylfaen"/>
          <w:sz w:val="18"/>
          <w:szCs w:val="18"/>
        </w:rPr>
        <w:t>უსაფრთხოების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ნორმები</w:t>
      </w:r>
      <w:proofErr w:type="spellEnd"/>
      <w:r w:rsidRPr="00D73BDF">
        <w:rPr>
          <w:rFonts w:cstheme="majorHAnsi"/>
          <w:sz w:val="18"/>
          <w:szCs w:val="18"/>
        </w:rPr>
        <w:t>, „</w:t>
      </w:r>
      <w:proofErr w:type="spellStart"/>
      <w:r w:rsidRPr="00D73BDF">
        <w:rPr>
          <w:rFonts w:ascii="Sylfaen" w:hAnsi="Sylfaen" w:cs="Sylfaen"/>
          <w:sz w:val="18"/>
          <w:szCs w:val="18"/>
        </w:rPr>
        <w:t>შრომის</w:t>
      </w:r>
      <w:proofErr w:type="spellEnd"/>
      <w:r w:rsidRPr="00D73BDF">
        <w:rPr>
          <w:rFonts w:cstheme="majorHAnsi"/>
          <w:sz w:val="18"/>
          <w:szCs w:val="18"/>
        </w:rPr>
        <w:t xml:space="preserve"> </w:t>
      </w:r>
      <w:proofErr w:type="spellStart"/>
      <w:r w:rsidRPr="00D73BDF">
        <w:rPr>
          <w:rFonts w:ascii="Sylfaen" w:hAnsi="Sylfaen" w:cs="Sylfaen"/>
          <w:sz w:val="18"/>
          <w:szCs w:val="18"/>
        </w:rPr>
        <w:t>უსაფრთხოების</w:t>
      </w:r>
      <w:proofErr w:type="spellEnd"/>
      <w:r w:rsidRPr="00D73BDF">
        <w:rPr>
          <w:rFonts w:cstheme="majorHAnsi"/>
          <w:sz w:val="18"/>
          <w:szCs w:val="18"/>
        </w:rPr>
        <w:t xml:space="preserve"> </w:t>
      </w:r>
      <w:proofErr w:type="spellStart"/>
      <w:proofErr w:type="gramStart"/>
      <w:r w:rsidRPr="00D73BDF">
        <w:rPr>
          <w:rFonts w:ascii="Sylfaen" w:hAnsi="Sylfaen" w:cs="Sylfaen"/>
          <w:sz w:val="18"/>
          <w:szCs w:val="18"/>
        </w:rPr>
        <w:t>შესახებ</w:t>
      </w:r>
      <w:proofErr w:type="spellEnd"/>
      <w:r w:rsidRPr="00D73BDF">
        <w:rPr>
          <w:rFonts w:cstheme="majorHAnsi"/>
          <w:sz w:val="18"/>
          <w:szCs w:val="18"/>
        </w:rPr>
        <w:t>“</w:t>
      </w:r>
      <w:r w:rsidR="00C45EA9">
        <w:rPr>
          <w:rFonts w:ascii="Sylfaen" w:hAnsi="Sylfaen" w:cstheme="majorHAnsi"/>
          <w:sz w:val="18"/>
          <w:szCs w:val="18"/>
          <w:lang w:val="ka-GE"/>
        </w:rPr>
        <w:t xml:space="preserve"> </w:t>
      </w:r>
      <w:proofErr w:type="spellStart"/>
      <w:r w:rsidRPr="00D73BDF">
        <w:rPr>
          <w:rFonts w:ascii="Sylfaen" w:hAnsi="Sylfaen" w:cs="Sylfaen"/>
          <w:sz w:val="18"/>
          <w:szCs w:val="18"/>
        </w:rPr>
        <w:t>საქართველოს</w:t>
      </w:r>
      <w:proofErr w:type="spellEnd"/>
      <w:proofErr w:type="gramEnd"/>
      <w:r w:rsidRPr="00D73BDF">
        <w:rPr>
          <w:rFonts w:cstheme="majorHAnsi"/>
          <w:sz w:val="18"/>
          <w:szCs w:val="18"/>
        </w:rPr>
        <w:t xml:space="preserve"> </w:t>
      </w:r>
      <w:proofErr w:type="spellStart"/>
      <w:r w:rsidRPr="00D73BDF">
        <w:rPr>
          <w:rFonts w:ascii="Sylfaen" w:hAnsi="Sylfaen" w:cs="Sylfaen"/>
          <w:sz w:val="18"/>
          <w:szCs w:val="18"/>
        </w:rPr>
        <w:t>ორგანული</w:t>
      </w:r>
      <w:proofErr w:type="spellEnd"/>
      <w:r w:rsidRPr="00D73BDF">
        <w:rPr>
          <w:rFonts w:cstheme="majorHAnsi"/>
          <w:sz w:val="18"/>
          <w:szCs w:val="18"/>
        </w:rPr>
        <w:t xml:space="preserve"> </w:t>
      </w:r>
      <w:proofErr w:type="spellStart"/>
      <w:r w:rsidRPr="00D73BDF">
        <w:rPr>
          <w:rFonts w:ascii="Sylfaen" w:hAnsi="Sylfaen" w:cs="Sylfaen"/>
          <w:sz w:val="18"/>
          <w:szCs w:val="18"/>
        </w:rPr>
        <w:t>კანონით</w:t>
      </w:r>
      <w:proofErr w:type="spellEnd"/>
      <w:r w:rsidRPr="00D73BDF">
        <w:rPr>
          <w:rFonts w:cstheme="majorHAnsi"/>
          <w:sz w:val="18"/>
          <w:szCs w:val="18"/>
        </w:rPr>
        <w:t xml:space="preserve"> </w:t>
      </w:r>
      <w:proofErr w:type="spellStart"/>
      <w:r w:rsidRPr="00D73BDF">
        <w:rPr>
          <w:rFonts w:ascii="Sylfaen" w:hAnsi="Sylfaen" w:cs="Sylfaen"/>
          <w:sz w:val="18"/>
          <w:szCs w:val="18"/>
        </w:rPr>
        <w:t>დადგენილი</w:t>
      </w:r>
      <w:proofErr w:type="spellEnd"/>
      <w:r w:rsidRPr="00D73BDF">
        <w:rPr>
          <w:rFonts w:cstheme="majorHAnsi"/>
          <w:sz w:val="18"/>
          <w:szCs w:val="18"/>
        </w:rPr>
        <w:t xml:space="preserve"> </w:t>
      </w:r>
      <w:proofErr w:type="spellStart"/>
      <w:r w:rsidRPr="00D73BDF">
        <w:rPr>
          <w:rFonts w:ascii="Sylfaen" w:hAnsi="Sylfaen" w:cs="Sylfaen"/>
          <w:sz w:val="18"/>
          <w:szCs w:val="18"/>
        </w:rPr>
        <w:t>მოთხოვნები</w:t>
      </w:r>
      <w:proofErr w:type="spellEnd"/>
      <w:r w:rsidRPr="00D73BDF">
        <w:rPr>
          <w:rFonts w:cstheme="majorHAnsi"/>
          <w:sz w:val="18"/>
          <w:szCs w:val="18"/>
        </w:rPr>
        <w:t xml:space="preserve">, </w:t>
      </w:r>
      <w:proofErr w:type="spellStart"/>
      <w:r w:rsidRPr="00D73BDF">
        <w:rPr>
          <w:rFonts w:ascii="Sylfaen" w:hAnsi="Sylfaen" w:cs="Sylfaen"/>
          <w:sz w:val="18"/>
          <w:szCs w:val="18"/>
        </w:rPr>
        <w:t>მათ</w:t>
      </w:r>
      <w:proofErr w:type="spellEnd"/>
      <w:r w:rsidRPr="00D73BDF">
        <w:rPr>
          <w:rFonts w:cstheme="majorHAnsi"/>
          <w:sz w:val="18"/>
          <w:szCs w:val="18"/>
        </w:rPr>
        <w:t xml:space="preserve"> </w:t>
      </w:r>
      <w:proofErr w:type="spellStart"/>
      <w:r w:rsidRPr="00D73BDF">
        <w:rPr>
          <w:rFonts w:ascii="Sylfaen" w:hAnsi="Sylfaen" w:cs="Sylfaen"/>
          <w:sz w:val="18"/>
          <w:szCs w:val="18"/>
        </w:rPr>
        <w:t>შორის</w:t>
      </w:r>
      <w:proofErr w:type="spellEnd"/>
      <w:r w:rsidRPr="00D73BDF">
        <w:rPr>
          <w:rFonts w:cstheme="majorHAnsi"/>
          <w:sz w:val="18"/>
          <w:szCs w:val="18"/>
        </w:rPr>
        <w:t xml:space="preserve"> </w:t>
      </w:r>
      <w:proofErr w:type="spellStart"/>
      <w:r w:rsidRPr="00D73BDF">
        <w:rPr>
          <w:rFonts w:ascii="Sylfaen" w:hAnsi="Sylfaen" w:cs="Sylfaen"/>
          <w:sz w:val="18"/>
          <w:szCs w:val="18"/>
        </w:rPr>
        <w:t>უზრუნველყოს</w:t>
      </w:r>
      <w:proofErr w:type="spellEnd"/>
      <w:r w:rsidRPr="00D73BDF">
        <w:rPr>
          <w:rFonts w:cstheme="majorHAnsi"/>
          <w:sz w:val="18"/>
          <w:szCs w:val="18"/>
        </w:rPr>
        <w:t xml:space="preserve"> </w:t>
      </w:r>
      <w:proofErr w:type="spellStart"/>
      <w:r w:rsidRPr="00D73BDF">
        <w:rPr>
          <w:rFonts w:ascii="Sylfaen" w:hAnsi="Sylfaen" w:cs="Sylfaen"/>
          <w:sz w:val="18"/>
          <w:szCs w:val="18"/>
        </w:rPr>
        <w:t>შრომის</w:t>
      </w:r>
      <w:proofErr w:type="spellEnd"/>
      <w:r w:rsidRPr="00D73BDF">
        <w:rPr>
          <w:rFonts w:cstheme="majorHAnsi"/>
          <w:sz w:val="18"/>
          <w:szCs w:val="18"/>
        </w:rPr>
        <w:t xml:space="preserve"> </w:t>
      </w:r>
      <w:proofErr w:type="spellStart"/>
      <w:r w:rsidRPr="00D73BDF">
        <w:rPr>
          <w:rFonts w:ascii="Sylfaen" w:hAnsi="Sylfaen" w:cs="Sylfaen"/>
          <w:sz w:val="18"/>
          <w:szCs w:val="18"/>
        </w:rPr>
        <w:t>უსაფრთხოების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პრევენციული</w:t>
      </w:r>
      <w:proofErr w:type="spellEnd"/>
      <w:r w:rsidRPr="00D73BDF">
        <w:rPr>
          <w:rFonts w:cstheme="majorHAnsi"/>
          <w:sz w:val="18"/>
          <w:szCs w:val="18"/>
        </w:rPr>
        <w:t xml:space="preserve"> </w:t>
      </w:r>
      <w:proofErr w:type="spellStart"/>
      <w:r w:rsidRPr="00D73BDF">
        <w:rPr>
          <w:rFonts w:ascii="Sylfaen" w:hAnsi="Sylfaen" w:cs="Sylfaen"/>
          <w:sz w:val="18"/>
          <w:szCs w:val="18"/>
        </w:rPr>
        <w:t>ღონისძიებების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განხორციელება</w:t>
      </w:r>
      <w:proofErr w:type="spellEnd"/>
      <w:r w:rsidRPr="00D73BDF">
        <w:rPr>
          <w:rFonts w:cstheme="majorHAnsi"/>
          <w:sz w:val="18"/>
          <w:szCs w:val="18"/>
        </w:rPr>
        <w:t xml:space="preserve"> 41-</w:t>
      </w:r>
      <w:r w:rsidRPr="00D73BDF">
        <w:rPr>
          <w:rFonts w:ascii="Sylfaen" w:hAnsi="Sylfaen" w:cs="Sylfaen"/>
          <w:sz w:val="18"/>
          <w:szCs w:val="18"/>
        </w:rPr>
        <w:t>ე</w:t>
      </w:r>
      <w:r w:rsidRPr="00D73BDF">
        <w:rPr>
          <w:rFonts w:cstheme="majorHAnsi"/>
          <w:sz w:val="18"/>
          <w:szCs w:val="18"/>
        </w:rPr>
        <w:t xml:space="preserve"> </w:t>
      </w:r>
      <w:proofErr w:type="spellStart"/>
      <w:r w:rsidRPr="00D73BDF">
        <w:rPr>
          <w:rFonts w:ascii="Sylfaen" w:hAnsi="Sylfaen" w:cs="Sylfaen"/>
          <w:sz w:val="18"/>
          <w:szCs w:val="18"/>
        </w:rPr>
        <w:t>დადგენილების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შესაბამისად</w:t>
      </w:r>
      <w:proofErr w:type="spellEnd"/>
      <w:r w:rsidRPr="00D73BDF">
        <w:rPr>
          <w:rFonts w:cstheme="majorHAnsi"/>
          <w:sz w:val="18"/>
          <w:szCs w:val="18"/>
        </w:rPr>
        <w:t xml:space="preserve">. </w:t>
      </w:r>
      <w:proofErr w:type="spellStart"/>
      <w:r w:rsidRPr="00D73BDF">
        <w:rPr>
          <w:rFonts w:ascii="Sylfaen" w:hAnsi="Sylfaen" w:cs="Sylfaen"/>
          <w:sz w:val="18"/>
          <w:szCs w:val="18"/>
        </w:rPr>
        <w:t>ამასთან</w:t>
      </w:r>
      <w:proofErr w:type="spellEnd"/>
      <w:r w:rsidRPr="00D73BDF">
        <w:rPr>
          <w:rFonts w:cstheme="majorHAnsi"/>
          <w:sz w:val="18"/>
          <w:szCs w:val="18"/>
        </w:rPr>
        <w:t xml:space="preserve"> </w:t>
      </w:r>
      <w:proofErr w:type="spellStart"/>
      <w:r w:rsidRPr="00D73BDF">
        <w:rPr>
          <w:rFonts w:ascii="Sylfaen" w:hAnsi="Sylfaen" w:cs="Sylfaen"/>
          <w:sz w:val="18"/>
          <w:szCs w:val="18"/>
        </w:rPr>
        <w:lastRenderedPageBreak/>
        <w:t>დაკავშირებით</w:t>
      </w:r>
      <w:proofErr w:type="spellEnd"/>
      <w:r w:rsidRPr="00D73BDF">
        <w:rPr>
          <w:rFonts w:cstheme="majorHAnsi"/>
          <w:sz w:val="18"/>
          <w:szCs w:val="18"/>
        </w:rPr>
        <w:t xml:space="preserve"> </w:t>
      </w:r>
      <w:proofErr w:type="spellStart"/>
      <w:r w:rsidRPr="00D73BDF">
        <w:rPr>
          <w:rFonts w:ascii="Sylfaen" w:hAnsi="Sylfaen" w:cs="Sylfaen"/>
          <w:sz w:val="18"/>
          <w:szCs w:val="18"/>
        </w:rPr>
        <w:t>შეასრულოს</w:t>
      </w:r>
      <w:proofErr w:type="spellEnd"/>
      <w:r w:rsidRPr="00D73BDF">
        <w:rPr>
          <w:rFonts w:cstheme="majorHAnsi"/>
          <w:sz w:val="18"/>
          <w:szCs w:val="18"/>
        </w:rPr>
        <w:t xml:space="preserve"> </w:t>
      </w:r>
      <w:proofErr w:type="spellStart"/>
      <w:r w:rsidRPr="00D73BDF">
        <w:rPr>
          <w:rFonts w:ascii="Sylfaen" w:hAnsi="Sylfaen" w:cs="Sylfaen"/>
          <w:sz w:val="18"/>
          <w:szCs w:val="18"/>
        </w:rPr>
        <w:t>დამკვეთის</w:t>
      </w:r>
      <w:proofErr w:type="spellEnd"/>
      <w:r w:rsidRPr="00D73BDF">
        <w:rPr>
          <w:rFonts w:cstheme="majorHAnsi"/>
          <w:sz w:val="18"/>
          <w:szCs w:val="18"/>
        </w:rPr>
        <w:t xml:space="preserve"> </w:t>
      </w:r>
      <w:proofErr w:type="spellStart"/>
      <w:r w:rsidRPr="00D73BDF">
        <w:rPr>
          <w:rFonts w:ascii="Sylfaen" w:hAnsi="Sylfaen" w:cs="Sylfaen"/>
          <w:sz w:val="18"/>
          <w:szCs w:val="18"/>
        </w:rPr>
        <w:t>წარმომადგენლების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ოფიციალური</w:t>
      </w:r>
      <w:proofErr w:type="spellEnd"/>
      <w:r w:rsidRPr="00D73BDF">
        <w:rPr>
          <w:rFonts w:cstheme="majorHAnsi"/>
          <w:sz w:val="18"/>
          <w:szCs w:val="18"/>
        </w:rPr>
        <w:t xml:space="preserve"> </w:t>
      </w:r>
      <w:proofErr w:type="spellStart"/>
      <w:r w:rsidRPr="00D73BDF">
        <w:rPr>
          <w:rFonts w:ascii="Sylfaen" w:hAnsi="Sylfaen" w:cs="Sylfaen"/>
          <w:sz w:val="18"/>
          <w:szCs w:val="18"/>
        </w:rPr>
        <w:t>მითითებები</w:t>
      </w:r>
      <w:proofErr w:type="spellEnd"/>
      <w:r w:rsidRPr="00D73BDF">
        <w:rPr>
          <w:rFonts w:cstheme="majorHAnsi"/>
          <w:sz w:val="18"/>
          <w:szCs w:val="18"/>
        </w:rPr>
        <w:t xml:space="preserve">, </w:t>
      </w:r>
      <w:proofErr w:type="spellStart"/>
      <w:r w:rsidRPr="00D73BDF">
        <w:rPr>
          <w:rFonts w:ascii="Sylfaen" w:hAnsi="Sylfaen" w:cs="Sylfaen"/>
          <w:sz w:val="18"/>
          <w:szCs w:val="18"/>
        </w:rPr>
        <w:t>რომელიც</w:t>
      </w:r>
      <w:proofErr w:type="spellEnd"/>
      <w:r w:rsidRPr="00D73BDF">
        <w:rPr>
          <w:rFonts w:cstheme="majorHAnsi"/>
          <w:sz w:val="18"/>
          <w:szCs w:val="18"/>
        </w:rPr>
        <w:t xml:space="preserve"> </w:t>
      </w:r>
      <w:proofErr w:type="spellStart"/>
      <w:r w:rsidRPr="00D73BDF">
        <w:rPr>
          <w:rFonts w:ascii="Sylfaen" w:hAnsi="Sylfaen" w:cs="Sylfaen"/>
          <w:sz w:val="18"/>
          <w:szCs w:val="18"/>
        </w:rPr>
        <w:t>გაიცემა</w:t>
      </w:r>
      <w:proofErr w:type="spellEnd"/>
      <w:r w:rsidRPr="00D73BDF">
        <w:rPr>
          <w:rFonts w:cstheme="majorHAnsi"/>
          <w:sz w:val="18"/>
          <w:szCs w:val="18"/>
        </w:rPr>
        <w:t xml:space="preserve"> </w:t>
      </w:r>
      <w:proofErr w:type="spellStart"/>
      <w:r w:rsidRPr="00D73BDF">
        <w:rPr>
          <w:rFonts w:ascii="Sylfaen" w:hAnsi="Sylfaen" w:cs="Sylfaen"/>
          <w:sz w:val="18"/>
          <w:szCs w:val="18"/>
        </w:rPr>
        <w:t>ხელშეკრულების</w:t>
      </w:r>
      <w:proofErr w:type="spellEnd"/>
      <w:r w:rsidRPr="00D73BDF">
        <w:rPr>
          <w:rFonts w:cstheme="majorHAnsi"/>
          <w:sz w:val="18"/>
          <w:szCs w:val="18"/>
        </w:rPr>
        <w:t xml:space="preserve"> 1</w:t>
      </w:r>
      <w:r w:rsidR="00D170A3">
        <w:rPr>
          <w:rFonts w:ascii="Sylfaen" w:hAnsi="Sylfaen" w:cstheme="majorHAnsi"/>
          <w:sz w:val="18"/>
          <w:szCs w:val="18"/>
          <w:lang w:val="ka-GE"/>
        </w:rPr>
        <w:t>2</w:t>
      </w:r>
      <w:r w:rsidRPr="00D73BDF">
        <w:rPr>
          <w:rFonts w:cstheme="majorHAnsi"/>
          <w:sz w:val="18"/>
          <w:szCs w:val="18"/>
        </w:rPr>
        <w:t xml:space="preserve">.8. </w:t>
      </w:r>
      <w:proofErr w:type="spellStart"/>
      <w:r w:rsidRPr="00D73BDF">
        <w:rPr>
          <w:rFonts w:ascii="Sylfaen" w:hAnsi="Sylfaen" w:cs="Sylfaen"/>
          <w:sz w:val="18"/>
          <w:szCs w:val="18"/>
        </w:rPr>
        <w:t>მუხლით</w:t>
      </w:r>
      <w:proofErr w:type="spellEnd"/>
      <w:r w:rsidRPr="00D73BDF">
        <w:rPr>
          <w:rFonts w:cstheme="majorHAnsi"/>
          <w:sz w:val="18"/>
          <w:szCs w:val="18"/>
        </w:rPr>
        <w:t xml:space="preserve"> </w:t>
      </w:r>
      <w:proofErr w:type="spellStart"/>
      <w:r w:rsidRPr="00D73BDF">
        <w:rPr>
          <w:rFonts w:ascii="Sylfaen" w:hAnsi="Sylfaen" w:cs="Sylfaen"/>
          <w:sz w:val="18"/>
          <w:szCs w:val="18"/>
        </w:rPr>
        <w:t>გათვალისწინებული</w:t>
      </w:r>
      <w:proofErr w:type="spellEnd"/>
      <w:r w:rsidRPr="00D73BDF">
        <w:rPr>
          <w:rFonts w:cstheme="majorHAnsi"/>
          <w:sz w:val="18"/>
          <w:szCs w:val="18"/>
        </w:rPr>
        <w:t xml:space="preserve"> </w:t>
      </w:r>
      <w:proofErr w:type="spellStart"/>
      <w:r w:rsidRPr="00D73BDF">
        <w:rPr>
          <w:rFonts w:ascii="Sylfaen" w:hAnsi="Sylfaen" w:cs="Sylfaen"/>
          <w:sz w:val="18"/>
          <w:szCs w:val="18"/>
        </w:rPr>
        <w:t>ფორმით</w:t>
      </w:r>
      <w:proofErr w:type="spellEnd"/>
      <w:r w:rsidRPr="00D73BDF">
        <w:rPr>
          <w:rFonts w:cstheme="majorHAnsi"/>
          <w:sz w:val="18"/>
          <w:szCs w:val="18"/>
        </w:rPr>
        <w:t xml:space="preserve">, </w:t>
      </w:r>
      <w:proofErr w:type="spellStart"/>
      <w:r w:rsidRPr="00D73BDF">
        <w:rPr>
          <w:rFonts w:ascii="Sylfaen" w:hAnsi="Sylfaen" w:cs="Sylfaen"/>
          <w:sz w:val="18"/>
          <w:szCs w:val="18"/>
        </w:rPr>
        <w:t>საკანონმდებლო</w:t>
      </w:r>
      <w:proofErr w:type="spellEnd"/>
      <w:r w:rsidRPr="00D73BDF">
        <w:rPr>
          <w:rFonts w:cstheme="majorHAnsi"/>
          <w:sz w:val="18"/>
          <w:szCs w:val="18"/>
        </w:rPr>
        <w:t xml:space="preserve"> </w:t>
      </w:r>
      <w:proofErr w:type="spellStart"/>
      <w:r w:rsidRPr="00D73BDF">
        <w:rPr>
          <w:rFonts w:ascii="Sylfaen" w:hAnsi="Sylfaen" w:cs="Sylfaen"/>
          <w:sz w:val="18"/>
          <w:szCs w:val="18"/>
        </w:rPr>
        <w:t>მოთხოვნებიდან</w:t>
      </w:r>
      <w:proofErr w:type="spellEnd"/>
      <w:r w:rsidRPr="00D73BDF">
        <w:rPr>
          <w:rFonts w:cstheme="majorHAnsi"/>
          <w:sz w:val="18"/>
          <w:szCs w:val="18"/>
        </w:rPr>
        <w:t xml:space="preserve"> </w:t>
      </w:r>
      <w:proofErr w:type="spellStart"/>
      <w:r w:rsidRPr="00D73BDF">
        <w:rPr>
          <w:rFonts w:ascii="Sylfaen" w:hAnsi="Sylfaen" w:cs="Sylfaen"/>
          <w:sz w:val="18"/>
          <w:szCs w:val="18"/>
        </w:rPr>
        <w:t>გამომდინარე</w:t>
      </w:r>
      <w:proofErr w:type="spellEnd"/>
      <w:r w:rsidRPr="00D73BDF">
        <w:rPr>
          <w:rFonts w:cstheme="majorHAnsi"/>
          <w:sz w:val="18"/>
          <w:szCs w:val="18"/>
        </w:rPr>
        <w:t>.</w:t>
      </w:r>
    </w:p>
    <w:p w14:paraId="0C6B9A3D" w14:textId="09990425" w:rsidR="004B6084" w:rsidRPr="00D73BDF" w:rsidRDefault="00A74260" w:rsidP="00185C20">
      <w:pPr>
        <w:jc w:val="both"/>
        <w:rPr>
          <w:rFonts w:cstheme="majorHAnsi"/>
          <w:sz w:val="18"/>
          <w:szCs w:val="18"/>
        </w:rPr>
      </w:pPr>
      <w:r w:rsidRPr="00D73BDF">
        <w:rPr>
          <w:rFonts w:cstheme="majorHAnsi"/>
          <w:sz w:val="18"/>
          <w:szCs w:val="18"/>
        </w:rPr>
        <w:t xml:space="preserve">3.3.8. </w:t>
      </w:r>
      <w:proofErr w:type="spellStart"/>
      <w:r w:rsidRPr="00D73BDF">
        <w:rPr>
          <w:rFonts w:ascii="Sylfaen" w:hAnsi="Sylfaen" w:cs="Sylfaen"/>
          <w:sz w:val="18"/>
          <w:szCs w:val="18"/>
        </w:rPr>
        <w:t>საკუთარი</w:t>
      </w:r>
      <w:proofErr w:type="spellEnd"/>
      <w:r w:rsidRPr="00D73BDF">
        <w:rPr>
          <w:rFonts w:cstheme="majorHAnsi"/>
          <w:sz w:val="18"/>
          <w:szCs w:val="18"/>
        </w:rPr>
        <w:t xml:space="preserve"> </w:t>
      </w:r>
      <w:proofErr w:type="spellStart"/>
      <w:r w:rsidRPr="00D73BDF">
        <w:rPr>
          <w:rFonts w:ascii="Sylfaen" w:hAnsi="Sylfaen" w:cs="Sylfaen"/>
          <w:sz w:val="18"/>
          <w:szCs w:val="18"/>
        </w:rPr>
        <w:t>ხარჯებით</w:t>
      </w:r>
      <w:proofErr w:type="spellEnd"/>
      <w:r w:rsidRPr="00D73BDF">
        <w:rPr>
          <w:rFonts w:cstheme="majorHAnsi"/>
          <w:sz w:val="18"/>
          <w:szCs w:val="18"/>
        </w:rPr>
        <w:t xml:space="preserve"> </w:t>
      </w:r>
      <w:r w:rsidR="00C45EA9">
        <w:rPr>
          <w:rFonts w:ascii="Sylfaen" w:hAnsi="Sylfaen" w:cstheme="majorHAnsi"/>
          <w:sz w:val="18"/>
          <w:szCs w:val="18"/>
          <w:lang w:val="ka-GE"/>
        </w:rPr>
        <w:t>(</w:t>
      </w:r>
      <w:proofErr w:type="spellStart"/>
      <w:r w:rsidRPr="00D73BDF">
        <w:rPr>
          <w:rFonts w:ascii="Sylfaen" w:hAnsi="Sylfaen" w:cs="Sylfaen"/>
          <w:sz w:val="18"/>
          <w:szCs w:val="18"/>
        </w:rPr>
        <w:t>მათ</w:t>
      </w:r>
      <w:proofErr w:type="spellEnd"/>
      <w:r w:rsidRPr="00D73BDF">
        <w:rPr>
          <w:rFonts w:cstheme="majorHAnsi"/>
          <w:sz w:val="18"/>
          <w:szCs w:val="18"/>
        </w:rPr>
        <w:t xml:space="preserve"> </w:t>
      </w:r>
      <w:proofErr w:type="spellStart"/>
      <w:r w:rsidRPr="00D73BDF">
        <w:rPr>
          <w:rFonts w:ascii="Sylfaen" w:hAnsi="Sylfaen" w:cs="Sylfaen"/>
          <w:sz w:val="18"/>
          <w:szCs w:val="18"/>
        </w:rPr>
        <w:t>შორის</w:t>
      </w:r>
      <w:proofErr w:type="spellEnd"/>
      <w:r w:rsidRPr="00D73BDF">
        <w:rPr>
          <w:rFonts w:cstheme="majorHAnsi"/>
          <w:sz w:val="18"/>
          <w:szCs w:val="18"/>
        </w:rPr>
        <w:t xml:space="preserve">, </w:t>
      </w:r>
      <w:proofErr w:type="spellStart"/>
      <w:r w:rsidRPr="00D73BDF">
        <w:rPr>
          <w:rFonts w:ascii="Sylfaen" w:hAnsi="Sylfaen" w:cs="Sylfaen"/>
          <w:sz w:val="18"/>
          <w:szCs w:val="18"/>
        </w:rPr>
        <w:t>მუშახელით</w:t>
      </w:r>
      <w:proofErr w:type="spellEnd"/>
      <w:r w:rsidR="00C45EA9">
        <w:rPr>
          <w:rFonts w:ascii="Sylfaen" w:hAnsi="Sylfaen" w:cs="Sylfaen"/>
          <w:sz w:val="18"/>
          <w:szCs w:val="18"/>
          <w:lang w:val="ka-GE"/>
        </w:rPr>
        <w:t xml:space="preserve">) </w:t>
      </w:r>
      <w:proofErr w:type="spellStart"/>
      <w:r w:rsidRPr="00D73BDF">
        <w:rPr>
          <w:rFonts w:ascii="Sylfaen" w:hAnsi="Sylfaen" w:cs="Sylfaen"/>
          <w:sz w:val="18"/>
          <w:szCs w:val="18"/>
        </w:rPr>
        <w:t>აღმოფხვრას</w:t>
      </w:r>
      <w:proofErr w:type="spellEnd"/>
      <w:r w:rsidRPr="00D73BDF">
        <w:rPr>
          <w:rFonts w:cstheme="majorHAnsi"/>
          <w:sz w:val="18"/>
          <w:szCs w:val="18"/>
        </w:rPr>
        <w:t xml:space="preserve"> </w:t>
      </w:r>
      <w:proofErr w:type="spellStart"/>
      <w:r w:rsidRPr="00D73BDF">
        <w:rPr>
          <w:rFonts w:ascii="Sylfaen" w:hAnsi="Sylfaen" w:cs="Sylfaen"/>
          <w:sz w:val="18"/>
          <w:szCs w:val="18"/>
        </w:rPr>
        <w:t>მის</w:t>
      </w:r>
      <w:proofErr w:type="spellEnd"/>
      <w:r w:rsidRPr="00D73BDF">
        <w:rPr>
          <w:rFonts w:cstheme="majorHAnsi"/>
          <w:sz w:val="18"/>
          <w:szCs w:val="18"/>
        </w:rPr>
        <w:t xml:space="preserve"> </w:t>
      </w:r>
      <w:proofErr w:type="spellStart"/>
      <w:r w:rsidRPr="00D73BDF">
        <w:rPr>
          <w:rFonts w:ascii="Sylfaen" w:hAnsi="Sylfaen" w:cs="Sylfaen"/>
          <w:sz w:val="18"/>
          <w:szCs w:val="18"/>
        </w:rPr>
        <w:t>მიერ</w:t>
      </w:r>
      <w:proofErr w:type="spellEnd"/>
      <w:r w:rsidRPr="00D73BDF">
        <w:rPr>
          <w:rFonts w:cstheme="majorHAnsi"/>
          <w:sz w:val="18"/>
          <w:szCs w:val="18"/>
        </w:rPr>
        <w:t xml:space="preserve"> </w:t>
      </w:r>
      <w:proofErr w:type="spellStart"/>
      <w:r w:rsidRPr="00D73BDF">
        <w:rPr>
          <w:rFonts w:ascii="Sylfaen" w:hAnsi="Sylfaen" w:cs="Sylfaen"/>
          <w:sz w:val="18"/>
          <w:szCs w:val="18"/>
        </w:rPr>
        <w:t>შესრულებული</w:t>
      </w:r>
      <w:proofErr w:type="spellEnd"/>
      <w:r w:rsidRPr="00D73BDF">
        <w:rPr>
          <w:rFonts w:cstheme="majorHAnsi"/>
          <w:sz w:val="18"/>
          <w:szCs w:val="18"/>
        </w:rPr>
        <w:t xml:space="preserve"> </w:t>
      </w:r>
      <w:proofErr w:type="spellStart"/>
      <w:r w:rsidRPr="00D73BDF">
        <w:rPr>
          <w:rFonts w:ascii="Sylfaen" w:hAnsi="Sylfaen" w:cs="Sylfaen"/>
          <w:sz w:val="18"/>
          <w:szCs w:val="18"/>
        </w:rPr>
        <w:t>სამუშაოების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დამკვეთის</w:t>
      </w:r>
      <w:proofErr w:type="spellEnd"/>
      <w:r w:rsidRPr="00D73BDF">
        <w:rPr>
          <w:rFonts w:cstheme="majorHAnsi"/>
          <w:sz w:val="18"/>
          <w:szCs w:val="18"/>
        </w:rPr>
        <w:t xml:space="preserve"> </w:t>
      </w:r>
      <w:proofErr w:type="spellStart"/>
      <w:r w:rsidRPr="00D73BDF">
        <w:rPr>
          <w:rFonts w:ascii="Sylfaen" w:hAnsi="Sylfaen" w:cs="Sylfaen"/>
          <w:sz w:val="18"/>
          <w:szCs w:val="18"/>
        </w:rPr>
        <w:t>უფლებამოსილი</w:t>
      </w:r>
      <w:proofErr w:type="spellEnd"/>
      <w:r w:rsidRPr="00D73BDF">
        <w:rPr>
          <w:rFonts w:cstheme="majorHAnsi"/>
          <w:sz w:val="18"/>
          <w:szCs w:val="18"/>
        </w:rPr>
        <w:t xml:space="preserve"> </w:t>
      </w:r>
      <w:proofErr w:type="spellStart"/>
      <w:r w:rsidRPr="00D73BDF">
        <w:rPr>
          <w:rFonts w:ascii="Sylfaen" w:hAnsi="Sylfaen" w:cs="Sylfaen"/>
          <w:sz w:val="18"/>
          <w:szCs w:val="18"/>
        </w:rPr>
        <w:t>წარმომადგენლის</w:t>
      </w:r>
      <w:proofErr w:type="spellEnd"/>
      <w:r w:rsidRPr="00D73BDF">
        <w:rPr>
          <w:rFonts w:cstheme="majorHAnsi"/>
          <w:sz w:val="18"/>
          <w:szCs w:val="18"/>
        </w:rPr>
        <w:t xml:space="preserve"> </w:t>
      </w:r>
      <w:proofErr w:type="spellStart"/>
      <w:r w:rsidRPr="00D73BDF">
        <w:rPr>
          <w:rFonts w:ascii="Sylfaen" w:hAnsi="Sylfaen" w:cs="Sylfaen"/>
          <w:sz w:val="18"/>
          <w:szCs w:val="18"/>
        </w:rPr>
        <w:t>მიერ</w:t>
      </w:r>
      <w:proofErr w:type="spellEnd"/>
      <w:r w:rsidRPr="00D73BDF">
        <w:rPr>
          <w:rFonts w:cstheme="majorHAnsi"/>
          <w:sz w:val="18"/>
          <w:szCs w:val="18"/>
        </w:rPr>
        <w:t xml:space="preserve"> </w:t>
      </w:r>
      <w:proofErr w:type="spellStart"/>
      <w:r w:rsidRPr="00D73BDF">
        <w:rPr>
          <w:rFonts w:ascii="Sylfaen" w:hAnsi="Sylfaen" w:cs="Sylfaen"/>
          <w:sz w:val="18"/>
          <w:szCs w:val="18"/>
        </w:rPr>
        <w:t>შემოწმების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შედეგად</w:t>
      </w:r>
      <w:proofErr w:type="spellEnd"/>
      <w:r w:rsidRPr="00D73BDF">
        <w:rPr>
          <w:rFonts w:cstheme="majorHAnsi"/>
          <w:sz w:val="18"/>
          <w:szCs w:val="18"/>
        </w:rPr>
        <w:t xml:space="preserve"> </w:t>
      </w:r>
      <w:proofErr w:type="spellStart"/>
      <w:r w:rsidRPr="00D73BDF">
        <w:rPr>
          <w:rFonts w:ascii="Sylfaen" w:hAnsi="Sylfaen" w:cs="Sylfaen"/>
          <w:sz w:val="18"/>
          <w:szCs w:val="18"/>
        </w:rPr>
        <w:t>გამოვლენილი</w:t>
      </w:r>
      <w:proofErr w:type="spellEnd"/>
      <w:r w:rsidRPr="00D73BDF">
        <w:rPr>
          <w:rFonts w:cstheme="majorHAnsi"/>
          <w:sz w:val="18"/>
          <w:szCs w:val="18"/>
        </w:rPr>
        <w:t xml:space="preserve"> </w:t>
      </w:r>
      <w:proofErr w:type="spellStart"/>
      <w:r w:rsidRPr="00D73BDF">
        <w:rPr>
          <w:rFonts w:ascii="Sylfaen" w:hAnsi="Sylfaen" w:cs="Sylfaen"/>
          <w:sz w:val="18"/>
          <w:szCs w:val="18"/>
        </w:rPr>
        <w:t>ნაკლი</w:t>
      </w:r>
      <w:proofErr w:type="spellEnd"/>
      <w:r w:rsidRPr="00D73BDF">
        <w:rPr>
          <w:rFonts w:cstheme="majorHAnsi"/>
          <w:sz w:val="18"/>
          <w:szCs w:val="18"/>
        </w:rPr>
        <w:t xml:space="preserve">, </w:t>
      </w:r>
      <w:proofErr w:type="spellStart"/>
      <w:proofErr w:type="gramStart"/>
      <w:r w:rsidRPr="00D73BDF">
        <w:rPr>
          <w:rFonts w:ascii="Sylfaen" w:hAnsi="Sylfaen" w:cs="Sylfaen"/>
          <w:sz w:val="18"/>
          <w:szCs w:val="18"/>
        </w:rPr>
        <w:t>ხელშეკრულების</w:t>
      </w:r>
      <w:proofErr w:type="spellEnd"/>
      <w:r w:rsidRPr="00D73BDF">
        <w:rPr>
          <w:rFonts w:cstheme="majorHAnsi"/>
          <w:sz w:val="18"/>
          <w:szCs w:val="18"/>
        </w:rPr>
        <w:t xml:space="preserve"> </w:t>
      </w:r>
      <w:r w:rsidR="00A31F40">
        <w:rPr>
          <w:rFonts w:ascii="Sylfaen" w:hAnsi="Sylfaen" w:cstheme="majorHAnsi"/>
          <w:sz w:val="18"/>
          <w:szCs w:val="18"/>
          <w:lang w:val="ka-GE"/>
        </w:rPr>
        <w:t xml:space="preserve"> 7.4</w:t>
      </w:r>
      <w:proofErr w:type="gramEnd"/>
      <w:r w:rsidRPr="00D73BDF">
        <w:rPr>
          <w:rFonts w:cstheme="majorHAnsi"/>
          <w:sz w:val="18"/>
          <w:szCs w:val="18"/>
        </w:rPr>
        <w:t xml:space="preserve"> </w:t>
      </w:r>
      <w:proofErr w:type="spellStart"/>
      <w:r w:rsidRPr="00D73BDF">
        <w:rPr>
          <w:rFonts w:ascii="Sylfaen" w:hAnsi="Sylfaen" w:cs="Sylfaen"/>
          <w:sz w:val="18"/>
          <w:szCs w:val="18"/>
        </w:rPr>
        <w:t>მუხლით</w:t>
      </w:r>
      <w:proofErr w:type="spellEnd"/>
      <w:r w:rsidRPr="00D73BDF">
        <w:rPr>
          <w:rFonts w:cstheme="majorHAnsi"/>
          <w:sz w:val="18"/>
          <w:szCs w:val="18"/>
        </w:rPr>
        <w:t xml:space="preserve"> </w:t>
      </w:r>
      <w:proofErr w:type="spellStart"/>
      <w:r w:rsidRPr="00D73BDF">
        <w:rPr>
          <w:rFonts w:ascii="Sylfaen" w:hAnsi="Sylfaen" w:cs="Sylfaen"/>
          <w:sz w:val="18"/>
          <w:szCs w:val="18"/>
        </w:rPr>
        <w:t>გათვალისწინებულ</w:t>
      </w:r>
      <w:proofErr w:type="spellEnd"/>
      <w:r w:rsidRPr="00D73BDF">
        <w:rPr>
          <w:rFonts w:cstheme="majorHAnsi"/>
          <w:sz w:val="18"/>
          <w:szCs w:val="18"/>
        </w:rPr>
        <w:t xml:space="preserve"> </w:t>
      </w:r>
      <w:proofErr w:type="spellStart"/>
      <w:r w:rsidRPr="00D73BDF">
        <w:rPr>
          <w:rFonts w:ascii="Sylfaen" w:hAnsi="Sylfaen" w:cs="Sylfaen"/>
          <w:sz w:val="18"/>
          <w:szCs w:val="18"/>
        </w:rPr>
        <w:t>ვადაში</w:t>
      </w:r>
      <w:proofErr w:type="spellEnd"/>
      <w:r w:rsidRPr="00D73BDF">
        <w:rPr>
          <w:rFonts w:cstheme="majorHAnsi"/>
          <w:sz w:val="18"/>
          <w:szCs w:val="18"/>
        </w:rPr>
        <w:t xml:space="preserve">. </w:t>
      </w:r>
      <w:proofErr w:type="spellStart"/>
      <w:r w:rsidRPr="00D73BDF">
        <w:rPr>
          <w:rFonts w:ascii="Sylfaen" w:hAnsi="Sylfaen" w:cs="Sylfaen"/>
          <w:sz w:val="18"/>
          <w:szCs w:val="18"/>
        </w:rPr>
        <w:t>ხოლო</w:t>
      </w:r>
      <w:proofErr w:type="spellEnd"/>
      <w:r w:rsidRPr="00D73BDF">
        <w:rPr>
          <w:rFonts w:cstheme="majorHAnsi"/>
          <w:sz w:val="18"/>
          <w:szCs w:val="18"/>
        </w:rPr>
        <w:t xml:space="preserve"> </w:t>
      </w:r>
      <w:proofErr w:type="spellStart"/>
      <w:r w:rsidRPr="00D73BDF">
        <w:rPr>
          <w:rFonts w:ascii="Sylfaen" w:hAnsi="Sylfaen" w:cs="Sylfaen"/>
          <w:sz w:val="18"/>
          <w:szCs w:val="18"/>
        </w:rPr>
        <w:t>უფლებამოსილი</w:t>
      </w:r>
      <w:proofErr w:type="spellEnd"/>
      <w:r w:rsidRPr="00D73BDF">
        <w:rPr>
          <w:rFonts w:cstheme="majorHAnsi"/>
          <w:sz w:val="18"/>
          <w:szCs w:val="18"/>
        </w:rPr>
        <w:t xml:space="preserve"> </w:t>
      </w:r>
      <w:proofErr w:type="spellStart"/>
      <w:r w:rsidRPr="00D73BDF">
        <w:rPr>
          <w:rFonts w:ascii="Sylfaen" w:hAnsi="Sylfaen" w:cs="Sylfaen"/>
          <w:sz w:val="18"/>
          <w:szCs w:val="18"/>
        </w:rPr>
        <w:t>ორგანოს</w:t>
      </w:r>
      <w:proofErr w:type="spellEnd"/>
      <w:r w:rsidRPr="00D73BDF">
        <w:rPr>
          <w:rFonts w:cstheme="majorHAnsi"/>
          <w:sz w:val="18"/>
          <w:szCs w:val="18"/>
        </w:rPr>
        <w:t>/</w:t>
      </w:r>
      <w:proofErr w:type="spellStart"/>
      <w:r w:rsidRPr="00D73BDF">
        <w:rPr>
          <w:rFonts w:ascii="Sylfaen" w:hAnsi="Sylfaen" w:cs="Sylfaen"/>
          <w:sz w:val="18"/>
          <w:szCs w:val="18"/>
        </w:rPr>
        <w:t>პირის</w:t>
      </w:r>
      <w:proofErr w:type="spellEnd"/>
      <w:r w:rsidRPr="00D73BDF">
        <w:rPr>
          <w:rFonts w:cstheme="majorHAnsi"/>
          <w:sz w:val="18"/>
          <w:szCs w:val="18"/>
        </w:rPr>
        <w:t xml:space="preserve"> </w:t>
      </w:r>
      <w:proofErr w:type="spellStart"/>
      <w:r w:rsidRPr="00D73BDF">
        <w:rPr>
          <w:rFonts w:ascii="Sylfaen" w:hAnsi="Sylfaen" w:cs="Sylfaen"/>
          <w:sz w:val="18"/>
          <w:szCs w:val="18"/>
        </w:rPr>
        <w:t>მიერ</w:t>
      </w:r>
      <w:proofErr w:type="spellEnd"/>
      <w:r w:rsidRPr="00D73BDF">
        <w:rPr>
          <w:rFonts w:cstheme="majorHAnsi"/>
          <w:sz w:val="18"/>
          <w:szCs w:val="18"/>
        </w:rPr>
        <w:t xml:space="preserve"> </w:t>
      </w:r>
      <w:proofErr w:type="spellStart"/>
      <w:r w:rsidRPr="00D73BDF">
        <w:rPr>
          <w:rFonts w:ascii="Sylfaen" w:hAnsi="Sylfaen" w:cs="Sylfaen"/>
          <w:sz w:val="18"/>
          <w:szCs w:val="18"/>
        </w:rPr>
        <w:t>შემოწმების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შედეგად</w:t>
      </w:r>
      <w:proofErr w:type="spellEnd"/>
      <w:r w:rsidRPr="00D73BDF">
        <w:rPr>
          <w:rFonts w:cstheme="majorHAnsi"/>
          <w:sz w:val="18"/>
          <w:szCs w:val="18"/>
        </w:rPr>
        <w:t xml:space="preserve"> </w:t>
      </w:r>
      <w:proofErr w:type="spellStart"/>
      <w:r w:rsidRPr="00D73BDF">
        <w:rPr>
          <w:rFonts w:ascii="Sylfaen" w:hAnsi="Sylfaen" w:cs="Sylfaen"/>
          <w:sz w:val="18"/>
          <w:szCs w:val="18"/>
        </w:rPr>
        <w:t>გამოვლენილი</w:t>
      </w:r>
      <w:proofErr w:type="spellEnd"/>
      <w:r w:rsidRPr="00D73BDF">
        <w:rPr>
          <w:rFonts w:cstheme="majorHAnsi"/>
          <w:sz w:val="18"/>
          <w:szCs w:val="18"/>
        </w:rPr>
        <w:t xml:space="preserve"> </w:t>
      </w:r>
      <w:proofErr w:type="spellStart"/>
      <w:r w:rsidRPr="00D73BDF">
        <w:rPr>
          <w:rFonts w:ascii="Sylfaen" w:hAnsi="Sylfaen" w:cs="Sylfaen"/>
          <w:sz w:val="18"/>
          <w:szCs w:val="18"/>
        </w:rPr>
        <w:t>ნაკლი</w:t>
      </w:r>
      <w:proofErr w:type="spellEnd"/>
      <w:r w:rsidRPr="00D73BDF">
        <w:rPr>
          <w:rFonts w:cstheme="majorHAnsi"/>
          <w:sz w:val="18"/>
          <w:szCs w:val="18"/>
        </w:rPr>
        <w:t xml:space="preserve"> </w:t>
      </w:r>
      <w:proofErr w:type="spellStart"/>
      <w:r w:rsidRPr="00D73BDF">
        <w:rPr>
          <w:rFonts w:ascii="Sylfaen" w:hAnsi="Sylfaen" w:cs="Sylfaen"/>
          <w:sz w:val="18"/>
          <w:szCs w:val="18"/>
        </w:rPr>
        <w:t>კი</w:t>
      </w:r>
      <w:proofErr w:type="spellEnd"/>
      <w:r w:rsidRPr="00D73BDF">
        <w:rPr>
          <w:rFonts w:cstheme="majorHAnsi"/>
          <w:sz w:val="18"/>
          <w:szCs w:val="18"/>
        </w:rPr>
        <w:t xml:space="preserve"> </w:t>
      </w:r>
      <w:proofErr w:type="spellStart"/>
      <w:r w:rsidRPr="00D73BDF">
        <w:rPr>
          <w:rFonts w:ascii="Sylfaen" w:hAnsi="Sylfaen" w:cs="Sylfaen"/>
          <w:sz w:val="18"/>
          <w:szCs w:val="18"/>
        </w:rPr>
        <w:t>აღმოფხვრას</w:t>
      </w:r>
      <w:proofErr w:type="spellEnd"/>
      <w:r w:rsidRPr="00D73BDF">
        <w:rPr>
          <w:rFonts w:cstheme="majorHAnsi"/>
          <w:sz w:val="18"/>
          <w:szCs w:val="18"/>
        </w:rPr>
        <w:t xml:space="preserve"> </w:t>
      </w:r>
      <w:proofErr w:type="spellStart"/>
      <w:r w:rsidRPr="00D73BDF">
        <w:rPr>
          <w:rFonts w:ascii="Sylfaen" w:hAnsi="Sylfaen" w:cs="Sylfaen"/>
          <w:sz w:val="18"/>
          <w:szCs w:val="18"/>
        </w:rPr>
        <w:t>ასევე</w:t>
      </w:r>
      <w:proofErr w:type="spellEnd"/>
      <w:r w:rsidRPr="00D73BDF">
        <w:rPr>
          <w:rFonts w:cstheme="majorHAnsi"/>
          <w:sz w:val="18"/>
          <w:szCs w:val="18"/>
        </w:rPr>
        <w:t xml:space="preserve"> </w:t>
      </w:r>
      <w:proofErr w:type="spellStart"/>
      <w:r w:rsidRPr="00D73BDF">
        <w:rPr>
          <w:rFonts w:ascii="Sylfaen" w:hAnsi="Sylfaen" w:cs="Sylfaen"/>
          <w:sz w:val="18"/>
          <w:szCs w:val="18"/>
        </w:rPr>
        <w:t>საკუთარი</w:t>
      </w:r>
      <w:proofErr w:type="spellEnd"/>
      <w:r w:rsidRPr="00D73BDF">
        <w:rPr>
          <w:rFonts w:cstheme="majorHAnsi"/>
          <w:sz w:val="18"/>
          <w:szCs w:val="18"/>
        </w:rPr>
        <w:t xml:space="preserve"> </w:t>
      </w:r>
      <w:proofErr w:type="spellStart"/>
      <w:r w:rsidRPr="00D73BDF">
        <w:rPr>
          <w:rFonts w:ascii="Sylfaen" w:hAnsi="Sylfaen" w:cs="Sylfaen"/>
          <w:sz w:val="18"/>
          <w:szCs w:val="18"/>
        </w:rPr>
        <w:t>ხარჯებით</w:t>
      </w:r>
      <w:proofErr w:type="spellEnd"/>
      <w:r w:rsidRPr="00D73BDF">
        <w:rPr>
          <w:rFonts w:cstheme="majorHAnsi"/>
          <w:sz w:val="18"/>
          <w:szCs w:val="18"/>
        </w:rPr>
        <w:t xml:space="preserve"> </w:t>
      </w:r>
      <w:r w:rsidR="00C45EA9">
        <w:rPr>
          <w:rFonts w:ascii="Sylfaen" w:hAnsi="Sylfaen" w:cstheme="majorHAnsi"/>
          <w:sz w:val="18"/>
          <w:szCs w:val="18"/>
          <w:lang w:val="ka-GE"/>
        </w:rPr>
        <w:t>(</w:t>
      </w:r>
      <w:proofErr w:type="spellStart"/>
      <w:r w:rsidRPr="00D73BDF">
        <w:rPr>
          <w:rFonts w:ascii="Sylfaen" w:hAnsi="Sylfaen" w:cs="Sylfaen"/>
          <w:sz w:val="18"/>
          <w:szCs w:val="18"/>
        </w:rPr>
        <w:t>მათ</w:t>
      </w:r>
      <w:proofErr w:type="spellEnd"/>
      <w:r w:rsidRPr="00D73BDF">
        <w:rPr>
          <w:rFonts w:cstheme="majorHAnsi"/>
          <w:sz w:val="18"/>
          <w:szCs w:val="18"/>
        </w:rPr>
        <w:t xml:space="preserve"> </w:t>
      </w:r>
      <w:proofErr w:type="spellStart"/>
      <w:r w:rsidRPr="00D73BDF">
        <w:rPr>
          <w:rFonts w:ascii="Sylfaen" w:hAnsi="Sylfaen" w:cs="Sylfaen"/>
          <w:sz w:val="18"/>
          <w:szCs w:val="18"/>
        </w:rPr>
        <w:t>შორის</w:t>
      </w:r>
      <w:proofErr w:type="spellEnd"/>
      <w:r w:rsidRPr="00D73BDF">
        <w:rPr>
          <w:rFonts w:cstheme="majorHAnsi"/>
          <w:sz w:val="18"/>
          <w:szCs w:val="18"/>
        </w:rPr>
        <w:t xml:space="preserve">, </w:t>
      </w:r>
      <w:proofErr w:type="spellStart"/>
      <w:r w:rsidRPr="00D73BDF">
        <w:rPr>
          <w:rFonts w:ascii="Sylfaen" w:hAnsi="Sylfaen" w:cs="Sylfaen"/>
          <w:sz w:val="18"/>
          <w:szCs w:val="18"/>
        </w:rPr>
        <w:t>მუშახელით</w:t>
      </w:r>
      <w:proofErr w:type="spellEnd"/>
      <w:r w:rsidR="00C45EA9">
        <w:rPr>
          <w:rFonts w:ascii="Sylfaen" w:hAnsi="Sylfaen" w:cstheme="majorHAnsi"/>
          <w:sz w:val="18"/>
          <w:szCs w:val="18"/>
          <w:lang w:val="ka-GE"/>
        </w:rPr>
        <w:t>)</w:t>
      </w:r>
      <w:r w:rsidRPr="00D73BDF">
        <w:rPr>
          <w:rFonts w:cstheme="majorHAnsi"/>
          <w:sz w:val="18"/>
          <w:szCs w:val="18"/>
        </w:rPr>
        <w:t xml:space="preserve"> </w:t>
      </w:r>
      <w:proofErr w:type="spellStart"/>
      <w:r w:rsidRPr="00D73BDF">
        <w:rPr>
          <w:rFonts w:ascii="Sylfaen" w:hAnsi="Sylfaen" w:cs="Sylfaen"/>
          <w:sz w:val="18"/>
          <w:szCs w:val="18"/>
        </w:rPr>
        <w:t>და</w:t>
      </w:r>
      <w:proofErr w:type="spellEnd"/>
      <w:r w:rsidRPr="00D73BDF">
        <w:rPr>
          <w:rFonts w:cstheme="majorHAnsi"/>
          <w:sz w:val="18"/>
          <w:szCs w:val="18"/>
        </w:rPr>
        <w:t xml:space="preserve"> </w:t>
      </w:r>
      <w:proofErr w:type="spellStart"/>
      <w:r w:rsidRPr="00D73BDF">
        <w:rPr>
          <w:rFonts w:ascii="Sylfaen" w:hAnsi="Sylfaen" w:cs="Sylfaen"/>
          <w:sz w:val="18"/>
          <w:szCs w:val="18"/>
        </w:rPr>
        <w:t>აღნიშნული</w:t>
      </w:r>
      <w:proofErr w:type="spellEnd"/>
      <w:r w:rsidRPr="00D73BDF">
        <w:rPr>
          <w:rFonts w:cstheme="majorHAnsi"/>
          <w:sz w:val="18"/>
          <w:szCs w:val="18"/>
        </w:rPr>
        <w:t xml:space="preserve"> </w:t>
      </w:r>
      <w:proofErr w:type="spellStart"/>
      <w:r w:rsidRPr="00D73BDF">
        <w:rPr>
          <w:rFonts w:ascii="Sylfaen" w:hAnsi="Sylfaen" w:cs="Sylfaen"/>
          <w:sz w:val="18"/>
          <w:szCs w:val="18"/>
        </w:rPr>
        <w:t>ორგანოს</w:t>
      </w:r>
      <w:proofErr w:type="spellEnd"/>
      <w:r w:rsidRPr="00D73BDF">
        <w:rPr>
          <w:rFonts w:cstheme="majorHAnsi"/>
          <w:sz w:val="18"/>
          <w:szCs w:val="18"/>
        </w:rPr>
        <w:t>/</w:t>
      </w:r>
      <w:proofErr w:type="spellStart"/>
      <w:r w:rsidRPr="00D73BDF">
        <w:rPr>
          <w:rFonts w:ascii="Sylfaen" w:hAnsi="Sylfaen" w:cs="Sylfaen"/>
          <w:sz w:val="18"/>
          <w:szCs w:val="18"/>
        </w:rPr>
        <w:t>პირის</w:t>
      </w:r>
      <w:proofErr w:type="spellEnd"/>
      <w:r w:rsidRPr="00D73BDF">
        <w:rPr>
          <w:rFonts w:cstheme="majorHAnsi"/>
          <w:sz w:val="18"/>
          <w:szCs w:val="18"/>
        </w:rPr>
        <w:t xml:space="preserve"> </w:t>
      </w:r>
      <w:proofErr w:type="spellStart"/>
      <w:r w:rsidRPr="00D73BDF">
        <w:rPr>
          <w:rFonts w:ascii="Sylfaen" w:hAnsi="Sylfaen" w:cs="Sylfaen"/>
          <w:sz w:val="18"/>
          <w:szCs w:val="18"/>
        </w:rPr>
        <w:t>მიერ</w:t>
      </w:r>
      <w:proofErr w:type="spellEnd"/>
      <w:r w:rsidRPr="00D73BDF">
        <w:rPr>
          <w:rFonts w:cstheme="majorHAnsi"/>
          <w:sz w:val="18"/>
          <w:szCs w:val="18"/>
        </w:rPr>
        <w:t xml:space="preserve"> </w:t>
      </w:r>
      <w:proofErr w:type="spellStart"/>
      <w:r w:rsidRPr="00D73BDF">
        <w:rPr>
          <w:rFonts w:ascii="Sylfaen" w:hAnsi="Sylfaen" w:cs="Sylfaen"/>
          <w:sz w:val="18"/>
          <w:szCs w:val="18"/>
        </w:rPr>
        <w:t>განსაზღვრულ</w:t>
      </w:r>
      <w:proofErr w:type="spellEnd"/>
      <w:r w:rsidRPr="00D73BDF">
        <w:rPr>
          <w:rFonts w:cstheme="majorHAnsi"/>
          <w:sz w:val="18"/>
          <w:szCs w:val="18"/>
        </w:rPr>
        <w:t xml:space="preserve"> </w:t>
      </w:r>
      <w:proofErr w:type="spellStart"/>
      <w:r w:rsidRPr="00D73BDF">
        <w:rPr>
          <w:rFonts w:ascii="Sylfaen" w:hAnsi="Sylfaen" w:cs="Sylfaen"/>
          <w:sz w:val="18"/>
          <w:szCs w:val="18"/>
        </w:rPr>
        <w:t>ვადაში</w:t>
      </w:r>
      <w:proofErr w:type="spellEnd"/>
      <w:r w:rsidRPr="00D73BDF">
        <w:rPr>
          <w:rFonts w:cstheme="majorHAnsi"/>
          <w:sz w:val="18"/>
          <w:szCs w:val="18"/>
        </w:rPr>
        <w:t>.</w:t>
      </w:r>
    </w:p>
    <w:p w14:paraId="4A3D0095" w14:textId="5BE795A0" w:rsidR="004B6084" w:rsidRPr="00D73BDF" w:rsidRDefault="00A74260" w:rsidP="00185C20">
      <w:pPr>
        <w:jc w:val="both"/>
        <w:rPr>
          <w:rFonts w:cstheme="majorHAnsi"/>
          <w:sz w:val="18"/>
          <w:szCs w:val="18"/>
        </w:rPr>
      </w:pPr>
      <w:r w:rsidRPr="00D73BDF">
        <w:rPr>
          <w:rFonts w:cstheme="majorHAnsi"/>
          <w:sz w:val="18"/>
          <w:szCs w:val="18"/>
        </w:rPr>
        <w:t>3.3.</w:t>
      </w:r>
      <w:r w:rsidR="00713193">
        <w:rPr>
          <w:rFonts w:cstheme="majorHAnsi"/>
          <w:sz w:val="18"/>
          <w:szCs w:val="18"/>
          <w:lang w:val="ka-GE"/>
        </w:rPr>
        <w:t>9</w:t>
      </w:r>
      <w:r w:rsidRPr="00D73BDF">
        <w:rPr>
          <w:rFonts w:cstheme="majorHAnsi"/>
          <w:sz w:val="18"/>
          <w:szCs w:val="18"/>
        </w:rPr>
        <w:t xml:space="preserve">. </w:t>
      </w:r>
      <w:proofErr w:type="spellStart"/>
      <w:r w:rsidRPr="00D73BDF">
        <w:rPr>
          <w:rFonts w:ascii="Sylfaen" w:hAnsi="Sylfaen" w:cs="Sylfaen"/>
          <w:sz w:val="18"/>
          <w:szCs w:val="18"/>
        </w:rPr>
        <w:t>ყოველკვირეულად</w:t>
      </w:r>
      <w:proofErr w:type="spellEnd"/>
      <w:r w:rsidRPr="00D73BDF">
        <w:rPr>
          <w:rFonts w:cstheme="majorHAnsi"/>
          <w:sz w:val="18"/>
          <w:szCs w:val="18"/>
        </w:rPr>
        <w:t xml:space="preserve"> </w:t>
      </w:r>
      <w:proofErr w:type="spellStart"/>
      <w:r w:rsidRPr="00D73BDF">
        <w:rPr>
          <w:rFonts w:ascii="Sylfaen" w:hAnsi="Sylfaen" w:cs="Sylfaen"/>
          <w:sz w:val="18"/>
          <w:szCs w:val="18"/>
        </w:rPr>
        <w:t>წარუდგინოს</w:t>
      </w:r>
      <w:proofErr w:type="spellEnd"/>
      <w:r w:rsidRPr="00D73BDF">
        <w:rPr>
          <w:rFonts w:cstheme="majorHAnsi"/>
          <w:sz w:val="18"/>
          <w:szCs w:val="18"/>
        </w:rPr>
        <w:t xml:space="preserve"> </w:t>
      </w:r>
      <w:proofErr w:type="spellStart"/>
      <w:r w:rsidRPr="00D73BDF">
        <w:rPr>
          <w:rFonts w:ascii="Sylfaen" w:hAnsi="Sylfaen" w:cs="Sylfaen"/>
          <w:sz w:val="18"/>
          <w:szCs w:val="18"/>
        </w:rPr>
        <w:t>დამკვეთს</w:t>
      </w:r>
      <w:proofErr w:type="spellEnd"/>
      <w:r w:rsidRPr="00D73BDF">
        <w:rPr>
          <w:rFonts w:cstheme="majorHAnsi"/>
          <w:sz w:val="18"/>
          <w:szCs w:val="18"/>
        </w:rPr>
        <w:t xml:space="preserve"> </w:t>
      </w:r>
      <w:proofErr w:type="spellStart"/>
      <w:r w:rsidRPr="00D73BDF">
        <w:rPr>
          <w:rFonts w:ascii="Sylfaen" w:hAnsi="Sylfaen" w:cs="Sylfaen"/>
          <w:sz w:val="18"/>
          <w:szCs w:val="18"/>
        </w:rPr>
        <w:t>მშენებლობის</w:t>
      </w:r>
      <w:proofErr w:type="spellEnd"/>
      <w:r w:rsidRPr="00D73BDF">
        <w:rPr>
          <w:rFonts w:cstheme="majorHAnsi"/>
          <w:sz w:val="18"/>
          <w:szCs w:val="18"/>
        </w:rPr>
        <w:t xml:space="preserve"> </w:t>
      </w:r>
      <w:proofErr w:type="spellStart"/>
      <w:r w:rsidRPr="00D73BDF">
        <w:rPr>
          <w:rFonts w:ascii="Sylfaen" w:hAnsi="Sylfaen" w:cs="Sylfaen"/>
          <w:sz w:val="18"/>
          <w:szCs w:val="18"/>
        </w:rPr>
        <w:t>პროგრესის</w:t>
      </w:r>
      <w:proofErr w:type="spellEnd"/>
      <w:r w:rsidRPr="00D73BDF">
        <w:rPr>
          <w:rFonts w:cstheme="majorHAnsi"/>
          <w:sz w:val="18"/>
          <w:szCs w:val="18"/>
        </w:rPr>
        <w:t xml:space="preserve"> </w:t>
      </w:r>
      <w:proofErr w:type="spellStart"/>
      <w:r w:rsidRPr="00D73BDF">
        <w:rPr>
          <w:rFonts w:ascii="Sylfaen" w:hAnsi="Sylfaen" w:cs="Sylfaen"/>
          <w:sz w:val="18"/>
          <w:szCs w:val="18"/>
        </w:rPr>
        <w:t>ამსახველი</w:t>
      </w:r>
      <w:proofErr w:type="spellEnd"/>
      <w:r w:rsidRPr="00D73BDF">
        <w:rPr>
          <w:rFonts w:cstheme="majorHAnsi"/>
          <w:sz w:val="18"/>
          <w:szCs w:val="18"/>
        </w:rPr>
        <w:t xml:space="preserve"> </w:t>
      </w:r>
      <w:r w:rsidR="00876CA8">
        <w:rPr>
          <w:rFonts w:ascii="Sylfaen" w:hAnsi="Sylfaen" w:cs="Sylfaen"/>
          <w:sz w:val="18"/>
          <w:szCs w:val="18"/>
          <w:lang w:val="ka-GE"/>
        </w:rPr>
        <w:t>ანგარიში</w:t>
      </w:r>
      <w:r w:rsidRPr="00D73BDF">
        <w:rPr>
          <w:rFonts w:cstheme="majorHAnsi"/>
          <w:sz w:val="18"/>
          <w:szCs w:val="18"/>
        </w:rPr>
        <w:t xml:space="preserve">, </w:t>
      </w:r>
      <w:r w:rsidR="00876CA8">
        <w:rPr>
          <w:rFonts w:ascii="Sylfaen" w:hAnsi="Sylfaen" w:cs="Sylfaen"/>
          <w:sz w:val="18"/>
          <w:szCs w:val="18"/>
          <w:lang w:val="ka-GE"/>
        </w:rPr>
        <w:t>რომელიც</w:t>
      </w:r>
      <w:r w:rsidRPr="00D73BDF">
        <w:rPr>
          <w:rFonts w:cstheme="majorHAnsi"/>
          <w:sz w:val="18"/>
          <w:szCs w:val="18"/>
        </w:rPr>
        <w:t xml:space="preserve"> </w:t>
      </w:r>
      <w:proofErr w:type="spellStart"/>
      <w:r w:rsidRPr="00D73BDF">
        <w:rPr>
          <w:rFonts w:ascii="Sylfaen" w:hAnsi="Sylfaen" w:cs="Sylfaen"/>
          <w:sz w:val="18"/>
          <w:szCs w:val="18"/>
        </w:rPr>
        <w:t>უნდა</w:t>
      </w:r>
      <w:proofErr w:type="spellEnd"/>
      <w:r w:rsidRPr="00D73BDF">
        <w:rPr>
          <w:rFonts w:cstheme="majorHAnsi"/>
          <w:sz w:val="18"/>
          <w:szCs w:val="18"/>
        </w:rPr>
        <w:t xml:space="preserve"> </w:t>
      </w:r>
      <w:proofErr w:type="spellStart"/>
      <w:r w:rsidRPr="00D73BDF">
        <w:rPr>
          <w:rFonts w:ascii="Sylfaen" w:hAnsi="Sylfaen" w:cs="Sylfaen"/>
          <w:sz w:val="18"/>
          <w:szCs w:val="18"/>
        </w:rPr>
        <w:t>მოიცავდეს</w:t>
      </w:r>
      <w:proofErr w:type="spellEnd"/>
      <w:r w:rsidRPr="00D73BDF">
        <w:rPr>
          <w:rFonts w:cstheme="majorHAnsi"/>
          <w:sz w:val="18"/>
          <w:szCs w:val="18"/>
        </w:rPr>
        <w:t xml:space="preserve"> </w:t>
      </w:r>
      <w:proofErr w:type="spellStart"/>
      <w:r w:rsidRPr="00D73BDF">
        <w:rPr>
          <w:rFonts w:ascii="Sylfaen" w:hAnsi="Sylfaen" w:cs="Sylfaen"/>
          <w:sz w:val="18"/>
          <w:szCs w:val="18"/>
        </w:rPr>
        <w:t>შემდეგს</w:t>
      </w:r>
      <w:proofErr w:type="spellEnd"/>
      <w:r w:rsidRPr="00D73BDF">
        <w:rPr>
          <w:rFonts w:cstheme="majorHAnsi"/>
          <w:sz w:val="18"/>
          <w:szCs w:val="18"/>
        </w:rPr>
        <w:t xml:space="preserve">: </w:t>
      </w:r>
    </w:p>
    <w:p w14:paraId="214C2102" w14:textId="5E63FA48" w:rsidR="004B6084" w:rsidRPr="00D73BDF" w:rsidRDefault="00A74260" w:rsidP="00185C20">
      <w:pPr>
        <w:jc w:val="both"/>
        <w:rPr>
          <w:rFonts w:cstheme="majorHAnsi"/>
          <w:sz w:val="18"/>
          <w:szCs w:val="18"/>
        </w:rPr>
      </w:pPr>
      <w:r w:rsidRPr="00D73BDF">
        <w:rPr>
          <w:rFonts w:ascii="Sylfaen" w:hAnsi="Sylfaen" w:cs="Sylfaen"/>
          <w:sz w:val="18"/>
          <w:szCs w:val="18"/>
        </w:rPr>
        <w:t>ა</w:t>
      </w:r>
      <w:r w:rsidR="00C45EA9">
        <w:rPr>
          <w:rFonts w:ascii="Sylfaen" w:hAnsi="Sylfaen" w:cstheme="majorHAnsi"/>
          <w:sz w:val="18"/>
          <w:szCs w:val="18"/>
          <w:lang w:val="ka-GE"/>
        </w:rPr>
        <w:t>)</w:t>
      </w:r>
      <w:r w:rsidRPr="00D73BDF">
        <w:rPr>
          <w:rFonts w:cstheme="majorHAnsi"/>
          <w:sz w:val="18"/>
          <w:szCs w:val="18"/>
        </w:rPr>
        <w:t xml:space="preserve"> </w:t>
      </w:r>
      <w:proofErr w:type="spellStart"/>
      <w:r w:rsidRPr="00D73BDF">
        <w:rPr>
          <w:rFonts w:ascii="Sylfaen" w:hAnsi="Sylfaen" w:cs="Sylfaen"/>
          <w:sz w:val="18"/>
          <w:szCs w:val="18"/>
        </w:rPr>
        <w:t>მიმდინარე</w:t>
      </w:r>
      <w:proofErr w:type="spellEnd"/>
      <w:r w:rsidRPr="00D73BDF">
        <w:rPr>
          <w:rFonts w:cstheme="majorHAnsi"/>
          <w:sz w:val="18"/>
          <w:szCs w:val="18"/>
        </w:rPr>
        <w:t xml:space="preserve"> </w:t>
      </w:r>
      <w:proofErr w:type="spellStart"/>
      <w:r w:rsidRPr="00D73BDF">
        <w:rPr>
          <w:rFonts w:ascii="Sylfaen" w:hAnsi="Sylfaen" w:cs="Sylfaen"/>
          <w:sz w:val="18"/>
          <w:szCs w:val="18"/>
        </w:rPr>
        <w:t>სამუშაოების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აღწერა</w:t>
      </w:r>
      <w:proofErr w:type="spellEnd"/>
      <w:r w:rsidR="00876CA8">
        <w:rPr>
          <w:rFonts w:cstheme="majorHAnsi"/>
          <w:sz w:val="18"/>
          <w:szCs w:val="18"/>
          <w:lang w:val="ka-GE"/>
        </w:rPr>
        <w:t>;</w:t>
      </w:r>
    </w:p>
    <w:p w14:paraId="009B0B25" w14:textId="26B553A0" w:rsidR="004B6084" w:rsidRPr="00D73BDF" w:rsidRDefault="00A74260" w:rsidP="00185C20">
      <w:pPr>
        <w:jc w:val="both"/>
        <w:rPr>
          <w:rFonts w:cstheme="majorHAnsi"/>
          <w:sz w:val="18"/>
          <w:szCs w:val="18"/>
        </w:rPr>
      </w:pPr>
      <w:r w:rsidRPr="00D73BDF">
        <w:rPr>
          <w:rFonts w:ascii="Sylfaen" w:hAnsi="Sylfaen" w:cs="Sylfaen"/>
          <w:sz w:val="18"/>
          <w:szCs w:val="18"/>
        </w:rPr>
        <w:t>ბ</w:t>
      </w:r>
      <w:r w:rsidR="00C45EA9">
        <w:rPr>
          <w:rFonts w:ascii="Sylfaen" w:hAnsi="Sylfaen" w:cstheme="majorHAnsi"/>
          <w:sz w:val="18"/>
          <w:szCs w:val="18"/>
          <w:lang w:val="ka-GE"/>
        </w:rPr>
        <w:t>)</w:t>
      </w:r>
      <w:r w:rsidRPr="00D73BDF">
        <w:rPr>
          <w:rFonts w:cstheme="majorHAnsi"/>
          <w:sz w:val="18"/>
          <w:szCs w:val="18"/>
        </w:rPr>
        <w:t xml:space="preserve"> </w:t>
      </w:r>
      <w:proofErr w:type="spellStart"/>
      <w:r w:rsidRPr="00D73BDF">
        <w:rPr>
          <w:rFonts w:ascii="Sylfaen" w:hAnsi="Sylfaen" w:cs="Sylfaen"/>
          <w:sz w:val="18"/>
          <w:szCs w:val="18"/>
        </w:rPr>
        <w:t>მიმდინარე</w:t>
      </w:r>
      <w:proofErr w:type="spellEnd"/>
      <w:r w:rsidRPr="00D73BDF">
        <w:rPr>
          <w:rFonts w:cstheme="majorHAnsi"/>
          <w:sz w:val="18"/>
          <w:szCs w:val="18"/>
        </w:rPr>
        <w:t xml:space="preserve"> </w:t>
      </w:r>
      <w:proofErr w:type="spellStart"/>
      <w:r w:rsidRPr="00D73BDF">
        <w:rPr>
          <w:rFonts w:ascii="Sylfaen" w:hAnsi="Sylfaen" w:cs="Sylfaen"/>
          <w:sz w:val="18"/>
          <w:szCs w:val="18"/>
        </w:rPr>
        <w:t>და</w:t>
      </w:r>
      <w:proofErr w:type="spellEnd"/>
      <w:r w:rsidRPr="00D73BDF">
        <w:rPr>
          <w:rFonts w:cstheme="majorHAnsi"/>
          <w:sz w:val="18"/>
          <w:szCs w:val="18"/>
        </w:rPr>
        <w:t xml:space="preserve"> </w:t>
      </w:r>
      <w:proofErr w:type="spellStart"/>
      <w:r w:rsidRPr="00D73BDF">
        <w:rPr>
          <w:rFonts w:ascii="Sylfaen" w:hAnsi="Sylfaen" w:cs="Sylfaen"/>
          <w:sz w:val="18"/>
          <w:szCs w:val="18"/>
        </w:rPr>
        <w:t>დასრულებული</w:t>
      </w:r>
      <w:proofErr w:type="spellEnd"/>
      <w:r w:rsidRPr="00D73BDF">
        <w:rPr>
          <w:rFonts w:cstheme="majorHAnsi"/>
          <w:sz w:val="18"/>
          <w:szCs w:val="18"/>
        </w:rPr>
        <w:t xml:space="preserve"> </w:t>
      </w:r>
      <w:proofErr w:type="spellStart"/>
      <w:r w:rsidRPr="00D73BDF">
        <w:rPr>
          <w:rFonts w:ascii="Sylfaen" w:hAnsi="Sylfaen" w:cs="Sylfaen"/>
          <w:sz w:val="18"/>
          <w:szCs w:val="18"/>
        </w:rPr>
        <w:t>სამუშოების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ამსახველი</w:t>
      </w:r>
      <w:proofErr w:type="spellEnd"/>
      <w:r w:rsidRPr="00D73BDF">
        <w:rPr>
          <w:rFonts w:cstheme="majorHAnsi"/>
          <w:sz w:val="18"/>
          <w:szCs w:val="18"/>
        </w:rPr>
        <w:t xml:space="preserve"> </w:t>
      </w:r>
      <w:proofErr w:type="spellStart"/>
      <w:r w:rsidRPr="00D73BDF">
        <w:rPr>
          <w:rFonts w:ascii="Sylfaen" w:hAnsi="Sylfaen" w:cs="Sylfaen"/>
          <w:sz w:val="18"/>
          <w:szCs w:val="18"/>
        </w:rPr>
        <w:t>ფოტომასალა</w:t>
      </w:r>
      <w:proofErr w:type="spellEnd"/>
      <w:r w:rsidRPr="00D73BDF">
        <w:rPr>
          <w:rFonts w:cstheme="majorHAnsi"/>
          <w:sz w:val="18"/>
          <w:szCs w:val="18"/>
        </w:rPr>
        <w:t>;</w:t>
      </w:r>
    </w:p>
    <w:p w14:paraId="57072D82" w14:textId="35735876" w:rsidR="004B6084" w:rsidRPr="00D73BDF" w:rsidRDefault="00A74260" w:rsidP="00185C20">
      <w:pPr>
        <w:jc w:val="both"/>
        <w:rPr>
          <w:rFonts w:cstheme="majorHAnsi"/>
          <w:sz w:val="18"/>
          <w:szCs w:val="18"/>
        </w:rPr>
      </w:pPr>
      <w:r w:rsidRPr="00D73BDF">
        <w:rPr>
          <w:rFonts w:ascii="Sylfaen" w:hAnsi="Sylfaen" w:cs="Sylfaen"/>
          <w:sz w:val="18"/>
          <w:szCs w:val="18"/>
        </w:rPr>
        <w:t>გ</w:t>
      </w:r>
      <w:r w:rsidR="00C45EA9">
        <w:rPr>
          <w:rFonts w:ascii="Sylfaen" w:hAnsi="Sylfaen" w:cstheme="majorHAnsi"/>
          <w:sz w:val="18"/>
          <w:szCs w:val="18"/>
          <w:lang w:val="ka-GE"/>
        </w:rPr>
        <w:t>)</w:t>
      </w:r>
      <w:r w:rsidRPr="00D73BDF">
        <w:rPr>
          <w:rFonts w:cstheme="majorHAnsi"/>
          <w:sz w:val="18"/>
          <w:szCs w:val="18"/>
        </w:rPr>
        <w:t xml:space="preserve"> </w:t>
      </w:r>
      <w:proofErr w:type="spellStart"/>
      <w:r w:rsidRPr="00D73BDF">
        <w:rPr>
          <w:rFonts w:ascii="Sylfaen" w:hAnsi="Sylfaen" w:cs="Sylfaen"/>
          <w:sz w:val="18"/>
          <w:szCs w:val="18"/>
        </w:rPr>
        <w:t>მომუშავე</w:t>
      </w:r>
      <w:proofErr w:type="spellEnd"/>
      <w:r w:rsidRPr="00D73BDF">
        <w:rPr>
          <w:rFonts w:cstheme="majorHAnsi"/>
          <w:sz w:val="18"/>
          <w:szCs w:val="18"/>
        </w:rPr>
        <w:t xml:space="preserve"> </w:t>
      </w:r>
      <w:proofErr w:type="spellStart"/>
      <w:r w:rsidRPr="00D73BDF">
        <w:rPr>
          <w:rFonts w:ascii="Sylfaen" w:hAnsi="Sylfaen" w:cs="Sylfaen"/>
          <w:sz w:val="18"/>
          <w:szCs w:val="18"/>
        </w:rPr>
        <w:t>პერსონალის</w:t>
      </w:r>
      <w:proofErr w:type="spellEnd"/>
      <w:r w:rsidRPr="00D73BDF">
        <w:rPr>
          <w:rFonts w:cstheme="majorHAnsi"/>
          <w:sz w:val="18"/>
          <w:szCs w:val="18"/>
        </w:rPr>
        <w:t xml:space="preserve"> </w:t>
      </w:r>
      <w:proofErr w:type="spellStart"/>
      <w:r w:rsidRPr="00D73BDF">
        <w:rPr>
          <w:rFonts w:ascii="Sylfaen" w:hAnsi="Sylfaen" w:cs="Sylfaen"/>
          <w:sz w:val="18"/>
          <w:szCs w:val="18"/>
        </w:rPr>
        <w:t>რაოდენობა</w:t>
      </w:r>
      <w:proofErr w:type="spellEnd"/>
      <w:r w:rsidRPr="00D73BDF">
        <w:rPr>
          <w:rFonts w:cstheme="majorHAnsi"/>
          <w:sz w:val="18"/>
          <w:szCs w:val="18"/>
        </w:rPr>
        <w:t xml:space="preserve"> </w:t>
      </w:r>
      <w:r w:rsidR="00C45EA9">
        <w:rPr>
          <w:rFonts w:ascii="Sylfaen" w:hAnsi="Sylfaen" w:cstheme="majorHAnsi"/>
          <w:sz w:val="18"/>
          <w:szCs w:val="18"/>
          <w:lang w:val="ka-GE"/>
        </w:rPr>
        <w:t>(</w:t>
      </w:r>
      <w:proofErr w:type="spellStart"/>
      <w:r w:rsidRPr="00D73BDF">
        <w:rPr>
          <w:rFonts w:ascii="Sylfaen" w:hAnsi="Sylfaen" w:cs="Sylfaen"/>
          <w:sz w:val="18"/>
          <w:szCs w:val="18"/>
        </w:rPr>
        <w:t>ყოველდღიური</w:t>
      </w:r>
      <w:proofErr w:type="spellEnd"/>
      <w:r w:rsidRPr="00D73BDF">
        <w:rPr>
          <w:rFonts w:cstheme="majorHAnsi"/>
          <w:sz w:val="18"/>
          <w:szCs w:val="18"/>
        </w:rPr>
        <w:t xml:space="preserve"> </w:t>
      </w:r>
      <w:proofErr w:type="spellStart"/>
      <w:r w:rsidRPr="00D73BDF">
        <w:rPr>
          <w:rFonts w:ascii="Sylfaen" w:hAnsi="Sylfaen" w:cs="Sylfaen"/>
          <w:sz w:val="18"/>
          <w:szCs w:val="18"/>
        </w:rPr>
        <w:t>აღრიცხვა</w:t>
      </w:r>
      <w:proofErr w:type="spellEnd"/>
      <w:r w:rsidR="00C45EA9">
        <w:rPr>
          <w:rFonts w:ascii="Sylfaen" w:hAnsi="Sylfaen" w:cs="Sylfaen"/>
          <w:sz w:val="18"/>
          <w:szCs w:val="18"/>
          <w:lang w:val="ka-GE"/>
        </w:rPr>
        <w:t>)</w:t>
      </w:r>
      <w:r w:rsidRPr="00D73BDF">
        <w:rPr>
          <w:rFonts w:cstheme="majorHAnsi"/>
          <w:sz w:val="18"/>
          <w:szCs w:val="18"/>
        </w:rPr>
        <w:t xml:space="preserve"> </w:t>
      </w:r>
      <w:r w:rsidR="00C45EA9">
        <w:rPr>
          <w:rFonts w:ascii="Sylfaen" w:hAnsi="Sylfaen" w:cstheme="majorHAnsi"/>
          <w:sz w:val="18"/>
          <w:szCs w:val="18"/>
          <w:lang w:val="ka-GE"/>
        </w:rPr>
        <w:t>(</w:t>
      </w:r>
      <w:proofErr w:type="spellStart"/>
      <w:r w:rsidRPr="00D73BDF">
        <w:rPr>
          <w:rFonts w:ascii="Sylfaen" w:hAnsi="Sylfaen" w:cs="Sylfaen"/>
          <w:sz w:val="18"/>
          <w:szCs w:val="18"/>
        </w:rPr>
        <w:t>მაგ</w:t>
      </w:r>
      <w:proofErr w:type="spellEnd"/>
      <w:r w:rsidRPr="00D73BDF">
        <w:rPr>
          <w:rFonts w:cstheme="majorHAnsi"/>
          <w:sz w:val="18"/>
          <w:szCs w:val="18"/>
        </w:rPr>
        <w:t xml:space="preserve">: </w:t>
      </w:r>
      <w:r w:rsidR="00797F20">
        <w:rPr>
          <w:rFonts w:ascii="Sylfaen" w:hAnsi="Sylfaen" w:cs="Sylfaen"/>
          <w:sz w:val="18"/>
          <w:szCs w:val="18"/>
          <w:lang w:val="ka-GE"/>
        </w:rPr>
        <w:t>მემონტაჟე</w:t>
      </w:r>
      <w:r w:rsidR="00797F20" w:rsidRPr="00D73BDF">
        <w:rPr>
          <w:rFonts w:cstheme="majorHAnsi"/>
          <w:sz w:val="18"/>
          <w:szCs w:val="18"/>
        </w:rPr>
        <w:t xml:space="preserve"> </w:t>
      </w:r>
      <w:r w:rsidRPr="00D73BDF">
        <w:rPr>
          <w:rFonts w:cstheme="majorHAnsi"/>
          <w:sz w:val="18"/>
          <w:szCs w:val="18"/>
        </w:rPr>
        <w:t xml:space="preserve">- 5; </w:t>
      </w:r>
      <w:proofErr w:type="spellStart"/>
      <w:r w:rsidRPr="00D73BDF">
        <w:rPr>
          <w:rFonts w:ascii="Sylfaen" w:hAnsi="Sylfaen" w:cs="Sylfaen"/>
          <w:sz w:val="18"/>
          <w:szCs w:val="18"/>
        </w:rPr>
        <w:t>ინჟინერი</w:t>
      </w:r>
      <w:proofErr w:type="spellEnd"/>
      <w:r w:rsidRPr="00D73BDF">
        <w:rPr>
          <w:rFonts w:cstheme="majorHAnsi"/>
          <w:sz w:val="18"/>
          <w:szCs w:val="18"/>
        </w:rPr>
        <w:t xml:space="preserve"> - 1; </w:t>
      </w:r>
      <w:proofErr w:type="spellStart"/>
      <w:r w:rsidRPr="00D73BDF">
        <w:rPr>
          <w:rFonts w:ascii="Sylfaen" w:hAnsi="Sylfaen" w:cs="Sylfaen"/>
          <w:sz w:val="18"/>
          <w:szCs w:val="18"/>
        </w:rPr>
        <w:t>დამხმარე</w:t>
      </w:r>
      <w:proofErr w:type="spellEnd"/>
      <w:r w:rsidRPr="00D73BDF">
        <w:rPr>
          <w:rFonts w:cstheme="majorHAnsi"/>
          <w:sz w:val="18"/>
          <w:szCs w:val="18"/>
        </w:rPr>
        <w:t xml:space="preserve"> </w:t>
      </w:r>
      <w:proofErr w:type="spellStart"/>
      <w:r w:rsidRPr="00D73BDF">
        <w:rPr>
          <w:rFonts w:ascii="Sylfaen" w:hAnsi="Sylfaen" w:cs="Sylfaen"/>
          <w:sz w:val="18"/>
          <w:szCs w:val="18"/>
        </w:rPr>
        <w:t>მუშა</w:t>
      </w:r>
      <w:proofErr w:type="spellEnd"/>
      <w:r w:rsidRPr="00D73BDF">
        <w:rPr>
          <w:rFonts w:cstheme="majorHAnsi"/>
          <w:sz w:val="18"/>
          <w:szCs w:val="18"/>
        </w:rPr>
        <w:t xml:space="preserve"> -5</w:t>
      </w:r>
      <w:r w:rsidR="00C45EA9">
        <w:rPr>
          <w:rFonts w:ascii="Sylfaen" w:hAnsi="Sylfaen" w:cstheme="majorHAnsi"/>
          <w:sz w:val="18"/>
          <w:szCs w:val="18"/>
          <w:lang w:val="ka-GE"/>
        </w:rPr>
        <w:t>)</w:t>
      </w:r>
      <w:r w:rsidRPr="00D73BDF">
        <w:rPr>
          <w:rFonts w:cstheme="majorHAnsi"/>
          <w:sz w:val="18"/>
          <w:szCs w:val="18"/>
        </w:rPr>
        <w:t>;</w:t>
      </w:r>
    </w:p>
    <w:p w14:paraId="4969AE5E" w14:textId="3C859039" w:rsidR="004B6084" w:rsidRPr="00D73BDF" w:rsidRDefault="00A74260" w:rsidP="00185C20">
      <w:pPr>
        <w:jc w:val="both"/>
        <w:rPr>
          <w:rFonts w:cstheme="majorHAnsi"/>
          <w:sz w:val="18"/>
          <w:szCs w:val="18"/>
        </w:rPr>
      </w:pPr>
      <w:r w:rsidRPr="00D73BDF">
        <w:rPr>
          <w:rFonts w:cstheme="majorHAnsi"/>
          <w:sz w:val="18"/>
          <w:szCs w:val="18"/>
        </w:rPr>
        <w:t>3.3.1</w:t>
      </w:r>
      <w:r w:rsidR="00713193">
        <w:rPr>
          <w:rFonts w:cstheme="majorHAnsi"/>
          <w:sz w:val="18"/>
          <w:szCs w:val="18"/>
          <w:lang w:val="ka-GE"/>
        </w:rPr>
        <w:t>0</w:t>
      </w:r>
      <w:r w:rsidRPr="00D73BDF">
        <w:rPr>
          <w:rFonts w:cstheme="majorHAnsi"/>
          <w:sz w:val="18"/>
          <w:szCs w:val="18"/>
        </w:rPr>
        <w:t xml:space="preserve">. </w:t>
      </w:r>
      <w:proofErr w:type="spellStart"/>
      <w:r w:rsidRPr="00D73BDF">
        <w:rPr>
          <w:rFonts w:ascii="Sylfaen" w:hAnsi="Sylfaen" w:cs="Sylfaen"/>
          <w:sz w:val="18"/>
          <w:szCs w:val="18"/>
        </w:rPr>
        <w:t>შრომის</w:t>
      </w:r>
      <w:proofErr w:type="spellEnd"/>
      <w:r w:rsidRPr="00D73BDF">
        <w:rPr>
          <w:rFonts w:cstheme="majorHAnsi"/>
          <w:sz w:val="18"/>
          <w:szCs w:val="18"/>
        </w:rPr>
        <w:t xml:space="preserve"> </w:t>
      </w:r>
      <w:proofErr w:type="spellStart"/>
      <w:r w:rsidRPr="00D73BDF">
        <w:rPr>
          <w:rFonts w:ascii="Sylfaen" w:hAnsi="Sylfaen" w:cs="Sylfaen"/>
          <w:sz w:val="18"/>
          <w:szCs w:val="18"/>
        </w:rPr>
        <w:t>უსაფრთხოების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კანონმდებლობის</w:t>
      </w:r>
      <w:proofErr w:type="spellEnd"/>
      <w:r w:rsidRPr="00D73BDF">
        <w:rPr>
          <w:rFonts w:cstheme="majorHAnsi"/>
          <w:sz w:val="18"/>
          <w:szCs w:val="18"/>
        </w:rPr>
        <w:t xml:space="preserve"> </w:t>
      </w:r>
      <w:proofErr w:type="spellStart"/>
      <w:r w:rsidRPr="00D73BDF">
        <w:rPr>
          <w:rFonts w:ascii="Sylfaen" w:hAnsi="Sylfaen" w:cs="Sylfaen"/>
          <w:sz w:val="18"/>
          <w:szCs w:val="18"/>
        </w:rPr>
        <w:t>მოთხოვნების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შესაბამისად</w:t>
      </w:r>
      <w:proofErr w:type="spellEnd"/>
      <w:r w:rsidRPr="00D73BDF">
        <w:rPr>
          <w:rFonts w:cstheme="majorHAnsi"/>
          <w:sz w:val="18"/>
          <w:szCs w:val="18"/>
        </w:rPr>
        <w:t xml:space="preserve"> </w:t>
      </w:r>
      <w:proofErr w:type="spellStart"/>
      <w:r w:rsidRPr="00D73BDF">
        <w:rPr>
          <w:rFonts w:ascii="Sylfaen" w:hAnsi="Sylfaen" w:cs="Sylfaen"/>
          <w:sz w:val="18"/>
          <w:szCs w:val="18"/>
        </w:rPr>
        <w:t>უზრუნველყოს</w:t>
      </w:r>
      <w:proofErr w:type="spellEnd"/>
      <w:r w:rsidRPr="00D73BDF">
        <w:rPr>
          <w:rFonts w:cstheme="majorHAnsi"/>
          <w:sz w:val="18"/>
          <w:szCs w:val="18"/>
        </w:rPr>
        <w:t xml:space="preserve"> </w:t>
      </w:r>
      <w:proofErr w:type="spellStart"/>
      <w:r w:rsidRPr="00D73BDF">
        <w:rPr>
          <w:rFonts w:ascii="Sylfaen" w:hAnsi="Sylfaen" w:cs="Sylfaen"/>
          <w:sz w:val="18"/>
          <w:szCs w:val="18"/>
        </w:rPr>
        <w:t>ყველა</w:t>
      </w:r>
      <w:proofErr w:type="spellEnd"/>
      <w:r w:rsidRPr="00D73BDF">
        <w:rPr>
          <w:rFonts w:cstheme="majorHAnsi"/>
          <w:sz w:val="18"/>
          <w:szCs w:val="18"/>
        </w:rPr>
        <w:t xml:space="preserve"> </w:t>
      </w:r>
      <w:proofErr w:type="spellStart"/>
      <w:r w:rsidRPr="00D73BDF">
        <w:rPr>
          <w:rFonts w:ascii="Sylfaen" w:hAnsi="Sylfaen" w:cs="Sylfaen"/>
          <w:sz w:val="18"/>
          <w:szCs w:val="18"/>
        </w:rPr>
        <w:t>მისი</w:t>
      </w:r>
      <w:proofErr w:type="spellEnd"/>
      <w:r w:rsidRPr="00D73BDF">
        <w:rPr>
          <w:rFonts w:cstheme="majorHAnsi"/>
          <w:sz w:val="18"/>
          <w:szCs w:val="18"/>
        </w:rPr>
        <w:t xml:space="preserve"> </w:t>
      </w:r>
      <w:proofErr w:type="spellStart"/>
      <w:r w:rsidRPr="00D73BDF">
        <w:rPr>
          <w:rFonts w:ascii="Sylfaen" w:hAnsi="Sylfaen" w:cs="Sylfaen"/>
          <w:sz w:val="18"/>
          <w:szCs w:val="18"/>
        </w:rPr>
        <w:t>თანამშრომლის</w:t>
      </w:r>
      <w:proofErr w:type="spellEnd"/>
      <w:r w:rsidRPr="00D73BDF">
        <w:rPr>
          <w:rFonts w:cstheme="majorHAnsi"/>
          <w:sz w:val="18"/>
          <w:szCs w:val="18"/>
        </w:rPr>
        <w:t xml:space="preserve"> </w:t>
      </w:r>
      <w:proofErr w:type="spellStart"/>
      <w:r w:rsidRPr="00D73BDF">
        <w:rPr>
          <w:rFonts w:ascii="Sylfaen" w:hAnsi="Sylfaen" w:cs="Sylfaen"/>
          <w:sz w:val="18"/>
          <w:szCs w:val="18"/>
        </w:rPr>
        <w:t>მუდმივად</w:t>
      </w:r>
      <w:proofErr w:type="spellEnd"/>
      <w:r w:rsidRPr="00D73BDF">
        <w:rPr>
          <w:rFonts w:cstheme="majorHAnsi"/>
          <w:sz w:val="18"/>
          <w:szCs w:val="18"/>
        </w:rPr>
        <w:t xml:space="preserve"> </w:t>
      </w:r>
      <w:proofErr w:type="spellStart"/>
      <w:r w:rsidRPr="00D73BDF">
        <w:rPr>
          <w:rFonts w:ascii="Sylfaen" w:hAnsi="Sylfaen" w:cs="Sylfaen"/>
          <w:sz w:val="18"/>
          <w:szCs w:val="18"/>
        </w:rPr>
        <w:t>დაზღვევა</w:t>
      </w:r>
      <w:proofErr w:type="spellEnd"/>
      <w:r w:rsidRPr="00D73BDF">
        <w:rPr>
          <w:rFonts w:cstheme="majorHAnsi"/>
          <w:sz w:val="18"/>
          <w:szCs w:val="18"/>
        </w:rPr>
        <w:t xml:space="preserve">, </w:t>
      </w:r>
      <w:proofErr w:type="spellStart"/>
      <w:r w:rsidRPr="00D73BDF">
        <w:rPr>
          <w:rFonts w:ascii="Sylfaen" w:hAnsi="Sylfaen" w:cs="Sylfaen"/>
          <w:sz w:val="18"/>
          <w:szCs w:val="18"/>
        </w:rPr>
        <w:t>რომლებიც</w:t>
      </w:r>
      <w:proofErr w:type="spellEnd"/>
      <w:r w:rsidRPr="00D73BDF">
        <w:rPr>
          <w:rFonts w:cstheme="majorHAnsi"/>
          <w:sz w:val="18"/>
          <w:szCs w:val="18"/>
        </w:rPr>
        <w:t xml:space="preserve"> </w:t>
      </w:r>
      <w:proofErr w:type="spellStart"/>
      <w:r w:rsidRPr="00D73BDF">
        <w:rPr>
          <w:rFonts w:ascii="Sylfaen" w:hAnsi="Sylfaen" w:cs="Sylfaen"/>
          <w:sz w:val="18"/>
          <w:szCs w:val="18"/>
        </w:rPr>
        <w:t>ახორციელებენ</w:t>
      </w:r>
      <w:proofErr w:type="spellEnd"/>
      <w:r w:rsidRPr="00D73BDF">
        <w:rPr>
          <w:rFonts w:cstheme="majorHAnsi"/>
          <w:sz w:val="18"/>
          <w:szCs w:val="18"/>
        </w:rPr>
        <w:t xml:space="preserve"> </w:t>
      </w:r>
      <w:proofErr w:type="spellStart"/>
      <w:r w:rsidRPr="00D73BDF">
        <w:rPr>
          <w:rFonts w:ascii="Sylfaen" w:hAnsi="Sylfaen" w:cs="Sylfaen"/>
          <w:sz w:val="18"/>
          <w:szCs w:val="18"/>
        </w:rPr>
        <w:t>წინამდებარე</w:t>
      </w:r>
      <w:proofErr w:type="spellEnd"/>
      <w:r w:rsidRPr="00D73BDF">
        <w:rPr>
          <w:rFonts w:cstheme="majorHAnsi"/>
          <w:sz w:val="18"/>
          <w:szCs w:val="18"/>
        </w:rPr>
        <w:t xml:space="preserve"> </w:t>
      </w:r>
      <w:proofErr w:type="spellStart"/>
      <w:r w:rsidRPr="00D73BDF">
        <w:rPr>
          <w:rFonts w:ascii="Sylfaen" w:hAnsi="Sylfaen" w:cs="Sylfaen"/>
          <w:sz w:val="18"/>
          <w:szCs w:val="18"/>
        </w:rPr>
        <w:t>ხელშეკრულებით</w:t>
      </w:r>
      <w:proofErr w:type="spellEnd"/>
      <w:r w:rsidRPr="00D73BDF">
        <w:rPr>
          <w:rFonts w:cstheme="majorHAnsi"/>
          <w:sz w:val="18"/>
          <w:szCs w:val="18"/>
        </w:rPr>
        <w:t xml:space="preserve"> </w:t>
      </w:r>
      <w:proofErr w:type="spellStart"/>
      <w:r w:rsidRPr="00D73BDF">
        <w:rPr>
          <w:rFonts w:ascii="Sylfaen" w:hAnsi="Sylfaen" w:cs="Sylfaen"/>
          <w:sz w:val="18"/>
          <w:szCs w:val="18"/>
        </w:rPr>
        <w:t>გათვალისწინებულ</w:t>
      </w:r>
      <w:proofErr w:type="spellEnd"/>
      <w:r w:rsidRPr="00D73BDF">
        <w:rPr>
          <w:rFonts w:cstheme="majorHAnsi"/>
          <w:sz w:val="18"/>
          <w:szCs w:val="18"/>
        </w:rPr>
        <w:t xml:space="preserve"> </w:t>
      </w:r>
      <w:proofErr w:type="spellStart"/>
      <w:r w:rsidRPr="00D73BDF">
        <w:rPr>
          <w:rFonts w:ascii="Sylfaen" w:hAnsi="Sylfaen" w:cs="Sylfaen"/>
          <w:sz w:val="18"/>
          <w:szCs w:val="18"/>
        </w:rPr>
        <w:t>სამუშაოებს</w:t>
      </w:r>
      <w:proofErr w:type="spellEnd"/>
      <w:r w:rsidRPr="00D73BDF">
        <w:rPr>
          <w:rFonts w:cstheme="majorHAnsi"/>
          <w:sz w:val="18"/>
          <w:szCs w:val="18"/>
        </w:rPr>
        <w:t xml:space="preserve">, </w:t>
      </w:r>
      <w:proofErr w:type="spellStart"/>
      <w:r w:rsidRPr="00D73BDF">
        <w:rPr>
          <w:rFonts w:ascii="Sylfaen" w:hAnsi="Sylfaen" w:cs="Sylfaen"/>
          <w:sz w:val="18"/>
          <w:szCs w:val="18"/>
        </w:rPr>
        <w:t>ამასთან</w:t>
      </w:r>
      <w:proofErr w:type="spellEnd"/>
      <w:r w:rsidRPr="00D73BDF">
        <w:rPr>
          <w:rFonts w:cstheme="majorHAnsi"/>
          <w:sz w:val="18"/>
          <w:szCs w:val="18"/>
        </w:rPr>
        <w:t xml:space="preserve"> </w:t>
      </w:r>
      <w:proofErr w:type="spellStart"/>
      <w:r w:rsidRPr="00D73BDF">
        <w:rPr>
          <w:rFonts w:ascii="Sylfaen" w:hAnsi="Sylfaen" w:cs="Sylfaen"/>
          <w:sz w:val="18"/>
          <w:szCs w:val="18"/>
        </w:rPr>
        <w:t>ყოველ</w:t>
      </w:r>
      <w:proofErr w:type="spellEnd"/>
      <w:r w:rsidRPr="00D73BDF">
        <w:rPr>
          <w:rFonts w:cstheme="majorHAnsi"/>
          <w:sz w:val="18"/>
          <w:szCs w:val="18"/>
        </w:rPr>
        <w:t xml:space="preserve"> </w:t>
      </w:r>
      <w:proofErr w:type="spellStart"/>
      <w:r w:rsidRPr="00D73BDF">
        <w:rPr>
          <w:rFonts w:ascii="Sylfaen" w:hAnsi="Sylfaen" w:cs="Sylfaen"/>
          <w:sz w:val="18"/>
          <w:szCs w:val="18"/>
        </w:rPr>
        <w:t>ჯერზე</w:t>
      </w:r>
      <w:proofErr w:type="spellEnd"/>
      <w:r w:rsidRPr="00D73BDF">
        <w:rPr>
          <w:rFonts w:cstheme="majorHAnsi"/>
          <w:sz w:val="18"/>
          <w:szCs w:val="18"/>
        </w:rPr>
        <w:t xml:space="preserve"> </w:t>
      </w:r>
      <w:proofErr w:type="spellStart"/>
      <w:r w:rsidRPr="00D73BDF">
        <w:rPr>
          <w:rFonts w:ascii="Sylfaen" w:hAnsi="Sylfaen" w:cs="Sylfaen"/>
          <w:sz w:val="18"/>
          <w:szCs w:val="18"/>
        </w:rPr>
        <w:t>ახალი</w:t>
      </w:r>
      <w:proofErr w:type="spellEnd"/>
      <w:r w:rsidRPr="00D73BDF">
        <w:rPr>
          <w:rFonts w:cstheme="majorHAnsi"/>
          <w:sz w:val="18"/>
          <w:szCs w:val="18"/>
        </w:rPr>
        <w:t xml:space="preserve"> </w:t>
      </w:r>
      <w:proofErr w:type="spellStart"/>
      <w:r w:rsidRPr="00D73BDF">
        <w:rPr>
          <w:rFonts w:ascii="Sylfaen" w:hAnsi="Sylfaen" w:cs="Sylfaen"/>
          <w:sz w:val="18"/>
          <w:szCs w:val="18"/>
        </w:rPr>
        <w:t>თანამშრომლის</w:t>
      </w:r>
      <w:proofErr w:type="spellEnd"/>
      <w:r w:rsidRPr="00D73BDF">
        <w:rPr>
          <w:rFonts w:cstheme="majorHAnsi"/>
          <w:sz w:val="18"/>
          <w:szCs w:val="18"/>
        </w:rPr>
        <w:t xml:space="preserve"> </w:t>
      </w:r>
      <w:proofErr w:type="spellStart"/>
      <w:r w:rsidRPr="00D73BDF">
        <w:rPr>
          <w:rFonts w:ascii="Sylfaen" w:hAnsi="Sylfaen" w:cs="Sylfaen"/>
          <w:sz w:val="18"/>
          <w:szCs w:val="18"/>
        </w:rPr>
        <w:t>ობიექტზე</w:t>
      </w:r>
      <w:proofErr w:type="spellEnd"/>
      <w:r w:rsidRPr="00D73BDF">
        <w:rPr>
          <w:rFonts w:cstheme="majorHAnsi"/>
          <w:sz w:val="18"/>
          <w:szCs w:val="18"/>
        </w:rPr>
        <w:t xml:space="preserve"> </w:t>
      </w:r>
      <w:proofErr w:type="spellStart"/>
      <w:r w:rsidRPr="00D73BDF">
        <w:rPr>
          <w:rFonts w:ascii="Sylfaen" w:hAnsi="Sylfaen" w:cs="Sylfaen"/>
          <w:sz w:val="18"/>
          <w:szCs w:val="18"/>
        </w:rPr>
        <w:t>წარმოდგენის</w:t>
      </w:r>
      <w:proofErr w:type="spellEnd"/>
      <w:r w:rsidRPr="00D73BDF">
        <w:rPr>
          <w:rFonts w:cstheme="majorHAnsi"/>
          <w:sz w:val="18"/>
          <w:szCs w:val="18"/>
        </w:rPr>
        <w:t xml:space="preserve"> </w:t>
      </w:r>
      <w:proofErr w:type="spellStart"/>
      <w:r w:rsidRPr="00D73BDF">
        <w:rPr>
          <w:rFonts w:ascii="Sylfaen" w:hAnsi="Sylfaen" w:cs="Sylfaen"/>
          <w:sz w:val="18"/>
          <w:szCs w:val="18"/>
        </w:rPr>
        <w:t>შემთხვევაში</w:t>
      </w:r>
      <w:proofErr w:type="spellEnd"/>
      <w:r w:rsidRPr="00D73BDF">
        <w:rPr>
          <w:rFonts w:cstheme="majorHAnsi"/>
          <w:sz w:val="18"/>
          <w:szCs w:val="18"/>
        </w:rPr>
        <w:t xml:space="preserve">, </w:t>
      </w:r>
      <w:r w:rsidR="00325B50">
        <w:rPr>
          <w:rFonts w:ascii="Sylfaen" w:hAnsi="Sylfaen" w:cs="Sylfaen"/>
          <w:sz w:val="18"/>
          <w:szCs w:val="18"/>
          <w:lang w:val="ka-GE"/>
        </w:rPr>
        <w:t>მენარდე</w:t>
      </w:r>
      <w:r w:rsidRPr="00D73BDF">
        <w:rPr>
          <w:rFonts w:cstheme="majorHAnsi"/>
          <w:sz w:val="18"/>
          <w:szCs w:val="18"/>
        </w:rPr>
        <w:t xml:space="preserve"> </w:t>
      </w:r>
      <w:proofErr w:type="spellStart"/>
      <w:r w:rsidRPr="00D73BDF">
        <w:rPr>
          <w:rFonts w:ascii="Sylfaen" w:hAnsi="Sylfaen" w:cs="Sylfaen"/>
          <w:sz w:val="18"/>
          <w:szCs w:val="18"/>
        </w:rPr>
        <w:t>ვალდებულია</w:t>
      </w:r>
      <w:proofErr w:type="spellEnd"/>
      <w:r w:rsidRPr="00D73BDF">
        <w:rPr>
          <w:rFonts w:cstheme="majorHAnsi"/>
          <w:sz w:val="18"/>
          <w:szCs w:val="18"/>
        </w:rPr>
        <w:t xml:space="preserve"> </w:t>
      </w:r>
      <w:proofErr w:type="spellStart"/>
      <w:r w:rsidRPr="00D73BDF">
        <w:rPr>
          <w:rFonts w:ascii="Sylfaen" w:hAnsi="Sylfaen" w:cs="Sylfaen"/>
          <w:sz w:val="18"/>
          <w:szCs w:val="18"/>
        </w:rPr>
        <w:t>დააზღვიოს</w:t>
      </w:r>
      <w:proofErr w:type="spellEnd"/>
      <w:r w:rsidRPr="00D73BDF">
        <w:rPr>
          <w:rFonts w:cstheme="majorHAnsi"/>
          <w:sz w:val="18"/>
          <w:szCs w:val="18"/>
        </w:rPr>
        <w:t xml:space="preserve"> </w:t>
      </w:r>
      <w:proofErr w:type="spellStart"/>
      <w:r w:rsidRPr="00D73BDF">
        <w:rPr>
          <w:rFonts w:ascii="Sylfaen" w:hAnsi="Sylfaen" w:cs="Sylfaen"/>
          <w:sz w:val="18"/>
          <w:szCs w:val="18"/>
        </w:rPr>
        <w:t>ახალი</w:t>
      </w:r>
      <w:proofErr w:type="spellEnd"/>
      <w:r w:rsidRPr="00D73BDF">
        <w:rPr>
          <w:rFonts w:cstheme="majorHAnsi"/>
          <w:sz w:val="18"/>
          <w:szCs w:val="18"/>
        </w:rPr>
        <w:t xml:space="preserve"> </w:t>
      </w:r>
      <w:proofErr w:type="spellStart"/>
      <w:r w:rsidRPr="00D73BDF">
        <w:rPr>
          <w:rFonts w:ascii="Sylfaen" w:hAnsi="Sylfaen" w:cs="Sylfaen"/>
          <w:sz w:val="18"/>
          <w:szCs w:val="18"/>
        </w:rPr>
        <w:t>თანამშრომლები</w:t>
      </w:r>
      <w:proofErr w:type="spellEnd"/>
      <w:r w:rsidRPr="00D73BDF">
        <w:rPr>
          <w:rFonts w:cstheme="majorHAnsi"/>
          <w:sz w:val="18"/>
          <w:szCs w:val="18"/>
        </w:rPr>
        <w:t xml:space="preserve"> </w:t>
      </w:r>
      <w:proofErr w:type="spellStart"/>
      <w:r w:rsidRPr="00D73BDF">
        <w:rPr>
          <w:rFonts w:ascii="Sylfaen" w:hAnsi="Sylfaen" w:cs="Sylfaen"/>
          <w:sz w:val="18"/>
          <w:szCs w:val="18"/>
        </w:rPr>
        <w:t>არაუგვიანეს</w:t>
      </w:r>
      <w:proofErr w:type="spellEnd"/>
      <w:r w:rsidRPr="00D73BDF">
        <w:rPr>
          <w:rFonts w:cstheme="majorHAnsi"/>
          <w:sz w:val="18"/>
          <w:szCs w:val="18"/>
        </w:rPr>
        <w:t xml:space="preserve"> </w:t>
      </w:r>
      <w:proofErr w:type="spellStart"/>
      <w:r w:rsidRPr="00D73BDF">
        <w:rPr>
          <w:rFonts w:ascii="Sylfaen" w:hAnsi="Sylfaen" w:cs="Sylfaen"/>
          <w:sz w:val="18"/>
          <w:szCs w:val="18"/>
        </w:rPr>
        <w:t>ახალი</w:t>
      </w:r>
      <w:proofErr w:type="spellEnd"/>
      <w:r w:rsidRPr="00D73BDF">
        <w:rPr>
          <w:rFonts w:cstheme="majorHAnsi"/>
          <w:sz w:val="18"/>
          <w:szCs w:val="18"/>
        </w:rPr>
        <w:t xml:space="preserve"> </w:t>
      </w:r>
      <w:proofErr w:type="spellStart"/>
      <w:r w:rsidRPr="00D73BDF">
        <w:rPr>
          <w:rFonts w:ascii="Sylfaen" w:hAnsi="Sylfaen" w:cs="Sylfaen"/>
          <w:sz w:val="18"/>
          <w:szCs w:val="18"/>
        </w:rPr>
        <w:t>თანამშრომლ</w:t>
      </w:r>
      <w:proofErr w:type="spellEnd"/>
      <w:r w:rsidRPr="00D73BDF">
        <w:rPr>
          <w:rFonts w:cstheme="majorHAnsi"/>
          <w:sz w:val="18"/>
          <w:szCs w:val="18"/>
        </w:rPr>
        <w:t>(</w:t>
      </w:r>
      <w:proofErr w:type="spellStart"/>
      <w:r w:rsidRPr="00D73BDF">
        <w:rPr>
          <w:rFonts w:ascii="Sylfaen" w:hAnsi="Sylfaen" w:cs="Sylfaen"/>
          <w:sz w:val="18"/>
          <w:szCs w:val="18"/>
        </w:rPr>
        <w:t>ებ</w:t>
      </w:r>
      <w:proofErr w:type="spellEnd"/>
      <w:r w:rsidRPr="00D73BDF">
        <w:rPr>
          <w:rFonts w:cstheme="majorHAnsi"/>
          <w:sz w:val="18"/>
          <w:szCs w:val="18"/>
        </w:rPr>
        <w:t>)</w:t>
      </w:r>
      <w:proofErr w:type="spellStart"/>
      <w:r w:rsidRPr="00D73BDF">
        <w:rPr>
          <w:rFonts w:ascii="Sylfaen" w:hAnsi="Sylfaen" w:cs="Sylfaen"/>
          <w:sz w:val="18"/>
          <w:szCs w:val="18"/>
        </w:rPr>
        <w:t>ის</w:t>
      </w:r>
      <w:proofErr w:type="spellEnd"/>
      <w:r w:rsidRPr="00D73BDF">
        <w:rPr>
          <w:rFonts w:cstheme="majorHAnsi"/>
          <w:sz w:val="18"/>
          <w:szCs w:val="18"/>
        </w:rPr>
        <w:t xml:space="preserve"> </w:t>
      </w:r>
      <w:proofErr w:type="spellStart"/>
      <w:r w:rsidRPr="00D73BDF">
        <w:rPr>
          <w:rFonts w:ascii="Sylfaen" w:hAnsi="Sylfaen" w:cs="Sylfaen"/>
          <w:sz w:val="18"/>
          <w:szCs w:val="18"/>
        </w:rPr>
        <w:t>ობიექტზე</w:t>
      </w:r>
      <w:proofErr w:type="spellEnd"/>
      <w:r w:rsidRPr="00D73BDF">
        <w:rPr>
          <w:rFonts w:cstheme="majorHAnsi"/>
          <w:sz w:val="18"/>
          <w:szCs w:val="18"/>
        </w:rPr>
        <w:t xml:space="preserve"> </w:t>
      </w:r>
      <w:proofErr w:type="spellStart"/>
      <w:r w:rsidRPr="00D73BDF">
        <w:rPr>
          <w:rFonts w:ascii="Sylfaen" w:hAnsi="Sylfaen" w:cs="Sylfaen"/>
          <w:sz w:val="18"/>
          <w:szCs w:val="18"/>
        </w:rPr>
        <w:t>შემოსვლიდან</w:t>
      </w:r>
      <w:proofErr w:type="spellEnd"/>
      <w:r w:rsidRPr="00D73BDF">
        <w:rPr>
          <w:rFonts w:cstheme="majorHAnsi"/>
          <w:sz w:val="18"/>
          <w:szCs w:val="18"/>
        </w:rPr>
        <w:t xml:space="preserve"> 1 (</w:t>
      </w:r>
      <w:proofErr w:type="spellStart"/>
      <w:r w:rsidRPr="00D73BDF">
        <w:rPr>
          <w:rFonts w:ascii="Sylfaen" w:hAnsi="Sylfaen" w:cs="Sylfaen"/>
          <w:sz w:val="18"/>
          <w:szCs w:val="18"/>
        </w:rPr>
        <w:t>ერთი</w:t>
      </w:r>
      <w:proofErr w:type="spellEnd"/>
      <w:r w:rsidRPr="00D73BDF">
        <w:rPr>
          <w:rFonts w:cstheme="majorHAnsi"/>
          <w:sz w:val="18"/>
          <w:szCs w:val="18"/>
        </w:rPr>
        <w:t xml:space="preserve">) </w:t>
      </w:r>
      <w:proofErr w:type="spellStart"/>
      <w:r w:rsidRPr="00D73BDF">
        <w:rPr>
          <w:rFonts w:ascii="Sylfaen" w:hAnsi="Sylfaen" w:cs="Sylfaen"/>
          <w:sz w:val="18"/>
          <w:szCs w:val="18"/>
        </w:rPr>
        <w:t>კვირის</w:t>
      </w:r>
      <w:proofErr w:type="spellEnd"/>
      <w:r w:rsidRPr="00D73BDF">
        <w:rPr>
          <w:rFonts w:cstheme="majorHAnsi"/>
          <w:sz w:val="18"/>
          <w:szCs w:val="18"/>
        </w:rPr>
        <w:t xml:space="preserve"> </w:t>
      </w:r>
      <w:proofErr w:type="spellStart"/>
      <w:r w:rsidRPr="00D73BDF">
        <w:rPr>
          <w:rFonts w:ascii="Sylfaen" w:hAnsi="Sylfaen" w:cs="Sylfaen"/>
          <w:sz w:val="18"/>
          <w:szCs w:val="18"/>
        </w:rPr>
        <w:t>ვადაში</w:t>
      </w:r>
      <w:proofErr w:type="spellEnd"/>
      <w:r w:rsidRPr="00D73BDF">
        <w:rPr>
          <w:rFonts w:cstheme="majorHAnsi"/>
          <w:sz w:val="18"/>
          <w:szCs w:val="18"/>
        </w:rPr>
        <w:t xml:space="preserve">.  </w:t>
      </w:r>
      <w:proofErr w:type="spellStart"/>
      <w:r w:rsidRPr="00D73BDF">
        <w:rPr>
          <w:rFonts w:ascii="Sylfaen" w:hAnsi="Sylfaen" w:cs="Sylfaen"/>
          <w:sz w:val="18"/>
          <w:szCs w:val="18"/>
        </w:rPr>
        <w:t>ყოველი</w:t>
      </w:r>
      <w:proofErr w:type="spellEnd"/>
      <w:r w:rsidRPr="00D73BDF">
        <w:rPr>
          <w:rFonts w:cstheme="majorHAnsi"/>
          <w:sz w:val="18"/>
          <w:szCs w:val="18"/>
        </w:rPr>
        <w:t xml:space="preserve"> </w:t>
      </w:r>
      <w:proofErr w:type="spellStart"/>
      <w:r w:rsidRPr="00D73BDF">
        <w:rPr>
          <w:rFonts w:ascii="Sylfaen" w:hAnsi="Sylfaen" w:cs="Sylfaen"/>
          <w:sz w:val="18"/>
          <w:szCs w:val="18"/>
        </w:rPr>
        <w:t>თვის</w:t>
      </w:r>
      <w:proofErr w:type="spellEnd"/>
      <w:r w:rsidRPr="00D73BDF">
        <w:rPr>
          <w:rFonts w:cstheme="majorHAnsi"/>
          <w:sz w:val="18"/>
          <w:szCs w:val="18"/>
        </w:rPr>
        <w:t xml:space="preserve"> </w:t>
      </w:r>
      <w:proofErr w:type="spellStart"/>
      <w:r w:rsidRPr="00D73BDF">
        <w:rPr>
          <w:rFonts w:ascii="Sylfaen" w:hAnsi="Sylfaen" w:cs="Sylfaen"/>
          <w:sz w:val="18"/>
          <w:szCs w:val="18"/>
        </w:rPr>
        <w:t>ბოლოს</w:t>
      </w:r>
      <w:proofErr w:type="spellEnd"/>
      <w:r w:rsidRPr="00D73BDF">
        <w:rPr>
          <w:rFonts w:cstheme="majorHAnsi"/>
          <w:sz w:val="18"/>
          <w:szCs w:val="18"/>
        </w:rPr>
        <w:t xml:space="preserve"> </w:t>
      </w:r>
      <w:proofErr w:type="spellStart"/>
      <w:r w:rsidRPr="00D73BDF">
        <w:rPr>
          <w:rFonts w:ascii="Sylfaen" w:hAnsi="Sylfaen" w:cs="Sylfaen"/>
          <w:sz w:val="18"/>
          <w:szCs w:val="18"/>
        </w:rPr>
        <w:t>ან</w:t>
      </w:r>
      <w:proofErr w:type="spellEnd"/>
      <w:r w:rsidRPr="00D73BDF">
        <w:rPr>
          <w:rFonts w:cstheme="majorHAnsi"/>
          <w:sz w:val="18"/>
          <w:szCs w:val="18"/>
        </w:rPr>
        <w:t>/</w:t>
      </w:r>
      <w:proofErr w:type="spellStart"/>
      <w:r w:rsidRPr="00D73BDF">
        <w:rPr>
          <w:rFonts w:ascii="Sylfaen" w:hAnsi="Sylfaen" w:cs="Sylfaen"/>
          <w:sz w:val="18"/>
          <w:szCs w:val="18"/>
        </w:rPr>
        <w:t>და</w:t>
      </w:r>
      <w:proofErr w:type="spellEnd"/>
      <w:r w:rsidRPr="00D73BDF">
        <w:rPr>
          <w:rFonts w:cstheme="majorHAnsi"/>
          <w:sz w:val="18"/>
          <w:szCs w:val="18"/>
        </w:rPr>
        <w:t xml:space="preserve"> </w:t>
      </w:r>
      <w:proofErr w:type="spellStart"/>
      <w:r w:rsidRPr="00D73BDF">
        <w:rPr>
          <w:rFonts w:ascii="Sylfaen" w:hAnsi="Sylfaen" w:cs="Sylfaen"/>
          <w:sz w:val="18"/>
          <w:szCs w:val="18"/>
        </w:rPr>
        <w:t>დამკვეთის</w:t>
      </w:r>
      <w:proofErr w:type="spellEnd"/>
      <w:r w:rsidRPr="00D73BDF">
        <w:rPr>
          <w:rFonts w:cstheme="majorHAnsi"/>
          <w:sz w:val="18"/>
          <w:szCs w:val="18"/>
        </w:rPr>
        <w:t xml:space="preserve"> </w:t>
      </w:r>
      <w:proofErr w:type="spellStart"/>
      <w:r w:rsidRPr="00D73BDF">
        <w:rPr>
          <w:rFonts w:ascii="Sylfaen" w:hAnsi="Sylfaen" w:cs="Sylfaen"/>
          <w:sz w:val="18"/>
          <w:szCs w:val="18"/>
        </w:rPr>
        <w:t>მიერ</w:t>
      </w:r>
      <w:proofErr w:type="spellEnd"/>
      <w:r w:rsidRPr="00D73BDF">
        <w:rPr>
          <w:rFonts w:cstheme="majorHAnsi"/>
          <w:sz w:val="18"/>
          <w:szCs w:val="18"/>
        </w:rPr>
        <w:t xml:space="preserve"> </w:t>
      </w:r>
      <w:proofErr w:type="spellStart"/>
      <w:r w:rsidRPr="00D73BDF">
        <w:rPr>
          <w:rFonts w:ascii="Sylfaen" w:hAnsi="Sylfaen" w:cs="Sylfaen"/>
          <w:sz w:val="18"/>
          <w:szCs w:val="18"/>
        </w:rPr>
        <w:t>მოთხოვნილ</w:t>
      </w:r>
      <w:proofErr w:type="spellEnd"/>
      <w:r w:rsidRPr="00D73BDF">
        <w:rPr>
          <w:rFonts w:cstheme="majorHAnsi"/>
          <w:sz w:val="18"/>
          <w:szCs w:val="18"/>
        </w:rPr>
        <w:t xml:space="preserve"> </w:t>
      </w:r>
      <w:proofErr w:type="spellStart"/>
      <w:r w:rsidRPr="00D73BDF">
        <w:rPr>
          <w:rFonts w:ascii="Sylfaen" w:hAnsi="Sylfaen" w:cs="Sylfaen"/>
          <w:sz w:val="18"/>
          <w:szCs w:val="18"/>
        </w:rPr>
        <w:t>ვადაში</w:t>
      </w:r>
      <w:proofErr w:type="spellEnd"/>
      <w:r w:rsidRPr="00D73BDF">
        <w:rPr>
          <w:rFonts w:cstheme="majorHAnsi"/>
          <w:sz w:val="18"/>
          <w:szCs w:val="18"/>
        </w:rPr>
        <w:t xml:space="preserve"> </w:t>
      </w:r>
      <w:r w:rsidR="00C933BB">
        <w:rPr>
          <w:rFonts w:ascii="Sylfaen" w:hAnsi="Sylfaen" w:cs="Sylfaen"/>
          <w:sz w:val="18"/>
          <w:szCs w:val="18"/>
          <w:lang w:val="ka-GE"/>
        </w:rPr>
        <w:t>მენარდემ</w:t>
      </w:r>
      <w:r w:rsidRPr="00D73BDF">
        <w:rPr>
          <w:rFonts w:cstheme="majorHAnsi"/>
          <w:sz w:val="18"/>
          <w:szCs w:val="18"/>
        </w:rPr>
        <w:t xml:space="preserve"> </w:t>
      </w:r>
      <w:proofErr w:type="spellStart"/>
      <w:r w:rsidRPr="00D73BDF">
        <w:rPr>
          <w:rFonts w:ascii="Sylfaen" w:hAnsi="Sylfaen" w:cs="Sylfaen"/>
          <w:sz w:val="18"/>
          <w:szCs w:val="18"/>
        </w:rPr>
        <w:t>უნდა</w:t>
      </w:r>
      <w:proofErr w:type="spellEnd"/>
      <w:r w:rsidRPr="00D73BDF">
        <w:rPr>
          <w:rFonts w:cstheme="majorHAnsi"/>
          <w:sz w:val="18"/>
          <w:szCs w:val="18"/>
        </w:rPr>
        <w:t xml:space="preserve"> </w:t>
      </w:r>
      <w:proofErr w:type="spellStart"/>
      <w:r w:rsidRPr="00D73BDF">
        <w:rPr>
          <w:rFonts w:ascii="Sylfaen" w:hAnsi="Sylfaen" w:cs="Sylfaen"/>
          <w:sz w:val="18"/>
          <w:szCs w:val="18"/>
        </w:rPr>
        <w:t>წარუდგინოს</w:t>
      </w:r>
      <w:proofErr w:type="spellEnd"/>
      <w:r w:rsidRPr="00D73BDF">
        <w:rPr>
          <w:rFonts w:cstheme="majorHAnsi"/>
          <w:sz w:val="18"/>
          <w:szCs w:val="18"/>
        </w:rPr>
        <w:t xml:space="preserve"> </w:t>
      </w:r>
      <w:proofErr w:type="spellStart"/>
      <w:r w:rsidRPr="00D73BDF">
        <w:rPr>
          <w:rFonts w:ascii="Sylfaen" w:hAnsi="Sylfaen" w:cs="Sylfaen"/>
          <w:sz w:val="18"/>
          <w:szCs w:val="18"/>
        </w:rPr>
        <w:t>დამკვეთს</w:t>
      </w:r>
      <w:proofErr w:type="spellEnd"/>
      <w:r w:rsidRPr="00D73BDF">
        <w:rPr>
          <w:rFonts w:cstheme="majorHAnsi"/>
          <w:sz w:val="18"/>
          <w:szCs w:val="18"/>
        </w:rPr>
        <w:t xml:space="preserve"> </w:t>
      </w:r>
      <w:proofErr w:type="spellStart"/>
      <w:r w:rsidRPr="00D73BDF">
        <w:rPr>
          <w:rFonts w:ascii="Sylfaen" w:hAnsi="Sylfaen" w:cs="Sylfaen"/>
          <w:sz w:val="18"/>
          <w:szCs w:val="18"/>
        </w:rPr>
        <w:t>ყველა</w:t>
      </w:r>
      <w:proofErr w:type="spellEnd"/>
      <w:r w:rsidRPr="00D73BDF">
        <w:rPr>
          <w:rFonts w:cstheme="majorHAnsi"/>
          <w:sz w:val="18"/>
          <w:szCs w:val="18"/>
        </w:rPr>
        <w:t xml:space="preserve"> </w:t>
      </w:r>
      <w:proofErr w:type="spellStart"/>
      <w:r w:rsidRPr="00D73BDF">
        <w:rPr>
          <w:rFonts w:ascii="Sylfaen" w:hAnsi="Sylfaen" w:cs="Sylfaen"/>
          <w:sz w:val="18"/>
          <w:szCs w:val="18"/>
        </w:rPr>
        <w:t>დოკუმენტაცია</w:t>
      </w:r>
      <w:proofErr w:type="spellEnd"/>
      <w:r w:rsidRPr="00D73BDF">
        <w:rPr>
          <w:rFonts w:cstheme="majorHAnsi"/>
          <w:sz w:val="18"/>
          <w:szCs w:val="18"/>
        </w:rPr>
        <w:t xml:space="preserve"> </w:t>
      </w:r>
      <w:proofErr w:type="spellStart"/>
      <w:r w:rsidRPr="00D73BDF">
        <w:rPr>
          <w:rFonts w:ascii="Sylfaen" w:hAnsi="Sylfaen" w:cs="Sylfaen"/>
          <w:sz w:val="18"/>
          <w:szCs w:val="18"/>
        </w:rPr>
        <w:t>შრომის</w:t>
      </w:r>
      <w:proofErr w:type="spellEnd"/>
      <w:r w:rsidRPr="00D73BDF">
        <w:rPr>
          <w:rFonts w:cstheme="majorHAnsi"/>
          <w:sz w:val="18"/>
          <w:szCs w:val="18"/>
        </w:rPr>
        <w:t xml:space="preserve"> </w:t>
      </w:r>
      <w:proofErr w:type="spellStart"/>
      <w:r w:rsidRPr="00D73BDF">
        <w:rPr>
          <w:rFonts w:ascii="Sylfaen" w:hAnsi="Sylfaen" w:cs="Sylfaen"/>
          <w:sz w:val="18"/>
          <w:szCs w:val="18"/>
        </w:rPr>
        <w:t>უსაფრთხოების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შესახებ</w:t>
      </w:r>
      <w:proofErr w:type="spellEnd"/>
      <w:r w:rsidRPr="00D73BDF">
        <w:rPr>
          <w:rFonts w:cstheme="majorHAnsi"/>
          <w:sz w:val="18"/>
          <w:szCs w:val="18"/>
        </w:rPr>
        <w:t xml:space="preserve"> </w:t>
      </w:r>
      <w:proofErr w:type="spellStart"/>
      <w:r w:rsidRPr="00D73BDF">
        <w:rPr>
          <w:rFonts w:ascii="Sylfaen" w:hAnsi="Sylfaen" w:cs="Sylfaen"/>
          <w:sz w:val="18"/>
          <w:szCs w:val="18"/>
        </w:rPr>
        <w:t>საქართველოს</w:t>
      </w:r>
      <w:proofErr w:type="spellEnd"/>
      <w:r w:rsidRPr="00D73BDF">
        <w:rPr>
          <w:rFonts w:cstheme="majorHAnsi"/>
          <w:sz w:val="18"/>
          <w:szCs w:val="18"/>
        </w:rPr>
        <w:t xml:space="preserve"> </w:t>
      </w:r>
      <w:proofErr w:type="spellStart"/>
      <w:r w:rsidRPr="00D73BDF">
        <w:rPr>
          <w:rFonts w:ascii="Sylfaen" w:hAnsi="Sylfaen" w:cs="Sylfaen"/>
          <w:sz w:val="18"/>
          <w:szCs w:val="18"/>
        </w:rPr>
        <w:t>კანონმდებლობის</w:t>
      </w:r>
      <w:proofErr w:type="spellEnd"/>
      <w:r w:rsidRPr="00D73BDF">
        <w:rPr>
          <w:rFonts w:cstheme="majorHAnsi"/>
          <w:sz w:val="18"/>
          <w:szCs w:val="18"/>
        </w:rPr>
        <w:t xml:space="preserve"> </w:t>
      </w:r>
      <w:proofErr w:type="spellStart"/>
      <w:r w:rsidRPr="00D73BDF">
        <w:rPr>
          <w:rFonts w:ascii="Sylfaen" w:hAnsi="Sylfaen" w:cs="Sylfaen"/>
          <w:sz w:val="18"/>
          <w:szCs w:val="18"/>
        </w:rPr>
        <w:t>შესაბამისად</w:t>
      </w:r>
      <w:proofErr w:type="spellEnd"/>
      <w:r w:rsidRPr="00D73BDF">
        <w:rPr>
          <w:rFonts w:cstheme="majorHAnsi"/>
          <w:sz w:val="18"/>
          <w:szCs w:val="18"/>
        </w:rPr>
        <w:t xml:space="preserve">, </w:t>
      </w:r>
      <w:proofErr w:type="spellStart"/>
      <w:r w:rsidRPr="00D73BDF">
        <w:rPr>
          <w:rFonts w:ascii="Sylfaen" w:hAnsi="Sylfaen" w:cs="Sylfaen"/>
          <w:sz w:val="18"/>
          <w:szCs w:val="18"/>
        </w:rPr>
        <w:t>ასევე</w:t>
      </w:r>
      <w:proofErr w:type="spellEnd"/>
      <w:r w:rsidRPr="00D73BDF">
        <w:rPr>
          <w:rFonts w:cstheme="majorHAnsi"/>
          <w:sz w:val="18"/>
          <w:szCs w:val="18"/>
        </w:rPr>
        <w:t xml:space="preserve"> </w:t>
      </w:r>
      <w:proofErr w:type="spellStart"/>
      <w:r w:rsidRPr="00D73BDF">
        <w:rPr>
          <w:rFonts w:ascii="Sylfaen" w:hAnsi="Sylfaen" w:cs="Sylfaen"/>
          <w:sz w:val="18"/>
          <w:szCs w:val="18"/>
        </w:rPr>
        <w:t>დაზღვევის</w:t>
      </w:r>
      <w:proofErr w:type="spellEnd"/>
      <w:r w:rsidRPr="00D73BDF">
        <w:rPr>
          <w:rFonts w:cstheme="majorHAnsi"/>
          <w:sz w:val="18"/>
          <w:szCs w:val="18"/>
        </w:rPr>
        <w:t xml:space="preserve"> </w:t>
      </w:r>
      <w:proofErr w:type="spellStart"/>
      <w:r w:rsidRPr="00D73BDF">
        <w:rPr>
          <w:rFonts w:ascii="Sylfaen" w:hAnsi="Sylfaen" w:cs="Sylfaen"/>
          <w:sz w:val="18"/>
          <w:szCs w:val="18"/>
        </w:rPr>
        <w:t>პოლისი</w:t>
      </w:r>
      <w:proofErr w:type="spellEnd"/>
      <w:r w:rsidRPr="00D73BDF">
        <w:rPr>
          <w:rFonts w:cstheme="majorHAnsi"/>
          <w:sz w:val="18"/>
          <w:szCs w:val="18"/>
        </w:rPr>
        <w:t xml:space="preserve"> </w:t>
      </w:r>
      <w:proofErr w:type="spellStart"/>
      <w:r w:rsidRPr="00D73BDF">
        <w:rPr>
          <w:rFonts w:ascii="Sylfaen" w:hAnsi="Sylfaen" w:cs="Sylfaen"/>
          <w:sz w:val="18"/>
          <w:szCs w:val="18"/>
        </w:rPr>
        <w:t>და</w:t>
      </w:r>
      <w:proofErr w:type="spellEnd"/>
      <w:r w:rsidRPr="00D73BDF">
        <w:rPr>
          <w:rFonts w:cstheme="majorHAnsi"/>
          <w:sz w:val="18"/>
          <w:szCs w:val="18"/>
        </w:rPr>
        <w:t xml:space="preserve"> </w:t>
      </w:r>
      <w:proofErr w:type="spellStart"/>
      <w:r w:rsidRPr="00D73BDF">
        <w:rPr>
          <w:rFonts w:ascii="Sylfaen" w:hAnsi="Sylfaen" w:cs="Sylfaen"/>
          <w:sz w:val="18"/>
          <w:szCs w:val="18"/>
        </w:rPr>
        <w:t>დაზღვეული</w:t>
      </w:r>
      <w:proofErr w:type="spellEnd"/>
      <w:r w:rsidRPr="00D73BDF">
        <w:rPr>
          <w:rFonts w:cstheme="majorHAnsi"/>
          <w:sz w:val="18"/>
          <w:szCs w:val="18"/>
        </w:rPr>
        <w:t xml:space="preserve"> </w:t>
      </w:r>
      <w:proofErr w:type="spellStart"/>
      <w:r w:rsidRPr="00D73BDF">
        <w:rPr>
          <w:rFonts w:ascii="Sylfaen" w:hAnsi="Sylfaen" w:cs="Sylfaen"/>
          <w:sz w:val="18"/>
          <w:szCs w:val="18"/>
        </w:rPr>
        <w:t>პირების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სია</w:t>
      </w:r>
      <w:proofErr w:type="spellEnd"/>
      <w:r w:rsidRPr="00D73BDF">
        <w:rPr>
          <w:rFonts w:cstheme="majorHAnsi"/>
          <w:sz w:val="18"/>
          <w:szCs w:val="18"/>
        </w:rPr>
        <w:t>.</w:t>
      </w:r>
    </w:p>
    <w:p w14:paraId="76531ECB" w14:textId="383B59A6" w:rsidR="004B6084" w:rsidRPr="00B31749" w:rsidRDefault="00A74260" w:rsidP="00185C20">
      <w:pPr>
        <w:jc w:val="both"/>
        <w:rPr>
          <w:rFonts w:ascii="Sylfaen" w:hAnsi="Sylfaen" w:cstheme="majorHAnsi"/>
          <w:sz w:val="18"/>
          <w:szCs w:val="18"/>
          <w:lang w:val="ka-GE"/>
        </w:rPr>
      </w:pPr>
      <w:r w:rsidRPr="00D73BDF">
        <w:rPr>
          <w:rFonts w:cstheme="majorHAnsi"/>
          <w:sz w:val="18"/>
          <w:szCs w:val="18"/>
        </w:rPr>
        <w:t>3.3.1</w:t>
      </w:r>
      <w:r w:rsidR="00713193">
        <w:rPr>
          <w:rFonts w:cstheme="majorHAnsi"/>
          <w:sz w:val="18"/>
          <w:szCs w:val="18"/>
          <w:lang w:val="ka-GE"/>
        </w:rPr>
        <w:t>1</w:t>
      </w:r>
      <w:r w:rsidRPr="00D73BDF">
        <w:rPr>
          <w:rFonts w:cstheme="majorHAnsi"/>
          <w:sz w:val="18"/>
          <w:szCs w:val="18"/>
        </w:rPr>
        <w:t xml:space="preserve">. </w:t>
      </w:r>
      <w:proofErr w:type="spellStart"/>
      <w:r w:rsidRPr="00D73BDF">
        <w:rPr>
          <w:rFonts w:ascii="Sylfaen" w:hAnsi="Sylfaen" w:cs="Sylfaen"/>
          <w:sz w:val="18"/>
          <w:szCs w:val="18"/>
        </w:rPr>
        <w:t>ყოველთვიურად</w:t>
      </w:r>
      <w:proofErr w:type="spellEnd"/>
      <w:r w:rsidRPr="00D73BDF">
        <w:rPr>
          <w:rFonts w:cstheme="majorHAnsi"/>
          <w:sz w:val="18"/>
          <w:szCs w:val="18"/>
        </w:rPr>
        <w:t xml:space="preserve"> </w:t>
      </w:r>
      <w:proofErr w:type="spellStart"/>
      <w:r w:rsidRPr="00D73BDF">
        <w:rPr>
          <w:rFonts w:ascii="Sylfaen" w:hAnsi="Sylfaen" w:cs="Sylfaen"/>
          <w:sz w:val="18"/>
          <w:szCs w:val="18"/>
        </w:rPr>
        <w:t>წარუდგინოს</w:t>
      </w:r>
      <w:proofErr w:type="spellEnd"/>
      <w:r w:rsidRPr="00D73BDF">
        <w:rPr>
          <w:rFonts w:cstheme="majorHAnsi"/>
          <w:sz w:val="18"/>
          <w:szCs w:val="18"/>
        </w:rPr>
        <w:t xml:space="preserve"> </w:t>
      </w:r>
      <w:proofErr w:type="spellStart"/>
      <w:r w:rsidRPr="00D73BDF">
        <w:rPr>
          <w:rFonts w:ascii="Sylfaen" w:hAnsi="Sylfaen" w:cs="Sylfaen"/>
          <w:sz w:val="18"/>
          <w:szCs w:val="18"/>
        </w:rPr>
        <w:t>დამკვეთს</w:t>
      </w:r>
      <w:proofErr w:type="spellEnd"/>
      <w:r w:rsidRPr="00D73BDF">
        <w:rPr>
          <w:rFonts w:cstheme="majorHAnsi"/>
          <w:sz w:val="18"/>
          <w:szCs w:val="18"/>
        </w:rPr>
        <w:t xml:space="preserve"> </w:t>
      </w:r>
      <w:r w:rsidR="003831D3">
        <w:rPr>
          <w:rFonts w:ascii="Sylfaen" w:hAnsi="Sylfaen" w:cs="Sylfaen"/>
          <w:sz w:val="18"/>
          <w:szCs w:val="18"/>
          <w:lang w:val="ka-GE"/>
        </w:rPr>
        <w:t>შესრულებული სამუშოები</w:t>
      </w:r>
      <w:r w:rsidR="00876CA8">
        <w:rPr>
          <w:rFonts w:cstheme="majorHAnsi"/>
          <w:sz w:val="18"/>
          <w:szCs w:val="18"/>
          <w:lang w:val="ka-GE"/>
        </w:rPr>
        <w:t>.</w:t>
      </w:r>
      <w:r w:rsidRPr="00D73BDF">
        <w:rPr>
          <w:rFonts w:cstheme="majorHAnsi"/>
          <w:sz w:val="18"/>
          <w:szCs w:val="18"/>
        </w:rPr>
        <w:t xml:space="preserve"> </w:t>
      </w:r>
      <w:proofErr w:type="spellStart"/>
      <w:r w:rsidRPr="00D73BDF">
        <w:rPr>
          <w:rFonts w:ascii="Sylfaen" w:hAnsi="Sylfaen" w:cs="Sylfaen"/>
          <w:sz w:val="18"/>
          <w:szCs w:val="18"/>
        </w:rPr>
        <w:t>ამასთან</w:t>
      </w:r>
      <w:proofErr w:type="spellEnd"/>
      <w:r w:rsidRPr="00D73BDF">
        <w:rPr>
          <w:rFonts w:cstheme="majorHAnsi"/>
          <w:sz w:val="18"/>
          <w:szCs w:val="18"/>
        </w:rPr>
        <w:t xml:space="preserve">, </w:t>
      </w:r>
      <w:proofErr w:type="spellStart"/>
      <w:r w:rsidRPr="00D73BDF">
        <w:rPr>
          <w:rFonts w:ascii="Sylfaen" w:hAnsi="Sylfaen" w:cs="Sylfaen"/>
          <w:sz w:val="18"/>
          <w:szCs w:val="18"/>
        </w:rPr>
        <w:t>მენარდის</w:t>
      </w:r>
      <w:proofErr w:type="spellEnd"/>
      <w:r w:rsidRPr="00D73BDF">
        <w:rPr>
          <w:rFonts w:cstheme="majorHAnsi"/>
          <w:sz w:val="18"/>
          <w:szCs w:val="18"/>
        </w:rPr>
        <w:t xml:space="preserve"> </w:t>
      </w:r>
      <w:proofErr w:type="spellStart"/>
      <w:r w:rsidRPr="00D73BDF">
        <w:rPr>
          <w:rFonts w:ascii="Sylfaen" w:hAnsi="Sylfaen" w:cs="Sylfaen"/>
          <w:sz w:val="18"/>
          <w:szCs w:val="18"/>
        </w:rPr>
        <w:t>მიერ</w:t>
      </w:r>
      <w:proofErr w:type="spellEnd"/>
      <w:r w:rsidRPr="00D73BDF">
        <w:rPr>
          <w:rFonts w:cstheme="majorHAnsi"/>
          <w:sz w:val="18"/>
          <w:szCs w:val="18"/>
        </w:rPr>
        <w:t xml:space="preserve"> </w:t>
      </w:r>
      <w:proofErr w:type="spellStart"/>
      <w:r w:rsidRPr="00D73BDF">
        <w:rPr>
          <w:rFonts w:ascii="Sylfaen" w:hAnsi="Sylfaen" w:cs="Sylfaen"/>
          <w:sz w:val="18"/>
          <w:szCs w:val="18"/>
        </w:rPr>
        <w:t>აღნიშნული</w:t>
      </w:r>
      <w:proofErr w:type="spellEnd"/>
      <w:r w:rsidRPr="00D73BDF">
        <w:rPr>
          <w:rFonts w:cstheme="majorHAnsi"/>
          <w:sz w:val="18"/>
          <w:szCs w:val="18"/>
        </w:rPr>
        <w:t xml:space="preserve"> </w:t>
      </w:r>
      <w:proofErr w:type="spellStart"/>
      <w:r w:rsidRPr="00D73BDF">
        <w:rPr>
          <w:rFonts w:ascii="Sylfaen" w:hAnsi="Sylfaen" w:cs="Sylfaen"/>
          <w:sz w:val="18"/>
          <w:szCs w:val="18"/>
        </w:rPr>
        <w:t>ვალდებულების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შეუსრულებლობის</w:t>
      </w:r>
      <w:proofErr w:type="spellEnd"/>
      <w:r w:rsidRPr="00D73BDF">
        <w:rPr>
          <w:rFonts w:cstheme="majorHAnsi"/>
          <w:sz w:val="18"/>
          <w:szCs w:val="18"/>
        </w:rPr>
        <w:t xml:space="preserve"> </w:t>
      </w:r>
      <w:proofErr w:type="spellStart"/>
      <w:r w:rsidRPr="00D73BDF">
        <w:rPr>
          <w:rFonts w:ascii="Sylfaen" w:hAnsi="Sylfaen" w:cs="Sylfaen"/>
          <w:sz w:val="18"/>
          <w:szCs w:val="18"/>
        </w:rPr>
        <w:t>შემთხვევაში</w:t>
      </w:r>
      <w:proofErr w:type="spellEnd"/>
      <w:r w:rsidRPr="00D73BDF">
        <w:rPr>
          <w:rFonts w:cstheme="majorHAnsi"/>
          <w:sz w:val="18"/>
          <w:szCs w:val="18"/>
        </w:rPr>
        <w:t xml:space="preserve">, </w:t>
      </w:r>
      <w:proofErr w:type="spellStart"/>
      <w:r w:rsidRPr="00D73BDF">
        <w:rPr>
          <w:rFonts w:ascii="Sylfaen" w:hAnsi="Sylfaen" w:cs="Sylfaen"/>
          <w:sz w:val="18"/>
          <w:szCs w:val="18"/>
        </w:rPr>
        <w:t>დამკვეთი</w:t>
      </w:r>
      <w:proofErr w:type="spellEnd"/>
      <w:r w:rsidRPr="00D73BDF">
        <w:rPr>
          <w:rFonts w:cstheme="majorHAnsi"/>
          <w:sz w:val="18"/>
          <w:szCs w:val="18"/>
        </w:rPr>
        <w:t xml:space="preserve"> </w:t>
      </w:r>
      <w:proofErr w:type="spellStart"/>
      <w:r w:rsidRPr="00D73BDF">
        <w:rPr>
          <w:rFonts w:ascii="Sylfaen" w:hAnsi="Sylfaen" w:cs="Sylfaen"/>
          <w:sz w:val="18"/>
          <w:szCs w:val="18"/>
        </w:rPr>
        <w:t>უფლებამოსილია</w:t>
      </w:r>
      <w:proofErr w:type="spellEnd"/>
      <w:r w:rsidRPr="00D73BDF">
        <w:rPr>
          <w:rFonts w:cstheme="majorHAnsi"/>
          <w:sz w:val="18"/>
          <w:szCs w:val="18"/>
        </w:rPr>
        <w:t xml:space="preserve"> </w:t>
      </w:r>
      <w:proofErr w:type="spellStart"/>
      <w:r w:rsidRPr="00D73BDF">
        <w:rPr>
          <w:rFonts w:ascii="Sylfaen" w:hAnsi="Sylfaen" w:cs="Sylfaen"/>
          <w:sz w:val="18"/>
          <w:szCs w:val="18"/>
        </w:rPr>
        <w:t>არ</w:t>
      </w:r>
      <w:proofErr w:type="spellEnd"/>
      <w:r w:rsidRPr="00D73BDF">
        <w:rPr>
          <w:rFonts w:cstheme="majorHAnsi"/>
          <w:sz w:val="18"/>
          <w:szCs w:val="18"/>
        </w:rPr>
        <w:t xml:space="preserve"> </w:t>
      </w:r>
      <w:proofErr w:type="spellStart"/>
      <w:r w:rsidRPr="00D73BDF">
        <w:rPr>
          <w:rFonts w:ascii="Sylfaen" w:hAnsi="Sylfaen" w:cs="Sylfaen"/>
          <w:sz w:val="18"/>
          <w:szCs w:val="18"/>
        </w:rPr>
        <w:t>დაუდასტუროს</w:t>
      </w:r>
      <w:proofErr w:type="spellEnd"/>
      <w:r w:rsidRPr="00D73BDF">
        <w:rPr>
          <w:rFonts w:cstheme="majorHAnsi"/>
          <w:sz w:val="18"/>
          <w:szCs w:val="18"/>
        </w:rPr>
        <w:t xml:space="preserve"> </w:t>
      </w:r>
      <w:r w:rsidR="00B31749">
        <w:rPr>
          <w:rFonts w:ascii="Sylfaen" w:hAnsi="Sylfaen" w:cs="Sylfaen"/>
          <w:sz w:val="18"/>
          <w:szCs w:val="18"/>
          <w:lang w:val="ka-GE"/>
        </w:rPr>
        <w:t>მენარდეს</w:t>
      </w:r>
      <w:r w:rsidRPr="00D73BDF">
        <w:rPr>
          <w:rFonts w:cstheme="majorHAnsi"/>
          <w:sz w:val="18"/>
          <w:szCs w:val="18"/>
        </w:rPr>
        <w:t xml:space="preserve"> </w:t>
      </w:r>
      <w:proofErr w:type="spellStart"/>
      <w:r w:rsidRPr="00D73BDF">
        <w:rPr>
          <w:rFonts w:ascii="Sylfaen" w:hAnsi="Sylfaen" w:cs="Sylfaen"/>
          <w:sz w:val="18"/>
          <w:szCs w:val="18"/>
        </w:rPr>
        <w:t>ფორმა</w:t>
      </w:r>
      <w:proofErr w:type="spellEnd"/>
      <w:r w:rsidRPr="00D73BDF">
        <w:rPr>
          <w:rFonts w:cstheme="majorHAnsi"/>
          <w:sz w:val="18"/>
          <w:szCs w:val="18"/>
        </w:rPr>
        <w:t xml:space="preserve"> N2</w:t>
      </w:r>
      <w:r w:rsidR="00B31749">
        <w:rPr>
          <w:rFonts w:ascii="Sylfaen" w:hAnsi="Sylfaen" w:cstheme="majorHAnsi"/>
          <w:sz w:val="18"/>
          <w:szCs w:val="18"/>
          <w:lang w:val="ka-GE"/>
        </w:rPr>
        <w:t>.</w:t>
      </w:r>
    </w:p>
    <w:p w14:paraId="6DD138FF" w14:textId="57EB0B8C" w:rsidR="004B6084" w:rsidRPr="00D73BDF" w:rsidRDefault="00A74260" w:rsidP="00185C20">
      <w:pPr>
        <w:jc w:val="both"/>
        <w:rPr>
          <w:rFonts w:cstheme="majorHAnsi"/>
          <w:sz w:val="18"/>
          <w:szCs w:val="18"/>
        </w:rPr>
      </w:pPr>
      <w:r w:rsidRPr="00D73BDF">
        <w:rPr>
          <w:rFonts w:cstheme="majorHAnsi"/>
          <w:sz w:val="18"/>
          <w:szCs w:val="18"/>
        </w:rPr>
        <w:t>3.3.1</w:t>
      </w:r>
      <w:r w:rsidR="00713193">
        <w:rPr>
          <w:rFonts w:cstheme="majorHAnsi"/>
          <w:sz w:val="18"/>
          <w:szCs w:val="18"/>
          <w:lang w:val="ka-GE"/>
        </w:rPr>
        <w:t>2</w:t>
      </w:r>
      <w:r w:rsidRPr="00D73BDF">
        <w:rPr>
          <w:rFonts w:cstheme="majorHAnsi"/>
          <w:sz w:val="18"/>
          <w:szCs w:val="18"/>
        </w:rPr>
        <w:t xml:space="preserve">. </w:t>
      </w:r>
      <w:proofErr w:type="spellStart"/>
      <w:r w:rsidRPr="00D73BDF">
        <w:rPr>
          <w:rFonts w:ascii="Sylfaen" w:hAnsi="Sylfaen" w:cs="Sylfaen"/>
          <w:sz w:val="18"/>
          <w:szCs w:val="18"/>
        </w:rPr>
        <w:t>დამკვეთის</w:t>
      </w:r>
      <w:proofErr w:type="spellEnd"/>
      <w:r w:rsidRPr="00D73BDF">
        <w:rPr>
          <w:rFonts w:cstheme="majorHAnsi"/>
          <w:sz w:val="18"/>
          <w:szCs w:val="18"/>
        </w:rPr>
        <w:t xml:space="preserve"> </w:t>
      </w:r>
      <w:proofErr w:type="spellStart"/>
      <w:r w:rsidRPr="00D73BDF">
        <w:rPr>
          <w:rFonts w:ascii="Sylfaen" w:hAnsi="Sylfaen" w:cs="Sylfaen"/>
          <w:sz w:val="18"/>
          <w:szCs w:val="18"/>
        </w:rPr>
        <w:t>დასაბუთებული</w:t>
      </w:r>
      <w:proofErr w:type="spellEnd"/>
      <w:r w:rsidRPr="00D73BDF">
        <w:rPr>
          <w:rFonts w:cstheme="majorHAnsi"/>
          <w:sz w:val="18"/>
          <w:szCs w:val="18"/>
        </w:rPr>
        <w:t xml:space="preserve"> </w:t>
      </w:r>
      <w:proofErr w:type="spellStart"/>
      <w:r w:rsidRPr="00D73BDF">
        <w:rPr>
          <w:rFonts w:ascii="Sylfaen" w:hAnsi="Sylfaen" w:cs="Sylfaen"/>
          <w:sz w:val="18"/>
          <w:szCs w:val="18"/>
        </w:rPr>
        <w:t>მოთხოვნის</w:t>
      </w:r>
      <w:proofErr w:type="spellEnd"/>
      <w:r w:rsidRPr="00D73BDF">
        <w:rPr>
          <w:rFonts w:cstheme="majorHAnsi"/>
          <w:sz w:val="18"/>
          <w:szCs w:val="18"/>
        </w:rPr>
        <w:t xml:space="preserve"> </w:t>
      </w:r>
      <w:proofErr w:type="spellStart"/>
      <w:r w:rsidRPr="00D73BDF">
        <w:rPr>
          <w:rFonts w:ascii="Sylfaen" w:hAnsi="Sylfaen" w:cs="Sylfaen"/>
          <w:sz w:val="18"/>
          <w:szCs w:val="18"/>
        </w:rPr>
        <w:t>საფუძველზე</w:t>
      </w:r>
      <w:proofErr w:type="spellEnd"/>
      <w:r w:rsidRPr="00D73BDF">
        <w:rPr>
          <w:rFonts w:cstheme="majorHAnsi"/>
          <w:sz w:val="18"/>
          <w:szCs w:val="18"/>
        </w:rPr>
        <w:t xml:space="preserve">, </w:t>
      </w:r>
      <w:proofErr w:type="spellStart"/>
      <w:r w:rsidRPr="00D73BDF">
        <w:rPr>
          <w:rFonts w:ascii="Sylfaen" w:hAnsi="Sylfaen" w:cs="Sylfaen"/>
          <w:sz w:val="18"/>
          <w:szCs w:val="18"/>
        </w:rPr>
        <w:t>დაუყოვნებლივ</w:t>
      </w:r>
      <w:proofErr w:type="spellEnd"/>
      <w:r w:rsidRPr="00D73BDF">
        <w:rPr>
          <w:rFonts w:cstheme="majorHAnsi"/>
          <w:sz w:val="18"/>
          <w:szCs w:val="18"/>
        </w:rPr>
        <w:t xml:space="preserve"> </w:t>
      </w:r>
      <w:proofErr w:type="spellStart"/>
      <w:r w:rsidRPr="00D73BDF">
        <w:rPr>
          <w:rFonts w:ascii="Sylfaen" w:hAnsi="Sylfaen" w:cs="Sylfaen"/>
          <w:sz w:val="18"/>
          <w:szCs w:val="18"/>
        </w:rPr>
        <w:t>გაათავისუფლოს</w:t>
      </w:r>
      <w:proofErr w:type="spellEnd"/>
      <w:r w:rsidRPr="00D73BDF">
        <w:rPr>
          <w:rFonts w:cstheme="majorHAnsi"/>
          <w:sz w:val="18"/>
          <w:szCs w:val="18"/>
        </w:rPr>
        <w:t xml:space="preserve"> </w:t>
      </w:r>
      <w:proofErr w:type="spellStart"/>
      <w:r w:rsidRPr="00D73BDF">
        <w:rPr>
          <w:rFonts w:ascii="Sylfaen" w:hAnsi="Sylfaen" w:cs="Sylfaen"/>
          <w:sz w:val="18"/>
          <w:szCs w:val="18"/>
        </w:rPr>
        <w:t>მის</w:t>
      </w:r>
      <w:proofErr w:type="spellEnd"/>
      <w:r w:rsidRPr="00D73BDF">
        <w:rPr>
          <w:rFonts w:cstheme="majorHAnsi"/>
          <w:sz w:val="18"/>
          <w:szCs w:val="18"/>
        </w:rPr>
        <w:t xml:space="preserve"> </w:t>
      </w:r>
      <w:proofErr w:type="spellStart"/>
      <w:r w:rsidRPr="00D73BDF">
        <w:rPr>
          <w:rFonts w:ascii="Sylfaen" w:hAnsi="Sylfaen" w:cs="Sylfaen"/>
          <w:sz w:val="18"/>
          <w:szCs w:val="18"/>
        </w:rPr>
        <w:t>მიერ</w:t>
      </w:r>
      <w:proofErr w:type="spellEnd"/>
      <w:r w:rsidRPr="00D73BDF">
        <w:rPr>
          <w:rFonts w:cstheme="majorHAnsi"/>
          <w:sz w:val="18"/>
          <w:szCs w:val="18"/>
        </w:rPr>
        <w:t xml:space="preserve"> </w:t>
      </w:r>
      <w:proofErr w:type="spellStart"/>
      <w:r w:rsidRPr="00D73BDF">
        <w:rPr>
          <w:rFonts w:ascii="Sylfaen" w:hAnsi="Sylfaen" w:cs="Sylfaen"/>
          <w:sz w:val="18"/>
          <w:szCs w:val="18"/>
        </w:rPr>
        <w:t>ხელშეკრულებით</w:t>
      </w:r>
      <w:proofErr w:type="spellEnd"/>
      <w:r w:rsidRPr="00D73BDF">
        <w:rPr>
          <w:rFonts w:cstheme="majorHAnsi"/>
          <w:sz w:val="18"/>
          <w:szCs w:val="18"/>
        </w:rPr>
        <w:t xml:space="preserve"> </w:t>
      </w:r>
      <w:proofErr w:type="spellStart"/>
      <w:r w:rsidRPr="00D73BDF">
        <w:rPr>
          <w:rFonts w:ascii="Sylfaen" w:hAnsi="Sylfaen" w:cs="Sylfaen"/>
          <w:sz w:val="18"/>
          <w:szCs w:val="18"/>
        </w:rPr>
        <w:t>ნაკისრი</w:t>
      </w:r>
      <w:proofErr w:type="spellEnd"/>
      <w:r w:rsidRPr="00D73BDF">
        <w:rPr>
          <w:rFonts w:cstheme="majorHAnsi"/>
          <w:sz w:val="18"/>
          <w:szCs w:val="18"/>
        </w:rPr>
        <w:t xml:space="preserve"> </w:t>
      </w:r>
      <w:proofErr w:type="spellStart"/>
      <w:r w:rsidRPr="00D73BDF">
        <w:rPr>
          <w:rFonts w:ascii="Sylfaen" w:hAnsi="Sylfaen" w:cs="Sylfaen"/>
          <w:sz w:val="18"/>
          <w:szCs w:val="18"/>
        </w:rPr>
        <w:t>ვალდებულებების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შესასრულებლად</w:t>
      </w:r>
      <w:proofErr w:type="spellEnd"/>
      <w:r w:rsidRPr="00D73BDF">
        <w:rPr>
          <w:rFonts w:cstheme="majorHAnsi"/>
          <w:sz w:val="18"/>
          <w:szCs w:val="18"/>
        </w:rPr>
        <w:t xml:space="preserve"> </w:t>
      </w:r>
      <w:proofErr w:type="spellStart"/>
      <w:r w:rsidRPr="00D73BDF">
        <w:rPr>
          <w:rFonts w:ascii="Sylfaen" w:hAnsi="Sylfaen" w:cs="Sylfaen"/>
          <w:sz w:val="18"/>
          <w:szCs w:val="18"/>
        </w:rPr>
        <w:t>დაქირავებული</w:t>
      </w:r>
      <w:proofErr w:type="spellEnd"/>
      <w:r w:rsidRPr="00D73BDF">
        <w:rPr>
          <w:rFonts w:cstheme="majorHAnsi"/>
          <w:sz w:val="18"/>
          <w:szCs w:val="18"/>
        </w:rPr>
        <w:t xml:space="preserve"> </w:t>
      </w:r>
      <w:proofErr w:type="spellStart"/>
      <w:r w:rsidRPr="00D73BDF">
        <w:rPr>
          <w:rFonts w:ascii="Sylfaen" w:hAnsi="Sylfaen" w:cs="Sylfaen"/>
          <w:sz w:val="18"/>
          <w:szCs w:val="18"/>
        </w:rPr>
        <w:t>ნებისმიერი</w:t>
      </w:r>
      <w:proofErr w:type="spellEnd"/>
      <w:r w:rsidRPr="00D73BDF">
        <w:rPr>
          <w:rFonts w:cstheme="majorHAnsi"/>
          <w:sz w:val="18"/>
          <w:szCs w:val="18"/>
        </w:rPr>
        <w:t xml:space="preserve"> </w:t>
      </w:r>
      <w:proofErr w:type="spellStart"/>
      <w:r w:rsidRPr="00D73BDF">
        <w:rPr>
          <w:rFonts w:ascii="Sylfaen" w:hAnsi="Sylfaen" w:cs="Sylfaen"/>
          <w:sz w:val="18"/>
          <w:szCs w:val="18"/>
        </w:rPr>
        <w:t>პირი</w:t>
      </w:r>
      <w:proofErr w:type="spellEnd"/>
      <w:r w:rsidRPr="00D73BDF">
        <w:rPr>
          <w:rFonts w:cstheme="majorHAnsi"/>
          <w:sz w:val="18"/>
          <w:szCs w:val="18"/>
        </w:rPr>
        <w:t xml:space="preserve"> </w:t>
      </w:r>
      <w:r w:rsidR="00A009C6">
        <w:rPr>
          <w:rFonts w:ascii="Sylfaen" w:hAnsi="Sylfaen" w:cs="Sylfaen"/>
          <w:sz w:val="18"/>
          <w:szCs w:val="18"/>
          <w:lang w:val="ka-GE"/>
        </w:rPr>
        <w:t>სამშენებლო</w:t>
      </w:r>
      <w:r w:rsidRPr="00D73BDF">
        <w:rPr>
          <w:rFonts w:cstheme="majorHAnsi"/>
          <w:sz w:val="18"/>
          <w:szCs w:val="18"/>
        </w:rPr>
        <w:t xml:space="preserve"> </w:t>
      </w:r>
      <w:proofErr w:type="spellStart"/>
      <w:r w:rsidRPr="00D73BDF">
        <w:rPr>
          <w:rFonts w:ascii="Sylfaen" w:hAnsi="Sylfaen" w:cs="Sylfaen"/>
          <w:sz w:val="18"/>
          <w:szCs w:val="18"/>
        </w:rPr>
        <w:t>მოედნიდან</w:t>
      </w:r>
      <w:proofErr w:type="spellEnd"/>
      <w:r w:rsidRPr="00D73BDF">
        <w:rPr>
          <w:rFonts w:cstheme="majorHAnsi"/>
          <w:sz w:val="18"/>
          <w:szCs w:val="18"/>
        </w:rPr>
        <w:t xml:space="preserve">, </w:t>
      </w:r>
      <w:proofErr w:type="spellStart"/>
      <w:r w:rsidRPr="00D73BDF">
        <w:rPr>
          <w:rFonts w:ascii="Sylfaen" w:hAnsi="Sylfaen" w:cs="Sylfaen"/>
          <w:sz w:val="18"/>
          <w:szCs w:val="18"/>
        </w:rPr>
        <w:t>ობიექტზე</w:t>
      </w:r>
      <w:proofErr w:type="spellEnd"/>
      <w:r w:rsidRPr="00D73BDF">
        <w:rPr>
          <w:rFonts w:cstheme="majorHAnsi"/>
          <w:sz w:val="18"/>
          <w:szCs w:val="18"/>
        </w:rPr>
        <w:t xml:space="preserve"> </w:t>
      </w:r>
      <w:proofErr w:type="spellStart"/>
      <w:r w:rsidRPr="00D73BDF">
        <w:rPr>
          <w:rFonts w:ascii="Sylfaen" w:hAnsi="Sylfaen" w:cs="Sylfaen"/>
          <w:sz w:val="18"/>
          <w:szCs w:val="18"/>
        </w:rPr>
        <w:t>შემდგომი</w:t>
      </w:r>
      <w:proofErr w:type="spellEnd"/>
      <w:r w:rsidRPr="00D73BDF">
        <w:rPr>
          <w:rFonts w:cstheme="majorHAnsi"/>
          <w:sz w:val="18"/>
          <w:szCs w:val="18"/>
        </w:rPr>
        <w:t xml:space="preserve"> </w:t>
      </w:r>
      <w:proofErr w:type="spellStart"/>
      <w:r w:rsidRPr="00D73BDF">
        <w:rPr>
          <w:rFonts w:ascii="Sylfaen" w:hAnsi="Sylfaen" w:cs="Sylfaen"/>
          <w:sz w:val="18"/>
          <w:szCs w:val="18"/>
        </w:rPr>
        <w:t>წვდომის</w:t>
      </w:r>
      <w:proofErr w:type="spellEnd"/>
      <w:r w:rsidRPr="00D73BDF">
        <w:rPr>
          <w:rFonts w:cstheme="majorHAnsi"/>
          <w:sz w:val="18"/>
          <w:szCs w:val="18"/>
        </w:rPr>
        <w:t xml:space="preserve"> </w:t>
      </w:r>
      <w:proofErr w:type="spellStart"/>
      <w:r w:rsidRPr="00D73BDF">
        <w:rPr>
          <w:rFonts w:ascii="Sylfaen" w:hAnsi="Sylfaen" w:cs="Sylfaen"/>
          <w:sz w:val="18"/>
          <w:szCs w:val="18"/>
        </w:rPr>
        <w:t>უფლების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შეზღუდვით</w:t>
      </w:r>
      <w:proofErr w:type="spellEnd"/>
      <w:r w:rsidRPr="00D73BDF">
        <w:rPr>
          <w:rFonts w:cstheme="majorHAnsi"/>
          <w:sz w:val="18"/>
          <w:szCs w:val="18"/>
        </w:rPr>
        <w:t>.</w:t>
      </w:r>
    </w:p>
    <w:p w14:paraId="0E84742B" w14:textId="6F26D651" w:rsidR="004B6084" w:rsidRPr="00D73BDF" w:rsidRDefault="00A74260" w:rsidP="00185C20">
      <w:pPr>
        <w:jc w:val="both"/>
        <w:rPr>
          <w:rFonts w:cstheme="majorHAnsi"/>
          <w:sz w:val="18"/>
          <w:szCs w:val="18"/>
        </w:rPr>
      </w:pPr>
      <w:r w:rsidRPr="00D73BDF">
        <w:rPr>
          <w:rFonts w:cstheme="majorHAnsi"/>
          <w:sz w:val="18"/>
          <w:szCs w:val="18"/>
        </w:rPr>
        <w:t>3.3.1</w:t>
      </w:r>
      <w:r w:rsidR="00713193">
        <w:rPr>
          <w:rFonts w:cstheme="majorHAnsi"/>
          <w:sz w:val="18"/>
          <w:szCs w:val="18"/>
          <w:lang w:val="ka-GE"/>
        </w:rPr>
        <w:t>3</w:t>
      </w:r>
      <w:r w:rsidRPr="00D73BDF">
        <w:rPr>
          <w:rFonts w:cstheme="majorHAnsi"/>
          <w:sz w:val="18"/>
          <w:szCs w:val="18"/>
        </w:rPr>
        <w:t xml:space="preserve">. </w:t>
      </w:r>
      <w:r w:rsidR="002C61B6">
        <w:rPr>
          <w:rFonts w:ascii="Sylfaen" w:hAnsi="Sylfaen" w:cs="Sylfaen"/>
          <w:sz w:val="18"/>
          <w:szCs w:val="18"/>
          <w:lang w:val="ka-GE"/>
        </w:rPr>
        <w:t>მენარდე</w:t>
      </w:r>
      <w:r w:rsidRPr="00D73BDF">
        <w:rPr>
          <w:rFonts w:cstheme="majorHAnsi"/>
          <w:sz w:val="18"/>
          <w:szCs w:val="18"/>
        </w:rPr>
        <w:t xml:space="preserve"> </w:t>
      </w:r>
      <w:proofErr w:type="spellStart"/>
      <w:r w:rsidRPr="00D73BDF">
        <w:rPr>
          <w:rFonts w:ascii="Sylfaen" w:hAnsi="Sylfaen" w:cs="Sylfaen"/>
          <w:sz w:val="18"/>
          <w:szCs w:val="18"/>
        </w:rPr>
        <w:t>ვალდებულია</w:t>
      </w:r>
      <w:proofErr w:type="spellEnd"/>
      <w:r w:rsidRPr="00D73BDF">
        <w:rPr>
          <w:rFonts w:cstheme="majorHAnsi"/>
          <w:sz w:val="18"/>
          <w:szCs w:val="18"/>
        </w:rPr>
        <w:t xml:space="preserve"> </w:t>
      </w:r>
      <w:proofErr w:type="spellStart"/>
      <w:r w:rsidRPr="00D73BDF">
        <w:rPr>
          <w:rFonts w:ascii="Sylfaen" w:hAnsi="Sylfaen" w:cs="Sylfaen"/>
          <w:sz w:val="18"/>
          <w:szCs w:val="18"/>
        </w:rPr>
        <w:t>მუდმივად</w:t>
      </w:r>
      <w:proofErr w:type="spellEnd"/>
      <w:r w:rsidRPr="00D73BDF">
        <w:rPr>
          <w:rFonts w:cstheme="majorHAnsi"/>
          <w:sz w:val="18"/>
          <w:szCs w:val="18"/>
        </w:rPr>
        <w:t xml:space="preserve"> </w:t>
      </w:r>
      <w:proofErr w:type="spellStart"/>
      <w:r w:rsidRPr="00D73BDF">
        <w:rPr>
          <w:rFonts w:ascii="Sylfaen" w:hAnsi="Sylfaen" w:cs="Sylfaen"/>
          <w:sz w:val="18"/>
          <w:szCs w:val="18"/>
        </w:rPr>
        <w:t>ჰქონდეს</w:t>
      </w:r>
      <w:proofErr w:type="spellEnd"/>
      <w:r w:rsidRPr="00D73BDF">
        <w:rPr>
          <w:rFonts w:cstheme="majorHAnsi"/>
          <w:sz w:val="18"/>
          <w:szCs w:val="18"/>
        </w:rPr>
        <w:t xml:space="preserve"> </w:t>
      </w:r>
      <w:proofErr w:type="spellStart"/>
      <w:r w:rsidRPr="00D73BDF">
        <w:rPr>
          <w:rFonts w:ascii="Sylfaen" w:hAnsi="Sylfaen" w:cs="Sylfaen"/>
          <w:sz w:val="18"/>
          <w:szCs w:val="18"/>
        </w:rPr>
        <w:t>მოწესრიგებულ</w:t>
      </w:r>
      <w:proofErr w:type="spellEnd"/>
      <w:r w:rsidRPr="00D73BDF">
        <w:rPr>
          <w:rFonts w:cstheme="majorHAnsi"/>
          <w:sz w:val="18"/>
          <w:szCs w:val="18"/>
        </w:rPr>
        <w:t xml:space="preserve"> </w:t>
      </w:r>
      <w:proofErr w:type="spellStart"/>
      <w:r w:rsidRPr="00D73BDF">
        <w:rPr>
          <w:rFonts w:ascii="Sylfaen" w:hAnsi="Sylfaen" w:cs="Sylfaen"/>
          <w:sz w:val="18"/>
          <w:szCs w:val="18"/>
        </w:rPr>
        <w:t>მდგომარეობაში</w:t>
      </w:r>
      <w:proofErr w:type="spellEnd"/>
      <w:r w:rsidRPr="00D73BDF">
        <w:rPr>
          <w:rFonts w:cstheme="majorHAnsi"/>
          <w:sz w:val="18"/>
          <w:szCs w:val="18"/>
        </w:rPr>
        <w:t xml:space="preserve">  </w:t>
      </w:r>
      <w:proofErr w:type="spellStart"/>
      <w:r w:rsidRPr="00D73BDF">
        <w:rPr>
          <w:rFonts w:ascii="Sylfaen" w:hAnsi="Sylfaen" w:cs="Sylfaen"/>
          <w:sz w:val="18"/>
          <w:szCs w:val="18"/>
        </w:rPr>
        <w:t>ტერიტორია</w:t>
      </w:r>
      <w:proofErr w:type="spellEnd"/>
      <w:r w:rsidRPr="00D73BDF">
        <w:rPr>
          <w:rFonts w:cstheme="majorHAnsi"/>
          <w:sz w:val="18"/>
          <w:szCs w:val="18"/>
        </w:rPr>
        <w:t xml:space="preserve">, </w:t>
      </w:r>
      <w:proofErr w:type="spellStart"/>
      <w:r w:rsidRPr="00D73BDF">
        <w:rPr>
          <w:rFonts w:ascii="Sylfaen" w:hAnsi="Sylfaen" w:cs="Sylfaen"/>
          <w:sz w:val="18"/>
          <w:szCs w:val="18"/>
        </w:rPr>
        <w:t>უზრუნველყოს</w:t>
      </w:r>
      <w:proofErr w:type="spellEnd"/>
      <w:r w:rsidRPr="00D73BDF">
        <w:rPr>
          <w:rFonts w:cstheme="majorHAnsi"/>
          <w:sz w:val="18"/>
          <w:szCs w:val="18"/>
        </w:rPr>
        <w:t xml:space="preserve"> </w:t>
      </w:r>
      <w:proofErr w:type="spellStart"/>
      <w:r w:rsidRPr="00D73BDF">
        <w:rPr>
          <w:rFonts w:ascii="Sylfaen" w:hAnsi="Sylfaen" w:cs="Sylfaen"/>
          <w:sz w:val="18"/>
          <w:szCs w:val="18"/>
        </w:rPr>
        <w:t>მისი</w:t>
      </w:r>
      <w:proofErr w:type="spellEnd"/>
      <w:r w:rsidRPr="00D73BDF">
        <w:rPr>
          <w:rFonts w:cstheme="majorHAnsi"/>
          <w:sz w:val="18"/>
          <w:szCs w:val="18"/>
        </w:rPr>
        <w:t xml:space="preserve">  </w:t>
      </w:r>
      <w:proofErr w:type="spellStart"/>
      <w:r w:rsidRPr="00D73BDF">
        <w:rPr>
          <w:rFonts w:ascii="Sylfaen" w:hAnsi="Sylfaen" w:cs="Sylfaen"/>
          <w:sz w:val="18"/>
          <w:szCs w:val="18"/>
        </w:rPr>
        <w:t>დასუფთავებული</w:t>
      </w:r>
      <w:proofErr w:type="spellEnd"/>
      <w:r w:rsidRPr="00D73BDF">
        <w:rPr>
          <w:rFonts w:cstheme="majorHAnsi"/>
          <w:sz w:val="18"/>
          <w:szCs w:val="18"/>
        </w:rPr>
        <w:t xml:space="preserve"> </w:t>
      </w:r>
      <w:proofErr w:type="spellStart"/>
      <w:r w:rsidRPr="00D73BDF">
        <w:rPr>
          <w:rFonts w:ascii="Sylfaen" w:hAnsi="Sylfaen" w:cs="Sylfaen"/>
          <w:sz w:val="18"/>
          <w:szCs w:val="18"/>
        </w:rPr>
        <w:t>მდგომარეობის</w:t>
      </w:r>
      <w:proofErr w:type="spellEnd"/>
      <w:r w:rsidRPr="00D73BDF">
        <w:rPr>
          <w:rFonts w:cstheme="majorHAnsi"/>
          <w:sz w:val="18"/>
          <w:szCs w:val="18"/>
        </w:rPr>
        <w:t xml:space="preserve"> </w:t>
      </w:r>
      <w:proofErr w:type="spellStart"/>
      <w:r w:rsidRPr="00D73BDF">
        <w:rPr>
          <w:rFonts w:ascii="Sylfaen" w:hAnsi="Sylfaen" w:cs="Sylfaen"/>
          <w:sz w:val="18"/>
          <w:szCs w:val="18"/>
        </w:rPr>
        <w:t>მუდმივად</w:t>
      </w:r>
      <w:proofErr w:type="spellEnd"/>
      <w:r w:rsidRPr="00D73BDF">
        <w:rPr>
          <w:rFonts w:cstheme="majorHAnsi"/>
          <w:sz w:val="18"/>
          <w:szCs w:val="18"/>
        </w:rPr>
        <w:t xml:space="preserve"> </w:t>
      </w:r>
      <w:proofErr w:type="spellStart"/>
      <w:r w:rsidRPr="00D73BDF">
        <w:rPr>
          <w:rFonts w:ascii="Sylfaen" w:hAnsi="Sylfaen" w:cs="Sylfaen"/>
          <w:sz w:val="18"/>
          <w:szCs w:val="18"/>
        </w:rPr>
        <w:t>შენარჩუნება</w:t>
      </w:r>
      <w:proofErr w:type="spellEnd"/>
      <w:r w:rsidRPr="00D73BDF">
        <w:rPr>
          <w:rFonts w:cstheme="majorHAnsi"/>
          <w:sz w:val="18"/>
          <w:szCs w:val="18"/>
        </w:rPr>
        <w:t xml:space="preserve"> </w:t>
      </w:r>
      <w:proofErr w:type="spellStart"/>
      <w:r w:rsidRPr="00D73BDF">
        <w:rPr>
          <w:rFonts w:ascii="Sylfaen" w:hAnsi="Sylfaen" w:cs="Sylfaen"/>
          <w:sz w:val="18"/>
          <w:szCs w:val="18"/>
        </w:rPr>
        <w:t>და</w:t>
      </w:r>
      <w:proofErr w:type="spellEnd"/>
      <w:r w:rsidRPr="00D73BDF">
        <w:rPr>
          <w:rFonts w:cstheme="majorHAnsi"/>
          <w:sz w:val="18"/>
          <w:szCs w:val="18"/>
        </w:rPr>
        <w:t xml:space="preserve"> </w:t>
      </w:r>
      <w:proofErr w:type="spellStart"/>
      <w:r w:rsidRPr="00D73BDF">
        <w:rPr>
          <w:rFonts w:ascii="Sylfaen" w:hAnsi="Sylfaen" w:cs="Sylfaen"/>
          <w:sz w:val="18"/>
          <w:szCs w:val="18"/>
        </w:rPr>
        <w:t>ნარჩენის</w:t>
      </w:r>
      <w:proofErr w:type="spellEnd"/>
      <w:r w:rsidRPr="00D73BDF">
        <w:rPr>
          <w:rFonts w:cstheme="majorHAnsi"/>
          <w:sz w:val="18"/>
          <w:szCs w:val="18"/>
        </w:rPr>
        <w:t xml:space="preserve"> </w:t>
      </w:r>
      <w:r w:rsidR="002C61B6">
        <w:rPr>
          <w:rFonts w:ascii="Sylfaen" w:hAnsi="Sylfaen" w:cstheme="majorHAnsi"/>
          <w:sz w:val="18"/>
          <w:szCs w:val="18"/>
          <w:lang w:val="ka-GE"/>
        </w:rPr>
        <w:t>(</w:t>
      </w:r>
      <w:proofErr w:type="spellStart"/>
      <w:r w:rsidRPr="00D73BDF">
        <w:rPr>
          <w:rFonts w:ascii="Sylfaen" w:hAnsi="Sylfaen" w:cs="Sylfaen"/>
          <w:sz w:val="18"/>
          <w:szCs w:val="18"/>
        </w:rPr>
        <w:t>ნაგავის</w:t>
      </w:r>
      <w:proofErr w:type="spellEnd"/>
      <w:r w:rsidR="002C61B6">
        <w:rPr>
          <w:rFonts w:ascii="Sylfaen" w:hAnsi="Sylfaen" w:cs="Sylfaen"/>
          <w:sz w:val="18"/>
          <w:szCs w:val="18"/>
          <w:lang w:val="ka-GE"/>
        </w:rPr>
        <w:t>)</w:t>
      </w:r>
      <w:r w:rsidRPr="00D73BDF">
        <w:rPr>
          <w:rFonts w:cstheme="majorHAnsi"/>
          <w:sz w:val="18"/>
          <w:szCs w:val="18"/>
        </w:rPr>
        <w:t xml:space="preserve"> </w:t>
      </w:r>
      <w:proofErr w:type="spellStart"/>
      <w:r w:rsidRPr="00D73BDF">
        <w:rPr>
          <w:rFonts w:ascii="Sylfaen" w:hAnsi="Sylfaen" w:cs="Sylfaen"/>
          <w:sz w:val="18"/>
          <w:szCs w:val="18"/>
        </w:rPr>
        <w:t>გატანა</w:t>
      </w:r>
      <w:proofErr w:type="spellEnd"/>
      <w:r w:rsidRPr="00D73BDF">
        <w:rPr>
          <w:rFonts w:cstheme="majorHAnsi"/>
          <w:sz w:val="18"/>
          <w:szCs w:val="18"/>
        </w:rPr>
        <w:t xml:space="preserve"> </w:t>
      </w:r>
      <w:proofErr w:type="spellStart"/>
      <w:r w:rsidRPr="00D73BDF">
        <w:rPr>
          <w:rFonts w:ascii="Sylfaen" w:hAnsi="Sylfaen" w:cs="Sylfaen"/>
          <w:sz w:val="18"/>
          <w:szCs w:val="18"/>
        </w:rPr>
        <w:t>ობიექტიდან</w:t>
      </w:r>
      <w:proofErr w:type="spellEnd"/>
      <w:r w:rsidRPr="00D73BDF">
        <w:rPr>
          <w:rFonts w:cstheme="majorHAnsi"/>
          <w:sz w:val="18"/>
          <w:szCs w:val="18"/>
        </w:rPr>
        <w:t xml:space="preserve"> </w:t>
      </w:r>
      <w:proofErr w:type="spellStart"/>
      <w:r w:rsidRPr="00D73BDF">
        <w:rPr>
          <w:rFonts w:ascii="Sylfaen" w:hAnsi="Sylfaen" w:cs="Sylfaen"/>
          <w:sz w:val="18"/>
          <w:szCs w:val="18"/>
        </w:rPr>
        <w:t>სისტემატიურად</w:t>
      </w:r>
      <w:proofErr w:type="spellEnd"/>
      <w:r w:rsidRPr="00D73BDF">
        <w:rPr>
          <w:rFonts w:cstheme="majorHAnsi"/>
          <w:sz w:val="18"/>
          <w:szCs w:val="18"/>
        </w:rPr>
        <w:t xml:space="preserve">, </w:t>
      </w:r>
      <w:proofErr w:type="spellStart"/>
      <w:r w:rsidRPr="00D73BDF">
        <w:rPr>
          <w:rFonts w:ascii="Sylfaen" w:hAnsi="Sylfaen" w:cs="Sylfaen"/>
          <w:sz w:val="18"/>
          <w:szCs w:val="18"/>
        </w:rPr>
        <w:t>გატანამდე</w:t>
      </w:r>
      <w:proofErr w:type="spellEnd"/>
      <w:r w:rsidRPr="00D73BDF">
        <w:rPr>
          <w:rFonts w:cstheme="majorHAnsi"/>
          <w:sz w:val="18"/>
          <w:szCs w:val="18"/>
        </w:rPr>
        <w:t xml:space="preserve"> </w:t>
      </w:r>
      <w:proofErr w:type="spellStart"/>
      <w:r w:rsidRPr="00D73BDF">
        <w:rPr>
          <w:rFonts w:ascii="Sylfaen" w:hAnsi="Sylfaen" w:cs="Sylfaen"/>
          <w:sz w:val="18"/>
          <w:szCs w:val="18"/>
        </w:rPr>
        <w:t>კი</w:t>
      </w:r>
      <w:proofErr w:type="spellEnd"/>
      <w:r w:rsidRPr="00D73BDF">
        <w:rPr>
          <w:rFonts w:cstheme="majorHAnsi"/>
          <w:sz w:val="18"/>
          <w:szCs w:val="18"/>
        </w:rPr>
        <w:t xml:space="preserve"> </w:t>
      </w:r>
      <w:proofErr w:type="spellStart"/>
      <w:r w:rsidRPr="00D73BDF">
        <w:rPr>
          <w:rFonts w:ascii="Sylfaen" w:hAnsi="Sylfaen" w:cs="Sylfaen"/>
          <w:sz w:val="18"/>
          <w:szCs w:val="18"/>
        </w:rPr>
        <w:t>ვალდებულია</w:t>
      </w:r>
      <w:proofErr w:type="spellEnd"/>
      <w:r w:rsidRPr="00D73BDF">
        <w:rPr>
          <w:rFonts w:cstheme="majorHAnsi"/>
          <w:sz w:val="18"/>
          <w:szCs w:val="18"/>
        </w:rPr>
        <w:t xml:space="preserve"> </w:t>
      </w:r>
      <w:proofErr w:type="spellStart"/>
      <w:r w:rsidRPr="00D73BDF">
        <w:rPr>
          <w:rFonts w:ascii="Sylfaen" w:hAnsi="Sylfaen" w:cs="Sylfaen"/>
          <w:sz w:val="18"/>
          <w:szCs w:val="18"/>
        </w:rPr>
        <w:t>არსებული</w:t>
      </w:r>
      <w:proofErr w:type="spellEnd"/>
      <w:r w:rsidRPr="00D73BDF">
        <w:rPr>
          <w:rFonts w:cstheme="majorHAnsi"/>
          <w:sz w:val="18"/>
          <w:szCs w:val="18"/>
        </w:rPr>
        <w:t xml:space="preserve"> </w:t>
      </w:r>
      <w:proofErr w:type="spellStart"/>
      <w:r w:rsidRPr="00D73BDF">
        <w:rPr>
          <w:rFonts w:ascii="Sylfaen" w:hAnsi="Sylfaen" w:cs="Sylfaen"/>
          <w:sz w:val="18"/>
          <w:szCs w:val="18"/>
        </w:rPr>
        <w:t>ნაგავი</w:t>
      </w:r>
      <w:proofErr w:type="spellEnd"/>
      <w:r w:rsidRPr="00D73BDF">
        <w:rPr>
          <w:rFonts w:cstheme="majorHAnsi"/>
          <w:sz w:val="18"/>
          <w:szCs w:val="18"/>
        </w:rPr>
        <w:t xml:space="preserve"> </w:t>
      </w:r>
      <w:proofErr w:type="spellStart"/>
      <w:r w:rsidRPr="00D73BDF">
        <w:rPr>
          <w:rFonts w:ascii="Sylfaen" w:hAnsi="Sylfaen" w:cs="Sylfaen"/>
          <w:sz w:val="18"/>
          <w:szCs w:val="18"/>
        </w:rPr>
        <w:t>მოათავსოს</w:t>
      </w:r>
      <w:proofErr w:type="spellEnd"/>
      <w:r w:rsidRPr="00D73BDF">
        <w:rPr>
          <w:rFonts w:cstheme="majorHAnsi"/>
          <w:sz w:val="18"/>
          <w:szCs w:val="18"/>
        </w:rPr>
        <w:t xml:space="preserve"> </w:t>
      </w:r>
      <w:proofErr w:type="spellStart"/>
      <w:r w:rsidRPr="00D73BDF">
        <w:rPr>
          <w:rFonts w:ascii="Sylfaen" w:hAnsi="Sylfaen" w:cs="Sylfaen"/>
          <w:sz w:val="18"/>
          <w:szCs w:val="18"/>
        </w:rPr>
        <w:t>დახურული</w:t>
      </w:r>
      <w:proofErr w:type="spellEnd"/>
      <w:r w:rsidRPr="00D73BDF">
        <w:rPr>
          <w:rFonts w:cstheme="majorHAnsi"/>
          <w:sz w:val="18"/>
          <w:szCs w:val="18"/>
        </w:rPr>
        <w:t xml:space="preserve"> </w:t>
      </w:r>
      <w:proofErr w:type="spellStart"/>
      <w:r w:rsidRPr="00D73BDF">
        <w:rPr>
          <w:rFonts w:ascii="Sylfaen" w:hAnsi="Sylfaen" w:cs="Sylfaen"/>
          <w:sz w:val="18"/>
          <w:szCs w:val="18"/>
        </w:rPr>
        <w:t>ტიპის</w:t>
      </w:r>
      <w:proofErr w:type="spellEnd"/>
      <w:r w:rsidRPr="00D73BDF">
        <w:rPr>
          <w:rFonts w:cstheme="majorHAnsi"/>
          <w:sz w:val="18"/>
          <w:szCs w:val="18"/>
        </w:rPr>
        <w:t xml:space="preserve"> </w:t>
      </w:r>
      <w:proofErr w:type="spellStart"/>
      <w:r w:rsidRPr="00D73BDF">
        <w:rPr>
          <w:rFonts w:ascii="Sylfaen" w:hAnsi="Sylfaen" w:cs="Sylfaen"/>
          <w:sz w:val="18"/>
          <w:szCs w:val="18"/>
        </w:rPr>
        <w:t>ურნაში</w:t>
      </w:r>
      <w:proofErr w:type="spellEnd"/>
      <w:r w:rsidRPr="00D73BDF">
        <w:rPr>
          <w:rFonts w:cstheme="majorHAnsi"/>
          <w:sz w:val="18"/>
          <w:szCs w:val="18"/>
        </w:rPr>
        <w:t xml:space="preserve">, </w:t>
      </w:r>
      <w:proofErr w:type="spellStart"/>
      <w:r w:rsidRPr="00D73BDF">
        <w:rPr>
          <w:rFonts w:ascii="Sylfaen" w:hAnsi="Sylfaen" w:cs="Sylfaen"/>
          <w:sz w:val="18"/>
          <w:szCs w:val="18"/>
        </w:rPr>
        <w:t>იმგვარად</w:t>
      </w:r>
      <w:proofErr w:type="spellEnd"/>
      <w:r w:rsidRPr="00D73BDF">
        <w:rPr>
          <w:rFonts w:cstheme="majorHAnsi"/>
          <w:sz w:val="18"/>
          <w:szCs w:val="18"/>
        </w:rPr>
        <w:t xml:space="preserve">, </w:t>
      </w:r>
      <w:proofErr w:type="spellStart"/>
      <w:r w:rsidRPr="00D73BDF">
        <w:rPr>
          <w:rFonts w:ascii="Sylfaen" w:hAnsi="Sylfaen" w:cs="Sylfaen"/>
          <w:sz w:val="18"/>
          <w:szCs w:val="18"/>
        </w:rPr>
        <w:t>რომ</w:t>
      </w:r>
      <w:proofErr w:type="spellEnd"/>
      <w:r w:rsidRPr="00D73BDF">
        <w:rPr>
          <w:rFonts w:cstheme="majorHAnsi"/>
          <w:sz w:val="18"/>
          <w:szCs w:val="18"/>
        </w:rPr>
        <w:t xml:space="preserve"> </w:t>
      </w:r>
      <w:proofErr w:type="spellStart"/>
      <w:r w:rsidRPr="00D73BDF">
        <w:rPr>
          <w:rFonts w:ascii="Sylfaen" w:hAnsi="Sylfaen" w:cs="Sylfaen"/>
          <w:sz w:val="18"/>
          <w:szCs w:val="18"/>
        </w:rPr>
        <w:t>გარემოს</w:t>
      </w:r>
      <w:proofErr w:type="spellEnd"/>
      <w:r w:rsidRPr="00D73BDF">
        <w:rPr>
          <w:rFonts w:cstheme="majorHAnsi"/>
          <w:sz w:val="18"/>
          <w:szCs w:val="18"/>
        </w:rPr>
        <w:t xml:space="preserve"> </w:t>
      </w:r>
      <w:proofErr w:type="spellStart"/>
      <w:r w:rsidRPr="00D73BDF">
        <w:rPr>
          <w:rFonts w:ascii="Sylfaen" w:hAnsi="Sylfaen" w:cs="Sylfaen"/>
          <w:sz w:val="18"/>
          <w:szCs w:val="18"/>
        </w:rPr>
        <w:t>იერსახე</w:t>
      </w:r>
      <w:proofErr w:type="spellEnd"/>
      <w:r w:rsidRPr="00D73BDF">
        <w:rPr>
          <w:rFonts w:cstheme="majorHAnsi"/>
          <w:sz w:val="18"/>
          <w:szCs w:val="18"/>
        </w:rPr>
        <w:t xml:space="preserve"> </w:t>
      </w:r>
      <w:proofErr w:type="spellStart"/>
      <w:r w:rsidRPr="00D73BDF">
        <w:rPr>
          <w:rFonts w:ascii="Sylfaen" w:hAnsi="Sylfaen" w:cs="Sylfaen"/>
          <w:sz w:val="18"/>
          <w:szCs w:val="18"/>
        </w:rPr>
        <w:t>იყოს</w:t>
      </w:r>
      <w:proofErr w:type="spellEnd"/>
      <w:r w:rsidRPr="00D73BDF">
        <w:rPr>
          <w:rFonts w:cstheme="majorHAnsi"/>
          <w:sz w:val="18"/>
          <w:szCs w:val="18"/>
        </w:rPr>
        <w:t xml:space="preserve"> </w:t>
      </w:r>
      <w:proofErr w:type="spellStart"/>
      <w:r w:rsidRPr="00D73BDF">
        <w:rPr>
          <w:rFonts w:ascii="Sylfaen" w:hAnsi="Sylfaen" w:cs="Sylfaen"/>
          <w:sz w:val="18"/>
          <w:szCs w:val="18"/>
        </w:rPr>
        <w:t>დასუფთავებული</w:t>
      </w:r>
      <w:proofErr w:type="spellEnd"/>
      <w:r w:rsidRPr="00D73BDF">
        <w:rPr>
          <w:rFonts w:cstheme="majorHAnsi"/>
          <w:sz w:val="18"/>
          <w:szCs w:val="18"/>
        </w:rPr>
        <w:t xml:space="preserve">. </w:t>
      </w:r>
      <w:proofErr w:type="spellStart"/>
      <w:r w:rsidRPr="00D73BDF">
        <w:rPr>
          <w:rFonts w:ascii="Sylfaen" w:hAnsi="Sylfaen" w:cs="Sylfaen"/>
          <w:sz w:val="18"/>
          <w:szCs w:val="18"/>
        </w:rPr>
        <w:t>დამკვეთის</w:t>
      </w:r>
      <w:proofErr w:type="spellEnd"/>
      <w:r w:rsidRPr="00D73BDF">
        <w:rPr>
          <w:rFonts w:cstheme="majorHAnsi"/>
          <w:sz w:val="18"/>
          <w:szCs w:val="18"/>
        </w:rPr>
        <w:t xml:space="preserve"> </w:t>
      </w:r>
      <w:proofErr w:type="spellStart"/>
      <w:r w:rsidRPr="00D73BDF">
        <w:rPr>
          <w:rFonts w:ascii="Sylfaen" w:hAnsi="Sylfaen" w:cs="Sylfaen"/>
          <w:sz w:val="18"/>
          <w:szCs w:val="18"/>
        </w:rPr>
        <w:t>მიერ</w:t>
      </w:r>
      <w:proofErr w:type="spellEnd"/>
      <w:r w:rsidRPr="00D73BDF">
        <w:rPr>
          <w:rFonts w:cstheme="majorHAnsi"/>
          <w:sz w:val="18"/>
          <w:szCs w:val="18"/>
        </w:rPr>
        <w:t xml:space="preserve"> </w:t>
      </w:r>
      <w:proofErr w:type="spellStart"/>
      <w:r w:rsidRPr="00D73BDF">
        <w:rPr>
          <w:rFonts w:ascii="Sylfaen" w:hAnsi="Sylfaen" w:cs="Sylfaen"/>
          <w:sz w:val="18"/>
          <w:szCs w:val="18"/>
        </w:rPr>
        <w:t>ობიექტზე</w:t>
      </w:r>
      <w:proofErr w:type="spellEnd"/>
      <w:r w:rsidRPr="00D73BDF">
        <w:rPr>
          <w:rFonts w:cstheme="majorHAnsi"/>
          <w:sz w:val="18"/>
          <w:szCs w:val="18"/>
        </w:rPr>
        <w:t xml:space="preserve"> </w:t>
      </w:r>
      <w:proofErr w:type="spellStart"/>
      <w:r w:rsidRPr="00D73BDF">
        <w:rPr>
          <w:rFonts w:ascii="Sylfaen" w:hAnsi="Sylfaen" w:cs="Sylfaen"/>
          <w:sz w:val="18"/>
          <w:szCs w:val="18"/>
        </w:rPr>
        <w:t>ნაგვის</w:t>
      </w:r>
      <w:proofErr w:type="spellEnd"/>
      <w:r w:rsidRPr="00D73BDF">
        <w:rPr>
          <w:rFonts w:cstheme="majorHAnsi"/>
          <w:sz w:val="18"/>
          <w:szCs w:val="18"/>
        </w:rPr>
        <w:t xml:space="preserve"> </w:t>
      </w:r>
      <w:proofErr w:type="spellStart"/>
      <w:r w:rsidRPr="00D73BDF">
        <w:rPr>
          <w:rFonts w:ascii="Sylfaen" w:hAnsi="Sylfaen" w:cs="Sylfaen"/>
          <w:sz w:val="18"/>
          <w:szCs w:val="18"/>
        </w:rPr>
        <w:t>აღმოჩენის</w:t>
      </w:r>
      <w:proofErr w:type="spellEnd"/>
      <w:r w:rsidRPr="00D73BDF">
        <w:rPr>
          <w:rFonts w:cstheme="majorHAnsi"/>
          <w:sz w:val="18"/>
          <w:szCs w:val="18"/>
        </w:rPr>
        <w:t xml:space="preserve"> </w:t>
      </w:r>
      <w:proofErr w:type="spellStart"/>
      <w:r w:rsidRPr="00D73BDF">
        <w:rPr>
          <w:rFonts w:ascii="Sylfaen" w:hAnsi="Sylfaen" w:cs="Sylfaen"/>
          <w:sz w:val="18"/>
          <w:szCs w:val="18"/>
        </w:rPr>
        <w:t>შემთხვევაში</w:t>
      </w:r>
      <w:proofErr w:type="spellEnd"/>
      <w:r w:rsidRPr="00D73BDF">
        <w:rPr>
          <w:rFonts w:cstheme="majorHAnsi"/>
          <w:sz w:val="18"/>
          <w:szCs w:val="18"/>
        </w:rPr>
        <w:t xml:space="preserve">, </w:t>
      </w:r>
      <w:r w:rsidR="002C61B6">
        <w:rPr>
          <w:rFonts w:ascii="Sylfaen" w:hAnsi="Sylfaen" w:cs="Sylfaen"/>
          <w:sz w:val="18"/>
          <w:szCs w:val="18"/>
          <w:lang w:val="ka-GE"/>
        </w:rPr>
        <w:t>მენარდე</w:t>
      </w:r>
      <w:r w:rsidRPr="00D73BDF">
        <w:rPr>
          <w:rFonts w:cstheme="majorHAnsi"/>
          <w:sz w:val="18"/>
          <w:szCs w:val="18"/>
        </w:rPr>
        <w:t xml:space="preserve"> </w:t>
      </w:r>
      <w:proofErr w:type="spellStart"/>
      <w:r w:rsidRPr="00D73BDF">
        <w:rPr>
          <w:rFonts w:ascii="Sylfaen" w:hAnsi="Sylfaen" w:cs="Sylfaen"/>
          <w:sz w:val="18"/>
          <w:szCs w:val="18"/>
        </w:rPr>
        <w:t>ვალდებულია</w:t>
      </w:r>
      <w:proofErr w:type="spellEnd"/>
      <w:r w:rsidRPr="00D73BDF">
        <w:rPr>
          <w:rFonts w:cstheme="majorHAnsi"/>
          <w:sz w:val="18"/>
          <w:szCs w:val="18"/>
        </w:rPr>
        <w:t xml:space="preserve"> </w:t>
      </w:r>
      <w:proofErr w:type="spellStart"/>
      <w:r w:rsidRPr="00D73BDF">
        <w:rPr>
          <w:rFonts w:ascii="Sylfaen" w:hAnsi="Sylfaen" w:cs="Sylfaen"/>
          <w:sz w:val="18"/>
          <w:szCs w:val="18"/>
        </w:rPr>
        <w:t>მოახდინოს</w:t>
      </w:r>
      <w:proofErr w:type="spellEnd"/>
      <w:r w:rsidRPr="00D73BDF">
        <w:rPr>
          <w:rFonts w:cstheme="majorHAnsi"/>
          <w:sz w:val="18"/>
          <w:szCs w:val="18"/>
        </w:rPr>
        <w:t xml:space="preserve"> </w:t>
      </w:r>
      <w:proofErr w:type="spellStart"/>
      <w:r w:rsidRPr="00D73BDF">
        <w:rPr>
          <w:rFonts w:ascii="Sylfaen" w:hAnsi="Sylfaen" w:cs="Sylfaen"/>
          <w:sz w:val="18"/>
          <w:szCs w:val="18"/>
        </w:rPr>
        <w:t>დაუყოვნებლივ</w:t>
      </w:r>
      <w:proofErr w:type="spellEnd"/>
      <w:r w:rsidRPr="00D73BDF">
        <w:rPr>
          <w:rFonts w:cstheme="majorHAnsi"/>
          <w:sz w:val="18"/>
          <w:szCs w:val="18"/>
        </w:rPr>
        <w:t xml:space="preserve"> </w:t>
      </w:r>
      <w:proofErr w:type="spellStart"/>
      <w:r w:rsidRPr="00D73BDF">
        <w:rPr>
          <w:rFonts w:ascii="Sylfaen" w:hAnsi="Sylfaen" w:cs="Sylfaen"/>
          <w:sz w:val="18"/>
          <w:szCs w:val="18"/>
        </w:rPr>
        <w:t>რეაგირება</w:t>
      </w:r>
      <w:proofErr w:type="spellEnd"/>
      <w:r w:rsidRPr="00D73BDF">
        <w:rPr>
          <w:rFonts w:cstheme="majorHAnsi"/>
          <w:sz w:val="18"/>
          <w:szCs w:val="18"/>
        </w:rPr>
        <w:t xml:space="preserve"> </w:t>
      </w:r>
      <w:proofErr w:type="spellStart"/>
      <w:r w:rsidRPr="00D73BDF">
        <w:rPr>
          <w:rFonts w:ascii="Sylfaen" w:hAnsi="Sylfaen" w:cs="Sylfaen"/>
          <w:sz w:val="18"/>
          <w:szCs w:val="18"/>
        </w:rPr>
        <w:t>და</w:t>
      </w:r>
      <w:proofErr w:type="spellEnd"/>
      <w:r w:rsidRPr="00D73BDF">
        <w:rPr>
          <w:rFonts w:cstheme="majorHAnsi"/>
          <w:sz w:val="18"/>
          <w:szCs w:val="18"/>
        </w:rPr>
        <w:t xml:space="preserve"> </w:t>
      </w:r>
      <w:proofErr w:type="spellStart"/>
      <w:r w:rsidRPr="00D73BDF">
        <w:rPr>
          <w:rFonts w:ascii="Sylfaen" w:hAnsi="Sylfaen" w:cs="Sylfaen"/>
          <w:sz w:val="18"/>
          <w:szCs w:val="18"/>
        </w:rPr>
        <w:t>უზრუნველყოს</w:t>
      </w:r>
      <w:proofErr w:type="spellEnd"/>
      <w:r w:rsidRPr="00D73BDF">
        <w:rPr>
          <w:rFonts w:cstheme="majorHAnsi"/>
          <w:sz w:val="18"/>
          <w:szCs w:val="18"/>
        </w:rPr>
        <w:t xml:space="preserve"> </w:t>
      </w:r>
      <w:proofErr w:type="spellStart"/>
      <w:r w:rsidRPr="00D73BDF">
        <w:rPr>
          <w:rFonts w:ascii="Sylfaen" w:hAnsi="Sylfaen" w:cs="Sylfaen"/>
          <w:sz w:val="18"/>
          <w:szCs w:val="18"/>
        </w:rPr>
        <w:t>ნაგვის</w:t>
      </w:r>
      <w:proofErr w:type="spellEnd"/>
      <w:r w:rsidRPr="00D73BDF">
        <w:rPr>
          <w:rFonts w:cstheme="majorHAnsi"/>
          <w:sz w:val="18"/>
          <w:szCs w:val="18"/>
        </w:rPr>
        <w:t xml:space="preserve"> </w:t>
      </w:r>
      <w:proofErr w:type="spellStart"/>
      <w:r w:rsidRPr="00D73BDF">
        <w:rPr>
          <w:rFonts w:ascii="Sylfaen" w:hAnsi="Sylfaen" w:cs="Sylfaen"/>
          <w:sz w:val="18"/>
          <w:szCs w:val="18"/>
        </w:rPr>
        <w:t>გატანა</w:t>
      </w:r>
      <w:proofErr w:type="spellEnd"/>
      <w:r w:rsidRPr="00D73BDF">
        <w:rPr>
          <w:rFonts w:cstheme="majorHAnsi"/>
          <w:sz w:val="18"/>
          <w:szCs w:val="18"/>
        </w:rPr>
        <w:t xml:space="preserve">, </w:t>
      </w:r>
      <w:proofErr w:type="spellStart"/>
      <w:r w:rsidRPr="00D73BDF">
        <w:rPr>
          <w:rFonts w:ascii="Sylfaen" w:hAnsi="Sylfaen" w:cs="Sylfaen"/>
          <w:sz w:val="18"/>
          <w:szCs w:val="18"/>
        </w:rPr>
        <w:t>დამკვეთის</w:t>
      </w:r>
      <w:proofErr w:type="spellEnd"/>
      <w:r w:rsidRPr="00D73BDF">
        <w:rPr>
          <w:rFonts w:cstheme="majorHAnsi"/>
          <w:sz w:val="18"/>
          <w:szCs w:val="18"/>
        </w:rPr>
        <w:t xml:space="preserve"> </w:t>
      </w:r>
      <w:proofErr w:type="spellStart"/>
      <w:r w:rsidRPr="00D73BDF">
        <w:rPr>
          <w:rFonts w:ascii="Sylfaen" w:hAnsi="Sylfaen" w:cs="Sylfaen"/>
          <w:sz w:val="18"/>
          <w:szCs w:val="18"/>
        </w:rPr>
        <w:t>გაფრთხილებიდან</w:t>
      </w:r>
      <w:proofErr w:type="spellEnd"/>
      <w:r w:rsidRPr="00D73BDF">
        <w:rPr>
          <w:rFonts w:cstheme="majorHAnsi"/>
          <w:sz w:val="18"/>
          <w:szCs w:val="18"/>
        </w:rPr>
        <w:t xml:space="preserve"> </w:t>
      </w:r>
      <w:proofErr w:type="spellStart"/>
      <w:r w:rsidRPr="00D73BDF">
        <w:rPr>
          <w:rFonts w:ascii="Sylfaen" w:hAnsi="Sylfaen" w:cs="Sylfaen"/>
          <w:sz w:val="18"/>
          <w:szCs w:val="18"/>
        </w:rPr>
        <w:t>არაუგვინეს</w:t>
      </w:r>
      <w:proofErr w:type="spellEnd"/>
      <w:r w:rsidR="002C61B6">
        <w:rPr>
          <w:rFonts w:cstheme="majorHAnsi"/>
          <w:sz w:val="18"/>
          <w:szCs w:val="18"/>
        </w:rPr>
        <w:t xml:space="preserve"> 2 </w:t>
      </w:r>
      <w:r w:rsidR="002C61B6">
        <w:rPr>
          <w:rFonts w:ascii="Sylfaen" w:hAnsi="Sylfaen" w:cstheme="majorHAnsi"/>
          <w:sz w:val="18"/>
          <w:szCs w:val="18"/>
          <w:lang w:val="ka-GE"/>
        </w:rPr>
        <w:t>(</w:t>
      </w:r>
      <w:proofErr w:type="spellStart"/>
      <w:r w:rsidRPr="00D73BDF">
        <w:rPr>
          <w:rFonts w:ascii="Sylfaen" w:hAnsi="Sylfaen" w:cs="Sylfaen"/>
          <w:sz w:val="18"/>
          <w:szCs w:val="18"/>
        </w:rPr>
        <w:t>ორი</w:t>
      </w:r>
      <w:proofErr w:type="spellEnd"/>
      <w:r w:rsidR="002C61B6">
        <w:rPr>
          <w:rFonts w:ascii="Sylfaen" w:hAnsi="Sylfaen" w:cstheme="majorHAnsi"/>
          <w:sz w:val="18"/>
          <w:szCs w:val="18"/>
          <w:lang w:val="ka-GE"/>
        </w:rPr>
        <w:t>)</w:t>
      </w:r>
      <w:r w:rsidRPr="00D73BDF">
        <w:rPr>
          <w:rFonts w:cstheme="majorHAnsi"/>
          <w:sz w:val="18"/>
          <w:szCs w:val="18"/>
        </w:rPr>
        <w:t xml:space="preserve"> </w:t>
      </w:r>
      <w:proofErr w:type="spellStart"/>
      <w:r w:rsidRPr="00D73BDF">
        <w:rPr>
          <w:rFonts w:ascii="Sylfaen" w:hAnsi="Sylfaen" w:cs="Sylfaen"/>
          <w:sz w:val="18"/>
          <w:szCs w:val="18"/>
        </w:rPr>
        <w:t>კალენდარული</w:t>
      </w:r>
      <w:proofErr w:type="spellEnd"/>
      <w:r w:rsidRPr="00D73BDF">
        <w:rPr>
          <w:rFonts w:cstheme="majorHAnsi"/>
          <w:sz w:val="18"/>
          <w:szCs w:val="18"/>
        </w:rPr>
        <w:t xml:space="preserve"> </w:t>
      </w:r>
      <w:proofErr w:type="spellStart"/>
      <w:r w:rsidRPr="00D73BDF">
        <w:rPr>
          <w:rFonts w:ascii="Sylfaen" w:hAnsi="Sylfaen" w:cs="Sylfaen"/>
          <w:sz w:val="18"/>
          <w:szCs w:val="18"/>
        </w:rPr>
        <w:t>დღის</w:t>
      </w:r>
      <w:proofErr w:type="spellEnd"/>
      <w:r w:rsidRPr="00D73BDF">
        <w:rPr>
          <w:rFonts w:cstheme="majorHAnsi"/>
          <w:sz w:val="18"/>
          <w:szCs w:val="18"/>
        </w:rPr>
        <w:t xml:space="preserve"> </w:t>
      </w:r>
      <w:proofErr w:type="spellStart"/>
      <w:r w:rsidRPr="00D73BDF">
        <w:rPr>
          <w:rFonts w:ascii="Sylfaen" w:hAnsi="Sylfaen" w:cs="Sylfaen"/>
          <w:sz w:val="18"/>
          <w:szCs w:val="18"/>
        </w:rPr>
        <w:t>ვადაში</w:t>
      </w:r>
      <w:proofErr w:type="spellEnd"/>
      <w:r w:rsidRPr="00D73BDF">
        <w:rPr>
          <w:rFonts w:cstheme="majorHAnsi"/>
          <w:sz w:val="18"/>
          <w:szCs w:val="18"/>
        </w:rPr>
        <w:t xml:space="preserve">. </w:t>
      </w:r>
    </w:p>
    <w:p w14:paraId="0A694DE5" w14:textId="3FF8E72C" w:rsidR="004B6084" w:rsidRPr="00D73BDF" w:rsidRDefault="00A74260" w:rsidP="00185C20">
      <w:pPr>
        <w:jc w:val="both"/>
        <w:rPr>
          <w:rFonts w:cstheme="majorHAnsi"/>
          <w:sz w:val="18"/>
          <w:szCs w:val="18"/>
        </w:rPr>
      </w:pPr>
      <w:r w:rsidRPr="00D73BDF">
        <w:rPr>
          <w:rFonts w:cstheme="majorHAnsi"/>
          <w:sz w:val="18"/>
          <w:szCs w:val="18"/>
        </w:rPr>
        <w:t>3.3.1</w:t>
      </w:r>
      <w:r w:rsidR="00876CA8">
        <w:rPr>
          <w:rFonts w:cstheme="majorHAnsi"/>
          <w:sz w:val="18"/>
          <w:szCs w:val="18"/>
          <w:lang w:val="ka-GE"/>
        </w:rPr>
        <w:t>3</w:t>
      </w:r>
      <w:r w:rsidRPr="00D73BDF">
        <w:rPr>
          <w:rFonts w:cstheme="majorHAnsi"/>
          <w:sz w:val="18"/>
          <w:szCs w:val="18"/>
        </w:rPr>
        <w:t xml:space="preserve">.1 </w:t>
      </w:r>
      <w:r w:rsidR="002C61B6">
        <w:rPr>
          <w:rFonts w:ascii="Sylfaen" w:hAnsi="Sylfaen" w:cs="Sylfaen"/>
          <w:sz w:val="18"/>
          <w:szCs w:val="18"/>
          <w:lang w:val="ka-GE"/>
        </w:rPr>
        <w:t>მენარდე</w:t>
      </w:r>
      <w:r w:rsidRPr="00D73BDF">
        <w:rPr>
          <w:rFonts w:cstheme="majorHAnsi"/>
          <w:sz w:val="18"/>
          <w:szCs w:val="18"/>
        </w:rPr>
        <w:t xml:space="preserve"> </w:t>
      </w:r>
      <w:proofErr w:type="spellStart"/>
      <w:r w:rsidRPr="00D73BDF">
        <w:rPr>
          <w:rFonts w:ascii="Sylfaen" w:hAnsi="Sylfaen" w:cs="Sylfaen"/>
          <w:sz w:val="18"/>
          <w:szCs w:val="18"/>
        </w:rPr>
        <w:t>ვალდებულია</w:t>
      </w:r>
      <w:proofErr w:type="spellEnd"/>
      <w:r w:rsidRPr="00D73BDF">
        <w:rPr>
          <w:rFonts w:cstheme="majorHAnsi"/>
          <w:sz w:val="18"/>
          <w:szCs w:val="18"/>
        </w:rPr>
        <w:t xml:space="preserve">, </w:t>
      </w:r>
      <w:proofErr w:type="spellStart"/>
      <w:r w:rsidRPr="00D73BDF">
        <w:rPr>
          <w:rFonts w:ascii="Sylfaen" w:hAnsi="Sylfaen" w:cs="Sylfaen"/>
          <w:sz w:val="18"/>
          <w:szCs w:val="18"/>
        </w:rPr>
        <w:t>უზრუნველყოს</w:t>
      </w:r>
      <w:proofErr w:type="spellEnd"/>
      <w:r w:rsidRPr="00D73BDF">
        <w:rPr>
          <w:rFonts w:cstheme="majorHAnsi"/>
          <w:sz w:val="18"/>
          <w:szCs w:val="18"/>
        </w:rPr>
        <w:t xml:space="preserve"> </w:t>
      </w:r>
      <w:proofErr w:type="spellStart"/>
      <w:r w:rsidRPr="00D73BDF">
        <w:rPr>
          <w:rFonts w:ascii="Sylfaen" w:hAnsi="Sylfaen" w:cs="Sylfaen"/>
          <w:sz w:val="18"/>
          <w:szCs w:val="18"/>
        </w:rPr>
        <w:t>ნარჩენების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მართვა</w:t>
      </w:r>
      <w:proofErr w:type="spellEnd"/>
      <w:r w:rsidRPr="00D73BDF">
        <w:rPr>
          <w:rFonts w:cstheme="majorHAnsi"/>
          <w:sz w:val="18"/>
          <w:szCs w:val="18"/>
        </w:rPr>
        <w:t xml:space="preserve"> </w:t>
      </w:r>
      <w:proofErr w:type="spellStart"/>
      <w:r w:rsidRPr="00D73BDF">
        <w:rPr>
          <w:rFonts w:ascii="Sylfaen" w:hAnsi="Sylfaen" w:cs="Sylfaen"/>
          <w:sz w:val="18"/>
          <w:szCs w:val="18"/>
        </w:rPr>
        <w:t>საქართველოს</w:t>
      </w:r>
      <w:proofErr w:type="spellEnd"/>
      <w:r w:rsidRPr="00D73BDF">
        <w:rPr>
          <w:rFonts w:cstheme="majorHAnsi"/>
          <w:sz w:val="18"/>
          <w:szCs w:val="18"/>
        </w:rPr>
        <w:t xml:space="preserve"> </w:t>
      </w:r>
      <w:proofErr w:type="spellStart"/>
      <w:r w:rsidRPr="00D73BDF">
        <w:rPr>
          <w:rFonts w:ascii="Sylfaen" w:hAnsi="Sylfaen" w:cs="Sylfaen"/>
          <w:sz w:val="18"/>
          <w:szCs w:val="18"/>
        </w:rPr>
        <w:t>კანონმდებლობის</w:t>
      </w:r>
      <w:proofErr w:type="spellEnd"/>
      <w:r w:rsidRPr="00D73BDF">
        <w:rPr>
          <w:rFonts w:cstheme="majorHAnsi"/>
          <w:sz w:val="18"/>
          <w:szCs w:val="18"/>
        </w:rPr>
        <w:t xml:space="preserve"> </w:t>
      </w:r>
      <w:proofErr w:type="spellStart"/>
      <w:r w:rsidRPr="00D73BDF">
        <w:rPr>
          <w:rFonts w:ascii="Sylfaen" w:hAnsi="Sylfaen" w:cs="Sylfaen"/>
          <w:sz w:val="18"/>
          <w:szCs w:val="18"/>
        </w:rPr>
        <w:t>შესაბამისად</w:t>
      </w:r>
      <w:proofErr w:type="spellEnd"/>
      <w:r w:rsidRPr="00D73BDF">
        <w:rPr>
          <w:rFonts w:cstheme="majorHAnsi"/>
          <w:sz w:val="18"/>
          <w:szCs w:val="18"/>
        </w:rPr>
        <w:t xml:space="preserve">, </w:t>
      </w:r>
      <w:proofErr w:type="spellStart"/>
      <w:r w:rsidRPr="00D73BDF">
        <w:rPr>
          <w:rFonts w:ascii="Sylfaen" w:hAnsi="Sylfaen" w:cs="Sylfaen"/>
          <w:sz w:val="18"/>
          <w:szCs w:val="18"/>
        </w:rPr>
        <w:t>მათ</w:t>
      </w:r>
      <w:proofErr w:type="spellEnd"/>
      <w:r w:rsidRPr="00D73BDF">
        <w:rPr>
          <w:rFonts w:cstheme="majorHAnsi"/>
          <w:sz w:val="18"/>
          <w:szCs w:val="18"/>
        </w:rPr>
        <w:t xml:space="preserve"> </w:t>
      </w:r>
      <w:proofErr w:type="spellStart"/>
      <w:r w:rsidRPr="00D73BDF">
        <w:rPr>
          <w:rFonts w:ascii="Sylfaen" w:hAnsi="Sylfaen" w:cs="Sylfaen"/>
          <w:sz w:val="18"/>
          <w:szCs w:val="18"/>
        </w:rPr>
        <w:t>შორის</w:t>
      </w:r>
      <w:proofErr w:type="spellEnd"/>
      <w:r w:rsidRPr="00D73BDF">
        <w:rPr>
          <w:rFonts w:cstheme="majorHAnsi"/>
          <w:sz w:val="18"/>
          <w:szCs w:val="18"/>
        </w:rPr>
        <w:t xml:space="preserve"> </w:t>
      </w:r>
      <w:proofErr w:type="spellStart"/>
      <w:r w:rsidRPr="00D73BDF">
        <w:rPr>
          <w:rFonts w:ascii="Sylfaen" w:hAnsi="Sylfaen" w:cs="Sylfaen"/>
          <w:sz w:val="18"/>
          <w:szCs w:val="18"/>
        </w:rPr>
        <w:t>და</w:t>
      </w:r>
      <w:proofErr w:type="spellEnd"/>
      <w:r w:rsidRPr="00D73BDF">
        <w:rPr>
          <w:rFonts w:cstheme="majorHAnsi"/>
          <w:sz w:val="18"/>
          <w:szCs w:val="18"/>
        </w:rPr>
        <w:t xml:space="preserve"> </w:t>
      </w:r>
      <w:proofErr w:type="spellStart"/>
      <w:r w:rsidRPr="00D73BDF">
        <w:rPr>
          <w:rFonts w:ascii="Sylfaen" w:hAnsi="Sylfaen" w:cs="Sylfaen"/>
          <w:sz w:val="18"/>
          <w:szCs w:val="18"/>
        </w:rPr>
        <w:t>არა</w:t>
      </w:r>
      <w:proofErr w:type="spellEnd"/>
      <w:r w:rsidRPr="00D73BDF">
        <w:rPr>
          <w:rFonts w:cstheme="majorHAnsi"/>
          <w:sz w:val="18"/>
          <w:szCs w:val="18"/>
        </w:rPr>
        <w:t xml:space="preserve"> </w:t>
      </w:r>
      <w:proofErr w:type="spellStart"/>
      <w:r w:rsidRPr="00D73BDF">
        <w:rPr>
          <w:rFonts w:ascii="Sylfaen" w:hAnsi="Sylfaen" w:cs="Sylfaen"/>
          <w:sz w:val="18"/>
          <w:szCs w:val="18"/>
        </w:rPr>
        <w:t>მხოლოდ</w:t>
      </w:r>
      <w:proofErr w:type="spellEnd"/>
      <w:r w:rsidRPr="00D73BDF">
        <w:rPr>
          <w:rFonts w:cstheme="majorHAnsi"/>
          <w:sz w:val="18"/>
          <w:szCs w:val="18"/>
        </w:rPr>
        <w:t xml:space="preserve">, </w:t>
      </w:r>
      <w:proofErr w:type="spellStart"/>
      <w:r w:rsidRPr="00D73BDF">
        <w:rPr>
          <w:rFonts w:ascii="Sylfaen" w:hAnsi="Sylfaen" w:cs="Sylfaen"/>
          <w:sz w:val="18"/>
          <w:szCs w:val="18"/>
        </w:rPr>
        <w:t>ნარჩენების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მართვასთან</w:t>
      </w:r>
      <w:proofErr w:type="spellEnd"/>
      <w:r w:rsidRPr="00D73BDF">
        <w:rPr>
          <w:rFonts w:cstheme="majorHAnsi"/>
          <w:sz w:val="18"/>
          <w:szCs w:val="18"/>
        </w:rPr>
        <w:t xml:space="preserve"> </w:t>
      </w:r>
      <w:proofErr w:type="spellStart"/>
      <w:r w:rsidRPr="00D73BDF">
        <w:rPr>
          <w:rFonts w:ascii="Sylfaen" w:hAnsi="Sylfaen" w:cs="Sylfaen"/>
          <w:sz w:val="18"/>
          <w:szCs w:val="18"/>
        </w:rPr>
        <w:t>დაკავშირებული</w:t>
      </w:r>
      <w:proofErr w:type="spellEnd"/>
      <w:r w:rsidRPr="00D73BDF">
        <w:rPr>
          <w:rFonts w:cstheme="majorHAnsi"/>
          <w:sz w:val="18"/>
          <w:szCs w:val="18"/>
        </w:rPr>
        <w:t xml:space="preserve"> </w:t>
      </w:r>
      <w:proofErr w:type="spellStart"/>
      <w:r w:rsidRPr="00D73BDF">
        <w:rPr>
          <w:rFonts w:ascii="Sylfaen" w:hAnsi="Sylfaen" w:cs="Sylfaen"/>
          <w:sz w:val="18"/>
          <w:szCs w:val="18"/>
        </w:rPr>
        <w:t>დოკუმენტებით</w:t>
      </w:r>
      <w:proofErr w:type="spellEnd"/>
      <w:r w:rsidRPr="00D73BDF">
        <w:rPr>
          <w:rFonts w:cstheme="majorHAnsi"/>
          <w:sz w:val="18"/>
          <w:szCs w:val="18"/>
        </w:rPr>
        <w:t xml:space="preserve"> </w:t>
      </w:r>
      <w:proofErr w:type="spellStart"/>
      <w:r w:rsidRPr="00D73BDF">
        <w:rPr>
          <w:rFonts w:ascii="Sylfaen" w:hAnsi="Sylfaen" w:cs="Sylfaen"/>
          <w:sz w:val="18"/>
          <w:szCs w:val="18"/>
        </w:rPr>
        <w:t>უზრუნველყოფა</w:t>
      </w:r>
      <w:proofErr w:type="spellEnd"/>
      <w:r w:rsidRPr="00D73BDF">
        <w:rPr>
          <w:rFonts w:cstheme="majorHAnsi"/>
          <w:sz w:val="18"/>
          <w:szCs w:val="18"/>
        </w:rPr>
        <w:t xml:space="preserve"> </w:t>
      </w:r>
      <w:r w:rsidR="001A1086">
        <w:rPr>
          <w:rFonts w:ascii="Sylfaen" w:hAnsi="Sylfaen" w:cstheme="majorHAnsi"/>
          <w:sz w:val="18"/>
          <w:szCs w:val="18"/>
          <w:lang w:val="ka-GE"/>
        </w:rPr>
        <w:t>(</w:t>
      </w:r>
      <w:proofErr w:type="spellStart"/>
      <w:r w:rsidRPr="00D73BDF">
        <w:rPr>
          <w:rFonts w:ascii="Sylfaen" w:hAnsi="Sylfaen" w:cs="Sylfaen"/>
          <w:sz w:val="18"/>
          <w:szCs w:val="18"/>
        </w:rPr>
        <w:t>მათ</w:t>
      </w:r>
      <w:proofErr w:type="spellEnd"/>
      <w:r w:rsidRPr="00D73BDF">
        <w:rPr>
          <w:rFonts w:cstheme="majorHAnsi"/>
          <w:sz w:val="18"/>
          <w:szCs w:val="18"/>
        </w:rPr>
        <w:t xml:space="preserve"> </w:t>
      </w:r>
      <w:proofErr w:type="spellStart"/>
      <w:r w:rsidRPr="00D73BDF">
        <w:rPr>
          <w:rFonts w:ascii="Sylfaen" w:hAnsi="Sylfaen" w:cs="Sylfaen"/>
          <w:sz w:val="18"/>
          <w:szCs w:val="18"/>
        </w:rPr>
        <w:t>შორის</w:t>
      </w:r>
      <w:proofErr w:type="spellEnd"/>
      <w:r w:rsidRPr="00D73BDF">
        <w:rPr>
          <w:rFonts w:cstheme="majorHAnsi"/>
          <w:sz w:val="18"/>
          <w:szCs w:val="18"/>
        </w:rPr>
        <w:t xml:space="preserve"> </w:t>
      </w:r>
      <w:proofErr w:type="spellStart"/>
      <w:r w:rsidRPr="00D73BDF">
        <w:rPr>
          <w:rFonts w:ascii="Sylfaen" w:hAnsi="Sylfaen" w:cs="Sylfaen"/>
          <w:sz w:val="18"/>
          <w:szCs w:val="18"/>
        </w:rPr>
        <w:t>ნარჩენების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მართვის</w:t>
      </w:r>
      <w:proofErr w:type="spellEnd"/>
      <w:r w:rsidRPr="00D73BDF">
        <w:rPr>
          <w:rFonts w:cstheme="majorHAnsi"/>
          <w:sz w:val="18"/>
          <w:szCs w:val="18"/>
        </w:rPr>
        <w:t xml:space="preserve"> </w:t>
      </w:r>
      <w:proofErr w:type="spellStart"/>
      <w:r w:rsidRPr="00D73BDF">
        <w:rPr>
          <w:rFonts w:ascii="Sylfaen" w:hAnsi="Sylfaen" w:cs="Sylfaen"/>
          <w:sz w:val="18"/>
          <w:szCs w:val="18"/>
        </w:rPr>
        <w:t>გეგმის</w:t>
      </w:r>
      <w:proofErr w:type="spellEnd"/>
      <w:r w:rsidRPr="00D73BDF">
        <w:rPr>
          <w:rFonts w:cstheme="majorHAnsi"/>
          <w:sz w:val="18"/>
          <w:szCs w:val="18"/>
        </w:rPr>
        <w:t xml:space="preserve"> </w:t>
      </w:r>
      <w:proofErr w:type="spellStart"/>
      <w:r w:rsidRPr="00D73BDF">
        <w:rPr>
          <w:rFonts w:ascii="Sylfaen" w:hAnsi="Sylfaen" w:cs="Sylfaen"/>
          <w:sz w:val="18"/>
          <w:szCs w:val="18"/>
        </w:rPr>
        <w:t>მომზადება</w:t>
      </w:r>
      <w:proofErr w:type="spellEnd"/>
      <w:r w:rsidRPr="00D73BDF">
        <w:rPr>
          <w:rFonts w:cstheme="majorHAnsi"/>
          <w:sz w:val="18"/>
          <w:szCs w:val="18"/>
        </w:rPr>
        <w:t xml:space="preserve"> </w:t>
      </w:r>
      <w:proofErr w:type="spellStart"/>
      <w:r w:rsidRPr="00D73BDF">
        <w:rPr>
          <w:rFonts w:ascii="Sylfaen" w:hAnsi="Sylfaen" w:cs="Sylfaen"/>
          <w:sz w:val="18"/>
          <w:szCs w:val="18"/>
        </w:rPr>
        <w:t>და</w:t>
      </w:r>
      <w:proofErr w:type="spellEnd"/>
      <w:r w:rsidRPr="00D73BDF">
        <w:rPr>
          <w:rFonts w:cstheme="majorHAnsi"/>
          <w:sz w:val="18"/>
          <w:szCs w:val="18"/>
        </w:rPr>
        <w:t xml:space="preserve"> </w:t>
      </w:r>
      <w:proofErr w:type="spellStart"/>
      <w:r w:rsidRPr="00D73BDF">
        <w:rPr>
          <w:rFonts w:ascii="Sylfaen" w:hAnsi="Sylfaen" w:cs="Sylfaen"/>
          <w:sz w:val="18"/>
          <w:szCs w:val="18"/>
        </w:rPr>
        <w:t>უფლებამოსილ</w:t>
      </w:r>
      <w:proofErr w:type="spellEnd"/>
      <w:r w:rsidRPr="00D73BDF">
        <w:rPr>
          <w:rFonts w:cstheme="majorHAnsi"/>
          <w:sz w:val="18"/>
          <w:szCs w:val="18"/>
        </w:rPr>
        <w:t xml:space="preserve"> </w:t>
      </w:r>
      <w:proofErr w:type="spellStart"/>
      <w:r w:rsidRPr="00D73BDF">
        <w:rPr>
          <w:rFonts w:ascii="Sylfaen" w:hAnsi="Sylfaen" w:cs="Sylfaen"/>
          <w:sz w:val="18"/>
          <w:szCs w:val="18"/>
        </w:rPr>
        <w:t>ადმინისტრაციულ</w:t>
      </w:r>
      <w:proofErr w:type="spellEnd"/>
      <w:r w:rsidRPr="00D73BDF">
        <w:rPr>
          <w:rFonts w:cstheme="majorHAnsi"/>
          <w:sz w:val="18"/>
          <w:szCs w:val="18"/>
        </w:rPr>
        <w:t xml:space="preserve"> </w:t>
      </w:r>
      <w:proofErr w:type="spellStart"/>
      <w:r w:rsidRPr="00D73BDF">
        <w:rPr>
          <w:rFonts w:ascii="Sylfaen" w:hAnsi="Sylfaen" w:cs="Sylfaen"/>
          <w:sz w:val="18"/>
          <w:szCs w:val="18"/>
        </w:rPr>
        <w:t>ორგანოსთან</w:t>
      </w:r>
      <w:proofErr w:type="spellEnd"/>
      <w:r w:rsidRPr="00D73BDF">
        <w:rPr>
          <w:rFonts w:cstheme="majorHAnsi"/>
          <w:sz w:val="18"/>
          <w:szCs w:val="18"/>
        </w:rPr>
        <w:t xml:space="preserve"> </w:t>
      </w:r>
      <w:proofErr w:type="spellStart"/>
      <w:r w:rsidRPr="00D73BDF">
        <w:rPr>
          <w:rFonts w:ascii="Sylfaen" w:hAnsi="Sylfaen" w:cs="Sylfaen"/>
          <w:sz w:val="18"/>
          <w:szCs w:val="18"/>
        </w:rPr>
        <w:t>შეთანხმება</w:t>
      </w:r>
      <w:proofErr w:type="spellEnd"/>
      <w:r w:rsidRPr="00D73BDF">
        <w:rPr>
          <w:rFonts w:cstheme="majorHAnsi"/>
          <w:sz w:val="18"/>
          <w:szCs w:val="18"/>
        </w:rPr>
        <w:t xml:space="preserve">, </w:t>
      </w:r>
      <w:proofErr w:type="spellStart"/>
      <w:r w:rsidRPr="00D73BDF">
        <w:rPr>
          <w:rFonts w:ascii="Sylfaen" w:hAnsi="Sylfaen" w:cs="Sylfaen"/>
          <w:sz w:val="18"/>
          <w:szCs w:val="18"/>
        </w:rPr>
        <w:t>შეთანხმებულ</w:t>
      </w:r>
      <w:proofErr w:type="spellEnd"/>
      <w:r w:rsidRPr="00D73BDF">
        <w:rPr>
          <w:rFonts w:cstheme="majorHAnsi"/>
          <w:sz w:val="18"/>
          <w:szCs w:val="18"/>
        </w:rPr>
        <w:t xml:space="preserve"> </w:t>
      </w:r>
      <w:proofErr w:type="spellStart"/>
      <w:r w:rsidRPr="00D73BDF">
        <w:rPr>
          <w:rFonts w:ascii="Sylfaen" w:hAnsi="Sylfaen" w:cs="Sylfaen"/>
          <w:sz w:val="18"/>
          <w:szCs w:val="18"/>
        </w:rPr>
        <w:t>ნარჩენების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მართვის</w:t>
      </w:r>
      <w:proofErr w:type="spellEnd"/>
      <w:r w:rsidRPr="00D73BDF">
        <w:rPr>
          <w:rFonts w:cstheme="majorHAnsi"/>
          <w:sz w:val="18"/>
          <w:szCs w:val="18"/>
        </w:rPr>
        <w:t xml:space="preserve"> </w:t>
      </w:r>
      <w:proofErr w:type="spellStart"/>
      <w:r w:rsidRPr="00D73BDF">
        <w:rPr>
          <w:rFonts w:ascii="Sylfaen" w:hAnsi="Sylfaen" w:cs="Sylfaen"/>
          <w:sz w:val="18"/>
          <w:szCs w:val="18"/>
        </w:rPr>
        <w:t>გეგმაში</w:t>
      </w:r>
      <w:proofErr w:type="spellEnd"/>
      <w:r w:rsidRPr="00D73BDF">
        <w:rPr>
          <w:rFonts w:cstheme="majorHAnsi"/>
          <w:sz w:val="18"/>
          <w:szCs w:val="18"/>
        </w:rPr>
        <w:t xml:space="preserve"> </w:t>
      </w:r>
      <w:proofErr w:type="spellStart"/>
      <w:r w:rsidRPr="00D73BDF">
        <w:rPr>
          <w:rFonts w:ascii="Sylfaen" w:hAnsi="Sylfaen" w:cs="Sylfaen"/>
          <w:sz w:val="18"/>
          <w:szCs w:val="18"/>
        </w:rPr>
        <w:t>ცვლილებ</w:t>
      </w:r>
      <w:proofErr w:type="spellEnd"/>
      <w:r w:rsidR="001A1086">
        <w:rPr>
          <w:rFonts w:ascii="Sylfaen" w:hAnsi="Sylfaen" w:cstheme="majorHAnsi"/>
          <w:sz w:val="18"/>
          <w:szCs w:val="18"/>
          <w:lang w:val="ka-GE"/>
        </w:rPr>
        <w:t>(</w:t>
      </w:r>
      <w:proofErr w:type="spellStart"/>
      <w:r w:rsidRPr="00D73BDF">
        <w:rPr>
          <w:rFonts w:ascii="Sylfaen" w:hAnsi="Sylfaen" w:cs="Sylfaen"/>
          <w:sz w:val="18"/>
          <w:szCs w:val="18"/>
        </w:rPr>
        <w:t>ებ</w:t>
      </w:r>
      <w:proofErr w:type="spellEnd"/>
      <w:r w:rsidR="001A1086">
        <w:rPr>
          <w:rFonts w:ascii="Sylfaen" w:hAnsi="Sylfaen" w:cstheme="majorHAnsi"/>
          <w:sz w:val="18"/>
          <w:szCs w:val="18"/>
          <w:lang w:val="ka-GE"/>
        </w:rPr>
        <w:t>)</w:t>
      </w:r>
      <w:proofErr w:type="spellStart"/>
      <w:r w:rsidRPr="00D73BDF">
        <w:rPr>
          <w:rFonts w:ascii="Sylfaen" w:hAnsi="Sylfaen" w:cs="Sylfaen"/>
          <w:sz w:val="18"/>
          <w:szCs w:val="18"/>
        </w:rPr>
        <w:t>ის</w:t>
      </w:r>
      <w:proofErr w:type="spellEnd"/>
      <w:r w:rsidRPr="00D73BDF">
        <w:rPr>
          <w:rFonts w:cstheme="majorHAnsi"/>
          <w:sz w:val="18"/>
          <w:szCs w:val="18"/>
        </w:rPr>
        <w:t xml:space="preserve"> </w:t>
      </w:r>
      <w:proofErr w:type="spellStart"/>
      <w:r w:rsidRPr="00D73BDF">
        <w:rPr>
          <w:rFonts w:ascii="Sylfaen" w:hAnsi="Sylfaen" w:cs="Sylfaen"/>
          <w:sz w:val="18"/>
          <w:szCs w:val="18"/>
        </w:rPr>
        <w:t>განხორციელება</w:t>
      </w:r>
      <w:proofErr w:type="spellEnd"/>
      <w:r w:rsidRPr="00D73BDF">
        <w:rPr>
          <w:rFonts w:cstheme="majorHAnsi"/>
          <w:sz w:val="18"/>
          <w:szCs w:val="18"/>
        </w:rPr>
        <w:t xml:space="preserve"> </w:t>
      </w:r>
      <w:r w:rsidR="001A1086">
        <w:rPr>
          <w:rFonts w:ascii="Sylfaen" w:hAnsi="Sylfaen" w:cstheme="majorHAnsi"/>
          <w:sz w:val="18"/>
          <w:szCs w:val="18"/>
          <w:lang w:val="ka-GE"/>
        </w:rPr>
        <w:t>(</w:t>
      </w:r>
      <w:proofErr w:type="spellStart"/>
      <w:r w:rsidRPr="00D73BDF">
        <w:rPr>
          <w:rFonts w:ascii="Sylfaen" w:hAnsi="Sylfaen" w:cs="Sylfaen"/>
          <w:sz w:val="18"/>
          <w:szCs w:val="18"/>
        </w:rPr>
        <w:t>ასეთის</w:t>
      </w:r>
      <w:proofErr w:type="spellEnd"/>
      <w:r w:rsidRPr="00D73BDF">
        <w:rPr>
          <w:rFonts w:cstheme="majorHAnsi"/>
          <w:sz w:val="18"/>
          <w:szCs w:val="18"/>
        </w:rPr>
        <w:t xml:space="preserve"> </w:t>
      </w:r>
      <w:proofErr w:type="spellStart"/>
      <w:r w:rsidRPr="00D73BDF">
        <w:rPr>
          <w:rFonts w:ascii="Sylfaen" w:hAnsi="Sylfaen" w:cs="Sylfaen"/>
          <w:sz w:val="18"/>
          <w:szCs w:val="18"/>
        </w:rPr>
        <w:t>საჭიროების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შემთხვევაში</w:t>
      </w:r>
      <w:proofErr w:type="spellEnd"/>
      <w:r w:rsidR="001A1086">
        <w:rPr>
          <w:rFonts w:ascii="Sylfaen" w:hAnsi="Sylfaen" w:cs="Sylfaen"/>
          <w:sz w:val="18"/>
          <w:szCs w:val="18"/>
          <w:lang w:val="ka-GE"/>
        </w:rPr>
        <w:t>)</w:t>
      </w:r>
      <w:r w:rsidRPr="00D73BDF">
        <w:rPr>
          <w:rFonts w:cstheme="majorHAnsi"/>
          <w:sz w:val="18"/>
          <w:szCs w:val="18"/>
        </w:rPr>
        <w:t xml:space="preserve">, </w:t>
      </w:r>
      <w:proofErr w:type="spellStart"/>
      <w:r w:rsidRPr="00D73BDF">
        <w:rPr>
          <w:rFonts w:ascii="Sylfaen" w:hAnsi="Sylfaen" w:cs="Sylfaen"/>
          <w:sz w:val="18"/>
          <w:szCs w:val="18"/>
        </w:rPr>
        <w:t>რაც</w:t>
      </w:r>
      <w:proofErr w:type="spellEnd"/>
      <w:r w:rsidRPr="00D73BDF">
        <w:rPr>
          <w:rFonts w:cstheme="majorHAnsi"/>
          <w:sz w:val="18"/>
          <w:szCs w:val="18"/>
        </w:rPr>
        <w:t xml:space="preserve"> </w:t>
      </w:r>
      <w:proofErr w:type="spellStart"/>
      <w:r w:rsidRPr="00D73BDF">
        <w:rPr>
          <w:rFonts w:ascii="Sylfaen" w:hAnsi="Sylfaen" w:cs="Sylfaen"/>
          <w:sz w:val="18"/>
          <w:szCs w:val="18"/>
        </w:rPr>
        <w:t>ამავდროულად</w:t>
      </w:r>
      <w:proofErr w:type="spellEnd"/>
      <w:r w:rsidRPr="00D73BDF">
        <w:rPr>
          <w:rFonts w:cstheme="majorHAnsi"/>
          <w:sz w:val="18"/>
          <w:szCs w:val="18"/>
        </w:rPr>
        <w:t xml:space="preserve"> </w:t>
      </w:r>
      <w:proofErr w:type="spellStart"/>
      <w:r w:rsidRPr="00D73BDF">
        <w:rPr>
          <w:rFonts w:ascii="Sylfaen" w:hAnsi="Sylfaen" w:cs="Sylfaen"/>
          <w:sz w:val="18"/>
          <w:szCs w:val="18"/>
        </w:rPr>
        <w:t>მოიაზრებს</w:t>
      </w:r>
      <w:proofErr w:type="spellEnd"/>
      <w:r w:rsidRPr="00D73BDF">
        <w:rPr>
          <w:rFonts w:cstheme="majorHAnsi"/>
          <w:sz w:val="18"/>
          <w:szCs w:val="18"/>
        </w:rPr>
        <w:t xml:space="preserve"> </w:t>
      </w:r>
      <w:proofErr w:type="spellStart"/>
      <w:r w:rsidRPr="00D73BDF">
        <w:rPr>
          <w:rFonts w:ascii="Sylfaen" w:hAnsi="Sylfaen" w:cs="Sylfaen"/>
          <w:sz w:val="18"/>
          <w:szCs w:val="18"/>
        </w:rPr>
        <w:t>აღნიშნული</w:t>
      </w:r>
      <w:proofErr w:type="spellEnd"/>
      <w:r w:rsidRPr="00D73BDF">
        <w:rPr>
          <w:rFonts w:cstheme="majorHAnsi"/>
          <w:sz w:val="18"/>
          <w:szCs w:val="18"/>
        </w:rPr>
        <w:t xml:space="preserve"> </w:t>
      </w:r>
      <w:proofErr w:type="spellStart"/>
      <w:r w:rsidRPr="00D73BDF">
        <w:rPr>
          <w:rFonts w:ascii="Sylfaen" w:hAnsi="Sylfaen" w:cs="Sylfaen"/>
          <w:sz w:val="18"/>
          <w:szCs w:val="18"/>
        </w:rPr>
        <w:t>ცვლილებების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შეთანხმებას</w:t>
      </w:r>
      <w:proofErr w:type="spellEnd"/>
      <w:r w:rsidRPr="00D73BDF">
        <w:rPr>
          <w:rFonts w:cstheme="majorHAnsi"/>
          <w:sz w:val="18"/>
          <w:szCs w:val="18"/>
        </w:rPr>
        <w:t xml:space="preserve"> </w:t>
      </w:r>
      <w:proofErr w:type="spellStart"/>
      <w:r w:rsidRPr="00D73BDF">
        <w:rPr>
          <w:rFonts w:ascii="Sylfaen" w:hAnsi="Sylfaen" w:cs="Sylfaen"/>
          <w:sz w:val="18"/>
          <w:szCs w:val="18"/>
        </w:rPr>
        <w:t>უფლებამოსილ</w:t>
      </w:r>
      <w:proofErr w:type="spellEnd"/>
      <w:r w:rsidRPr="00D73BDF">
        <w:rPr>
          <w:rFonts w:cstheme="majorHAnsi"/>
          <w:sz w:val="18"/>
          <w:szCs w:val="18"/>
        </w:rPr>
        <w:t xml:space="preserve"> </w:t>
      </w:r>
      <w:proofErr w:type="spellStart"/>
      <w:r w:rsidRPr="00D73BDF">
        <w:rPr>
          <w:rFonts w:ascii="Sylfaen" w:hAnsi="Sylfaen" w:cs="Sylfaen"/>
          <w:sz w:val="18"/>
          <w:szCs w:val="18"/>
        </w:rPr>
        <w:t>ადმინისტრაციულ</w:t>
      </w:r>
      <w:proofErr w:type="spellEnd"/>
      <w:r w:rsidRPr="00D73BDF">
        <w:rPr>
          <w:rFonts w:cstheme="majorHAnsi"/>
          <w:sz w:val="18"/>
          <w:szCs w:val="18"/>
        </w:rPr>
        <w:t xml:space="preserve"> </w:t>
      </w:r>
      <w:proofErr w:type="spellStart"/>
      <w:r w:rsidRPr="00D73BDF">
        <w:rPr>
          <w:rFonts w:ascii="Sylfaen" w:hAnsi="Sylfaen" w:cs="Sylfaen"/>
          <w:sz w:val="18"/>
          <w:szCs w:val="18"/>
        </w:rPr>
        <w:t>ორგანოსთან</w:t>
      </w:r>
      <w:proofErr w:type="spellEnd"/>
      <w:r w:rsidRPr="00D73BDF">
        <w:rPr>
          <w:rFonts w:cstheme="majorHAnsi"/>
          <w:sz w:val="18"/>
          <w:szCs w:val="18"/>
        </w:rPr>
        <w:t xml:space="preserve">), </w:t>
      </w:r>
      <w:proofErr w:type="spellStart"/>
      <w:r w:rsidRPr="00D73BDF">
        <w:rPr>
          <w:rFonts w:ascii="Sylfaen" w:hAnsi="Sylfaen" w:cs="Sylfaen"/>
          <w:sz w:val="18"/>
          <w:szCs w:val="18"/>
        </w:rPr>
        <w:t>ნარჩენების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მმართველის</w:t>
      </w:r>
      <w:proofErr w:type="spellEnd"/>
      <w:r w:rsidRPr="00D73BDF">
        <w:rPr>
          <w:rFonts w:cstheme="majorHAnsi"/>
          <w:sz w:val="18"/>
          <w:szCs w:val="18"/>
        </w:rPr>
        <w:t xml:space="preserve"> </w:t>
      </w:r>
      <w:proofErr w:type="spellStart"/>
      <w:r w:rsidRPr="00D73BDF">
        <w:rPr>
          <w:rFonts w:ascii="Sylfaen" w:hAnsi="Sylfaen" w:cs="Sylfaen"/>
          <w:sz w:val="18"/>
          <w:szCs w:val="18"/>
        </w:rPr>
        <w:t>დანიშვნა</w:t>
      </w:r>
      <w:proofErr w:type="spellEnd"/>
      <w:r w:rsidRPr="00D73BDF">
        <w:rPr>
          <w:rFonts w:cstheme="majorHAnsi"/>
          <w:sz w:val="18"/>
          <w:szCs w:val="18"/>
        </w:rPr>
        <w:t xml:space="preserve">, </w:t>
      </w:r>
      <w:proofErr w:type="spellStart"/>
      <w:r w:rsidRPr="00D73BDF">
        <w:rPr>
          <w:rFonts w:ascii="Sylfaen" w:hAnsi="Sylfaen" w:cs="Sylfaen"/>
          <w:sz w:val="18"/>
          <w:szCs w:val="18"/>
        </w:rPr>
        <w:t>ნარჩენების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ტრანსპორტირებასა</w:t>
      </w:r>
      <w:proofErr w:type="spellEnd"/>
      <w:r w:rsidRPr="00D73BDF">
        <w:rPr>
          <w:rFonts w:cstheme="majorHAnsi"/>
          <w:sz w:val="18"/>
          <w:szCs w:val="18"/>
        </w:rPr>
        <w:t xml:space="preserve"> </w:t>
      </w:r>
      <w:proofErr w:type="spellStart"/>
      <w:r w:rsidRPr="00D73BDF">
        <w:rPr>
          <w:rFonts w:ascii="Sylfaen" w:hAnsi="Sylfaen" w:cs="Sylfaen"/>
          <w:sz w:val="18"/>
          <w:szCs w:val="18"/>
        </w:rPr>
        <w:t>და</w:t>
      </w:r>
      <w:proofErr w:type="spellEnd"/>
      <w:r w:rsidRPr="00D73BDF">
        <w:rPr>
          <w:rFonts w:cstheme="majorHAnsi"/>
          <w:sz w:val="18"/>
          <w:szCs w:val="18"/>
        </w:rPr>
        <w:t xml:space="preserve"> </w:t>
      </w:r>
      <w:proofErr w:type="spellStart"/>
      <w:r w:rsidRPr="00D73BDF">
        <w:rPr>
          <w:rFonts w:ascii="Sylfaen" w:hAnsi="Sylfaen" w:cs="Sylfaen"/>
          <w:sz w:val="18"/>
          <w:szCs w:val="18"/>
        </w:rPr>
        <w:t>საბოლოო</w:t>
      </w:r>
      <w:proofErr w:type="spellEnd"/>
      <w:r w:rsidRPr="00D73BDF">
        <w:rPr>
          <w:rFonts w:cstheme="majorHAnsi"/>
          <w:sz w:val="18"/>
          <w:szCs w:val="18"/>
        </w:rPr>
        <w:t xml:space="preserve"> </w:t>
      </w:r>
      <w:proofErr w:type="spellStart"/>
      <w:r w:rsidRPr="00D73BDF">
        <w:rPr>
          <w:rFonts w:ascii="Sylfaen" w:hAnsi="Sylfaen" w:cs="Sylfaen"/>
          <w:sz w:val="18"/>
          <w:szCs w:val="18"/>
        </w:rPr>
        <w:t>დანიშნულების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ადგილზე</w:t>
      </w:r>
      <w:proofErr w:type="spellEnd"/>
      <w:r w:rsidRPr="00D73BDF">
        <w:rPr>
          <w:rFonts w:cstheme="majorHAnsi"/>
          <w:sz w:val="18"/>
          <w:szCs w:val="18"/>
        </w:rPr>
        <w:t xml:space="preserve"> </w:t>
      </w:r>
      <w:proofErr w:type="spellStart"/>
      <w:r w:rsidRPr="00D73BDF">
        <w:rPr>
          <w:rFonts w:ascii="Sylfaen" w:hAnsi="Sylfaen" w:cs="Sylfaen"/>
          <w:sz w:val="18"/>
          <w:szCs w:val="18"/>
        </w:rPr>
        <w:t>განთავსებასთან</w:t>
      </w:r>
      <w:proofErr w:type="spellEnd"/>
      <w:r w:rsidRPr="00D73BDF">
        <w:rPr>
          <w:rFonts w:cstheme="majorHAnsi"/>
          <w:sz w:val="18"/>
          <w:szCs w:val="18"/>
        </w:rPr>
        <w:t xml:space="preserve"> </w:t>
      </w:r>
      <w:proofErr w:type="spellStart"/>
      <w:r w:rsidRPr="00D73BDF">
        <w:rPr>
          <w:rFonts w:ascii="Sylfaen" w:hAnsi="Sylfaen" w:cs="Sylfaen"/>
          <w:sz w:val="18"/>
          <w:szCs w:val="18"/>
        </w:rPr>
        <w:t>დაკავშირებული</w:t>
      </w:r>
      <w:proofErr w:type="spellEnd"/>
      <w:r w:rsidRPr="00D73BDF">
        <w:rPr>
          <w:rFonts w:cstheme="majorHAnsi"/>
          <w:sz w:val="18"/>
          <w:szCs w:val="18"/>
        </w:rPr>
        <w:t xml:space="preserve"> </w:t>
      </w:r>
      <w:proofErr w:type="spellStart"/>
      <w:r w:rsidRPr="00D73BDF">
        <w:rPr>
          <w:rFonts w:ascii="Sylfaen" w:hAnsi="Sylfaen" w:cs="Sylfaen"/>
          <w:sz w:val="18"/>
          <w:szCs w:val="18"/>
        </w:rPr>
        <w:t>ვალდებულებები</w:t>
      </w:r>
      <w:proofErr w:type="spellEnd"/>
      <w:r w:rsidRPr="00D73BDF">
        <w:rPr>
          <w:rFonts w:cstheme="majorHAnsi"/>
          <w:sz w:val="18"/>
          <w:szCs w:val="18"/>
        </w:rPr>
        <w:t xml:space="preserve"> </w:t>
      </w:r>
      <w:proofErr w:type="spellStart"/>
      <w:r w:rsidRPr="00D73BDF">
        <w:rPr>
          <w:rFonts w:ascii="Sylfaen" w:hAnsi="Sylfaen" w:cs="Sylfaen"/>
          <w:sz w:val="18"/>
          <w:szCs w:val="18"/>
        </w:rPr>
        <w:t>ასეთი</w:t>
      </w:r>
      <w:proofErr w:type="spellEnd"/>
      <w:r w:rsidRPr="00D73BDF">
        <w:rPr>
          <w:rFonts w:cstheme="majorHAnsi"/>
          <w:sz w:val="18"/>
          <w:szCs w:val="18"/>
        </w:rPr>
        <w:t xml:space="preserve"> </w:t>
      </w:r>
      <w:proofErr w:type="spellStart"/>
      <w:r w:rsidRPr="00D73BDF">
        <w:rPr>
          <w:rFonts w:ascii="Sylfaen" w:hAnsi="Sylfaen" w:cs="Sylfaen"/>
          <w:sz w:val="18"/>
          <w:szCs w:val="18"/>
        </w:rPr>
        <w:t>მოქმედების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განხორციელებისათვის</w:t>
      </w:r>
      <w:proofErr w:type="spellEnd"/>
      <w:r w:rsidRPr="00D73BDF">
        <w:rPr>
          <w:rFonts w:cstheme="majorHAnsi"/>
          <w:sz w:val="18"/>
          <w:szCs w:val="18"/>
        </w:rPr>
        <w:t xml:space="preserve"> </w:t>
      </w:r>
      <w:proofErr w:type="spellStart"/>
      <w:r w:rsidRPr="00D73BDF">
        <w:rPr>
          <w:rFonts w:ascii="Sylfaen" w:hAnsi="Sylfaen" w:cs="Sylfaen"/>
          <w:sz w:val="18"/>
          <w:szCs w:val="18"/>
        </w:rPr>
        <w:t>შესაბამისი</w:t>
      </w:r>
      <w:proofErr w:type="spellEnd"/>
      <w:r w:rsidRPr="00D73BDF">
        <w:rPr>
          <w:rFonts w:cstheme="majorHAnsi"/>
          <w:sz w:val="18"/>
          <w:szCs w:val="18"/>
        </w:rPr>
        <w:t xml:space="preserve"> </w:t>
      </w:r>
      <w:proofErr w:type="spellStart"/>
      <w:r w:rsidRPr="00D73BDF">
        <w:rPr>
          <w:rFonts w:ascii="Sylfaen" w:hAnsi="Sylfaen" w:cs="Sylfaen"/>
          <w:sz w:val="18"/>
          <w:szCs w:val="18"/>
        </w:rPr>
        <w:t>უფლებამოსილი</w:t>
      </w:r>
      <w:proofErr w:type="spellEnd"/>
      <w:r w:rsidRPr="00D73BDF">
        <w:rPr>
          <w:rFonts w:cstheme="majorHAnsi"/>
          <w:sz w:val="18"/>
          <w:szCs w:val="18"/>
        </w:rPr>
        <w:t xml:space="preserve"> </w:t>
      </w:r>
      <w:proofErr w:type="spellStart"/>
      <w:r w:rsidRPr="00D73BDF">
        <w:rPr>
          <w:rFonts w:ascii="Sylfaen" w:hAnsi="Sylfaen" w:cs="Sylfaen"/>
          <w:sz w:val="18"/>
          <w:szCs w:val="18"/>
        </w:rPr>
        <w:t>პირების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მონაწილეობით</w:t>
      </w:r>
      <w:proofErr w:type="spellEnd"/>
      <w:r w:rsidRPr="00D73BDF">
        <w:rPr>
          <w:rFonts w:cstheme="majorHAnsi"/>
          <w:sz w:val="18"/>
          <w:szCs w:val="18"/>
        </w:rPr>
        <w:t xml:space="preserve">, </w:t>
      </w:r>
      <w:proofErr w:type="spellStart"/>
      <w:r w:rsidRPr="00D73BDF">
        <w:rPr>
          <w:rFonts w:ascii="Sylfaen" w:hAnsi="Sylfaen" w:cs="Sylfaen"/>
          <w:sz w:val="18"/>
          <w:szCs w:val="18"/>
        </w:rPr>
        <w:t>ნარჩენების</w:t>
      </w:r>
      <w:proofErr w:type="spellEnd"/>
      <w:r w:rsidRPr="00D73BDF">
        <w:rPr>
          <w:rFonts w:cstheme="majorHAnsi"/>
          <w:sz w:val="18"/>
          <w:szCs w:val="18"/>
        </w:rPr>
        <w:t xml:space="preserve"> </w:t>
      </w:r>
      <w:proofErr w:type="spellStart"/>
      <w:r w:rsidRPr="00D73BDF">
        <w:rPr>
          <w:rFonts w:ascii="Sylfaen" w:hAnsi="Sylfaen" w:cs="Sylfaen"/>
          <w:sz w:val="18"/>
          <w:szCs w:val="18"/>
        </w:rPr>
        <w:lastRenderedPageBreak/>
        <w:t>მართვის</w:t>
      </w:r>
      <w:proofErr w:type="spellEnd"/>
      <w:r w:rsidRPr="00D73BDF">
        <w:rPr>
          <w:rFonts w:cstheme="majorHAnsi"/>
          <w:sz w:val="18"/>
          <w:szCs w:val="18"/>
        </w:rPr>
        <w:t xml:space="preserve"> </w:t>
      </w:r>
      <w:proofErr w:type="spellStart"/>
      <w:r w:rsidRPr="00D73BDF">
        <w:rPr>
          <w:rFonts w:ascii="Sylfaen" w:hAnsi="Sylfaen" w:cs="Sylfaen"/>
          <w:sz w:val="18"/>
          <w:szCs w:val="18"/>
        </w:rPr>
        <w:t>გეგმის</w:t>
      </w:r>
      <w:proofErr w:type="spellEnd"/>
      <w:r w:rsidRPr="00D73BDF">
        <w:rPr>
          <w:rFonts w:cstheme="majorHAnsi"/>
          <w:sz w:val="18"/>
          <w:szCs w:val="18"/>
        </w:rPr>
        <w:t xml:space="preserve"> </w:t>
      </w:r>
      <w:proofErr w:type="spellStart"/>
      <w:r w:rsidRPr="00D73BDF">
        <w:rPr>
          <w:rFonts w:ascii="Sylfaen" w:hAnsi="Sylfaen" w:cs="Sylfaen"/>
          <w:sz w:val="18"/>
          <w:szCs w:val="18"/>
        </w:rPr>
        <w:t>შესრულების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უზრუნველყოფა</w:t>
      </w:r>
      <w:proofErr w:type="spellEnd"/>
      <w:r w:rsidRPr="00D73BDF">
        <w:rPr>
          <w:rFonts w:cstheme="majorHAnsi"/>
          <w:sz w:val="18"/>
          <w:szCs w:val="18"/>
        </w:rPr>
        <w:t xml:space="preserve">, </w:t>
      </w:r>
      <w:proofErr w:type="spellStart"/>
      <w:r w:rsidRPr="00D73BDF">
        <w:rPr>
          <w:rFonts w:ascii="Sylfaen" w:hAnsi="Sylfaen" w:cs="Sylfaen"/>
          <w:sz w:val="18"/>
          <w:szCs w:val="18"/>
        </w:rPr>
        <w:t>მათ</w:t>
      </w:r>
      <w:proofErr w:type="spellEnd"/>
      <w:r w:rsidRPr="00D73BDF">
        <w:rPr>
          <w:rFonts w:cstheme="majorHAnsi"/>
          <w:sz w:val="18"/>
          <w:szCs w:val="18"/>
        </w:rPr>
        <w:t xml:space="preserve"> </w:t>
      </w:r>
      <w:proofErr w:type="spellStart"/>
      <w:r w:rsidRPr="00D73BDF">
        <w:rPr>
          <w:rFonts w:ascii="Sylfaen" w:hAnsi="Sylfaen" w:cs="Sylfaen"/>
          <w:sz w:val="18"/>
          <w:szCs w:val="18"/>
        </w:rPr>
        <w:t>შორის</w:t>
      </w:r>
      <w:proofErr w:type="spellEnd"/>
      <w:r w:rsidRPr="00D73BDF">
        <w:rPr>
          <w:rFonts w:cstheme="majorHAnsi"/>
          <w:sz w:val="18"/>
          <w:szCs w:val="18"/>
        </w:rPr>
        <w:t xml:space="preserve"> </w:t>
      </w:r>
      <w:proofErr w:type="spellStart"/>
      <w:r w:rsidRPr="00D73BDF">
        <w:rPr>
          <w:rFonts w:ascii="Sylfaen" w:hAnsi="Sylfaen" w:cs="Sylfaen"/>
          <w:sz w:val="18"/>
          <w:szCs w:val="18"/>
        </w:rPr>
        <w:t>დამკვეთის</w:t>
      </w:r>
      <w:proofErr w:type="spellEnd"/>
      <w:r w:rsidRPr="00D73BDF">
        <w:rPr>
          <w:rFonts w:cstheme="majorHAnsi"/>
          <w:sz w:val="18"/>
          <w:szCs w:val="18"/>
        </w:rPr>
        <w:t xml:space="preserve"> </w:t>
      </w:r>
      <w:r w:rsidR="001A1086">
        <w:rPr>
          <w:rFonts w:ascii="Sylfaen" w:hAnsi="Sylfaen" w:cstheme="majorHAnsi"/>
          <w:sz w:val="18"/>
          <w:szCs w:val="18"/>
          <w:lang w:val="ka-GE"/>
        </w:rPr>
        <w:t>(</w:t>
      </w:r>
      <w:proofErr w:type="spellStart"/>
      <w:r w:rsidRPr="00D73BDF">
        <w:rPr>
          <w:rFonts w:ascii="Sylfaen" w:hAnsi="Sylfaen" w:cs="Sylfaen"/>
          <w:sz w:val="18"/>
          <w:szCs w:val="18"/>
        </w:rPr>
        <w:t>ქვე</w:t>
      </w:r>
      <w:proofErr w:type="spellEnd"/>
      <w:r w:rsidR="001A1086">
        <w:rPr>
          <w:rFonts w:ascii="Sylfaen" w:hAnsi="Sylfaen" w:cs="Sylfaen"/>
          <w:sz w:val="18"/>
          <w:szCs w:val="18"/>
          <w:lang w:val="ka-GE"/>
        </w:rPr>
        <w:t>)</w:t>
      </w:r>
      <w:proofErr w:type="spellStart"/>
      <w:r w:rsidRPr="00D73BDF">
        <w:rPr>
          <w:rFonts w:ascii="Sylfaen" w:hAnsi="Sylfaen" w:cs="Sylfaen"/>
          <w:sz w:val="18"/>
          <w:szCs w:val="18"/>
        </w:rPr>
        <w:t>კონტაქრტორების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კონტროლი</w:t>
      </w:r>
      <w:proofErr w:type="spellEnd"/>
      <w:r w:rsidRPr="00D73BDF">
        <w:rPr>
          <w:rFonts w:cstheme="majorHAnsi"/>
          <w:sz w:val="18"/>
          <w:szCs w:val="18"/>
        </w:rPr>
        <w:t xml:space="preserve"> </w:t>
      </w:r>
      <w:proofErr w:type="spellStart"/>
      <w:r w:rsidRPr="00D73BDF">
        <w:rPr>
          <w:rFonts w:ascii="Sylfaen" w:hAnsi="Sylfaen" w:cs="Sylfaen"/>
          <w:sz w:val="18"/>
          <w:szCs w:val="18"/>
        </w:rPr>
        <w:t>შეთანხმებული</w:t>
      </w:r>
      <w:proofErr w:type="spellEnd"/>
      <w:r w:rsidRPr="00D73BDF">
        <w:rPr>
          <w:rFonts w:cstheme="majorHAnsi"/>
          <w:sz w:val="18"/>
          <w:szCs w:val="18"/>
        </w:rPr>
        <w:t xml:space="preserve"> </w:t>
      </w:r>
      <w:proofErr w:type="spellStart"/>
      <w:r w:rsidRPr="00D73BDF">
        <w:rPr>
          <w:rFonts w:ascii="Sylfaen" w:hAnsi="Sylfaen" w:cs="Sylfaen"/>
          <w:sz w:val="18"/>
          <w:szCs w:val="18"/>
        </w:rPr>
        <w:t>ნარჩენების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მართვის</w:t>
      </w:r>
      <w:proofErr w:type="spellEnd"/>
      <w:r w:rsidRPr="00D73BDF">
        <w:rPr>
          <w:rFonts w:cstheme="majorHAnsi"/>
          <w:sz w:val="18"/>
          <w:szCs w:val="18"/>
        </w:rPr>
        <w:t xml:space="preserve"> </w:t>
      </w:r>
      <w:proofErr w:type="spellStart"/>
      <w:r w:rsidRPr="00D73BDF">
        <w:rPr>
          <w:rFonts w:ascii="Sylfaen" w:hAnsi="Sylfaen" w:cs="Sylfaen"/>
          <w:sz w:val="18"/>
          <w:szCs w:val="18"/>
        </w:rPr>
        <w:t>გეგმის</w:t>
      </w:r>
      <w:proofErr w:type="spellEnd"/>
      <w:r w:rsidRPr="00D73BDF">
        <w:rPr>
          <w:rFonts w:cstheme="majorHAnsi"/>
          <w:sz w:val="18"/>
          <w:szCs w:val="18"/>
        </w:rPr>
        <w:t xml:space="preserve"> </w:t>
      </w:r>
      <w:proofErr w:type="spellStart"/>
      <w:r w:rsidRPr="00D73BDF">
        <w:rPr>
          <w:rFonts w:ascii="Sylfaen" w:hAnsi="Sylfaen" w:cs="Sylfaen"/>
          <w:sz w:val="18"/>
          <w:szCs w:val="18"/>
        </w:rPr>
        <w:t>შესრულების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თვალსაზრისით</w:t>
      </w:r>
      <w:proofErr w:type="spellEnd"/>
      <w:r w:rsidRPr="00D73BDF">
        <w:rPr>
          <w:rFonts w:cstheme="majorHAnsi"/>
          <w:sz w:val="18"/>
          <w:szCs w:val="18"/>
        </w:rPr>
        <w:t xml:space="preserve"> </w:t>
      </w:r>
      <w:proofErr w:type="spellStart"/>
      <w:r w:rsidRPr="00D73BDF">
        <w:rPr>
          <w:rFonts w:ascii="Sylfaen" w:hAnsi="Sylfaen" w:cs="Sylfaen"/>
          <w:sz w:val="18"/>
          <w:szCs w:val="18"/>
        </w:rPr>
        <w:t>და</w:t>
      </w:r>
      <w:proofErr w:type="spellEnd"/>
      <w:r w:rsidRPr="00D73BDF">
        <w:rPr>
          <w:rFonts w:cstheme="majorHAnsi"/>
          <w:sz w:val="18"/>
          <w:szCs w:val="18"/>
        </w:rPr>
        <w:t xml:space="preserve"> </w:t>
      </w:r>
      <w:proofErr w:type="spellStart"/>
      <w:r w:rsidRPr="00D73BDF">
        <w:rPr>
          <w:rFonts w:ascii="Sylfaen" w:hAnsi="Sylfaen" w:cs="Sylfaen"/>
          <w:sz w:val="18"/>
          <w:szCs w:val="18"/>
        </w:rPr>
        <w:t>აღნიშნულის</w:t>
      </w:r>
      <w:proofErr w:type="spellEnd"/>
      <w:r w:rsidRPr="00D73BDF">
        <w:rPr>
          <w:rFonts w:cstheme="majorHAnsi"/>
          <w:sz w:val="18"/>
          <w:szCs w:val="18"/>
        </w:rPr>
        <w:t xml:space="preserve"> </w:t>
      </w:r>
      <w:proofErr w:type="spellStart"/>
      <w:r w:rsidRPr="00D73BDF">
        <w:rPr>
          <w:rFonts w:ascii="Sylfaen" w:hAnsi="Sylfaen" w:cs="Sylfaen"/>
          <w:sz w:val="18"/>
          <w:szCs w:val="18"/>
        </w:rPr>
        <w:t>თაობაზე</w:t>
      </w:r>
      <w:proofErr w:type="spellEnd"/>
      <w:r w:rsidRPr="00D73BDF">
        <w:rPr>
          <w:rFonts w:cstheme="majorHAnsi"/>
          <w:sz w:val="18"/>
          <w:szCs w:val="18"/>
        </w:rPr>
        <w:t xml:space="preserve"> </w:t>
      </w:r>
      <w:proofErr w:type="spellStart"/>
      <w:r w:rsidRPr="00D73BDF">
        <w:rPr>
          <w:rFonts w:ascii="Sylfaen" w:hAnsi="Sylfaen" w:cs="Sylfaen"/>
          <w:sz w:val="18"/>
          <w:szCs w:val="18"/>
        </w:rPr>
        <w:t>დამკვეთისათვის</w:t>
      </w:r>
      <w:proofErr w:type="spellEnd"/>
      <w:r w:rsidRPr="00D73BDF">
        <w:rPr>
          <w:rFonts w:cstheme="majorHAnsi"/>
          <w:sz w:val="18"/>
          <w:szCs w:val="18"/>
        </w:rPr>
        <w:t xml:space="preserve"> </w:t>
      </w:r>
      <w:proofErr w:type="spellStart"/>
      <w:r w:rsidRPr="00D73BDF">
        <w:rPr>
          <w:rFonts w:ascii="Sylfaen" w:hAnsi="Sylfaen" w:cs="Sylfaen"/>
          <w:sz w:val="18"/>
          <w:szCs w:val="18"/>
        </w:rPr>
        <w:t>ინფორმაციის</w:t>
      </w:r>
      <w:proofErr w:type="spellEnd"/>
      <w:r w:rsidRPr="00D73BDF">
        <w:rPr>
          <w:rFonts w:cstheme="majorHAnsi"/>
          <w:sz w:val="18"/>
          <w:szCs w:val="18"/>
        </w:rPr>
        <w:t xml:space="preserve"> </w:t>
      </w:r>
      <w:proofErr w:type="spellStart"/>
      <w:r w:rsidRPr="00D73BDF">
        <w:rPr>
          <w:rFonts w:ascii="Sylfaen" w:hAnsi="Sylfaen" w:cs="Sylfaen"/>
          <w:sz w:val="18"/>
          <w:szCs w:val="18"/>
        </w:rPr>
        <w:t>მიწოდება</w:t>
      </w:r>
      <w:proofErr w:type="spellEnd"/>
      <w:r w:rsidRPr="00D73BDF">
        <w:rPr>
          <w:rFonts w:cstheme="majorHAnsi"/>
          <w:sz w:val="18"/>
          <w:szCs w:val="18"/>
        </w:rPr>
        <w:t xml:space="preserve"> </w:t>
      </w:r>
      <w:proofErr w:type="spellStart"/>
      <w:r w:rsidRPr="00D73BDF">
        <w:rPr>
          <w:rFonts w:ascii="Sylfaen" w:hAnsi="Sylfaen" w:cs="Sylfaen"/>
          <w:sz w:val="18"/>
          <w:szCs w:val="18"/>
        </w:rPr>
        <w:t>და</w:t>
      </w:r>
      <w:proofErr w:type="spellEnd"/>
      <w:r w:rsidRPr="00D73BDF">
        <w:rPr>
          <w:rFonts w:cstheme="majorHAnsi"/>
          <w:sz w:val="18"/>
          <w:szCs w:val="18"/>
        </w:rPr>
        <w:t xml:space="preserve"> </w:t>
      </w:r>
      <w:proofErr w:type="spellStart"/>
      <w:r w:rsidRPr="00D73BDF">
        <w:rPr>
          <w:rFonts w:ascii="Sylfaen" w:hAnsi="Sylfaen" w:cs="Sylfaen"/>
          <w:sz w:val="18"/>
          <w:szCs w:val="18"/>
        </w:rPr>
        <w:t>ა</w:t>
      </w:r>
      <w:r w:rsidRPr="00D73BDF">
        <w:rPr>
          <w:rFonts w:cstheme="majorHAnsi"/>
          <w:sz w:val="18"/>
          <w:szCs w:val="18"/>
        </w:rPr>
        <w:t>.</w:t>
      </w:r>
      <w:r w:rsidRPr="00D73BDF">
        <w:rPr>
          <w:rFonts w:ascii="Sylfaen" w:hAnsi="Sylfaen" w:cs="Sylfaen"/>
          <w:sz w:val="18"/>
          <w:szCs w:val="18"/>
        </w:rPr>
        <w:t>შ</w:t>
      </w:r>
      <w:proofErr w:type="spellEnd"/>
      <w:r w:rsidRPr="00D73BDF">
        <w:rPr>
          <w:rFonts w:cstheme="majorHAnsi"/>
          <w:sz w:val="18"/>
          <w:szCs w:val="18"/>
        </w:rPr>
        <w:t xml:space="preserve">.  </w:t>
      </w:r>
      <w:proofErr w:type="spellStart"/>
      <w:r w:rsidRPr="00D73BDF">
        <w:rPr>
          <w:rFonts w:ascii="Sylfaen" w:hAnsi="Sylfaen" w:cs="Sylfaen"/>
          <w:sz w:val="18"/>
          <w:szCs w:val="18"/>
        </w:rPr>
        <w:t>ყოველგვარი</w:t>
      </w:r>
      <w:proofErr w:type="spellEnd"/>
      <w:r w:rsidRPr="00D73BDF">
        <w:rPr>
          <w:rFonts w:cstheme="majorHAnsi"/>
          <w:sz w:val="18"/>
          <w:szCs w:val="18"/>
        </w:rPr>
        <w:t xml:space="preserve"> </w:t>
      </w:r>
      <w:proofErr w:type="spellStart"/>
      <w:r w:rsidRPr="00D73BDF">
        <w:rPr>
          <w:rFonts w:ascii="Sylfaen" w:hAnsi="Sylfaen" w:cs="Sylfaen"/>
          <w:sz w:val="18"/>
          <w:szCs w:val="18"/>
        </w:rPr>
        <w:t>ეჭვის</w:t>
      </w:r>
      <w:proofErr w:type="spellEnd"/>
      <w:r w:rsidRPr="00D73BDF">
        <w:rPr>
          <w:rFonts w:cstheme="majorHAnsi"/>
          <w:sz w:val="18"/>
          <w:szCs w:val="18"/>
        </w:rPr>
        <w:t xml:space="preserve"> </w:t>
      </w:r>
      <w:proofErr w:type="spellStart"/>
      <w:r w:rsidRPr="00D73BDF">
        <w:rPr>
          <w:rFonts w:ascii="Sylfaen" w:hAnsi="Sylfaen" w:cs="Sylfaen"/>
          <w:sz w:val="18"/>
          <w:szCs w:val="18"/>
        </w:rPr>
        <w:t>გამორიცხვის</w:t>
      </w:r>
      <w:proofErr w:type="spellEnd"/>
      <w:r w:rsidRPr="00D73BDF">
        <w:rPr>
          <w:rFonts w:cstheme="majorHAnsi"/>
          <w:sz w:val="18"/>
          <w:szCs w:val="18"/>
        </w:rPr>
        <w:t xml:space="preserve"> </w:t>
      </w:r>
      <w:proofErr w:type="spellStart"/>
      <w:r w:rsidRPr="00D73BDF">
        <w:rPr>
          <w:rFonts w:ascii="Sylfaen" w:hAnsi="Sylfaen" w:cs="Sylfaen"/>
          <w:sz w:val="18"/>
          <w:szCs w:val="18"/>
        </w:rPr>
        <w:t>მიზნით</w:t>
      </w:r>
      <w:proofErr w:type="spellEnd"/>
      <w:r w:rsidRPr="00D73BDF">
        <w:rPr>
          <w:rFonts w:cstheme="majorHAnsi"/>
          <w:sz w:val="18"/>
          <w:szCs w:val="18"/>
        </w:rPr>
        <w:t xml:space="preserve">, </w:t>
      </w:r>
      <w:r w:rsidR="001A1086">
        <w:rPr>
          <w:rFonts w:ascii="Sylfaen" w:hAnsi="Sylfaen" w:cs="Sylfaen"/>
          <w:sz w:val="18"/>
          <w:szCs w:val="18"/>
          <w:lang w:val="ka-GE"/>
        </w:rPr>
        <w:t>მენარდე</w:t>
      </w:r>
      <w:r w:rsidRPr="00D73BDF">
        <w:rPr>
          <w:rFonts w:cstheme="majorHAnsi"/>
          <w:sz w:val="18"/>
          <w:szCs w:val="18"/>
        </w:rPr>
        <w:t xml:space="preserve"> </w:t>
      </w:r>
      <w:proofErr w:type="spellStart"/>
      <w:r w:rsidRPr="00D73BDF">
        <w:rPr>
          <w:rFonts w:ascii="Sylfaen" w:hAnsi="Sylfaen" w:cs="Sylfaen"/>
          <w:sz w:val="18"/>
          <w:szCs w:val="18"/>
        </w:rPr>
        <w:t>თავად</w:t>
      </w:r>
      <w:proofErr w:type="spellEnd"/>
      <w:r w:rsidRPr="00D73BDF">
        <w:rPr>
          <w:rFonts w:cstheme="majorHAnsi"/>
          <w:sz w:val="18"/>
          <w:szCs w:val="18"/>
        </w:rPr>
        <w:t xml:space="preserve"> </w:t>
      </w:r>
      <w:proofErr w:type="spellStart"/>
      <w:r w:rsidRPr="00D73BDF">
        <w:rPr>
          <w:rFonts w:ascii="Sylfaen" w:hAnsi="Sylfaen" w:cs="Sylfaen"/>
          <w:sz w:val="18"/>
          <w:szCs w:val="18"/>
        </w:rPr>
        <w:t>განახორციელებს</w:t>
      </w:r>
      <w:proofErr w:type="spellEnd"/>
      <w:r w:rsidRPr="00D73BDF">
        <w:rPr>
          <w:rFonts w:cstheme="majorHAnsi"/>
          <w:sz w:val="18"/>
          <w:szCs w:val="18"/>
        </w:rPr>
        <w:t xml:space="preserve"> </w:t>
      </w:r>
      <w:proofErr w:type="spellStart"/>
      <w:r w:rsidRPr="00D73BDF">
        <w:rPr>
          <w:rFonts w:ascii="Sylfaen" w:hAnsi="Sylfaen" w:cs="Sylfaen"/>
          <w:sz w:val="18"/>
          <w:szCs w:val="18"/>
        </w:rPr>
        <w:t>ნარჩენების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მართვასთან</w:t>
      </w:r>
      <w:proofErr w:type="spellEnd"/>
      <w:r w:rsidRPr="00D73BDF">
        <w:rPr>
          <w:rFonts w:cstheme="majorHAnsi"/>
          <w:sz w:val="18"/>
          <w:szCs w:val="18"/>
        </w:rPr>
        <w:t xml:space="preserve"> </w:t>
      </w:r>
      <w:proofErr w:type="spellStart"/>
      <w:r w:rsidRPr="00D73BDF">
        <w:rPr>
          <w:rFonts w:ascii="Sylfaen" w:hAnsi="Sylfaen" w:cs="Sylfaen"/>
          <w:sz w:val="18"/>
          <w:szCs w:val="18"/>
        </w:rPr>
        <w:t>დაკავშირებით</w:t>
      </w:r>
      <w:proofErr w:type="spellEnd"/>
      <w:r w:rsidRPr="00D73BDF">
        <w:rPr>
          <w:rFonts w:cstheme="majorHAnsi"/>
          <w:sz w:val="18"/>
          <w:szCs w:val="18"/>
        </w:rPr>
        <w:t xml:space="preserve"> </w:t>
      </w:r>
      <w:proofErr w:type="spellStart"/>
      <w:r w:rsidRPr="00D73BDF">
        <w:rPr>
          <w:rFonts w:ascii="Sylfaen" w:hAnsi="Sylfaen" w:cs="Sylfaen"/>
          <w:sz w:val="18"/>
          <w:szCs w:val="18"/>
        </w:rPr>
        <w:t>საქართველოს</w:t>
      </w:r>
      <w:proofErr w:type="spellEnd"/>
      <w:r w:rsidRPr="00D73BDF">
        <w:rPr>
          <w:rFonts w:cstheme="majorHAnsi"/>
          <w:sz w:val="18"/>
          <w:szCs w:val="18"/>
        </w:rPr>
        <w:t xml:space="preserve"> </w:t>
      </w:r>
      <w:proofErr w:type="spellStart"/>
      <w:r w:rsidRPr="00D73BDF">
        <w:rPr>
          <w:rFonts w:ascii="Sylfaen" w:hAnsi="Sylfaen" w:cs="Sylfaen"/>
          <w:sz w:val="18"/>
          <w:szCs w:val="18"/>
        </w:rPr>
        <w:t>კანონმდებლობით</w:t>
      </w:r>
      <w:proofErr w:type="spellEnd"/>
      <w:r w:rsidRPr="00D73BDF">
        <w:rPr>
          <w:rFonts w:cstheme="majorHAnsi"/>
          <w:sz w:val="18"/>
          <w:szCs w:val="18"/>
        </w:rPr>
        <w:t xml:space="preserve"> </w:t>
      </w:r>
      <w:proofErr w:type="spellStart"/>
      <w:r w:rsidRPr="00D73BDF">
        <w:rPr>
          <w:rFonts w:ascii="Sylfaen" w:hAnsi="Sylfaen" w:cs="Sylfaen"/>
          <w:sz w:val="18"/>
          <w:szCs w:val="18"/>
        </w:rPr>
        <w:t>განსაზღვრული</w:t>
      </w:r>
      <w:proofErr w:type="spellEnd"/>
      <w:r w:rsidRPr="00D73BDF">
        <w:rPr>
          <w:rFonts w:cstheme="majorHAnsi"/>
          <w:sz w:val="18"/>
          <w:szCs w:val="18"/>
        </w:rPr>
        <w:t xml:space="preserve"> </w:t>
      </w:r>
      <w:proofErr w:type="spellStart"/>
      <w:r w:rsidRPr="00D73BDF">
        <w:rPr>
          <w:rFonts w:ascii="Sylfaen" w:hAnsi="Sylfaen" w:cs="Sylfaen"/>
          <w:sz w:val="18"/>
          <w:szCs w:val="18"/>
        </w:rPr>
        <w:t>მოთხოვნების</w:t>
      </w:r>
      <w:proofErr w:type="spellEnd"/>
      <w:r w:rsidRPr="00D73BDF">
        <w:rPr>
          <w:rFonts w:cstheme="majorHAnsi"/>
          <w:sz w:val="18"/>
          <w:szCs w:val="18"/>
        </w:rPr>
        <w:t>/</w:t>
      </w:r>
      <w:proofErr w:type="spellStart"/>
      <w:r w:rsidRPr="00D73BDF">
        <w:rPr>
          <w:rFonts w:ascii="Sylfaen" w:hAnsi="Sylfaen" w:cs="Sylfaen"/>
          <w:sz w:val="18"/>
          <w:szCs w:val="18"/>
        </w:rPr>
        <w:t>ვალდებულებების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შესრულებასა</w:t>
      </w:r>
      <w:proofErr w:type="spellEnd"/>
      <w:r w:rsidRPr="00D73BDF">
        <w:rPr>
          <w:rFonts w:cstheme="majorHAnsi"/>
          <w:sz w:val="18"/>
          <w:szCs w:val="18"/>
        </w:rPr>
        <w:t xml:space="preserve"> </w:t>
      </w:r>
      <w:proofErr w:type="spellStart"/>
      <w:r w:rsidRPr="00D73BDF">
        <w:rPr>
          <w:rFonts w:ascii="Sylfaen" w:hAnsi="Sylfaen" w:cs="Sylfaen"/>
          <w:sz w:val="18"/>
          <w:szCs w:val="18"/>
        </w:rPr>
        <w:t>და</w:t>
      </w:r>
      <w:proofErr w:type="spellEnd"/>
      <w:r w:rsidRPr="00D73BDF">
        <w:rPr>
          <w:rFonts w:cstheme="majorHAnsi"/>
          <w:sz w:val="18"/>
          <w:szCs w:val="18"/>
        </w:rPr>
        <w:t xml:space="preserve"> </w:t>
      </w:r>
      <w:proofErr w:type="spellStart"/>
      <w:r w:rsidRPr="00D73BDF">
        <w:rPr>
          <w:rFonts w:ascii="Sylfaen" w:hAnsi="Sylfaen" w:cs="Sylfaen"/>
          <w:sz w:val="18"/>
          <w:szCs w:val="18"/>
        </w:rPr>
        <w:t>შესაბამისობას</w:t>
      </w:r>
      <w:proofErr w:type="spellEnd"/>
      <w:r w:rsidRPr="00D73BDF">
        <w:rPr>
          <w:rFonts w:cstheme="majorHAnsi"/>
          <w:sz w:val="18"/>
          <w:szCs w:val="18"/>
        </w:rPr>
        <w:t xml:space="preserve"> </w:t>
      </w:r>
      <w:proofErr w:type="spellStart"/>
      <w:r w:rsidRPr="00D73BDF">
        <w:rPr>
          <w:rFonts w:ascii="Sylfaen" w:hAnsi="Sylfaen" w:cs="Sylfaen"/>
          <w:sz w:val="18"/>
          <w:szCs w:val="18"/>
        </w:rPr>
        <w:t>ხსენებულ</w:t>
      </w:r>
      <w:proofErr w:type="spellEnd"/>
      <w:r w:rsidRPr="00D73BDF">
        <w:rPr>
          <w:rFonts w:cstheme="majorHAnsi"/>
          <w:sz w:val="18"/>
          <w:szCs w:val="18"/>
        </w:rPr>
        <w:t xml:space="preserve"> </w:t>
      </w:r>
      <w:proofErr w:type="spellStart"/>
      <w:r w:rsidRPr="00D73BDF">
        <w:rPr>
          <w:rFonts w:ascii="Sylfaen" w:hAnsi="Sylfaen" w:cs="Sylfaen"/>
          <w:sz w:val="18"/>
          <w:szCs w:val="18"/>
        </w:rPr>
        <w:t>კანონმდებლობასთან</w:t>
      </w:r>
      <w:proofErr w:type="spellEnd"/>
      <w:r w:rsidRPr="00D73BDF">
        <w:rPr>
          <w:rFonts w:cstheme="majorHAnsi"/>
          <w:sz w:val="18"/>
          <w:szCs w:val="18"/>
        </w:rPr>
        <w:t>.</w:t>
      </w:r>
    </w:p>
    <w:p w14:paraId="04DE0D7B" w14:textId="6C5804A3" w:rsidR="004B6084" w:rsidRPr="001A1086" w:rsidRDefault="00A74260" w:rsidP="00185C20">
      <w:pPr>
        <w:jc w:val="both"/>
        <w:rPr>
          <w:rFonts w:cstheme="majorHAnsi"/>
          <w:sz w:val="18"/>
          <w:szCs w:val="18"/>
          <w:lang w:val="ka-GE"/>
        </w:rPr>
      </w:pPr>
      <w:r w:rsidRPr="00D73BDF">
        <w:rPr>
          <w:rFonts w:cstheme="majorHAnsi"/>
          <w:sz w:val="18"/>
          <w:szCs w:val="18"/>
        </w:rPr>
        <w:t>3.3.1</w:t>
      </w:r>
      <w:r w:rsidR="00876CA8">
        <w:rPr>
          <w:rFonts w:cstheme="majorHAnsi"/>
          <w:sz w:val="18"/>
          <w:szCs w:val="18"/>
          <w:lang w:val="ka-GE"/>
        </w:rPr>
        <w:t>3</w:t>
      </w:r>
      <w:r w:rsidRPr="00D73BDF">
        <w:rPr>
          <w:rFonts w:cstheme="majorHAnsi"/>
          <w:sz w:val="18"/>
          <w:szCs w:val="18"/>
        </w:rPr>
        <w:t xml:space="preserve">.2 </w:t>
      </w:r>
      <w:proofErr w:type="spellStart"/>
      <w:r w:rsidRPr="00D73BDF">
        <w:rPr>
          <w:rFonts w:ascii="Sylfaen" w:hAnsi="Sylfaen" w:cs="Sylfaen"/>
          <w:sz w:val="18"/>
          <w:szCs w:val="18"/>
        </w:rPr>
        <w:t>ნარჩენების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მართვასთან</w:t>
      </w:r>
      <w:proofErr w:type="spellEnd"/>
      <w:r w:rsidRPr="00D73BDF">
        <w:rPr>
          <w:rFonts w:cstheme="majorHAnsi"/>
          <w:sz w:val="18"/>
          <w:szCs w:val="18"/>
        </w:rPr>
        <w:t xml:space="preserve"> </w:t>
      </w:r>
      <w:proofErr w:type="spellStart"/>
      <w:r w:rsidRPr="00D73BDF">
        <w:rPr>
          <w:rFonts w:ascii="Sylfaen" w:hAnsi="Sylfaen" w:cs="Sylfaen"/>
          <w:sz w:val="18"/>
          <w:szCs w:val="18"/>
        </w:rPr>
        <w:t>ან</w:t>
      </w:r>
      <w:proofErr w:type="spellEnd"/>
      <w:r w:rsidRPr="00D73BDF">
        <w:rPr>
          <w:rFonts w:cstheme="majorHAnsi"/>
          <w:sz w:val="18"/>
          <w:szCs w:val="18"/>
        </w:rPr>
        <w:t xml:space="preserve"> </w:t>
      </w:r>
      <w:proofErr w:type="spellStart"/>
      <w:r w:rsidRPr="00D73BDF">
        <w:rPr>
          <w:rFonts w:ascii="Sylfaen" w:hAnsi="Sylfaen" w:cs="Sylfaen"/>
          <w:sz w:val="18"/>
          <w:szCs w:val="18"/>
        </w:rPr>
        <w:t>მის</w:t>
      </w:r>
      <w:proofErr w:type="spellEnd"/>
      <w:r w:rsidRPr="00D73BDF">
        <w:rPr>
          <w:rFonts w:cstheme="majorHAnsi"/>
          <w:sz w:val="18"/>
          <w:szCs w:val="18"/>
        </w:rPr>
        <w:t xml:space="preserve"> </w:t>
      </w:r>
      <w:proofErr w:type="spellStart"/>
      <w:r w:rsidRPr="00D73BDF">
        <w:rPr>
          <w:rFonts w:ascii="Sylfaen" w:hAnsi="Sylfaen" w:cs="Sylfaen"/>
          <w:sz w:val="18"/>
          <w:szCs w:val="18"/>
        </w:rPr>
        <w:t>რეალიზაციასთან</w:t>
      </w:r>
      <w:proofErr w:type="spellEnd"/>
      <w:r w:rsidRPr="00D73BDF">
        <w:rPr>
          <w:rFonts w:cstheme="majorHAnsi"/>
          <w:sz w:val="18"/>
          <w:szCs w:val="18"/>
        </w:rPr>
        <w:t xml:space="preserve"> </w:t>
      </w:r>
      <w:proofErr w:type="spellStart"/>
      <w:r w:rsidRPr="00D73BDF">
        <w:rPr>
          <w:rFonts w:ascii="Sylfaen" w:hAnsi="Sylfaen" w:cs="Sylfaen"/>
          <w:sz w:val="18"/>
          <w:szCs w:val="18"/>
        </w:rPr>
        <w:t>დაკავშირებული</w:t>
      </w:r>
      <w:proofErr w:type="spellEnd"/>
      <w:r w:rsidRPr="00D73BDF">
        <w:rPr>
          <w:rFonts w:cstheme="majorHAnsi"/>
          <w:sz w:val="18"/>
          <w:szCs w:val="18"/>
        </w:rPr>
        <w:t xml:space="preserve"> </w:t>
      </w:r>
      <w:proofErr w:type="spellStart"/>
      <w:r w:rsidRPr="00D73BDF">
        <w:rPr>
          <w:rFonts w:ascii="Sylfaen" w:hAnsi="Sylfaen" w:cs="Sylfaen"/>
          <w:sz w:val="18"/>
          <w:szCs w:val="18"/>
        </w:rPr>
        <w:t>მოქმედებების</w:t>
      </w:r>
      <w:proofErr w:type="spellEnd"/>
      <w:r w:rsidR="001A1086">
        <w:rPr>
          <w:rFonts w:cstheme="majorHAnsi"/>
          <w:sz w:val="18"/>
          <w:szCs w:val="18"/>
        </w:rPr>
        <w:t xml:space="preserve"> </w:t>
      </w:r>
      <w:r w:rsidR="00CD5235">
        <w:rPr>
          <w:rFonts w:ascii="Sylfaen" w:hAnsi="Sylfaen" w:cstheme="majorHAnsi"/>
          <w:sz w:val="18"/>
          <w:szCs w:val="18"/>
          <w:lang w:val="ka-GE"/>
        </w:rPr>
        <w:t xml:space="preserve">ან </w:t>
      </w:r>
      <w:proofErr w:type="spellStart"/>
      <w:r w:rsidRPr="00D73BDF">
        <w:rPr>
          <w:rFonts w:ascii="Sylfaen" w:hAnsi="Sylfaen" w:cs="Sylfaen"/>
          <w:sz w:val="18"/>
          <w:szCs w:val="18"/>
        </w:rPr>
        <w:t>უმოქმედობის</w:t>
      </w:r>
      <w:proofErr w:type="spellEnd"/>
      <w:r w:rsidRPr="00D73BDF">
        <w:rPr>
          <w:rFonts w:cstheme="majorHAnsi"/>
          <w:sz w:val="18"/>
          <w:szCs w:val="18"/>
        </w:rPr>
        <w:t xml:space="preserve"> </w:t>
      </w:r>
      <w:proofErr w:type="spellStart"/>
      <w:r w:rsidRPr="00D73BDF">
        <w:rPr>
          <w:rFonts w:ascii="Sylfaen" w:hAnsi="Sylfaen" w:cs="Sylfaen"/>
          <w:sz w:val="18"/>
          <w:szCs w:val="18"/>
        </w:rPr>
        <w:t>გამო</w:t>
      </w:r>
      <w:proofErr w:type="spellEnd"/>
      <w:r w:rsidRPr="00D73BDF">
        <w:rPr>
          <w:rFonts w:cstheme="majorHAnsi"/>
          <w:sz w:val="18"/>
          <w:szCs w:val="18"/>
        </w:rPr>
        <w:t xml:space="preserve"> </w:t>
      </w:r>
      <w:proofErr w:type="spellStart"/>
      <w:r w:rsidRPr="00D73BDF">
        <w:rPr>
          <w:rFonts w:ascii="Sylfaen" w:hAnsi="Sylfaen" w:cs="Sylfaen"/>
          <w:sz w:val="18"/>
          <w:szCs w:val="18"/>
        </w:rPr>
        <w:t>დამკვეთის</w:t>
      </w:r>
      <w:proofErr w:type="spellEnd"/>
      <w:r w:rsidRPr="00D73BDF">
        <w:rPr>
          <w:rFonts w:cstheme="majorHAnsi"/>
          <w:sz w:val="18"/>
          <w:szCs w:val="18"/>
        </w:rPr>
        <w:t xml:space="preserve"> </w:t>
      </w:r>
      <w:proofErr w:type="spellStart"/>
      <w:r w:rsidRPr="00D73BDF">
        <w:rPr>
          <w:rFonts w:ascii="Sylfaen" w:hAnsi="Sylfaen" w:cs="Sylfaen"/>
          <w:sz w:val="18"/>
          <w:szCs w:val="18"/>
        </w:rPr>
        <w:t>მიმართ</w:t>
      </w:r>
      <w:proofErr w:type="spellEnd"/>
      <w:r w:rsidRPr="00D73BDF">
        <w:rPr>
          <w:rFonts w:cstheme="majorHAnsi"/>
          <w:sz w:val="18"/>
          <w:szCs w:val="18"/>
        </w:rPr>
        <w:t xml:space="preserve"> </w:t>
      </w:r>
      <w:proofErr w:type="spellStart"/>
      <w:r w:rsidRPr="00D73BDF">
        <w:rPr>
          <w:rFonts w:ascii="Sylfaen" w:hAnsi="Sylfaen" w:cs="Sylfaen"/>
          <w:sz w:val="18"/>
          <w:szCs w:val="18"/>
        </w:rPr>
        <w:t>ადმინისტრაციულ</w:t>
      </w:r>
      <w:proofErr w:type="spellEnd"/>
      <w:r w:rsidRPr="00D73BDF">
        <w:rPr>
          <w:rFonts w:cstheme="majorHAnsi"/>
          <w:sz w:val="18"/>
          <w:szCs w:val="18"/>
        </w:rPr>
        <w:t xml:space="preserve"> </w:t>
      </w:r>
      <w:proofErr w:type="spellStart"/>
      <w:r w:rsidRPr="00D73BDF">
        <w:rPr>
          <w:rFonts w:ascii="Sylfaen" w:hAnsi="Sylfaen" w:cs="Sylfaen"/>
          <w:sz w:val="18"/>
          <w:szCs w:val="18"/>
        </w:rPr>
        <w:t>ორგანოთა</w:t>
      </w:r>
      <w:proofErr w:type="spellEnd"/>
      <w:r w:rsidRPr="00D73BDF">
        <w:rPr>
          <w:rFonts w:cstheme="majorHAnsi"/>
          <w:sz w:val="18"/>
          <w:szCs w:val="18"/>
        </w:rPr>
        <w:t xml:space="preserve"> </w:t>
      </w:r>
      <w:proofErr w:type="spellStart"/>
      <w:r w:rsidRPr="00D73BDF">
        <w:rPr>
          <w:rFonts w:ascii="Sylfaen" w:hAnsi="Sylfaen" w:cs="Sylfaen"/>
          <w:sz w:val="18"/>
          <w:szCs w:val="18"/>
        </w:rPr>
        <w:t>ან</w:t>
      </w:r>
      <w:proofErr w:type="spellEnd"/>
      <w:r w:rsidRPr="00D73BDF">
        <w:rPr>
          <w:rFonts w:cstheme="majorHAnsi"/>
          <w:sz w:val="18"/>
          <w:szCs w:val="18"/>
        </w:rPr>
        <w:t xml:space="preserve"> </w:t>
      </w:r>
      <w:proofErr w:type="spellStart"/>
      <w:r w:rsidRPr="00D73BDF">
        <w:rPr>
          <w:rFonts w:ascii="Sylfaen" w:hAnsi="Sylfaen" w:cs="Sylfaen"/>
          <w:sz w:val="18"/>
          <w:szCs w:val="18"/>
        </w:rPr>
        <w:t>კერძო</w:t>
      </w:r>
      <w:proofErr w:type="spellEnd"/>
      <w:r w:rsidRPr="00D73BDF">
        <w:rPr>
          <w:rFonts w:cstheme="majorHAnsi"/>
          <w:sz w:val="18"/>
          <w:szCs w:val="18"/>
        </w:rPr>
        <w:t xml:space="preserve"> </w:t>
      </w:r>
      <w:proofErr w:type="spellStart"/>
      <w:r w:rsidRPr="00D73BDF">
        <w:rPr>
          <w:rFonts w:ascii="Sylfaen" w:hAnsi="Sylfaen" w:cs="Sylfaen"/>
          <w:sz w:val="18"/>
          <w:szCs w:val="18"/>
        </w:rPr>
        <w:t>სამართლის</w:t>
      </w:r>
      <w:proofErr w:type="spellEnd"/>
      <w:r w:rsidRPr="00D73BDF">
        <w:rPr>
          <w:rFonts w:cstheme="majorHAnsi"/>
          <w:sz w:val="18"/>
          <w:szCs w:val="18"/>
        </w:rPr>
        <w:t xml:space="preserve"> </w:t>
      </w:r>
      <w:proofErr w:type="spellStart"/>
      <w:r w:rsidRPr="00D73BDF">
        <w:rPr>
          <w:rFonts w:ascii="Sylfaen" w:hAnsi="Sylfaen" w:cs="Sylfaen"/>
          <w:sz w:val="18"/>
          <w:szCs w:val="18"/>
        </w:rPr>
        <w:t>პირთა</w:t>
      </w:r>
      <w:proofErr w:type="spellEnd"/>
      <w:r w:rsidRPr="00D73BDF">
        <w:rPr>
          <w:rFonts w:cstheme="majorHAnsi"/>
          <w:sz w:val="18"/>
          <w:szCs w:val="18"/>
        </w:rPr>
        <w:t xml:space="preserve"> </w:t>
      </w:r>
      <w:proofErr w:type="spellStart"/>
      <w:r w:rsidRPr="00D73BDF">
        <w:rPr>
          <w:rFonts w:ascii="Sylfaen" w:hAnsi="Sylfaen" w:cs="Sylfaen"/>
          <w:sz w:val="18"/>
          <w:szCs w:val="18"/>
        </w:rPr>
        <w:t>მხრიდან</w:t>
      </w:r>
      <w:proofErr w:type="spellEnd"/>
      <w:r w:rsidRPr="00D73BDF">
        <w:rPr>
          <w:rFonts w:cstheme="majorHAnsi"/>
          <w:sz w:val="18"/>
          <w:szCs w:val="18"/>
        </w:rPr>
        <w:t xml:space="preserve"> </w:t>
      </w:r>
      <w:proofErr w:type="spellStart"/>
      <w:r w:rsidRPr="00D73BDF">
        <w:rPr>
          <w:rFonts w:ascii="Sylfaen" w:hAnsi="Sylfaen" w:cs="Sylfaen"/>
          <w:sz w:val="18"/>
          <w:szCs w:val="18"/>
        </w:rPr>
        <w:t>ჯარიმის</w:t>
      </w:r>
      <w:proofErr w:type="spellEnd"/>
      <w:r w:rsidRPr="00D73BDF">
        <w:rPr>
          <w:rFonts w:cstheme="majorHAnsi"/>
          <w:sz w:val="18"/>
          <w:szCs w:val="18"/>
        </w:rPr>
        <w:t xml:space="preserve">, </w:t>
      </w:r>
      <w:proofErr w:type="spellStart"/>
      <w:r w:rsidRPr="00D73BDF">
        <w:rPr>
          <w:rFonts w:ascii="Sylfaen" w:hAnsi="Sylfaen" w:cs="Sylfaen"/>
          <w:sz w:val="18"/>
          <w:szCs w:val="18"/>
        </w:rPr>
        <w:t>ზიანის</w:t>
      </w:r>
      <w:proofErr w:type="spellEnd"/>
      <w:r w:rsidRPr="00D73BDF">
        <w:rPr>
          <w:rFonts w:cstheme="majorHAnsi"/>
          <w:sz w:val="18"/>
          <w:szCs w:val="18"/>
        </w:rPr>
        <w:t xml:space="preserve"> </w:t>
      </w:r>
      <w:proofErr w:type="spellStart"/>
      <w:r w:rsidRPr="00D73BDF">
        <w:rPr>
          <w:rFonts w:ascii="Sylfaen" w:hAnsi="Sylfaen" w:cs="Sylfaen"/>
          <w:sz w:val="18"/>
          <w:szCs w:val="18"/>
        </w:rPr>
        <w:t>ანაზღაურების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ან</w:t>
      </w:r>
      <w:proofErr w:type="spellEnd"/>
      <w:r w:rsidRPr="00D73BDF">
        <w:rPr>
          <w:rFonts w:cstheme="majorHAnsi"/>
          <w:sz w:val="18"/>
          <w:szCs w:val="18"/>
        </w:rPr>
        <w:t>/</w:t>
      </w:r>
      <w:proofErr w:type="spellStart"/>
      <w:r w:rsidRPr="00D73BDF">
        <w:rPr>
          <w:rFonts w:ascii="Sylfaen" w:hAnsi="Sylfaen" w:cs="Sylfaen"/>
          <w:sz w:val="18"/>
          <w:szCs w:val="18"/>
        </w:rPr>
        <w:t>და</w:t>
      </w:r>
      <w:proofErr w:type="spellEnd"/>
      <w:r w:rsidRPr="00D73BDF">
        <w:rPr>
          <w:rFonts w:cstheme="majorHAnsi"/>
          <w:sz w:val="18"/>
          <w:szCs w:val="18"/>
        </w:rPr>
        <w:t xml:space="preserve"> </w:t>
      </w:r>
      <w:proofErr w:type="spellStart"/>
      <w:r w:rsidRPr="00D73BDF">
        <w:rPr>
          <w:rFonts w:ascii="Sylfaen" w:hAnsi="Sylfaen" w:cs="Sylfaen"/>
          <w:sz w:val="18"/>
          <w:szCs w:val="18"/>
        </w:rPr>
        <w:t>სხვა</w:t>
      </w:r>
      <w:proofErr w:type="spellEnd"/>
      <w:r w:rsidRPr="00D73BDF">
        <w:rPr>
          <w:rFonts w:cstheme="majorHAnsi"/>
          <w:sz w:val="18"/>
          <w:szCs w:val="18"/>
        </w:rPr>
        <w:t xml:space="preserve"> </w:t>
      </w:r>
      <w:proofErr w:type="spellStart"/>
      <w:r w:rsidRPr="00D73BDF">
        <w:rPr>
          <w:rFonts w:ascii="Sylfaen" w:hAnsi="Sylfaen" w:cs="Sylfaen"/>
          <w:sz w:val="18"/>
          <w:szCs w:val="18"/>
        </w:rPr>
        <w:t>სახის</w:t>
      </w:r>
      <w:proofErr w:type="spellEnd"/>
      <w:r w:rsidRPr="00D73BDF">
        <w:rPr>
          <w:rFonts w:cstheme="majorHAnsi"/>
          <w:sz w:val="18"/>
          <w:szCs w:val="18"/>
        </w:rPr>
        <w:t xml:space="preserve"> </w:t>
      </w:r>
      <w:proofErr w:type="spellStart"/>
      <w:r w:rsidRPr="00D73BDF">
        <w:rPr>
          <w:rFonts w:ascii="Sylfaen" w:hAnsi="Sylfaen" w:cs="Sylfaen"/>
          <w:sz w:val="18"/>
          <w:szCs w:val="18"/>
        </w:rPr>
        <w:t>ადმინისტრაციული</w:t>
      </w:r>
      <w:proofErr w:type="spellEnd"/>
      <w:r w:rsidRPr="00D73BDF">
        <w:rPr>
          <w:rFonts w:cstheme="majorHAnsi"/>
          <w:sz w:val="18"/>
          <w:szCs w:val="18"/>
        </w:rPr>
        <w:t xml:space="preserve"> </w:t>
      </w:r>
      <w:proofErr w:type="spellStart"/>
      <w:r w:rsidRPr="00D73BDF">
        <w:rPr>
          <w:rFonts w:ascii="Sylfaen" w:hAnsi="Sylfaen" w:cs="Sylfaen"/>
          <w:sz w:val="18"/>
          <w:szCs w:val="18"/>
        </w:rPr>
        <w:t>თუ</w:t>
      </w:r>
      <w:proofErr w:type="spellEnd"/>
      <w:r w:rsidRPr="00D73BDF">
        <w:rPr>
          <w:rFonts w:cstheme="majorHAnsi"/>
          <w:sz w:val="18"/>
          <w:szCs w:val="18"/>
        </w:rPr>
        <w:t xml:space="preserve"> </w:t>
      </w:r>
      <w:proofErr w:type="spellStart"/>
      <w:r w:rsidRPr="00D73BDF">
        <w:rPr>
          <w:rFonts w:ascii="Sylfaen" w:hAnsi="Sylfaen" w:cs="Sylfaen"/>
          <w:sz w:val="18"/>
          <w:szCs w:val="18"/>
        </w:rPr>
        <w:t>სხვა</w:t>
      </w:r>
      <w:proofErr w:type="spellEnd"/>
      <w:r w:rsidRPr="00D73BDF">
        <w:rPr>
          <w:rFonts w:cstheme="majorHAnsi"/>
          <w:sz w:val="18"/>
          <w:szCs w:val="18"/>
        </w:rPr>
        <w:t xml:space="preserve"> </w:t>
      </w:r>
      <w:proofErr w:type="spellStart"/>
      <w:r w:rsidRPr="00D73BDF">
        <w:rPr>
          <w:rFonts w:ascii="Sylfaen" w:hAnsi="Sylfaen" w:cs="Sylfaen"/>
          <w:sz w:val="18"/>
          <w:szCs w:val="18"/>
        </w:rPr>
        <w:t>ტიპის</w:t>
      </w:r>
      <w:proofErr w:type="spellEnd"/>
      <w:r w:rsidR="001A1086">
        <w:rPr>
          <w:rFonts w:ascii="Sylfaen" w:hAnsi="Sylfaen" w:cs="Sylfaen"/>
          <w:sz w:val="18"/>
          <w:szCs w:val="18"/>
          <w:lang w:val="ka-GE"/>
        </w:rPr>
        <w:t xml:space="preserve"> </w:t>
      </w:r>
      <w:proofErr w:type="spellStart"/>
      <w:r w:rsidRPr="00D73BDF">
        <w:rPr>
          <w:rFonts w:ascii="Sylfaen" w:hAnsi="Sylfaen" w:cs="Sylfaen"/>
          <w:sz w:val="18"/>
          <w:szCs w:val="18"/>
        </w:rPr>
        <w:t>სახდელის</w:t>
      </w:r>
      <w:proofErr w:type="spellEnd"/>
      <w:r w:rsidRPr="00D73BDF">
        <w:rPr>
          <w:rFonts w:cstheme="majorHAnsi"/>
          <w:sz w:val="18"/>
          <w:szCs w:val="18"/>
        </w:rPr>
        <w:t xml:space="preserve"> </w:t>
      </w:r>
      <w:proofErr w:type="spellStart"/>
      <w:r w:rsidRPr="00D73BDF">
        <w:rPr>
          <w:rFonts w:ascii="Sylfaen" w:hAnsi="Sylfaen" w:cs="Sylfaen"/>
          <w:sz w:val="18"/>
          <w:szCs w:val="18"/>
        </w:rPr>
        <w:t>დაკისრების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შემთხვევაში</w:t>
      </w:r>
      <w:proofErr w:type="spellEnd"/>
      <w:r w:rsidRPr="00D73BDF">
        <w:rPr>
          <w:rFonts w:cstheme="majorHAnsi"/>
          <w:sz w:val="18"/>
          <w:szCs w:val="18"/>
        </w:rPr>
        <w:t xml:space="preserve">, </w:t>
      </w:r>
      <w:proofErr w:type="spellStart"/>
      <w:r w:rsidRPr="00D73BDF">
        <w:rPr>
          <w:rFonts w:ascii="Sylfaen" w:hAnsi="Sylfaen" w:cs="Sylfaen"/>
          <w:sz w:val="18"/>
          <w:szCs w:val="18"/>
        </w:rPr>
        <w:t>დამკვეთის</w:t>
      </w:r>
      <w:proofErr w:type="spellEnd"/>
      <w:r w:rsidRPr="00D73BDF">
        <w:rPr>
          <w:rFonts w:cstheme="majorHAnsi"/>
          <w:sz w:val="18"/>
          <w:szCs w:val="18"/>
        </w:rPr>
        <w:t xml:space="preserve"> </w:t>
      </w:r>
      <w:proofErr w:type="spellStart"/>
      <w:r w:rsidRPr="00D73BDF">
        <w:rPr>
          <w:rFonts w:ascii="Sylfaen" w:hAnsi="Sylfaen" w:cs="Sylfaen"/>
          <w:sz w:val="18"/>
          <w:szCs w:val="18"/>
        </w:rPr>
        <w:t>მხრიდან</w:t>
      </w:r>
      <w:proofErr w:type="spellEnd"/>
      <w:r w:rsidRPr="00D73BDF">
        <w:rPr>
          <w:rFonts w:cstheme="majorHAnsi"/>
          <w:sz w:val="18"/>
          <w:szCs w:val="18"/>
        </w:rPr>
        <w:t xml:space="preserve"> </w:t>
      </w:r>
      <w:proofErr w:type="spellStart"/>
      <w:r w:rsidRPr="00D73BDF">
        <w:rPr>
          <w:rFonts w:ascii="Sylfaen" w:hAnsi="Sylfaen" w:cs="Sylfaen"/>
          <w:sz w:val="18"/>
          <w:szCs w:val="18"/>
        </w:rPr>
        <w:t>შესაბამისი</w:t>
      </w:r>
      <w:proofErr w:type="spellEnd"/>
      <w:r w:rsidRPr="00D73BDF">
        <w:rPr>
          <w:rFonts w:cstheme="majorHAnsi"/>
          <w:sz w:val="18"/>
          <w:szCs w:val="18"/>
        </w:rPr>
        <w:t xml:space="preserve"> </w:t>
      </w:r>
      <w:proofErr w:type="spellStart"/>
      <w:r w:rsidRPr="00D73BDF">
        <w:rPr>
          <w:rFonts w:ascii="Sylfaen" w:hAnsi="Sylfaen" w:cs="Sylfaen"/>
          <w:sz w:val="18"/>
          <w:szCs w:val="18"/>
        </w:rPr>
        <w:t>მოთხოვნის</w:t>
      </w:r>
      <w:proofErr w:type="spellEnd"/>
      <w:r w:rsidRPr="00D73BDF">
        <w:rPr>
          <w:rFonts w:cstheme="majorHAnsi"/>
          <w:sz w:val="18"/>
          <w:szCs w:val="18"/>
        </w:rPr>
        <w:t xml:space="preserve"> </w:t>
      </w:r>
      <w:proofErr w:type="spellStart"/>
      <w:r w:rsidRPr="00D73BDF">
        <w:rPr>
          <w:rFonts w:ascii="Sylfaen" w:hAnsi="Sylfaen" w:cs="Sylfaen"/>
          <w:sz w:val="18"/>
          <w:szCs w:val="18"/>
        </w:rPr>
        <w:t>არსებობის</w:t>
      </w:r>
      <w:proofErr w:type="spellEnd"/>
      <w:r w:rsidRPr="00D73BDF">
        <w:rPr>
          <w:rFonts w:cstheme="majorHAnsi"/>
          <w:sz w:val="18"/>
          <w:szCs w:val="18"/>
        </w:rPr>
        <w:t xml:space="preserve"> </w:t>
      </w:r>
      <w:proofErr w:type="spellStart"/>
      <w:r w:rsidRPr="00D73BDF">
        <w:rPr>
          <w:rFonts w:ascii="Sylfaen" w:hAnsi="Sylfaen" w:cs="Sylfaen"/>
          <w:sz w:val="18"/>
          <w:szCs w:val="18"/>
        </w:rPr>
        <w:t>შემთხვევაში</w:t>
      </w:r>
      <w:proofErr w:type="spellEnd"/>
      <w:r w:rsidR="001A1086">
        <w:rPr>
          <w:rFonts w:ascii="Sylfaen" w:hAnsi="Sylfaen" w:cstheme="majorHAnsi"/>
          <w:sz w:val="18"/>
          <w:szCs w:val="18"/>
          <w:lang w:val="ka-GE"/>
        </w:rPr>
        <w:t xml:space="preserve">, მენარდე </w:t>
      </w:r>
      <w:proofErr w:type="spellStart"/>
      <w:r w:rsidRPr="00D73BDF">
        <w:rPr>
          <w:rFonts w:ascii="Sylfaen" w:hAnsi="Sylfaen" w:cs="Sylfaen"/>
          <w:sz w:val="18"/>
          <w:szCs w:val="18"/>
        </w:rPr>
        <w:t>რეგრესის</w:t>
      </w:r>
      <w:proofErr w:type="spellEnd"/>
      <w:r w:rsidRPr="00D73BDF">
        <w:rPr>
          <w:rFonts w:cstheme="majorHAnsi"/>
          <w:sz w:val="18"/>
          <w:szCs w:val="18"/>
        </w:rPr>
        <w:t xml:space="preserve"> </w:t>
      </w:r>
      <w:proofErr w:type="spellStart"/>
      <w:r w:rsidRPr="00D73BDF">
        <w:rPr>
          <w:rFonts w:ascii="Sylfaen" w:hAnsi="Sylfaen" w:cs="Sylfaen"/>
          <w:sz w:val="18"/>
          <w:szCs w:val="18"/>
        </w:rPr>
        <w:t>წესით</w:t>
      </w:r>
      <w:proofErr w:type="spellEnd"/>
      <w:r w:rsidRPr="00D73BDF">
        <w:rPr>
          <w:rFonts w:cstheme="majorHAnsi"/>
          <w:sz w:val="18"/>
          <w:szCs w:val="18"/>
        </w:rPr>
        <w:t xml:space="preserve"> </w:t>
      </w:r>
      <w:proofErr w:type="spellStart"/>
      <w:r w:rsidRPr="00D73BDF">
        <w:rPr>
          <w:rFonts w:ascii="Sylfaen" w:hAnsi="Sylfaen" w:cs="Sylfaen"/>
          <w:sz w:val="18"/>
          <w:szCs w:val="18"/>
        </w:rPr>
        <w:t>აანაზღაურებს</w:t>
      </w:r>
      <w:proofErr w:type="spellEnd"/>
      <w:r w:rsidRPr="00D73BDF">
        <w:rPr>
          <w:rFonts w:cstheme="majorHAnsi"/>
          <w:sz w:val="18"/>
          <w:szCs w:val="18"/>
        </w:rPr>
        <w:t xml:space="preserve"> </w:t>
      </w:r>
      <w:proofErr w:type="spellStart"/>
      <w:r w:rsidRPr="00D73BDF">
        <w:rPr>
          <w:rFonts w:ascii="Sylfaen" w:hAnsi="Sylfaen" w:cs="Sylfaen"/>
          <w:sz w:val="18"/>
          <w:szCs w:val="18"/>
        </w:rPr>
        <w:t>დამკვეთისათვის</w:t>
      </w:r>
      <w:proofErr w:type="spellEnd"/>
      <w:r w:rsidRPr="00D73BDF">
        <w:rPr>
          <w:rFonts w:cstheme="majorHAnsi"/>
          <w:sz w:val="18"/>
          <w:szCs w:val="18"/>
        </w:rPr>
        <w:t xml:space="preserve"> </w:t>
      </w:r>
      <w:proofErr w:type="spellStart"/>
      <w:r w:rsidRPr="00D73BDF">
        <w:rPr>
          <w:rFonts w:ascii="Sylfaen" w:hAnsi="Sylfaen" w:cs="Sylfaen"/>
          <w:sz w:val="18"/>
          <w:szCs w:val="18"/>
        </w:rPr>
        <w:t>დაკისრებულ</w:t>
      </w:r>
      <w:proofErr w:type="spellEnd"/>
      <w:r w:rsidRPr="00D73BDF">
        <w:rPr>
          <w:rFonts w:cstheme="majorHAnsi"/>
          <w:sz w:val="18"/>
          <w:szCs w:val="18"/>
        </w:rPr>
        <w:t xml:space="preserve"> </w:t>
      </w:r>
      <w:proofErr w:type="spellStart"/>
      <w:r w:rsidRPr="00D73BDF">
        <w:rPr>
          <w:rFonts w:ascii="Sylfaen" w:hAnsi="Sylfaen" w:cs="Sylfaen"/>
          <w:sz w:val="18"/>
          <w:szCs w:val="18"/>
        </w:rPr>
        <w:t>და</w:t>
      </w:r>
      <w:proofErr w:type="spellEnd"/>
      <w:r w:rsidRPr="00D73BDF">
        <w:rPr>
          <w:rFonts w:cstheme="majorHAnsi"/>
          <w:sz w:val="18"/>
          <w:szCs w:val="18"/>
        </w:rPr>
        <w:t>/</w:t>
      </w:r>
      <w:proofErr w:type="spellStart"/>
      <w:r w:rsidRPr="00D73BDF">
        <w:rPr>
          <w:rFonts w:ascii="Sylfaen" w:hAnsi="Sylfaen" w:cs="Sylfaen"/>
          <w:sz w:val="18"/>
          <w:szCs w:val="18"/>
        </w:rPr>
        <w:t>ან</w:t>
      </w:r>
      <w:proofErr w:type="spellEnd"/>
      <w:r w:rsidRPr="00D73BDF">
        <w:rPr>
          <w:rFonts w:cstheme="majorHAnsi"/>
          <w:sz w:val="18"/>
          <w:szCs w:val="18"/>
        </w:rPr>
        <w:t xml:space="preserve"> </w:t>
      </w:r>
      <w:proofErr w:type="spellStart"/>
      <w:r w:rsidRPr="00D73BDF">
        <w:rPr>
          <w:rFonts w:ascii="Sylfaen" w:hAnsi="Sylfaen" w:cs="Sylfaen"/>
          <w:sz w:val="18"/>
          <w:szCs w:val="18"/>
        </w:rPr>
        <w:t>უკვე</w:t>
      </w:r>
      <w:proofErr w:type="spellEnd"/>
      <w:r w:rsidRPr="00D73BDF">
        <w:rPr>
          <w:rFonts w:cstheme="majorHAnsi"/>
          <w:sz w:val="18"/>
          <w:szCs w:val="18"/>
        </w:rPr>
        <w:t xml:space="preserve"> </w:t>
      </w:r>
      <w:proofErr w:type="spellStart"/>
      <w:r w:rsidRPr="00D73BDF">
        <w:rPr>
          <w:rFonts w:ascii="Sylfaen" w:hAnsi="Sylfaen" w:cs="Sylfaen"/>
          <w:sz w:val="18"/>
          <w:szCs w:val="18"/>
        </w:rPr>
        <w:t>გადახდილ</w:t>
      </w:r>
      <w:proofErr w:type="spellEnd"/>
      <w:r w:rsidRPr="00D73BDF">
        <w:rPr>
          <w:rFonts w:cstheme="majorHAnsi"/>
          <w:sz w:val="18"/>
          <w:szCs w:val="18"/>
        </w:rPr>
        <w:t xml:space="preserve"> </w:t>
      </w:r>
      <w:proofErr w:type="spellStart"/>
      <w:r w:rsidRPr="00D73BDF">
        <w:rPr>
          <w:rFonts w:ascii="Sylfaen" w:hAnsi="Sylfaen" w:cs="Sylfaen"/>
          <w:sz w:val="18"/>
          <w:szCs w:val="18"/>
        </w:rPr>
        <w:t>თანხებს</w:t>
      </w:r>
      <w:proofErr w:type="spellEnd"/>
      <w:r w:rsidR="001A1086">
        <w:rPr>
          <w:rFonts w:ascii="Sylfaen" w:hAnsi="Sylfaen" w:cs="Sylfaen"/>
          <w:sz w:val="18"/>
          <w:szCs w:val="18"/>
          <w:lang w:val="ka-GE"/>
        </w:rPr>
        <w:t>.</w:t>
      </w:r>
    </w:p>
    <w:p w14:paraId="55B7DF81" w14:textId="07B6DBA7" w:rsidR="004B6084" w:rsidRPr="00D73BDF" w:rsidRDefault="00A74260" w:rsidP="00185C20">
      <w:pPr>
        <w:jc w:val="both"/>
        <w:rPr>
          <w:rFonts w:cstheme="majorHAnsi"/>
          <w:sz w:val="18"/>
          <w:szCs w:val="18"/>
        </w:rPr>
      </w:pPr>
      <w:r w:rsidRPr="00D73BDF">
        <w:rPr>
          <w:rFonts w:cstheme="majorHAnsi"/>
          <w:sz w:val="18"/>
          <w:szCs w:val="18"/>
        </w:rPr>
        <w:t>3.3.1</w:t>
      </w:r>
      <w:r w:rsidR="00876CA8">
        <w:rPr>
          <w:rFonts w:cstheme="majorHAnsi"/>
          <w:sz w:val="18"/>
          <w:szCs w:val="18"/>
          <w:lang w:val="ka-GE"/>
        </w:rPr>
        <w:t>4</w:t>
      </w:r>
      <w:r w:rsidRPr="00D73BDF">
        <w:rPr>
          <w:rFonts w:cstheme="majorHAnsi"/>
          <w:sz w:val="18"/>
          <w:szCs w:val="18"/>
        </w:rPr>
        <w:t xml:space="preserve">. </w:t>
      </w:r>
      <w:proofErr w:type="spellStart"/>
      <w:r w:rsidRPr="00D73BDF">
        <w:rPr>
          <w:rFonts w:ascii="Sylfaen" w:hAnsi="Sylfaen" w:cs="Sylfaen"/>
          <w:sz w:val="18"/>
          <w:szCs w:val="18"/>
        </w:rPr>
        <w:t>წარმოადგინოს</w:t>
      </w:r>
      <w:proofErr w:type="spellEnd"/>
      <w:r w:rsidR="001A1086">
        <w:rPr>
          <w:rFonts w:ascii="Sylfaen" w:hAnsi="Sylfaen" w:cs="Sylfaen"/>
          <w:sz w:val="18"/>
          <w:szCs w:val="18"/>
          <w:lang w:val="ka-GE"/>
        </w:rPr>
        <w:t xml:space="preserve"> </w:t>
      </w:r>
      <w:proofErr w:type="spellStart"/>
      <w:r w:rsidRPr="00D73BDF">
        <w:rPr>
          <w:rFonts w:ascii="Sylfaen" w:hAnsi="Sylfaen" w:cs="Sylfaen"/>
          <w:sz w:val="18"/>
          <w:szCs w:val="18"/>
        </w:rPr>
        <w:t>ობიექტზე</w:t>
      </w:r>
      <w:proofErr w:type="spellEnd"/>
      <w:r w:rsidRPr="00D73BDF">
        <w:rPr>
          <w:rFonts w:cstheme="majorHAnsi"/>
          <w:sz w:val="18"/>
          <w:szCs w:val="18"/>
        </w:rPr>
        <w:t xml:space="preserve"> </w:t>
      </w:r>
      <w:proofErr w:type="spellStart"/>
      <w:r w:rsidRPr="00D73BDF">
        <w:rPr>
          <w:rFonts w:ascii="Sylfaen" w:hAnsi="Sylfaen" w:cs="Sylfaen"/>
          <w:sz w:val="18"/>
          <w:szCs w:val="18"/>
        </w:rPr>
        <w:t>უსაფრთხოების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საკითხებთან</w:t>
      </w:r>
      <w:proofErr w:type="spellEnd"/>
      <w:r w:rsidRPr="00D73BDF">
        <w:rPr>
          <w:rFonts w:cstheme="majorHAnsi"/>
          <w:sz w:val="18"/>
          <w:szCs w:val="18"/>
        </w:rPr>
        <w:t xml:space="preserve"> </w:t>
      </w:r>
      <w:proofErr w:type="spellStart"/>
      <w:r w:rsidRPr="00D73BDF">
        <w:rPr>
          <w:rFonts w:ascii="Sylfaen" w:hAnsi="Sylfaen" w:cs="Sylfaen"/>
          <w:sz w:val="18"/>
          <w:szCs w:val="18"/>
        </w:rPr>
        <w:t>დაკავშირებული</w:t>
      </w:r>
      <w:proofErr w:type="spellEnd"/>
      <w:r w:rsidRPr="00D73BDF">
        <w:rPr>
          <w:rFonts w:cstheme="majorHAnsi"/>
          <w:sz w:val="18"/>
          <w:szCs w:val="18"/>
        </w:rPr>
        <w:t xml:space="preserve"> </w:t>
      </w:r>
      <w:proofErr w:type="spellStart"/>
      <w:r w:rsidRPr="00D73BDF">
        <w:rPr>
          <w:rFonts w:ascii="Sylfaen" w:hAnsi="Sylfaen" w:cs="Sylfaen"/>
          <w:sz w:val="18"/>
          <w:szCs w:val="18"/>
        </w:rPr>
        <w:t>ყველა</w:t>
      </w:r>
      <w:proofErr w:type="spellEnd"/>
      <w:r w:rsidRPr="00D73BDF">
        <w:rPr>
          <w:rFonts w:cstheme="majorHAnsi"/>
          <w:sz w:val="18"/>
          <w:szCs w:val="18"/>
        </w:rPr>
        <w:t xml:space="preserve"> </w:t>
      </w:r>
      <w:proofErr w:type="spellStart"/>
      <w:r w:rsidRPr="00D73BDF">
        <w:rPr>
          <w:rFonts w:ascii="Sylfaen" w:hAnsi="Sylfaen" w:cs="Sylfaen"/>
          <w:sz w:val="18"/>
          <w:szCs w:val="18"/>
        </w:rPr>
        <w:t>ინფორმაცია</w:t>
      </w:r>
      <w:proofErr w:type="spellEnd"/>
      <w:r w:rsidRPr="00D73BDF">
        <w:rPr>
          <w:rFonts w:cstheme="majorHAnsi"/>
          <w:sz w:val="18"/>
          <w:szCs w:val="18"/>
        </w:rPr>
        <w:t xml:space="preserve"> </w:t>
      </w:r>
      <w:proofErr w:type="spellStart"/>
      <w:r w:rsidRPr="00D73BDF">
        <w:rPr>
          <w:rFonts w:ascii="Sylfaen" w:hAnsi="Sylfaen" w:cs="Sylfaen"/>
          <w:sz w:val="18"/>
          <w:szCs w:val="18"/>
        </w:rPr>
        <w:t>ან</w:t>
      </w:r>
      <w:proofErr w:type="spellEnd"/>
      <w:r w:rsidRPr="00D73BDF">
        <w:rPr>
          <w:rFonts w:cstheme="majorHAnsi"/>
          <w:sz w:val="18"/>
          <w:szCs w:val="18"/>
        </w:rPr>
        <w:t>/</w:t>
      </w:r>
      <w:proofErr w:type="spellStart"/>
      <w:r w:rsidRPr="00D73BDF">
        <w:rPr>
          <w:rFonts w:ascii="Sylfaen" w:hAnsi="Sylfaen" w:cs="Sylfaen"/>
          <w:sz w:val="18"/>
          <w:szCs w:val="18"/>
        </w:rPr>
        <w:t>და</w:t>
      </w:r>
      <w:proofErr w:type="spellEnd"/>
      <w:r w:rsidRPr="00D73BDF">
        <w:rPr>
          <w:rFonts w:cstheme="majorHAnsi"/>
          <w:sz w:val="18"/>
          <w:szCs w:val="18"/>
        </w:rPr>
        <w:t xml:space="preserve"> </w:t>
      </w:r>
      <w:proofErr w:type="spellStart"/>
      <w:r w:rsidRPr="00D73BDF">
        <w:rPr>
          <w:rFonts w:ascii="Sylfaen" w:hAnsi="Sylfaen" w:cs="Sylfaen"/>
          <w:sz w:val="18"/>
          <w:szCs w:val="18"/>
        </w:rPr>
        <w:t>დოკუმენტაცია</w:t>
      </w:r>
      <w:proofErr w:type="spellEnd"/>
      <w:r w:rsidRPr="00D73BDF">
        <w:rPr>
          <w:rFonts w:cstheme="majorHAnsi"/>
          <w:sz w:val="18"/>
          <w:szCs w:val="18"/>
        </w:rPr>
        <w:t xml:space="preserve"> </w:t>
      </w:r>
      <w:proofErr w:type="spellStart"/>
      <w:r w:rsidRPr="00D73BDF">
        <w:rPr>
          <w:rFonts w:ascii="Sylfaen" w:hAnsi="Sylfaen" w:cs="Sylfaen"/>
          <w:sz w:val="18"/>
          <w:szCs w:val="18"/>
        </w:rPr>
        <w:t>დამკვეთის</w:t>
      </w:r>
      <w:proofErr w:type="spellEnd"/>
      <w:r w:rsidRPr="00D73BDF">
        <w:rPr>
          <w:rFonts w:cstheme="majorHAnsi"/>
          <w:sz w:val="18"/>
          <w:szCs w:val="18"/>
        </w:rPr>
        <w:t xml:space="preserve"> </w:t>
      </w:r>
      <w:r w:rsidR="001A1086">
        <w:rPr>
          <w:rFonts w:ascii="Sylfaen" w:hAnsi="Sylfaen" w:cstheme="majorHAnsi"/>
          <w:sz w:val="18"/>
          <w:szCs w:val="18"/>
          <w:lang w:val="ka-GE"/>
        </w:rPr>
        <w:t>(</w:t>
      </w:r>
      <w:proofErr w:type="spellStart"/>
      <w:r w:rsidRPr="00D73BDF">
        <w:rPr>
          <w:rFonts w:ascii="Sylfaen" w:hAnsi="Sylfaen" w:cs="Sylfaen"/>
          <w:sz w:val="18"/>
          <w:szCs w:val="18"/>
        </w:rPr>
        <w:t>მისი</w:t>
      </w:r>
      <w:proofErr w:type="spellEnd"/>
      <w:r w:rsidRPr="00D73BDF">
        <w:rPr>
          <w:rFonts w:cstheme="majorHAnsi"/>
          <w:sz w:val="18"/>
          <w:szCs w:val="18"/>
        </w:rPr>
        <w:t xml:space="preserve"> </w:t>
      </w:r>
      <w:proofErr w:type="spellStart"/>
      <w:r w:rsidRPr="00D73BDF">
        <w:rPr>
          <w:rFonts w:ascii="Sylfaen" w:hAnsi="Sylfaen" w:cs="Sylfaen"/>
          <w:sz w:val="18"/>
          <w:szCs w:val="18"/>
        </w:rPr>
        <w:t>წარმომადგენლ</w:t>
      </w:r>
      <w:proofErr w:type="spellEnd"/>
      <w:r w:rsidR="001A1086">
        <w:rPr>
          <w:rFonts w:ascii="Sylfaen" w:hAnsi="Sylfaen" w:cs="Sylfaen"/>
          <w:sz w:val="18"/>
          <w:szCs w:val="18"/>
          <w:lang w:val="ka-GE"/>
        </w:rPr>
        <w:t>(</w:t>
      </w:r>
      <w:proofErr w:type="spellStart"/>
      <w:r w:rsidRPr="00D73BDF">
        <w:rPr>
          <w:rFonts w:ascii="Sylfaen" w:hAnsi="Sylfaen" w:cs="Sylfaen"/>
          <w:sz w:val="18"/>
          <w:szCs w:val="18"/>
        </w:rPr>
        <w:t>ებ</w:t>
      </w:r>
      <w:proofErr w:type="spellEnd"/>
      <w:r w:rsidR="001A1086">
        <w:rPr>
          <w:rFonts w:ascii="Sylfaen" w:hAnsi="Sylfaen" w:cs="Sylfaen"/>
          <w:sz w:val="18"/>
          <w:szCs w:val="18"/>
          <w:lang w:val="ka-GE"/>
        </w:rPr>
        <w:t>)</w:t>
      </w:r>
      <w:proofErr w:type="spellStart"/>
      <w:r w:rsidRPr="00D73BDF">
        <w:rPr>
          <w:rFonts w:ascii="Sylfaen" w:hAnsi="Sylfaen" w:cs="Sylfaen"/>
          <w:sz w:val="18"/>
          <w:szCs w:val="18"/>
        </w:rPr>
        <w:t>ის</w:t>
      </w:r>
      <w:proofErr w:type="spellEnd"/>
      <w:r w:rsidR="001A1086">
        <w:rPr>
          <w:rFonts w:ascii="Sylfaen" w:hAnsi="Sylfaen" w:cs="Sylfaen"/>
          <w:sz w:val="18"/>
          <w:szCs w:val="18"/>
          <w:lang w:val="ka-GE"/>
        </w:rPr>
        <w:t>)</w:t>
      </w:r>
      <w:r w:rsidRPr="00D73BDF">
        <w:rPr>
          <w:rFonts w:cstheme="majorHAnsi"/>
          <w:sz w:val="18"/>
          <w:szCs w:val="18"/>
        </w:rPr>
        <w:t xml:space="preserve"> </w:t>
      </w:r>
      <w:proofErr w:type="spellStart"/>
      <w:r w:rsidRPr="00D73BDF">
        <w:rPr>
          <w:rFonts w:ascii="Sylfaen" w:hAnsi="Sylfaen" w:cs="Sylfaen"/>
          <w:sz w:val="18"/>
          <w:szCs w:val="18"/>
        </w:rPr>
        <w:t>მოთხოვნიდან</w:t>
      </w:r>
      <w:proofErr w:type="spellEnd"/>
      <w:r w:rsidR="001A1086">
        <w:rPr>
          <w:rFonts w:cstheme="majorHAnsi"/>
          <w:sz w:val="18"/>
          <w:szCs w:val="18"/>
        </w:rPr>
        <w:t xml:space="preserve"> 2 </w:t>
      </w:r>
      <w:r w:rsidR="001A1086">
        <w:rPr>
          <w:rFonts w:ascii="Sylfaen" w:hAnsi="Sylfaen" w:cstheme="majorHAnsi"/>
          <w:sz w:val="18"/>
          <w:szCs w:val="18"/>
          <w:lang w:val="ka-GE"/>
        </w:rPr>
        <w:t>(</w:t>
      </w:r>
      <w:proofErr w:type="spellStart"/>
      <w:r w:rsidRPr="00D73BDF">
        <w:rPr>
          <w:rFonts w:ascii="Sylfaen" w:hAnsi="Sylfaen" w:cs="Sylfaen"/>
          <w:sz w:val="18"/>
          <w:szCs w:val="18"/>
        </w:rPr>
        <w:t>ორი</w:t>
      </w:r>
      <w:proofErr w:type="spellEnd"/>
      <w:r w:rsidR="001A1086">
        <w:rPr>
          <w:rFonts w:ascii="Sylfaen" w:hAnsi="Sylfaen" w:cstheme="majorHAnsi"/>
          <w:sz w:val="18"/>
          <w:szCs w:val="18"/>
          <w:lang w:val="ka-GE"/>
        </w:rPr>
        <w:t>)</w:t>
      </w:r>
      <w:r w:rsidRPr="00D73BDF">
        <w:rPr>
          <w:rFonts w:cstheme="majorHAnsi"/>
          <w:sz w:val="18"/>
          <w:szCs w:val="18"/>
        </w:rPr>
        <w:t xml:space="preserve"> </w:t>
      </w:r>
      <w:proofErr w:type="spellStart"/>
      <w:r w:rsidRPr="00D73BDF">
        <w:rPr>
          <w:rFonts w:ascii="Sylfaen" w:hAnsi="Sylfaen" w:cs="Sylfaen"/>
          <w:sz w:val="18"/>
          <w:szCs w:val="18"/>
        </w:rPr>
        <w:t>სამუშაო</w:t>
      </w:r>
      <w:proofErr w:type="spellEnd"/>
      <w:r w:rsidRPr="00D73BDF">
        <w:rPr>
          <w:rFonts w:cstheme="majorHAnsi"/>
          <w:sz w:val="18"/>
          <w:szCs w:val="18"/>
        </w:rPr>
        <w:t xml:space="preserve"> </w:t>
      </w:r>
      <w:proofErr w:type="spellStart"/>
      <w:r w:rsidRPr="00D73BDF">
        <w:rPr>
          <w:rFonts w:ascii="Sylfaen" w:hAnsi="Sylfaen" w:cs="Sylfaen"/>
          <w:sz w:val="18"/>
          <w:szCs w:val="18"/>
        </w:rPr>
        <w:t>დღის</w:t>
      </w:r>
      <w:proofErr w:type="spellEnd"/>
      <w:r w:rsidRPr="00D73BDF">
        <w:rPr>
          <w:rFonts w:cstheme="majorHAnsi"/>
          <w:sz w:val="18"/>
          <w:szCs w:val="18"/>
        </w:rPr>
        <w:t xml:space="preserve"> </w:t>
      </w:r>
      <w:proofErr w:type="spellStart"/>
      <w:r w:rsidRPr="00D73BDF">
        <w:rPr>
          <w:rFonts w:ascii="Sylfaen" w:hAnsi="Sylfaen" w:cs="Sylfaen"/>
          <w:sz w:val="18"/>
          <w:szCs w:val="18"/>
        </w:rPr>
        <w:t>ვადაში</w:t>
      </w:r>
      <w:proofErr w:type="spellEnd"/>
      <w:r w:rsidRPr="00D73BDF">
        <w:rPr>
          <w:rFonts w:cstheme="majorHAnsi"/>
          <w:sz w:val="18"/>
          <w:szCs w:val="18"/>
        </w:rPr>
        <w:t>.</w:t>
      </w:r>
    </w:p>
    <w:p w14:paraId="767E664F" w14:textId="0D1541A8" w:rsidR="0048741B" w:rsidRPr="00900040" w:rsidRDefault="00A74260" w:rsidP="00185C20">
      <w:pPr>
        <w:pStyle w:val="CommentText"/>
        <w:jc w:val="both"/>
        <w:rPr>
          <w:rFonts w:ascii="Sylfaen" w:hAnsi="Sylfaen"/>
          <w:sz w:val="18"/>
          <w:szCs w:val="18"/>
        </w:rPr>
      </w:pPr>
      <w:r w:rsidRPr="00D73BDF">
        <w:rPr>
          <w:rFonts w:cstheme="majorHAnsi"/>
          <w:sz w:val="18"/>
          <w:szCs w:val="18"/>
        </w:rPr>
        <w:t>3.</w:t>
      </w:r>
      <w:r w:rsidR="001E6721">
        <w:rPr>
          <w:rFonts w:ascii="Sylfaen" w:hAnsi="Sylfaen" w:cstheme="majorHAnsi"/>
          <w:sz w:val="18"/>
          <w:szCs w:val="18"/>
          <w:lang w:val="ka-GE"/>
        </w:rPr>
        <w:t>3</w:t>
      </w:r>
      <w:r w:rsidRPr="00D73BDF">
        <w:rPr>
          <w:rFonts w:cstheme="majorHAnsi"/>
          <w:sz w:val="18"/>
          <w:szCs w:val="18"/>
        </w:rPr>
        <w:t>.1</w:t>
      </w:r>
      <w:r w:rsidR="00876CA8">
        <w:rPr>
          <w:rFonts w:cstheme="majorHAnsi"/>
          <w:sz w:val="18"/>
          <w:szCs w:val="18"/>
          <w:lang w:val="ka-GE"/>
        </w:rPr>
        <w:t>5</w:t>
      </w:r>
      <w:r w:rsidRPr="00D73BDF">
        <w:rPr>
          <w:rFonts w:cstheme="majorHAnsi"/>
          <w:sz w:val="18"/>
          <w:szCs w:val="18"/>
        </w:rPr>
        <w:t xml:space="preserve">. </w:t>
      </w:r>
      <w:proofErr w:type="spellStart"/>
      <w:r w:rsidRPr="00D73BDF">
        <w:rPr>
          <w:rFonts w:ascii="Sylfaen" w:hAnsi="Sylfaen" w:cs="Sylfaen"/>
          <w:sz w:val="18"/>
          <w:szCs w:val="18"/>
        </w:rPr>
        <w:t>შეადგინოს</w:t>
      </w:r>
      <w:proofErr w:type="spellEnd"/>
      <w:r w:rsidRPr="00D73BDF">
        <w:rPr>
          <w:rFonts w:cstheme="majorHAnsi"/>
          <w:sz w:val="18"/>
          <w:szCs w:val="18"/>
        </w:rPr>
        <w:t xml:space="preserve"> </w:t>
      </w:r>
      <w:proofErr w:type="spellStart"/>
      <w:r w:rsidRPr="00D73BDF">
        <w:rPr>
          <w:rFonts w:ascii="Sylfaen" w:hAnsi="Sylfaen" w:cs="Sylfaen"/>
          <w:sz w:val="18"/>
          <w:szCs w:val="18"/>
        </w:rPr>
        <w:t>და</w:t>
      </w:r>
      <w:proofErr w:type="spellEnd"/>
      <w:r w:rsidRPr="00D73BDF">
        <w:rPr>
          <w:rFonts w:cstheme="majorHAnsi"/>
          <w:sz w:val="18"/>
          <w:szCs w:val="18"/>
        </w:rPr>
        <w:t xml:space="preserve"> </w:t>
      </w:r>
      <w:proofErr w:type="spellStart"/>
      <w:r w:rsidRPr="00D73BDF">
        <w:rPr>
          <w:rFonts w:ascii="Sylfaen" w:hAnsi="Sylfaen" w:cs="Sylfaen"/>
          <w:sz w:val="18"/>
          <w:szCs w:val="18"/>
        </w:rPr>
        <w:t>წარუდგინოს</w:t>
      </w:r>
      <w:proofErr w:type="spellEnd"/>
      <w:r w:rsidRPr="00D73BDF">
        <w:rPr>
          <w:rFonts w:cstheme="majorHAnsi"/>
          <w:sz w:val="18"/>
          <w:szCs w:val="18"/>
        </w:rPr>
        <w:t xml:space="preserve"> </w:t>
      </w:r>
      <w:proofErr w:type="spellStart"/>
      <w:r w:rsidRPr="00D73BDF">
        <w:rPr>
          <w:rFonts w:ascii="Sylfaen" w:hAnsi="Sylfaen" w:cs="Sylfaen"/>
          <w:sz w:val="18"/>
          <w:szCs w:val="18"/>
        </w:rPr>
        <w:t>დამკვეთს</w:t>
      </w:r>
      <w:proofErr w:type="spellEnd"/>
      <w:r w:rsidRPr="00D73BDF">
        <w:rPr>
          <w:rFonts w:cstheme="majorHAnsi"/>
          <w:sz w:val="18"/>
          <w:szCs w:val="18"/>
        </w:rPr>
        <w:t xml:space="preserve"> </w:t>
      </w:r>
      <w:proofErr w:type="spellStart"/>
      <w:r w:rsidRPr="00D73BDF">
        <w:rPr>
          <w:rFonts w:ascii="Sylfaen" w:hAnsi="Sylfaen" w:cs="Sylfaen"/>
          <w:sz w:val="18"/>
          <w:szCs w:val="18"/>
        </w:rPr>
        <w:t>ხელმოსაწერად</w:t>
      </w:r>
      <w:proofErr w:type="spellEnd"/>
      <w:r w:rsidRPr="00D73BDF">
        <w:rPr>
          <w:rFonts w:cstheme="majorHAnsi"/>
          <w:sz w:val="18"/>
          <w:szCs w:val="18"/>
        </w:rPr>
        <w:t xml:space="preserve"> </w:t>
      </w:r>
      <w:proofErr w:type="spellStart"/>
      <w:r w:rsidRPr="00D73BDF">
        <w:rPr>
          <w:rFonts w:ascii="Sylfaen" w:hAnsi="Sylfaen" w:cs="Sylfaen"/>
          <w:sz w:val="18"/>
          <w:szCs w:val="18"/>
        </w:rPr>
        <w:t>ფარული</w:t>
      </w:r>
      <w:proofErr w:type="spellEnd"/>
      <w:r w:rsidRPr="00D73BDF">
        <w:rPr>
          <w:rFonts w:cstheme="majorHAnsi"/>
          <w:sz w:val="18"/>
          <w:szCs w:val="18"/>
        </w:rPr>
        <w:t xml:space="preserve"> </w:t>
      </w:r>
      <w:proofErr w:type="spellStart"/>
      <w:r w:rsidRPr="00D73BDF">
        <w:rPr>
          <w:rFonts w:ascii="Sylfaen" w:hAnsi="Sylfaen" w:cs="Sylfaen"/>
          <w:sz w:val="18"/>
          <w:szCs w:val="18"/>
        </w:rPr>
        <w:t>სამუშაოების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შესახებ</w:t>
      </w:r>
      <w:proofErr w:type="spellEnd"/>
      <w:r w:rsidRPr="00D73BDF">
        <w:rPr>
          <w:rFonts w:cstheme="majorHAnsi"/>
          <w:sz w:val="18"/>
          <w:szCs w:val="18"/>
        </w:rPr>
        <w:t xml:space="preserve"> </w:t>
      </w:r>
      <w:proofErr w:type="spellStart"/>
      <w:r w:rsidRPr="00D73BDF">
        <w:rPr>
          <w:rFonts w:ascii="Sylfaen" w:hAnsi="Sylfaen" w:cs="Sylfaen"/>
          <w:sz w:val="18"/>
          <w:szCs w:val="18"/>
        </w:rPr>
        <w:t>აქტი</w:t>
      </w:r>
      <w:proofErr w:type="spellEnd"/>
      <w:r w:rsidRPr="00D73BDF">
        <w:rPr>
          <w:rFonts w:cstheme="majorHAnsi"/>
          <w:sz w:val="18"/>
          <w:szCs w:val="18"/>
        </w:rPr>
        <w:t xml:space="preserve">, </w:t>
      </w:r>
      <w:proofErr w:type="spellStart"/>
      <w:r w:rsidRPr="00D73BDF">
        <w:rPr>
          <w:rFonts w:ascii="Sylfaen" w:hAnsi="Sylfaen" w:cs="Sylfaen"/>
          <w:sz w:val="18"/>
          <w:szCs w:val="18"/>
        </w:rPr>
        <w:t>ყოველი</w:t>
      </w:r>
      <w:proofErr w:type="spellEnd"/>
      <w:r w:rsidRPr="00D73BDF">
        <w:rPr>
          <w:rFonts w:cstheme="majorHAnsi"/>
          <w:sz w:val="18"/>
          <w:szCs w:val="18"/>
        </w:rPr>
        <w:t xml:space="preserve"> </w:t>
      </w:r>
      <w:proofErr w:type="spellStart"/>
      <w:r w:rsidRPr="00D73BDF">
        <w:rPr>
          <w:rFonts w:ascii="Sylfaen" w:hAnsi="Sylfaen" w:cs="Sylfaen"/>
          <w:sz w:val="18"/>
          <w:szCs w:val="18"/>
        </w:rPr>
        <w:t>ასეთი</w:t>
      </w:r>
      <w:proofErr w:type="spellEnd"/>
      <w:r w:rsidRPr="00D73BDF">
        <w:rPr>
          <w:rFonts w:cstheme="majorHAnsi"/>
          <w:sz w:val="18"/>
          <w:szCs w:val="18"/>
        </w:rPr>
        <w:t xml:space="preserve"> </w:t>
      </w:r>
      <w:proofErr w:type="spellStart"/>
      <w:r w:rsidRPr="00D73BDF">
        <w:rPr>
          <w:rFonts w:ascii="Sylfaen" w:hAnsi="Sylfaen" w:cs="Sylfaen"/>
          <w:sz w:val="18"/>
          <w:szCs w:val="18"/>
        </w:rPr>
        <w:t>სამუშაოს</w:t>
      </w:r>
      <w:proofErr w:type="spellEnd"/>
      <w:r w:rsidRPr="00D73BDF">
        <w:rPr>
          <w:rFonts w:cstheme="majorHAnsi"/>
          <w:sz w:val="18"/>
          <w:szCs w:val="18"/>
        </w:rPr>
        <w:t xml:space="preserve"> </w:t>
      </w:r>
      <w:proofErr w:type="spellStart"/>
      <w:r w:rsidRPr="00D73BDF">
        <w:rPr>
          <w:rFonts w:ascii="Sylfaen" w:hAnsi="Sylfaen" w:cs="Sylfaen"/>
          <w:sz w:val="18"/>
          <w:szCs w:val="18"/>
        </w:rPr>
        <w:t>შესრულებიდან</w:t>
      </w:r>
      <w:proofErr w:type="spellEnd"/>
      <w:r w:rsidRPr="00D73BDF">
        <w:rPr>
          <w:rFonts w:cstheme="majorHAnsi"/>
          <w:sz w:val="18"/>
          <w:szCs w:val="18"/>
        </w:rPr>
        <w:t xml:space="preserve"> 5 (</w:t>
      </w:r>
      <w:proofErr w:type="spellStart"/>
      <w:r w:rsidRPr="00D73BDF">
        <w:rPr>
          <w:rFonts w:ascii="Sylfaen" w:hAnsi="Sylfaen" w:cs="Sylfaen"/>
          <w:sz w:val="18"/>
          <w:szCs w:val="18"/>
        </w:rPr>
        <w:t>ხუთი</w:t>
      </w:r>
      <w:proofErr w:type="spellEnd"/>
      <w:r w:rsidRPr="00D73BDF">
        <w:rPr>
          <w:rFonts w:cstheme="majorHAnsi"/>
          <w:sz w:val="18"/>
          <w:szCs w:val="18"/>
        </w:rPr>
        <w:t xml:space="preserve">) </w:t>
      </w:r>
      <w:proofErr w:type="spellStart"/>
      <w:r w:rsidRPr="00D73BDF">
        <w:rPr>
          <w:rFonts w:ascii="Sylfaen" w:hAnsi="Sylfaen" w:cs="Sylfaen"/>
          <w:sz w:val="18"/>
          <w:szCs w:val="18"/>
        </w:rPr>
        <w:t>კალენდარული</w:t>
      </w:r>
      <w:proofErr w:type="spellEnd"/>
      <w:r w:rsidRPr="00D73BDF">
        <w:rPr>
          <w:rFonts w:cstheme="majorHAnsi"/>
          <w:sz w:val="18"/>
          <w:szCs w:val="18"/>
        </w:rPr>
        <w:t xml:space="preserve"> </w:t>
      </w:r>
      <w:proofErr w:type="spellStart"/>
      <w:r w:rsidRPr="00D73BDF">
        <w:rPr>
          <w:rFonts w:ascii="Sylfaen" w:hAnsi="Sylfaen" w:cs="Sylfaen"/>
          <w:sz w:val="18"/>
          <w:szCs w:val="18"/>
        </w:rPr>
        <w:t>დღის</w:t>
      </w:r>
      <w:proofErr w:type="spellEnd"/>
      <w:r w:rsidRPr="00D73BDF">
        <w:rPr>
          <w:rFonts w:cstheme="majorHAnsi"/>
          <w:sz w:val="18"/>
          <w:szCs w:val="18"/>
        </w:rPr>
        <w:t xml:space="preserve"> </w:t>
      </w:r>
      <w:proofErr w:type="spellStart"/>
      <w:r w:rsidRPr="00D73BDF">
        <w:rPr>
          <w:rFonts w:ascii="Sylfaen" w:hAnsi="Sylfaen" w:cs="Sylfaen"/>
          <w:sz w:val="18"/>
          <w:szCs w:val="18"/>
        </w:rPr>
        <w:t>ვადაში</w:t>
      </w:r>
      <w:proofErr w:type="spellEnd"/>
      <w:r w:rsidRPr="00D73BDF">
        <w:rPr>
          <w:rFonts w:cstheme="majorHAnsi"/>
          <w:sz w:val="18"/>
          <w:szCs w:val="18"/>
        </w:rPr>
        <w:t>.</w:t>
      </w:r>
      <w:r w:rsidR="0048741B">
        <w:rPr>
          <w:rFonts w:ascii="Sylfaen" w:hAnsi="Sylfaen" w:cstheme="majorHAnsi"/>
          <w:sz w:val="18"/>
          <w:szCs w:val="18"/>
          <w:lang w:val="ka-GE"/>
        </w:rPr>
        <w:t xml:space="preserve"> </w:t>
      </w:r>
      <w:proofErr w:type="spellStart"/>
      <w:r w:rsidR="0048741B" w:rsidRPr="00900040">
        <w:rPr>
          <w:rFonts w:ascii="Sylfaen" w:hAnsi="Sylfaen"/>
          <w:sz w:val="18"/>
          <w:szCs w:val="18"/>
        </w:rPr>
        <w:t>ფარული</w:t>
      </w:r>
      <w:proofErr w:type="spellEnd"/>
      <w:r w:rsidR="0048741B" w:rsidRPr="00900040">
        <w:rPr>
          <w:rFonts w:ascii="Sylfaen" w:hAnsi="Sylfaen"/>
          <w:sz w:val="18"/>
          <w:szCs w:val="18"/>
        </w:rPr>
        <w:t xml:space="preserve"> </w:t>
      </w:r>
      <w:proofErr w:type="spellStart"/>
      <w:r w:rsidR="0048741B" w:rsidRPr="00900040">
        <w:rPr>
          <w:rFonts w:ascii="Sylfaen" w:hAnsi="Sylfaen"/>
          <w:sz w:val="18"/>
          <w:szCs w:val="18"/>
        </w:rPr>
        <w:t>სამუშაოს</w:t>
      </w:r>
      <w:proofErr w:type="spellEnd"/>
      <w:r w:rsidR="0048741B" w:rsidRPr="00900040">
        <w:rPr>
          <w:rFonts w:ascii="Sylfaen" w:hAnsi="Sylfaen"/>
          <w:sz w:val="18"/>
          <w:szCs w:val="18"/>
        </w:rPr>
        <w:t xml:space="preserve"> </w:t>
      </w:r>
      <w:proofErr w:type="spellStart"/>
      <w:r w:rsidR="0048741B" w:rsidRPr="00900040">
        <w:rPr>
          <w:rFonts w:ascii="Sylfaen" w:hAnsi="Sylfaen"/>
          <w:sz w:val="18"/>
          <w:szCs w:val="18"/>
        </w:rPr>
        <w:t>აქტი</w:t>
      </w:r>
      <w:proofErr w:type="spellEnd"/>
      <w:r w:rsidR="0048741B" w:rsidRPr="00900040">
        <w:rPr>
          <w:rFonts w:ascii="Sylfaen" w:hAnsi="Sylfaen"/>
          <w:sz w:val="18"/>
          <w:szCs w:val="18"/>
        </w:rPr>
        <w:t xml:space="preserve"> </w:t>
      </w:r>
      <w:proofErr w:type="spellStart"/>
      <w:r w:rsidR="0048741B" w:rsidRPr="00900040">
        <w:rPr>
          <w:rFonts w:ascii="Sylfaen" w:hAnsi="Sylfaen"/>
          <w:sz w:val="18"/>
          <w:szCs w:val="18"/>
        </w:rPr>
        <w:t>უნდა</w:t>
      </w:r>
      <w:proofErr w:type="spellEnd"/>
      <w:r w:rsidR="0048741B" w:rsidRPr="00900040">
        <w:rPr>
          <w:rFonts w:ascii="Sylfaen" w:hAnsi="Sylfaen"/>
          <w:sz w:val="18"/>
          <w:szCs w:val="18"/>
        </w:rPr>
        <w:t xml:space="preserve"> </w:t>
      </w:r>
      <w:proofErr w:type="spellStart"/>
      <w:r w:rsidR="0048741B" w:rsidRPr="00900040">
        <w:rPr>
          <w:rFonts w:ascii="Sylfaen" w:hAnsi="Sylfaen"/>
          <w:sz w:val="18"/>
          <w:szCs w:val="18"/>
        </w:rPr>
        <w:t>შედგეს</w:t>
      </w:r>
      <w:proofErr w:type="spellEnd"/>
      <w:r w:rsidR="0048741B" w:rsidRPr="00900040">
        <w:rPr>
          <w:rFonts w:ascii="Sylfaen" w:hAnsi="Sylfaen"/>
          <w:sz w:val="18"/>
          <w:szCs w:val="18"/>
        </w:rPr>
        <w:t xml:space="preserve"> </w:t>
      </w:r>
      <w:proofErr w:type="spellStart"/>
      <w:r w:rsidR="0048741B" w:rsidRPr="00900040">
        <w:rPr>
          <w:rFonts w:ascii="Sylfaen" w:hAnsi="Sylfaen"/>
          <w:sz w:val="18"/>
          <w:szCs w:val="18"/>
        </w:rPr>
        <w:t>და</w:t>
      </w:r>
      <w:proofErr w:type="spellEnd"/>
      <w:r w:rsidR="0048741B" w:rsidRPr="00900040">
        <w:rPr>
          <w:rFonts w:ascii="Sylfaen" w:hAnsi="Sylfaen"/>
          <w:sz w:val="18"/>
          <w:szCs w:val="18"/>
        </w:rPr>
        <w:t xml:space="preserve"> </w:t>
      </w:r>
      <w:proofErr w:type="spellStart"/>
      <w:r w:rsidR="0048741B" w:rsidRPr="00900040">
        <w:rPr>
          <w:rFonts w:ascii="Sylfaen" w:hAnsi="Sylfaen"/>
          <w:sz w:val="18"/>
          <w:szCs w:val="18"/>
        </w:rPr>
        <w:t>დადასტურდეს</w:t>
      </w:r>
      <w:proofErr w:type="spellEnd"/>
      <w:r w:rsidR="0048741B" w:rsidRPr="00900040">
        <w:rPr>
          <w:rFonts w:ascii="Sylfaen" w:hAnsi="Sylfaen"/>
          <w:sz w:val="18"/>
          <w:szCs w:val="18"/>
        </w:rPr>
        <w:t xml:space="preserve"> </w:t>
      </w:r>
      <w:proofErr w:type="spellStart"/>
      <w:r w:rsidR="0048741B" w:rsidRPr="00900040">
        <w:rPr>
          <w:rFonts w:ascii="Sylfaen" w:hAnsi="Sylfaen"/>
          <w:sz w:val="18"/>
          <w:szCs w:val="18"/>
        </w:rPr>
        <w:t>აღნიშნული</w:t>
      </w:r>
      <w:proofErr w:type="spellEnd"/>
      <w:r w:rsidR="0048741B" w:rsidRPr="00900040">
        <w:rPr>
          <w:rFonts w:ascii="Sylfaen" w:hAnsi="Sylfaen"/>
          <w:sz w:val="18"/>
          <w:szCs w:val="18"/>
        </w:rPr>
        <w:t xml:space="preserve"> </w:t>
      </w:r>
      <w:proofErr w:type="spellStart"/>
      <w:r w:rsidR="0048741B" w:rsidRPr="00900040">
        <w:rPr>
          <w:rFonts w:ascii="Sylfaen" w:hAnsi="Sylfaen"/>
          <w:sz w:val="18"/>
          <w:szCs w:val="18"/>
        </w:rPr>
        <w:t>სამუშაოს</w:t>
      </w:r>
      <w:proofErr w:type="spellEnd"/>
      <w:r w:rsidR="0048741B" w:rsidRPr="00900040">
        <w:rPr>
          <w:rFonts w:ascii="Sylfaen" w:hAnsi="Sylfaen"/>
          <w:sz w:val="18"/>
          <w:szCs w:val="18"/>
        </w:rPr>
        <w:t xml:space="preserve"> </w:t>
      </w:r>
      <w:proofErr w:type="spellStart"/>
      <w:r w:rsidR="0048741B" w:rsidRPr="00900040">
        <w:rPr>
          <w:rFonts w:ascii="Sylfaen" w:hAnsi="Sylfaen"/>
          <w:sz w:val="18"/>
          <w:szCs w:val="18"/>
        </w:rPr>
        <w:t>დახურვამდე</w:t>
      </w:r>
      <w:proofErr w:type="spellEnd"/>
      <w:r w:rsidR="0048741B" w:rsidRPr="00900040">
        <w:rPr>
          <w:rFonts w:ascii="Sylfaen" w:hAnsi="Sylfaen"/>
          <w:sz w:val="18"/>
          <w:szCs w:val="18"/>
        </w:rPr>
        <w:t>.</w:t>
      </w:r>
    </w:p>
    <w:p w14:paraId="282F91B0" w14:textId="7D66881D" w:rsidR="004B6084" w:rsidRPr="000A658A" w:rsidRDefault="00A74260" w:rsidP="00185C20">
      <w:pPr>
        <w:jc w:val="both"/>
        <w:rPr>
          <w:rFonts w:cstheme="majorHAnsi"/>
          <w:sz w:val="18"/>
          <w:szCs w:val="18"/>
          <w:lang w:val="ka-GE"/>
        </w:rPr>
      </w:pPr>
      <w:r w:rsidRPr="00D73BDF">
        <w:rPr>
          <w:rFonts w:cstheme="majorHAnsi"/>
          <w:sz w:val="18"/>
          <w:szCs w:val="18"/>
        </w:rPr>
        <w:t>3.3.1</w:t>
      </w:r>
      <w:r w:rsidR="00876CA8">
        <w:rPr>
          <w:rFonts w:ascii="Sylfaen" w:hAnsi="Sylfaen" w:cstheme="majorHAnsi"/>
          <w:sz w:val="18"/>
          <w:szCs w:val="18"/>
          <w:lang w:val="ka-GE"/>
        </w:rPr>
        <w:t>6</w:t>
      </w:r>
      <w:r w:rsidR="009E743E">
        <w:rPr>
          <w:rFonts w:ascii="Sylfaen" w:hAnsi="Sylfaen" w:cstheme="majorHAnsi"/>
          <w:sz w:val="18"/>
          <w:szCs w:val="18"/>
          <w:lang w:val="ka-GE"/>
        </w:rPr>
        <w:t xml:space="preserve">. </w:t>
      </w:r>
      <w:proofErr w:type="spellStart"/>
      <w:r w:rsidRPr="00D73BDF">
        <w:rPr>
          <w:rFonts w:ascii="Sylfaen" w:hAnsi="Sylfaen" w:cs="Sylfaen"/>
          <w:sz w:val="18"/>
          <w:szCs w:val="18"/>
        </w:rPr>
        <w:t>დამკვეთის</w:t>
      </w:r>
      <w:proofErr w:type="spellEnd"/>
      <w:r w:rsidRPr="00D73BDF">
        <w:rPr>
          <w:rFonts w:cstheme="majorHAnsi"/>
          <w:sz w:val="18"/>
          <w:szCs w:val="18"/>
        </w:rPr>
        <w:t>/</w:t>
      </w:r>
      <w:proofErr w:type="spellStart"/>
      <w:r w:rsidRPr="00D73BDF">
        <w:rPr>
          <w:rFonts w:ascii="Sylfaen" w:hAnsi="Sylfaen" w:cs="Sylfaen"/>
          <w:sz w:val="18"/>
          <w:szCs w:val="18"/>
        </w:rPr>
        <w:t>პროექტის</w:t>
      </w:r>
      <w:proofErr w:type="spellEnd"/>
      <w:r w:rsidRPr="00D73BDF">
        <w:rPr>
          <w:rFonts w:cstheme="majorHAnsi"/>
          <w:sz w:val="18"/>
          <w:szCs w:val="18"/>
        </w:rPr>
        <w:t xml:space="preserve"> </w:t>
      </w:r>
      <w:proofErr w:type="spellStart"/>
      <w:r w:rsidRPr="00D73BDF">
        <w:rPr>
          <w:rFonts w:ascii="Sylfaen" w:hAnsi="Sylfaen" w:cs="Sylfaen"/>
          <w:sz w:val="18"/>
          <w:szCs w:val="18"/>
        </w:rPr>
        <w:t>საავტორო</w:t>
      </w:r>
      <w:proofErr w:type="spellEnd"/>
      <w:r w:rsidRPr="00D73BDF">
        <w:rPr>
          <w:rFonts w:cstheme="majorHAnsi"/>
          <w:sz w:val="18"/>
          <w:szCs w:val="18"/>
        </w:rPr>
        <w:t xml:space="preserve"> </w:t>
      </w:r>
      <w:proofErr w:type="spellStart"/>
      <w:r w:rsidRPr="00D73BDF">
        <w:rPr>
          <w:rFonts w:ascii="Sylfaen" w:hAnsi="Sylfaen" w:cs="Sylfaen"/>
          <w:sz w:val="18"/>
          <w:szCs w:val="18"/>
        </w:rPr>
        <w:t>ზედამხედველის</w:t>
      </w:r>
      <w:proofErr w:type="spellEnd"/>
      <w:r w:rsidRPr="00D73BDF">
        <w:rPr>
          <w:rFonts w:cstheme="majorHAnsi"/>
          <w:sz w:val="18"/>
          <w:szCs w:val="18"/>
        </w:rPr>
        <w:t xml:space="preserve"> </w:t>
      </w:r>
      <w:proofErr w:type="spellStart"/>
      <w:r w:rsidRPr="00D73BDF">
        <w:rPr>
          <w:rFonts w:ascii="Sylfaen" w:hAnsi="Sylfaen" w:cs="Sylfaen"/>
          <w:sz w:val="18"/>
          <w:szCs w:val="18"/>
        </w:rPr>
        <w:t>მხრიდან</w:t>
      </w:r>
      <w:proofErr w:type="spellEnd"/>
      <w:r w:rsidRPr="00D73BDF">
        <w:rPr>
          <w:rFonts w:cstheme="majorHAnsi"/>
          <w:sz w:val="18"/>
          <w:szCs w:val="18"/>
        </w:rPr>
        <w:t xml:space="preserve"> </w:t>
      </w:r>
      <w:proofErr w:type="spellStart"/>
      <w:r w:rsidRPr="00D73BDF">
        <w:rPr>
          <w:rFonts w:ascii="Sylfaen" w:hAnsi="Sylfaen" w:cs="Sylfaen"/>
          <w:sz w:val="18"/>
          <w:szCs w:val="18"/>
        </w:rPr>
        <w:t>დაფიქსირებული</w:t>
      </w:r>
      <w:proofErr w:type="spellEnd"/>
      <w:r w:rsidRPr="00D73BDF">
        <w:rPr>
          <w:rFonts w:cstheme="majorHAnsi"/>
          <w:sz w:val="18"/>
          <w:szCs w:val="18"/>
        </w:rPr>
        <w:t xml:space="preserve"> </w:t>
      </w:r>
      <w:proofErr w:type="spellStart"/>
      <w:r w:rsidRPr="00D73BDF">
        <w:rPr>
          <w:rFonts w:ascii="Sylfaen" w:hAnsi="Sylfaen" w:cs="Sylfaen"/>
          <w:sz w:val="18"/>
          <w:szCs w:val="18"/>
        </w:rPr>
        <w:t>ხარვეზების</w:t>
      </w:r>
      <w:proofErr w:type="spellEnd"/>
      <w:r w:rsidRPr="00D73BDF">
        <w:rPr>
          <w:rFonts w:cstheme="majorHAnsi"/>
          <w:sz w:val="18"/>
          <w:szCs w:val="18"/>
        </w:rPr>
        <w:t>/</w:t>
      </w:r>
      <w:proofErr w:type="spellStart"/>
      <w:r w:rsidRPr="00D73BDF">
        <w:rPr>
          <w:rFonts w:ascii="Sylfaen" w:hAnsi="Sylfaen" w:cs="Sylfaen"/>
          <w:sz w:val="18"/>
          <w:szCs w:val="18"/>
        </w:rPr>
        <w:t>ნებისმიერი</w:t>
      </w:r>
      <w:proofErr w:type="spellEnd"/>
      <w:r w:rsidRPr="00D73BDF">
        <w:rPr>
          <w:rFonts w:cstheme="majorHAnsi"/>
          <w:sz w:val="18"/>
          <w:szCs w:val="18"/>
        </w:rPr>
        <w:t xml:space="preserve"> </w:t>
      </w:r>
      <w:proofErr w:type="spellStart"/>
      <w:r w:rsidRPr="00D73BDF">
        <w:rPr>
          <w:rFonts w:ascii="Sylfaen" w:hAnsi="Sylfaen" w:cs="Sylfaen"/>
          <w:sz w:val="18"/>
          <w:szCs w:val="18"/>
        </w:rPr>
        <w:t>ნაკლის</w:t>
      </w:r>
      <w:proofErr w:type="spellEnd"/>
      <w:r w:rsidRPr="00D73BDF">
        <w:rPr>
          <w:rFonts w:cstheme="majorHAnsi"/>
          <w:sz w:val="18"/>
          <w:szCs w:val="18"/>
        </w:rPr>
        <w:t xml:space="preserve"> </w:t>
      </w:r>
      <w:proofErr w:type="spellStart"/>
      <w:r w:rsidRPr="00D73BDF">
        <w:rPr>
          <w:rFonts w:ascii="Sylfaen" w:hAnsi="Sylfaen" w:cs="Sylfaen"/>
          <w:sz w:val="18"/>
          <w:szCs w:val="18"/>
        </w:rPr>
        <w:t>შემთხვევაში</w:t>
      </w:r>
      <w:proofErr w:type="spellEnd"/>
      <w:r w:rsidRPr="00D73BDF">
        <w:rPr>
          <w:rFonts w:cstheme="majorHAnsi"/>
          <w:sz w:val="18"/>
          <w:szCs w:val="18"/>
        </w:rPr>
        <w:t xml:space="preserve">, </w:t>
      </w:r>
      <w:proofErr w:type="spellStart"/>
      <w:r w:rsidRPr="00D73BDF">
        <w:rPr>
          <w:rFonts w:ascii="Sylfaen" w:hAnsi="Sylfaen" w:cs="Sylfaen"/>
          <w:sz w:val="18"/>
          <w:szCs w:val="18"/>
        </w:rPr>
        <w:t>მათ</w:t>
      </w:r>
      <w:proofErr w:type="spellEnd"/>
      <w:r w:rsidRPr="00D73BDF">
        <w:rPr>
          <w:rFonts w:cstheme="majorHAnsi"/>
          <w:sz w:val="18"/>
          <w:szCs w:val="18"/>
        </w:rPr>
        <w:t xml:space="preserve"> </w:t>
      </w:r>
      <w:proofErr w:type="spellStart"/>
      <w:r w:rsidRPr="00D73BDF">
        <w:rPr>
          <w:rFonts w:ascii="Sylfaen" w:hAnsi="Sylfaen" w:cs="Sylfaen"/>
          <w:sz w:val="18"/>
          <w:szCs w:val="18"/>
        </w:rPr>
        <w:t>შორის</w:t>
      </w:r>
      <w:proofErr w:type="spellEnd"/>
      <w:r w:rsidRPr="00D73BDF">
        <w:rPr>
          <w:rFonts w:cstheme="majorHAnsi"/>
          <w:sz w:val="18"/>
          <w:szCs w:val="18"/>
        </w:rPr>
        <w:t xml:space="preserve"> </w:t>
      </w:r>
      <w:r w:rsidR="00CD5235">
        <w:rPr>
          <w:rFonts w:ascii="Sylfaen" w:hAnsi="Sylfaen" w:cstheme="majorHAnsi"/>
          <w:sz w:val="18"/>
          <w:szCs w:val="18"/>
          <w:lang w:val="ka-GE"/>
        </w:rPr>
        <w:t>ა</w:t>
      </w:r>
      <w:r w:rsidR="00CD5235">
        <w:rPr>
          <w:rFonts w:ascii="Sylfaen" w:hAnsi="Sylfaen" w:cs="Sylfaen"/>
          <w:sz w:val="18"/>
          <w:szCs w:val="18"/>
          <w:lang w:val="ka-GE"/>
        </w:rPr>
        <w:t>ნგარიშებში</w:t>
      </w:r>
      <w:r w:rsidRPr="00D73BDF">
        <w:rPr>
          <w:rFonts w:cstheme="majorHAnsi"/>
          <w:sz w:val="18"/>
          <w:szCs w:val="18"/>
        </w:rPr>
        <w:t xml:space="preserve"> </w:t>
      </w:r>
      <w:proofErr w:type="spellStart"/>
      <w:r w:rsidRPr="00D73BDF">
        <w:rPr>
          <w:rFonts w:ascii="Sylfaen" w:hAnsi="Sylfaen" w:cs="Sylfaen"/>
          <w:sz w:val="18"/>
          <w:szCs w:val="18"/>
        </w:rPr>
        <w:t>ან</w:t>
      </w:r>
      <w:proofErr w:type="spellEnd"/>
      <w:r w:rsidRPr="00D73BDF">
        <w:rPr>
          <w:rFonts w:cstheme="majorHAnsi"/>
          <w:sz w:val="18"/>
          <w:szCs w:val="18"/>
        </w:rPr>
        <w:t>/</w:t>
      </w:r>
      <w:proofErr w:type="spellStart"/>
      <w:r w:rsidRPr="00D73BDF">
        <w:rPr>
          <w:rFonts w:ascii="Sylfaen" w:hAnsi="Sylfaen" w:cs="Sylfaen"/>
          <w:sz w:val="18"/>
          <w:szCs w:val="18"/>
        </w:rPr>
        <w:t>და</w:t>
      </w:r>
      <w:proofErr w:type="spellEnd"/>
      <w:r w:rsidRPr="00D73BDF">
        <w:rPr>
          <w:rFonts w:cstheme="majorHAnsi"/>
          <w:sz w:val="18"/>
          <w:szCs w:val="18"/>
        </w:rPr>
        <w:t xml:space="preserve"> </w:t>
      </w:r>
      <w:proofErr w:type="spellStart"/>
      <w:r w:rsidRPr="00D73BDF">
        <w:rPr>
          <w:rFonts w:ascii="Sylfaen" w:hAnsi="Sylfaen" w:cs="Sylfaen"/>
          <w:sz w:val="18"/>
          <w:szCs w:val="18"/>
        </w:rPr>
        <w:t>ზეპირსიტყვიერად</w:t>
      </w:r>
      <w:proofErr w:type="spellEnd"/>
      <w:r w:rsidRPr="00D73BDF">
        <w:rPr>
          <w:rFonts w:cstheme="majorHAnsi"/>
          <w:sz w:val="18"/>
          <w:szCs w:val="18"/>
        </w:rPr>
        <w:t xml:space="preserve"> </w:t>
      </w:r>
      <w:proofErr w:type="spellStart"/>
      <w:r w:rsidRPr="00D73BDF">
        <w:rPr>
          <w:rFonts w:ascii="Sylfaen" w:hAnsi="Sylfaen" w:cs="Sylfaen"/>
          <w:sz w:val="18"/>
          <w:szCs w:val="18"/>
        </w:rPr>
        <w:t>ხარვეზების</w:t>
      </w:r>
      <w:proofErr w:type="spellEnd"/>
      <w:r w:rsidRPr="00D73BDF">
        <w:rPr>
          <w:rFonts w:cstheme="majorHAnsi"/>
          <w:sz w:val="18"/>
          <w:szCs w:val="18"/>
        </w:rPr>
        <w:t>/</w:t>
      </w:r>
      <w:proofErr w:type="spellStart"/>
      <w:r w:rsidRPr="00D73BDF">
        <w:rPr>
          <w:rFonts w:ascii="Sylfaen" w:hAnsi="Sylfaen" w:cs="Sylfaen"/>
          <w:sz w:val="18"/>
          <w:szCs w:val="18"/>
        </w:rPr>
        <w:t>ნაკლის</w:t>
      </w:r>
      <w:proofErr w:type="spellEnd"/>
      <w:r w:rsidRPr="00D73BDF">
        <w:rPr>
          <w:rFonts w:cstheme="majorHAnsi"/>
          <w:sz w:val="18"/>
          <w:szCs w:val="18"/>
        </w:rPr>
        <w:t xml:space="preserve"> </w:t>
      </w:r>
      <w:proofErr w:type="spellStart"/>
      <w:r w:rsidRPr="00D73BDF">
        <w:rPr>
          <w:rFonts w:ascii="Sylfaen" w:hAnsi="Sylfaen" w:cs="Sylfaen"/>
          <w:sz w:val="18"/>
          <w:szCs w:val="18"/>
        </w:rPr>
        <w:t>გამოსწორების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წესების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მითითების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შემთხვევაში</w:t>
      </w:r>
      <w:proofErr w:type="spellEnd"/>
      <w:r w:rsidRPr="00D73BDF">
        <w:rPr>
          <w:rFonts w:cstheme="majorHAnsi"/>
          <w:sz w:val="18"/>
          <w:szCs w:val="18"/>
        </w:rPr>
        <w:t xml:space="preserve">, </w:t>
      </w:r>
      <w:proofErr w:type="spellStart"/>
      <w:r w:rsidRPr="00D73BDF">
        <w:rPr>
          <w:rFonts w:ascii="Sylfaen" w:hAnsi="Sylfaen" w:cs="Sylfaen"/>
          <w:sz w:val="18"/>
          <w:szCs w:val="18"/>
        </w:rPr>
        <w:t>აღნიშნული</w:t>
      </w:r>
      <w:proofErr w:type="spellEnd"/>
      <w:r w:rsidRPr="00D73BDF">
        <w:rPr>
          <w:rFonts w:cstheme="majorHAnsi"/>
          <w:sz w:val="18"/>
          <w:szCs w:val="18"/>
        </w:rPr>
        <w:t xml:space="preserve"> </w:t>
      </w:r>
      <w:proofErr w:type="spellStart"/>
      <w:r w:rsidRPr="00D73BDF">
        <w:rPr>
          <w:rFonts w:ascii="Sylfaen" w:hAnsi="Sylfaen" w:cs="Sylfaen"/>
          <w:sz w:val="18"/>
          <w:szCs w:val="18"/>
        </w:rPr>
        <w:t>ხარვეზ</w:t>
      </w:r>
      <w:proofErr w:type="spellEnd"/>
      <w:r w:rsidR="000A658A">
        <w:rPr>
          <w:rFonts w:ascii="Sylfaen" w:hAnsi="Sylfaen" w:cs="Sylfaen"/>
          <w:sz w:val="18"/>
          <w:szCs w:val="18"/>
          <w:lang w:val="ka-GE"/>
        </w:rPr>
        <w:t>(</w:t>
      </w:r>
      <w:proofErr w:type="spellStart"/>
      <w:r w:rsidRPr="00D73BDF">
        <w:rPr>
          <w:rFonts w:ascii="Sylfaen" w:hAnsi="Sylfaen" w:cs="Sylfaen"/>
          <w:sz w:val="18"/>
          <w:szCs w:val="18"/>
        </w:rPr>
        <w:t>ებ</w:t>
      </w:r>
      <w:proofErr w:type="spellEnd"/>
      <w:r w:rsidR="000A658A">
        <w:rPr>
          <w:rFonts w:ascii="Sylfaen" w:hAnsi="Sylfaen" w:cs="Sylfaen"/>
          <w:sz w:val="18"/>
          <w:szCs w:val="18"/>
          <w:lang w:val="ka-GE"/>
        </w:rPr>
        <w:t>)</w:t>
      </w:r>
      <w:proofErr w:type="spellStart"/>
      <w:r w:rsidRPr="00D73BDF">
        <w:rPr>
          <w:rFonts w:ascii="Sylfaen" w:hAnsi="Sylfaen" w:cs="Sylfaen"/>
          <w:sz w:val="18"/>
          <w:szCs w:val="18"/>
        </w:rPr>
        <w:t>ის</w:t>
      </w:r>
      <w:proofErr w:type="spellEnd"/>
      <w:r w:rsidRPr="00D73BDF">
        <w:rPr>
          <w:rFonts w:cstheme="majorHAnsi"/>
          <w:sz w:val="18"/>
          <w:szCs w:val="18"/>
        </w:rPr>
        <w:t>/</w:t>
      </w:r>
      <w:proofErr w:type="spellStart"/>
      <w:r w:rsidRPr="00D73BDF">
        <w:rPr>
          <w:rFonts w:ascii="Sylfaen" w:hAnsi="Sylfaen" w:cs="Sylfaen"/>
          <w:sz w:val="18"/>
          <w:szCs w:val="18"/>
        </w:rPr>
        <w:t>ნაკლის</w:t>
      </w:r>
      <w:proofErr w:type="spellEnd"/>
      <w:r w:rsidRPr="00D73BDF">
        <w:rPr>
          <w:rFonts w:cstheme="majorHAnsi"/>
          <w:sz w:val="18"/>
          <w:szCs w:val="18"/>
        </w:rPr>
        <w:t xml:space="preserve"> </w:t>
      </w:r>
      <w:proofErr w:type="spellStart"/>
      <w:r w:rsidRPr="00D73BDF">
        <w:rPr>
          <w:rFonts w:ascii="Sylfaen" w:hAnsi="Sylfaen" w:cs="Sylfaen"/>
          <w:sz w:val="18"/>
          <w:szCs w:val="18"/>
        </w:rPr>
        <w:t>ხელშეკრულებით</w:t>
      </w:r>
      <w:proofErr w:type="spellEnd"/>
      <w:r w:rsidRPr="00D73BDF">
        <w:rPr>
          <w:rFonts w:cstheme="majorHAnsi"/>
          <w:sz w:val="18"/>
          <w:szCs w:val="18"/>
        </w:rPr>
        <w:t xml:space="preserve"> </w:t>
      </w:r>
      <w:proofErr w:type="spellStart"/>
      <w:r w:rsidRPr="00D73BDF">
        <w:rPr>
          <w:rFonts w:ascii="Sylfaen" w:hAnsi="Sylfaen" w:cs="Sylfaen"/>
          <w:sz w:val="18"/>
          <w:szCs w:val="18"/>
        </w:rPr>
        <w:t>გათვალისწინებული</w:t>
      </w:r>
      <w:proofErr w:type="spellEnd"/>
      <w:r w:rsidRPr="00D73BDF">
        <w:rPr>
          <w:rFonts w:cstheme="majorHAnsi"/>
          <w:sz w:val="18"/>
          <w:szCs w:val="18"/>
        </w:rPr>
        <w:t xml:space="preserve">   </w:t>
      </w:r>
      <w:r w:rsidR="00353196">
        <w:rPr>
          <w:rFonts w:ascii="Sylfaen" w:hAnsi="Sylfaen" w:cs="Sylfaen"/>
          <w:sz w:val="18"/>
          <w:szCs w:val="18"/>
          <w:lang w:val="ka-GE"/>
        </w:rPr>
        <w:t xml:space="preserve">წესების </w:t>
      </w:r>
      <w:proofErr w:type="spellStart"/>
      <w:r w:rsidRPr="00D73BDF">
        <w:rPr>
          <w:rFonts w:ascii="Sylfaen" w:hAnsi="Sylfaen" w:cs="Sylfaen"/>
          <w:sz w:val="18"/>
          <w:szCs w:val="18"/>
        </w:rPr>
        <w:t>თანახმად</w:t>
      </w:r>
      <w:proofErr w:type="spellEnd"/>
      <w:r w:rsidRPr="00D73BDF">
        <w:rPr>
          <w:rFonts w:cstheme="majorHAnsi"/>
          <w:sz w:val="18"/>
          <w:szCs w:val="18"/>
        </w:rPr>
        <w:t xml:space="preserve"> </w:t>
      </w:r>
      <w:proofErr w:type="spellStart"/>
      <w:r w:rsidRPr="00D73BDF">
        <w:rPr>
          <w:rFonts w:ascii="Sylfaen" w:hAnsi="Sylfaen" w:cs="Sylfaen"/>
          <w:sz w:val="18"/>
          <w:szCs w:val="18"/>
        </w:rPr>
        <w:t>გამოსწორებასთან</w:t>
      </w:r>
      <w:proofErr w:type="spellEnd"/>
      <w:r w:rsidRPr="00D73BDF">
        <w:rPr>
          <w:rFonts w:cstheme="majorHAnsi"/>
          <w:sz w:val="18"/>
          <w:szCs w:val="18"/>
        </w:rPr>
        <w:t xml:space="preserve"> </w:t>
      </w:r>
      <w:proofErr w:type="spellStart"/>
      <w:r w:rsidRPr="00D73BDF">
        <w:rPr>
          <w:rFonts w:ascii="Sylfaen" w:hAnsi="Sylfaen" w:cs="Sylfaen"/>
          <w:sz w:val="18"/>
          <w:szCs w:val="18"/>
        </w:rPr>
        <w:t>ერთად</w:t>
      </w:r>
      <w:proofErr w:type="spellEnd"/>
      <w:r w:rsidRPr="00D73BDF">
        <w:rPr>
          <w:rFonts w:cstheme="majorHAnsi"/>
          <w:sz w:val="18"/>
          <w:szCs w:val="18"/>
        </w:rPr>
        <w:t xml:space="preserve">, </w:t>
      </w:r>
      <w:r w:rsidR="000A658A">
        <w:rPr>
          <w:rFonts w:ascii="Sylfaen" w:hAnsi="Sylfaen" w:cs="Sylfaen"/>
          <w:sz w:val="18"/>
          <w:szCs w:val="18"/>
          <w:lang w:val="ka-GE"/>
        </w:rPr>
        <w:t>მენარდე</w:t>
      </w:r>
      <w:r w:rsidRPr="00D73BDF">
        <w:rPr>
          <w:rFonts w:cstheme="majorHAnsi"/>
          <w:sz w:val="18"/>
          <w:szCs w:val="18"/>
        </w:rPr>
        <w:t xml:space="preserve"> </w:t>
      </w:r>
      <w:proofErr w:type="spellStart"/>
      <w:r w:rsidRPr="00D73BDF">
        <w:rPr>
          <w:rFonts w:ascii="Sylfaen" w:hAnsi="Sylfaen" w:cs="Sylfaen"/>
          <w:sz w:val="18"/>
          <w:szCs w:val="18"/>
        </w:rPr>
        <w:t>ასევე</w:t>
      </w:r>
      <w:proofErr w:type="spellEnd"/>
      <w:r w:rsidRPr="00D73BDF">
        <w:rPr>
          <w:rFonts w:cstheme="majorHAnsi"/>
          <w:sz w:val="18"/>
          <w:szCs w:val="18"/>
        </w:rPr>
        <w:t xml:space="preserve"> </w:t>
      </w:r>
      <w:proofErr w:type="spellStart"/>
      <w:r w:rsidRPr="00D73BDF">
        <w:rPr>
          <w:rFonts w:ascii="Sylfaen" w:hAnsi="Sylfaen" w:cs="Sylfaen"/>
          <w:sz w:val="18"/>
          <w:szCs w:val="18"/>
        </w:rPr>
        <w:t>ვალდებულია</w:t>
      </w:r>
      <w:proofErr w:type="spellEnd"/>
      <w:r w:rsidRPr="00D73BDF">
        <w:rPr>
          <w:rFonts w:cstheme="majorHAnsi"/>
          <w:sz w:val="18"/>
          <w:szCs w:val="18"/>
        </w:rPr>
        <w:t xml:space="preserve"> </w:t>
      </w:r>
      <w:proofErr w:type="spellStart"/>
      <w:r w:rsidRPr="00D73BDF">
        <w:rPr>
          <w:rFonts w:ascii="Sylfaen" w:hAnsi="Sylfaen" w:cs="Sylfaen"/>
          <w:sz w:val="18"/>
          <w:szCs w:val="18"/>
        </w:rPr>
        <w:t>მიაწოდოს</w:t>
      </w:r>
      <w:proofErr w:type="spellEnd"/>
      <w:r w:rsidRPr="00D73BDF">
        <w:rPr>
          <w:rFonts w:cstheme="majorHAnsi"/>
          <w:sz w:val="18"/>
          <w:szCs w:val="18"/>
        </w:rPr>
        <w:t xml:space="preserve"> </w:t>
      </w:r>
      <w:proofErr w:type="spellStart"/>
      <w:r w:rsidRPr="00D73BDF">
        <w:rPr>
          <w:rFonts w:ascii="Sylfaen" w:hAnsi="Sylfaen" w:cs="Sylfaen"/>
          <w:sz w:val="18"/>
          <w:szCs w:val="18"/>
        </w:rPr>
        <w:t>დამკვეთს</w:t>
      </w:r>
      <w:proofErr w:type="spellEnd"/>
      <w:r w:rsidRPr="00D73BDF">
        <w:rPr>
          <w:rFonts w:cstheme="majorHAnsi"/>
          <w:sz w:val="18"/>
          <w:szCs w:val="18"/>
        </w:rPr>
        <w:t xml:space="preserve"> </w:t>
      </w:r>
      <w:proofErr w:type="spellStart"/>
      <w:r w:rsidRPr="00D73BDF">
        <w:rPr>
          <w:rFonts w:ascii="Sylfaen" w:hAnsi="Sylfaen" w:cs="Sylfaen"/>
          <w:sz w:val="18"/>
          <w:szCs w:val="18"/>
        </w:rPr>
        <w:t>ასეთი</w:t>
      </w:r>
      <w:proofErr w:type="spellEnd"/>
      <w:r w:rsidRPr="00D73BDF">
        <w:rPr>
          <w:rFonts w:cstheme="majorHAnsi"/>
          <w:sz w:val="18"/>
          <w:szCs w:val="18"/>
        </w:rPr>
        <w:t xml:space="preserve"> </w:t>
      </w:r>
      <w:proofErr w:type="spellStart"/>
      <w:r w:rsidRPr="00D73BDF">
        <w:rPr>
          <w:rFonts w:ascii="Sylfaen" w:hAnsi="Sylfaen" w:cs="Sylfaen"/>
          <w:sz w:val="18"/>
          <w:szCs w:val="18"/>
        </w:rPr>
        <w:t>ხარვეზ</w:t>
      </w:r>
      <w:proofErr w:type="spellEnd"/>
      <w:r w:rsidR="000A658A">
        <w:rPr>
          <w:rFonts w:ascii="Sylfaen" w:hAnsi="Sylfaen" w:cs="Sylfaen"/>
          <w:sz w:val="18"/>
          <w:szCs w:val="18"/>
          <w:lang w:val="ka-GE"/>
        </w:rPr>
        <w:t>(</w:t>
      </w:r>
      <w:proofErr w:type="spellStart"/>
      <w:r w:rsidRPr="00D73BDF">
        <w:rPr>
          <w:rFonts w:ascii="Sylfaen" w:hAnsi="Sylfaen" w:cs="Sylfaen"/>
          <w:sz w:val="18"/>
          <w:szCs w:val="18"/>
        </w:rPr>
        <w:t>ებ</w:t>
      </w:r>
      <w:proofErr w:type="spellEnd"/>
      <w:r w:rsidR="000A658A">
        <w:rPr>
          <w:rFonts w:ascii="Sylfaen" w:hAnsi="Sylfaen" w:cstheme="majorHAnsi"/>
          <w:sz w:val="18"/>
          <w:szCs w:val="18"/>
          <w:lang w:val="ka-GE"/>
        </w:rPr>
        <w:t>)</w:t>
      </w:r>
      <w:proofErr w:type="spellStart"/>
      <w:r w:rsidRPr="00D73BDF">
        <w:rPr>
          <w:rFonts w:ascii="Sylfaen" w:hAnsi="Sylfaen" w:cs="Sylfaen"/>
          <w:sz w:val="18"/>
          <w:szCs w:val="18"/>
        </w:rPr>
        <w:t>ის</w:t>
      </w:r>
      <w:proofErr w:type="spellEnd"/>
      <w:r w:rsidRPr="00D73BDF">
        <w:rPr>
          <w:rFonts w:cstheme="majorHAnsi"/>
          <w:sz w:val="18"/>
          <w:szCs w:val="18"/>
        </w:rPr>
        <w:t>/</w:t>
      </w:r>
      <w:proofErr w:type="spellStart"/>
      <w:r w:rsidRPr="00D73BDF">
        <w:rPr>
          <w:rFonts w:ascii="Sylfaen" w:hAnsi="Sylfaen" w:cs="Sylfaen"/>
          <w:sz w:val="18"/>
          <w:szCs w:val="18"/>
        </w:rPr>
        <w:t>ნაკლის</w:t>
      </w:r>
      <w:proofErr w:type="spellEnd"/>
      <w:r w:rsidRPr="00D73BDF">
        <w:rPr>
          <w:rFonts w:cstheme="majorHAnsi"/>
          <w:sz w:val="18"/>
          <w:szCs w:val="18"/>
        </w:rPr>
        <w:t xml:space="preserve"> </w:t>
      </w:r>
      <w:proofErr w:type="spellStart"/>
      <w:r w:rsidRPr="00D73BDF">
        <w:rPr>
          <w:rFonts w:ascii="Sylfaen" w:hAnsi="Sylfaen" w:cs="Sylfaen"/>
          <w:sz w:val="18"/>
          <w:szCs w:val="18"/>
        </w:rPr>
        <w:t>გამოსწორების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მათ</w:t>
      </w:r>
      <w:proofErr w:type="spellEnd"/>
      <w:r w:rsidRPr="00D73BDF">
        <w:rPr>
          <w:rFonts w:cstheme="majorHAnsi"/>
          <w:sz w:val="18"/>
          <w:szCs w:val="18"/>
        </w:rPr>
        <w:t xml:space="preserve"> </w:t>
      </w:r>
      <w:proofErr w:type="spellStart"/>
      <w:r w:rsidRPr="00D73BDF">
        <w:rPr>
          <w:rFonts w:ascii="Sylfaen" w:hAnsi="Sylfaen" w:cs="Sylfaen"/>
          <w:sz w:val="18"/>
          <w:szCs w:val="18"/>
        </w:rPr>
        <w:t>შორის</w:t>
      </w:r>
      <w:proofErr w:type="spellEnd"/>
      <w:r w:rsidRPr="00D73BDF">
        <w:rPr>
          <w:rFonts w:cstheme="majorHAnsi"/>
          <w:sz w:val="18"/>
          <w:szCs w:val="18"/>
        </w:rPr>
        <w:t xml:space="preserve"> </w:t>
      </w:r>
      <w:proofErr w:type="spellStart"/>
      <w:r w:rsidRPr="00D73BDF">
        <w:rPr>
          <w:rFonts w:ascii="Sylfaen" w:hAnsi="Sylfaen" w:cs="Sylfaen"/>
          <w:sz w:val="18"/>
          <w:szCs w:val="18"/>
        </w:rPr>
        <w:t>გამოსწორების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საშუალებების</w:t>
      </w:r>
      <w:proofErr w:type="spellEnd"/>
      <w:r w:rsidRPr="00D73BDF">
        <w:rPr>
          <w:rFonts w:cstheme="majorHAnsi"/>
          <w:sz w:val="18"/>
          <w:szCs w:val="18"/>
        </w:rPr>
        <w:t>/</w:t>
      </w:r>
      <w:proofErr w:type="spellStart"/>
      <w:r w:rsidRPr="00D73BDF">
        <w:rPr>
          <w:rFonts w:ascii="Sylfaen" w:hAnsi="Sylfaen" w:cs="Sylfaen"/>
          <w:sz w:val="18"/>
          <w:szCs w:val="18"/>
        </w:rPr>
        <w:t>წესების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ამსახველი</w:t>
      </w:r>
      <w:proofErr w:type="spellEnd"/>
      <w:r w:rsidRPr="00D73BDF">
        <w:rPr>
          <w:rFonts w:cstheme="majorHAnsi"/>
          <w:sz w:val="18"/>
          <w:szCs w:val="18"/>
        </w:rPr>
        <w:t xml:space="preserve"> </w:t>
      </w:r>
      <w:proofErr w:type="spellStart"/>
      <w:r w:rsidRPr="00D73BDF">
        <w:rPr>
          <w:rFonts w:ascii="Sylfaen" w:hAnsi="Sylfaen" w:cs="Sylfaen"/>
          <w:sz w:val="18"/>
          <w:szCs w:val="18"/>
        </w:rPr>
        <w:t>ფოტომასალა</w:t>
      </w:r>
      <w:proofErr w:type="spellEnd"/>
      <w:r w:rsidRPr="00D73BDF">
        <w:rPr>
          <w:rFonts w:cstheme="majorHAnsi"/>
          <w:sz w:val="18"/>
          <w:szCs w:val="18"/>
        </w:rPr>
        <w:t xml:space="preserve"> </w:t>
      </w:r>
      <w:proofErr w:type="spellStart"/>
      <w:r w:rsidRPr="00D73BDF">
        <w:rPr>
          <w:rFonts w:ascii="Sylfaen" w:hAnsi="Sylfaen" w:cs="Sylfaen"/>
          <w:sz w:val="18"/>
          <w:szCs w:val="18"/>
        </w:rPr>
        <w:t>და</w:t>
      </w:r>
      <w:proofErr w:type="spellEnd"/>
      <w:r w:rsidRPr="00D73BDF">
        <w:rPr>
          <w:rFonts w:cstheme="majorHAnsi"/>
          <w:sz w:val="18"/>
          <w:szCs w:val="18"/>
        </w:rPr>
        <w:t xml:space="preserve"> </w:t>
      </w:r>
      <w:proofErr w:type="spellStart"/>
      <w:r w:rsidRPr="00D73BDF">
        <w:rPr>
          <w:rFonts w:ascii="Sylfaen" w:hAnsi="Sylfaen" w:cs="Sylfaen"/>
          <w:sz w:val="18"/>
          <w:szCs w:val="18"/>
        </w:rPr>
        <w:t>შესაბამისი</w:t>
      </w:r>
      <w:proofErr w:type="spellEnd"/>
      <w:r w:rsidRPr="00D73BDF">
        <w:rPr>
          <w:rFonts w:cstheme="majorHAnsi"/>
          <w:sz w:val="18"/>
          <w:szCs w:val="18"/>
        </w:rPr>
        <w:t xml:space="preserve"> </w:t>
      </w:r>
      <w:proofErr w:type="spellStart"/>
      <w:r w:rsidRPr="00D73BDF">
        <w:rPr>
          <w:rFonts w:ascii="Sylfaen" w:hAnsi="Sylfaen" w:cs="Sylfaen"/>
          <w:sz w:val="18"/>
          <w:szCs w:val="18"/>
        </w:rPr>
        <w:t>წერილობითი</w:t>
      </w:r>
      <w:proofErr w:type="spellEnd"/>
      <w:r w:rsidRPr="00D73BDF">
        <w:rPr>
          <w:rFonts w:cstheme="majorHAnsi"/>
          <w:sz w:val="18"/>
          <w:szCs w:val="18"/>
        </w:rPr>
        <w:t xml:space="preserve"> </w:t>
      </w:r>
      <w:proofErr w:type="spellStart"/>
      <w:r w:rsidRPr="00D73BDF">
        <w:rPr>
          <w:rFonts w:ascii="Sylfaen" w:hAnsi="Sylfaen" w:cs="Sylfaen"/>
          <w:sz w:val="18"/>
          <w:szCs w:val="18"/>
        </w:rPr>
        <w:t>ინფორმაცია</w:t>
      </w:r>
      <w:proofErr w:type="spellEnd"/>
      <w:r w:rsidR="000A658A">
        <w:rPr>
          <w:rFonts w:ascii="Sylfaen" w:hAnsi="Sylfaen" w:cs="Sylfaen"/>
          <w:sz w:val="18"/>
          <w:szCs w:val="18"/>
          <w:lang w:val="ka-GE"/>
        </w:rPr>
        <w:t xml:space="preserve"> </w:t>
      </w:r>
      <w:proofErr w:type="spellStart"/>
      <w:r w:rsidRPr="00D73BDF">
        <w:rPr>
          <w:rFonts w:ascii="Sylfaen" w:hAnsi="Sylfaen" w:cs="Sylfaen"/>
          <w:sz w:val="18"/>
          <w:szCs w:val="18"/>
        </w:rPr>
        <w:t>აღნიშნული</w:t>
      </w:r>
      <w:proofErr w:type="spellEnd"/>
      <w:r w:rsidRPr="00D73BDF">
        <w:rPr>
          <w:rFonts w:cstheme="majorHAnsi"/>
          <w:sz w:val="18"/>
          <w:szCs w:val="18"/>
        </w:rPr>
        <w:t xml:space="preserve"> </w:t>
      </w:r>
      <w:proofErr w:type="spellStart"/>
      <w:r w:rsidRPr="00D73BDF">
        <w:rPr>
          <w:rFonts w:ascii="Sylfaen" w:hAnsi="Sylfaen" w:cs="Sylfaen"/>
          <w:sz w:val="18"/>
          <w:szCs w:val="18"/>
        </w:rPr>
        <w:t>ხარვეზების</w:t>
      </w:r>
      <w:proofErr w:type="spellEnd"/>
      <w:r w:rsidRPr="00D73BDF">
        <w:rPr>
          <w:rFonts w:cstheme="majorHAnsi"/>
          <w:sz w:val="18"/>
          <w:szCs w:val="18"/>
        </w:rPr>
        <w:t>/</w:t>
      </w:r>
      <w:proofErr w:type="spellStart"/>
      <w:r w:rsidRPr="00D73BDF">
        <w:rPr>
          <w:rFonts w:ascii="Sylfaen" w:hAnsi="Sylfaen" w:cs="Sylfaen"/>
          <w:sz w:val="18"/>
          <w:szCs w:val="18"/>
        </w:rPr>
        <w:t>ნაკლის</w:t>
      </w:r>
      <w:proofErr w:type="spellEnd"/>
      <w:r w:rsidRPr="00D73BDF">
        <w:rPr>
          <w:rFonts w:cstheme="majorHAnsi"/>
          <w:sz w:val="18"/>
          <w:szCs w:val="18"/>
        </w:rPr>
        <w:t xml:space="preserve"> </w:t>
      </w:r>
      <w:proofErr w:type="spellStart"/>
      <w:r w:rsidRPr="00D73BDF">
        <w:rPr>
          <w:rFonts w:ascii="Sylfaen" w:hAnsi="Sylfaen" w:cs="Sylfaen"/>
          <w:sz w:val="18"/>
          <w:szCs w:val="18"/>
        </w:rPr>
        <w:t>გამოსწორებისთანავე</w:t>
      </w:r>
      <w:proofErr w:type="spellEnd"/>
      <w:r w:rsidRPr="00D73BDF">
        <w:rPr>
          <w:rFonts w:cstheme="majorHAnsi"/>
          <w:sz w:val="18"/>
          <w:szCs w:val="18"/>
        </w:rPr>
        <w:t xml:space="preserve">, </w:t>
      </w:r>
      <w:proofErr w:type="spellStart"/>
      <w:r w:rsidRPr="00D73BDF">
        <w:rPr>
          <w:rFonts w:ascii="Sylfaen" w:hAnsi="Sylfaen" w:cs="Sylfaen"/>
          <w:sz w:val="18"/>
          <w:szCs w:val="18"/>
        </w:rPr>
        <w:t>დამკვეთის</w:t>
      </w:r>
      <w:proofErr w:type="spellEnd"/>
      <w:r w:rsidRPr="00D73BDF">
        <w:rPr>
          <w:rFonts w:cstheme="majorHAnsi"/>
          <w:sz w:val="18"/>
          <w:szCs w:val="18"/>
        </w:rPr>
        <w:t xml:space="preserve"> </w:t>
      </w:r>
      <w:proofErr w:type="spellStart"/>
      <w:r w:rsidRPr="00D73BDF">
        <w:rPr>
          <w:rFonts w:ascii="Sylfaen" w:hAnsi="Sylfaen" w:cs="Sylfaen"/>
          <w:sz w:val="18"/>
          <w:szCs w:val="18"/>
        </w:rPr>
        <w:t>ან</w:t>
      </w:r>
      <w:proofErr w:type="spellEnd"/>
      <w:r w:rsidRPr="00D73BDF">
        <w:rPr>
          <w:rFonts w:cstheme="majorHAnsi"/>
          <w:sz w:val="18"/>
          <w:szCs w:val="18"/>
        </w:rPr>
        <w:t>/</w:t>
      </w:r>
      <w:proofErr w:type="spellStart"/>
      <w:r w:rsidRPr="00D73BDF">
        <w:rPr>
          <w:rFonts w:ascii="Sylfaen" w:hAnsi="Sylfaen" w:cs="Sylfaen"/>
          <w:sz w:val="18"/>
          <w:szCs w:val="18"/>
        </w:rPr>
        <w:t>და</w:t>
      </w:r>
      <w:proofErr w:type="spellEnd"/>
      <w:r w:rsidRPr="00D73BDF">
        <w:rPr>
          <w:rFonts w:cstheme="majorHAnsi"/>
          <w:sz w:val="18"/>
          <w:szCs w:val="18"/>
        </w:rPr>
        <w:t xml:space="preserve"> </w:t>
      </w:r>
      <w:proofErr w:type="spellStart"/>
      <w:r w:rsidRPr="00D73BDF">
        <w:rPr>
          <w:rFonts w:ascii="Sylfaen" w:hAnsi="Sylfaen" w:cs="Sylfaen"/>
          <w:sz w:val="18"/>
          <w:szCs w:val="18"/>
        </w:rPr>
        <w:t>პროექტის</w:t>
      </w:r>
      <w:proofErr w:type="spellEnd"/>
      <w:r w:rsidRPr="00D73BDF">
        <w:rPr>
          <w:rFonts w:cstheme="majorHAnsi"/>
          <w:sz w:val="18"/>
          <w:szCs w:val="18"/>
        </w:rPr>
        <w:t xml:space="preserve"> </w:t>
      </w:r>
      <w:proofErr w:type="spellStart"/>
      <w:r w:rsidRPr="00D73BDF">
        <w:rPr>
          <w:rFonts w:ascii="Sylfaen" w:hAnsi="Sylfaen" w:cs="Sylfaen"/>
          <w:sz w:val="18"/>
          <w:szCs w:val="18"/>
        </w:rPr>
        <w:t>საავტორო</w:t>
      </w:r>
      <w:proofErr w:type="spellEnd"/>
      <w:r w:rsidRPr="00D73BDF">
        <w:rPr>
          <w:rFonts w:cstheme="majorHAnsi"/>
          <w:sz w:val="18"/>
          <w:szCs w:val="18"/>
        </w:rPr>
        <w:t xml:space="preserve"> </w:t>
      </w:r>
      <w:proofErr w:type="spellStart"/>
      <w:r w:rsidRPr="00D73BDF">
        <w:rPr>
          <w:rFonts w:ascii="Sylfaen" w:hAnsi="Sylfaen" w:cs="Sylfaen"/>
          <w:sz w:val="18"/>
          <w:szCs w:val="18"/>
        </w:rPr>
        <w:t>ზედამხედველის</w:t>
      </w:r>
      <w:proofErr w:type="spellEnd"/>
      <w:r w:rsidRPr="00D73BDF">
        <w:rPr>
          <w:rFonts w:cstheme="majorHAnsi"/>
          <w:sz w:val="18"/>
          <w:szCs w:val="18"/>
        </w:rPr>
        <w:t xml:space="preserve"> </w:t>
      </w:r>
      <w:proofErr w:type="spellStart"/>
      <w:r w:rsidRPr="00D73BDF">
        <w:rPr>
          <w:rFonts w:ascii="Sylfaen" w:hAnsi="Sylfaen" w:cs="Sylfaen"/>
          <w:sz w:val="18"/>
          <w:szCs w:val="18"/>
        </w:rPr>
        <w:t>მითითების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შესაბამისად</w:t>
      </w:r>
      <w:proofErr w:type="spellEnd"/>
      <w:r w:rsidRPr="00D73BDF">
        <w:rPr>
          <w:rFonts w:cstheme="majorHAnsi"/>
          <w:sz w:val="18"/>
          <w:szCs w:val="18"/>
        </w:rPr>
        <w:t xml:space="preserve">. </w:t>
      </w:r>
      <w:proofErr w:type="spellStart"/>
      <w:r w:rsidRPr="00D73BDF">
        <w:rPr>
          <w:rFonts w:ascii="Sylfaen" w:hAnsi="Sylfaen" w:cs="Sylfaen"/>
          <w:sz w:val="18"/>
          <w:szCs w:val="18"/>
        </w:rPr>
        <w:t>ამ</w:t>
      </w:r>
      <w:proofErr w:type="spellEnd"/>
      <w:r w:rsidRPr="00D73BDF">
        <w:rPr>
          <w:rFonts w:cstheme="majorHAnsi"/>
          <w:sz w:val="18"/>
          <w:szCs w:val="18"/>
        </w:rPr>
        <w:t xml:space="preserve"> </w:t>
      </w:r>
      <w:proofErr w:type="spellStart"/>
      <w:r w:rsidRPr="00D73BDF">
        <w:rPr>
          <w:rFonts w:ascii="Sylfaen" w:hAnsi="Sylfaen" w:cs="Sylfaen"/>
          <w:sz w:val="18"/>
          <w:szCs w:val="18"/>
        </w:rPr>
        <w:t>პუნქტით</w:t>
      </w:r>
      <w:proofErr w:type="spellEnd"/>
      <w:r w:rsidRPr="00D73BDF">
        <w:rPr>
          <w:rFonts w:cstheme="majorHAnsi"/>
          <w:sz w:val="18"/>
          <w:szCs w:val="18"/>
        </w:rPr>
        <w:t xml:space="preserve"> </w:t>
      </w:r>
      <w:proofErr w:type="spellStart"/>
      <w:r w:rsidRPr="00D73BDF">
        <w:rPr>
          <w:rFonts w:ascii="Sylfaen" w:hAnsi="Sylfaen" w:cs="Sylfaen"/>
          <w:sz w:val="18"/>
          <w:szCs w:val="18"/>
        </w:rPr>
        <w:t>განსაზღვრული</w:t>
      </w:r>
      <w:proofErr w:type="spellEnd"/>
      <w:r w:rsidRPr="00D73BDF">
        <w:rPr>
          <w:rFonts w:cstheme="majorHAnsi"/>
          <w:sz w:val="18"/>
          <w:szCs w:val="18"/>
        </w:rPr>
        <w:t xml:space="preserve"> </w:t>
      </w:r>
      <w:proofErr w:type="spellStart"/>
      <w:r w:rsidRPr="00D73BDF">
        <w:rPr>
          <w:rFonts w:ascii="Sylfaen" w:hAnsi="Sylfaen" w:cs="Sylfaen"/>
          <w:sz w:val="18"/>
          <w:szCs w:val="18"/>
        </w:rPr>
        <w:t>ვალდებულების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შეუსრულებლობის</w:t>
      </w:r>
      <w:proofErr w:type="spellEnd"/>
      <w:r w:rsidRPr="00D73BDF">
        <w:rPr>
          <w:rFonts w:cstheme="majorHAnsi"/>
          <w:sz w:val="18"/>
          <w:szCs w:val="18"/>
        </w:rPr>
        <w:t xml:space="preserve"> </w:t>
      </w:r>
      <w:proofErr w:type="spellStart"/>
      <w:r w:rsidRPr="00D73BDF">
        <w:rPr>
          <w:rFonts w:ascii="Sylfaen" w:hAnsi="Sylfaen" w:cs="Sylfaen"/>
          <w:sz w:val="18"/>
          <w:szCs w:val="18"/>
        </w:rPr>
        <w:t>შემთხვევაში</w:t>
      </w:r>
      <w:proofErr w:type="spellEnd"/>
      <w:r w:rsidR="000A658A">
        <w:rPr>
          <w:rFonts w:ascii="Sylfaen" w:hAnsi="Sylfaen" w:cs="Sylfaen"/>
          <w:sz w:val="18"/>
          <w:szCs w:val="18"/>
          <w:lang w:val="ka-GE"/>
        </w:rPr>
        <w:t>,</w:t>
      </w:r>
      <w:r w:rsidRPr="00D73BDF">
        <w:rPr>
          <w:rFonts w:cstheme="majorHAnsi"/>
          <w:sz w:val="18"/>
          <w:szCs w:val="18"/>
        </w:rPr>
        <w:t xml:space="preserve"> </w:t>
      </w:r>
      <w:proofErr w:type="spellStart"/>
      <w:r w:rsidRPr="00D73BDF">
        <w:rPr>
          <w:rFonts w:ascii="Sylfaen" w:hAnsi="Sylfaen" w:cs="Sylfaen"/>
          <w:sz w:val="18"/>
          <w:szCs w:val="18"/>
        </w:rPr>
        <w:t>დამკვეთი</w:t>
      </w:r>
      <w:proofErr w:type="spellEnd"/>
      <w:r w:rsidRPr="00D73BDF">
        <w:rPr>
          <w:rFonts w:cstheme="majorHAnsi"/>
          <w:sz w:val="18"/>
          <w:szCs w:val="18"/>
        </w:rPr>
        <w:t xml:space="preserve"> </w:t>
      </w:r>
      <w:proofErr w:type="spellStart"/>
      <w:r w:rsidRPr="00D73BDF">
        <w:rPr>
          <w:rFonts w:ascii="Sylfaen" w:hAnsi="Sylfaen" w:cs="Sylfaen"/>
          <w:sz w:val="18"/>
          <w:szCs w:val="18"/>
        </w:rPr>
        <w:t>უფლებამოსილია</w:t>
      </w:r>
      <w:proofErr w:type="spellEnd"/>
      <w:r w:rsidRPr="00D73BDF">
        <w:rPr>
          <w:rFonts w:cstheme="majorHAnsi"/>
          <w:sz w:val="18"/>
          <w:szCs w:val="18"/>
        </w:rPr>
        <w:t xml:space="preserve"> </w:t>
      </w:r>
      <w:proofErr w:type="spellStart"/>
      <w:r w:rsidRPr="00D73BDF">
        <w:rPr>
          <w:rFonts w:ascii="Sylfaen" w:hAnsi="Sylfaen" w:cs="Sylfaen"/>
          <w:sz w:val="18"/>
          <w:szCs w:val="18"/>
        </w:rPr>
        <w:t>დააკისროს</w:t>
      </w:r>
      <w:proofErr w:type="spellEnd"/>
      <w:r w:rsidRPr="00D73BDF">
        <w:rPr>
          <w:rFonts w:cstheme="majorHAnsi"/>
          <w:sz w:val="18"/>
          <w:szCs w:val="18"/>
        </w:rPr>
        <w:t xml:space="preserve"> </w:t>
      </w:r>
      <w:r w:rsidR="000A658A">
        <w:rPr>
          <w:rFonts w:ascii="Sylfaen" w:hAnsi="Sylfaen" w:cs="Sylfaen"/>
          <w:sz w:val="18"/>
          <w:szCs w:val="18"/>
          <w:lang w:val="ka-GE"/>
        </w:rPr>
        <w:t>მენარდეს</w:t>
      </w:r>
      <w:r w:rsidRPr="00D73BDF">
        <w:rPr>
          <w:rFonts w:cstheme="majorHAnsi"/>
          <w:sz w:val="18"/>
          <w:szCs w:val="18"/>
        </w:rPr>
        <w:t xml:space="preserve"> </w:t>
      </w:r>
      <w:proofErr w:type="spellStart"/>
      <w:r w:rsidRPr="00D73BDF">
        <w:rPr>
          <w:rFonts w:ascii="Sylfaen" w:hAnsi="Sylfaen" w:cs="Sylfaen"/>
          <w:sz w:val="18"/>
          <w:szCs w:val="18"/>
        </w:rPr>
        <w:t>ჯარიმა</w:t>
      </w:r>
      <w:proofErr w:type="spellEnd"/>
      <w:r w:rsidRPr="00D73BDF">
        <w:rPr>
          <w:rFonts w:cstheme="majorHAnsi"/>
          <w:sz w:val="18"/>
          <w:szCs w:val="18"/>
        </w:rPr>
        <w:t xml:space="preserve"> </w:t>
      </w:r>
      <w:proofErr w:type="spellStart"/>
      <w:r w:rsidRPr="00D73BDF">
        <w:rPr>
          <w:rFonts w:ascii="Sylfaen" w:hAnsi="Sylfaen" w:cs="Sylfaen"/>
          <w:sz w:val="18"/>
          <w:szCs w:val="18"/>
        </w:rPr>
        <w:t>დახარვეზებული</w:t>
      </w:r>
      <w:proofErr w:type="spellEnd"/>
      <w:r w:rsidRPr="00D73BDF">
        <w:rPr>
          <w:rFonts w:cstheme="majorHAnsi"/>
          <w:sz w:val="18"/>
          <w:szCs w:val="18"/>
        </w:rPr>
        <w:t xml:space="preserve"> </w:t>
      </w:r>
      <w:proofErr w:type="spellStart"/>
      <w:r w:rsidRPr="00D73BDF">
        <w:rPr>
          <w:rFonts w:ascii="Sylfaen" w:hAnsi="Sylfaen" w:cs="Sylfaen"/>
          <w:sz w:val="18"/>
          <w:szCs w:val="18"/>
        </w:rPr>
        <w:t>სამუშაოების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ღირებულების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ოდენობით</w:t>
      </w:r>
      <w:proofErr w:type="spellEnd"/>
      <w:r w:rsidR="000A658A">
        <w:rPr>
          <w:rFonts w:ascii="Sylfaen" w:hAnsi="Sylfaen" w:cs="Sylfaen"/>
          <w:sz w:val="18"/>
          <w:szCs w:val="18"/>
          <w:lang w:val="ka-GE"/>
        </w:rPr>
        <w:t>.</w:t>
      </w:r>
    </w:p>
    <w:p w14:paraId="43F4DAA3" w14:textId="26760D5C" w:rsidR="004B6084" w:rsidRPr="00D73BDF" w:rsidRDefault="00A74260" w:rsidP="00185C20">
      <w:pPr>
        <w:jc w:val="both"/>
        <w:rPr>
          <w:rFonts w:cstheme="majorHAnsi"/>
          <w:sz w:val="18"/>
          <w:szCs w:val="18"/>
        </w:rPr>
      </w:pPr>
      <w:r w:rsidRPr="00D73BDF">
        <w:rPr>
          <w:rFonts w:cstheme="majorHAnsi"/>
          <w:sz w:val="18"/>
          <w:szCs w:val="18"/>
        </w:rPr>
        <w:t>3.3.</w:t>
      </w:r>
      <w:r w:rsidR="009E743E">
        <w:rPr>
          <w:rFonts w:ascii="Sylfaen" w:hAnsi="Sylfaen" w:cstheme="majorHAnsi"/>
          <w:sz w:val="18"/>
          <w:szCs w:val="18"/>
          <w:lang w:val="ka-GE"/>
        </w:rPr>
        <w:t>1</w:t>
      </w:r>
      <w:r w:rsidR="00876CA8">
        <w:rPr>
          <w:rFonts w:ascii="Sylfaen" w:hAnsi="Sylfaen" w:cstheme="majorHAnsi"/>
          <w:sz w:val="18"/>
          <w:szCs w:val="18"/>
          <w:lang w:val="ka-GE"/>
        </w:rPr>
        <w:t>7</w:t>
      </w:r>
      <w:r w:rsidR="009E743E">
        <w:rPr>
          <w:rFonts w:ascii="Sylfaen" w:hAnsi="Sylfaen" w:cstheme="majorHAnsi"/>
          <w:sz w:val="18"/>
          <w:szCs w:val="18"/>
          <w:lang w:val="ka-GE"/>
        </w:rPr>
        <w:t xml:space="preserve">. </w:t>
      </w:r>
      <w:r w:rsidRPr="00D73BDF">
        <w:rPr>
          <w:rFonts w:cstheme="majorHAnsi"/>
          <w:sz w:val="18"/>
          <w:szCs w:val="18"/>
        </w:rPr>
        <w:t xml:space="preserve"> </w:t>
      </w:r>
      <w:proofErr w:type="spellStart"/>
      <w:r w:rsidRPr="00D73BDF">
        <w:rPr>
          <w:rFonts w:ascii="Sylfaen" w:hAnsi="Sylfaen" w:cs="Sylfaen"/>
          <w:sz w:val="18"/>
          <w:szCs w:val="18"/>
        </w:rPr>
        <w:t>წინამდებარე</w:t>
      </w:r>
      <w:proofErr w:type="spellEnd"/>
      <w:r w:rsidRPr="00D73BDF">
        <w:rPr>
          <w:rFonts w:cstheme="majorHAnsi"/>
          <w:sz w:val="18"/>
          <w:szCs w:val="18"/>
        </w:rPr>
        <w:t xml:space="preserve"> </w:t>
      </w:r>
      <w:proofErr w:type="spellStart"/>
      <w:r w:rsidRPr="00D73BDF">
        <w:rPr>
          <w:rFonts w:ascii="Sylfaen" w:hAnsi="Sylfaen" w:cs="Sylfaen"/>
          <w:sz w:val="18"/>
          <w:szCs w:val="18"/>
        </w:rPr>
        <w:t>ხელშკრულების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მოქმედების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პერიოდში</w:t>
      </w:r>
      <w:proofErr w:type="spellEnd"/>
      <w:r w:rsidRPr="00D73BDF">
        <w:rPr>
          <w:rFonts w:cstheme="majorHAnsi"/>
          <w:sz w:val="18"/>
          <w:szCs w:val="18"/>
        </w:rPr>
        <w:t xml:space="preserve"> </w:t>
      </w:r>
      <w:r w:rsidR="000A658A">
        <w:rPr>
          <w:rFonts w:ascii="Sylfaen" w:hAnsi="Sylfaen" w:cs="Sylfaen"/>
          <w:sz w:val="18"/>
          <w:szCs w:val="18"/>
          <w:lang w:val="ka-GE"/>
        </w:rPr>
        <w:t>მენარდე</w:t>
      </w:r>
      <w:r w:rsidRPr="00D73BDF">
        <w:rPr>
          <w:rFonts w:cstheme="majorHAnsi"/>
          <w:sz w:val="18"/>
          <w:szCs w:val="18"/>
        </w:rPr>
        <w:t xml:space="preserve"> </w:t>
      </w:r>
      <w:proofErr w:type="spellStart"/>
      <w:r w:rsidRPr="00D73BDF">
        <w:rPr>
          <w:rFonts w:ascii="Sylfaen" w:hAnsi="Sylfaen" w:cs="Sylfaen"/>
          <w:sz w:val="18"/>
          <w:szCs w:val="18"/>
        </w:rPr>
        <w:t>უზრუნველყოფს</w:t>
      </w:r>
      <w:proofErr w:type="spellEnd"/>
      <w:r w:rsidRPr="00D73BDF">
        <w:rPr>
          <w:rFonts w:cstheme="majorHAnsi"/>
          <w:sz w:val="18"/>
          <w:szCs w:val="18"/>
        </w:rPr>
        <w:t xml:space="preserve"> </w:t>
      </w:r>
      <w:proofErr w:type="spellStart"/>
      <w:r w:rsidRPr="00D73BDF">
        <w:rPr>
          <w:rFonts w:ascii="Sylfaen" w:hAnsi="Sylfaen" w:cs="Sylfaen"/>
          <w:sz w:val="18"/>
          <w:szCs w:val="18"/>
        </w:rPr>
        <w:t>ინჟინერისა</w:t>
      </w:r>
      <w:proofErr w:type="spellEnd"/>
      <w:r w:rsidRPr="00D73BDF">
        <w:rPr>
          <w:rFonts w:cstheme="majorHAnsi"/>
          <w:sz w:val="18"/>
          <w:szCs w:val="18"/>
        </w:rPr>
        <w:t xml:space="preserve"> </w:t>
      </w:r>
      <w:proofErr w:type="spellStart"/>
      <w:r w:rsidRPr="00D73BDF">
        <w:rPr>
          <w:rFonts w:ascii="Sylfaen" w:hAnsi="Sylfaen" w:cs="Sylfaen"/>
          <w:sz w:val="18"/>
          <w:szCs w:val="18"/>
        </w:rPr>
        <w:t>და</w:t>
      </w:r>
      <w:proofErr w:type="spellEnd"/>
      <w:r w:rsidRPr="00D73BDF">
        <w:rPr>
          <w:rFonts w:cstheme="majorHAnsi"/>
          <w:sz w:val="18"/>
          <w:szCs w:val="18"/>
        </w:rPr>
        <w:t xml:space="preserve"> </w:t>
      </w:r>
      <w:proofErr w:type="spellStart"/>
      <w:r w:rsidRPr="00D73BDF">
        <w:rPr>
          <w:rFonts w:ascii="Sylfaen" w:hAnsi="Sylfaen" w:cs="Sylfaen"/>
          <w:sz w:val="18"/>
          <w:szCs w:val="18"/>
        </w:rPr>
        <w:t>პროექტის</w:t>
      </w:r>
      <w:proofErr w:type="spellEnd"/>
      <w:r w:rsidRPr="00D73BDF">
        <w:rPr>
          <w:rFonts w:cstheme="majorHAnsi"/>
          <w:sz w:val="18"/>
          <w:szCs w:val="18"/>
        </w:rPr>
        <w:t xml:space="preserve"> </w:t>
      </w:r>
      <w:proofErr w:type="spellStart"/>
      <w:r w:rsidRPr="00D73BDF">
        <w:rPr>
          <w:rFonts w:ascii="Sylfaen" w:hAnsi="Sylfaen" w:cs="Sylfaen"/>
          <w:sz w:val="18"/>
          <w:szCs w:val="18"/>
        </w:rPr>
        <w:t>ზედამხედველობის</w:t>
      </w:r>
      <w:proofErr w:type="spellEnd"/>
      <w:r w:rsidRPr="00D73BDF">
        <w:rPr>
          <w:rFonts w:cstheme="majorHAnsi"/>
          <w:sz w:val="18"/>
          <w:szCs w:val="18"/>
        </w:rPr>
        <w:t xml:space="preserve"> </w:t>
      </w:r>
      <w:proofErr w:type="spellStart"/>
      <w:r w:rsidRPr="00D73BDF">
        <w:rPr>
          <w:rFonts w:ascii="Sylfaen" w:hAnsi="Sylfaen" w:cs="Sylfaen"/>
          <w:sz w:val="18"/>
          <w:szCs w:val="18"/>
        </w:rPr>
        <w:t>განმახორციელებ</w:t>
      </w:r>
      <w:r w:rsidR="00604DD7">
        <w:rPr>
          <w:rFonts w:ascii="Sylfaen" w:hAnsi="Sylfaen" w:cs="Sylfaen"/>
          <w:sz w:val="18"/>
          <w:szCs w:val="18"/>
        </w:rPr>
        <w:t>ე</w:t>
      </w:r>
      <w:r w:rsidRPr="00D73BDF">
        <w:rPr>
          <w:rFonts w:ascii="Sylfaen" w:hAnsi="Sylfaen" w:cs="Sylfaen"/>
          <w:sz w:val="18"/>
          <w:szCs w:val="18"/>
        </w:rPr>
        <w:t>ლი</w:t>
      </w:r>
      <w:proofErr w:type="spellEnd"/>
      <w:r w:rsidRPr="00D73BDF">
        <w:rPr>
          <w:rFonts w:cstheme="majorHAnsi"/>
          <w:sz w:val="18"/>
          <w:szCs w:val="18"/>
        </w:rPr>
        <w:t xml:space="preserve"> </w:t>
      </w:r>
      <w:proofErr w:type="spellStart"/>
      <w:r w:rsidRPr="00D73BDF">
        <w:rPr>
          <w:rFonts w:ascii="Sylfaen" w:hAnsi="Sylfaen" w:cs="Sylfaen"/>
          <w:sz w:val="18"/>
          <w:szCs w:val="18"/>
        </w:rPr>
        <w:t>პირების</w:t>
      </w:r>
      <w:proofErr w:type="spellEnd"/>
      <w:r w:rsidR="00624F91">
        <w:rPr>
          <w:rFonts w:ascii="Sylfaen" w:hAnsi="Sylfaen" w:cstheme="majorHAnsi"/>
          <w:sz w:val="18"/>
          <w:szCs w:val="18"/>
        </w:rPr>
        <w:t xml:space="preserve"> </w:t>
      </w:r>
      <w:proofErr w:type="spellStart"/>
      <w:r w:rsidRPr="00D73BDF">
        <w:rPr>
          <w:rFonts w:ascii="Sylfaen" w:hAnsi="Sylfaen" w:cs="Sylfaen"/>
          <w:sz w:val="18"/>
          <w:szCs w:val="18"/>
        </w:rPr>
        <w:t>ყოფნას</w:t>
      </w:r>
      <w:proofErr w:type="spellEnd"/>
      <w:r w:rsidRPr="00D73BDF">
        <w:rPr>
          <w:rFonts w:cstheme="majorHAnsi"/>
          <w:sz w:val="18"/>
          <w:szCs w:val="18"/>
        </w:rPr>
        <w:t xml:space="preserve"> </w:t>
      </w:r>
      <w:proofErr w:type="spellStart"/>
      <w:r w:rsidRPr="00D73BDF">
        <w:rPr>
          <w:rFonts w:ascii="Sylfaen" w:hAnsi="Sylfaen" w:cs="Sylfaen"/>
          <w:sz w:val="18"/>
          <w:szCs w:val="18"/>
        </w:rPr>
        <w:t>ობიექტზე</w:t>
      </w:r>
      <w:proofErr w:type="spellEnd"/>
      <w:r w:rsidRPr="00D73BDF">
        <w:rPr>
          <w:rFonts w:cstheme="majorHAnsi"/>
          <w:sz w:val="18"/>
          <w:szCs w:val="18"/>
        </w:rPr>
        <w:t xml:space="preserve"> </w:t>
      </w:r>
      <w:proofErr w:type="spellStart"/>
      <w:r w:rsidRPr="00D73BDF">
        <w:rPr>
          <w:rFonts w:ascii="Sylfaen" w:hAnsi="Sylfaen" w:cs="Sylfaen"/>
          <w:sz w:val="18"/>
          <w:szCs w:val="18"/>
        </w:rPr>
        <w:t>სამუშაო</w:t>
      </w:r>
      <w:proofErr w:type="spellEnd"/>
      <w:r w:rsidRPr="00D73BDF">
        <w:rPr>
          <w:rFonts w:cstheme="majorHAnsi"/>
          <w:sz w:val="18"/>
          <w:szCs w:val="18"/>
        </w:rPr>
        <w:t xml:space="preserve"> </w:t>
      </w:r>
      <w:proofErr w:type="spellStart"/>
      <w:r w:rsidRPr="00D73BDF">
        <w:rPr>
          <w:rFonts w:ascii="Sylfaen" w:hAnsi="Sylfaen" w:cs="Sylfaen"/>
          <w:sz w:val="18"/>
          <w:szCs w:val="18"/>
        </w:rPr>
        <w:t>საათების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განმავლობაში</w:t>
      </w:r>
      <w:proofErr w:type="spellEnd"/>
      <w:r w:rsidRPr="00D73BDF">
        <w:rPr>
          <w:rFonts w:cstheme="majorHAnsi"/>
          <w:sz w:val="18"/>
          <w:szCs w:val="18"/>
        </w:rPr>
        <w:t xml:space="preserve">. </w:t>
      </w:r>
      <w:proofErr w:type="spellStart"/>
      <w:r w:rsidRPr="00D73BDF">
        <w:rPr>
          <w:rFonts w:ascii="Sylfaen" w:hAnsi="Sylfaen" w:cs="Sylfaen"/>
          <w:sz w:val="18"/>
          <w:szCs w:val="18"/>
        </w:rPr>
        <w:t>იმ</w:t>
      </w:r>
      <w:proofErr w:type="spellEnd"/>
      <w:r w:rsidRPr="00D73BDF">
        <w:rPr>
          <w:rFonts w:cstheme="majorHAnsi"/>
          <w:sz w:val="18"/>
          <w:szCs w:val="18"/>
        </w:rPr>
        <w:t xml:space="preserve"> </w:t>
      </w:r>
      <w:proofErr w:type="spellStart"/>
      <w:r w:rsidRPr="00D73BDF">
        <w:rPr>
          <w:rFonts w:ascii="Sylfaen" w:hAnsi="Sylfaen" w:cs="Sylfaen"/>
          <w:sz w:val="18"/>
          <w:szCs w:val="18"/>
        </w:rPr>
        <w:t>შემთხვევაში</w:t>
      </w:r>
      <w:proofErr w:type="spellEnd"/>
      <w:r w:rsidRPr="00D73BDF">
        <w:rPr>
          <w:rFonts w:cstheme="majorHAnsi"/>
          <w:sz w:val="18"/>
          <w:szCs w:val="18"/>
        </w:rPr>
        <w:t xml:space="preserve">, </w:t>
      </w:r>
      <w:proofErr w:type="spellStart"/>
      <w:r w:rsidRPr="00D73BDF">
        <w:rPr>
          <w:rFonts w:ascii="Sylfaen" w:hAnsi="Sylfaen" w:cs="Sylfaen"/>
          <w:sz w:val="18"/>
          <w:szCs w:val="18"/>
        </w:rPr>
        <w:t>თუ</w:t>
      </w:r>
      <w:proofErr w:type="spellEnd"/>
      <w:r w:rsidRPr="00D73BDF">
        <w:rPr>
          <w:rFonts w:cstheme="majorHAnsi"/>
          <w:sz w:val="18"/>
          <w:szCs w:val="18"/>
        </w:rPr>
        <w:t xml:space="preserve"> </w:t>
      </w:r>
      <w:proofErr w:type="spellStart"/>
      <w:r w:rsidRPr="00D73BDF">
        <w:rPr>
          <w:rFonts w:ascii="Sylfaen" w:hAnsi="Sylfaen" w:cs="Sylfaen"/>
          <w:sz w:val="18"/>
          <w:szCs w:val="18"/>
        </w:rPr>
        <w:t>ხსენებული</w:t>
      </w:r>
      <w:proofErr w:type="spellEnd"/>
      <w:r w:rsidRPr="00D73BDF">
        <w:rPr>
          <w:rFonts w:cstheme="majorHAnsi"/>
          <w:sz w:val="18"/>
          <w:szCs w:val="18"/>
        </w:rPr>
        <w:t xml:space="preserve"> </w:t>
      </w:r>
      <w:proofErr w:type="spellStart"/>
      <w:r w:rsidRPr="00D73BDF">
        <w:rPr>
          <w:rFonts w:ascii="Sylfaen" w:hAnsi="Sylfaen" w:cs="Sylfaen"/>
          <w:sz w:val="18"/>
          <w:szCs w:val="18"/>
        </w:rPr>
        <w:t>პირები</w:t>
      </w:r>
      <w:proofErr w:type="spellEnd"/>
      <w:r w:rsidRPr="00D73BDF">
        <w:rPr>
          <w:rFonts w:cstheme="majorHAnsi"/>
          <w:sz w:val="18"/>
          <w:szCs w:val="18"/>
        </w:rPr>
        <w:t xml:space="preserve"> </w:t>
      </w:r>
      <w:proofErr w:type="spellStart"/>
      <w:r w:rsidRPr="00D73BDF">
        <w:rPr>
          <w:rFonts w:ascii="Sylfaen" w:hAnsi="Sylfaen" w:cs="Sylfaen"/>
          <w:sz w:val="18"/>
          <w:szCs w:val="18"/>
        </w:rPr>
        <w:t>წინამდებარე</w:t>
      </w:r>
      <w:proofErr w:type="spellEnd"/>
      <w:r w:rsidRPr="00D73BDF">
        <w:rPr>
          <w:rFonts w:cstheme="majorHAnsi"/>
          <w:sz w:val="18"/>
          <w:szCs w:val="18"/>
        </w:rPr>
        <w:t xml:space="preserve"> </w:t>
      </w:r>
      <w:proofErr w:type="spellStart"/>
      <w:r w:rsidRPr="00D73BDF">
        <w:rPr>
          <w:rFonts w:ascii="Sylfaen" w:hAnsi="Sylfaen" w:cs="Sylfaen"/>
          <w:sz w:val="18"/>
          <w:szCs w:val="18"/>
        </w:rPr>
        <w:t>ხელშეკრულების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მოქმედების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პერიოდში</w:t>
      </w:r>
      <w:proofErr w:type="spellEnd"/>
      <w:r w:rsidRPr="00D73BDF">
        <w:rPr>
          <w:rFonts w:cstheme="majorHAnsi"/>
          <w:sz w:val="18"/>
          <w:szCs w:val="18"/>
        </w:rPr>
        <w:t xml:space="preserve"> </w:t>
      </w:r>
      <w:proofErr w:type="spellStart"/>
      <w:r w:rsidRPr="00D73BDF">
        <w:rPr>
          <w:rFonts w:ascii="Sylfaen" w:hAnsi="Sylfaen" w:cs="Sylfaen"/>
          <w:sz w:val="18"/>
          <w:szCs w:val="18"/>
        </w:rPr>
        <w:t>ნებისმიერი</w:t>
      </w:r>
      <w:proofErr w:type="spellEnd"/>
      <w:r w:rsidRPr="00D73BDF">
        <w:rPr>
          <w:rFonts w:cstheme="majorHAnsi"/>
          <w:sz w:val="18"/>
          <w:szCs w:val="18"/>
        </w:rPr>
        <w:t xml:space="preserve"> </w:t>
      </w:r>
      <w:proofErr w:type="spellStart"/>
      <w:r w:rsidRPr="00D73BDF">
        <w:rPr>
          <w:rFonts w:ascii="Sylfaen" w:hAnsi="Sylfaen" w:cs="Sylfaen"/>
          <w:sz w:val="18"/>
          <w:szCs w:val="18"/>
        </w:rPr>
        <w:t>მიზეზით</w:t>
      </w:r>
      <w:proofErr w:type="spellEnd"/>
      <w:r w:rsidRPr="00D73BDF">
        <w:rPr>
          <w:rFonts w:cstheme="majorHAnsi"/>
          <w:sz w:val="18"/>
          <w:szCs w:val="18"/>
        </w:rPr>
        <w:t xml:space="preserve"> </w:t>
      </w:r>
      <w:proofErr w:type="spellStart"/>
      <w:r w:rsidRPr="00D73BDF">
        <w:rPr>
          <w:rFonts w:ascii="Sylfaen" w:hAnsi="Sylfaen" w:cs="Sylfaen"/>
          <w:sz w:val="18"/>
          <w:szCs w:val="18"/>
        </w:rPr>
        <w:t>დატოვებენ</w:t>
      </w:r>
      <w:proofErr w:type="spellEnd"/>
      <w:r w:rsidRPr="00D73BDF">
        <w:rPr>
          <w:rFonts w:cstheme="majorHAnsi"/>
          <w:sz w:val="18"/>
          <w:szCs w:val="18"/>
        </w:rPr>
        <w:t xml:space="preserve"> </w:t>
      </w:r>
      <w:proofErr w:type="spellStart"/>
      <w:r w:rsidRPr="00D73BDF">
        <w:rPr>
          <w:rFonts w:ascii="Sylfaen" w:hAnsi="Sylfaen" w:cs="Sylfaen"/>
          <w:sz w:val="18"/>
          <w:szCs w:val="18"/>
        </w:rPr>
        <w:t>დაკავებულ</w:t>
      </w:r>
      <w:proofErr w:type="spellEnd"/>
      <w:r w:rsidRPr="00D73BDF">
        <w:rPr>
          <w:rFonts w:cstheme="majorHAnsi"/>
          <w:sz w:val="18"/>
          <w:szCs w:val="18"/>
        </w:rPr>
        <w:t xml:space="preserve"> </w:t>
      </w:r>
      <w:proofErr w:type="spellStart"/>
      <w:r w:rsidRPr="00D73BDF">
        <w:rPr>
          <w:rFonts w:ascii="Sylfaen" w:hAnsi="Sylfaen" w:cs="Sylfaen"/>
          <w:sz w:val="18"/>
          <w:szCs w:val="18"/>
        </w:rPr>
        <w:t>თანამდებობას</w:t>
      </w:r>
      <w:proofErr w:type="spellEnd"/>
      <w:r w:rsidRPr="00D73BDF">
        <w:rPr>
          <w:rFonts w:cstheme="majorHAnsi"/>
          <w:sz w:val="18"/>
          <w:szCs w:val="18"/>
        </w:rPr>
        <w:t xml:space="preserve">, </w:t>
      </w:r>
      <w:r w:rsidR="000A658A">
        <w:rPr>
          <w:rFonts w:ascii="Sylfaen" w:hAnsi="Sylfaen" w:cs="Sylfaen"/>
          <w:sz w:val="18"/>
          <w:szCs w:val="18"/>
          <w:lang w:val="ka-GE"/>
        </w:rPr>
        <w:t>მენარდე</w:t>
      </w:r>
      <w:r w:rsidRPr="00D73BDF">
        <w:rPr>
          <w:rFonts w:cstheme="majorHAnsi"/>
          <w:sz w:val="18"/>
          <w:szCs w:val="18"/>
        </w:rPr>
        <w:t xml:space="preserve"> </w:t>
      </w:r>
      <w:proofErr w:type="spellStart"/>
      <w:r w:rsidRPr="00D73BDF">
        <w:rPr>
          <w:rFonts w:ascii="Sylfaen" w:hAnsi="Sylfaen" w:cs="Sylfaen"/>
          <w:sz w:val="18"/>
          <w:szCs w:val="18"/>
        </w:rPr>
        <w:t>ვალდებულია</w:t>
      </w:r>
      <w:proofErr w:type="spellEnd"/>
      <w:r w:rsidRPr="00D73BDF">
        <w:rPr>
          <w:rFonts w:cstheme="majorHAnsi"/>
          <w:sz w:val="18"/>
          <w:szCs w:val="18"/>
        </w:rPr>
        <w:t xml:space="preserve"> </w:t>
      </w:r>
      <w:proofErr w:type="spellStart"/>
      <w:r w:rsidRPr="00D73BDF">
        <w:rPr>
          <w:rFonts w:ascii="Sylfaen" w:hAnsi="Sylfaen" w:cs="Sylfaen"/>
          <w:sz w:val="18"/>
          <w:szCs w:val="18"/>
        </w:rPr>
        <w:t>დაუყოვნებლივ</w:t>
      </w:r>
      <w:proofErr w:type="spellEnd"/>
      <w:r w:rsidRPr="00D73BDF">
        <w:rPr>
          <w:rFonts w:cstheme="majorHAnsi"/>
          <w:sz w:val="18"/>
          <w:szCs w:val="18"/>
        </w:rPr>
        <w:t xml:space="preserve"> </w:t>
      </w:r>
      <w:proofErr w:type="spellStart"/>
      <w:r w:rsidRPr="00D73BDF">
        <w:rPr>
          <w:rFonts w:ascii="Sylfaen" w:hAnsi="Sylfaen" w:cs="Sylfaen"/>
          <w:sz w:val="18"/>
          <w:szCs w:val="18"/>
        </w:rPr>
        <w:t>აცნობოს</w:t>
      </w:r>
      <w:proofErr w:type="spellEnd"/>
      <w:r w:rsidRPr="00D73BDF">
        <w:rPr>
          <w:rFonts w:cstheme="majorHAnsi"/>
          <w:sz w:val="18"/>
          <w:szCs w:val="18"/>
        </w:rPr>
        <w:t xml:space="preserve"> </w:t>
      </w:r>
      <w:proofErr w:type="spellStart"/>
      <w:r w:rsidRPr="00D73BDF">
        <w:rPr>
          <w:rFonts w:ascii="Sylfaen" w:hAnsi="Sylfaen" w:cs="Sylfaen"/>
          <w:sz w:val="18"/>
          <w:szCs w:val="18"/>
        </w:rPr>
        <w:t>აღნიშნულის</w:t>
      </w:r>
      <w:proofErr w:type="spellEnd"/>
      <w:r w:rsidRPr="00D73BDF">
        <w:rPr>
          <w:rFonts w:cstheme="majorHAnsi"/>
          <w:sz w:val="18"/>
          <w:szCs w:val="18"/>
        </w:rPr>
        <w:t xml:space="preserve"> </w:t>
      </w:r>
      <w:proofErr w:type="spellStart"/>
      <w:r w:rsidRPr="00D73BDF">
        <w:rPr>
          <w:rFonts w:ascii="Sylfaen" w:hAnsi="Sylfaen" w:cs="Sylfaen"/>
          <w:sz w:val="18"/>
          <w:szCs w:val="18"/>
        </w:rPr>
        <w:t>შესახებ</w:t>
      </w:r>
      <w:proofErr w:type="spellEnd"/>
      <w:r w:rsidRPr="00D73BDF">
        <w:rPr>
          <w:rFonts w:cstheme="majorHAnsi"/>
          <w:sz w:val="18"/>
          <w:szCs w:val="18"/>
        </w:rPr>
        <w:t xml:space="preserve"> </w:t>
      </w:r>
      <w:proofErr w:type="spellStart"/>
      <w:r w:rsidRPr="00D73BDF">
        <w:rPr>
          <w:rFonts w:ascii="Sylfaen" w:hAnsi="Sylfaen" w:cs="Sylfaen"/>
          <w:sz w:val="18"/>
          <w:szCs w:val="18"/>
        </w:rPr>
        <w:t>დამკვეთს</w:t>
      </w:r>
      <w:proofErr w:type="spellEnd"/>
      <w:r w:rsidRPr="00D73BDF">
        <w:rPr>
          <w:rFonts w:cstheme="majorHAnsi"/>
          <w:sz w:val="18"/>
          <w:szCs w:val="18"/>
        </w:rPr>
        <w:t xml:space="preserve"> </w:t>
      </w:r>
      <w:proofErr w:type="spellStart"/>
      <w:r w:rsidRPr="00D73BDF">
        <w:rPr>
          <w:rFonts w:ascii="Sylfaen" w:hAnsi="Sylfaen" w:cs="Sylfaen"/>
          <w:sz w:val="18"/>
          <w:szCs w:val="18"/>
        </w:rPr>
        <w:t>და</w:t>
      </w:r>
      <w:proofErr w:type="spellEnd"/>
      <w:r w:rsidRPr="00D73BDF">
        <w:rPr>
          <w:rFonts w:cstheme="majorHAnsi"/>
          <w:sz w:val="18"/>
          <w:szCs w:val="18"/>
        </w:rPr>
        <w:t xml:space="preserve"> </w:t>
      </w:r>
      <w:proofErr w:type="spellStart"/>
      <w:r w:rsidRPr="00D73BDF">
        <w:rPr>
          <w:rFonts w:ascii="Sylfaen" w:hAnsi="Sylfaen" w:cs="Sylfaen"/>
          <w:sz w:val="18"/>
          <w:szCs w:val="18"/>
        </w:rPr>
        <w:t>შესათანხმებლად</w:t>
      </w:r>
      <w:proofErr w:type="spellEnd"/>
      <w:r w:rsidRPr="00D73BDF">
        <w:rPr>
          <w:rFonts w:cstheme="majorHAnsi"/>
          <w:sz w:val="18"/>
          <w:szCs w:val="18"/>
        </w:rPr>
        <w:t xml:space="preserve"> </w:t>
      </w:r>
      <w:proofErr w:type="spellStart"/>
      <w:r w:rsidRPr="00D73BDF">
        <w:rPr>
          <w:rFonts w:ascii="Sylfaen" w:hAnsi="Sylfaen" w:cs="Sylfaen"/>
          <w:sz w:val="18"/>
          <w:szCs w:val="18"/>
        </w:rPr>
        <w:t>წარუდგინოს</w:t>
      </w:r>
      <w:proofErr w:type="spellEnd"/>
      <w:r w:rsidRPr="00D73BDF">
        <w:rPr>
          <w:rFonts w:cstheme="majorHAnsi"/>
          <w:sz w:val="18"/>
          <w:szCs w:val="18"/>
        </w:rPr>
        <w:t xml:space="preserve"> </w:t>
      </w:r>
      <w:proofErr w:type="spellStart"/>
      <w:r w:rsidRPr="00D73BDF">
        <w:rPr>
          <w:rFonts w:ascii="Sylfaen" w:hAnsi="Sylfaen" w:cs="Sylfaen"/>
          <w:sz w:val="18"/>
          <w:szCs w:val="18"/>
        </w:rPr>
        <w:t>დამკვეთს</w:t>
      </w:r>
      <w:proofErr w:type="spellEnd"/>
      <w:r w:rsidRPr="00D73BDF">
        <w:rPr>
          <w:rFonts w:cstheme="majorHAnsi"/>
          <w:sz w:val="18"/>
          <w:szCs w:val="18"/>
        </w:rPr>
        <w:t xml:space="preserve"> </w:t>
      </w:r>
      <w:proofErr w:type="spellStart"/>
      <w:r w:rsidRPr="00D73BDF">
        <w:rPr>
          <w:rFonts w:ascii="Sylfaen" w:hAnsi="Sylfaen" w:cs="Sylfaen"/>
          <w:sz w:val="18"/>
          <w:szCs w:val="18"/>
        </w:rPr>
        <w:t>მისთვის</w:t>
      </w:r>
      <w:proofErr w:type="spellEnd"/>
      <w:r w:rsidRPr="00D73BDF">
        <w:rPr>
          <w:rFonts w:cstheme="majorHAnsi"/>
          <w:sz w:val="18"/>
          <w:szCs w:val="18"/>
        </w:rPr>
        <w:t xml:space="preserve"> </w:t>
      </w:r>
      <w:r w:rsidR="000A658A">
        <w:rPr>
          <w:rFonts w:ascii="Sylfaen" w:hAnsi="Sylfaen" w:cstheme="majorHAnsi"/>
          <w:sz w:val="18"/>
          <w:szCs w:val="18"/>
          <w:lang w:val="ka-GE"/>
        </w:rPr>
        <w:t>(</w:t>
      </w:r>
      <w:proofErr w:type="spellStart"/>
      <w:r w:rsidRPr="00D73BDF">
        <w:rPr>
          <w:rFonts w:ascii="Sylfaen" w:hAnsi="Sylfaen" w:cs="Sylfaen"/>
          <w:sz w:val="18"/>
          <w:szCs w:val="18"/>
        </w:rPr>
        <w:t>დამკვეთისათვის</w:t>
      </w:r>
      <w:proofErr w:type="spellEnd"/>
      <w:r w:rsidR="000A658A">
        <w:rPr>
          <w:rFonts w:ascii="Sylfaen" w:hAnsi="Sylfaen" w:cstheme="majorHAnsi"/>
          <w:sz w:val="18"/>
          <w:szCs w:val="18"/>
          <w:lang w:val="ka-GE"/>
        </w:rPr>
        <w:t>)</w:t>
      </w:r>
      <w:r w:rsidRPr="00D73BDF">
        <w:rPr>
          <w:rFonts w:cstheme="majorHAnsi"/>
          <w:sz w:val="18"/>
          <w:szCs w:val="18"/>
        </w:rPr>
        <w:t xml:space="preserve"> </w:t>
      </w:r>
      <w:proofErr w:type="spellStart"/>
      <w:r w:rsidRPr="00D73BDF">
        <w:rPr>
          <w:rFonts w:ascii="Sylfaen" w:hAnsi="Sylfaen" w:cs="Sylfaen"/>
          <w:sz w:val="18"/>
          <w:szCs w:val="18"/>
        </w:rPr>
        <w:t>მისაღები</w:t>
      </w:r>
      <w:proofErr w:type="spellEnd"/>
      <w:r w:rsidRPr="00D73BDF">
        <w:rPr>
          <w:rFonts w:cstheme="majorHAnsi"/>
          <w:sz w:val="18"/>
          <w:szCs w:val="18"/>
        </w:rPr>
        <w:t xml:space="preserve"> </w:t>
      </w:r>
      <w:proofErr w:type="spellStart"/>
      <w:r w:rsidRPr="00D73BDF">
        <w:rPr>
          <w:rFonts w:ascii="Sylfaen" w:hAnsi="Sylfaen" w:cs="Sylfaen"/>
          <w:sz w:val="18"/>
          <w:szCs w:val="18"/>
        </w:rPr>
        <w:t>კვალიფიკაციის</w:t>
      </w:r>
      <w:proofErr w:type="spellEnd"/>
      <w:r w:rsidRPr="00D73BDF">
        <w:rPr>
          <w:rFonts w:cstheme="majorHAnsi"/>
          <w:sz w:val="18"/>
          <w:szCs w:val="18"/>
        </w:rPr>
        <w:t xml:space="preserve"> </w:t>
      </w:r>
      <w:proofErr w:type="spellStart"/>
      <w:r w:rsidRPr="00D73BDF">
        <w:rPr>
          <w:rFonts w:ascii="Sylfaen" w:hAnsi="Sylfaen" w:cs="Sylfaen"/>
          <w:sz w:val="18"/>
          <w:szCs w:val="18"/>
        </w:rPr>
        <w:t>მქონე</w:t>
      </w:r>
      <w:proofErr w:type="spellEnd"/>
      <w:r w:rsidRPr="00D73BDF">
        <w:rPr>
          <w:rFonts w:cstheme="majorHAnsi"/>
          <w:sz w:val="18"/>
          <w:szCs w:val="18"/>
        </w:rPr>
        <w:t xml:space="preserve"> </w:t>
      </w:r>
      <w:proofErr w:type="spellStart"/>
      <w:r w:rsidRPr="00D73BDF">
        <w:rPr>
          <w:rFonts w:ascii="Sylfaen" w:hAnsi="Sylfaen" w:cs="Sylfaen"/>
          <w:sz w:val="18"/>
          <w:szCs w:val="18"/>
        </w:rPr>
        <w:t>სპეციალისტები</w:t>
      </w:r>
      <w:proofErr w:type="spellEnd"/>
      <w:r w:rsidRPr="00D73BDF">
        <w:rPr>
          <w:rFonts w:cstheme="majorHAnsi"/>
          <w:sz w:val="18"/>
          <w:szCs w:val="18"/>
        </w:rPr>
        <w:t xml:space="preserve">, </w:t>
      </w:r>
      <w:proofErr w:type="spellStart"/>
      <w:r w:rsidRPr="00D73BDF">
        <w:rPr>
          <w:rFonts w:ascii="Sylfaen" w:hAnsi="Sylfaen" w:cs="Sylfaen"/>
          <w:sz w:val="18"/>
          <w:szCs w:val="18"/>
        </w:rPr>
        <w:t>რომლებიც</w:t>
      </w:r>
      <w:proofErr w:type="spellEnd"/>
      <w:r w:rsidRPr="00D73BDF">
        <w:rPr>
          <w:rFonts w:cstheme="majorHAnsi"/>
          <w:sz w:val="18"/>
          <w:szCs w:val="18"/>
        </w:rPr>
        <w:t xml:space="preserve"> </w:t>
      </w:r>
      <w:proofErr w:type="spellStart"/>
      <w:r w:rsidRPr="00D73BDF">
        <w:rPr>
          <w:rFonts w:ascii="Sylfaen" w:hAnsi="Sylfaen" w:cs="Sylfaen"/>
          <w:sz w:val="18"/>
          <w:szCs w:val="18"/>
        </w:rPr>
        <w:t>აღჭურვილნი</w:t>
      </w:r>
      <w:proofErr w:type="spellEnd"/>
      <w:r w:rsidR="000A658A">
        <w:rPr>
          <w:rFonts w:ascii="Sylfaen" w:hAnsi="Sylfaen" w:cs="Sylfaen"/>
          <w:sz w:val="18"/>
          <w:szCs w:val="18"/>
          <w:lang w:val="ka-GE"/>
        </w:rPr>
        <w:t xml:space="preserve"> </w:t>
      </w:r>
      <w:proofErr w:type="spellStart"/>
      <w:r w:rsidRPr="00D73BDF">
        <w:rPr>
          <w:rFonts w:ascii="Sylfaen" w:hAnsi="Sylfaen" w:cs="Sylfaen"/>
          <w:sz w:val="18"/>
          <w:szCs w:val="18"/>
        </w:rPr>
        <w:t>იქნებიან</w:t>
      </w:r>
      <w:proofErr w:type="spellEnd"/>
      <w:r w:rsidRPr="00D73BDF">
        <w:rPr>
          <w:rFonts w:cstheme="majorHAnsi"/>
          <w:sz w:val="18"/>
          <w:szCs w:val="18"/>
        </w:rPr>
        <w:t xml:space="preserve"> </w:t>
      </w:r>
      <w:proofErr w:type="spellStart"/>
      <w:r w:rsidRPr="00D73BDF">
        <w:rPr>
          <w:rFonts w:ascii="Sylfaen" w:hAnsi="Sylfaen" w:cs="Sylfaen"/>
          <w:sz w:val="18"/>
          <w:szCs w:val="18"/>
        </w:rPr>
        <w:t>შესაბამისი</w:t>
      </w:r>
      <w:proofErr w:type="spellEnd"/>
      <w:r w:rsidRPr="00D73BDF">
        <w:rPr>
          <w:rFonts w:cstheme="majorHAnsi"/>
          <w:sz w:val="18"/>
          <w:szCs w:val="18"/>
        </w:rPr>
        <w:t xml:space="preserve"> </w:t>
      </w:r>
      <w:proofErr w:type="spellStart"/>
      <w:r w:rsidRPr="00D73BDF">
        <w:rPr>
          <w:rFonts w:ascii="Sylfaen" w:hAnsi="Sylfaen" w:cs="Sylfaen"/>
          <w:sz w:val="18"/>
          <w:szCs w:val="18"/>
        </w:rPr>
        <w:t>სერთიფიკატებით</w:t>
      </w:r>
      <w:proofErr w:type="spellEnd"/>
      <w:r w:rsidRPr="00D73BDF">
        <w:rPr>
          <w:rFonts w:cstheme="majorHAnsi"/>
          <w:sz w:val="18"/>
          <w:szCs w:val="18"/>
        </w:rPr>
        <w:t xml:space="preserve"> </w:t>
      </w:r>
      <w:proofErr w:type="spellStart"/>
      <w:r w:rsidRPr="00D73BDF">
        <w:rPr>
          <w:rFonts w:ascii="Sylfaen" w:hAnsi="Sylfaen" w:cs="Sylfaen"/>
          <w:sz w:val="18"/>
          <w:szCs w:val="18"/>
        </w:rPr>
        <w:t>და</w:t>
      </w:r>
      <w:proofErr w:type="spellEnd"/>
      <w:r w:rsidRPr="00D73BDF">
        <w:rPr>
          <w:rFonts w:cstheme="majorHAnsi"/>
          <w:sz w:val="18"/>
          <w:szCs w:val="18"/>
        </w:rPr>
        <w:t xml:space="preserve"> </w:t>
      </w:r>
      <w:proofErr w:type="spellStart"/>
      <w:r w:rsidRPr="00D73BDF">
        <w:rPr>
          <w:rFonts w:ascii="Sylfaen" w:hAnsi="Sylfaen" w:cs="Sylfaen"/>
          <w:sz w:val="18"/>
          <w:szCs w:val="18"/>
        </w:rPr>
        <w:t>რომლებიც</w:t>
      </w:r>
      <w:proofErr w:type="spellEnd"/>
      <w:r w:rsidRPr="00D73BDF">
        <w:rPr>
          <w:rFonts w:cstheme="majorHAnsi"/>
          <w:sz w:val="18"/>
          <w:szCs w:val="18"/>
        </w:rPr>
        <w:t xml:space="preserve"> </w:t>
      </w:r>
      <w:proofErr w:type="spellStart"/>
      <w:r w:rsidRPr="00D73BDF">
        <w:rPr>
          <w:rFonts w:ascii="Sylfaen" w:hAnsi="Sylfaen" w:cs="Sylfaen"/>
          <w:sz w:val="18"/>
          <w:szCs w:val="18"/>
        </w:rPr>
        <w:t>ჩაანაცვლებენ</w:t>
      </w:r>
      <w:proofErr w:type="spellEnd"/>
      <w:r w:rsidRPr="00D73BDF">
        <w:rPr>
          <w:rFonts w:cstheme="majorHAnsi"/>
          <w:sz w:val="18"/>
          <w:szCs w:val="18"/>
        </w:rPr>
        <w:t xml:space="preserve"> </w:t>
      </w:r>
      <w:proofErr w:type="spellStart"/>
      <w:r w:rsidRPr="00D73BDF">
        <w:rPr>
          <w:rFonts w:ascii="Sylfaen" w:hAnsi="Sylfaen" w:cs="Sylfaen"/>
          <w:sz w:val="18"/>
          <w:szCs w:val="18"/>
        </w:rPr>
        <w:t>გათავისუფლებულ</w:t>
      </w:r>
      <w:proofErr w:type="spellEnd"/>
      <w:r w:rsidRPr="00D73BDF">
        <w:rPr>
          <w:rFonts w:cstheme="majorHAnsi"/>
          <w:sz w:val="18"/>
          <w:szCs w:val="18"/>
        </w:rPr>
        <w:t xml:space="preserve"> </w:t>
      </w:r>
      <w:proofErr w:type="spellStart"/>
      <w:r w:rsidRPr="00D73BDF">
        <w:rPr>
          <w:rFonts w:ascii="Sylfaen" w:hAnsi="Sylfaen" w:cs="Sylfaen"/>
          <w:sz w:val="18"/>
          <w:szCs w:val="18"/>
        </w:rPr>
        <w:t>პირებს</w:t>
      </w:r>
      <w:proofErr w:type="spellEnd"/>
      <w:r w:rsidRPr="00D73BDF">
        <w:rPr>
          <w:rFonts w:cstheme="majorHAnsi"/>
          <w:sz w:val="18"/>
          <w:szCs w:val="18"/>
        </w:rPr>
        <w:t xml:space="preserve">. </w:t>
      </w:r>
      <w:proofErr w:type="spellStart"/>
      <w:r w:rsidRPr="00D73BDF">
        <w:rPr>
          <w:rFonts w:ascii="Sylfaen" w:hAnsi="Sylfaen" w:cs="Sylfaen"/>
          <w:sz w:val="18"/>
          <w:szCs w:val="18"/>
        </w:rPr>
        <w:t>იმ</w:t>
      </w:r>
      <w:proofErr w:type="spellEnd"/>
      <w:r w:rsidRPr="00D73BDF">
        <w:rPr>
          <w:rFonts w:cstheme="majorHAnsi"/>
          <w:sz w:val="18"/>
          <w:szCs w:val="18"/>
        </w:rPr>
        <w:t xml:space="preserve"> </w:t>
      </w:r>
      <w:proofErr w:type="spellStart"/>
      <w:r w:rsidRPr="00D73BDF">
        <w:rPr>
          <w:rFonts w:ascii="Sylfaen" w:hAnsi="Sylfaen" w:cs="Sylfaen"/>
          <w:sz w:val="18"/>
          <w:szCs w:val="18"/>
        </w:rPr>
        <w:t>შემთხვევაში</w:t>
      </w:r>
      <w:proofErr w:type="spellEnd"/>
      <w:r w:rsidRPr="00D73BDF">
        <w:rPr>
          <w:rFonts w:cstheme="majorHAnsi"/>
          <w:sz w:val="18"/>
          <w:szCs w:val="18"/>
        </w:rPr>
        <w:t xml:space="preserve"> </w:t>
      </w:r>
      <w:proofErr w:type="spellStart"/>
      <w:r w:rsidRPr="00D73BDF">
        <w:rPr>
          <w:rFonts w:ascii="Sylfaen" w:hAnsi="Sylfaen" w:cs="Sylfaen"/>
          <w:sz w:val="18"/>
          <w:szCs w:val="18"/>
        </w:rPr>
        <w:t>თუ</w:t>
      </w:r>
      <w:proofErr w:type="spellEnd"/>
      <w:r w:rsidRPr="00D73BDF">
        <w:rPr>
          <w:rFonts w:cstheme="majorHAnsi"/>
          <w:sz w:val="18"/>
          <w:szCs w:val="18"/>
        </w:rPr>
        <w:t xml:space="preserve"> </w:t>
      </w:r>
      <w:proofErr w:type="spellStart"/>
      <w:r w:rsidRPr="00D73BDF">
        <w:rPr>
          <w:rFonts w:ascii="Sylfaen" w:hAnsi="Sylfaen" w:cs="Sylfaen"/>
          <w:sz w:val="18"/>
          <w:szCs w:val="18"/>
        </w:rPr>
        <w:t>დამკვეთისათვის</w:t>
      </w:r>
      <w:proofErr w:type="spellEnd"/>
      <w:r w:rsidRPr="00D73BDF">
        <w:rPr>
          <w:rFonts w:cstheme="majorHAnsi"/>
          <w:sz w:val="18"/>
          <w:szCs w:val="18"/>
        </w:rPr>
        <w:t xml:space="preserve"> </w:t>
      </w:r>
      <w:proofErr w:type="spellStart"/>
      <w:r w:rsidRPr="00D73BDF">
        <w:rPr>
          <w:rFonts w:ascii="Sylfaen" w:hAnsi="Sylfaen" w:cs="Sylfaen"/>
          <w:sz w:val="18"/>
          <w:szCs w:val="18"/>
        </w:rPr>
        <w:t>მიუღებელი</w:t>
      </w:r>
      <w:proofErr w:type="spellEnd"/>
      <w:r w:rsidRPr="00D73BDF">
        <w:rPr>
          <w:rFonts w:cstheme="majorHAnsi"/>
          <w:sz w:val="18"/>
          <w:szCs w:val="18"/>
        </w:rPr>
        <w:t xml:space="preserve"> </w:t>
      </w:r>
      <w:proofErr w:type="spellStart"/>
      <w:r w:rsidRPr="00D73BDF">
        <w:rPr>
          <w:rFonts w:ascii="Sylfaen" w:hAnsi="Sylfaen" w:cs="Sylfaen"/>
          <w:sz w:val="18"/>
          <w:szCs w:val="18"/>
        </w:rPr>
        <w:t>აღმოჩნდა</w:t>
      </w:r>
      <w:proofErr w:type="spellEnd"/>
      <w:r w:rsidRPr="00D73BDF">
        <w:rPr>
          <w:rFonts w:cstheme="majorHAnsi"/>
          <w:sz w:val="18"/>
          <w:szCs w:val="18"/>
        </w:rPr>
        <w:t xml:space="preserve"> </w:t>
      </w:r>
      <w:proofErr w:type="spellStart"/>
      <w:r w:rsidRPr="00D73BDF">
        <w:rPr>
          <w:rFonts w:ascii="Sylfaen" w:hAnsi="Sylfaen" w:cs="Sylfaen"/>
          <w:sz w:val="18"/>
          <w:szCs w:val="18"/>
        </w:rPr>
        <w:t>ახალი</w:t>
      </w:r>
      <w:proofErr w:type="spellEnd"/>
      <w:r w:rsidRPr="00D73BDF">
        <w:rPr>
          <w:rFonts w:cstheme="majorHAnsi"/>
          <w:sz w:val="18"/>
          <w:szCs w:val="18"/>
        </w:rPr>
        <w:t xml:space="preserve"> </w:t>
      </w:r>
      <w:proofErr w:type="spellStart"/>
      <w:r w:rsidRPr="00D73BDF">
        <w:rPr>
          <w:rFonts w:ascii="Sylfaen" w:hAnsi="Sylfaen" w:cs="Sylfaen"/>
          <w:sz w:val="18"/>
          <w:szCs w:val="18"/>
        </w:rPr>
        <w:t>კანდიდატ</w:t>
      </w:r>
      <w:proofErr w:type="spellEnd"/>
      <w:r w:rsidR="000A658A">
        <w:rPr>
          <w:rFonts w:ascii="Sylfaen" w:hAnsi="Sylfaen" w:cstheme="majorHAnsi"/>
          <w:sz w:val="18"/>
          <w:szCs w:val="18"/>
          <w:lang w:val="ka-GE"/>
        </w:rPr>
        <w:t>(</w:t>
      </w:r>
      <w:proofErr w:type="spellStart"/>
      <w:r w:rsidRPr="00D73BDF">
        <w:rPr>
          <w:rFonts w:ascii="Sylfaen" w:hAnsi="Sylfaen" w:cs="Sylfaen"/>
          <w:sz w:val="18"/>
          <w:szCs w:val="18"/>
        </w:rPr>
        <w:t>ებ</w:t>
      </w:r>
      <w:proofErr w:type="spellEnd"/>
      <w:r w:rsidR="000A658A">
        <w:rPr>
          <w:rFonts w:ascii="Sylfaen" w:hAnsi="Sylfaen" w:cstheme="majorHAnsi"/>
          <w:sz w:val="18"/>
          <w:szCs w:val="18"/>
          <w:lang w:val="ka-GE"/>
        </w:rPr>
        <w:t>)</w:t>
      </w:r>
      <w:r w:rsidRPr="00D73BDF">
        <w:rPr>
          <w:rFonts w:ascii="Sylfaen" w:hAnsi="Sylfaen" w:cs="Sylfaen"/>
          <w:sz w:val="18"/>
          <w:szCs w:val="18"/>
        </w:rPr>
        <w:t>ი</w:t>
      </w:r>
      <w:r w:rsidRPr="00D73BDF">
        <w:rPr>
          <w:rFonts w:cstheme="majorHAnsi"/>
          <w:sz w:val="18"/>
          <w:szCs w:val="18"/>
        </w:rPr>
        <w:t xml:space="preserve">, </w:t>
      </w:r>
      <w:proofErr w:type="spellStart"/>
      <w:r w:rsidRPr="00D73BDF">
        <w:rPr>
          <w:rFonts w:ascii="Sylfaen" w:hAnsi="Sylfaen" w:cs="Sylfaen"/>
          <w:sz w:val="18"/>
          <w:szCs w:val="18"/>
        </w:rPr>
        <w:t>იგი</w:t>
      </w:r>
      <w:proofErr w:type="spellEnd"/>
      <w:r w:rsidRPr="00D73BDF">
        <w:rPr>
          <w:rFonts w:cstheme="majorHAnsi"/>
          <w:sz w:val="18"/>
          <w:szCs w:val="18"/>
        </w:rPr>
        <w:t xml:space="preserve"> </w:t>
      </w:r>
      <w:proofErr w:type="spellStart"/>
      <w:r w:rsidRPr="00D73BDF">
        <w:rPr>
          <w:rFonts w:ascii="Sylfaen" w:hAnsi="Sylfaen" w:cs="Sylfaen"/>
          <w:sz w:val="18"/>
          <w:szCs w:val="18"/>
        </w:rPr>
        <w:t>უფლებამოსილია</w:t>
      </w:r>
      <w:proofErr w:type="spellEnd"/>
      <w:r w:rsidRPr="00D73BDF">
        <w:rPr>
          <w:rFonts w:cstheme="majorHAnsi"/>
          <w:sz w:val="18"/>
          <w:szCs w:val="18"/>
        </w:rPr>
        <w:t xml:space="preserve"> </w:t>
      </w:r>
      <w:proofErr w:type="spellStart"/>
      <w:r w:rsidRPr="00D73BDF">
        <w:rPr>
          <w:rFonts w:ascii="Sylfaen" w:hAnsi="Sylfaen" w:cs="Sylfaen"/>
          <w:sz w:val="18"/>
          <w:szCs w:val="18"/>
        </w:rPr>
        <w:t>ვადაზე</w:t>
      </w:r>
      <w:proofErr w:type="spellEnd"/>
      <w:r w:rsidRPr="00D73BDF">
        <w:rPr>
          <w:rFonts w:cstheme="majorHAnsi"/>
          <w:sz w:val="18"/>
          <w:szCs w:val="18"/>
        </w:rPr>
        <w:t xml:space="preserve"> </w:t>
      </w:r>
      <w:proofErr w:type="spellStart"/>
      <w:r w:rsidRPr="00D73BDF">
        <w:rPr>
          <w:rFonts w:ascii="Sylfaen" w:hAnsi="Sylfaen" w:cs="Sylfaen"/>
          <w:sz w:val="18"/>
          <w:szCs w:val="18"/>
        </w:rPr>
        <w:t>ადრე</w:t>
      </w:r>
      <w:proofErr w:type="spellEnd"/>
      <w:r w:rsidRPr="00D73BDF">
        <w:rPr>
          <w:rFonts w:cstheme="majorHAnsi"/>
          <w:sz w:val="18"/>
          <w:szCs w:val="18"/>
        </w:rPr>
        <w:t xml:space="preserve"> </w:t>
      </w:r>
      <w:proofErr w:type="spellStart"/>
      <w:r w:rsidRPr="00D73BDF">
        <w:rPr>
          <w:rFonts w:ascii="Sylfaen" w:hAnsi="Sylfaen" w:cs="Sylfaen"/>
          <w:sz w:val="18"/>
          <w:szCs w:val="18"/>
        </w:rPr>
        <w:t>შეწყვიტოს</w:t>
      </w:r>
      <w:proofErr w:type="spellEnd"/>
      <w:r w:rsidRPr="00D73BDF">
        <w:rPr>
          <w:rFonts w:cstheme="majorHAnsi"/>
          <w:sz w:val="18"/>
          <w:szCs w:val="18"/>
        </w:rPr>
        <w:t xml:space="preserve"> </w:t>
      </w:r>
      <w:proofErr w:type="spellStart"/>
      <w:r w:rsidRPr="00D73BDF">
        <w:rPr>
          <w:rFonts w:ascii="Sylfaen" w:hAnsi="Sylfaen" w:cs="Sylfaen"/>
          <w:sz w:val="18"/>
          <w:szCs w:val="18"/>
        </w:rPr>
        <w:t>ხელშეკრულება</w:t>
      </w:r>
      <w:proofErr w:type="spellEnd"/>
      <w:r w:rsidR="000A658A">
        <w:rPr>
          <w:rFonts w:cstheme="majorHAnsi"/>
          <w:sz w:val="18"/>
          <w:szCs w:val="18"/>
        </w:rPr>
        <w:t>.</w:t>
      </w:r>
    </w:p>
    <w:p w14:paraId="7FD9F849" w14:textId="19EB55F8" w:rsidR="00846B8F" w:rsidRPr="00846B8F" w:rsidRDefault="00A74260" w:rsidP="00185C20">
      <w:pPr>
        <w:jc w:val="both"/>
        <w:rPr>
          <w:rFonts w:cstheme="majorHAnsi"/>
          <w:sz w:val="18"/>
          <w:szCs w:val="18"/>
        </w:rPr>
      </w:pPr>
      <w:r w:rsidRPr="00D73BDF">
        <w:rPr>
          <w:rFonts w:cstheme="majorHAnsi"/>
          <w:sz w:val="18"/>
          <w:szCs w:val="18"/>
        </w:rPr>
        <w:t>3.3.</w:t>
      </w:r>
      <w:r w:rsidR="009E743E">
        <w:rPr>
          <w:rFonts w:ascii="Sylfaen" w:hAnsi="Sylfaen" w:cstheme="majorHAnsi"/>
          <w:sz w:val="18"/>
          <w:szCs w:val="18"/>
          <w:lang w:val="ka-GE"/>
        </w:rPr>
        <w:t>1</w:t>
      </w:r>
      <w:r w:rsidR="00876CA8">
        <w:rPr>
          <w:rFonts w:ascii="Sylfaen" w:hAnsi="Sylfaen" w:cstheme="majorHAnsi"/>
          <w:sz w:val="18"/>
          <w:szCs w:val="18"/>
          <w:lang w:val="ka-GE"/>
        </w:rPr>
        <w:t>8</w:t>
      </w:r>
      <w:r w:rsidR="009E743E">
        <w:rPr>
          <w:rFonts w:ascii="Sylfaen" w:hAnsi="Sylfaen" w:cstheme="majorHAnsi"/>
          <w:sz w:val="18"/>
          <w:szCs w:val="18"/>
          <w:lang w:val="ka-GE"/>
        </w:rPr>
        <w:t xml:space="preserve">. </w:t>
      </w:r>
      <w:r w:rsidR="000A658A">
        <w:rPr>
          <w:rFonts w:ascii="Sylfaen" w:hAnsi="Sylfaen" w:cs="Sylfaen"/>
          <w:sz w:val="18"/>
          <w:szCs w:val="18"/>
          <w:lang w:val="ka-GE"/>
        </w:rPr>
        <w:t xml:space="preserve">მენარდეს </w:t>
      </w:r>
      <w:proofErr w:type="spellStart"/>
      <w:r w:rsidRPr="00D73BDF">
        <w:rPr>
          <w:rFonts w:ascii="Sylfaen" w:hAnsi="Sylfaen" w:cs="Sylfaen"/>
          <w:sz w:val="18"/>
          <w:szCs w:val="18"/>
        </w:rPr>
        <w:t>კატეგორიულად</w:t>
      </w:r>
      <w:proofErr w:type="spellEnd"/>
      <w:r w:rsidRPr="00D73BDF">
        <w:rPr>
          <w:rFonts w:cstheme="majorHAnsi"/>
          <w:sz w:val="18"/>
          <w:szCs w:val="18"/>
        </w:rPr>
        <w:t xml:space="preserve"> </w:t>
      </w:r>
      <w:proofErr w:type="spellStart"/>
      <w:r w:rsidRPr="00D73BDF">
        <w:rPr>
          <w:rFonts w:ascii="Sylfaen" w:hAnsi="Sylfaen" w:cs="Sylfaen"/>
          <w:sz w:val="18"/>
          <w:szCs w:val="18"/>
        </w:rPr>
        <w:t>ეკრძალება</w:t>
      </w:r>
      <w:proofErr w:type="spellEnd"/>
      <w:r w:rsidRPr="00D73BDF">
        <w:rPr>
          <w:rFonts w:cstheme="majorHAnsi"/>
          <w:sz w:val="18"/>
          <w:szCs w:val="18"/>
        </w:rPr>
        <w:t xml:space="preserve"> </w:t>
      </w:r>
      <w:proofErr w:type="spellStart"/>
      <w:r w:rsidRPr="00D73BDF">
        <w:rPr>
          <w:rFonts w:ascii="Sylfaen" w:hAnsi="Sylfaen" w:cs="Sylfaen"/>
          <w:sz w:val="18"/>
          <w:szCs w:val="18"/>
        </w:rPr>
        <w:t>დამკვეთის</w:t>
      </w:r>
      <w:proofErr w:type="spellEnd"/>
      <w:r w:rsidRPr="00D73BDF">
        <w:rPr>
          <w:rFonts w:cstheme="majorHAnsi"/>
          <w:sz w:val="18"/>
          <w:szCs w:val="18"/>
        </w:rPr>
        <w:t xml:space="preserve"> </w:t>
      </w:r>
      <w:proofErr w:type="spellStart"/>
      <w:r w:rsidRPr="00D73BDF">
        <w:rPr>
          <w:rFonts w:ascii="Sylfaen" w:hAnsi="Sylfaen" w:cs="Sylfaen"/>
          <w:sz w:val="18"/>
          <w:szCs w:val="18"/>
        </w:rPr>
        <w:t>ნებისმიერ</w:t>
      </w:r>
      <w:proofErr w:type="spellEnd"/>
      <w:r w:rsidRPr="00D73BDF">
        <w:rPr>
          <w:rFonts w:cstheme="majorHAnsi"/>
          <w:sz w:val="18"/>
          <w:szCs w:val="18"/>
        </w:rPr>
        <w:t xml:space="preserve"> </w:t>
      </w:r>
      <w:proofErr w:type="spellStart"/>
      <w:r w:rsidRPr="00D73BDF">
        <w:rPr>
          <w:rFonts w:ascii="Sylfaen" w:hAnsi="Sylfaen" w:cs="Sylfaen"/>
          <w:sz w:val="18"/>
          <w:szCs w:val="18"/>
        </w:rPr>
        <w:t>თანამშრომელთან</w:t>
      </w:r>
      <w:proofErr w:type="spellEnd"/>
      <w:r w:rsidR="000A658A">
        <w:rPr>
          <w:rFonts w:cstheme="majorHAnsi"/>
          <w:sz w:val="18"/>
          <w:szCs w:val="18"/>
        </w:rPr>
        <w:t xml:space="preserve"> </w:t>
      </w:r>
      <w:r w:rsidR="000A658A">
        <w:rPr>
          <w:rFonts w:ascii="Sylfaen" w:hAnsi="Sylfaen" w:cstheme="majorHAnsi"/>
          <w:sz w:val="18"/>
          <w:szCs w:val="18"/>
          <w:lang w:val="ka-GE"/>
        </w:rPr>
        <w:t>(</w:t>
      </w:r>
      <w:proofErr w:type="spellStart"/>
      <w:r w:rsidRPr="00D73BDF">
        <w:rPr>
          <w:rFonts w:ascii="Sylfaen" w:hAnsi="Sylfaen" w:cs="Sylfaen"/>
          <w:sz w:val="18"/>
          <w:szCs w:val="18"/>
        </w:rPr>
        <w:t>მათ</w:t>
      </w:r>
      <w:proofErr w:type="spellEnd"/>
      <w:r w:rsidRPr="00D73BDF">
        <w:rPr>
          <w:rFonts w:cstheme="majorHAnsi"/>
          <w:sz w:val="18"/>
          <w:szCs w:val="18"/>
        </w:rPr>
        <w:t xml:space="preserve"> </w:t>
      </w:r>
      <w:proofErr w:type="spellStart"/>
      <w:r w:rsidRPr="00D73BDF">
        <w:rPr>
          <w:rFonts w:ascii="Sylfaen" w:hAnsi="Sylfaen" w:cs="Sylfaen"/>
          <w:sz w:val="18"/>
          <w:szCs w:val="18"/>
        </w:rPr>
        <w:t>შორის</w:t>
      </w:r>
      <w:proofErr w:type="spellEnd"/>
      <w:r w:rsidRPr="00D73BDF">
        <w:rPr>
          <w:rFonts w:cstheme="majorHAnsi"/>
          <w:sz w:val="18"/>
          <w:szCs w:val="18"/>
        </w:rPr>
        <w:t xml:space="preserve"> </w:t>
      </w:r>
      <w:proofErr w:type="spellStart"/>
      <w:r w:rsidRPr="00D73BDF">
        <w:rPr>
          <w:rFonts w:ascii="Sylfaen" w:hAnsi="Sylfaen" w:cs="Sylfaen"/>
          <w:sz w:val="18"/>
          <w:szCs w:val="18"/>
        </w:rPr>
        <w:t>დამკვეთთან</w:t>
      </w:r>
      <w:proofErr w:type="spellEnd"/>
      <w:r w:rsidRPr="00D73BDF">
        <w:rPr>
          <w:rFonts w:cstheme="majorHAnsi"/>
          <w:sz w:val="18"/>
          <w:szCs w:val="18"/>
        </w:rPr>
        <w:t xml:space="preserve"> </w:t>
      </w:r>
      <w:proofErr w:type="spellStart"/>
      <w:r w:rsidRPr="00D73BDF">
        <w:rPr>
          <w:rFonts w:ascii="Sylfaen" w:hAnsi="Sylfaen" w:cs="Sylfaen"/>
          <w:sz w:val="18"/>
          <w:szCs w:val="18"/>
        </w:rPr>
        <w:t>დაკავშირებულ</w:t>
      </w:r>
      <w:proofErr w:type="spellEnd"/>
      <w:r w:rsidRPr="00D73BDF">
        <w:rPr>
          <w:rFonts w:cstheme="majorHAnsi"/>
          <w:sz w:val="18"/>
          <w:szCs w:val="18"/>
        </w:rPr>
        <w:t>/</w:t>
      </w:r>
      <w:proofErr w:type="spellStart"/>
      <w:r w:rsidRPr="00D73BDF">
        <w:rPr>
          <w:rFonts w:ascii="Sylfaen" w:hAnsi="Sylfaen" w:cs="Sylfaen"/>
          <w:sz w:val="18"/>
          <w:szCs w:val="18"/>
        </w:rPr>
        <w:t>აფილირებულ</w:t>
      </w:r>
      <w:proofErr w:type="spellEnd"/>
      <w:r w:rsidRPr="00D73BDF">
        <w:rPr>
          <w:rFonts w:cstheme="majorHAnsi"/>
          <w:sz w:val="18"/>
          <w:szCs w:val="18"/>
        </w:rPr>
        <w:t xml:space="preserve"> </w:t>
      </w:r>
      <w:proofErr w:type="spellStart"/>
      <w:r w:rsidRPr="00D73BDF">
        <w:rPr>
          <w:rFonts w:ascii="Sylfaen" w:hAnsi="Sylfaen" w:cs="Sylfaen"/>
          <w:sz w:val="18"/>
          <w:szCs w:val="18"/>
        </w:rPr>
        <w:t>ნებისმიერ</w:t>
      </w:r>
      <w:proofErr w:type="spellEnd"/>
      <w:r w:rsidRPr="00D73BDF">
        <w:rPr>
          <w:rFonts w:cstheme="majorHAnsi"/>
          <w:sz w:val="18"/>
          <w:szCs w:val="18"/>
        </w:rPr>
        <w:t xml:space="preserve"> </w:t>
      </w:r>
      <w:proofErr w:type="spellStart"/>
      <w:r w:rsidRPr="00D73BDF">
        <w:rPr>
          <w:rFonts w:ascii="Sylfaen" w:hAnsi="Sylfaen" w:cs="Sylfaen"/>
          <w:sz w:val="18"/>
          <w:szCs w:val="18"/>
        </w:rPr>
        <w:t>პირთან</w:t>
      </w:r>
      <w:proofErr w:type="spellEnd"/>
      <w:r w:rsidR="000A658A">
        <w:rPr>
          <w:rFonts w:ascii="Sylfaen" w:hAnsi="Sylfaen" w:cstheme="majorHAnsi"/>
          <w:sz w:val="18"/>
          <w:szCs w:val="18"/>
          <w:lang w:val="ka-GE"/>
        </w:rPr>
        <w:t>)</w:t>
      </w:r>
      <w:r w:rsidRPr="00D73BDF">
        <w:rPr>
          <w:rFonts w:cstheme="majorHAnsi"/>
          <w:sz w:val="18"/>
          <w:szCs w:val="18"/>
        </w:rPr>
        <w:t xml:space="preserve"> </w:t>
      </w:r>
      <w:proofErr w:type="spellStart"/>
      <w:r w:rsidRPr="00D73BDF">
        <w:rPr>
          <w:rFonts w:ascii="Sylfaen" w:hAnsi="Sylfaen" w:cs="Sylfaen"/>
          <w:sz w:val="18"/>
          <w:szCs w:val="18"/>
        </w:rPr>
        <w:t>ან</w:t>
      </w:r>
      <w:proofErr w:type="spellEnd"/>
      <w:r w:rsidRPr="00D73BDF">
        <w:rPr>
          <w:rFonts w:cstheme="majorHAnsi"/>
          <w:sz w:val="18"/>
          <w:szCs w:val="18"/>
        </w:rPr>
        <w:t>/</w:t>
      </w:r>
      <w:proofErr w:type="spellStart"/>
      <w:r w:rsidRPr="00D73BDF">
        <w:rPr>
          <w:rFonts w:ascii="Sylfaen" w:hAnsi="Sylfaen" w:cs="Sylfaen"/>
          <w:sz w:val="18"/>
          <w:szCs w:val="18"/>
        </w:rPr>
        <w:t>და</w:t>
      </w:r>
      <w:proofErr w:type="spellEnd"/>
      <w:r w:rsidRPr="00D73BDF">
        <w:rPr>
          <w:rFonts w:cstheme="majorHAnsi"/>
          <w:sz w:val="18"/>
          <w:szCs w:val="18"/>
        </w:rPr>
        <w:t xml:space="preserve"> </w:t>
      </w:r>
      <w:proofErr w:type="spellStart"/>
      <w:r w:rsidRPr="00D73BDF">
        <w:rPr>
          <w:rFonts w:ascii="Sylfaen" w:hAnsi="Sylfaen" w:cs="Sylfaen"/>
          <w:sz w:val="18"/>
          <w:szCs w:val="18"/>
        </w:rPr>
        <w:t>დამკვეთის</w:t>
      </w:r>
      <w:proofErr w:type="spellEnd"/>
      <w:r w:rsidRPr="00D73BDF">
        <w:rPr>
          <w:rFonts w:cstheme="majorHAnsi"/>
          <w:sz w:val="18"/>
          <w:szCs w:val="18"/>
        </w:rPr>
        <w:t xml:space="preserve"> </w:t>
      </w:r>
      <w:proofErr w:type="spellStart"/>
      <w:r w:rsidRPr="00D73BDF">
        <w:rPr>
          <w:rFonts w:ascii="Sylfaen" w:hAnsi="Sylfaen" w:cs="Sylfaen"/>
          <w:sz w:val="18"/>
          <w:szCs w:val="18"/>
        </w:rPr>
        <w:t>ნებისმიერ</w:t>
      </w:r>
      <w:proofErr w:type="spellEnd"/>
      <w:r w:rsidRPr="00D73BDF">
        <w:rPr>
          <w:rFonts w:cstheme="majorHAnsi"/>
          <w:sz w:val="18"/>
          <w:szCs w:val="18"/>
        </w:rPr>
        <w:t xml:space="preserve"> </w:t>
      </w:r>
      <w:proofErr w:type="spellStart"/>
      <w:r w:rsidRPr="00D73BDF">
        <w:rPr>
          <w:rFonts w:ascii="Sylfaen" w:hAnsi="Sylfaen" w:cs="Sylfaen"/>
          <w:sz w:val="18"/>
          <w:szCs w:val="18"/>
        </w:rPr>
        <w:t>წარმომადგენელთან</w:t>
      </w:r>
      <w:proofErr w:type="spellEnd"/>
      <w:r w:rsidRPr="00D73BDF">
        <w:rPr>
          <w:rFonts w:cstheme="majorHAnsi"/>
          <w:sz w:val="18"/>
          <w:szCs w:val="18"/>
        </w:rPr>
        <w:t xml:space="preserve"> </w:t>
      </w:r>
      <w:proofErr w:type="spellStart"/>
      <w:r w:rsidRPr="00D73BDF">
        <w:rPr>
          <w:rFonts w:ascii="Sylfaen" w:hAnsi="Sylfaen" w:cs="Sylfaen"/>
          <w:sz w:val="18"/>
          <w:szCs w:val="18"/>
        </w:rPr>
        <w:t>ისეთ</w:t>
      </w:r>
      <w:proofErr w:type="spellEnd"/>
      <w:r w:rsidRPr="00D73BDF">
        <w:rPr>
          <w:rFonts w:cstheme="majorHAnsi"/>
          <w:sz w:val="18"/>
          <w:szCs w:val="18"/>
        </w:rPr>
        <w:t xml:space="preserve"> </w:t>
      </w:r>
      <w:proofErr w:type="spellStart"/>
      <w:r w:rsidRPr="00D73BDF">
        <w:rPr>
          <w:rFonts w:ascii="Sylfaen" w:hAnsi="Sylfaen" w:cs="Sylfaen"/>
          <w:sz w:val="18"/>
          <w:szCs w:val="18"/>
        </w:rPr>
        <w:t>კომუნიკაციაში</w:t>
      </w:r>
      <w:proofErr w:type="spellEnd"/>
      <w:r w:rsidRPr="00D73BDF">
        <w:rPr>
          <w:rFonts w:cstheme="majorHAnsi"/>
          <w:sz w:val="18"/>
          <w:szCs w:val="18"/>
        </w:rPr>
        <w:t xml:space="preserve"> </w:t>
      </w:r>
      <w:proofErr w:type="spellStart"/>
      <w:r w:rsidRPr="00D73BDF">
        <w:rPr>
          <w:rFonts w:ascii="Sylfaen" w:hAnsi="Sylfaen" w:cs="Sylfaen"/>
          <w:sz w:val="18"/>
          <w:szCs w:val="18"/>
        </w:rPr>
        <w:t>შესვლა</w:t>
      </w:r>
      <w:proofErr w:type="spellEnd"/>
      <w:r w:rsidRPr="00D73BDF">
        <w:rPr>
          <w:rFonts w:cstheme="majorHAnsi"/>
          <w:sz w:val="18"/>
          <w:szCs w:val="18"/>
        </w:rPr>
        <w:t xml:space="preserve">, </w:t>
      </w:r>
      <w:proofErr w:type="spellStart"/>
      <w:r w:rsidRPr="00D73BDF">
        <w:rPr>
          <w:rFonts w:ascii="Sylfaen" w:hAnsi="Sylfaen" w:cs="Sylfaen"/>
          <w:sz w:val="18"/>
          <w:szCs w:val="18"/>
        </w:rPr>
        <w:t>რაც</w:t>
      </w:r>
      <w:proofErr w:type="spellEnd"/>
      <w:r w:rsidRPr="00D73BDF">
        <w:rPr>
          <w:rFonts w:cstheme="majorHAnsi"/>
          <w:sz w:val="18"/>
          <w:szCs w:val="18"/>
        </w:rPr>
        <w:t xml:space="preserve"> </w:t>
      </w:r>
      <w:proofErr w:type="spellStart"/>
      <w:r w:rsidRPr="00D73BDF">
        <w:rPr>
          <w:rFonts w:ascii="Sylfaen" w:hAnsi="Sylfaen" w:cs="Sylfaen"/>
          <w:sz w:val="18"/>
          <w:szCs w:val="18"/>
        </w:rPr>
        <w:t>არ</w:t>
      </w:r>
      <w:proofErr w:type="spellEnd"/>
      <w:r w:rsidRPr="00D73BDF">
        <w:rPr>
          <w:rFonts w:cstheme="majorHAnsi"/>
          <w:sz w:val="18"/>
          <w:szCs w:val="18"/>
        </w:rPr>
        <w:t xml:space="preserve"> </w:t>
      </w:r>
      <w:proofErr w:type="spellStart"/>
      <w:r w:rsidRPr="00D73BDF">
        <w:rPr>
          <w:rFonts w:ascii="Sylfaen" w:hAnsi="Sylfaen" w:cs="Sylfaen"/>
          <w:sz w:val="18"/>
          <w:szCs w:val="18"/>
        </w:rPr>
        <w:t>არის</w:t>
      </w:r>
      <w:proofErr w:type="spellEnd"/>
      <w:r w:rsidRPr="00D73BDF">
        <w:rPr>
          <w:rFonts w:cstheme="majorHAnsi"/>
          <w:sz w:val="18"/>
          <w:szCs w:val="18"/>
        </w:rPr>
        <w:t xml:space="preserve"> </w:t>
      </w:r>
      <w:proofErr w:type="spellStart"/>
      <w:r w:rsidRPr="00D73BDF">
        <w:rPr>
          <w:rFonts w:ascii="Sylfaen" w:hAnsi="Sylfaen" w:cs="Sylfaen"/>
          <w:sz w:val="18"/>
          <w:szCs w:val="18"/>
        </w:rPr>
        <w:t>კავშირში</w:t>
      </w:r>
      <w:proofErr w:type="spellEnd"/>
      <w:r w:rsidRPr="00D73BDF">
        <w:rPr>
          <w:rFonts w:cstheme="majorHAnsi"/>
          <w:sz w:val="18"/>
          <w:szCs w:val="18"/>
        </w:rPr>
        <w:t xml:space="preserve"> </w:t>
      </w:r>
      <w:proofErr w:type="spellStart"/>
      <w:r w:rsidRPr="00D73BDF">
        <w:rPr>
          <w:rFonts w:ascii="Sylfaen" w:hAnsi="Sylfaen" w:cs="Sylfaen"/>
          <w:sz w:val="18"/>
          <w:szCs w:val="18"/>
        </w:rPr>
        <w:t>მისი</w:t>
      </w:r>
      <w:proofErr w:type="spellEnd"/>
      <w:r w:rsidRPr="00D73BDF">
        <w:rPr>
          <w:rFonts w:cstheme="majorHAnsi"/>
          <w:sz w:val="18"/>
          <w:szCs w:val="18"/>
        </w:rPr>
        <w:t xml:space="preserve"> </w:t>
      </w:r>
      <w:proofErr w:type="spellStart"/>
      <w:r w:rsidRPr="00D73BDF">
        <w:rPr>
          <w:rFonts w:ascii="Sylfaen" w:hAnsi="Sylfaen" w:cs="Sylfaen"/>
          <w:sz w:val="18"/>
          <w:szCs w:val="18"/>
        </w:rPr>
        <w:t>სამუშაოს</w:t>
      </w:r>
      <w:proofErr w:type="spellEnd"/>
      <w:r w:rsidRPr="00D73BDF">
        <w:rPr>
          <w:rFonts w:cstheme="majorHAnsi"/>
          <w:sz w:val="18"/>
          <w:szCs w:val="18"/>
        </w:rPr>
        <w:t xml:space="preserve"> </w:t>
      </w:r>
      <w:proofErr w:type="spellStart"/>
      <w:r w:rsidRPr="00D73BDF">
        <w:rPr>
          <w:rFonts w:ascii="Sylfaen" w:hAnsi="Sylfaen" w:cs="Sylfaen"/>
          <w:sz w:val="18"/>
          <w:szCs w:val="18"/>
        </w:rPr>
        <w:t>აღწერილობასთან</w:t>
      </w:r>
      <w:proofErr w:type="spellEnd"/>
      <w:r w:rsidRPr="00D73BDF">
        <w:rPr>
          <w:rFonts w:cstheme="majorHAnsi"/>
          <w:sz w:val="18"/>
          <w:szCs w:val="18"/>
        </w:rPr>
        <w:t xml:space="preserve"> </w:t>
      </w:r>
      <w:proofErr w:type="spellStart"/>
      <w:r w:rsidRPr="00D73BDF">
        <w:rPr>
          <w:rFonts w:ascii="Sylfaen" w:hAnsi="Sylfaen" w:cs="Sylfaen"/>
          <w:sz w:val="18"/>
          <w:szCs w:val="18"/>
        </w:rPr>
        <w:t>ან</w:t>
      </w:r>
      <w:proofErr w:type="spellEnd"/>
      <w:r w:rsidRPr="00D73BDF">
        <w:rPr>
          <w:rFonts w:cstheme="majorHAnsi"/>
          <w:sz w:val="18"/>
          <w:szCs w:val="18"/>
        </w:rPr>
        <w:t>/</w:t>
      </w:r>
      <w:proofErr w:type="spellStart"/>
      <w:r w:rsidRPr="00D73BDF">
        <w:rPr>
          <w:rFonts w:ascii="Sylfaen" w:hAnsi="Sylfaen" w:cs="Sylfaen"/>
          <w:sz w:val="18"/>
          <w:szCs w:val="18"/>
        </w:rPr>
        <w:t>და</w:t>
      </w:r>
      <w:proofErr w:type="spellEnd"/>
      <w:r w:rsidRPr="00D73BDF">
        <w:rPr>
          <w:rFonts w:cstheme="majorHAnsi"/>
          <w:sz w:val="18"/>
          <w:szCs w:val="18"/>
        </w:rPr>
        <w:t xml:space="preserve"> </w:t>
      </w:r>
      <w:proofErr w:type="spellStart"/>
      <w:r w:rsidRPr="00D73BDF">
        <w:rPr>
          <w:rFonts w:ascii="Sylfaen" w:hAnsi="Sylfaen" w:cs="Sylfaen"/>
          <w:sz w:val="18"/>
          <w:szCs w:val="18"/>
        </w:rPr>
        <w:t>მენარდის</w:t>
      </w:r>
      <w:proofErr w:type="spellEnd"/>
      <w:r w:rsidRPr="00D73BDF">
        <w:rPr>
          <w:rFonts w:cstheme="majorHAnsi"/>
          <w:sz w:val="18"/>
          <w:szCs w:val="18"/>
        </w:rPr>
        <w:t xml:space="preserve"> </w:t>
      </w:r>
      <w:proofErr w:type="spellStart"/>
      <w:r w:rsidRPr="00D73BDF">
        <w:rPr>
          <w:rFonts w:ascii="Sylfaen" w:hAnsi="Sylfaen" w:cs="Sylfaen"/>
          <w:sz w:val="18"/>
          <w:szCs w:val="18"/>
        </w:rPr>
        <w:t>მიერ</w:t>
      </w:r>
      <w:proofErr w:type="spellEnd"/>
      <w:r w:rsidRPr="00D73BDF">
        <w:rPr>
          <w:rFonts w:cstheme="majorHAnsi"/>
          <w:sz w:val="18"/>
          <w:szCs w:val="18"/>
        </w:rPr>
        <w:t xml:space="preserve"> </w:t>
      </w:r>
      <w:proofErr w:type="spellStart"/>
      <w:r w:rsidRPr="00D73BDF">
        <w:rPr>
          <w:rFonts w:ascii="Sylfaen" w:hAnsi="Sylfaen" w:cs="Sylfaen"/>
          <w:sz w:val="18"/>
          <w:szCs w:val="18"/>
        </w:rPr>
        <w:t>შესასრულებელ</w:t>
      </w:r>
      <w:proofErr w:type="spellEnd"/>
      <w:r w:rsidRPr="00D73BDF">
        <w:rPr>
          <w:rFonts w:cstheme="majorHAnsi"/>
          <w:sz w:val="18"/>
          <w:szCs w:val="18"/>
        </w:rPr>
        <w:t xml:space="preserve"> </w:t>
      </w:r>
      <w:proofErr w:type="spellStart"/>
      <w:r w:rsidRPr="00D73BDF">
        <w:rPr>
          <w:rFonts w:ascii="Sylfaen" w:hAnsi="Sylfaen" w:cs="Sylfaen"/>
          <w:sz w:val="18"/>
          <w:szCs w:val="18"/>
        </w:rPr>
        <w:t>სამუშაოსთან</w:t>
      </w:r>
      <w:proofErr w:type="spellEnd"/>
      <w:r w:rsidRPr="00D73BDF">
        <w:rPr>
          <w:rFonts w:cstheme="majorHAnsi"/>
          <w:sz w:val="18"/>
          <w:szCs w:val="18"/>
        </w:rPr>
        <w:t xml:space="preserve">. </w:t>
      </w:r>
      <w:r w:rsidR="000A658A">
        <w:rPr>
          <w:rFonts w:ascii="Sylfaen" w:hAnsi="Sylfaen" w:cs="Sylfaen"/>
          <w:sz w:val="18"/>
          <w:szCs w:val="18"/>
          <w:lang w:val="ka-GE"/>
        </w:rPr>
        <w:t>მენარდეს</w:t>
      </w:r>
      <w:r w:rsidRPr="00D73BDF">
        <w:rPr>
          <w:rFonts w:cstheme="majorHAnsi"/>
          <w:sz w:val="18"/>
          <w:szCs w:val="18"/>
        </w:rPr>
        <w:t xml:space="preserve"> </w:t>
      </w:r>
      <w:proofErr w:type="spellStart"/>
      <w:r w:rsidRPr="00D73BDF">
        <w:rPr>
          <w:rFonts w:ascii="Sylfaen" w:hAnsi="Sylfaen" w:cs="Sylfaen"/>
          <w:sz w:val="18"/>
          <w:szCs w:val="18"/>
        </w:rPr>
        <w:t>ეკრძალება</w:t>
      </w:r>
      <w:proofErr w:type="spellEnd"/>
      <w:r w:rsidRPr="00D73BDF">
        <w:rPr>
          <w:rFonts w:cstheme="majorHAnsi"/>
          <w:sz w:val="18"/>
          <w:szCs w:val="18"/>
        </w:rPr>
        <w:t xml:space="preserve"> </w:t>
      </w:r>
      <w:proofErr w:type="spellStart"/>
      <w:r w:rsidRPr="00D73BDF">
        <w:rPr>
          <w:rFonts w:ascii="Sylfaen" w:hAnsi="Sylfaen" w:cs="Sylfaen"/>
          <w:sz w:val="18"/>
          <w:szCs w:val="18"/>
        </w:rPr>
        <w:t>დამკვეთის</w:t>
      </w:r>
      <w:proofErr w:type="spellEnd"/>
      <w:r w:rsidRPr="00D73BDF">
        <w:rPr>
          <w:rFonts w:cstheme="majorHAnsi"/>
          <w:sz w:val="18"/>
          <w:szCs w:val="18"/>
        </w:rPr>
        <w:t xml:space="preserve"> </w:t>
      </w:r>
      <w:proofErr w:type="spellStart"/>
      <w:r w:rsidRPr="00D73BDF">
        <w:rPr>
          <w:rFonts w:ascii="Sylfaen" w:hAnsi="Sylfaen" w:cs="Sylfaen"/>
          <w:sz w:val="18"/>
          <w:szCs w:val="18"/>
        </w:rPr>
        <w:t>თანამშრომლის</w:t>
      </w:r>
      <w:proofErr w:type="spellEnd"/>
      <w:r w:rsidRPr="00D73BDF">
        <w:rPr>
          <w:rFonts w:cstheme="majorHAnsi"/>
          <w:sz w:val="18"/>
          <w:szCs w:val="18"/>
        </w:rPr>
        <w:t>/</w:t>
      </w:r>
      <w:proofErr w:type="spellStart"/>
      <w:r w:rsidRPr="00D73BDF">
        <w:rPr>
          <w:rFonts w:ascii="Sylfaen" w:hAnsi="Sylfaen" w:cs="Sylfaen"/>
          <w:sz w:val="18"/>
          <w:szCs w:val="18"/>
        </w:rPr>
        <w:t>დამკვეთთან</w:t>
      </w:r>
      <w:proofErr w:type="spellEnd"/>
      <w:r w:rsidRPr="00D73BDF">
        <w:rPr>
          <w:rFonts w:cstheme="majorHAnsi"/>
          <w:sz w:val="18"/>
          <w:szCs w:val="18"/>
        </w:rPr>
        <w:t xml:space="preserve"> </w:t>
      </w:r>
      <w:proofErr w:type="spellStart"/>
      <w:r w:rsidRPr="00D73BDF">
        <w:rPr>
          <w:rFonts w:ascii="Sylfaen" w:hAnsi="Sylfaen" w:cs="Sylfaen"/>
          <w:sz w:val="18"/>
          <w:szCs w:val="18"/>
        </w:rPr>
        <w:t>დაკავშირებული</w:t>
      </w:r>
      <w:proofErr w:type="spellEnd"/>
      <w:r w:rsidRPr="00D73BDF">
        <w:rPr>
          <w:rFonts w:cstheme="majorHAnsi"/>
          <w:sz w:val="18"/>
          <w:szCs w:val="18"/>
        </w:rPr>
        <w:t>/</w:t>
      </w:r>
      <w:proofErr w:type="spellStart"/>
      <w:r w:rsidRPr="00D73BDF">
        <w:rPr>
          <w:rFonts w:ascii="Sylfaen" w:hAnsi="Sylfaen" w:cs="Sylfaen"/>
          <w:sz w:val="18"/>
          <w:szCs w:val="18"/>
        </w:rPr>
        <w:t>აფილირებული</w:t>
      </w:r>
      <w:proofErr w:type="spellEnd"/>
      <w:r w:rsidRPr="00D73BDF">
        <w:rPr>
          <w:rFonts w:cstheme="majorHAnsi"/>
          <w:sz w:val="18"/>
          <w:szCs w:val="18"/>
        </w:rPr>
        <w:t xml:space="preserve"> </w:t>
      </w:r>
      <w:proofErr w:type="spellStart"/>
      <w:r w:rsidRPr="00D73BDF">
        <w:rPr>
          <w:rFonts w:ascii="Sylfaen" w:hAnsi="Sylfaen" w:cs="Sylfaen"/>
          <w:sz w:val="18"/>
          <w:szCs w:val="18"/>
        </w:rPr>
        <w:t>ნებისმიერი</w:t>
      </w:r>
      <w:proofErr w:type="spellEnd"/>
      <w:r w:rsidRPr="00D73BDF">
        <w:rPr>
          <w:rFonts w:cstheme="majorHAnsi"/>
          <w:sz w:val="18"/>
          <w:szCs w:val="18"/>
        </w:rPr>
        <w:t xml:space="preserve"> </w:t>
      </w:r>
      <w:proofErr w:type="spellStart"/>
      <w:r w:rsidRPr="00D73BDF">
        <w:rPr>
          <w:rFonts w:ascii="Sylfaen" w:hAnsi="Sylfaen" w:cs="Sylfaen"/>
          <w:sz w:val="18"/>
          <w:szCs w:val="18"/>
        </w:rPr>
        <w:t>პირის</w:t>
      </w:r>
      <w:proofErr w:type="spellEnd"/>
      <w:r w:rsidRPr="00D73BDF">
        <w:rPr>
          <w:rFonts w:cstheme="majorHAnsi"/>
          <w:sz w:val="18"/>
          <w:szCs w:val="18"/>
        </w:rPr>
        <w:t xml:space="preserve"> </w:t>
      </w:r>
      <w:proofErr w:type="spellStart"/>
      <w:r w:rsidRPr="00D73BDF">
        <w:rPr>
          <w:rFonts w:ascii="Sylfaen" w:hAnsi="Sylfaen" w:cs="Sylfaen"/>
          <w:sz w:val="18"/>
          <w:szCs w:val="18"/>
        </w:rPr>
        <w:t>ან</w:t>
      </w:r>
      <w:proofErr w:type="spellEnd"/>
      <w:r w:rsidRPr="00D73BDF">
        <w:rPr>
          <w:rFonts w:cstheme="majorHAnsi"/>
          <w:sz w:val="18"/>
          <w:szCs w:val="18"/>
        </w:rPr>
        <w:t>/</w:t>
      </w:r>
      <w:proofErr w:type="spellStart"/>
      <w:r w:rsidRPr="00D73BDF">
        <w:rPr>
          <w:rFonts w:ascii="Sylfaen" w:hAnsi="Sylfaen" w:cs="Sylfaen"/>
          <w:sz w:val="18"/>
          <w:szCs w:val="18"/>
        </w:rPr>
        <w:t>და</w:t>
      </w:r>
      <w:proofErr w:type="spellEnd"/>
      <w:r w:rsidRPr="00D73BDF">
        <w:rPr>
          <w:rFonts w:cstheme="majorHAnsi"/>
          <w:sz w:val="18"/>
          <w:szCs w:val="18"/>
        </w:rPr>
        <w:t xml:space="preserve"> </w:t>
      </w:r>
      <w:proofErr w:type="spellStart"/>
      <w:r w:rsidRPr="00D73BDF">
        <w:rPr>
          <w:rFonts w:ascii="Sylfaen" w:hAnsi="Sylfaen" w:cs="Sylfaen"/>
          <w:sz w:val="18"/>
          <w:szCs w:val="18"/>
        </w:rPr>
        <w:t>დამკვეთის</w:t>
      </w:r>
      <w:proofErr w:type="spellEnd"/>
      <w:r w:rsidRPr="00D73BDF">
        <w:rPr>
          <w:rFonts w:cstheme="majorHAnsi"/>
          <w:sz w:val="18"/>
          <w:szCs w:val="18"/>
        </w:rPr>
        <w:t xml:space="preserve"> </w:t>
      </w:r>
      <w:proofErr w:type="spellStart"/>
      <w:r w:rsidRPr="00D73BDF">
        <w:rPr>
          <w:rFonts w:ascii="Sylfaen" w:hAnsi="Sylfaen" w:cs="Sylfaen"/>
          <w:sz w:val="18"/>
          <w:szCs w:val="18"/>
        </w:rPr>
        <w:t>ნებისმიერი</w:t>
      </w:r>
      <w:proofErr w:type="spellEnd"/>
      <w:r w:rsidRPr="00D73BDF">
        <w:rPr>
          <w:rFonts w:cstheme="majorHAnsi"/>
          <w:sz w:val="18"/>
          <w:szCs w:val="18"/>
        </w:rPr>
        <w:t xml:space="preserve"> </w:t>
      </w:r>
      <w:proofErr w:type="spellStart"/>
      <w:r w:rsidRPr="00D73BDF">
        <w:rPr>
          <w:rFonts w:ascii="Sylfaen" w:hAnsi="Sylfaen" w:cs="Sylfaen"/>
          <w:sz w:val="18"/>
          <w:szCs w:val="18"/>
        </w:rPr>
        <w:t>წარმომადგენლის</w:t>
      </w:r>
      <w:proofErr w:type="spellEnd"/>
      <w:r w:rsidRPr="00D73BDF">
        <w:rPr>
          <w:rFonts w:cstheme="majorHAnsi"/>
          <w:sz w:val="18"/>
          <w:szCs w:val="18"/>
        </w:rPr>
        <w:t xml:space="preserve"> </w:t>
      </w:r>
      <w:proofErr w:type="spellStart"/>
      <w:r w:rsidRPr="00D73BDF">
        <w:rPr>
          <w:rFonts w:ascii="Sylfaen" w:hAnsi="Sylfaen" w:cs="Sylfaen"/>
          <w:sz w:val="18"/>
          <w:szCs w:val="18"/>
        </w:rPr>
        <w:t>წახალისება</w:t>
      </w:r>
      <w:proofErr w:type="spellEnd"/>
      <w:r w:rsidRPr="00D73BDF">
        <w:rPr>
          <w:rFonts w:cstheme="majorHAnsi"/>
          <w:sz w:val="18"/>
          <w:szCs w:val="18"/>
        </w:rPr>
        <w:t>/</w:t>
      </w:r>
      <w:proofErr w:type="spellStart"/>
      <w:r w:rsidRPr="00D73BDF">
        <w:rPr>
          <w:rFonts w:ascii="Sylfaen" w:hAnsi="Sylfaen" w:cs="Sylfaen"/>
          <w:sz w:val="18"/>
          <w:szCs w:val="18"/>
        </w:rPr>
        <w:t>მოტივირება</w:t>
      </w:r>
      <w:proofErr w:type="spellEnd"/>
      <w:r w:rsidRPr="00D73BDF">
        <w:rPr>
          <w:rFonts w:cstheme="majorHAnsi"/>
          <w:sz w:val="18"/>
          <w:szCs w:val="18"/>
        </w:rPr>
        <w:t xml:space="preserve">, </w:t>
      </w:r>
      <w:proofErr w:type="spellStart"/>
      <w:r w:rsidRPr="00D73BDF">
        <w:rPr>
          <w:rFonts w:ascii="Sylfaen" w:hAnsi="Sylfaen" w:cs="Sylfaen"/>
          <w:sz w:val="18"/>
          <w:szCs w:val="18"/>
        </w:rPr>
        <w:t>რაც</w:t>
      </w:r>
      <w:proofErr w:type="spellEnd"/>
      <w:r w:rsidRPr="00D73BDF">
        <w:rPr>
          <w:rFonts w:cstheme="majorHAnsi"/>
          <w:sz w:val="18"/>
          <w:szCs w:val="18"/>
        </w:rPr>
        <w:t xml:space="preserve"> </w:t>
      </w:r>
      <w:proofErr w:type="spellStart"/>
      <w:r w:rsidRPr="00D73BDF">
        <w:rPr>
          <w:rFonts w:ascii="Sylfaen" w:hAnsi="Sylfaen" w:cs="Sylfaen"/>
          <w:sz w:val="18"/>
          <w:szCs w:val="18"/>
        </w:rPr>
        <w:t>შეიძლება</w:t>
      </w:r>
      <w:proofErr w:type="spellEnd"/>
      <w:r w:rsidRPr="00D73BDF">
        <w:rPr>
          <w:rFonts w:cstheme="majorHAnsi"/>
          <w:sz w:val="18"/>
          <w:szCs w:val="18"/>
        </w:rPr>
        <w:t xml:space="preserve"> </w:t>
      </w:r>
      <w:proofErr w:type="spellStart"/>
      <w:r w:rsidRPr="00D73BDF">
        <w:rPr>
          <w:rFonts w:ascii="Sylfaen" w:hAnsi="Sylfaen" w:cs="Sylfaen"/>
          <w:sz w:val="18"/>
          <w:szCs w:val="18"/>
        </w:rPr>
        <w:t>გამოიხატებოდეს</w:t>
      </w:r>
      <w:proofErr w:type="spellEnd"/>
      <w:r w:rsidRPr="00D73BDF">
        <w:rPr>
          <w:rFonts w:cstheme="majorHAnsi"/>
          <w:sz w:val="18"/>
          <w:szCs w:val="18"/>
        </w:rPr>
        <w:t xml:space="preserve">, </w:t>
      </w:r>
      <w:proofErr w:type="spellStart"/>
      <w:r w:rsidRPr="00D73BDF">
        <w:rPr>
          <w:rFonts w:ascii="Sylfaen" w:hAnsi="Sylfaen" w:cs="Sylfaen"/>
          <w:sz w:val="18"/>
          <w:szCs w:val="18"/>
        </w:rPr>
        <w:t>როგორც</w:t>
      </w:r>
      <w:proofErr w:type="spellEnd"/>
      <w:r w:rsidRPr="00D73BDF">
        <w:rPr>
          <w:rFonts w:cstheme="majorHAnsi"/>
          <w:sz w:val="18"/>
          <w:szCs w:val="18"/>
        </w:rPr>
        <w:t xml:space="preserve"> </w:t>
      </w:r>
      <w:proofErr w:type="spellStart"/>
      <w:r w:rsidRPr="00D73BDF">
        <w:rPr>
          <w:rFonts w:ascii="Sylfaen" w:hAnsi="Sylfaen" w:cs="Sylfaen"/>
          <w:sz w:val="18"/>
          <w:szCs w:val="18"/>
        </w:rPr>
        <w:t>ფულადი</w:t>
      </w:r>
      <w:proofErr w:type="spellEnd"/>
      <w:r w:rsidRPr="00D73BDF">
        <w:rPr>
          <w:rFonts w:cstheme="majorHAnsi"/>
          <w:sz w:val="18"/>
          <w:szCs w:val="18"/>
        </w:rPr>
        <w:t xml:space="preserve">, </w:t>
      </w:r>
      <w:proofErr w:type="spellStart"/>
      <w:r w:rsidRPr="00D73BDF">
        <w:rPr>
          <w:rFonts w:ascii="Sylfaen" w:hAnsi="Sylfaen" w:cs="Sylfaen"/>
          <w:sz w:val="18"/>
          <w:szCs w:val="18"/>
        </w:rPr>
        <w:t>ასევე</w:t>
      </w:r>
      <w:proofErr w:type="spellEnd"/>
      <w:r w:rsidRPr="00D73BDF">
        <w:rPr>
          <w:rFonts w:cstheme="majorHAnsi"/>
          <w:sz w:val="18"/>
          <w:szCs w:val="18"/>
        </w:rPr>
        <w:t xml:space="preserve"> - </w:t>
      </w:r>
      <w:proofErr w:type="spellStart"/>
      <w:r w:rsidRPr="00D73BDF">
        <w:rPr>
          <w:rFonts w:ascii="Sylfaen" w:hAnsi="Sylfaen" w:cs="Sylfaen"/>
          <w:sz w:val="18"/>
          <w:szCs w:val="18"/>
        </w:rPr>
        <w:t>არაფულადი</w:t>
      </w:r>
      <w:proofErr w:type="spellEnd"/>
      <w:r w:rsidRPr="00D73BDF">
        <w:rPr>
          <w:rFonts w:cstheme="majorHAnsi"/>
          <w:sz w:val="18"/>
          <w:szCs w:val="18"/>
        </w:rPr>
        <w:t xml:space="preserve"> </w:t>
      </w:r>
      <w:proofErr w:type="spellStart"/>
      <w:r w:rsidRPr="00D73BDF">
        <w:rPr>
          <w:rFonts w:ascii="Sylfaen" w:hAnsi="Sylfaen" w:cs="Sylfaen"/>
          <w:sz w:val="18"/>
          <w:szCs w:val="18"/>
        </w:rPr>
        <w:t>სახით</w:t>
      </w:r>
      <w:proofErr w:type="spellEnd"/>
      <w:r w:rsidRPr="00D73BDF">
        <w:rPr>
          <w:rFonts w:cstheme="majorHAnsi"/>
          <w:sz w:val="18"/>
          <w:szCs w:val="18"/>
        </w:rPr>
        <w:t xml:space="preserve">, </w:t>
      </w:r>
      <w:proofErr w:type="spellStart"/>
      <w:r w:rsidRPr="00D73BDF">
        <w:rPr>
          <w:rFonts w:ascii="Sylfaen" w:hAnsi="Sylfaen" w:cs="Sylfaen"/>
          <w:sz w:val="18"/>
          <w:szCs w:val="18"/>
        </w:rPr>
        <w:t>მისთვის</w:t>
      </w:r>
      <w:proofErr w:type="spellEnd"/>
      <w:r w:rsidRPr="00D73BDF">
        <w:rPr>
          <w:rFonts w:cstheme="majorHAnsi"/>
          <w:sz w:val="18"/>
          <w:szCs w:val="18"/>
        </w:rPr>
        <w:t xml:space="preserve"> </w:t>
      </w:r>
      <w:proofErr w:type="spellStart"/>
      <w:r w:rsidRPr="00D73BDF">
        <w:rPr>
          <w:rFonts w:ascii="Sylfaen" w:hAnsi="Sylfaen" w:cs="Sylfaen"/>
          <w:sz w:val="18"/>
          <w:szCs w:val="18"/>
        </w:rPr>
        <w:t>ნებისმიერი</w:t>
      </w:r>
      <w:proofErr w:type="spellEnd"/>
      <w:r w:rsidRPr="00D73BDF">
        <w:rPr>
          <w:rFonts w:cstheme="majorHAnsi"/>
          <w:sz w:val="18"/>
          <w:szCs w:val="18"/>
        </w:rPr>
        <w:t xml:space="preserve"> </w:t>
      </w:r>
      <w:proofErr w:type="spellStart"/>
      <w:r w:rsidRPr="00D73BDF">
        <w:rPr>
          <w:rFonts w:ascii="Sylfaen" w:hAnsi="Sylfaen" w:cs="Sylfaen"/>
          <w:sz w:val="18"/>
          <w:szCs w:val="18"/>
        </w:rPr>
        <w:t>სახის</w:t>
      </w:r>
      <w:proofErr w:type="spellEnd"/>
      <w:r w:rsidRPr="00D73BDF">
        <w:rPr>
          <w:rFonts w:cstheme="majorHAnsi"/>
          <w:sz w:val="18"/>
          <w:szCs w:val="18"/>
        </w:rPr>
        <w:t xml:space="preserve"> </w:t>
      </w:r>
      <w:proofErr w:type="spellStart"/>
      <w:r w:rsidRPr="00D73BDF">
        <w:rPr>
          <w:rFonts w:ascii="Sylfaen" w:hAnsi="Sylfaen" w:cs="Sylfaen"/>
          <w:sz w:val="18"/>
          <w:szCs w:val="18"/>
        </w:rPr>
        <w:t>შეღავათის</w:t>
      </w:r>
      <w:proofErr w:type="spellEnd"/>
      <w:r w:rsidRPr="00D73BDF">
        <w:rPr>
          <w:rFonts w:cstheme="majorHAnsi"/>
          <w:sz w:val="18"/>
          <w:szCs w:val="18"/>
        </w:rPr>
        <w:t xml:space="preserve"> </w:t>
      </w:r>
      <w:proofErr w:type="spellStart"/>
      <w:r w:rsidRPr="00D73BDF">
        <w:rPr>
          <w:rFonts w:ascii="Sylfaen" w:hAnsi="Sylfaen" w:cs="Sylfaen"/>
          <w:sz w:val="18"/>
          <w:szCs w:val="18"/>
        </w:rPr>
        <w:t>გაწევაში</w:t>
      </w:r>
      <w:proofErr w:type="spellEnd"/>
      <w:r w:rsidRPr="00D73BDF">
        <w:rPr>
          <w:rFonts w:cstheme="majorHAnsi"/>
          <w:sz w:val="18"/>
          <w:szCs w:val="18"/>
        </w:rPr>
        <w:t xml:space="preserve">, </w:t>
      </w:r>
      <w:proofErr w:type="spellStart"/>
      <w:r w:rsidRPr="00D73BDF">
        <w:rPr>
          <w:rFonts w:ascii="Sylfaen" w:hAnsi="Sylfaen" w:cs="Sylfaen"/>
          <w:sz w:val="18"/>
          <w:szCs w:val="18"/>
        </w:rPr>
        <w:t>მენარდის</w:t>
      </w:r>
      <w:proofErr w:type="spellEnd"/>
      <w:r w:rsidRPr="00D73BDF">
        <w:rPr>
          <w:rFonts w:cstheme="majorHAnsi"/>
          <w:sz w:val="18"/>
          <w:szCs w:val="18"/>
        </w:rPr>
        <w:t xml:space="preserve"> </w:t>
      </w:r>
      <w:proofErr w:type="spellStart"/>
      <w:r w:rsidRPr="00D73BDF">
        <w:rPr>
          <w:rFonts w:ascii="Sylfaen" w:hAnsi="Sylfaen" w:cs="Sylfaen"/>
          <w:sz w:val="18"/>
          <w:szCs w:val="18"/>
        </w:rPr>
        <w:t>მიერ</w:t>
      </w:r>
      <w:proofErr w:type="spellEnd"/>
      <w:r w:rsidRPr="00D73BDF">
        <w:rPr>
          <w:rFonts w:cstheme="majorHAnsi"/>
          <w:sz w:val="18"/>
          <w:szCs w:val="18"/>
        </w:rPr>
        <w:t xml:space="preserve"> </w:t>
      </w:r>
      <w:proofErr w:type="spellStart"/>
      <w:r w:rsidRPr="00D73BDF">
        <w:rPr>
          <w:rFonts w:ascii="Sylfaen" w:hAnsi="Sylfaen" w:cs="Sylfaen"/>
          <w:sz w:val="18"/>
          <w:szCs w:val="18"/>
        </w:rPr>
        <w:t>არასათანადოდ</w:t>
      </w:r>
      <w:proofErr w:type="spellEnd"/>
      <w:r w:rsidRPr="00D73BDF">
        <w:rPr>
          <w:rFonts w:cstheme="majorHAnsi"/>
          <w:sz w:val="18"/>
          <w:szCs w:val="18"/>
        </w:rPr>
        <w:t xml:space="preserve"> </w:t>
      </w:r>
      <w:proofErr w:type="spellStart"/>
      <w:r w:rsidRPr="00D73BDF">
        <w:rPr>
          <w:rFonts w:ascii="Sylfaen" w:hAnsi="Sylfaen" w:cs="Sylfaen"/>
          <w:sz w:val="18"/>
          <w:szCs w:val="18"/>
        </w:rPr>
        <w:t>შესრულებული</w:t>
      </w:r>
      <w:proofErr w:type="spellEnd"/>
      <w:r w:rsidRPr="00D73BDF">
        <w:rPr>
          <w:rFonts w:cstheme="majorHAnsi"/>
          <w:sz w:val="18"/>
          <w:szCs w:val="18"/>
        </w:rPr>
        <w:t xml:space="preserve"> </w:t>
      </w:r>
      <w:proofErr w:type="spellStart"/>
      <w:r w:rsidRPr="00D73BDF">
        <w:rPr>
          <w:rFonts w:ascii="Sylfaen" w:hAnsi="Sylfaen" w:cs="Sylfaen"/>
          <w:sz w:val="18"/>
          <w:szCs w:val="18"/>
        </w:rPr>
        <w:t>ვალდებულებ</w:t>
      </w:r>
      <w:proofErr w:type="spellEnd"/>
      <w:r w:rsidR="000A658A">
        <w:rPr>
          <w:rFonts w:ascii="Sylfaen" w:hAnsi="Sylfaen" w:cstheme="majorHAnsi"/>
          <w:sz w:val="18"/>
          <w:szCs w:val="18"/>
          <w:lang w:val="ka-GE"/>
        </w:rPr>
        <w:t>(</w:t>
      </w:r>
      <w:proofErr w:type="spellStart"/>
      <w:r w:rsidRPr="00D73BDF">
        <w:rPr>
          <w:rFonts w:ascii="Sylfaen" w:hAnsi="Sylfaen" w:cs="Sylfaen"/>
          <w:sz w:val="18"/>
          <w:szCs w:val="18"/>
        </w:rPr>
        <w:t>ებ</w:t>
      </w:r>
      <w:proofErr w:type="spellEnd"/>
      <w:r w:rsidR="000A658A">
        <w:rPr>
          <w:rFonts w:ascii="Sylfaen" w:hAnsi="Sylfaen" w:cstheme="majorHAnsi"/>
          <w:sz w:val="18"/>
          <w:szCs w:val="18"/>
          <w:lang w:val="ka-GE"/>
        </w:rPr>
        <w:t>)</w:t>
      </w:r>
      <w:proofErr w:type="spellStart"/>
      <w:r w:rsidRPr="00D73BDF">
        <w:rPr>
          <w:rFonts w:ascii="Sylfaen" w:hAnsi="Sylfaen" w:cs="Sylfaen"/>
          <w:sz w:val="18"/>
          <w:szCs w:val="18"/>
        </w:rPr>
        <w:t>ის</w:t>
      </w:r>
      <w:proofErr w:type="spellEnd"/>
      <w:r w:rsidRPr="00D73BDF">
        <w:rPr>
          <w:rFonts w:cstheme="majorHAnsi"/>
          <w:sz w:val="18"/>
          <w:szCs w:val="18"/>
        </w:rPr>
        <w:t xml:space="preserve"> </w:t>
      </w:r>
      <w:proofErr w:type="spellStart"/>
      <w:r w:rsidRPr="00D73BDF">
        <w:rPr>
          <w:rFonts w:ascii="Sylfaen" w:hAnsi="Sylfaen" w:cs="Sylfaen"/>
          <w:sz w:val="18"/>
          <w:szCs w:val="18"/>
        </w:rPr>
        <w:t>შესახებ</w:t>
      </w:r>
      <w:proofErr w:type="spellEnd"/>
      <w:r w:rsidRPr="00D73BDF">
        <w:rPr>
          <w:rFonts w:cstheme="majorHAnsi"/>
          <w:sz w:val="18"/>
          <w:szCs w:val="18"/>
        </w:rPr>
        <w:t xml:space="preserve"> </w:t>
      </w:r>
      <w:proofErr w:type="spellStart"/>
      <w:r w:rsidRPr="00D73BDF">
        <w:rPr>
          <w:rFonts w:ascii="Sylfaen" w:hAnsi="Sylfaen" w:cs="Sylfaen"/>
          <w:sz w:val="18"/>
          <w:szCs w:val="18"/>
        </w:rPr>
        <w:t>ინფორმაციის</w:t>
      </w:r>
      <w:proofErr w:type="spellEnd"/>
      <w:r w:rsidRPr="00D73BDF">
        <w:rPr>
          <w:rFonts w:cstheme="majorHAnsi"/>
          <w:sz w:val="18"/>
          <w:szCs w:val="18"/>
        </w:rPr>
        <w:t xml:space="preserve"> </w:t>
      </w:r>
      <w:proofErr w:type="spellStart"/>
      <w:r w:rsidRPr="00D73BDF">
        <w:rPr>
          <w:rFonts w:ascii="Sylfaen" w:hAnsi="Sylfaen" w:cs="Sylfaen"/>
          <w:sz w:val="18"/>
          <w:szCs w:val="18"/>
        </w:rPr>
        <w:t>დამკვეთის</w:t>
      </w:r>
      <w:proofErr w:type="spellEnd"/>
      <w:r w:rsidRPr="00D73BDF">
        <w:rPr>
          <w:rFonts w:cstheme="majorHAnsi"/>
          <w:sz w:val="18"/>
          <w:szCs w:val="18"/>
        </w:rPr>
        <w:t xml:space="preserve"> </w:t>
      </w:r>
      <w:proofErr w:type="spellStart"/>
      <w:r w:rsidRPr="00D73BDF">
        <w:rPr>
          <w:rFonts w:ascii="Sylfaen" w:hAnsi="Sylfaen" w:cs="Sylfaen"/>
          <w:sz w:val="18"/>
          <w:szCs w:val="18"/>
        </w:rPr>
        <w:t>თანამშრომლის</w:t>
      </w:r>
      <w:proofErr w:type="spellEnd"/>
      <w:r w:rsidRPr="00D73BDF">
        <w:rPr>
          <w:rFonts w:cstheme="majorHAnsi"/>
          <w:sz w:val="18"/>
          <w:szCs w:val="18"/>
        </w:rPr>
        <w:t xml:space="preserve"> </w:t>
      </w:r>
      <w:r w:rsidR="000A658A">
        <w:rPr>
          <w:rFonts w:ascii="Sylfaen" w:hAnsi="Sylfaen" w:cstheme="majorHAnsi"/>
          <w:sz w:val="18"/>
          <w:szCs w:val="18"/>
          <w:lang w:val="ka-GE"/>
        </w:rPr>
        <w:t>(</w:t>
      </w:r>
      <w:proofErr w:type="spellStart"/>
      <w:r w:rsidRPr="00D73BDF">
        <w:rPr>
          <w:rFonts w:ascii="Sylfaen" w:hAnsi="Sylfaen" w:cs="Sylfaen"/>
          <w:sz w:val="18"/>
          <w:szCs w:val="18"/>
        </w:rPr>
        <w:t>მათ</w:t>
      </w:r>
      <w:proofErr w:type="spellEnd"/>
      <w:r w:rsidRPr="00D73BDF">
        <w:rPr>
          <w:rFonts w:cstheme="majorHAnsi"/>
          <w:sz w:val="18"/>
          <w:szCs w:val="18"/>
        </w:rPr>
        <w:t xml:space="preserve"> </w:t>
      </w:r>
      <w:proofErr w:type="spellStart"/>
      <w:r w:rsidRPr="00D73BDF">
        <w:rPr>
          <w:rFonts w:ascii="Sylfaen" w:hAnsi="Sylfaen" w:cs="Sylfaen"/>
          <w:sz w:val="18"/>
          <w:szCs w:val="18"/>
        </w:rPr>
        <w:t>შორის</w:t>
      </w:r>
      <w:proofErr w:type="spellEnd"/>
      <w:r w:rsidRPr="00D73BDF">
        <w:rPr>
          <w:rFonts w:cstheme="majorHAnsi"/>
          <w:sz w:val="18"/>
          <w:szCs w:val="18"/>
        </w:rPr>
        <w:t xml:space="preserve"> </w:t>
      </w:r>
      <w:proofErr w:type="spellStart"/>
      <w:r w:rsidRPr="00D73BDF">
        <w:rPr>
          <w:rFonts w:ascii="Sylfaen" w:hAnsi="Sylfaen" w:cs="Sylfaen"/>
          <w:sz w:val="18"/>
          <w:szCs w:val="18"/>
        </w:rPr>
        <w:t>დამკვეთთან</w:t>
      </w:r>
      <w:proofErr w:type="spellEnd"/>
      <w:r w:rsidRPr="00D73BDF">
        <w:rPr>
          <w:rFonts w:cstheme="majorHAnsi"/>
          <w:sz w:val="18"/>
          <w:szCs w:val="18"/>
        </w:rPr>
        <w:t xml:space="preserve"> </w:t>
      </w:r>
      <w:proofErr w:type="spellStart"/>
      <w:r w:rsidRPr="00D73BDF">
        <w:rPr>
          <w:rFonts w:ascii="Sylfaen" w:hAnsi="Sylfaen" w:cs="Sylfaen"/>
          <w:sz w:val="18"/>
          <w:szCs w:val="18"/>
        </w:rPr>
        <w:t>დაკავშირებული</w:t>
      </w:r>
      <w:proofErr w:type="spellEnd"/>
      <w:r w:rsidRPr="00D73BDF">
        <w:rPr>
          <w:rFonts w:cstheme="majorHAnsi"/>
          <w:sz w:val="18"/>
          <w:szCs w:val="18"/>
        </w:rPr>
        <w:t>/</w:t>
      </w:r>
      <w:proofErr w:type="spellStart"/>
      <w:r w:rsidRPr="00D73BDF">
        <w:rPr>
          <w:rFonts w:ascii="Sylfaen" w:hAnsi="Sylfaen" w:cs="Sylfaen"/>
          <w:sz w:val="18"/>
          <w:szCs w:val="18"/>
        </w:rPr>
        <w:t>აფილირებულ</w:t>
      </w:r>
      <w:proofErr w:type="spellEnd"/>
      <w:r w:rsidRPr="00D73BDF">
        <w:rPr>
          <w:rFonts w:cstheme="majorHAnsi"/>
          <w:sz w:val="18"/>
          <w:szCs w:val="18"/>
        </w:rPr>
        <w:t xml:space="preserve"> </w:t>
      </w:r>
      <w:proofErr w:type="spellStart"/>
      <w:r w:rsidRPr="00D73BDF">
        <w:rPr>
          <w:rFonts w:ascii="Sylfaen" w:hAnsi="Sylfaen" w:cs="Sylfaen"/>
          <w:sz w:val="18"/>
          <w:szCs w:val="18"/>
        </w:rPr>
        <w:t>ნებისმიერი</w:t>
      </w:r>
      <w:proofErr w:type="spellEnd"/>
      <w:r w:rsidRPr="00D73BDF">
        <w:rPr>
          <w:rFonts w:cstheme="majorHAnsi"/>
          <w:sz w:val="18"/>
          <w:szCs w:val="18"/>
        </w:rPr>
        <w:t xml:space="preserve"> </w:t>
      </w:r>
      <w:proofErr w:type="spellStart"/>
      <w:r w:rsidRPr="00D73BDF">
        <w:rPr>
          <w:rFonts w:ascii="Sylfaen" w:hAnsi="Sylfaen" w:cs="Sylfaen"/>
          <w:sz w:val="18"/>
          <w:szCs w:val="18"/>
        </w:rPr>
        <w:t>პირის</w:t>
      </w:r>
      <w:proofErr w:type="spellEnd"/>
      <w:r w:rsidR="000A658A">
        <w:rPr>
          <w:rFonts w:ascii="Sylfaen" w:hAnsi="Sylfaen" w:cs="Sylfaen"/>
          <w:sz w:val="18"/>
          <w:szCs w:val="18"/>
          <w:lang w:val="ka-GE"/>
        </w:rPr>
        <w:t>)</w:t>
      </w:r>
      <w:r w:rsidRPr="00D73BDF">
        <w:rPr>
          <w:rFonts w:cstheme="majorHAnsi"/>
          <w:sz w:val="18"/>
          <w:szCs w:val="18"/>
        </w:rPr>
        <w:t xml:space="preserve">  </w:t>
      </w:r>
      <w:proofErr w:type="spellStart"/>
      <w:r w:rsidRPr="00D73BDF">
        <w:rPr>
          <w:rFonts w:ascii="Sylfaen" w:hAnsi="Sylfaen" w:cs="Sylfaen"/>
          <w:sz w:val="18"/>
          <w:szCs w:val="18"/>
        </w:rPr>
        <w:t>მიერ</w:t>
      </w:r>
      <w:proofErr w:type="spellEnd"/>
      <w:r w:rsidRPr="00D73BDF">
        <w:rPr>
          <w:rFonts w:cstheme="majorHAnsi"/>
          <w:sz w:val="18"/>
          <w:szCs w:val="18"/>
        </w:rPr>
        <w:t xml:space="preserve"> </w:t>
      </w:r>
      <w:proofErr w:type="spellStart"/>
      <w:r w:rsidRPr="00D73BDF">
        <w:rPr>
          <w:rFonts w:ascii="Sylfaen" w:hAnsi="Sylfaen" w:cs="Sylfaen"/>
          <w:sz w:val="18"/>
          <w:szCs w:val="18"/>
        </w:rPr>
        <w:t>დამკვეთისთვის</w:t>
      </w:r>
      <w:proofErr w:type="spellEnd"/>
      <w:r w:rsidRPr="00D73BDF">
        <w:rPr>
          <w:rFonts w:cstheme="majorHAnsi"/>
          <w:sz w:val="18"/>
          <w:szCs w:val="18"/>
        </w:rPr>
        <w:t xml:space="preserve"> </w:t>
      </w:r>
      <w:proofErr w:type="spellStart"/>
      <w:r w:rsidRPr="00D73BDF">
        <w:rPr>
          <w:rFonts w:ascii="Sylfaen" w:hAnsi="Sylfaen" w:cs="Sylfaen"/>
          <w:sz w:val="18"/>
          <w:szCs w:val="18"/>
        </w:rPr>
        <w:t>გაუზიარებლობაში</w:t>
      </w:r>
      <w:proofErr w:type="spellEnd"/>
      <w:r w:rsidRPr="00D73BDF">
        <w:rPr>
          <w:rFonts w:cstheme="majorHAnsi"/>
          <w:sz w:val="18"/>
          <w:szCs w:val="18"/>
        </w:rPr>
        <w:t xml:space="preserve">; </w:t>
      </w:r>
      <w:proofErr w:type="spellStart"/>
      <w:r w:rsidRPr="00D73BDF">
        <w:rPr>
          <w:rFonts w:ascii="Sylfaen" w:hAnsi="Sylfaen" w:cs="Sylfaen"/>
          <w:sz w:val="18"/>
          <w:szCs w:val="18"/>
        </w:rPr>
        <w:t>მენარდის</w:t>
      </w:r>
      <w:proofErr w:type="spellEnd"/>
      <w:r w:rsidRPr="00D73BDF">
        <w:rPr>
          <w:rFonts w:cstheme="majorHAnsi"/>
          <w:sz w:val="18"/>
          <w:szCs w:val="18"/>
        </w:rPr>
        <w:t xml:space="preserve"> </w:t>
      </w:r>
      <w:proofErr w:type="spellStart"/>
      <w:r w:rsidRPr="00D73BDF">
        <w:rPr>
          <w:rFonts w:ascii="Sylfaen" w:hAnsi="Sylfaen" w:cs="Sylfaen"/>
          <w:sz w:val="18"/>
          <w:szCs w:val="18"/>
        </w:rPr>
        <w:t>მიერ</w:t>
      </w:r>
      <w:proofErr w:type="spellEnd"/>
      <w:r w:rsidRPr="00D73BDF">
        <w:rPr>
          <w:rFonts w:cstheme="majorHAnsi"/>
          <w:sz w:val="18"/>
          <w:szCs w:val="18"/>
        </w:rPr>
        <w:t xml:space="preserve"> </w:t>
      </w:r>
      <w:proofErr w:type="spellStart"/>
      <w:r w:rsidRPr="00D73BDF">
        <w:rPr>
          <w:rFonts w:ascii="Sylfaen" w:hAnsi="Sylfaen" w:cs="Sylfaen"/>
          <w:sz w:val="18"/>
          <w:szCs w:val="18"/>
        </w:rPr>
        <w:t>ამ</w:t>
      </w:r>
      <w:proofErr w:type="spellEnd"/>
      <w:r w:rsidRPr="00D73BDF">
        <w:rPr>
          <w:rFonts w:cstheme="majorHAnsi"/>
          <w:sz w:val="18"/>
          <w:szCs w:val="18"/>
        </w:rPr>
        <w:t xml:space="preserve"> </w:t>
      </w:r>
      <w:proofErr w:type="spellStart"/>
      <w:r w:rsidRPr="00D73BDF">
        <w:rPr>
          <w:rFonts w:ascii="Sylfaen" w:hAnsi="Sylfaen" w:cs="Sylfaen"/>
          <w:sz w:val="18"/>
          <w:szCs w:val="18"/>
        </w:rPr>
        <w:t>პუნქტით</w:t>
      </w:r>
      <w:proofErr w:type="spellEnd"/>
      <w:r w:rsidRPr="00D73BDF">
        <w:rPr>
          <w:rFonts w:cstheme="majorHAnsi"/>
          <w:sz w:val="18"/>
          <w:szCs w:val="18"/>
        </w:rPr>
        <w:t xml:space="preserve"> </w:t>
      </w:r>
      <w:proofErr w:type="spellStart"/>
      <w:r w:rsidRPr="00D73BDF">
        <w:rPr>
          <w:rFonts w:ascii="Sylfaen" w:hAnsi="Sylfaen" w:cs="Sylfaen"/>
          <w:sz w:val="18"/>
          <w:szCs w:val="18"/>
        </w:rPr>
        <w:t>გათვალისწინებული</w:t>
      </w:r>
      <w:proofErr w:type="spellEnd"/>
      <w:r w:rsidRPr="00D73BDF">
        <w:rPr>
          <w:rFonts w:cstheme="majorHAnsi"/>
          <w:sz w:val="18"/>
          <w:szCs w:val="18"/>
        </w:rPr>
        <w:t xml:space="preserve"> </w:t>
      </w:r>
      <w:proofErr w:type="spellStart"/>
      <w:r w:rsidRPr="00D73BDF">
        <w:rPr>
          <w:rFonts w:ascii="Sylfaen" w:hAnsi="Sylfaen" w:cs="Sylfaen"/>
          <w:sz w:val="18"/>
          <w:szCs w:val="18"/>
        </w:rPr>
        <w:t>ვალდებულების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შეუსრულებლობის</w:t>
      </w:r>
      <w:proofErr w:type="spellEnd"/>
      <w:r w:rsidRPr="00D73BDF">
        <w:rPr>
          <w:rFonts w:cstheme="majorHAnsi"/>
          <w:sz w:val="18"/>
          <w:szCs w:val="18"/>
        </w:rPr>
        <w:t xml:space="preserve"> </w:t>
      </w:r>
      <w:proofErr w:type="spellStart"/>
      <w:r w:rsidRPr="00D73BDF">
        <w:rPr>
          <w:rFonts w:ascii="Sylfaen" w:hAnsi="Sylfaen" w:cs="Sylfaen"/>
          <w:sz w:val="18"/>
          <w:szCs w:val="18"/>
        </w:rPr>
        <w:t>შემთხვევაში</w:t>
      </w:r>
      <w:proofErr w:type="spellEnd"/>
      <w:r w:rsidRPr="00D73BDF">
        <w:rPr>
          <w:rFonts w:cstheme="majorHAnsi"/>
          <w:sz w:val="18"/>
          <w:szCs w:val="18"/>
        </w:rPr>
        <w:t xml:space="preserve">, </w:t>
      </w:r>
      <w:proofErr w:type="spellStart"/>
      <w:r w:rsidRPr="00D73BDF">
        <w:rPr>
          <w:rFonts w:ascii="Sylfaen" w:hAnsi="Sylfaen" w:cs="Sylfaen"/>
          <w:sz w:val="18"/>
          <w:szCs w:val="18"/>
        </w:rPr>
        <w:t>დამკვეთი</w:t>
      </w:r>
      <w:proofErr w:type="spellEnd"/>
      <w:r w:rsidRPr="00D73BDF">
        <w:rPr>
          <w:rFonts w:cstheme="majorHAnsi"/>
          <w:sz w:val="18"/>
          <w:szCs w:val="18"/>
        </w:rPr>
        <w:t xml:space="preserve"> </w:t>
      </w:r>
      <w:proofErr w:type="spellStart"/>
      <w:r w:rsidRPr="00D73BDF">
        <w:rPr>
          <w:rFonts w:ascii="Sylfaen" w:hAnsi="Sylfaen" w:cs="Sylfaen"/>
          <w:sz w:val="18"/>
          <w:szCs w:val="18"/>
        </w:rPr>
        <w:t>უფლებამოსილია</w:t>
      </w:r>
      <w:proofErr w:type="spellEnd"/>
      <w:r w:rsidRPr="00D73BDF">
        <w:rPr>
          <w:rFonts w:cstheme="majorHAnsi"/>
          <w:sz w:val="18"/>
          <w:szCs w:val="18"/>
        </w:rPr>
        <w:t xml:space="preserve">, </w:t>
      </w:r>
      <w:proofErr w:type="spellStart"/>
      <w:r w:rsidRPr="00D73BDF">
        <w:rPr>
          <w:rFonts w:ascii="Sylfaen" w:hAnsi="Sylfaen" w:cs="Sylfaen"/>
          <w:sz w:val="18"/>
          <w:szCs w:val="18"/>
        </w:rPr>
        <w:t>დააკისროს</w:t>
      </w:r>
      <w:proofErr w:type="spellEnd"/>
      <w:r w:rsidRPr="00D73BDF">
        <w:rPr>
          <w:rFonts w:cstheme="majorHAnsi"/>
          <w:sz w:val="18"/>
          <w:szCs w:val="18"/>
        </w:rPr>
        <w:t xml:space="preserve"> </w:t>
      </w:r>
      <w:r w:rsidR="000A658A">
        <w:rPr>
          <w:rFonts w:ascii="Sylfaen" w:hAnsi="Sylfaen" w:cs="Sylfaen"/>
          <w:sz w:val="18"/>
          <w:szCs w:val="18"/>
          <w:lang w:val="ka-GE"/>
        </w:rPr>
        <w:t>მენარდეს</w:t>
      </w:r>
      <w:r w:rsidRPr="00D73BDF">
        <w:rPr>
          <w:rFonts w:cstheme="majorHAnsi"/>
          <w:sz w:val="18"/>
          <w:szCs w:val="18"/>
        </w:rPr>
        <w:t xml:space="preserve"> </w:t>
      </w:r>
      <w:proofErr w:type="spellStart"/>
      <w:r w:rsidRPr="00D73BDF">
        <w:rPr>
          <w:rFonts w:ascii="Sylfaen" w:hAnsi="Sylfaen" w:cs="Sylfaen"/>
          <w:sz w:val="18"/>
          <w:szCs w:val="18"/>
        </w:rPr>
        <w:t>პირგასამტეხლო</w:t>
      </w:r>
      <w:proofErr w:type="spellEnd"/>
      <w:r w:rsidRPr="00D73BDF">
        <w:rPr>
          <w:rFonts w:cstheme="majorHAnsi"/>
          <w:sz w:val="18"/>
          <w:szCs w:val="18"/>
        </w:rPr>
        <w:t xml:space="preserve"> </w:t>
      </w:r>
      <w:proofErr w:type="spellStart"/>
      <w:r w:rsidRPr="00D73BDF">
        <w:rPr>
          <w:rFonts w:ascii="Sylfaen" w:hAnsi="Sylfaen" w:cs="Sylfaen"/>
          <w:sz w:val="18"/>
          <w:szCs w:val="18"/>
        </w:rPr>
        <w:t>ხელშეკრულების</w:t>
      </w:r>
      <w:proofErr w:type="spellEnd"/>
      <w:r w:rsidRPr="00D73BDF">
        <w:rPr>
          <w:rFonts w:cstheme="majorHAnsi"/>
          <w:sz w:val="18"/>
          <w:szCs w:val="18"/>
        </w:rPr>
        <w:t xml:space="preserve"> </w:t>
      </w:r>
      <w:proofErr w:type="spellStart"/>
      <w:r w:rsidRPr="00AE4949">
        <w:rPr>
          <w:rFonts w:ascii="Sylfaen" w:hAnsi="Sylfaen" w:cs="Sylfaen"/>
          <w:sz w:val="18"/>
          <w:szCs w:val="18"/>
        </w:rPr>
        <w:t>მთლიანი</w:t>
      </w:r>
      <w:proofErr w:type="spellEnd"/>
      <w:r w:rsidRPr="00AE4949">
        <w:rPr>
          <w:rFonts w:cstheme="majorHAnsi"/>
          <w:sz w:val="18"/>
          <w:szCs w:val="18"/>
        </w:rPr>
        <w:t xml:space="preserve"> </w:t>
      </w:r>
      <w:proofErr w:type="spellStart"/>
      <w:r w:rsidRPr="00AE4949">
        <w:rPr>
          <w:rFonts w:ascii="Sylfaen" w:hAnsi="Sylfaen" w:cs="Sylfaen"/>
          <w:sz w:val="18"/>
          <w:szCs w:val="18"/>
        </w:rPr>
        <w:t>ღირებულების</w:t>
      </w:r>
      <w:proofErr w:type="spellEnd"/>
      <w:r w:rsidRPr="00AE4949">
        <w:rPr>
          <w:rFonts w:cstheme="majorHAnsi"/>
          <w:sz w:val="18"/>
          <w:szCs w:val="18"/>
        </w:rPr>
        <w:t xml:space="preserve"> 5%-</w:t>
      </w:r>
      <w:proofErr w:type="spellStart"/>
      <w:r w:rsidRPr="00AE4949">
        <w:rPr>
          <w:rFonts w:ascii="Sylfaen" w:hAnsi="Sylfaen" w:cs="Sylfaen"/>
          <w:sz w:val="18"/>
          <w:szCs w:val="18"/>
        </w:rPr>
        <w:t>ის</w:t>
      </w:r>
      <w:proofErr w:type="spellEnd"/>
      <w:r w:rsidRPr="00AE4949">
        <w:rPr>
          <w:rFonts w:cstheme="majorHAnsi"/>
          <w:sz w:val="18"/>
          <w:szCs w:val="18"/>
        </w:rPr>
        <w:t xml:space="preserve"> </w:t>
      </w:r>
      <w:proofErr w:type="spellStart"/>
      <w:r w:rsidRPr="00AE4949">
        <w:rPr>
          <w:rFonts w:ascii="Sylfaen" w:hAnsi="Sylfaen" w:cs="Sylfaen"/>
          <w:sz w:val="18"/>
          <w:szCs w:val="18"/>
        </w:rPr>
        <w:t>მოცულობით</w:t>
      </w:r>
      <w:proofErr w:type="spellEnd"/>
      <w:r w:rsidRPr="00AE4949">
        <w:rPr>
          <w:rFonts w:cstheme="majorHAnsi"/>
          <w:sz w:val="18"/>
          <w:szCs w:val="18"/>
        </w:rPr>
        <w:t>,</w:t>
      </w:r>
      <w:r w:rsidRPr="00D73BDF">
        <w:rPr>
          <w:rFonts w:cstheme="majorHAnsi"/>
          <w:sz w:val="18"/>
          <w:szCs w:val="18"/>
        </w:rPr>
        <w:t xml:space="preserve"> </w:t>
      </w:r>
      <w:proofErr w:type="spellStart"/>
      <w:r w:rsidRPr="00D73BDF">
        <w:rPr>
          <w:rFonts w:ascii="Sylfaen" w:hAnsi="Sylfaen" w:cs="Sylfaen"/>
          <w:sz w:val="18"/>
          <w:szCs w:val="18"/>
        </w:rPr>
        <w:t>ყოველ</w:t>
      </w:r>
      <w:proofErr w:type="spellEnd"/>
      <w:r w:rsidRPr="00D73BDF">
        <w:rPr>
          <w:rFonts w:cstheme="majorHAnsi"/>
          <w:sz w:val="18"/>
          <w:szCs w:val="18"/>
        </w:rPr>
        <w:t xml:space="preserve"> </w:t>
      </w:r>
      <w:proofErr w:type="spellStart"/>
      <w:r w:rsidRPr="00D73BDF">
        <w:rPr>
          <w:rFonts w:ascii="Sylfaen" w:hAnsi="Sylfaen" w:cs="Sylfaen"/>
          <w:sz w:val="18"/>
          <w:szCs w:val="18"/>
        </w:rPr>
        <w:lastRenderedPageBreak/>
        <w:t>ასეთ</w:t>
      </w:r>
      <w:proofErr w:type="spellEnd"/>
      <w:r w:rsidRPr="00D73BDF">
        <w:rPr>
          <w:rFonts w:cstheme="majorHAnsi"/>
          <w:sz w:val="18"/>
          <w:szCs w:val="18"/>
        </w:rPr>
        <w:t xml:space="preserve"> </w:t>
      </w:r>
      <w:proofErr w:type="spellStart"/>
      <w:r w:rsidRPr="00D73BDF">
        <w:rPr>
          <w:rFonts w:ascii="Sylfaen" w:hAnsi="Sylfaen" w:cs="Sylfaen"/>
          <w:sz w:val="18"/>
          <w:szCs w:val="18"/>
        </w:rPr>
        <w:t>გამოვლენილ</w:t>
      </w:r>
      <w:proofErr w:type="spellEnd"/>
      <w:r w:rsidRPr="00D73BDF">
        <w:rPr>
          <w:rFonts w:cstheme="majorHAnsi"/>
          <w:sz w:val="18"/>
          <w:szCs w:val="18"/>
        </w:rPr>
        <w:t xml:space="preserve"> </w:t>
      </w:r>
      <w:proofErr w:type="spellStart"/>
      <w:r w:rsidRPr="00D73BDF">
        <w:rPr>
          <w:rFonts w:ascii="Sylfaen" w:hAnsi="Sylfaen" w:cs="Sylfaen"/>
          <w:sz w:val="18"/>
          <w:szCs w:val="18"/>
        </w:rPr>
        <w:t>შემთხვევაზე</w:t>
      </w:r>
      <w:proofErr w:type="spellEnd"/>
      <w:r w:rsidRPr="00D73BDF">
        <w:rPr>
          <w:rFonts w:cstheme="majorHAnsi"/>
          <w:sz w:val="18"/>
          <w:szCs w:val="18"/>
        </w:rPr>
        <w:t xml:space="preserve">. </w:t>
      </w:r>
      <w:proofErr w:type="spellStart"/>
      <w:r w:rsidRPr="00D73BDF">
        <w:rPr>
          <w:rFonts w:ascii="Sylfaen" w:hAnsi="Sylfaen" w:cs="Sylfaen"/>
          <w:sz w:val="18"/>
          <w:szCs w:val="18"/>
        </w:rPr>
        <w:t>დამკვეთი</w:t>
      </w:r>
      <w:proofErr w:type="spellEnd"/>
      <w:r w:rsidRPr="00D73BDF">
        <w:rPr>
          <w:rFonts w:cstheme="majorHAnsi"/>
          <w:sz w:val="18"/>
          <w:szCs w:val="18"/>
        </w:rPr>
        <w:t xml:space="preserve"> </w:t>
      </w:r>
      <w:proofErr w:type="spellStart"/>
      <w:r w:rsidRPr="00D73BDF">
        <w:rPr>
          <w:rFonts w:ascii="Sylfaen" w:hAnsi="Sylfaen" w:cs="Sylfaen"/>
          <w:sz w:val="18"/>
          <w:szCs w:val="18"/>
        </w:rPr>
        <w:t>უფლებამოსილია</w:t>
      </w:r>
      <w:proofErr w:type="spellEnd"/>
      <w:r w:rsidRPr="00D73BDF">
        <w:rPr>
          <w:rFonts w:cstheme="majorHAnsi"/>
          <w:sz w:val="18"/>
          <w:szCs w:val="18"/>
        </w:rPr>
        <w:t xml:space="preserve">, </w:t>
      </w:r>
      <w:proofErr w:type="spellStart"/>
      <w:r w:rsidRPr="00D73BDF">
        <w:rPr>
          <w:rFonts w:ascii="Sylfaen" w:hAnsi="Sylfaen" w:cs="Sylfaen"/>
          <w:sz w:val="18"/>
          <w:szCs w:val="18"/>
        </w:rPr>
        <w:t>ამ</w:t>
      </w:r>
      <w:proofErr w:type="spellEnd"/>
      <w:r w:rsidRPr="00D73BDF">
        <w:rPr>
          <w:rFonts w:cstheme="majorHAnsi"/>
          <w:sz w:val="18"/>
          <w:szCs w:val="18"/>
        </w:rPr>
        <w:t xml:space="preserve"> </w:t>
      </w:r>
      <w:proofErr w:type="spellStart"/>
      <w:r w:rsidRPr="00D73BDF">
        <w:rPr>
          <w:rFonts w:ascii="Sylfaen" w:hAnsi="Sylfaen" w:cs="Sylfaen"/>
          <w:sz w:val="18"/>
          <w:szCs w:val="18"/>
        </w:rPr>
        <w:t>პუნქტით</w:t>
      </w:r>
      <w:proofErr w:type="spellEnd"/>
      <w:r w:rsidRPr="00D73BDF">
        <w:rPr>
          <w:rFonts w:cstheme="majorHAnsi"/>
          <w:sz w:val="18"/>
          <w:szCs w:val="18"/>
        </w:rPr>
        <w:t xml:space="preserve"> </w:t>
      </w:r>
      <w:proofErr w:type="spellStart"/>
      <w:r w:rsidRPr="00D73BDF">
        <w:rPr>
          <w:rFonts w:ascii="Sylfaen" w:hAnsi="Sylfaen" w:cs="Sylfaen"/>
          <w:sz w:val="18"/>
          <w:szCs w:val="18"/>
        </w:rPr>
        <w:t>გათვალისწინებული</w:t>
      </w:r>
      <w:proofErr w:type="spellEnd"/>
      <w:r w:rsidRPr="00D73BDF">
        <w:rPr>
          <w:rFonts w:cstheme="majorHAnsi"/>
          <w:sz w:val="18"/>
          <w:szCs w:val="18"/>
        </w:rPr>
        <w:t xml:space="preserve"> </w:t>
      </w:r>
      <w:proofErr w:type="spellStart"/>
      <w:r w:rsidRPr="00D73BDF">
        <w:rPr>
          <w:rFonts w:ascii="Sylfaen" w:hAnsi="Sylfaen" w:cs="Sylfaen"/>
          <w:sz w:val="18"/>
          <w:szCs w:val="18"/>
        </w:rPr>
        <w:t>პირგასამტეხლო</w:t>
      </w:r>
      <w:proofErr w:type="spellEnd"/>
      <w:r w:rsidRPr="00D73BDF">
        <w:rPr>
          <w:rFonts w:cstheme="majorHAnsi"/>
          <w:sz w:val="18"/>
          <w:szCs w:val="18"/>
        </w:rPr>
        <w:t xml:space="preserve"> </w:t>
      </w:r>
      <w:proofErr w:type="spellStart"/>
      <w:r w:rsidRPr="00D73BDF">
        <w:rPr>
          <w:rFonts w:ascii="Sylfaen" w:hAnsi="Sylfaen" w:cs="Sylfaen"/>
          <w:sz w:val="18"/>
          <w:szCs w:val="18"/>
        </w:rPr>
        <w:t>გამოქვითოს</w:t>
      </w:r>
      <w:proofErr w:type="spellEnd"/>
      <w:r w:rsidRPr="00D73BDF">
        <w:rPr>
          <w:rFonts w:cstheme="majorHAnsi"/>
          <w:sz w:val="18"/>
          <w:szCs w:val="18"/>
        </w:rPr>
        <w:t xml:space="preserve"> </w:t>
      </w:r>
      <w:proofErr w:type="spellStart"/>
      <w:r w:rsidRPr="00D73BDF">
        <w:rPr>
          <w:rFonts w:ascii="Sylfaen" w:hAnsi="Sylfaen" w:cs="Sylfaen"/>
          <w:sz w:val="18"/>
          <w:szCs w:val="18"/>
        </w:rPr>
        <w:t>დამკვეთის</w:t>
      </w:r>
      <w:proofErr w:type="spellEnd"/>
      <w:r w:rsidRPr="00D73BDF">
        <w:rPr>
          <w:rFonts w:cstheme="majorHAnsi"/>
          <w:sz w:val="18"/>
          <w:szCs w:val="18"/>
        </w:rPr>
        <w:t xml:space="preserve"> </w:t>
      </w:r>
      <w:proofErr w:type="spellStart"/>
      <w:r w:rsidRPr="00D73BDF">
        <w:rPr>
          <w:rFonts w:ascii="Sylfaen" w:hAnsi="Sylfaen" w:cs="Sylfaen"/>
          <w:sz w:val="18"/>
          <w:szCs w:val="18"/>
        </w:rPr>
        <w:t>მიერ</w:t>
      </w:r>
      <w:proofErr w:type="spellEnd"/>
      <w:r w:rsidRPr="00D73BDF">
        <w:rPr>
          <w:rFonts w:cstheme="majorHAnsi"/>
          <w:sz w:val="18"/>
          <w:szCs w:val="18"/>
        </w:rPr>
        <w:t xml:space="preserve"> </w:t>
      </w:r>
      <w:proofErr w:type="spellStart"/>
      <w:r w:rsidRPr="00D73BDF">
        <w:rPr>
          <w:rFonts w:ascii="Sylfaen" w:hAnsi="Sylfaen" w:cs="Sylfaen"/>
          <w:sz w:val="18"/>
          <w:szCs w:val="18"/>
        </w:rPr>
        <w:t>მენარდის</w:t>
      </w:r>
      <w:proofErr w:type="spellEnd"/>
      <w:r w:rsidRPr="00D73BDF">
        <w:rPr>
          <w:rFonts w:cstheme="majorHAnsi"/>
          <w:sz w:val="18"/>
          <w:szCs w:val="18"/>
        </w:rPr>
        <w:t xml:space="preserve"> </w:t>
      </w:r>
      <w:proofErr w:type="spellStart"/>
      <w:r w:rsidRPr="00D73BDF">
        <w:rPr>
          <w:rFonts w:ascii="Sylfaen" w:hAnsi="Sylfaen" w:cs="Sylfaen"/>
          <w:sz w:val="18"/>
          <w:szCs w:val="18"/>
        </w:rPr>
        <w:t>სასარგებლოდ</w:t>
      </w:r>
      <w:proofErr w:type="spellEnd"/>
      <w:r w:rsidRPr="00D73BDF">
        <w:rPr>
          <w:rFonts w:cstheme="majorHAnsi"/>
          <w:sz w:val="18"/>
          <w:szCs w:val="18"/>
        </w:rPr>
        <w:t xml:space="preserve"> </w:t>
      </w:r>
      <w:proofErr w:type="spellStart"/>
      <w:r w:rsidRPr="00D73BDF">
        <w:rPr>
          <w:rFonts w:ascii="Sylfaen" w:hAnsi="Sylfaen" w:cs="Sylfaen"/>
          <w:sz w:val="18"/>
          <w:szCs w:val="18"/>
        </w:rPr>
        <w:t>გადასახდელი</w:t>
      </w:r>
      <w:proofErr w:type="spellEnd"/>
      <w:r w:rsidRPr="00D73BDF">
        <w:rPr>
          <w:rFonts w:cstheme="majorHAnsi"/>
          <w:sz w:val="18"/>
          <w:szCs w:val="18"/>
        </w:rPr>
        <w:t xml:space="preserve"> </w:t>
      </w:r>
      <w:proofErr w:type="spellStart"/>
      <w:r w:rsidRPr="00D73BDF">
        <w:rPr>
          <w:rFonts w:ascii="Sylfaen" w:hAnsi="Sylfaen" w:cs="Sylfaen"/>
          <w:sz w:val="18"/>
          <w:szCs w:val="18"/>
        </w:rPr>
        <w:t>ნებისმიერი</w:t>
      </w:r>
      <w:proofErr w:type="spellEnd"/>
      <w:r w:rsidRPr="00D73BDF">
        <w:rPr>
          <w:rFonts w:cstheme="majorHAnsi"/>
          <w:sz w:val="18"/>
          <w:szCs w:val="18"/>
        </w:rPr>
        <w:t xml:space="preserve"> </w:t>
      </w:r>
      <w:proofErr w:type="spellStart"/>
      <w:r w:rsidRPr="00D73BDF">
        <w:rPr>
          <w:rFonts w:ascii="Sylfaen" w:hAnsi="Sylfaen" w:cs="Sylfaen"/>
          <w:sz w:val="18"/>
          <w:szCs w:val="18"/>
        </w:rPr>
        <w:t>თანხიდან</w:t>
      </w:r>
      <w:proofErr w:type="spellEnd"/>
      <w:r w:rsidRPr="00D73BDF">
        <w:rPr>
          <w:rFonts w:cstheme="majorHAnsi"/>
          <w:sz w:val="18"/>
          <w:szCs w:val="18"/>
        </w:rPr>
        <w:t xml:space="preserve">, </w:t>
      </w:r>
      <w:proofErr w:type="spellStart"/>
      <w:r w:rsidRPr="00D73BDF">
        <w:rPr>
          <w:rFonts w:ascii="Sylfaen" w:hAnsi="Sylfaen" w:cs="Sylfaen"/>
          <w:sz w:val="18"/>
          <w:szCs w:val="18"/>
        </w:rPr>
        <w:t>პირგასამტეხლოს</w:t>
      </w:r>
      <w:proofErr w:type="spellEnd"/>
      <w:r w:rsidRPr="00D73BDF">
        <w:rPr>
          <w:rFonts w:cstheme="majorHAnsi"/>
          <w:sz w:val="18"/>
          <w:szCs w:val="18"/>
        </w:rPr>
        <w:t xml:space="preserve"> </w:t>
      </w:r>
      <w:proofErr w:type="spellStart"/>
      <w:r w:rsidRPr="00D73BDF">
        <w:rPr>
          <w:rFonts w:ascii="Sylfaen" w:hAnsi="Sylfaen" w:cs="Sylfaen"/>
          <w:sz w:val="18"/>
          <w:szCs w:val="18"/>
        </w:rPr>
        <w:t>ოდენობის</w:t>
      </w:r>
      <w:proofErr w:type="spellEnd"/>
      <w:r w:rsidRPr="00D73BDF">
        <w:rPr>
          <w:rFonts w:cstheme="majorHAnsi"/>
          <w:sz w:val="18"/>
          <w:szCs w:val="18"/>
        </w:rPr>
        <w:t xml:space="preserve"> </w:t>
      </w:r>
      <w:proofErr w:type="spellStart"/>
      <w:r w:rsidRPr="00D73BDF">
        <w:rPr>
          <w:rFonts w:ascii="Sylfaen" w:hAnsi="Sylfaen" w:cs="Sylfaen"/>
          <w:sz w:val="18"/>
          <w:szCs w:val="18"/>
        </w:rPr>
        <w:t>თანხის</w:t>
      </w:r>
      <w:proofErr w:type="spellEnd"/>
      <w:r w:rsidRPr="00D73BDF">
        <w:rPr>
          <w:rFonts w:cstheme="majorHAnsi"/>
          <w:sz w:val="18"/>
          <w:szCs w:val="18"/>
        </w:rPr>
        <w:t xml:space="preserve"> </w:t>
      </w:r>
      <w:proofErr w:type="spellStart"/>
      <w:r w:rsidRPr="00D73BDF">
        <w:rPr>
          <w:rFonts w:ascii="Sylfaen" w:hAnsi="Sylfaen" w:cs="Sylfaen"/>
          <w:sz w:val="18"/>
          <w:szCs w:val="18"/>
        </w:rPr>
        <w:t>დაკავების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გზით</w:t>
      </w:r>
      <w:proofErr w:type="spellEnd"/>
      <w:r w:rsidRPr="00D73BDF">
        <w:rPr>
          <w:rFonts w:cstheme="majorHAnsi"/>
          <w:sz w:val="18"/>
          <w:szCs w:val="18"/>
        </w:rPr>
        <w:t xml:space="preserve">. </w:t>
      </w:r>
      <w:proofErr w:type="spellStart"/>
      <w:r w:rsidRPr="00D73BDF">
        <w:rPr>
          <w:rFonts w:ascii="Sylfaen" w:hAnsi="Sylfaen" w:cs="Sylfaen"/>
          <w:sz w:val="18"/>
          <w:szCs w:val="18"/>
        </w:rPr>
        <w:t>დამკვეთის</w:t>
      </w:r>
      <w:proofErr w:type="spellEnd"/>
      <w:r w:rsidRPr="00D73BDF">
        <w:rPr>
          <w:rFonts w:cstheme="majorHAnsi"/>
          <w:sz w:val="18"/>
          <w:szCs w:val="18"/>
        </w:rPr>
        <w:t xml:space="preserve"> </w:t>
      </w:r>
      <w:proofErr w:type="spellStart"/>
      <w:r w:rsidRPr="00D73BDF">
        <w:rPr>
          <w:rFonts w:ascii="Sylfaen" w:hAnsi="Sylfaen" w:cs="Sylfaen"/>
          <w:sz w:val="18"/>
          <w:szCs w:val="18"/>
        </w:rPr>
        <w:t>მიერ</w:t>
      </w:r>
      <w:proofErr w:type="spellEnd"/>
      <w:r w:rsidRPr="00D73BDF">
        <w:rPr>
          <w:rFonts w:cstheme="majorHAnsi"/>
          <w:sz w:val="18"/>
          <w:szCs w:val="18"/>
        </w:rPr>
        <w:t xml:space="preserve"> </w:t>
      </w:r>
      <w:proofErr w:type="spellStart"/>
      <w:r w:rsidRPr="00D73BDF">
        <w:rPr>
          <w:rFonts w:ascii="Sylfaen" w:hAnsi="Sylfaen" w:cs="Sylfaen"/>
          <w:sz w:val="18"/>
          <w:szCs w:val="18"/>
        </w:rPr>
        <w:t>პირგასამტეხლოს</w:t>
      </w:r>
      <w:proofErr w:type="spellEnd"/>
      <w:r w:rsidRPr="00D73BDF">
        <w:rPr>
          <w:rFonts w:cstheme="majorHAnsi"/>
          <w:sz w:val="18"/>
          <w:szCs w:val="18"/>
        </w:rPr>
        <w:t xml:space="preserve"> </w:t>
      </w:r>
      <w:proofErr w:type="spellStart"/>
      <w:r w:rsidRPr="00D73BDF">
        <w:rPr>
          <w:rFonts w:ascii="Sylfaen" w:hAnsi="Sylfaen" w:cs="Sylfaen"/>
          <w:sz w:val="18"/>
          <w:szCs w:val="18"/>
        </w:rPr>
        <w:t>ოდენობის</w:t>
      </w:r>
      <w:proofErr w:type="spellEnd"/>
      <w:r w:rsidRPr="00D73BDF">
        <w:rPr>
          <w:rFonts w:cstheme="majorHAnsi"/>
          <w:sz w:val="18"/>
          <w:szCs w:val="18"/>
        </w:rPr>
        <w:t xml:space="preserve"> </w:t>
      </w:r>
      <w:proofErr w:type="spellStart"/>
      <w:r w:rsidRPr="00D73BDF">
        <w:rPr>
          <w:rFonts w:ascii="Sylfaen" w:hAnsi="Sylfaen" w:cs="Sylfaen"/>
          <w:sz w:val="18"/>
          <w:szCs w:val="18"/>
        </w:rPr>
        <w:t>თანხის</w:t>
      </w:r>
      <w:proofErr w:type="spellEnd"/>
      <w:r w:rsidRPr="00D73BDF">
        <w:rPr>
          <w:rFonts w:cstheme="majorHAnsi"/>
          <w:sz w:val="18"/>
          <w:szCs w:val="18"/>
        </w:rPr>
        <w:t xml:space="preserve"> </w:t>
      </w:r>
      <w:proofErr w:type="spellStart"/>
      <w:r w:rsidRPr="00D73BDF">
        <w:rPr>
          <w:rFonts w:ascii="Sylfaen" w:hAnsi="Sylfaen" w:cs="Sylfaen"/>
          <w:sz w:val="18"/>
          <w:szCs w:val="18"/>
        </w:rPr>
        <w:t>დაკავება</w:t>
      </w:r>
      <w:proofErr w:type="spellEnd"/>
      <w:r w:rsidRPr="00D73BDF">
        <w:rPr>
          <w:rFonts w:cstheme="majorHAnsi"/>
          <w:sz w:val="18"/>
          <w:szCs w:val="18"/>
        </w:rPr>
        <w:t xml:space="preserve"> </w:t>
      </w:r>
      <w:proofErr w:type="spellStart"/>
      <w:r w:rsidRPr="00D73BDF">
        <w:rPr>
          <w:rFonts w:ascii="Sylfaen" w:hAnsi="Sylfaen" w:cs="Sylfaen"/>
          <w:sz w:val="18"/>
          <w:szCs w:val="18"/>
        </w:rPr>
        <w:t>განხორციელდება</w:t>
      </w:r>
      <w:proofErr w:type="spellEnd"/>
      <w:r w:rsidRPr="00D73BDF">
        <w:rPr>
          <w:rFonts w:cstheme="majorHAnsi"/>
          <w:sz w:val="18"/>
          <w:szCs w:val="18"/>
        </w:rPr>
        <w:t xml:space="preserve">, </w:t>
      </w:r>
      <w:proofErr w:type="spellStart"/>
      <w:r w:rsidRPr="00D73BDF">
        <w:rPr>
          <w:rFonts w:ascii="Sylfaen" w:hAnsi="Sylfaen" w:cs="Sylfaen"/>
          <w:sz w:val="18"/>
          <w:szCs w:val="18"/>
        </w:rPr>
        <w:t>მთლიანად</w:t>
      </w:r>
      <w:proofErr w:type="spellEnd"/>
      <w:r w:rsidRPr="00D73BDF">
        <w:rPr>
          <w:rFonts w:cstheme="majorHAnsi"/>
          <w:sz w:val="18"/>
          <w:szCs w:val="18"/>
        </w:rPr>
        <w:t xml:space="preserve"> </w:t>
      </w:r>
      <w:proofErr w:type="spellStart"/>
      <w:r w:rsidRPr="00D73BDF">
        <w:rPr>
          <w:rFonts w:ascii="Sylfaen" w:hAnsi="Sylfaen" w:cs="Sylfaen"/>
          <w:sz w:val="18"/>
          <w:szCs w:val="18"/>
        </w:rPr>
        <w:t>ან</w:t>
      </w:r>
      <w:proofErr w:type="spellEnd"/>
      <w:r w:rsidRPr="00D73BDF">
        <w:rPr>
          <w:rFonts w:cstheme="majorHAnsi"/>
          <w:sz w:val="18"/>
          <w:szCs w:val="18"/>
        </w:rPr>
        <w:t xml:space="preserve"> </w:t>
      </w:r>
      <w:proofErr w:type="spellStart"/>
      <w:r w:rsidRPr="00D73BDF">
        <w:rPr>
          <w:rFonts w:ascii="Sylfaen" w:hAnsi="Sylfaen" w:cs="Sylfaen"/>
          <w:sz w:val="18"/>
          <w:szCs w:val="18"/>
        </w:rPr>
        <w:t>ნაწილობრივ</w:t>
      </w:r>
      <w:proofErr w:type="spellEnd"/>
      <w:r w:rsidRPr="00D73BDF">
        <w:rPr>
          <w:rFonts w:cstheme="majorHAnsi"/>
          <w:sz w:val="18"/>
          <w:szCs w:val="18"/>
        </w:rPr>
        <w:t xml:space="preserve">, </w:t>
      </w:r>
      <w:proofErr w:type="spellStart"/>
      <w:r w:rsidRPr="00D73BDF">
        <w:rPr>
          <w:rFonts w:ascii="Sylfaen" w:hAnsi="Sylfaen" w:cs="Sylfaen"/>
          <w:sz w:val="18"/>
          <w:szCs w:val="18"/>
        </w:rPr>
        <w:t>დამკვეთის</w:t>
      </w:r>
      <w:proofErr w:type="spellEnd"/>
      <w:r w:rsidRPr="00D73BDF">
        <w:rPr>
          <w:rFonts w:cstheme="majorHAnsi"/>
          <w:sz w:val="18"/>
          <w:szCs w:val="18"/>
        </w:rPr>
        <w:t xml:space="preserve"> </w:t>
      </w:r>
      <w:proofErr w:type="spellStart"/>
      <w:r w:rsidRPr="00D73BDF">
        <w:rPr>
          <w:rFonts w:ascii="Sylfaen" w:hAnsi="Sylfaen" w:cs="Sylfaen"/>
          <w:sz w:val="18"/>
          <w:szCs w:val="18"/>
        </w:rPr>
        <w:t>შეხედულებისამებრ</w:t>
      </w:r>
      <w:proofErr w:type="spellEnd"/>
      <w:r w:rsidRPr="00D73BDF">
        <w:rPr>
          <w:rFonts w:cstheme="majorHAnsi"/>
          <w:sz w:val="18"/>
          <w:szCs w:val="18"/>
        </w:rPr>
        <w:t xml:space="preserve">. </w:t>
      </w:r>
      <w:proofErr w:type="spellStart"/>
      <w:r w:rsidRPr="00D73BDF">
        <w:rPr>
          <w:rFonts w:ascii="Sylfaen" w:hAnsi="Sylfaen" w:cs="Sylfaen"/>
          <w:sz w:val="18"/>
          <w:szCs w:val="18"/>
        </w:rPr>
        <w:t>თუ</w:t>
      </w:r>
      <w:proofErr w:type="spellEnd"/>
      <w:r w:rsidRPr="00D73BDF">
        <w:rPr>
          <w:rFonts w:cstheme="majorHAnsi"/>
          <w:sz w:val="18"/>
          <w:szCs w:val="18"/>
        </w:rPr>
        <w:t xml:space="preserve"> </w:t>
      </w:r>
      <w:proofErr w:type="spellStart"/>
      <w:r w:rsidRPr="00D73BDF">
        <w:rPr>
          <w:rFonts w:ascii="Sylfaen" w:hAnsi="Sylfaen" w:cs="Sylfaen"/>
          <w:sz w:val="18"/>
          <w:szCs w:val="18"/>
        </w:rPr>
        <w:t>პირგასამტეხლოს</w:t>
      </w:r>
      <w:proofErr w:type="spellEnd"/>
      <w:r w:rsidRPr="00D73BDF">
        <w:rPr>
          <w:rFonts w:cstheme="majorHAnsi"/>
          <w:sz w:val="18"/>
          <w:szCs w:val="18"/>
        </w:rPr>
        <w:t xml:space="preserve"> </w:t>
      </w:r>
      <w:proofErr w:type="spellStart"/>
      <w:r w:rsidRPr="00D73BDF">
        <w:rPr>
          <w:rFonts w:ascii="Sylfaen" w:hAnsi="Sylfaen" w:cs="Sylfaen"/>
          <w:sz w:val="18"/>
          <w:szCs w:val="18"/>
        </w:rPr>
        <w:t>დაკისრების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მომენტისთვის</w:t>
      </w:r>
      <w:proofErr w:type="spellEnd"/>
      <w:r w:rsidRPr="00D73BDF">
        <w:rPr>
          <w:rFonts w:cstheme="majorHAnsi"/>
          <w:sz w:val="18"/>
          <w:szCs w:val="18"/>
        </w:rPr>
        <w:t xml:space="preserve">, </w:t>
      </w:r>
      <w:proofErr w:type="spellStart"/>
      <w:r w:rsidRPr="00D73BDF">
        <w:rPr>
          <w:rFonts w:ascii="Sylfaen" w:hAnsi="Sylfaen" w:cs="Sylfaen"/>
          <w:sz w:val="18"/>
          <w:szCs w:val="18"/>
        </w:rPr>
        <w:t>გაქვითვის</w:t>
      </w:r>
      <w:proofErr w:type="spellEnd"/>
      <w:r w:rsidRPr="00D73BDF">
        <w:rPr>
          <w:rFonts w:cstheme="majorHAnsi"/>
          <w:sz w:val="18"/>
          <w:szCs w:val="18"/>
        </w:rPr>
        <w:t xml:space="preserve"> </w:t>
      </w:r>
      <w:proofErr w:type="spellStart"/>
      <w:r w:rsidRPr="00D73BDF">
        <w:rPr>
          <w:rFonts w:ascii="Sylfaen" w:hAnsi="Sylfaen" w:cs="Sylfaen"/>
          <w:sz w:val="18"/>
          <w:szCs w:val="18"/>
        </w:rPr>
        <w:t>წყარო</w:t>
      </w:r>
      <w:proofErr w:type="spellEnd"/>
      <w:r w:rsidRPr="00D73BDF">
        <w:rPr>
          <w:rFonts w:cstheme="majorHAnsi"/>
          <w:sz w:val="18"/>
          <w:szCs w:val="18"/>
        </w:rPr>
        <w:t xml:space="preserve"> </w:t>
      </w:r>
      <w:proofErr w:type="spellStart"/>
      <w:r w:rsidRPr="00D73BDF">
        <w:rPr>
          <w:rFonts w:ascii="Sylfaen" w:hAnsi="Sylfaen" w:cs="Sylfaen"/>
          <w:sz w:val="18"/>
          <w:szCs w:val="18"/>
        </w:rPr>
        <w:t>არ</w:t>
      </w:r>
      <w:proofErr w:type="spellEnd"/>
      <w:r w:rsidRPr="00D73BDF">
        <w:rPr>
          <w:rFonts w:cstheme="majorHAnsi"/>
          <w:sz w:val="18"/>
          <w:szCs w:val="18"/>
        </w:rPr>
        <w:t xml:space="preserve"> </w:t>
      </w:r>
      <w:proofErr w:type="spellStart"/>
      <w:r w:rsidRPr="00D73BDF">
        <w:rPr>
          <w:rFonts w:ascii="Sylfaen" w:hAnsi="Sylfaen" w:cs="Sylfaen"/>
          <w:sz w:val="18"/>
          <w:szCs w:val="18"/>
        </w:rPr>
        <w:t>იარსებებს</w:t>
      </w:r>
      <w:proofErr w:type="spellEnd"/>
      <w:r w:rsidRPr="00D73BDF">
        <w:rPr>
          <w:rFonts w:cstheme="majorHAnsi"/>
          <w:sz w:val="18"/>
          <w:szCs w:val="18"/>
        </w:rPr>
        <w:t xml:space="preserve">, </w:t>
      </w:r>
      <w:proofErr w:type="spellStart"/>
      <w:r w:rsidRPr="00D73BDF">
        <w:rPr>
          <w:rFonts w:ascii="Sylfaen" w:hAnsi="Sylfaen" w:cs="Sylfaen"/>
          <w:sz w:val="18"/>
          <w:szCs w:val="18"/>
        </w:rPr>
        <w:t>თანხა</w:t>
      </w:r>
      <w:proofErr w:type="spellEnd"/>
      <w:r w:rsidRPr="00D73BDF">
        <w:rPr>
          <w:rFonts w:cstheme="majorHAnsi"/>
          <w:sz w:val="18"/>
          <w:szCs w:val="18"/>
        </w:rPr>
        <w:t xml:space="preserve"> </w:t>
      </w:r>
      <w:proofErr w:type="spellStart"/>
      <w:r w:rsidRPr="00D73BDF">
        <w:rPr>
          <w:rFonts w:ascii="Sylfaen" w:hAnsi="Sylfaen" w:cs="Sylfaen"/>
          <w:sz w:val="18"/>
          <w:szCs w:val="18"/>
        </w:rPr>
        <w:t>ჩაითვლება</w:t>
      </w:r>
      <w:proofErr w:type="spellEnd"/>
      <w:r w:rsidRPr="00D73BDF">
        <w:rPr>
          <w:rFonts w:cstheme="majorHAnsi"/>
          <w:sz w:val="18"/>
          <w:szCs w:val="18"/>
        </w:rPr>
        <w:t xml:space="preserve"> </w:t>
      </w:r>
      <w:proofErr w:type="spellStart"/>
      <w:r w:rsidRPr="00D73BDF">
        <w:rPr>
          <w:rFonts w:ascii="Sylfaen" w:hAnsi="Sylfaen" w:cs="Sylfaen"/>
          <w:sz w:val="18"/>
          <w:szCs w:val="18"/>
        </w:rPr>
        <w:t>მენარდის</w:t>
      </w:r>
      <w:proofErr w:type="spellEnd"/>
      <w:r w:rsidRPr="00D73BDF">
        <w:rPr>
          <w:rFonts w:cstheme="majorHAnsi"/>
          <w:sz w:val="18"/>
          <w:szCs w:val="18"/>
        </w:rPr>
        <w:t xml:space="preserve"> </w:t>
      </w:r>
      <w:proofErr w:type="spellStart"/>
      <w:r w:rsidRPr="00D73BDF">
        <w:rPr>
          <w:rFonts w:ascii="Sylfaen" w:hAnsi="Sylfaen" w:cs="Sylfaen"/>
          <w:sz w:val="18"/>
          <w:szCs w:val="18"/>
        </w:rPr>
        <w:t>დავალიანებად</w:t>
      </w:r>
      <w:proofErr w:type="spellEnd"/>
      <w:r w:rsidRPr="00D73BDF">
        <w:rPr>
          <w:rFonts w:cstheme="majorHAnsi"/>
          <w:sz w:val="18"/>
          <w:szCs w:val="18"/>
        </w:rPr>
        <w:t xml:space="preserve"> </w:t>
      </w:r>
      <w:proofErr w:type="spellStart"/>
      <w:r w:rsidRPr="00D73BDF">
        <w:rPr>
          <w:rFonts w:ascii="Sylfaen" w:hAnsi="Sylfaen" w:cs="Sylfaen"/>
          <w:sz w:val="18"/>
          <w:szCs w:val="18"/>
        </w:rPr>
        <w:t>და</w:t>
      </w:r>
      <w:proofErr w:type="spellEnd"/>
      <w:r w:rsidRPr="00D73BDF">
        <w:rPr>
          <w:rFonts w:cstheme="majorHAnsi"/>
          <w:sz w:val="18"/>
          <w:szCs w:val="18"/>
        </w:rPr>
        <w:t xml:space="preserve"> </w:t>
      </w:r>
      <w:proofErr w:type="spellStart"/>
      <w:r w:rsidRPr="00D73BDF">
        <w:rPr>
          <w:rFonts w:ascii="Sylfaen" w:hAnsi="Sylfaen" w:cs="Sylfaen"/>
          <w:sz w:val="18"/>
          <w:szCs w:val="18"/>
        </w:rPr>
        <w:t>მისი</w:t>
      </w:r>
      <w:proofErr w:type="spellEnd"/>
      <w:r w:rsidRPr="00D73BDF">
        <w:rPr>
          <w:rFonts w:cstheme="majorHAnsi"/>
          <w:sz w:val="18"/>
          <w:szCs w:val="18"/>
        </w:rPr>
        <w:t xml:space="preserve"> </w:t>
      </w:r>
      <w:proofErr w:type="spellStart"/>
      <w:r w:rsidRPr="00D73BDF">
        <w:rPr>
          <w:rFonts w:ascii="Sylfaen" w:hAnsi="Sylfaen" w:cs="Sylfaen"/>
          <w:sz w:val="18"/>
          <w:szCs w:val="18"/>
        </w:rPr>
        <w:t>გადახდევინება</w:t>
      </w:r>
      <w:proofErr w:type="spellEnd"/>
      <w:r w:rsidRPr="00D73BDF">
        <w:rPr>
          <w:rFonts w:cstheme="majorHAnsi"/>
          <w:sz w:val="18"/>
          <w:szCs w:val="18"/>
        </w:rPr>
        <w:t xml:space="preserve"> </w:t>
      </w:r>
      <w:proofErr w:type="spellStart"/>
      <w:r w:rsidRPr="00D73BDF">
        <w:rPr>
          <w:rFonts w:ascii="Sylfaen" w:hAnsi="Sylfaen" w:cs="Sylfaen"/>
          <w:sz w:val="18"/>
          <w:szCs w:val="18"/>
        </w:rPr>
        <w:t>განხორციელდება</w:t>
      </w:r>
      <w:proofErr w:type="spellEnd"/>
      <w:r w:rsidRPr="00D73BDF">
        <w:rPr>
          <w:rFonts w:cstheme="majorHAnsi"/>
          <w:sz w:val="18"/>
          <w:szCs w:val="18"/>
        </w:rPr>
        <w:t xml:space="preserve"> </w:t>
      </w:r>
      <w:proofErr w:type="spellStart"/>
      <w:r w:rsidRPr="00D73BDF">
        <w:rPr>
          <w:rFonts w:ascii="Sylfaen" w:hAnsi="Sylfaen" w:cs="Sylfaen"/>
          <w:sz w:val="18"/>
          <w:szCs w:val="18"/>
        </w:rPr>
        <w:t>პირველი</w:t>
      </w:r>
      <w:proofErr w:type="spellEnd"/>
      <w:r w:rsidRPr="00D73BDF">
        <w:rPr>
          <w:rFonts w:cstheme="majorHAnsi"/>
          <w:sz w:val="18"/>
          <w:szCs w:val="18"/>
        </w:rPr>
        <w:t xml:space="preserve"> </w:t>
      </w:r>
      <w:proofErr w:type="spellStart"/>
      <w:r w:rsidRPr="00D73BDF">
        <w:rPr>
          <w:rFonts w:ascii="Sylfaen" w:hAnsi="Sylfaen" w:cs="Sylfaen"/>
          <w:sz w:val="18"/>
          <w:szCs w:val="18"/>
        </w:rPr>
        <w:t>შესაძლებლობისთანავე</w:t>
      </w:r>
      <w:proofErr w:type="spellEnd"/>
      <w:r w:rsidRPr="00D73BDF">
        <w:rPr>
          <w:rFonts w:cstheme="majorHAnsi"/>
          <w:sz w:val="18"/>
          <w:szCs w:val="18"/>
        </w:rPr>
        <w:t xml:space="preserve">. </w:t>
      </w:r>
      <w:proofErr w:type="spellStart"/>
      <w:r w:rsidRPr="00D73BDF">
        <w:rPr>
          <w:rFonts w:ascii="Sylfaen" w:hAnsi="Sylfaen" w:cs="Sylfaen"/>
          <w:sz w:val="18"/>
          <w:szCs w:val="18"/>
        </w:rPr>
        <w:t>დამკვეთის</w:t>
      </w:r>
      <w:proofErr w:type="spellEnd"/>
      <w:r w:rsidRPr="00D73BDF">
        <w:rPr>
          <w:rFonts w:cstheme="majorHAnsi"/>
          <w:sz w:val="18"/>
          <w:szCs w:val="18"/>
        </w:rPr>
        <w:t xml:space="preserve"> </w:t>
      </w:r>
      <w:proofErr w:type="spellStart"/>
      <w:r w:rsidRPr="00D73BDF">
        <w:rPr>
          <w:rFonts w:ascii="Sylfaen" w:hAnsi="Sylfaen" w:cs="Sylfaen"/>
          <w:sz w:val="18"/>
          <w:szCs w:val="18"/>
        </w:rPr>
        <w:t>მოთხოვნის</w:t>
      </w:r>
      <w:proofErr w:type="spellEnd"/>
      <w:r w:rsidRPr="00D73BDF">
        <w:rPr>
          <w:rFonts w:cstheme="majorHAnsi"/>
          <w:sz w:val="18"/>
          <w:szCs w:val="18"/>
        </w:rPr>
        <w:t xml:space="preserve"> </w:t>
      </w:r>
      <w:proofErr w:type="spellStart"/>
      <w:r w:rsidRPr="00D73BDF">
        <w:rPr>
          <w:rFonts w:ascii="Sylfaen" w:hAnsi="Sylfaen" w:cs="Sylfaen"/>
          <w:sz w:val="18"/>
          <w:szCs w:val="18"/>
        </w:rPr>
        <w:t>უფლება</w:t>
      </w:r>
      <w:proofErr w:type="spellEnd"/>
      <w:r w:rsidRPr="00D73BDF">
        <w:rPr>
          <w:rFonts w:cstheme="majorHAnsi"/>
          <w:sz w:val="18"/>
          <w:szCs w:val="18"/>
        </w:rPr>
        <w:t xml:space="preserve"> </w:t>
      </w:r>
      <w:proofErr w:type="spellStart"/>
      <w:r w:rsidRPr="00D73BDF">
        <w:rPr>
          <w:rFonts w:ascii="Sylfaen" w:hAnsi="Sylfaen" w:cs="Sylfaen"/>
          <w:sz w:val="18"/>
          <w:szCs w:val="18"/>
        </w:rPr>
        <w:t>პირგასამტეხლოს</w:t>
      </w:r>
      <w:proofErr w:type="spellEnd"/>
      <w:r w:rsidRPr="00D73BDF">
        <w:rPr>
          <w:rFonts w:cstheme="majorHAnsi"/>
          <w:sz w:val="18"/>
          <w:szCs w:val="18"/>
        </w:rPr>
        <w:t xml:space="preserve"> </w:t>
      </w:r>
      <w:proofErr w:type="spellStart"/>
      <w:r w:rsidRPr="00D73BDF">
        <w:rPr>
          <w:rFonts w:ascii="Sylfaen" w:hAnsi="Sylfaen" w:cs="Sylfaen"/>
          <w:sz w:val="18"/>
          <w:szCs w:val="18"/>
        </w:rPr>
        <w:t>თანხაზე</w:t>
      </w:r>
      <w:proofErr w:type="spellEnd"/>
      <w:r w:rsidRPr="00D73BDF">
        <w:rPr>
          <w:rFonts w:cstheme="majorHAnsi"/>
          <w:sz w:val="18"/>
          <w:szCs w:val="18"/>
        </w:rPr>
        <w:t xml:space="preserve">, </w:t>
      </w:r>
      <w:proofErr w:type="spellStart"/>
      <w:r w:rsidRPr="00D73BDF">
        <w:rPr>
          <w:rFonts w:ascii="Sylfaen" w:hAnsi="Sylfaen" w:cs="Sylfaen"/>
          <w:sz w:val="18"/>
          <w:szCs w:val="18"/>
        </w:rPr>
        <w:t>შენარჩუნებული</w:t>
      </w:r>
      <w:proofErr w:type="spellEnd"/>
      <w:r w:rsidRPr="00D73BDF">
        <w:rPr>
          <w:rFonts w:cstheme="majorHAnsi"/>
          <w:sz w:val="18"/>
          <w:szCs w:val="18"/>
        </w:rPr>
        <w:t xml:space="preserve"> </w:t>
      </w:r>
      <w:proofErr w:type="spellStart"/>
      <w:r w:rsidRPr="00D73BDF">
        <w:rPr>
          <w:rFonts w:ascii="Sylfaen" w:hAnsi="Sylfaen" w:cs="Sylfaen"/>
          <w:sz w:val="18"/>
          <w:szCs w:val="18"/>
        </w:rPr>
        <w:t>იქნება</w:t>
      </w:r>
      <w:proofErr w:type="spellEnd"/>
      <w:r w:rsidRPr="00D73BDF">
        <w:rPr>
          <w:rFonts w:cstheme="majorHAnsi"/>
          <w:sz w:val="18"/>
          <w:szCs w:val="18"/>
        </w:rPr>
        <w:t xml:space="preserve"> </w:t>
      </w:r>
      <w:proofErr w:type="spellStart"/>
      <w:r w:rsidRPr="00D73BDF">
        <w:rPr>
          <w:rFonts w:ascii="Sylfaen" w:hAnsi="Sylfaen" w:cs="Sylfaen"/>
          <w:sz w:val="18"/>
          <w:szCs w:val="18"/>
        </w:rPr>
        <w:t>პირგასამტეხლოს</w:t>
      </w:r>
      <w:proofErr w:type="spellEnd"/>
      <w:r w:rsidRPr="00D73BDF">
        <w:rPr>
          <w:rFonts w:cstheme="majorHAnsi"/>
          <w:sz w:val="18"/>
          <w:szCs w:val="18"/>
        </w:rPr>
        <w:t xml:space="preserve"> </w:t>
      </w:r>
      <w:proofErr w:type="spellStart"/>
      <w:r w:rsidRPr="00D73BDF">
        <w:rPr>
          <w:rFonts w:ascii="Sylfaen" w:hAnsi="Sylfaen" w:cs="Sylfaen"/>
          <w:sz w:val="18"/>
          <w:szCs w:val="18"/>
        </w:rPr>
        <w:t>თანხის</w:t>
      </w:r>
      <w:proofErr w:type="spellEnd"/>
      <w:r w:rsidRPr="00D73BDF">
        <w:rPr>
          <w:rFonts w:cstheme="majorHAnsi"/>
          <w:sz w:val="18"/>
          <w:szCs w:val="18"/>
        </w:rPr>
        <w:t xml:space="preserve"> </w:t>
      </w:r>
      <w:proofErr w:type="spellStart"/>
      <w:r w:rsidRPr="00D73BDF">
        <w:rPr>
          <w:rFonts w:ascii="Sylfaen" w:hAnsi="Sylfaen" w:cs="Sylfaen"/>
          <w:sz w:val="18"/>
          <w:szCs w:val="18"/>
        </w:rPr>
        <w:t>გადახდევინებამდე</w:t>
      </w:r>
      <w:proofErr w:type="spellEnd"/>
      <w:r w:rsidRPr="00D73BDF">
        <w:rPr>
          <w:rFonts w:cstheme="majorHAnsi"/>
          <w:sz w:val="18"/>
          <w:szCs w:val="18"/>
        </w:rPr>
        <w:t>.</w:t>
      </w:r>
    </w:p>
    <w:p w14:paraId="71FB74A3" w14:textId="4254770D" w:rsidR="004B6084" w:rsidRDefault="00846B8F" w:rsidP="00185C20">
      <w:pPr>
        <w:jc w:val="both"/>
        <w:rPr>
          <w:rFonts w:cstheme="majorHAnsi"/>
          <w:sz w:val="18"/>
          <w:szCs w:val="18"/>
        </w:rPr>
      </w:pPr>
      <w:r>
        <w:rPr>
          <w:rFonts w:cstheme="majorHAnsi"/>
          <w:sz w:val="18"/>
          <w:szCs w:val="18"/>
          <w:lang w:val="ka-GE"/>
        </w:rPr>
        <w:t xml:space="preserve">3.3.19. </w:t>
      </w:r>
      <w:r w:rsidRPr="00846B8F">
        <w:rPr>
          <w:rFonts w:ascii="Sylfaen" w:hAnsi="Sylfaen" w:cs="Sylfaen"/>
          <w:sz w:val="18"/>
          <w:szCs w:val="18"/>
          <w:lang w:val="ka-GE"/>
        </w:rPr>
        <w:t>უზრუნველყოს</w:t>
      </w:r>
      <w:r w:rsidRPr="00846B8F">
        <w:rPr>
          <w:rFonts w:cstheme="majorHAnsi"/>
          <w:sz w:val="18"/>
          <w:szCs w:val="18"/>
          <w:lang w:val="ka-GE"/>
        </w:rPr>
        <w:t xml:space="preserve"> </w:t>
      </w:r>
      <w:r w:rsidRPr="00846B8F">
        <w:rPr>
          <w:rFonts w:ascii="Sylfaen" w:hAnsi="Sylfaen" w:cs="Sylfaen"/>
          <w:sz w:val="18"/>
          <w:szCs w:val="18"/>
          <w:lang w:val="ka-GE"/>
        </w:rPr>
        <w:t>პირადად</w:t>
      </w:r>
      <w:r w:rsidRPr="00846B8F">
        <w:rPr>
          <w:rFonts w:cstheme="majorHAnsi"/>
          <w:sz w:val="18"/>
          <w:szCs w:val="18"/>
          <w:lang w:val="ka-GE"/>
        </w:rPr>
        <w:t xml:space="preserve"> </w:t>
      </w:r>
      <w:r w:rsidRPr="00846B8F">
        <w:rPr>
          <w:rFonts w:ascii="Sylfaen" w:hAnsi="Sylfaen" w:cs="Sylfaen"/>
          <w:sz w:val="18"/>
          <w:szCs w:val="18"/>
          <w:lang w:val="ka-GE"/>
        </w:rPr>
        <w:t>და</w:t>
      </w:r>
      <w:r w:rsidRPr="00846B8F">
        <w:rPr>
          <w:rFonts w:cstheme="majorHAnsi"/>
          <w:sz w:val="18"/>
          <w:szCs w:val="18"/>
          <w:lang w:val="ka-GE"/>
        </w:rPr>
        <w:t xml:space="preserve"> </w:t>
      </w:r>
      <w:r w:rsidRPr="00846B8F">
        <w:rPr>
          <w:rFonts w:ascii="Sylfaen" w:hAnsi="Sylfaen" w:cs="Sylfaen"/>
          <w:sz w:val="18"/>
          <w:szCs w:val="18"/>
          <w:lang w:val="ka-GE"/>
        </w:rPr>
        <w:t>სამშენებლო</w:t>
      </w:r>
      <w:r w:rsidRPr="00846B8F">
        <w:rPr>
          <w:rFonts w:cstheme="majorHAnsi"/>
          <w:sz w:val="18"/>
          <w:szCs w:val="18"/>
          <w:lang w:val="ka-GE"/>
        </w:rPr>
        <w:t xml:space="preserve"> </w:t>
      </w:r>
      <w:r w:rsidRPr="00846B8F">
        <w:rPr>
          <w:rFonts w:ascii="Sylfaen" w:hAnsi="Sylfaen" w:cs="Sylfaen"/>
          <w:sz w:val="18"/>
          <w:szCs w:val="18"/>
          <w:lang w:val="ka-GE"/>
        </w:rPr>
        <w:t>მოედანზე</w:t>
      </w:r>
      <w:r w:rsidRPr="00846B8F">
        <w:rPr>
          <w:rFonts w:cstheme="majorHAnsi"/>
          <w:sz w:val="18"/>
          <w:szCs w:val="18"/>
          <w:lang w:val="ka-GE"/>
        </w:rPr>
        <w:t xml:space="preserve"> </w:t>
      </w:r>
      <w:r w:rsidRPr="00846B8F">
        <w:rPr>
          <w:rFonts w:ascii="Sylfaen" w:hAnsi="Sylfaen" w:cs="Sylfaen"/>
          <w:sz w:val="18"/>
          <w:szCs w:val="18"/>
          <w:lang w:val="ka-GE"/>
        </w:rPr>
        <w:t>დასაქმებული</w:t>
      </w:r>
      <w:r w:rsidRPr="00846B8F">
        <w:rPr>
          <w:rFonts w:cstheme="majorHAnsi"/>
          <w:sz w:val="18"/>
          <w:szCs w:val="18"/>
          <w:lang w:val="ka-GE"/>
        </w:rPr>
        <w:t xml:space="preserve"> </w:t>
      </w:r>
      <w:r w:rsidRPr="00846B8F">
        <w:rPr>
          <w:rFonts w:ascii="Sylfaen" w:hAnsi="Sylfaen" w:cs="Sylfaen"/>
          <w:sz w:val="18"/>
          <w:szCs w:val="18"/>
          <w:lang w:val="ka-GE"/>
        </w:rPr>
        <w:t>პირების</w:t>
      </w:r>
      <w:r w:rsidRPr="00846B8F">
        <w:rPr>
          <w:rFonts w:cstheme="majorHAnsi"/>
          <w:sz w:val="18"/>
          <w:szCs w:val="18"/>
          <w:lang w:val="ka-GE"/>
        </w:rPr>
        <w:t xml:space="preserve"> </w:t>
      </w:r>
      <w:r w:rsidRPr="00846B8F">
        <w:rPr>
          <w:rFonts w:ascii="Sylfaen" w:hAnsi="Sylfaen" w:cs="Sylfaen"/>
          <w:sz w:val="18"/>
          <w:szCs w:val="18"/>
          <w:lang w:val="ka-GE"/>
        </w:rPr>
        <w:t>მხრიდან</w:t>
      </w:r>
      <w:r w:rsidRPr="00846B8F">
        <w:rPr>
          <w:rFonts w:cstheme="majorHAnsi"/>
          <w:sz w:val="18"/>
          <w:szCs w:val="18"/>
          <w:lang w:val="ka-GE"/>
        </w:rPr>
        <w:t xml:space="preserve"> </w:t>
      </w:r>
      <w:r w:rsidRPr="00846B8F">
        <w:rPr>
          <w:rFonts w:ascii="Sylfaen" w:hAnsi="Sylfaen" w:cs="Sylfaen"/>
          <w:sz w:val="18"/>
          <w:szCs w:val="18"/>
          <w:lang w:val="ka-GE"/>
        </w:rPr>
        <w:t>მესამე</w:t>
      </w:r>
      <w:r w:rsidRPr="00846B8F">
        <w:rPr>
          <w:rFonts w:cstheme="majorHAnsi"/>
          <w:sz w:val="18"/>
          <w:szCs w:val="18"/>
          <w:lang w:val="ka-GE"/>
        </w:rPr>
        <w:t xml:space="preserve"> </w:t>
      </w:r>
      <w:r w:rsidRPr="00846B8F">
        <w:rPr>
          <w:rFonts w:ascii="Sylfaen" w:hAnsi="Sylfaen" w:cs="Sylfaen"/>
          <w:sz w:val="18"/>
          <w:szCs w:val="18"/>
          <w:lang w:val="ka-GE"/>
        </w:rPr>
        <w:t>პირთა</w:t>
      </w:r>
      <w:r w:rsidRPr="00846B8F">
        <w:rPr>
          <w:rFonts w:cstheme="majorHAnsi"/>
          <w:sz w:val="18"/>
          <w:szCs w:val="18"/>
          <w:lang w:val="ka-GE"/>
        </w:rPr>
        <w:t xml:space="preserve"> (</w:t>
      </w:r>
      <w:r w:rsidRPr="00846B8F">
        <w:rPr>
          <w:rFonts w:ascii="Sylfaen" w:hAnsi="Sylfaen" w:cs="Sylfaen"/>
          <w:sz w:val="18"/>
          <w:szCs w:val="18"/>
          <w:lang w:val="ka-GE"/>
        </w:rPr>
        <w:t>მათ</w:t>
      </w:r>
      <w:r w:rsidRPr="00846B8F">
        <w:rPr>
          <w:rFonts w:cstheme="majorHAnsi"/>
          <w:sz w:val="18"/>
          <w:szCs w:val="18"/>
          <w:lang w:val="ka-GE"/>
        </w:rPr>
        <w:t xml:space="preserve"> </w:t>
      </w:r>
      <w:r w:rsidRPr="00846B8F">
        <w:rPr>
          <w:rFonts w:ascii="Sylfaen" w:hAnsi="Sylfaen" w:cs="Sylfaen"/>
          <w:sz w:val="18"/>
          <w:szCs w:val="18"/>
          <w:lang w:val="ka-GE"/>
        </w:rPr>
        <w:t>შორის</w:t>
      </w:r>
      <w:r w:rsidRPr="00846B8F">
        <w:rPr>
          <w:rFonts w:cstheme="majorHAnsi"/>
          <w:sz w:val="18"/>
          <w:szCs w:val="18"/>
          <w:lang w:val="ka-GE"/>
        </w:rPr>
        <w:t xml:space="preserve">: </w:t>
      </w:r>
      <w:r w:rsidRPr="00846B8F">
        <w:rPr>
          <w:rFonts w:ascii="Sylfaen" w:hAnsi="Sylfaen" w:cs="Sylfaen"/>
          <w:sz w:val="18"/>
          <w:szCs w:val="18"/>
          <w:lang w:val="ka-GE"/>
        </w:rPr>
        <w:t>დამკვეთის</w:t>
      </w:r>
      <w:r w:rsidRPr="00846B8F">
        <w:rPr>
          <w:rFonts w:cstheme="majorHAnsi"/>
          <w:sz w:val="18"/>
          <w:szCs w:val="18"/>
          <w:lang w:val="ka-GE"/>
        </w:rPr>
        <w:t xml:space="preserve"> </w:t>
      </w:r>
      <w:r w:rsidRPr="00846B8F">
        <w:rPr>
          <w:rFonts w:ascii="Sylfaen" w:hAnsi="Sylfaen" w:cs="Sylfaen"/>
          <w:sz w:val="18"/>
          <w:szCs w:val="18"/>
          <w:lang w:val="ka-GE"/>
        </w:rPr>
        <w:t>პოტენციური</w:t>
      </w:r>
      <w:r w:rsidRPr="00846B8F">
        <w:rPr>
          <w:rFonts w:cstheme="majorHAnsi"/>
          <w:sz w:val="18"/>
          <w:szCs w:val="18"/>
          <w:lang w:val="ka-GE"/>
        </w:rPr>
        <w:t xml:space="preserve"> </w:t>
      </w:r>
      <w:r w:rsidRPr="00846B8F">
        <w:rPr>
          <w:rFonts w:ascii="Sylfaen" w:hAnsi="Sylfaen" w:cs="Sylfaen"/>
          <w:sz w:val="18"/>
          <w:szCs w:val="18"/>
          <w:lang w:val="ka-GE"/>
        </w:rPr>
        <w:t>ან</w:t>
      </w:r>
      <w:r w:rsidRPr="00846B8F">
        <w:rPr>
          <w:rFonts w:cstheme="majorHAnsi"/>
          <w:sz w:val="18"/>
          <w:szCs w:val="18"/>
          <w:lang w:val="ka-GE"/>
        </w:rPr>
        <w:t xml:space="preserve"> </w:t>
      </w:r>
      <w:r w:rsidRPr="00846B8F">
        <w:rPr>
          <w:rFonts w:ascii="Sylfaen" w:hAnsi="Sylfaen" w:cs="Sylfaen"/>
          <w:sz w:val="18"/>
          <w:szCs w:val="18"/>
          <w:lang w:val="ka-GE"/>
        </w:rPr>
        <w:t>არსებული</w:t>
      </w:r>
      <w:r w:rsidRPr="00846B8F">
        <w:rPr>
          <w:rFonts w:cstheme="majorHAnsi"/>
          <w:sz w:val="18"/>
          <w:szCs w:val="18"/>
          <w:lang w:val="ka-GE"/>
        </w:rPr>
        <w:t xml:space="preserve"> </w:t>
      </w:r>
      <w:r w:rsidRPr="00846B8F">
        <w:rPr>
          <w:rFonts w:ascii="Sylfaen" w:hAnsi="Sylfaen" w:cs="Sylfaen"/>
          <w:sz w:val="18"/>
          <w:szCs w:val="18"/>
          <w:lang w:val="ka-GE"/>
        </w:rPr>
        <w:t>კლიენტები</w:t>
      </w:r>
      <w:r w:rsidRPr="00846B8F">
        <w:rPr>
          <w:rFonts w:cstheme="majorHAnsi"/>
          <w:sz w:val="18"/>
          <w:szCs w:val="18"/>
          <w:lang w:val="ka-GE"/>
        </w:rPr>
        <w:t xml:space="preserve">, </w:t>
      </w:r>
      <w:r w:rsidRPr="00846B8F">
        <w:rPr>
          <w:rFonts w:ascii="Sylfaen" w:hAnsi="Sylfaen" w:cs="Sylfaen"/>
          <w:sz w:val="18"/>
          <w:szCs w:val="18"/>
          <w:lang w:val="ka-GE"/>
        </w:rPr>
        <w:t>მეზობელი</w:t>
      </w:r>
      <w:r w:rsidRPr="00846B8F">
        <w:rPr>
          <w:rFonts w:cstheme="majorHAnsi"/>
          <w:sz w:val="18"/>
          <w:szCs w:val="18"/>
          <w:lang w:val="ka-GE"/>
        </w:rPr>
        <w:t xml:space="preserve"> </w:t>
      </w:r>
      <w:r w:rsidRPr="00846B8F">
        <w:rPr>
          <w:rFonts w:ascii="Sylfaen" w:hAnsi="Sylfaen" w:cs="Sylfaen"/>
          <w:sz w:val="18"/>
          <w:szCs w:val="18"/>
          <w:lang w:val="ka-GE"/>
        </w:rPr>
        <w:t>ნაკვეთების</w:t>
      </w:r>
      <w:r w:rsidRPr="00846B8F">
        <w:rPr>
          <w:rFonts w:cstheme="majorHAnsi"/>
          <w:sz w:val="18"/>
          <w:szCs w:val="18"/>
          <w:lang w:val="ka-GE"/>
        </w:rPr>
        <w:t xml:space="preserve"> </w:t>
      </w:r>
      <w:r w:rsidRPr="00846B8F">
        <w:rPr>
          <w:rFonts w:ascii="Sylfaen" w:hAnsi="Sylfaen" w:cs="Sylfaen"/>
          <w:sz w:val="18"/>
          <w:szCs w:val="18"/>
          <w:lang w:val="ka-GE"/>
        </w:rPr>
        <w:t>მესაკუთრეები</w:t>
      </w:r>
      <w:r w:rsidRPr="00846B8F">
        <w:rPr>
          <w:rFonts w:cstheme="majorHAnsi"/>
          <w:sz w:val="18"/>
          <w:szCs w:val="18"/>
          <w:lang w:val="ka-GE"/>
        </w:rPr>
        <w:t xml:space="preserve"> </w:t>
      </w:r>
      <w:r w:rsidRPr="00846B8F">
        <w:rPr>
          <w:rFonts w:ascii="Sylfaen" w:hAnsi="Sylfaen" w:cs="Sylfaen"/>
          <w:sz w:val="18"/>
          <w:szCs w:val="18"/>
          <w:lang w:val="ka-GE"/>
        </w:rPr>
        <w:t>და</w:t>
      </w:r>
      <w:r w:rsidRPr="00846B8F">
        <w:rPr>
          <w:rFonts w:cstheme="majorHAnsi"/>
          <w:sz w:val="18"/>
          <w:szCs w:val="18"/>
          <w:lang w:val="ka-GE"/>
        </w:rPr>
        <w:t xml:space="preserve"> </w:t>
      </w:r>
      <w:r w:rsidRPr="00846B8F">
        <w:rPr>
          <w:rFonts w:ascii="Sylfaen" w:hAnsi="Sylfaen" w:cs="Sylfaen"/>
          <w:sz w:val="18"/>
          <w:szCs w:val="18"/>
          <w:lang w:val="ka-GE"/>
        </w:rPr>
        <w:t>ა</w:t>
      </w:r>
      <w:r w:rsidRPr="00846B8F">
        <w:rPr>
          <w:rFonts w:cstheme="majorHAnsi"/>
          <w:sz w:val="18"/>
          <w:szCs w:val="18"/>
          <w:lang w:val="ka-GE"/>
        </w:rPr>
        <w:t>.</w:t>
      </w:r>
      <w:r w:rsidRPr="00846B8F">
        <w:rPr>
          <w:rFonts w:ascii="Sylfaen" w:hAnsi="Sylfaen" w:cs="Sylfaen"/>
          <w:sz w:val="18"/>
          <w:szCs w:val="18"/>
          <w:lang w:val="ka-GE"/>
        </w:rPr>
        <w:t>შ</w:t>
      </w:r>
      <w:r w:rsidRPr="00846B8F">
        <w:rPr>
          <w:rFonts w:cstheme="majorHAnsi"/>
          <w:sz w:val="18"/>
          <w:szCs w:val="18"/>
          <w:lang w:val="ka-GE"/>
        </w:rPr>
        <w:t xml:space="preserve">.) </w:t>
      </w:r>
      <w:r w:rsidRPr="00846B8F">
        <w:rPr>
          <w:rFonts w:ascii="Sylfaen" w:hAnsi="Sylfaen" w:cs="Sylfaen"/>
          <w:sz w:val="18"/>
          <w:szCs w:val="18"/>
          <w:lang w:val="ka-GE"/>
        </w:rPr>
        <w:t>მიმართ</w:t>
      </w:r>
      <w:r w:rsidRPr="00846B8F">
        <w:rPr>
          <w:rFonts w:cstheme="majorHAnsi"/>
          <w:sz w:val="18"/>
          <w:szCs w:val="18"/>
          <w:lang w:val="ka-GE"/>
        </w:rPr>
        <w:t xml:space="preserve"> </w:t>
      </w:r>
      <w:r w:rsidRPr="00846B8F">
        <w:rPr>
          <w:rFonts w:ascii="Sylfaen" w:hAnsi="Sylfaen" w:cs="Sylfaen"/>
          <w:sz w:val="18"/>
          <w:szCs w:val="18"/>
          <w:lang w:val="ka-GE"/>
        </w:rPr>
        <w:t>ნებისმიერი</w:t>
      </w:r>
      <w:r w:rsidRPr="00846B8F">
        <w:rPr>
          <w:rFonts w:cstheme="majorHAnsi"/>
          <w:sz w:val="18"/>
          <w:szCs w:val="18"/>
          <w:lang w:val="ka-GE"/>
        </w:rPr>
        <w:t xml:space="preserve"> </w:t>
      </w:r>
      <w:r w:rsidRPr="00846B8F">
        <w:rPr>
          <w:rFonts w:ascii="Sylfaen" w:hAnsi="Sylfaen" w:cs="Sylfaen"/>
          <w:sz w:val="18"/>
          <w:szCs w:val="18"/>
          <w:lang w:val="ka-GE"/>
        </w:rPr>
        <w:t>სახის</w:t>
      </w:r>
      <w:r w:rsidRPr="00846B8F">
        <w:rPr>
          <w:rFonts w:cstheme="majorHAnsi"/>
          <w:sz w:val="18"/>
          <w:szCs w:val="18"/>
          <w:lang w:val="ka-GE"/>
        </w:rPr>
        <w:t xml:space="preserve"> </w:t>
      </w:r>
      <w:r w:rsidRPr="00846B8F">
        <w:rPr>
          <w:rFonts w:ascii="Sylfaen" w:hAnsi="Sylfaen" w:cs="Sylfaen"/>
          <w:sz w:val="18"/>
          <w:szCs w:val="18"/>
          <w:lang w:val="ka-GE"/>
        </w:rPr>
        <w:t>ინფორმაციის</w:t>
      </w:r>
      <w:r w:rsidRPr="00846B8F">
        <w:rPr>
          <w:rFonts w:cstheme="majorHAnsi"/>
          <w:sz w:val="18"/>
          <w:szCs w:val="18"/>
          <w:lang w:val="ka-GE"/>
        </w:rPr>
        <w:t xml:space="preserve"> </w:t>
      </w:r>
      <w:r w:rsidRPr="00846B8F">
        <w:rPr>
          <w:rFonts w:ascii="Sylfaen" w:hAnsi="Sylfaen" w:cs="Sylfaen"/>
          <w:sz w:val="18"/>
          <w:szCs w:val="18"/>
          <w:lang w:val="ka-GE"/>
        </w:rPr>
        <w:t>ან</w:t>
      </w:r>
      <w:r w:rsidRPr="00846B8F">
        <w:rPr>
          <w:rFonts w:cstheme="majorHAnsi"/>
          <w:sz w:val="18"/>
          <w:szCs w:val="18"/>
          <w:lang w:val="ka-GE"/>
        </w:rPr>
        <w:t xml:space="preserve"> </w:t>
      </w:r>
      <w:r w:rsidRPr="00846B8F">
        <w:rPr>
          <w:rFonts w:ascii="Sylfaen" w:hAnsi="Sylfaen" w:cs="Sylfaen"/>
          <w:sz w:val="18"/>
          <w:szCs w:val="18"/>
          <w:lang w:val="ka-GE"/>
        </w:rPr>
        <w:t>დეზინფორმაციის</w:t>
      </w:r>
      <w:r w:rsidRPr="00846B8F">
        <w:rPr>
          <w:rFonts w:cstheme="majorHAnsi"/>
          <w:sz w:val="18"/>
          <w:szCs w:val="18"/>
          <w:lang w:val="ka-GE"/>
        </w:rPr>
        <w:t xml:space="preserve"> </w:t>
      </w:r>
      <w:r w:rsidRPr="00846B8F">
        <w:rPr>
          <w:rFonts w:ascii="Sylfaen" w:hAnsi="Sylfaen" w:cs="Sylfaen"/>
          <w:sz w:val="18"/>
          <w:szCs w:val="18"/>
          <w:lang w:val="ka-GE"/>
        </w:rPr>
        <w:t>გაუვრცელებლობა</w:t>
      </w:r>
      <w:r w:rsidRPr="00846B8F">
        <w:rPr>
          <w:rFonts w:cstheme="majorHAnsi"/>
          <w:sz w:val="18"/>
          <w:szCs w:val="18"/>
          <w:lang w:val="ka-GE"/>
        </w:rPr>
        <w:t xml:space="preserve">, </w:t>
      </w:r>
      <w:r w:rsidRPr="00846B8F">
        <w:rPr>
          <w:rFonts w:ascii="Sylfaen" w:hAnsi="Sylfaen" w:cs="Sylfaen"/>
          <w:sz w:val="18"/>
          <w:szCs w:val="18"/>
          <w:lang w:val="ka-GE"/>
        </w:rPr>
        <w:t>მათ</w:t>
      </w:r>
      <w:r w:rsidRPr="00846B8F">
        <w:rPr>
          <w:rFonts w:cstheme="majorHAnsi"/>
          <w:sz w:val="18"/>
          <w:szCs w:val="18"/>
          <w:lang w:val="ka-GE"/>
        </w:rPr>
        <w:t xml:space="preserve"> </w:t>
      </w:r>
      <w:r w:rsidRPr="00846B8F">
        <w:rPr>
          <w:rFonts w:ascii="Sylfaen" w:hAnsi="Sylfaen" w:cs="Sylfaen"/>
          <w:sz w:val="18"/>
          <w:szCs w:val="18"/>
          <w:lang w:val="ka-GE"/>
        </w:rPr>
        <w:t>შორის</w:t>
      </w:r>
      <w:r w:rsidRPr="00846B8F">
        <w:rPr>
          <w:rFonts w:cstheme="majorHAnsi"/>
          <w:sz w:val="18"/>
          <w:szCs w:val="18"/>
          <w:lang w:val="ka-GE"/>
        </w:rPr>
        <w:t xml:space="preserve"> </w:t>
      </w:r>
      <w:r w:rsidRPr="00846B8F">
        <w:rPr>
          <w:rFonts w:ascii="Sylfaen" w:hAnsi="Sylfaen" w:cs="Sylfaen"/>
          <w:sz w:val="18"/>
          <w:szCs w:val="18"/>
          <w:lang w:val="ka-GE"/>
        </w:rPr>
        <w:t>ინფორმაცია</w:t>
      </w:r>
      <w:r w:rsidRPr="00846B8F">
        <w:rPr>
          <w:rFonts w:cstheme="majorHAnsi"/>
          <w:sz w:val="18"/>
          <w:szCs w:val="18"/>
          <w:lang w:val="ka-GE"/>
        </w:rPr>
        <w:t xml:space="preserve"> </w:t>
      </w:r>
      <w:r w:rsidRPr="00846B8F">
        <w:rPr>
          <w:rFonts w:ascii="Sylfaen" w:hAnsi="Sylfaen" w:cs="Sylfaen"/>
          <w:sz w:val="18"/>
          <w:szCs w:val="18"/>
          <w:lang w:val="ka-GE"/>
        </w:rPr>
        <w:t>მშენებლობის</w:t>
      </w:r>
      <w:r w:rsidRPr="00846B8F">
        <w:rPr>
          <w:rFonts w:cstheme="majorHAnsi"/>
          <w:sz w:val="18"/>
          <w:szCs w:val="18"/>
          <w:lang w:val="ka-GE"/>
        </w:rPr>
        <w:t xml:space="preserve"> </w:t>
      </w:r>
      <w:r w:rsidRPr="00846B8F">
        <w:rPr>
          <w:rFonts w:ascii="Sylfaen" w:hAnsi="Sylfaen" w:cs="Sylfaen"/>
          <w:sz w:val="18"/>
          <w:szCs w:val="18"/>
          <w:lang w:val="ka-GE"/>
        </w:rPr>
        <w:t>მიმდინარეობაზე</w:t>
      </w:r>
      <w:r w:rsidRPr="00846B8F">
        <w:rPr>
          <w:rFonts w:cstheme="majorHAnsi"/>
          <w:sz w:val="18"/>
          <w:szCs w:val="18"/>
          <w:lang w:val="ka-GE"/>
        </w:rPr>
        <w:t xml:space="preserve">, </w:t>
      </w:r>
      <w:r w:rsidRPr="00846B8F">
        <w:rPr>
          <w:rFonts w:ascii="Sylfaen" w:hAnsi="Sylfaen" w:cs="Sylfaen"/>
          <w:sz w:val="18"/>
          <w:szCs w:val="18"/>
          <w:lang w:val="ka-GE"/>
        </w:rPr>
        <w:t>ვადებზე</w:t>
      </w:r>
      <w:r w:rsidRPr="00846B8F">
        <w:rPr>
          <w:rFonts w:cstheme="majorHAnsi"/>
          <w:sz w:val="18"/>
          <w:szCs w:val="18"/>
          <w:lang w:val="ka-GE"/>
        </w:rPr>
        <w:t xml:space="preserve">, </w:t>
      </w:r>
      <w:r w:rsidRPr="00846B8F">
        <w:rPr>
          <w:rFonts w:ascii="Sylfaen" w:hAnsi="Sylfaen" w:cs="Sylfaen"/>
          <w:sz w:val="18"/>
          <w:szCs w:val="18"/>
          <w:lang w:val="ka-GE"/>
        </w:rPr>
        <w:t>მასალებზე</w:t>
      </w:r>
      <w:r w:rsidRPr="00846B8F">
        <w:rPr>
          <w:rFonts w:cstheme="majorHAnsi"/>
          <w:sz w:val="18"/>
          <w:szCs w:val="18"/>
          <w:lang w:val="ka-GE"/>
        </w:rPr>
        <w:t xml:space="preserve"> </w:t>
      </w:r>
      <w:r w:rsidRPr="00846B8F">
        <w:rPr>
          <w:rFonts w:ascii="Sylfaen" w:hAnsi="Sylfaen" w:cs="Sylfaen"/>
          <w:sz w:val="18"/>
          <w:szCs w:val="18"/>
          <w:lang w:val="ka-GE"/>
        </w:rPr>
        <w:t>და</w:t>
      </w:r>
      <w:r w:rsidRPr="00846B8F">
        <w:rPr>
          <w:rFonts w:cstheme="majorHAnsi"/>
          <w:sz w:val="18"/>
          <w:szCs w:val="18"/>
          <w:lang w:val="ka-GE"/>
        </w:rPr>
        <w:t xml:space="preserve"> </w:t>
      </w:r>
      <w:r w:rsidRPr="00846B8F">
        <w:rPr>
          <w:rFonts w:ascii="Sylfaen" w:hAnsi="Sylfaen" w:cs="Sylfaen"/>
          <w:sz w:val="18"/>
          <w:szCs w:val="18"/>
          <w:lang w:val="ka-GE"/>
        </w:rPr>
        <w:t>ა</w:t>
      </w:r>
      <w:r w:rsidRPr="00846B8F">
        <w:rPr>
          <w:rFonts w:cstheme="majorHAnsi"/>
          <w:sz w:val="18"/>
          <w:szCs w:val="18"/>
          <w:lang w:val="ka-GE"/>
        </w:rPr>
        <w:t>.</w:t>
      </w:r>
      <w:r w:rsidRPr="00846B8F">
        <w:rPr>
          <w:rFonts w:ascii="Sylfaen" w:hAnsi="Sylfaen" w:cs="Sylfaen"/>
          <w:sz w:val="18"/>
          <w:szCs w:val="18"/>
          <w:lang w:val="ka-GE"/>
        </w:rPr>
        <w:t>შ</w:t>
      </w:r>
      <w:r w:rsidRPr="00846B8F">
        <w:rPr>
          <w:rFonts w:cstheme="majorHAnsi"/>
          <w:sz w:val="18"/>
          <w:szCs w:val="18"/>
          <w:lang w:val="ka-GE"/>
        </w:rPr>
        <w:t>.</w:t>
      </w:r>
    </w:p>
    <w:p w14:paraId="2DF59B52" w14:textId="77777777" w:rsidR="00DD0C81" w:rsidRPr="00D73BDF" w:rsidRDefault="00DD0C81" w:rsidP="00185C20">
      <w:pPr>
        <w:jc w:val="both"/>
        <w:rPr>
          <w:rFonts w:cstheme="majorHAnsi"/>
          <w:sz w:val="18"/>
          <w:szCs w:val="18"/>
        </w:rPr>
      </w:pPr>
    </w:p>
    <w:p w14:paraId="56B67E62" w14:textId="5A4AE28F" w:rsidR="004B6084" w:rsidRPr="00353196" w:rsidRDefault="00A74260" w:rsidP="00185C20">
      <w:pPr>
        <w:pStyle w:val="ListParagraph"/>
        <w:numPr>
          <w:ilvl w:val="0"/>
          <w:numId w:val="13"/>
        </w:numPr>
        <w:jc w:val="both"/>
        <w:rPr>
          <w:rFonts w:cstheme="majorHAnsi"/>
          <w:b/>
          <w:bCs/>
          <w:sz w:val="20"/>
          <w:szCs w:val="20"/>
        </w:rPr>
      </w:pPr>
      <w:proofErr w:type="spellStart"/>
      <w:r w:rsidRPr="00353196">
        <w:rPr>
          <w:rFonts w:ascii="Sylfaen" w:hAnsi="Sylfaen" w:cs="Sylfaen"/>
          <w:b/>
          <w:bCs/>
          <w:sz w:val="20"/>
          <w:szCs w:val="20"/>
        </w:rPr>
        <w:t>ფასი</w:t>
      </w:r>
      <w:proofErr w:type="spellEnd"/>
      <w:r w:rsidRPr="00353196">
        <w:rPr>
          <w:rFonts w:cstheme="majorHAnsi"/>
          <w:b/>
          <w:bCs/>
          <w:sz w:val="20"/>
          <w:szCs w:val="20"/>
        </w:rPr>
        <w:t xml:space="preserve"> </w:t>
      </w:r>
      <w:proofErr w:type="spellStart"/>
      <w:r w:rsidRPr="00353196">
        <w:rPr>
          <w:rFonts w:ascii="Sylfaen" w:hAnsi="Sylfaen" w:cs="Sylfaen"/>
          <w:b/>
          <w:bCs/>
          <w:sz w:val="20"/>
          <w:szCs w:val="20"/>
        </w:rPr>
        <w:t>და</w:t>
      </w:r>
      <w:proofErr w:type="spellEnd"/>
      <w:r w:rsidRPr="00353196">
        <w:rPr>
          <w:rFonts w:cstheme="majorHAnsi"/>
          <w:b/>
          <w:bCs/>
          <w:sz w:val="20"/>
          <w:szCs w:val="20"/>
        </w:rPr>
        <w:t xml:space="preserve"> </w:t>
      </w:r>
      <w:proofErr w:type="spellStart"/>
      <w:r w:rsidRPr="00353196">
        <w:rPr>
          <w:rFonts w:ascii="Sylfaen" w:hAnsi="Sylfaen" w:cs="Sylfaen"/>
          <w:b/>
          <w:bCs/>
          <w:sz w:val="20"/>
          <w:szCs w:val="20"/>
        </w:rPr>
        <w:t>გადახდის</w:t>
      </w:r>
      <w:proofErr w:type="spellEnd"/>
      <w:r w:rsidRPr="00353196">
        <w:rPr>
          <w:rFonts w:cstheme="majorHAnsi"/>
          <w:b/>
          <w:bCs/>
          <w:sz w:val="20"/>
          <w:szCs w:val="20"/>
        </w:rPr>
        <w:t xml:space="preserve"> </w:t>
      </w:r>
      <w:proofErr w:type="spellStart"/>
      <w:r w:rsidRPr="00353196">
        <w:rPr>
          <w:rFonts w:ascii="Sylfaen" w:hAnsi="Sylfaen" w:cs="Sylfaen"/>
          <w:b/>
          <w:bCs/>
          <w:sz w:val="20"/>
          <w:szCs w:val="20"/>
        </w:rPr>
        <w:t>პირობები</w:t>
      </w:r>
      <w:proofErr w:type="spellEnd"/>
      <w:r w:rsidRPr="00353196">
        <w:rPr>
          <w:rFonts w:cstheme="majorHAnsi"/>
          <w:b/>
          <w:bCs/>
          <w:sz w:val="20"/>
          <w:szCs w:val="20"/>
        </w:rPr>
        <w:t xml:space="preserve"> </w:t>
      </w:r>
    </w:p>
    <w:p w14:paraId="321B6878" w14:textId="77777777" w:rsidR="004B6084" w:rsidRPr="00353196" w:rsidRDefault="00A74260" w:rsidP="00185C20">
      <w:pPr>
        <w:jc w:val="both"/>
        <w:rPr>
          <w:rFonts w:cstheme="majorHAnsi"/>
          <w:b/>
          <w:bCs/>
          <w:sz w:val="18"/>
          <w:szCs w:val="18"/>
          <w:u w:val="single"/>
        </w:rPr>
      </w:pPr>
      <w:proofErr w:type="spellStart"/>
      <w:r w:rsidRPr="00353196">
        <w:rPr>
          <w:rFonts w:ascii="Sylfaen" w:hAnsi="Sylfaen" w:cs="Sylfaen"/>
          <w:b/>
          <w:bCs/>
          <w:sz w:val="18"/>
          <w:szCs w:val="18"/>
          <w:u w:val="single"/>
        </w:rPr>
        <w:t>სამუშაოს</w:t>
      </w:r>
      <w:proofErr w:type="spellEnd"/>
      <w:r w:rsidRPr="00353196">
        <w:rPr>
          <w:rFonts w:cstheme="majorHAnsi"/>
          <w:b/>
          <w:bCs/>
          <w:sz w:val="18"/>
          <w:szCs w:val="18"/>
          <w:u w:val="single"/>
        </w:rPr>
        <w:t xml:space="preserve"> </w:t>
      </w:r>
      <w:proofErr w:type="spellStart"/>
      <w:r w:rsidRPr="00353196">
        <w:rPr>
          <w:rFonts w:ascii="Sylfaen" w:hAnsi="Sylfaen" w:cs="Sylfaen"/>
          <w:b/>
          <w:bCs/>
          <w:sz w:val="18"/>
          <w:szCs w:val="18"/>
          <w:u w:val="single"/>
        </w:rPr>
        <w:t>ღირებულება</w:t>
      </w:r>
      <w:proofErr w:type="spellEnd"/>
      <w:r w:rsidRPr="00353196">
        <w:rPr>
          <w:rFonts w:cstheme="majorHAnsi"/>
          <w:b/>
          <w:bCs/>
          <w:sz w:val="18"/>
          <w:szCs w:val="18"/>
          <w:u w:val="single"/>
        </w:rPr>
        <w:t>:</w:t>
      </w:r>
    </w:p>
    <w:p w14:paraId="31198114" w14:textId="711632E4" w:rsidR="004B6084" w:rsidRPr="00353196" w:rsidRDefault="00A74260" w:rsidP="00125F84">
      <w:pPr>
        <w:pStyle w:val="ListParagraph"/>
        <w:numPr>
          <w:ilvl w:val="1"/>
          <w:numId w:val="13"/>
        </w:numPr>
        <w:ind w:left="360"/>
        <w:jc w:val="both"/>
        <w:rPr>
          <w:rFonts w:cstheme="majorHAnsi"/>
          <w:sz w:val="18"/>
          <w:szCs w:val="18"/>
        </w:rPr>
      </w:pPr>
      <w:proofErr w:type="spellStart"/>
      <w:r w:rsidRPr="00353196">
        <w:rPr>
          <w:rFonts w:ascii="Sylfaen" w:hAnsi="Sylfaen" w:cs="Sylfaen"/>
          <w:sz w:val="18"/>
          <w:szCs w:val="18"/>
        </w:rPr>
        <w:t>წინამდებარე</w:t>
      </w:r>
      <w:proofErr w:type="spellEnd"/>
      <w:r w:rsidRPr="00353196">
        <w:rPr>
          <w:rFonts w:cstheme="majorHAnsi"/>
          <w:sz w:val="18"/>
          <w:szCs w:val="18"/>
        </w:rPr>
        <w:t xml:space="preserve"> </w:t>
      </w:r>
      <w:proofErr w:type="spellStart"/>
      <w:r w:rsidRPr="00353196">
        <w:rPr>
          <w:rFonts w:ascii="Sylfaen" w:hAnsi="Sylfaen" w:cs="Sylfaen"/>
          <w:sz w:val="18"/>
          <w:szCs w:val="18"/>
        </w:rPr>
        <w:t>ხელშეკრულებით</w:t>
      </w:r>
      <w:proofErr w:type="spellEnd"/>
      <w:r w:rsidRPr="00353196">
        <w:rPr>
          <w:rFonts w:cstheme="majorHAnsi"/>
          <w:sz w:val="18"/>
          <w:szCs w:val="18"/>
        </w:rPr>
        <w:t xml:space="preserve"> </w:t>
      </w:r>
      <w:proofErr w:type="spellStart"/>
      <w:r w:rsidRPr="00353196">
        <w:rPr>
          <w:rFonts w:ascii="Sylfaen" w:hAnsi="Sylfaen" w:cs="Sylfaen"/>
          <w:sz w:val="18"/>
          <w:szCs w:val="18"/>
        </w:rPr>
        <w:t>განსაზღვრული</w:t>
      </w:r>
      <w:proofErr w:type="spellEnd"/>
      <w:r w:rsidRPr="00353196">
        <w:rPr>
          <w:rFonts w:cstheme="majorHAnsi"/>
          <w:sz w:val="18"/>
          <w:szCs w:val="18"/>
        </w:rPr>
        <w:t xml:space="preserve"> </w:t>
      </w:r>
      <w:proofErr w:type="spellStart"/>
      <w:r w:rsidRPr="00353196">
        <w:rPr>
          <w:rFonts w:ascii="Sylfaen" w:hAnsi="Sylfaen" w:cs="Sylfaen"/>
          <w:sz w:val="18"/>
          <w:szCs w:val="18"/>
        </w:rPr>
        <w:t>სამუშაოების</w:t>
      </w:r>
      <w:proofErr w:type="spellEnd"/>
      <w:r w:rsidRPr="00353196">
        <w:rPr>
          <w:rFonts w:cstheme="majorHAnsi"/>
          <w:sz w:val="18"/>
          <w:szCs w:val="18"/>
        </w:rPr>
        <w:t xml:space="preserve"> </w:t>
      </w:r>
      <w:proofErr w:type="spellStart"/>
      <w:r w:rsidRPr="00353196">
        <w:rPr>
          <w:rFonts w:ascii="Sylfaen" w:hAnsi="Sylfaen" w:cs="Sylfaen"/>
          <w:sz w:val="18"/>
          <w:szCs w:val="18"/>
        </w:rPr>
        <w:t>მთლიანი</w:t>
      </w:r>
      <w:proofErr w:type="spellEnd"/>
      <w:r w:rsidRPr="00353196">
        <w:rPr>
          <w:rFonts w:cstheme="majorHAnsi"/>
          <w:sz w:val="18"/>
          <w:szCs w:val="18"/>
        </w:rPr>
        <w:t xml:space="preserve"> </w:t>
      </w:r>
      <w:proofErr w:type="spellStart"/>
      <w:r w:rsidRPr="00353196">
        <w:rPr>
          <w:rFonts w:ascii="Sylfaen" w:hAnsi="Sylfaen" w:cs="Sylfaen"/>
          <w:sz w:val="18"/>
          <w:szCs w:val="18"/>
        </w:rPr>
        <w:t>ღირებულება</w:t>
      </w:r>
      <w:proofErr w:type="spellEnd"/>
      <w:r w:rsidRPr="00353196">
        <w:rPr>
          <w:rFonts w:cstheme="majorHAnsi"/>
          <w:sz w:val="18"/>
          <w:szCs w:val="18"/>
        </w:rPr>
        <w:t xml:space="preserve">, </w:t>
      </w:r>
      <w:r w:rsidR="000A5EC2">
        <w:rPr>
          <w:rFonts w:ascii="Sylfaen" w:hAnsi="Sylfaen" w:cs="Sylfaen"/>
          <w:sz w:val="18"/>
          <w:szCs w:val="18"/>
          <w:lang w:val="ka-GE"/>
        </w:rPr>
        <w:t xml:space="preserve">დამატებული </w:t>
      </w:r>
      <w:proofErr w:type="spellStart"/>
      <w:r w:rsidRPr="00353196">
        <w:rPr>
          <w:rFonts w:ascii="Sylfaen" w:hAnsi="Sylfaen" w:cs="Sylfaen"/>
          <w:sz w:val="18"/>
          <w:szCs w:val="18"/>
        </w:rPr>
        <w:t>ღირებულების</w:t>
      </w:r>
      <w:proofErr w:type="spellEnd"/>
      <w:r w:rsidRPr="00353196">
        <w:rPr>
          <w:rFonts w:cstheme="majorHAnsi"/>
          <w:sz w:val="18"/>
          <w:szCs w:val="18"/>
        </w:rPr>
        <w:t xml:space="preserve"> </w:t>
      </w:r>
      <w:proofErr w:type="spellStart"/>
      <w:r w:rsidRPr="00353196">
        <w:rPr>
          <w:rFonts w:ascii="Sylfaen" w:hAnsi="Sylfaen" w:cs="Sylfaen"/>
          <w:sz w:val="18"/>
          <w:szCs w:val="18"/>
        </w:rPr>
        <w:t>გადასახადის</w:t>
      </w:r>
      <w:proofErr w:type="spellEnd"/>
      <w:r w:rsidRPr="00353196">
        <w:rPr>
          <w:rFonts w:cstheme="majorHAnsi"/>
          <w:sz w:val="18"/>
          <w:szCs w:val="18"/>
        </w:rPr>
        <w:t xml:space="preserve"> </w:t>
      </w:r>
      <w:r w:rsidR="00024720">
        <w:rPr>
          <w:rFonts w:ascii="Sylfaen" w:hAnsi="Sylfaen" w:cstheme="majorHAnsi"/>
          <w:sz w:val="18"/>
          <w:szCs w:val="18"/>
          <w:lang w:val="ka-GE"/>
        </w:rPr>
        <w:t xml:space="preserve">(დღგ) </w:t>
      </w:r>
      <w:r w:rsidR="00024720">
        <w:rPr>
          <w:rFonts w:ascii="Sylfaen" w:hAnsi="Sylfaen" w:cs="Sylfaen"/>
          <w:sz w:val="18"/>
          <w:szCs w:val="18"/>
          <w:lang w:val="ka-GE"/>
        </w:rPr>
        <w:t>ჩათვლით</w:t>
      </w:r>
      <w:r w:rsidRPr="00353196">
        <w:rPr>
          <w:rFonts w:cstheme="majorHAnsi"/>
          <w:sz w:val="18"/>
          <w:szCs w:val="18"/>
        </w:rPr>
        <w:t xml:space="preserve">, </w:t>
      </w:r>
      <w:proofErr w:type="spellStart"/>
      <w:r w:rsidRPr="00353196">
        <w:rPr>
          <w:rFonts w:ascii="Sylfaen" w:hAnsi="Sylfaen" w:cs="Sylfaen"/>
          <w:sz w:val="18"/>
          <w:szCs w:val="18"/>
        </w:rPr>
        <w:t>შეადგენს</w:t>
      </w:r>
      <w:proofErr w:type="spellEnd"/>
      <w:r w:rsidRPr="00353196">
        <w:rPr>
          <w:rFonts w:cstheme="majorHAnsi"/>
          <w:sz w:val="18"/>
          <w:szCs w:val="18"/>
        </w:rPr>
        <w:t xml:space="preserve"> </w:t>
      </w:r>
      <w:proofErr w:type="gramStart"/>
      <w:r w:rsidRPr="00353196">
        <w:rPr>
          <w:rFonts w:cstheme="majorHAnsi"/>
          <w:sz w:val="18"/>
          <w:szCs w:val="18"/>
        </w:rPr>
        <w:t xml:space="preserve">-  </w:t>
      </w:r>
      <w:r w:rsidR="001A10DC">
        <w:rPr>
          <w:rFonts w:ascii="Sylfaen" w:hAnsi="Sylfaen" w:cstheme="majorHAnsi"/>
          <w:b/>
          <w:bCs/>
          <w:sz w:val="18"/>
          <w:szCs w:val="18"/>
          <w:lang w:val="ka-GE"/>
        </w:rPr>
        <w:t>_</w:t>
      </w:r>
      <w:proofErr w:type="gramEnd"/>
      <w:r w:rsidR="001A10DC">
        <w:rPr>
          <w:rFonts w:ascii="Sylfaen" w:hAnsi="Sylfaen" w:cstheme="majorHAnsi"/>
          <w:b/>
          <w:bCs/>
          <w:sz w:val="18"/>
          <w:szCs w:val="18"/>
          <w:lang w:val="ka-GE"/>
        </w:rPr>
        <w:t>___</w:t>
      </w:r>
      <w:r w:rsidRPr="00353196">
        <w:rPr>
          <w:rFonts w:cstheme="majorHAnsi"/>
          <w:sz w:val="18"/>
          <w:szCs w:val="18"/>
        </w:rPr>
        <w:t xml:space="preserve"> </w:t>
      </w:r>
      <w:r w:rsidR="00F6688E">
        <w:rPr>
          <w:rFonts w:cstheme="majorHAnsi"/>
          <w:sz w:val="18"/>
          <w:szCs w:val="18"/>
          <w:lang w:val="ka-GE"/>
        </w:rPr>
        <w:t>(</w:t>
      </w:r>
      <w:r w:rsidR="001A10DC">
        <w:rPr>
          <w:rFonts w:ascii="Sylfaen" w:hAnsi="Sylfaen" w:cstheme="majorHAnsi"/>
          <w:sz w:val="18"/>
          <w:szCs w:val="18"/>
          <w:lang w:val="ka-GE"/>
        </w:rPr>
        <w:t>____</w:t>
      </w:r>
      <w:r w:rsidR="000A658A">
        <w:rPr>
          <w:rFonts w:ascii="Sylfaen" w:hAnsi="Sylfaen" w:cstheme="majorHAnsi"/>
          <w:sz w:val="18"/>
          <w:szCs w:val="18"/>
          <w:lang w:val="ka-GE"/>
        </w:rPr>
        <w:t>)</w:t>
      </w:r>
      <w:r w:rsidRPr="00353196">
        <w:rPr>
          <w:rFonts w:cstheme="majorHAnsi"/>
          <w:sz w:val="18"/>
          <w:szCs w:val="18"/>
        </w:rPr>
        <w:t xml:space="preserve"> </w:t>
      </w:r>
      <w:r w:rsidR="00291403">
        <w:rPr>
          <w:rFonts w:ascii="Sylfaen" w:hAnsi="Sylfaen" w:cstheme="majorHAnsi"/>
          <w:sz w:val="18"/>
          <w:szCs w:val="18"/>
          <w:lang w:val="ka-GE"/>
        </w:rPr>
        <w:t xml:space="preserve">ლარს </w:t>
      </w:r>
      <w:r w:rsidR="000A658A">
        <w:rPr>
          <w:rFonts w:ascii="Sylfaen" w:hAnsi="Sylfaen" w:cstheme="majorHAnsi"/>
          <w:sz w:val="18"/>
          <w:szCs w:val="18"/>
          <w:lang w:val="ka-GE"/>
        </w:rPr>
        <w:t>(</w:t>
      </w:r>
      <w:proofErr w:type="spellStart"/>
      <w:r w:rsidRPr="00353196">
        <w:rPr>
          <w:rFonts w:ascii="Sylfaen" w:hAnsi="Sylfaen" w:cs="Sylfaen"/>
          <w:sz w:val="18"/>
          <w:szCs w:val="18"/>
        </w:rPr>
        <w:t>შემდგომში</w:t>
      </w:r>
      <w:proofErr w:type="spellEnd"/>
      <w:r w:rsidRPr="00353196">
        <w:rPr>
          <w:rFonts w:cstheme="majorHAnsi"/>
          <w:sz w:val="18"/>
          <w:szCs w:val="18"/>
        </w:rPr>
        <w:t xml:space="preserve"> „</w:t>
      </w:r>
      <w:proofErr w:type="spellStart"/>
      <w:r w:rsidRPr="00353196">
        <w:rPr>
          <w:rFonts w:ascii="Sylfaen" w:hAnsi="Sylfaen" w:cs="Sylfaen"/>
          <w:sz w:val="18"/>
          <w:szCs w:val="18"/>
        </w:rPr>
        <w:t>საერთო</w:t>
      </w:r>
      <w:proofErr w:type="spellEnd"/>
      <w:r w:rsidRPr="00353196">
        <w:rPr>
          <w:rFonts w:cstheme="majorHAnsi"/>
          <w:sz w:val="18"/>
          <w:szCs w:val="18"/>
        </w:rPr>
        <w:t xml:space="preserve"> </w:t>
      </w:r>
      <w:proofErr w:type="spellStart"/>
      <w:r w:rsidRPr="00353196">
        <w:rPr>
          <w:rFonts w:ascii="Sylfaen" w:hAnsi="Sylfaen" w:cs="Sylfaen"/>
          <w:sz w:val="18"/>
          <w:szCs w:val="18"/>
        </w:rPr>
        <w:t>ღირებულება</w:t>
      </w:r>
      <w:proofErr w:type="spellEnd"/>
      <w:r w:rsidR="000A658A">
        <w:rPr>
          <w:rFonts w:cstheme="majorHAnsi"/>
          <w:sz w:val="18"/>
          <w:szCs w:val="18"/>
        </w:rPr>
        <w:t>“</w:t>
      </w:r>
      <w:r w:rsidR="000A658A">
        <w:rPr>
          <w:rFonts w:ascii="Sylfaen" w:hAnsi="Sylfaen" w:cstheme="majorHAnsi"/>
          <w:sz w:val="18"/>
          <w:szCs w:val="18"/>
          <w:lang w:val="ka-GE"/>
        </w:rPr>
        <w:t>)</w:t>
      </w:r>
      <w:r w:rsidRPr="00353196">
        <w:rPr>
          <w:rFonts w:cstheme="majorHAnsi"/>
          <w:sz w:val="18"/>
          <w:szCs w:val="18"/>
        </w:rPr>
        <w:t>.</w:t>
      </w:r>
      <w:r w:rsidR="00353196">
        <w:rPr>
          <w:rFonts w:cstheme="majorHAnsi"/>
          <w:sz w:val="18"/>
          <w:szCs w:val="18"/>
        </w:rPr>
        <w:br/>
      </w:r>
      <w:r w:rsidR="00353196">
        <w:rPr>
          <w:rFonts w:ascii="Sylfaen" w:hAnsi="Sylfaen" w:cstheme="majorHAnsi"/>
          <w:sz w:val="18"/>
          <w:szCs w:val="18"/>
          <w:lang w:val="ka-GE"/>
        </w:rPr>
        <w:t xml:space="preserve">4.1.1. </w:t>
      </w:r>
      <w:proofErr w:type="spellStart"/>
      <w:r w:rsidRPr="00353196">
        <w:rPr>
          <w:rFonts w:ascii="Sylfaen" w:hAnsi="Sylfaen" w:cs="Sylfaen"/>
          <w:sz w:val="18"/>
          <w:szCs w:val="18"/>
        </w:rPr>
        <w:t>თუ</w:t>
      </w:r>
      <w:proofErr w:type="spellEnd"/>
      <w:r w:rsidRPr="00353196">
        <w:rPr>
          <w:rFonts w:cstheme="majorHAnsi"/>
          <w:sz w:val="18"/>
          <w:szCs w:val="18"/>
        </w:rPr>
        <w:t xml:space="preserve"> </w:t>
      </w:r>
      <w:proofErr w:type="spellStart"/>
      <w:r w:rsidRPr="00353196">
        <w:rPr>
          <w:rFonts w:ascii="Sylfaen" w:hAnsi="Sylfaen" w:cs="Sylfaen"/>
          <w:sz w:val="18"/>
          <w:szCs w:val="18"/>
        </w:rPr>
        <w:t>სამუშაოს</w:t>
      </w:r>
      <w:proofErr w:type="spellEnd"/>
      <w:r w:rsidRPr="00353196">
        <w:rPr>
          <w:rFonts w:cstheme="majorHAnsi"/>
          <w:sz w:val="18"/>
          <w:szCs w:val="18"/>
        </w:rPr>
        <w:t xml:space="preserve"> </w:t>
      </w:r>
      <w:proofErr w:type="spellStart"/>
      <w:r w:rsidRPr="00353196">
        <w:rPr>
          <w:rFonts w:ascii="Sylfaen" w:hAnsi="Sylfaen" w:cs="Sylfaen"/>
          <w:sz w:val="18"/>
          <w:szCs w:val="18"/>
        </w:rPr>
        <w:t>შესრულების</w:t>
      </w:r>
      <w:proofErr w:type="spellEnd"/>
      <w:r w:rsidRPr="00353196">
        <w:rPr>
          <w:rFonts w:cstheme="majorHAnsi"/>
          <w:sz w:val="18"/>
          <w:szCs w:val="18"/>
        </w:rPr>
        <w:t xml:space="preserve"> </w:t>
      </w:r>
      <w:proofErr w:type="spellStart"/>
      <w:r w:rsidRPr="00353196">
        <w:rPr>
          <w:rFonts w:ascii="Sylfaen" w:hAnsi="Sylfaen" w:cs="Sylfaen"/>
          <w:sz w:val="18"/>
          <w:szCs w:val="18"/>
        </w:rPr>
        <w:t>პროცესში</w:t>
      </w:r>
      <w:proofErr w:type="spellEnd"/>
      <w:r w:rsidRPr="00353196">
        <w:rPr>
          <w:rFonts w:cstheme="majorHAnsi"/>
          <w:sz w:val="18"/>
          <w:szCs w:val="18"/>
        </w:rPr>
        <w:t xml:space="preserve"> </w:t>
      </w:r>
      <w:proofErr w:type="spellStart"/>
      <w:r w:rsidRPr="00353196">
        <w:rPr>
          <w:rFonts w:ascii="Sylfaen" w:hAnsi="Sylfaen" w:cs="Sylfaen"/>
          <w:sz w:val="18"/>
          <w:szCs w:val="18"/>
        </w:rPr>
        <w:t>დამკვეთი</w:t>
      </w:r>
      <w:proofErr w:type="spellEnd"/>
      <w:r w:rsidRPr="00353196">
        <w:rPr>
          <w:rFonts w:cstheme="majorHAnsi"/>
          <w:sz w:val="18"/>
          <w:szCs w:val="18"/>
        </w:rPr>
        <w:t xml:space="preserve"> </w:t>
      </w:r>
      <w:proofErr w:type="spellStart"/>
      <w:r w:rsidRPr="00353196">
        <w:rPr>
          <w:rFonts w:ascii="Sylfaen" w:hAnsi="Sylfaen" w:cs="Sylfaen"/>
          <w:sz w:val="18"/>
          <w:szCs w:val="18"/>
        </w:rPr>
        <w:t>მოითხოვს</w:t>
      </w:r>
      <w:proofErr w:type="spellEnd"/>
      <w:r w:rsidRPr="00353196">
        <w:rPr>
          <w:rFonts w:cstheme="majorHAnsi"/>
          <w:sz w:val="18"/>
          <w:szCs w:val="18"/>
        </w:rPr>
        <w:t xml:space="preserve"> </w:t>
      </w:r>
      <w:proofErr w:type="spellStart"/>
      <w:r w:rsidRPr="00353196">
        <w:rPr>
          <w:rFonts w:ascii="Sylfaen" w:hAnsi="Sylfaen" w:cs="Sylfaen"/>
          <w:sz w:val="18"/>
          <w:szCs w:val="18"/>
        </w:rPr>
        <w:t>დამატებითი</w:t>
      </w:r>
      <w:proofErr w:type="spellEnd"/>
      <w:r w:rsidRPr="00353196">
        <w:rPr>
          <w:rFonts w:cstheme="majorHAnsi"/>
          <w:sz w:val="18"/>
          <w:szCs w:val="18"/>
        </w:rPr>
        <w:t xml:space="preserve"> </w:t>
      </w:r>
      <w:proofErr w:type="spellStart"/>
      <w:r w:rsidRPr="00353196">
        <w:rPr>
          <w:rFonts w:ascii="Sylfaen" w:hAnsi="Sylfaen" w:cs="Sylfaen"/>
          <w:sz w:val="18"/>
          <w:szCs w:val="18"/>
        </w:rPr>
        <w:t>მოცულობის</w:t>
      </w:r>
      <w:proofErr w:type="spellEnd"/>
      <w:r w:rsidRPr="00353196">
        <w:rPr>
          <w:rFonts w:cstheme="majorHAnsi"/>
          <w:sz w:val="18"/>
          <w:szCs w:val="18"/>
        </w:rPr>
        <w:t xml:space="preserve"> </w:t>
      </w:r>
      <w:proofErr w:type="spellStart"/>
      <w:r w:rsidRPr="00353196">
        <w:rPr>
          <w:rFonts w:ascii="Sylfaen" w:hAnsi="Sylfaen" w:cs="Sylfaen"/>
          <w:sz w:val="18"/>
          <w:szCs w:val="18"/>
        </w:rPr>
        <w:t>სამუშაოს</w:t>
      </w:r>
      <w:proofErr w:type="spellEnd"/>
      <w:r w:rsidRPr="00353196">
        <w:rPr>
          <w:rFonts w:cstheme="majorHAnsi"/>
          <w:sz w:val="18"/>
          <w:szCs w:val="18"/>
        </w:rPr>
        <w:t xml:space="preserve"> </w:t>
      </w:r>
      <w:proofErr w:type="spellStart"/>
      <w:r w:rsidRPr="00353196">
        <w:rPr>
          <w:rFonts w:ascii="Sylfaen" w:hAnsi="Sylfaen" w:cs="Sylfaen"/>
          <w:sz w:val="18"/>
          <w:szCs w:val="18"/>
        </w:rPr>
        <w:t>შესრულებას</w:t>
      </w:r>
      <w:proofErr w:type="spellEnd"/>
      <w:r w:rsidRPr="00353196">
        <w:rPr>
          <w:rFonts w:cstheme="majorHAnsi"/>
          <w:sz w:val="18"/>
          <w:szCs w:val="18"/>
        </w:rPr>
        <w:t xml:space="preserve">, </w:t>
      </w:r>
      <w:proofErr w:type="spellStart"/>
      <w:r w:rsidRPr="00353196">
        <w:rPr>
          <w:rFonts w:ascii="Sylfaen" w:hAnsi="Sylfaen" w:cs="Sylfaen"/>
          <w:sz w:val="18"/>
          <w:szCs w:val="18"/>
        </w:rPr>
        <w:t>რაზეც</w:t>
      </w:r>
      <w:proofErr w:type="spellEnd"/>
      <w:r w:rsidRPr="00353196">
        <w:rPr>
          <w:rFonts w:cstheme="majorHAnsi"/>
          <w:sz w:val="18"/>
          <w:szCs w:val="18"/>
        </w:rPr>
        <w:t xml:space="preserve"> </w:t>
      </w:r>
      <w:r w:rsidR="000A658A">
        <w:rPr>
          <w:rFonts w:ascii="Sylfaen" w:hAnsi="Sylfaen" w:cs="Sylfaen"/>
          <w:sz w:val="18"/>
          <w:szCs w:val="18"/>
          <w:lang w:val="ka-GE"/>
        </w:rPr>
        <w:t>მენარდეს</w:t>
      </w:r>
      <w:r w:rsidRPr="00353196">
        <w:rPr>
          <w:rFonts w:cstheme="majorHAnsi"/>
          <w:sz w:val="18"/>
          <w:szCs w:val="18"/>
        </w:rPr>
        <w:t xml:space="preserve"> </w:t>
      </w:r>
      <w:proofErr w:type="spellStart"/>
      <w:r w:rsidRPr="00353196">
        <w:rPr>
          <w:rFonts w:ascii="Sylfaen" w:hAnsi="Sylfaen" w:cs="Sylfaen"/>
          <w:sz w:val="18"/>
          <w:szCs w:val="18"/>
        </w:rPr>
        <w:t>მისცემს</w:t>
      </w:r>
      <w:proofErr w:type="spellEnd"/>
      <w:r w:rsidRPr="00353196">
        <w:rPr>
          <w:rFonts w:cstheme="majorHAnsi"/>
          <w:sz w:val="18"/>
          <w:szCs w:val="18"/>
        </w:rPr>
        <w:t xml:space="preserve"> </w:t>
      </w:r>
      <w:proofErr w:type="spellStart"/>
      <w:r w:rsidRPr="00353196">
        <w:rPr>
          <w:rFonts w:ascii="Sylfaen" w:hAnsi="Sylfaen" w:cs="Sylfaen"/>
          <w:sz w:val="18"/>
          <w:szCs w:val="18"/>
        </w:rPr>
        <w:t>შესაბამის</w:t>
      </w:r>
      <w:proofErr w:type="spellEnd"/>
      <w:r w:rsidRPr="00353196">
        <w:rPr>
          <w:rFonts w:cstheme="majorHAnsi"/>
          <w:sz w:val="18"/>
          <w:szCs w:val="18"/>
        </w:rPr>
        <w:t xml:space="preserve"> </w:t>
      </w:r>
      <w:proofErr w:type="spellStart"/>
      <w:r w:rsidRPr="00353196">
        <w:rPr>
          <w:rFonts w:ascii="Sylfaen" w:hAnsi="Sylfaen" w:cs="Sylfaen"/>
          <w:sz w:val="18"/>
          <w:szCs w:val="18"/>
        </w:rPr>
        <w:t>წერილობით</w:t>
      </w:r>
      <w:proofErr w:type="spellEnd"/>
      <w:r w:rsidRPr="00353196">
        <w:rPr>
          <w:rFonts w:cstheme="majorHAnsi"/>
          <w:sz w:val="18"/>
          <w:szCs w:val="18"/>
        </w:rPr>
        <w:t xml:space="preserve"> </w:t>
      </w:r>
      <w:proofErr w:type="spellStart"/>
      <w:r w:rsidRPr="00353196">
        <w:rPr>
          <w:rFonts w:ascii="Sylfaen" w:hAnsi="Sylfaen" w:cs="Sylfaen"/>
          <w:sz w:val="18"/>
          <w:szCs w:val="18"/>
        </w:rPr>
        <w:t>დავალებას</w:t>
      </w:r>
      <w:proofErr w:type="spellEnd"/>
      <w:r w:rsidRPr="00353196">
        <w:rPr>
          <w:rFonts w:cstheme="majorHAnsi"/>
          <w:sz w:val="18"/>
          <w:szCs w:val="18"/>
        </w:rPr>
        <w:t xml:space="preserve">, </w:t>
      </w:r>
      <w:proofErr w:type="spellStart"/>
      <w:r w:rsidRPr="00353196">
        <w:rPr>
          <w:rFonts w:ascii="Sylfaen" w:hAnsi="Sylfaen" w:cs="Sylfaen"/>
          <w:sz w:val="18"/>
          <w:szCs w:val="18"/>
        </w:rPr>
        <w:t>ან</w:t>
      </w:r>
      <w:proofErr w:type="spellEnd"/>
      <w:r w:rsidRPr="00353196">
        <w:rPr>
          <w:rFonts w:cstheme="majorHAnsi"/>
          <w:sz w:val="18"/>
          <w:szCs w:val="18"/>
        </w:rPr>
        <w:t xml:space="preserve"> </w:t>
      </w:r>
      <w:proofErr w:type="spellStart"/>
      <w:r w:rsidRPr="00353196">
        <w:rPr>
          <w:rFonts w:ascii="Sylfaen" w:hAnsi="Sylfaen" w:cs="Sylfaen"/>
          <w:sz w:val="18"/>
          <w:szCs w:val="18"/>
        </w:rPr>
        <w:t>დამატებითი</w:t>
      </w:r>
      <w:proofErr w:type="spellEnd"/>
      <w:r w:rsidRPr="00353196">
        <w:rPr>
          <w:rFonts w:cstheme="majorHAnsi"/>
          <w:sz w:val="18"/>
          <w:szCs w:val="18"/>
        </w:rPr>
        <w:t xml:space="preserve"> </w:t>
      </w:r>
      <w:proofErr w:type="spellStart"/>
      <w:r w:rsidRPr="00353196">
        <w:rPr>
          <w:rFonts w:ascii="Sylfaen" w:hAnsi="Sylfaen" w:cs="Sylfaen"/>
          <w:sz w:val="18"/>
          <w:szCs w:val="18"/>
        </w:rPr>
        <w:t>სამუშაოს</w:t>
      </w:r>
      <w:proofErr w:type="spellEnd"/>
      <w:r w:rsidRPr="00353196">
        <w:rPr>
          <w:rFonts w:cstheme="majorHAnsi"/>
          <w:sz w:val="18"/>
          <w:szCs w:val="18"/>
        </w:rPr>
        <w:t xml:space="preserve"> </w:t>
      </w:r>
      <w:proofErr w:type="spellStart"/>
      <w:r w:rsidRPr="00353196">
        <w:rPr>
          <w:rFonts w:ascii="Sylfaen" w:hAnsi="Sylfaen" w:cs="Sylfaen"/>
          <w:sz w:val="18"/>
          <w:szCs w:val="18"/>
        </w:rPr>
        <w:t>შესრულების</w:t>
      </w:r>
      <w:proofErr w:type="spellEnd"/>
      <w:r w:rsidRPr="00353196">
        <w:rPr>
          <w:rFonts w:cstheme="majorHAnsi"/>
          <w:sz w:val="18"/>
          <w:szCs w:val="18"/>
        </w:rPr>
        <w:t xml:space="preserve"> </w:t>
      </w:r>
      <w:proofErr w:type="spellStart"/>
      <w:r w:rsidRPr="00353196">
        <w:rPr>
          <w:rFonts w:ascii="Sylfaen" w:hAnsi="Sylfaen" w:cs="Sylfaen"/>
          <w:sz w:val="18"/>
          <w:szCs w:val="18"/>
        </w:rPr>
        <w:t>აუცილებლობა</w:t>
      </w:r>
      <w:proofErr w:type="spellEnd"/>
      <w:r w:rsidRPr="00353196">
        <w:rPr>
          <w:rFonts w:cstheme="majorHAnsi"/>
          <w:sz w:val="18"/>
          <w:szCs w:val="18"/>
        </w:rPr>
        <w:t xml:space="preserve"> </w:t>
      </w:r>
      <w:proofErr w:type="spellStart"/>
      <w:r w:rsidRPr="00353196">
        <w:rPr>
          <w:rFonts w:ascii="Sylfaen" w:hAnsi="Sylfaen" w:cs="Sylfaen"/>
          <w:sz w:val="18"/>
          <w:szCs w:val="18"/>
        </w:rPr>
        <w:t>დადგება</w:t>
      </w:r>
      <w:proofErr w:type="spellEnd"/>
      <w:r w:rsidRPr="00353196">
        <w:rPr>
          <w:rFonts w:cstheme="majorHAnsi"/>
          <w:sz w:val="18"/>
          <w:szCs w:val="18"/>
        </w:rPr>
        <w:t xml:space="preserve"> </w:t>
      </w:r>
      <w:proofErr w:type="spellStart"/>
      <w:r w:rsidRPr="00353196">
        <w:rPr>
          <w:rFonts w:ascii="Sylfaen" w:hAnsi="Sylfaen" w:cs="Sylfaen"/>
          <w:sz w:val="18"/>
          <w:szCs w:val="18"/>
        </w:rPr>
        <w:t>სხვა</w:t>
      </w:r>
      <w:proofErr w:type="spellEnd"/>
      <w:r w:rsidRPr="00353196">
        <w:rPr>
          <w:rFonts w:cstheme="majorHAnsi"/>
          <w:sz w:val="18"/>
          <w:szCs w:val="18"/>
        </w:rPr>
        <w:t xml:space="preserve"> </w:t>
      </w:r>
      <w:proofErr w:type="spellStart"/>
      <w:r w:rsidRPr="00353196">
        <w:rPr>
          <w:rFonts w:ascii="Sylfaen" w:hAnsi="Sylfaen" w:cs="Sylfaen"/>
          <w:sz w:val="18"/>
          <w:szCs w:val="18"/>
        </w:rPr>
        <w:t>ობიექტური</w:t>
      </w:r>
      <w:proofErr w:type="spellEnd"/>
      <w:r w:rsidRPr="00353196">
        <w:rPr>
          <w:rFonts w:cstheme="majorHAnsi"/>
          <w:sz w:val="18"/>
          <w:szCs w:val="18"/>
        </w:rPr>
        <w:t xml:space="preserve"> </w:t>
      </w:r>
      <w:proofErr w:type="spellStart"/>
      <w:r w:rsidRPr="00353196">
        <w:rPr>
          <w:rFonts w:ascii="Sylfaen" w:hAnsi="Sylfaen" w:cs="Sylfaen"/>
          <w:sz w:val="18"/>
          <w:szCs w:val="18"/>
        </w:rPr>
        <w:t>გარემოებებიდან</w:t>
      </w:r>
      <w:proofErr w:type="spellEnd"/>
      <w:r w:rsidRPr="00353196">
        <w:rPr>
          <w:rFonts w:cstheme="majorHAnsi"/>
          <w:sz w:val="18"/>
          <w:szCs w:val="18"/>
        </w:rPr>
        <w:t xml:space="preserve"> </w:t>
      </w:r>
      <w:proofErr w:type="spellStart"/>
      <w:r w:rsidRPr="00353196">
        <w:rPr>
          <w:rFonts w:ascii="Sylfaen" w:hAnsi="Sylfaen" w:cs="Sylfaen"/>
          <w:sz w:val="18"/>
          <w:szCs w:val="18"/>
        </w:rPr>
        <w:t>გამომდინარე</w:t>
      </w:r>
      <w:proofErr w:type="spellEnd"/>
      <w:r w:rsidRPr="00353196">
        <w:rPr>
          <w:rFonts w:cstheme="majorHAnsi"/>
          <w:sz w:val="18"/>
          <w:szCs w:val="18"/>
        </w:rPr>
        <w:t xml:space="preserve">, </w:t>
      </w:r>
      <w:proofErr w:type="spellStart"/>
      <w:r w:rsidRPr="00353196">
        <w:rPr>
          <w:rFonts w:ascii="Sylfaen" w:hAnsi="Sylfaen" w:cs="Sylfaen"/>
          <w:sz w:val="18"/>
          <w:szCs w:val="18"/>
        </w:rPr>
        <w:t>რაზედაც</w:t>
      </w:r>
      <w:proofErr w:type="spellEnd"/>
      <w:r w:rsidRPr="00353196">
        <w:rPr>
          <w:rFonts w:cstheme="majorHAnsi"/>
          <w:sz w:val="18"/>
          <w:szCs w:val="18"/>
        </w:rPr>
        <w:t xml:space="preserve"> </w:t>
      </w:r>
      <w:r w:rsidR="000A658A">
        <w:rPr>
          <w:rFonts w:ascii="Sylfaen" w:hAnsi="Sylfaen" w:cs="Sylfaen"/>
          <w:sz w:val="18"/>
          <w:szCs w:val="18"/>
          <w:lang w:val="ka-GE"/>
        </w:rPr>
        <w:t xml:space="preserve">მენარდე </w:t>
      </w:r>
      <w:proofErr w:type="spellStart"/>
      <w:r w:rsidRPr="00353196">
        <w:rPr>
          <w:rFonts w:ascii="Sylfaen" w:hAnsi="Sylfaen" w:cs="Sylfaen"/>
          <w:sz w:val="18"/>
          <w:szCs w:val="18"/>
        </w:rPr>
        <w:t>შესაბამისი</w:t>
      </w:r>
      <w:proofErr w:type="spellEnd"/>
      <w:r w:rsidRPr="00353196">
        <w:rPr>
          <w:rFonts w:cstheme="majorHAnsi"/>
          <w:sz w:val="18"/>
          <w:szCs w:val="18"/>
        </w:rPr>
        <w:t xml:space="preserve"> </w:t>
      </w:r>
      <w:proofErr w:type="spellStart"/>
      <w:r w:rsidRPr="00353196">
        <w:rPr>
          <w:rFonts w:ascii="Sylfaen" w:hAnsi="Sylfaen" w:cs="Sylfaen"/>
          <w:sz w:val="18"/>
          <w:szCs w:val="18"/>
        </w:rPr>
        <w:t>დასაბუთებით</w:t>
      </w:r>
      <w:proofErr w:type="spellEnd"/>
      <w:r w:rsidRPr="00353196">
        <w:rPr>
          <w:rFonts w:cstheme="majorHAnsi"/>
          <w:sz w:val="18"/>
          <w:szCs w:val="18"/>
        </w:rPr>
        <w:t xml:space="preserve"> </w:t>
      </w:r>
      <w:proofErr w:type="spellStart"/>
      <w:r w:rsidRPr="00353196">
        <w:rPr>
          <w:rFonts w:ascii="Sylfaen" w:hAnsi="Sylfaen" w:cs="Sylfaen"/>
          <w:sz w:val="18"/>
          <w:szCs w:val="18"/>
        </w:rPr>
        <w:t>წერილობით</w:t>
      </w:r>
      <w:proofErr w:type="spellEnd"/>
      <w:r w:rsidRPr="00353196">
        <w:rPr>
          <w:rFonts w:cstheme="majorHAnsi"/>
          <w:sz w:val="18"/>
          <w:szCs w:val="18"/>
        </w:rPr>
        <w:t xml:space="preserve"> </w:t>
      </w:r>
      <w:proofErr w:type="spellStart"/>
      <w:r w:rsidRPr="00353196">
        <w:rPr>
          <w:rFonts w:ascii="Sylfaen" w:hAnsi="Sylfaen" w:cs="Sylfaen"/>
          <w:sz w:val="18"/>
          <w:szCs w:val="18"/>
        </w:rPr>
        <w:t>შეატყობინებს</w:t>
      </w:r>
      <w:proofErr w:type="spellEnd"/>
      <w:r w:rsidRPr="00353196">
        <w:rPr>
          <w:rFonts w:cstheme="majorHAnsi"/>
          <w:sz w:val="18"/>
          <w:szCs w:val="18"/>
        </w:rPr>
        <w:t xml:space="preserve"> </w:t>
      </w:r>
      <w:proofErr w:type="spellStart"/>
      <w:r w:rsidRPr="00353196">
        <w:rPr>
          <w:rFonts w:ascii="Sylfaen" w:hAnsi="Sylfaen" w:cs="Sylfaen"/>
          <w:sz w:val="18"/>
          <w:szCs w:val="18"/>
        </w:rPr>
        <w:t>დამკვეთს</w:t>
      </w:r>
      <w:proofErr w:type="spellEnd"/>
      <w:r w:rsidRPr="00353196">
        <w:rPr>
          <w:rFonts w:cstheme="majorHAnsi"/>
          <w:sz w:val="18"/>
          <w:szCs w:val="18"/>
        </w:rPr>
        <w:t xml:space="preserve"> </w:t>
      </w:r>
      <w:proofErr w:type="spellStart"/>
      <w:r w:rsidRPr="00353196">
        <w:rPr>
          <w:rFonts w:ascii="Sylfaen" w:hAnsi="Sylfaen" w:cs="Sylfaen"/>
          <w:sz w:val="18"/>
          <w:szCs w:val="18"/>
        </w:rPr>
        <w:t>და</w:t>
      </w:r>
      <w:proofErr w:type="spellEnd"/>
      <w:r w:rsidRPr="00353196">
        <w:rPr>
          <w:rFonts w:cstheme="majorHAnsi"/>
          <w:sz w:val="18"/>
          <w:szCs w:val="18"/>
        </w:rPr>
        <w:t xml:space="preserve"> </w:t>
      </w:r>
      <w:proofErr w:type="spellStart"/>
      <w:r w:rsidRPr="00353196">
        <w:rPr>
          <w:rFonts w:ascii="Sylfaen" w:hAnsi="Sylfaen" w:cs="Sylfaen"/>
          <w:sz w:val="18"/>
          <w:szCs w:val="18"/>
        </w:rPr>
        <w:t>ამაზე</w:t>
      </w:r>
      <w:proofErr w:type="spellEnd"/>
      <w:r w:rsidRPr="00353196">
        <w:rPr>
          <w:rFonts w:cstheme="majorHAnsi"/>
          <w:sz w:val="18"/>
          <w:szCs w:val="18"/>
        </w:rPr>
        <w:t xml:space="preserve"> </w:t>
      </w:r>
      <w:proofErr w:type="spellStart"/>
      <w:r w:rsidRPr="00353196">
        <w:rPr>
          <w:rFonts w:ascii="Sylfaen" w:hAnsi="Sylfaen" w:cs="Sylfaen"/>
          <w:sz w:val="18"/>
          <w:szCs w:val="18"/>
        </w:rPr>
        <w:t>დამკვეთიც</w:t>
      </w:r>
      <w:proofErr w:type="spellEnd"/>
      <w:r w:rsidRPr="00353196">
        <w:rPr>
          <w:rFonts w:cstheme="majorHAnsi"/>
          <w:sz w:val="18"/>
          <w:szCs w:val="18"/>
        </w:rPr>
        <w:t xml:space="preserve"> </w:t>
      </w:r>
      <w:proofErr w:type="spellStart"/>
      <w:r w:rsidRPr="00353196">
        <w:rPr>
          <w:rFonts w:ascii="Sylfaen" w:hAnsi="Sylfaen" w:cs="Sylfaen"/>
          <w:sz w:val="18"/>
          <w:szCs w:val="18"/>
        </w:rPr>
        <w:t>დაეთანხმება</w:t>
      </w:r>
      <w:proofErr w:type="spellEnd"/>
      <w:r w:rsidRPr="00353196">
        <w:rPr>
          <w:rFonts w:cstheme="majorHAnsi"/>
          <w:sz w:val="18"/>
          <w:szCs w:val="18"/>
        </w:rPr>
        <w:t xml:space="preserve"> </w:t>
      </w:r>
      <w:proofErr w:type="spellStart"/>
      <w:r w:rsidRPr="00353196">
        <w:rPr>
          <w:rFonts w:ascii="Sylfaen" w:hAnsi="Sylfaen" w:cs="Sylfaen"/>
          <w:sz w:val="18"/>
          <w:szCs w:val="18"/>
        </w:rPr>
        <w:t>წერილობით</w:t>
      </w:r>
      <w:proofErr w:type="spellEnd"/>
      <w:r w:rsidRPr="00353196">
        <w:rPr>
          <w:rFonts w:cstheme="majorHAnsi"/>
          <w:sz w:val="18"/>
          <w:szCs w:val="18"/>
        </w:rPr>
        <w:t xml:space="preserve">, </w:t>
      </w:r>
      <w:proofErr w:type="spellStart"/>
      <w:r w:rsidRPr="00353196">
        <w:rPr>
          <w:rFonts w:ascii="Sylfaen" w:hAnsi="Sylfaen" w:cs="Sylfaen"/>
          <w:sz w:val="18"/>
          <w:szCs w:val="18"/>
        </w:rPr>
        <w:t>მაშინ</w:t>
      </w:r>
      <w:proofErr w:type="spellEnd"/>
      <w:r w:rsidRPr="00353196">
        <w:rPr>
          <w:rFonts w:cstheme="majorHAnsi"/>
          <w:sz w:val="18"/>
          <w:szCs w:val="18"/>
        </w:rPr>
        <w:t xml:space="preserve"> </w:t>
      </w:r>
      <w:proofErr w:type="spellStart"/>
      <w:r w:rsidRPr="00353196">
        <w:rPr>
          <w:rFonts w:ascii="Sylfaen" w:hAnsi="Sylfaen" w:cs="Sylfaen"/>
          <w:sz w:val="18"/>
          <w:szCs w:val="18"/>
        </w:rPr>
        <w:t>წინამდებარე</w:t>
      </w:r>
      <w:proofErr w:type="spellEnd"/>
      <w:r w:rsidRPr="00353196">
        <w:rPr>
          <w:rFonts w:cstheme="majorHAnsi"/>
          <w:sz w:val="18"/>
          <w:szCs w:val="18"/>
        </w:rPr>
        <w:t xml:space="preserve"> </w:t>
      </w:r>
      <w:proofErr w:type="spellStart"/>
      <w:r w:rsidRPr="00353196">
        <w:rPr>
          <w:rFonts w:ascii="Sylfaen" w:hAnsi="Sylfaen" w:cs="Sylfaen"/>
          <w:sz w:val="18"/>
          <w:szCs w:val="18"/>
        </w:rPr>
        <w:t>ხელშეკრულების</w:t>
      </w:r>
      <w:proofErr w:type="spellEnd"/>
      <w:r w:rsidRPr="00353196">
        <w:rPr>
          <w:rFonts w:cstheme="majorHAnsi"/>
          <w:sz w:val="18"/>
          <w:szCs w:val="18"/>
        </w:rPr>
        <w:t xml:space="preserve"> 4.1. </w:t>
      </w:r>
      <w:proofErr w:type="spellStart"/>
      <w:r w:rsidRPr="00353196">
        <w:rPr>
          <w:rFonts w:ascii="Sylfaen" w:hAnsi="Sylfaen" w:cs="Sylfaen"/>
          <w:sz w:val="18"/>
          <w:szCs w:val="18"/>
        </w:rPr>
        <w:t>მუხლით</w:t>
      </w:r>
      <w:proofErr w:type="spellEnd"/>
      <w:r w:rsidRPr="00353196">
        <w:rPr>
          <w:rFonts w:cstheme="majorHAnsi"/>
          <w:sz w:val="18"/>
          <w:szCs w:val="18"/>
        </w:rPr>
        <w:t xml:space="preserve"> </w:t>
      </w:r>
      <w:proofErr w:type="spellStart"/>
      <w:r w:rsidRPr="00353196">
        <w:rPr>
          <w:rFonts w:ascii="Sylfaen" w:hAnsi="Sylfaen" w:cs="Sylfaen"/>
          <w:sz w:val="18"/>
          <w:szCs w:val="18"/>
        </w:rPr>
        <w:t>განსაზღვრული</w:t>
      </w:r>
      <w:proofErr w:type="spellEnd"/>
      <w:r w:rsidRPr="00353196">
        <w:rPr>
          <w:rFonts w:cstheme="majorHAnsi"/>
          <w:sz w:val="18"/>
          <w:szCs w:val="18"/>
        </w:rPr>
        <w:t xml:space="preserve"> </w:t>
      </w:r>
      <w:proofErr w:type="spellStart"/>
      <w:r w:rsidRPr="00353196">
        <w:rPr>
          <w:rFonts w:ascii="Sylfaen" w:hAnsi="Sylfaen" w:cs="Sylfaen"/>
          <w:sz w:val="18"/>
          <w:szCs w:val="18"/>
        </w:rPr>
        <w:t>შესასრულებელი</w:t>
      </w:r>
      <w:proofErr w:type="spellEnd"/>
      <w:r w:rsidRPr="00353196">
        <w:rPr>
          <w:rFonts w:cstheme="majorHAnsi"/>
          <w:sz w:val="18"/>
          <w:szCs w:val="18"/>
        </w:rPr>
        <w:t xml:space="preserve"> </w:t>
      </w:r>
      <w:proofErr w:type="spellStart"/>
      <w:r w:rsidRPr="00353196">
        <w:rPr>
          <w:rFonts w:ascii="Sylfaen" w:hAnsi="Sylfaen" w:cs="Sylfaen"/>
          <w:sz w:val="18"/>
          <w:szCs w:val="18"/>
        </w:rPr>
        <w:t>სამუშაოს</w:t>
      </w:r>
      <w:proofErr w:type="spellEnd"/>
      <w:r w:rsidRPr="00353196">
        <w:rPr>
          <w:rFonts w:cstheme="majorHAnsi"/>
          <w:sz w:val="18"/>
          <w:szCs w:val="18"/>
        </w:rPr>
        <w:t xml:space="preserve"> </w:t>
      </w:r>
      <w:proofErr w:type="spellStart"/>
      <w:r w:rsidRPr="00353196">
        <w:rPr>
          <w:rFonts w:ascii="Sylfaen" w:hAnsi="Sylfaen" w:cs="Sylfaen"/>
          <w:sz w:val="18"/>
          <w:szCs w:val="18"/>
        </w:rPr>
        <w:t>საერთო</w:t>
      </w:r>
      <w:proofErr w:type="spellEnd"/>
      <w:r w:rsidRPr="00353196">
        <w:rPr>
          <w:rFonts w:cstheme="majorHAnsi"/>
          <w:sz w:val="18"/>
          <w:szCs w:val="18"/>
        </w:rPr>
        <w:t xml:space="preserve"> </w:t>
      </w:r>
      <w:proofErr w:type="spellStart"/>
      <w:r w:rsidRPr="00353196">
        <w:rPr>
          <w:rFonts w:ascii="Sylfaen" w:hAnsi="Sylfaen" w:cs="Sylfaen"/>
          <w:sz w:val="18"/>
          <w:szCs w:val="18"/>
        </w:rPr>
        <w:t>ღირებულება</w:t>
      </w:r>
      <w:proofErr w:type="spellEnd"/>
      <w:r w:rsidRPr="00353196">
        <w:rPr>
          <w:rFonts w:cstheme="majorHAnsi"/>
          <w:sz w:val="18"/>
          <w:szCs w:val="18"/>
        </w:rPr>
        <w:t xml:space="preserve"> </w:t>
      </w:r>
      <w:proofErr w:type="spellStart"/>
      <w:r w:rsidRPr="00353196">
        <w:rPr>
          <w:rFonts w:ascii="Sylfaen" w:hAnsi="Sylfaen" w:cs="Sylfaen"/>
          <w:sz w:val="18"/>
          <w:szCs w:val="18"/>
        </w:rPr>
        <w:t>შეიცვლება</w:t>
      </w:r>
      <w:proofErr w:type="spellEnd"/>
      <w:r w:rsidRPr="00353196">
        <w:rPr>
          <w:rFonts w:cstheme="majorHAnsi"/>
          <w:sz w:val="18"/>
          <w:szCs w:val="18"/>
        </w:rPr>
        <w:t xml:space="preserve"> </w:t>
      </w:r>
      <w:proofErr w:type="spellStart"/>
      <w:r w:rsidRPr="00353196">
        <w:rPr>
          <w:rFonts w:ascii="Sylfaen" w:hAnsi="Sylfaen" w:cs="Sylfaen"/>
          <w:sz w:val="18"/>
          <w:szCs w:val="18"/>
        </w:rPr>
        <w:t>და</w:t>
      </w:r>
      <w:proofErr w:type="spellEnd"/>
      <w:r w:rsidRPr="00353196">
        <w:rPr>
          <w:rFonts w:cstheme="majorHAnsi"/>
          <w:sz w:val="18"/>
          <w:szCs w:val="18"/>
        </w:rPr>
        <w:t xml:space="preserve"> </w:t>
      </w:r>
      <w:proofErr w:type="spellStart"/>
      <w:r w:rsidRPr="00353196">
        <w:rPr>
          <w:rFonts w:ascii="Sylfaen" w:hAnsi="Sylfaen" w:cs="Sylfaen"/>
          <w:sz w:val="18"/>
          <w:szCs w:val="18"/>
        </w:rPr>
        <w:t>მიესადაგება</w:t>
      </w:r>
      <w:proofErr w:type="spellEnd"/>
      <w:r w:rsidRPr="00353196">
        <w:rPr>
          <w:rFonts w:cstheme="majorHAnsi"/>
          <w:sz w:val="18"/>
          <w:szCs w:val="18"/>
        </w:rPr>
        <w:t xml:space="preserve"> </w:t>
      </w:r>
      <w:proofErr w:type="spellStart"/>
      <w:r w:rsidRPr="00353196">
        <w:rPr>
          <w:rFonts w:ascii="Sylfaen" w:hAnsi="Sylfaen" w:cs="Sylfaen"/>
          <w:sz w:val="18"/>
          <w:szCs w:val="18"/>
        </w:rPr>
        <w:t>ფაქტ</w:t>
      </w:r>
      <w:proofErr w:type="spellEnd"/>
      <w:r w:rsidR="00F6688E">
        <w:rPr>
          <w:rFonts w:ascii="Sylfaen" w:hAnsi="Sylfaen" w:cs="Sylfaen"/>
          <w:sz w:val="18"/>
          <w:szCs w:val="18"/>
          <w:lang w:val="ka-GE"/>
        </w:rPr>
        <w:t>ობრივად</w:t>
      </w:r>
      <w:r w:rsidRPr="00353196">
        <w:rPr>
          <w:rFonts w:cstheme="majorHAnsi"/>
          <w:sz w:val="18"/>
          <w:szCs w:val="18"/>
        </w:rPr>
        <w:t xml:space="preserve"> </w:t>
      </w:r>
      <w:proofErr w:type="spellStart"/>
      <w:r w:rsidRPr="00353196">
        <w:rPr>
          <w:rFonts w:ascii="Sylfaen" w:hAnsi="Sylfaen" w:cs="Sylfaen"/>
          <w:sz w:val="18"/>
          <w:szCs w:val="18"/>
        </w:rPr>
        <w:t>შესრულებული</w:t>
      </w:r>
      <w:proofErr w:type="spellEnd"/>
      <w:r w:rsidRPr="00353196">
        <w:rPr>
          <w:rFonts w:cstheme="majorHAnsi"/>
          <w:sz w:val="18"/>
          <w:szCs w:val="18"/>
        </w:rPr>
        <w:t>/</w:t>
      </w:r>
      <w:proofErr w:type="spellStart"/>
      <w:r w:rsidRPr="00353196">
        <w:rPr>
          <w:rFonts w:ascii="Sylfaen" w:hAnsi="Sylfaen" w:cs="Sylfaen"/>
          <w:sz w:val="18"/>
          <w:szCs w:val="18"/>
        </w:rPr>
        <w:t>შესასრულებელი</w:t>
      </w:r>
      <w:proofErr w:type="spellEnd"/>
      <w:r w:rsidRPr="00353196">
        <w:rPr>
          <w:rFonts w:cstheme="majorHAnsi"/>
          <w:sz w:val="18"/>
          <w:szCs w:val="18"/>
        </w:rPr>
        <w:t xml:space="preserve"> </w:t>
      </w:r>
      <w:proofErr w:type="spellStart"/>
      <w:r w:rsidRPr="00353196">
        <w:rPr>
          <w:rFonts w:ascii="Sylfaen" w:hAnsi="Sylfaen" w:cs="Sylfaen"/>
          <w:sz w:val="18"/>
          <w:szCs w:val="18"/>
        </w:rPr>
        <w:t>სამუშაოს</w:t>
      </w:r>
      <w:proofErr w:type="spellEnd"/>
      <w:r w:rsidRPr="00353196">
        <w:rPr>
          <w:rFonts w:cstheme="majorHAnsi"/>
          <w:sz w:val="18"/>
          <w:szCs w:val="18"/>
        </w:rPr>
        <w:t xml:space="preserve"> </w:t>
      </w:r>
      <w:proofErr w:type="spellStart"/>
      <w:r w:rsidRPr="00353196">
        <w:rPr>
          <w:rFonts w:ascii="Sylfaen" w:hAnsi="Sylfaen" w:cs="Sylfaen"/>
          <w:sz w:val="18"/>
          <w:szCs w:val="18"/>
        </w:rPr>
        <w:t>ღირებულებას</w:t>
      </w:r>
      <w:proofErr w:type="spellEnd"/>
      <w:r w:rsidRPr="00353196">
        <w:rPr>
          <w:rFonts w:cstheme="majorHAnsi"/>
          <w:sz w:val="18"/>
          <w:szCs w:val="18"/>
        </w:rPr>
        <w:t xml:space="preserve">. </w:t>
      </w:r>
      <w:proofErr w:type="spellStart"/>
      <w:r w:rsidRPr="00353196">
        <w:rPr>
          <w:rFonts w:ascii="Sylfaen" w:hAnsi="Sylfaen" w:cs="Sylfaen"/>
          <w:sz w:val="18"/>
          <w:szCs w:val="18"/>
        </w:rPr>
        <w:t>დამატებითი</w:t>
      </w:r>
      <w:proofErr w:type="spellEnd"/>
      <w:r w:rsidRPr="00353196">
        <w:rPr>
          <w:rFonts w:cstheme="majorHAnsi"/>
          <w:sz w:val="18"/>
          <w:szCs w:val="18"/>
        </w:rPr>
        <w:t xml:space="preserve"> </w:t>
      </w:r>
      <w:proofErr w:type="spellStart"/>
      <w:r w:rsidRPr="00353196">
        <w:rPr>
          <w:rFonts w:ascii="Sylfaen" w:hAnsi="Sylfaen" w:cs="Sylfaen"/>
          <w:sz w:val="18"/>
          <w:szCs w:val="18"/>
        </w:rPr>
        <w:t>მოცულობის</w:t>
      </w:r>
      <w:proofErr w:type="spellEnd"/>
      <w:r w:rsidRPr="00353196">
        <w:rPr>
          <w:rFonts w:cstheme="majorHAnsi"/>
          <w:sz w:val="18"/>
          <w:szCs w:val="18"/>
        </w:rPr>
        <w:t xml:space="preserve"> </w:t>
      </w:r>
      <w:proofErr w:type="spellStart"/>
      <w:r w:rsidRPr="00353196">
        <w:rPr>
          <w:rFonts w:ascii="Sylfaen" w:hAnsi="Sylfaen" w:cs="Sylfaen"/>
          <w:sz w:val="18"/>
          <w:szCs w:val="18"/>
        </w:rPr>
        <w:t>სამუშაოს</w:t>
      </w:r>
      <w:proofErr w:type="spellEnd"/>
      <w:r w:rsidRPr="00353196">
        <w:rPr>
          <w:rFonts w:cstheme="majorHAnsi"/>
          <w:sz w:val="18"/>
          <w:szCs w:val="18"/>
        </w:rPr>
        <w:t xml:space="preserve"> </w:t>
      </w:r>
      <w:proofErr w:type="spellStart"/>
      <w:r w:rsidRPr="00353196">
        <w:rPr>
          <w:rFonts w:ascii="Sylfaen" w:hAnsi="Sylfaen" w:cs="Sylfaen"/>
          <w:sz w:val="18"/>
          <w:szCs w:val="18"/>
        </w:rPr>
        <w:t>ღირებულებას</w:t>
      </w:r>
      <w:proofErr w:type="spellEnd"/>
      <w:r w:rsidRPr="00353196">
        <w:rPr>
          <w:rFonts w:cstheme="majorHAnsi"/>
          <w:sz w:val="18"/>
          <w:szCs w:val="18"/>
        </w:rPr>
        <w:t xml:space="preserve"> </w:t>
      </w:r>
      <w:proofErr w:type="spellStart"/>
      <w:r w:rsidRPr="00353196">
        <w:rPr>
          <w:rFonts w:ascii="Sylfaen" w:hAnsi="Sylfaen" w:cs="Sylfaen"/>
          <w:sz w:val="18"/>
          <w:szCs w:val="18"/>
        </w:rPr>
        <w:t>და</w:t>
      </w:r>
      <w:proofErr w:type="spellEnd"/>
      <w:r w:rsidRPr="00353196">
        <w:rPr>
          <w:rFonts w:cstheme="majorHAnsi"/>
          <w:sz w:val="18"/>
          <w:szCs w:val="18"/>
        </w:rPr>
        <w:t xml:space="preserve"> </w:t>
      </w:r>
      <w:proofErr w:type="spellStart"/>
      <w:r w:rsidRPr="00353196">
        <w:rPr>
          <w:rFonts w:ascii="Sylfaen" w:hAnsi="Sylfaen" w:cs="Sylfaen"/>
          <w:sz w:val="18"/>
          <w:szCs w:val="18"/>
        </w:rPr>
        <w:t>შესრულების</w:t>
      </w:r>
      <w:proofErr w:type="spellEnd"/>
      <w:r w:rsidRPr="00353196">
        <w:rPr>
          <w:rFonts w:cstheme="majorHAnsi"/>
          <w:sz w:val="18"/>
          <w:szCs w:val="18"/>
        </w:rPr>
        <w:t xml:space="preserve"> </w:t>
      </w:r>
      <w:proofErr w:type="spellStart"/>
      <w:r w:rsidRPr="00353196">
        <w:rPr>
          <w:rFonts w:ascii="Sylfaen" w:hAnsi="Sylfaen" w:cs="Sylfaen"/>
          <w:sz w:val="18"/>
          <w:szCs w:val="18"/>
        </w:rPr>
        <w:t>პირობას</w:t>
      </w:r>
      <w:proofErr w:type="spellEnd"/>
      <w:r w:rsidRPr="00353196">
        <w:rPr>
          <w:rFonts w:cstheme="majorHAnsi"/>
          <w:sz w:val="18"/>
          <w:szCs w:val="18"/>
        </w:rPr>
        <w:t xml:space="preserve"> </w:t>
      </w:r>
      <w:proofErr w:type="spellStart"/>
      <w:r w:rsidRPr="00353196">
        <w:rPr>
          <w:rFonts w:ascii="Sylfaen" w:hAnsi="Sylfaen" w:cs="Sylfaen"/>
          <w:sz w:val="18"/>
          <w:szCs w:val="18"/>
        </w:rPr>
        <w:t>მხარეები</w:t>
      </w:r>
      <w:proofErr w:type="spellEnd"/>
      <w:r w:rsidRPr="00353196">
        <w:rPr>
          <w:rFonts w:cstheme="majorHAnsi"/>
          <w:sz w:val="18"/>
          <w:szCs w:val="18"/>
        </w:rPr>
        <w:t xml:space="preserve"> </w:t>
      </w:r>
      <w:proofErr w:type="spellStart"/>
      <w:r w:rsidRPr="00353196">
        <w:rPr>
          <w:rFonts w:ascii="Sylfaen" w:hAnsi="Sylfaen" w:cs="Sylfaen"/>
          <w:sz w:val="18"/>
          <w:szCs w:val="18"/>
        </w:rPr>
        <w:t>განსაზღვრავენ</w:t>
      </w:r>
      <w:proofErr w:type="spellEnd"/>
      <w:r w:rsidRPr="00353196">
        <w:rPr>
          <w:rFonts w:cstheme="majorHAnsi"/>
          <w:sz w:val="18"/>
          <w:szCs w:val="18"/>
        </w:rPr>
        <w:t xml:space="preserve"> </w:t>
      </w:r>
      <w:proofErr w:type="spellStart"/>
      <w:r w:rsidRPr="00353196">
        <w:rPr>
          <w:rFonts w:ascii="Sylfaen" w:hAnsi="Sylfaen" w:cs="Sylfaen"/>
          <w:sz w:val="18"/>
          <w:szCs w:val="18"/>
        </w:rPr>
        <w:t>შემდეგი</w:t>
      </w:r>
      <w:proofErr w:type="spellEnd"/>
      <w:r w:rsidRPr="00353196">
        <w:rPr>
          <w:rFonts w:cstheme="majorHAnsi"/>
          <w:sz w:val="18"/>
          <w:szCs w:val="18"/>
        </w:rPr>
        <w:t xml:space="preserve"> </w:t>
      </w:r>
      <w:proofErr w:type="spellStart"/>
      <w:r w:rsidRPr="00353196">
        <w:rPr>
          <w:rFonts w:ascii="Sylfaen" w:hAnsi="Sylfaen" w:cs="Sylfaen"/>
          <w:sz w:val="18"/>
          <w:szCs w:val="18"/>
        </w:rPr>
        <w:t>წესით</w:t>
      </w:r>
      <w:proofErr w:type="spellEnd"/>
      <w:r w:rsidRPr="00353196">
        <w:rPr>
          <w:rFonts w:cstheme="majorHAnsi"/>
          <w:sz w:val="18"/>
          <w:szCs w:val="18"/>
        </w:rPr>
        <w:t>:</w:t>
      </w:r>
    </w:p>
    <w:p w14:paraId="3A79B488" w14:textId="5333521D" w:rsidR="004B6084" w:rsidRPr="00D73BDF" w:rsidRDefault="00A74260" w:rsidP="00185C20">
      <w:pPr>
        <w:jc w:val="both"/>
        <w:rPr>
          <w:rFonts w:cstheme="majorHAnsi"/>
          <w:sz w:val="18"/>
          <w:szCs w:val="18"/>
        </w:rPr>
      </w:pPr>
      <w:r w:rsidRPr="00D73BDF">
        <w:rPr>
          <w:rFonts w:ascii="Sylfaen" w:hAnsi="Sylfaen" w:cs="Sylfaen"/>
          <w:sz w:val="18"/>
          <w:szCs w:val="18"/>
        </w:rPr>
        <w:t>ა</w:t>
      </w:r>
      <w:r w:rsidRPr="00D73BDF">
        <w:rPr>
          <w:rFonts w:cstheme="majorHAnsi"/>
          <w:sz w:val="18"/>
          <w:szCs w:val="18"/>
        </w:rPr>
        <w:t xml:space="preserve">) </w:t>
      </w:r>
      <w:proofErr w:type="spellStart"/>
      <w:r w:rsidRPr="00D73BDF">
        <w:rPr>
          <w:rFonts w:ascii="Sylfaen" w:hAnsi="Sylfaen" w:cs="Sylfaen"/>
          <w:sz w:val="18"/>
          <w:szCs w:val="18"/>
        </w:rPr>
        <w:t>თუ</w:t>
      </w:r>
      <w:proofErr w:type="spellEnd"/>
      <w:r w:rsidRPr="00D73BDF">
        <w:rPr>
          <w:rFonts w:cstheme="majorHAnsi"/>
          <w:sz w:val="18"/>
          <w:szCs w:val="18"/>
        </w:rPr>
        <w:t xml:space="preserve"> </w:t>
      </w:r>
      <w:proofErr w:type="spellStart"/>
      <w:r w:rsidRPr="00D73BDF">
        <w:rPr>
          <w:rFonts w:ascii="Sylfaen" w:hAnsi="Sylfaen" w:cs="Sylfaen"/>
          <w:sz w:val="18"/>
          <w:szCs w:val="18"/>
        </w:rPr>
        <w:t>დამატებითი</w:t>
      </w:r>
      <w:proofErr w:type="spellEnd"/>
      <w:r w:rsidRPr="00D73BDF">
        <w:rPr>
          <w:rFonts w:cstheme="majorHAnsi"/>
          <w:sz w:val="18"/>
          <w:szCs w:val="18"/>
        </w:rPr>
        <w:t xml:space="preserve"> </w:t>
      </w:r>
      <w:proofErr w:type="spellStart"/>
      <w:r w:rsidRPr="00D73BDF">
        <w:rPr>
          <w:rFonts w:ascii="Sylfaen" w:hAnsi="Sylfaen" w:cs="Sylfaen"/>
          <w:sz w:val="18"/>
          <w:szCs w:val="18"/>
        </w:rPr>
        <w:t>სამუშაო</w:t>
      </w:r>
      <w:proofErr w:type="spellEnd"/>
      <w:r w:rsidRPr="00D73BDF">
        <w:rPr>
          <w:rFonts w:cstheme="majorHAnsi"/>
          <w:sz w:val="18"/>
          <w:szCs w:val="18"/>
        </w:rPr>
        <w:t xml:space="preserve"> </w:t>
      </w:r>
      <w:proofErr w:type="spellStart"/>
      <w:r w:rsidRPr="00D73BDF">
        <w:rPr>
          <w:rFonts w:ascii="Sylfaen" w:hAnsi="Sylfaen" w:cs="Sylfaen"/>
          <w:sz w:val="18"/>
          <w:szCs w:val="18"/>
        </w:rPr>
        <w:t>თავისი</w:t>
      </w:r>
      <w:proofErr w:type="spellEnd"/>
      <w:r w:rsidRPr="00D73BDF">
        <w:rPr>
          <w:rFonts w:cstheme="majorHAnsi"/>
          <w:sz w:val="18"/>
          <w:szCs w:val="18"/>
        </w:rPr>
        <w:t xml:space="preserve"> </w:t>
      </w:r>
      <w:proofErr w:type="spellStart"/>
      <w:r w:rsidRPr="00D73BDF">
        <w:rPr>
          <w:rFonts w:ascii="Sylfaen" w:hAnsi="Sylfaen" w:cs="Sylfaen"/>
          <w:sz w:val="18"/>
          <w:szCs w:val="18"/>
        </w:rPr>
        <w:t>შინაარსით</w:t>
      </w:r>
      <w:proofErr w:type="spellEnd"/>
      <w:r w:rsidRPr="00D73BDF">
        <w:rPr>
          <w:rFonts w:cstheme="majorHAnsi"/>
          <w:sz w:val="18"/>
          <w:szCs w:val="18"/>
        </w:rPr>
        <w:t xml:space="preserve"> </w:t>
      </w:r>
      <w:proofErr w:type="spellStart"/>
      <w:r w:rsidRPr="00D73BDF">
        <w:rPr>
          <w:rFonts w:ascii="Sylfaen" w:hAnsi="Sylfaen" w:cs="Sylfaen"/>
          <w:sz w:val="18"/>
          <w:szCs w:val="18"/>
        </w:rPr>
        <w:t>წარმოადგენს</w:t>
      </w:r>
      <w:proofErr w:type="spellEnd"/>
      <w:r w:rsidRPr="00D73BDF">
        <w:rPr>
          <w:rFonts w:cstheme="majorHAnsi"/>
          <w:sz w:val="18"/>
          <w:szCs w:val="18"/>
        </w:rPr>
        <w:t xml:space="preserve"> </w:t>
      </w:r>
      <w:proofErr w:type="spellStart"/>
      <w:r w:rsidRPr="00D73BDF">
        <w:rPr>
          <w:rFonts w:ascii="Sylfaen" w:hAnsi="Sylfaen" w:cs="Sylfaen"/>
          <w:sz w:val="18"/>
          <w:szCs w:val="18"/>
        </w:rPr>
        <w:t>ისეთი</w:t>
      </w:r>
      <w:proofErr w:type="spellEnd"/>
      <w:r w:rsidRPr="00D73BDF">
        <w:rPr>
          <w:rFonts w:cstheme="majorHAnsi"/>
          <w:sz w:val="18"/>
          <w:szCs w:val="18"/>
        </w:rPr>
        <w:t xml:space="preserve"> </w:t>
      </w:r>
      <w:proofErr w:type="spellStart"/>
      <w:r w:rsidRPr="00D73BDF">
        <w:rPr>
          <w:rFonts w:ascii="Sylfaen" w:hAnsi="Sylfaen" w:cs="Sylfaen"/>
          <w:sz w:val="18"/>
          <w:szCs w:val="18"/>
        </w:rPr>
        <w:t>სამუშაოს</w:t>
      </w:r>
      <w:proofErr w:type="spellEnd"/>
      <w:r w:rsidRPr="00D73BDF">
        <w:rPr>
          <w:rFonts w:cstheme="majorHAnsi"/>
          <w:sz w:val="18"/>
          <w:szCs w:val="18"/>
        </w:rPr>
        <w:t xml:space="preserve"> </w:t>
      </w:r>
      <w:proofErr w:type="spellStart"/>
      <w:r w:rsidRPr="00D73BDF">
        <w:rPr>
          <w:rFonts w:ascii="Sylfaen" w:hAnsi="Sylfaen" w:cs="Sylfaen"/>
          <w:sz w:val="18"/>
          <w:szCs w:val="18"/>
        </w:rPr>
        <w:t>დამატებით</w:t>
      </w:r>
      <w:proofErr w:type="spellEnd"/>
      <w:r w:rsidRPr="00D73BDF">
        <w:rPr>
          <w:rFonts w:cstheme="majorHAnsi"/>
          <w:sz w:val="18"/>
          <w:szCs w:val="18"/>
        </w:rPr>
        <w:t xml:space="preserve"> </w:t>
      </w:r>
      <w:proofErr w:type="spellStart"/>
      <w:r w:rsidRPr="00D73BDF">
        <w:rPr>
          <w:rFonts w:ascii="Sylfaen" w:hAnsi="Sylfaen" w:cs="Sylfaen"/>
          <w:sz w:val="18"/>
          <w:szCs w:val="18"/>
        </w:rPr>
        <w:t>მოცულობას</w:t>
      </w:r>
      <w:proofErr w:type="spellEnd"/>
      <w:r w:rsidRPr="00D73BDF">
        <w:rPr>
          <w:rFonts w:cstheme="majorHAnsi"/>
          <w:sz w:val="18"/>
          <w:szCs w:val="18"/>
        </w:rPr>
        <w:t xml:space="preserve">, </w:t>
      </w:r>
      <w:proofErr w:type="spellStart"/>
      <w:r w:rsidRPr="00D73BDF">
        <w:rPr>
          <w:rFonts w:ascii="Sylfaen" w:hAnsi="Sylfaen" w:cs="Sylfaen"/>
          <w:sz w:val="18"/>
          <w:szCs w:val="18"/>
        </w:rPr>
        <w:t>რომლის</w:t>
      </w:r>
      <w:proofErr w:type="spellEnd"/>
      <w:r w:rsidRPr="00D73BDF">
        <w:rPr>
          <w:rFonts w:cstheme="majorHAnsi"/>
          <w:sz w:val="18"/>
          <w:szCs w:val="18"/>
        </w:rPr>
        <w:t xml:space="preserve"> </w:t>
      </w:r>
      <w:proofErr w:type="spellStart"/>
      <w:r w:rsidRPr="00D73BDF">
        <w:rPr>
          <w:rFonts w:ascii="Sylfaen" w:hAnsi="Sylfaen" w:cs="Sylfaen"/>
          <w:sz w:val="18"/>
          <w:szCs w:val="18"/>
        </w:rPr>
        <w:t>ერთეულის</w:t>
      </w:r>
      <w:proofErr w:type="spellEnd"/>
      <w:r w:rsidRPr="00D73BDF">
        <w:rPr>
          <w:rFonts w:cstheme="majorHAnsi"/>
          <w:sz w:val="18"/>
          <w:szCs w:val="18"/>
        </w:rPr>
        <w:t xml:space="preserve"> </w:t>
      </w:r>
      <w:proofErr w:type="spellStart"/>
      <w:r w:rsidRPr="00D73BDF">
        <w:rPr>
          <w:rFonts w:ascii="Sylfaen" w:hAnsi="Sylfaen" w:cs="Sylfaen"/>
          <w:sz w:val="18"/>
          <w:szCs w:val="18"/>
        </w:rPr>
        <w:t>ღირებულებაზე</w:t>
      </w:r>
      <w:proofErr w:type="spellEnd"/>
      <w:r w:rsidRPr="00D73BDF">
        <w:rPr>
          <w:rFonts w:cstheme="majorHAnsi"/>
          <w:sz w:val="18"/>
          <w:szCs w:val="18"/>
        </w:rPr>
        <w:t xml:space="preserve"> </w:t>
      </w:r>
      <w:proofErr w:type="spellStart"/>
      <w:r w:rsidRPr="00D73BDF">
        <w:rPr>
          <w:rFonts w:ascii="Sylfaen" w:hAnsi="Sylfaen" w:cs="Sylfaen"/>
          <w:sz w:val="18"/>
          <w:szCs w:val="18"/>
        </w:rPr>
        <w:t>მხარეები</w:t>
      </w:r>
      <w:proofErr w:type="spellEnd"/>
      <w:r w:rsidRPr="00D73BDF">
        <w:rPr>
          <w:rFonts w:cstheme="majorHAnsi"/>
          <w:sz w:val="18"/>
          <w:szCs w:val="18"/>
        </w:rPr>
        <w:t xml:space="preserve"> </w:t>
      </w:r>
      <w:proofErr w:type="spellStart"/>
      <w:r w:rsidRPr="00D73BDF">
        <w:rPr>
          <w:rFonts w:ascii="Sylfaen" w:hAnsi="Sylfaen" w:cs="Sylfaen"/>
          <w:sz w:val="18"/>
          <w:szCs w:val="18"/>
        </w:rPr>
        <w:t>შეთანხმებული</w:t>
      </w:r>
      <w:proofErr w:type="spellEnd"/>
      <w:r w:rsidRPr="00D73BDF">
        <w:rPr>
          <w:rFonts w:cstheme="majorHAnsi"/>
          <w:sz w:val="18"/>
          <w:szCs w:val="18"/>
        </w:rPr>
        <w:t xml:space="preserve"> </w:t>
      </w:r>
      <w:proofErr w:type="spellStart"/>
      <w:r w:rsidRPr="00D73BDF">
        <w:rPr>
          <w:rFonts w:ascii="Sylfaen" w:hAnsi="Sylfaen" w:cs="Sylfaen"/>
          <w:sz w:val="18"/>
          <w:szCs w:val="18"/>
        </w:rPr>
        <w:t>არიან</w:t>
      </w:r>
      <w:proofErr w:type="spellEnd"/>
      <w:r w:rsidRPr="00D73BDF">
        <w:rPr>
          <w:rFonts w:cstheme="majorHAnsi"/>
          <w:sz w:val="18"/>
          <w:szCs w:val="18"/>
        </w:rPr>
        <w:t xml:space="preserve"> </w:t>
      </w:r>
      <w:proofErr w:type="spellStart"/>
      <w:r w:rsidRPr="00D73BDF">
        <w:rPr>
          <w:rFonts w:ascii="Sylfaen" w:hAnsi="Sylfaen" w:cs="Sylfaen"/>
          <w:sz w:val="18"/>
          <w:szCs w:val="18"/>
        </w:rPr>
        <w:t>სახარჯთაღრიცხვო</w:t>
      </w:r>
      <w:proofErr w:type="spellEnd"/>
      <w:r w:rsidRPr="00D73BDF">
        <w:rPr>
          <w:rFonts w:cstheme="majorHAnsi"/>
          <w:sz w:val="18"/>
          <w:szCs w:val="18"/>
        </w:rPr>
        <w:t xml:space="preserve"> </w:t>
      </w:r>
      <w:proofErr w:type="spellStart"/>
      <w:r w:rsidRPr="00D73BDF">
        <w:rPr>
          <w:rFonts w:ascii="Sylfaen" w:hAnsi="Sylfaen" w:cs="Sylfaen"/>
          <w:sz w:val="18"/>
          <w:szCs w:val="18"/>
        </w:rPr>
        <w:t>დოკუმენტაციით</w:t>
      </w:r>
      <w:proofErr w:type="spellEnd"/>
      <w:r w:rsidRPr="00D73BDF">
        <w:rPr>
          <w:rFonts w:cstheme="majorHAnsi"/>
          <w:sz w:val="18"/>
          <w:szCs w:val="18"/>
        </w:rPr>
        <w:t xml:space="preserve"> </w:t>
      </w:r>
      <w:r w:rsidR="000A658A">
        <w:rPr>
          <w:rFonts w:ascii="Sylfaen" w:hAnsi="Sylfaen" w:cstheme="majorHAnsi"/>
          <w:sz w:val="18"/>
          <w:szCs w:val="18"/>
          <w:lang w:val="ka-GE"/>
        </w:rPr>
        <w:t>(</w:t>
      </w:r>
      <w:proofErr w:type="spellStart"/>
      <w:r w:rsidRPr="00D73BDF">
        <w:rPr>
          <w:rFonts w:ascii="Sylfaen" w:hAnsi="Sylfaen" w:cs="Sylfaen"/>
          <w:sz w:val="18"/>
          <w:szCs w:val="18"/>
        </w:rPr>
        <w:t>ასეთი</w:t>
      </w:r>
      <w:proofErr w:type="spellEnd"/>
      <w:r w:rsidRPr="00D73BDF">
        <w:rPr>
          <w:rFonts w:cstheme="majorHAnsi"/>
          <w:sz w:val="18"/>
          <w:szCs w:val="18"/>
        </w:rPr>
        <w:t xml:space="preserve"> </w:t>
      </w:r>
      <w:proofErr w:type="spellStart"/>
      <w:r w:rsidRPr="00D73BDF">
        <w:rPr>
          <w:rFonts w:ascii="Sylfaen" w:hAnsi="Sylfaen" w:cs="Sylfaen"/>
          <w:sz w:val="18"/>
          <w:szCs w:val="18"/>
        </w:rPr>
        <w:t>სამუშაოს</w:t>
      </w:r>
      <w:proofErr w:type="spellEnd"/>
      <w:r w:rsidRPr="00D73BDF">
        <w:rPr>
          <w:rFonts w:cstheme="majorHAnsi"/>
          <w:sz w:val="18"/>
          <w:szCs w:val="18"/>
        </w:rPr>
        <w:t xml:space="preserve"> </w:t>
      </w:r>
      <w:proofErr w:type="spellStart"/>
      <w:r w:rsidRPr="00D73BDF">
        <w:rPr>
          <w:rFonts w:ascii="Sylfaen" w:hAnsi="Sylfaen" w:cs="Sylfaen"/>
          <w:sz w:val="18"/>
          <w:szCs w:val="18"/>
        </w:rPr>
        <w:t>ერთეულის</w:t>
      </w:r>
      <w:proofErr w:type="spellEnd"/>
      <w:r w:rsidRPr="00D73BDF">
        <w:rPr>
          <w:rFonts w:cstheme="majorHAnsi"/>
          <w:sz w:val="18"/>
          <w:szCs w:val="18"/>
        </w:rPr>
        <w:t xml:space="preserve"> </w:t>
      </w:r>
      <w:proofErr w:type="spellStart"/>
      <w:r w:rsidRPr="00D73BDF">
        <w:rPr>
          <w:rFonts w:ascii="Sylfaen" w:hAnsi="Sylfaen" w:cs="Sylfaen"/>
          <w:sz w:val="18"/>
          <w:szCs w:val="18"/>
        </w:rPr>
        <w:t>ღირებულება</w:t>
      </w:r>
      <w:proofErr w:type="spellEnd"/>
      <w:r w:rsidRPr="00D73BDF">
        <w:rPr>
          <w:rFonts w:cstheme="majorHAnsi"/>
          <w:sz w:val="18"/>
          <w:szCs w:val="18"/>
        </w:rPr>
        <w:t xml:space="preserve"> </w:t>
      </w:r>
      <w:proofErr w:type="spellStart"/>
      <w:r w:rsidRPr="00D73BDF">
        <w:rPr>
          <w:rFonts w:ascii="Sylfaen" w:hAnsi="Sylfaen" w:cs="Sylfaen"/>
          <w:sz w:val="18"/>
          <w:szCs w:val="18"/>
        </w:rPr>
        <w:t>განსაზღვრულია</w:t>
      </w:r>
      <w:proofErr w:type="spellEnd"/>
      <w:r w:rsidRPr="00D73BDF">
        <w:rPr>
          <w:rFonts w:cstheme="majorHAnsi"/>
          <w:sz w:val="18"/>
          <w:szCs w:val="18"/>
        </w:rPr>
        <w:t xml:space="preserve"> </w:t>
      </w:r>
      <w:proofErr w:type="spellStart"/>
      <w:r w:rsidRPr="00D73BDF">
        <w:rPr>
          <w:rFonts w:ascii="Sylfaen" w:hAnsi="Sylfaen" w:cs="Sylfaen"/>
          <w:sz w:val="18"/>
          <w:szCs w:val="18"/>
        </w:rPr>
        <w:t>ხარჯთაღრიცხვაში</w:t>
      </w:r>
      <w:proofErr w:type="spellEnd"/>
      <w:r w:rsidR="000A658A">
        <w:rPr>
          <w:rFonts w:ascii="Sylfaen" w:hAnsi="Sylfaen" w:cstheme="majorHAnsi"/>
          <w:sz w:val="18"/>
          <w:szCs w:val="18"/>
          <w:lang w:val="ka-GE"/>
        </w:rPr>
        <w:t>)</w:t>
      </w:r>
      <w:r w:rsidRPr="00D73BDF">
        <w:rPr>
          <w:rFonts w:cstheme="majorHAnsi"/>
          <w:sz w:val="18"/>
          <w:szCs w:val="18"/>
        </w:rPr>
        <w:t xml:space="preserve">, </w:t>
      </w:r>
      <w:proofErr w:type="spellStart"/>
      <w:r w:rsidRPr="00D73BDF">
        <w:rPr>
          <w:rFonts w:ascii="Sylfaen" w:hAnsi="Sylfaen" w:cs="Sylfaen"/>
          <w:sz w:val="18"/>
          <w:szCs w:val="18"/>
        </w:rPr>
        <w:t>მაშინ</w:t>
      </w:r>
      <w:proofErr w:type="spellEnd"/>
      <w:r w:rsidRPr="00D73BDF">
        <w:rPr>
          <w:rFonts w:cstheme="majorHAnsi"/>
          <w:sz w:val="18"/>
          <w:szCs w:val="18"/>
        </w:rPr>
        <w:t xml:space="preserve"> </w:t>
      </w:r>
      <w:proofErr w:type="spellStart"/>
      <w:r w:rsidRPr="00D73BDF">
        <w:rPr>
          <w:rFonts w:ascii="Sylfaen" w:hAnsi="Sylfaen" w:cs="Sylfaen"/>
          <w:sz w:val="18"/>
          <w:szCs w:val="18"/>
        </w:rPr>
        <w:t>ასეთი</w:t>
      </w:r>
      <w:proofErr w:type="spellEnd"/>
      <w:r w:rsidRPr="00D73BDF">
        <w:rPr>
          <w:rFonts w:cstheme="majorHAnsi"/>
          <w:sz w:val="18"/>
          <w:szCs w:val="18"/>
        </w:rPr>
        <w:t xml:space="preserve"> </w:t>
      </w:r>
      <w:proofErr w:type="spellStart"/>
      <w:r w:rsidRPr="00D73BDF">
        <w:rPr>
          <w:rFonts w:ascii="Sylfaen" w:hAnsi="Sylfaen" w:cs="Sylfaen"/>
          <w:sz w:val="18"/>
          <w:szCs w:val="18"/>
        </w:rPr>
        <w:t>დამატებითი</w:t>
      </w:r>
      <w:proofErr w:type="spellEnd"/>
      <w:r w:rsidRPr="00D73BDF">
        <w:rPr>
          <w:rFonts w:cstheme="majorHAnsi"/>
          <w:sz w:val="18"/>
          <w:szCs w:val="18"/>
        </w:rPr>
        <w:t xml:space="preserve"> </w:t>
      </w:r>
      <w:proofErr w:type="spellStart"/>
      <w:r w:rsidRPr="00D73BDF">
        <w:rPr>
          <w:rFonts w:ascii="Sylfaen" w:hAnsi="Sylfaen" w:cs="Sylfaen"/>
          <w:sz w:val="18"/>
          <w:szCs w:val="18"/>
        </w:rPr>
        <w:t>სამუშაოს</w:t>
      </w:r>
      <w:proofErr w:type="spellEnd"/>
      <w:r w:rsidRPr="00D73BDF">
        <w:rPr>
          <w:rFonts w:cstheme="majorHAnsi"/>
          <w:sz w:val="18"/>
          <w:szCs w:val="18"/>
        </w:rPr>
        <w:t xml:space="preserve"> </w:t>
      </w:r>
      <w:proofErr w:type="spellStart"/>
      <w:r w:rsidRPr="00D73BDF">
        <w:rPr>
          <w:rFonts w:ascii="Sylfaen" w:hAnsi="Sylfaen" w:cs="Sylfaen"/>
          <w:sz w:val="18"/>
          <w:szCs w:val="18"/>
        </w:rPr>
        <w:t>ღირებულების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განსასაზღვრავად</w:t>
      </w:r>
      <w:proofErr w:type="spellEnd"/>
      <w:r w:rsidRPr="00D73BDF">
        <w:rPr>
          <w:rFonts w:cstheme="majorHAnsi"/>
          <w:sz w:val="18"/>
          <w:szCs w:val="18"/>
        </w:rPr>
        <w:t xml:space="preserve"> </w:t>
      </w:r>
      <w:proofErr w:type="spellStart"/>
      <w:r w:rsidRPr="00D73BDF">
        <w:rPr>
          <w:rFonts w:ascii="Sylfaen" w:hAnsi="Sylfaen" w:cs="Sylfaen"/>
          <w:sz w:val="18"/>
          <w:szCs w:val="18"/>
        </w:rPr>
        <w:t>მხარეები</w:t>
      </w:r>
      <w:proofErr w:type="spellEnd"/>
      <w:r w:rsidRPr="00D73BDF">
        <w:rPr>
          <w:rFonts w:cstheme="majorHAnsi"/>
          <w:sz w:val="18"/>
          <w:szCs w:val="18"/>
        </w:rPr>
        <w:t xml:space="preserve"> </w:t>
      </w:r>
      <w:proofErr w:type="spellStart"/>
      <w:r w:rsidRPr="00D73BDF">
        <w:rPr>
          <w:rFonts w:ascii="Sylfaen" w:hAnsi="Sylfaen" w:cs="Sylfaen"/>
          <w:sz w:val="18"/>
          <w:szCs w:val="18"/>
        </w:rPr>
        <w:t>იხელმძღვანელებენ</w:t>
      </w:r>
      <w:proofErr w:type="spellEnd"/>
      <w:r w:rsidRPr="00D73BDF">
        <w:rPr>
          <w:rFonts w:cstheme="majorHAnsi"/>
          <w:sz w:val="18"/>
          <w:szCs w:val="18"/>
        </w:rPr>
        <w:t xml:space="preserve"> </w:t>
      </w:r>
      <w:proofErr w:type="spellStart"/>
      <w:r w:rsidRPr="00D73BDF">
        <w:rPr>
          <w:rFonts w:ascii="Sylfaen" w:hAnsi="Sylfaen" w:cs="Sylfaen"/>
          <w:sz w:val="18"/>
          <w:szCs w:val="18"/>
        </w:rPr>
        <w:t>სახარჯთაღრიცხვო</w:t>
      </w:r>
      <w:proofErr w:type="spellEnd"/>
      <w:r w:rsidRPr="00D73BDF">
        <w:rPr>
          <w:rFonts w:cstheme="majorHAnsi"/>
          <w:sz w:val="18"/>
          <w:szCs w:val="18"/>
        </w:rPr>
        <w:t xml:space="preserve"> </w:t>
      </w:r>
      <w:proofErr w:type="spellStart"/>
      <w:r w:rsidRPr="00D73BDF">
        <w:rPr>
          <w:rFonts w:ascii="Sylfaen" w:hAnsi="Sylfaen" w:cs="Sylfaen"/>
          <w:sz w:val="18"/>
          <w:szCs w:val="18"/>
        </w:rPr>
        <w:t>დოკუმენტაციაში</w:t>
      </w:r>
      <w:proofErr w:type="spellEnd"/>
      <w:r w:rsidRPr="00D73BDF">
        <w:rPr>
          <w:rFonts w:cstheme="majorHAnsi"/>
          <w:sz w:val="18"/>
          <w:szCs w:val="18"/>
        </w:rPr>
        <w:t xml:space="preserve"> </w:t>
      </w:r>
      <w:proofErr w:type="spellStart"/>
      <w:r w:rsidRPr="00D73BDF">
        <w:rPr>
          <w:rFonts w:ascii="Sylfaen" w:hAnsi="Sylfaen" w:cs="Sylfaen"/>
          <w:sz w:val="18"/>
          <w:szCs w:val="18"/>
        </w:rPr>
        <w:t>მითითებული</w:t>
      </w:r>
      <w:proofErr w:type="spellEnd"/>
      <w:r w:rsidRPr="00D73BDF">
        <w:rPr>
          <w:rFonts w:cstheme="majorHAnsi"/>
          <w:sz w:val="18"/>
          <w:szCs w:val="18"/>
        </w:rPr>
        <w:t xml:space="preserve"> </w:t>
      </w:r>
      <w:proofErr w:type="spellStart"/>
      <w:r w:rsidRPr="00D73BDF">
        <w:rPr>
          <w:rFonts w:ascii="Sylfaen" w:hAnsi="Sylfaen" w:cs="Sylfaen"/>
          <w:sz w:val="18"/>
          <w:szCs w:val="18"/>
        </w:rPr>
        <w:t>სამუშაოს</w:t>
      </w:r>
      <w:proofErr w:type="spellEnd"/>
      <w:r w:rsidRPr="00D73BDF">
        <w:rPr>
          <w:rFonts w:cstheme="majorHAnsi"/>
          <w:sz w:val="18"/>
          <w:szCs w:val="18"/>
        </w:rPr>
        <w:t>/</w:t>
      </w:r>
      <w:proofErr w:type="spellStart"/>
      <w:r w:rsidRPr="00D73BDF">
        <w:rPr>
          <w:rFonts w:ascii="Sylfaen" w:hAnsi="Sylfaen" w:cs="Sylfaen"/>
          <w:sz w:val="18"/>
          <w:szCs w:val="18"/>
        </w:rPr>
        <w:t>სამუშაოების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ერთეულის</w:t>
      </w:r>
      <w:proofErr w:type="spellEnd"/>
      <w:r w:rsidRPr="00D73BDF">
        <w:rPr>
          <w:rFonts w:cstheme="majorHAnsi"/>
          <w:sz w:val="18"/>
          <w:szCs w:val="18"/>
        </w:rPr>
        <w:t xml:space="preserve"> </w:t>
      </w:r>
      <w:proofErr w:type="spellStart"/>
      <w:r w:rsidRPr="00D73BDF">
        <w:rPr>
          <w:rFonts w:ascii="Sylfaen" w:hAnsi="Sylfaen" w:cs="Sylfaen"/>
          <w:sz w:val="18"/>
          <w:szCs w:val="18"/>
        </w:rPr>
        <w:t>ღირებულებებით</w:t>
      </w:r>
      <w:proofErr w:type="spellEnd"/>
      <w:r w:rsidRPr="00D73BDF">
        <w:rPr>
          <w:rFonts w:cstheme="majorHAnsi"/>
          <w:sz w:val="18"/>
          <w:szCs w:val="18"/>
        </w:rPr>
        <w:t xml:space="preserve"> </w:t>
      </w:r>
      <w:proofErr w:type="spellStart"/>
      <w:r w:rsidRPr="00D73BDF">
        <w:rPr>
          <w:rFonts w:ascii="Sylfaen" w:hAnsi="Sylfaen" w:cs="Sylfaen"/>
          <w:sz w:val="18"/>
          <w:szCs w:val="18"/>
        </w:rPr>
        <w:t>და</w:t>
      </w:r>
      <w:proofErr w:type="spellEnd"/>
      <w:r w:rsidRPr="00D73BDF">
        <w:rPr>
          <w:rFonts w:cstheme="majorHAnsi"/>
          <w:sz w:val="18"/>
          <w:szCs w:val="18"/>
        </w:rPr>
        <w:t xml:space="preserve"> </w:t>
      </w:r>
      <w:proofErr w:type="spellStart"/>
      <w:r w:rsidRPr="00D73BDF">
        <w:rPr>
          <w:rFonts w:ascii="Sylfaen" w:hAnsi="Sylfaen" w:cs="Sylfaen"/>
          <w:sz w:val="18"/>
          <w:szCs w:val="18"/>
        </w:rPr>
        <w:t>მათზე</w:t>
      </w:r>
      <w:proofErr w:type="spellEnd"/>
      <w:r w:rsidRPr="00D73BDF">
        <w:rPr>
          <w:rFonts w:cstheme="majorHAnsi"/>
          <w:sz w:val="18"/>
          <w:szCs w:val="18"/>
        </w:rPr>
        <w:t xml:space="preserve"> </w:t>
      </w:r>
      <w:proofErr w:type="spellStart"/>
      <w:r w:rsidRPr="00D73BDF">
        <w:rPr>
          <w:rFonts w:ascii="Sylfaen" w:hAnsi="Sylfaen" w:cs="Sylfaen"/>
          <w:sz w:val="18"/>
          <w:szCs w:val="18"/>
        </w:rPr>
        <w:t>გასავრცელებელი</w:t>
      </w:r>
      <w:proofErr w:type="spellEnd"/>
      <w:r w:rsidRPr="00D73BDF">
        <w:rPr>
          <w:rFonts w:cstheme="majorHAnsi"/>
          <w:sz w:val="18"/>
          <w:szCs w:val="18"/>
        </w:rPr>
        <w:t xml:space="preserve"> </w:t>
      </w:r>
      <w:proofErr w:type="spellStart"/>
      <w:r w:rsidRPr="00D73BDF">
        <w:rPr>
          <w:rFonts w:ascii="Sylfaen" w:hAnsi="Sylfaen" w:cs="Sylfaen"/>
          <w:sz w:val="18"/>
          <w:szCs w:val="18"/>
        </w:rPr>
        <w:t>დარიცხვებით</w:t>
      </w:r>
      <w:proofErr w:type="spellEnd"/>
      <w:r w:rsidRPr="00D73BDF">
        <w:rPr>
          <w:rFonts w:cstheme="majorHAnsi"/>
          <w:sz w:val="18"/>
          <w:szCs w:val="18"/>
        </w:rPr>
        <w:t xml:space="preserve">, </w:t>
      </w:r>
      <w:proofErr w:type="spellStart"/>
      <w:r w:rsidRPr="00D73BDF">
        <w:rPr>
          <w:rFonts w:ascii="Sylfaen" w:hAnsi="Sylfaen" w:cs="Sylfaen"/>
          <w:sz w:val="18"/>
          <w:szCs w:val="18"/>
        </w:rPr>
        <w:t>კერძოდ</w:t>
      </w:r>
      <w:proofErr w:type="spellEnd"/>
      <w:r w:rsidRPr="00D73BDF">
        <w:rPr>
          <w:rFonts w:cstheme="majorHAnsi"/>
          <w:sz w:val="18"/>
          <w:szCs w:val="18"/>
        </w:rPr>
        <w:t xml:space="preserve">, </w:t>
      </w:r>
      <w:proofErr w:type="spellStart"/>
      <w:r w:rsidRPr="00D73BDF">
        <w:rPr>
          <w:rFonts w:ascii="Sylfaen" w:hAnsi="Sylfaen" w:cs="Sylfaen"/>
          <w:sz w:val="18"/>
          <w:szCs w:val="18"/>
        </w:rPr>
        <w:t>ხარჯთაღრიცხვით</w:t>
      </w:r>
      <w:proofErr w:type="spellEnd"/>
      <w:r w:rsidRPr="00D73BDF">
        <w:rPr>
          <w:rFonts w:cstheme="majorHAnsi"/>
          <w:sz w:val="18"/>
          <w:szCs w:val="18"/>
        </w:rPr>
        <w:t xml:space="preserve"> </w:t>
      </w:r>
      <w:proofErr w:type="spellStart"/>
      <w:r w:rsidRPr="00D73BDF">
        <w:rPr>
          <w:rFonts w:ascii="Sylfaen" w:hAnsi="Sylfaen" w:cs="Sylfaen"/>
          <w:sz w:val="18"/>
          <w:szCs w:val="18"/>
        </w:rPr>
        <w:t>განსაზღვრული</w:t>
      </w:r>
      <w:proofErr w:type="spellEnd"/>
      <w:r w:rsidRPr="00D73BDF">
        <w:rPr>
          <w:rFonts w:cstheme="majorHAnsi"/>
          <w:sz w:val="18"/>
          <w:szCs w:val="18"/>
        </w:rPr>
        <w:t xml:space="preserve"> </w:t>
      </w:r>
      <w:proofErr w:type="spellStart"/>
      <w:r w:rsidRPr="00D73BDF">
        <w:rPr>
          <w:rFonts w:ascii="Sylfaen" w:hAnsi="Sylfaen" w:cs="Sylfaen"/>
          <w:sz w:val="18"/>
          <w:szCs w:val="18"/>
        </w:rPr>
        <w:t>კონკრეტული</w:t>
      </w:r>
      <w:proofErr w:type="spellEnd"/>
      <w:r w:rsidRPr="00D73BDF">
        <w:rPr>
          <w:rFonts w:cstheme="majorHAnsi"/>
          <w:sz w:val="18"/>
          <w:szCs w:val="18"/>
        </w:rPr>
        <w:t xml:space="preserve"> </w:t>
      </w:r>
      <w:proofErr w:type="spellStart"/>
      <w:r w:rsidRPr="00D73BDF">
        <w:rPr>
          <w:rFonts w:ascii="Sylfaen" w:hAnsi="Sylfaen" w:cs="Sylfaen"/>
          <w:sz w:val="18"/>
          <w:szCs w:val="18"/>
        </w:rPr>
        <w:t>სამუშაოს</w:t>
      </w:r>
      <w:proofErr w:type="spellEnd"/>
      <w:r w:rsidRPr="00D73BDF">
        <w:rPr>
          <w:rFonts w:cstheme="majorHAnsi"/>
          <w:sz w:val="18"/>
          <w:szCs w:val="18"/>
        </w:rPr>
        <w:t xml:space="preserve"> </w:t>
      </w:r>
      <w:proofErr w:type="spellStart"/>
      <w:r w:rsidRPr="00D73BDF">
        <w:rPr>
          <w:rFonts w:ascii="Sylfaen" w:hAnsi="Sylfaen" w:cs="Sylfaen"/>
          <w:sz w:val="18"/>
          <w:szCs w:val="18"/>
        </w:rPr>
        <w:t>ერთეულის</w:t>
      </w:r>
      <w:proofErr w:type="spellEnd"/>
      <w:r w:rsidRPr="00D73BDF">
        <w:rPr>
          <w:rFonts w:cstheme="majorHAnsi"/>
          <w:sz w:val="18"/>
          <w:szCs w:val="18"/>
        </w:rPr>
        <w:t xml:space="preserve"> </w:t>
      </w:r>
      <w:proofErr w:type="spellStart"/>
      <w:r w:rsidRPr="00D73BDF">
        <w:rPr>
          <w:rFonts w:ascii="Sylfaen" w:hAnsi="Sylfaen" w:cs="Sylfaen"/>
          <w:sz w:val="18"/>
          <w:szCs w:val="18"/>
        </w:rPr>
        <w:t>ღირებულებას</w:t>
      </w:r>
      <w:proofErr w:type="spellEnd"/>
      <w:r w:rsidRPr="00D73BDF">
        <w:rPr>
          <w:rFonts w:cstheme="majorHAnsi"/>
          <w:sz w:val="18"/>
          <w:szCs w:val="18"/>
        </w:rPr>
        <w:t xml:space="preserve"> </w:t>
      </w:r>
      <w:proofErr w:type="spellStart"/>
      <w:r w:rsidRPr="00D73BDF">
        <w:rPr>
          <w:rFonts w:ascii="Sylfaen" w:hAnsi="Sylfaen" w:cs="Sylfaen"/>
          <w:sz w:val="18"/>
          <w:szCs w:val="18"/>
        </w:rPr>
        <w:t>გაამრავლებენ</w:t>
      </w:r>
      <w:proofErr w:type="spellEnd"/>
      <w:r w:rsidRPr="00D73BDF">
        <w:rPr>
          <w:rFonts w:cstheme="majorHAnsi"/>
          <w:sz w:val="18"/>
          <w:szCs w:val="18"/>
        </w:rPr>
        <w:t xml:space="preserve"> </w:t>
      </w:r>
      <w:proofErr w:type="spellStart"/>
      <w:r w:rsidRPr="00D73BDF">
        <w:rPr>
          <w:rFonts w:ascii="Sylfaen" w:hAnsi="Sylfaen" w:cs="Sylfaen"/>
          <w:sz w:val="18"/>
          <w:szCs w:val="18"/>
        </w:rPr>
        <w:t>ფაქტიურად</w:t>
      </w:r>
      <w:proofErr w:type="spellEnd"/>
      <w:r w:rsidRPr="00D73BDF">
        <w:rPr>
          <w:rFonts w:cstheme="majorHAnsi"/>
          <w:sz w:val="18"/>
          <w:szCs w:val="18"/>
        </w:rPr>
        <w:t xml:space="preserve"> </w:t>
      </w:r>
      <w:proofErr w:type="spellStart"/>
      <w:r w:rsidRPr="00D73BDF">
        <w:rPr>
          <w:rFonts w:ascii="Sylfaen" w:hAnsi="Sylfaen" w:cs="Sylfaen"/>
          <w:sz w:val="18"/>
          <w:szCs w:val="18"/>
        </w:rPr>
        <w:t>შესრულებული</w:t>
      </w:r>
      <w:proofErr w:type="spellEnd"/>
      <w:r w:rsidRPr="00D73BDF">
        <w:rPr>
          <w:rFonts w:cstheme="majorHAnsi"/>
          <w:sz w:val="18"/>
          <w:szCs w:val="18"/>
        </w:rPr>
        <w:t>/</w:t>
      </w:r>
      <w:proofErr w:type="spellStart"/>
      <w:r w:rsidRPr="00D73BDF">
        <w:rPr>
          <w:rFonts w:ascii="Sylfaen" w:hAnsi="Sylfaen" w:cs="Sylfaen"/>
          <w:sz w:val="18"/>
          <w:szCs w:val="18"/>
        </w:rPr>
        <w:t>შესასრულებელი</w:t>
      </w:r>
      <w:proofErr w:type="spellEnd"/>
      <w:r w:rsidRPr="00D73BDF">
        <w:rPr>
          <w:rFonts w:cstheme="majorHAnsi"/>
          <w:sz w:val="18"/>
          <w:szCs w:val="18"/>
        </w:rPr>
        <w:t xml:space="preserve"> </w:t>
      </w:r>
      <w:proofErr w:type="spellStart"/>
      <w:r w:rsidRPr="00D73BDF">
        <w:rPr>
          <w:rFonts w:ascii="Sylfaen" w:hAnsi="Sylfaen" w:cs="Sylfaen"/>
          <w:sz w:val="18"/>
          <w:szCs w:val="18"/>
        </w:rPr>
        <w:t>სამუშაოს</w:t>
      </w:r>
      <w:proofErr w:type="spellEnd"/>
      <w:r w:rsidRPr="00D73BDF">
        <w:rPr>
          <w:rFonts w:cstheme="majorHAnsi"/>
          <w:sz w:val="18"/>
          <w:szCs w:val="18"/>
        </w:rPr>
        <w:t xml:space="preserve"> </w:t>
      </w:r>
      <w:proofErr w:type="spellStart"/>
      <w:r w:rsidRPr="00D73BDF">
        <w:rPr>
          <w:rFonts w:ascii="Sylfaen" w:hAnsi="Sylfaen" w:cs="Sylfaen"/>
          <w:sz w:val="18"/>
          <w:szCs w:val="18"/>
        </w:rPr>
        <w:t>მოცულობაზე</w:t>
      </w:r>
      <w:proofErr w:type="spellEnd"/>
      <w:r w:rsidRPr="00D73BDF">
        <w:rPr>
          <w:rFonts w:cstheme="majorHAnsi"/>
          <w:sz w:val="18"/>
          <w:szCs w:val="18"/>
        </w:rPr>
        <w:t xml:space="preserve"> </w:t>
      </w:r>
      <w:proofErr w:type="spellStart"/>
      <w:r w:rsidRPr="00D73BDF">
        <w:rPr>
          <w:rFonts w:ascii="Sylfaen" w:hAnsi="Sylfaen" w:cs="Sylfaen"/>
          <w:sz w:val="18"/>
          <w:szCs w:val="18"/>
        </w:rPr>
        <w:t>და</w:t>
      </w:r>
      <w:proofErr w:type="spellEnd"/>
      <w:r w:rsidRPr="00D73BDF">
        <w:rPr>
          <w:rFonts w:cstheme="majorHAnsi"/>
          <w:sz w:val="18"/>
          <w:szCs w:val="18"/>
        </w:rPr>
        <w:t xml:space="preserve"> </w:t>
      </w:r>
      <w:proofErr w:type="spellStart"/>
      <w:r w:rsidRPr="00D73BDF">
        <w:rPr>
          <w:rFonts w:ascii="Sylfaen" w:hAnsi="Sylfaen" w:cs="Sylfaen"/>
          <w:sz w:val="18"/>
          <w:szCs w:val="18"/>
        </w:rPr>
        <w:t>მიღებულ</w:t>
      </w:r>
      <w:proofErr w:type="spellEnd"/>
      <w:r w:rsidRPr="00D73BDF">
        <w:rPr>
          <w:rFonts w:cstheme="majorHAnsi"/>
          <w:sz w:val="18"/>
          <w:szCs w:val="18"/>
        </w:rPr>
        <w:t xml:space="preserve"> </w:t>
      </w:r>
      <w:proofErr w:type="spellStart"/>
      <w:r w:rsidRPr="00D73BDF">
        <w:rPr>
          <w:rFonts w:ascii="Sylfaen" w:hAnsi="Sylfaen" w:cs="Sylfaen"/>
          <w:sz w:val="18"/>
          <w:szCs w:val="18"/>
        </w:rPr>
        <w:t>ნამრავლზე</w:t>
      </w:r>
      <w:proofErr w:type="spellEnd"/>
      <w:r w:rsidRPr="00D73BDF">
        <w:rPr>
          <w:rFonts w:cstheme="majorHAnsi"/>
          <w:sz w:val="18"/>
          <w:szCs w:val="18"/>
        </w:rPr>
        <w:t xml:space="preserve"> </w:t>
      </w:r>
      <w:proofErr w:type="spellStart"/>
      <w:r w:rsidRPr="00D73BDF">
        <w:rPr>
          <w:rFonts w:ascii="Sylfaen" w:hAnsi="Sylfaen" w:cs="Sylfaen"/>
          <w:sz w:val="18"/>
          <w:szCs w:val="18"/>
        </w:rPr>
        <w:t>გაავრცელებენ</w:t>
      </w:r>
      <w:proofErr w:type="spellEnd"/>
      <w:r w:rsidRPr="00D73BDF">
        <w:rPr>
          <w:rFonts w:cstheme="majorHAnsi"/>
          <w:sz w:val="18"/>
          <w:szCs w:val="18"/>
        </w:rPr>
        <w:t xml:space="preserve"> </w:t>
      </w:r>
      <w:proofErr w:type="spellStart"/>
      <w:r w:rsidRPr="00D73BDF">
        <w:rPr>
          <w:rFonts w:ascii="Sylfaen" w:hAnsi="Sylfaen" w:cs="Sylfaen"/>
          <w:sz w:val="18"/>
          <w:szCs w:val="18"/>
        </w:rPr>
        <w:t>ხარჯთაღრიცხვით</w:t>
      </w:r>
      <w:proofErr w:type="spellEnd"/>
      <w:r w:rsidRPr="00D73BDF">
        <w:rPr>
          <w:rFonts w:cstheme="majorHAnsi"/>
          <w:sz w:val="18"/>
          <w:szCs w:val="18"/>
        </w:rPr>
        <w:t xml:space="preserve"> </w:t>
      </w:r>
      <w:proofErr w:type="spellStart"/>
      <w:r w:rsidRPr="00D73BDF">
        <w:rPr>
          <w:rFonts w:ascii="Sylfaen" w:hAnsi="Sylfaen" w:cs="Sylfaen"/>
          <w:sz w:val="18"/>
          <w:szCs w:val="18"/>
        </w:rPr>
        <w:t>გათვალისწინებულ</w:t>
      </w:r>
      <w:proofErr w:type="spellEnd"/>
      <w:r w:rsidRPr="00D73BDF">
        <w:rPr>
          <w:rFonts w:cstheme="majorHAnsi"/>
          <w:sz w:val="18"/>
          <w:szCs w:val="18"/>
        </w:rPr>
        <w:t xml:space="preserve"> </w:t>
      </w:r>
      <w:proofErr w:type="spellStart"/>
      <w:r w:rsidRPr="00D73BDF">
        <w:rPr>
          <w:rFonts w:ascii="Sylfaen" w:hAnsi="Sylfaen" w:cs="Sylfaen"/>
          <w:sz w:val="18"/>
          <w:szCs w:val="18"/>
        </w:rPr>
        <w:t>დარიცხვებს</w:t>
      </w:r>
      <w:proofErr w:type="spellEnd"/>
      <w:r w:rsidRPr="00D73BDF">
        <w:rPr>
          <w:rFonts w:cstheme="majorHAnsi"/>
          <w:sz w:val="18"/>
          <w:szCs w:val="18"/>
        </w:rPr>
        <w:t xml:space="preserve">. </w:t>
      </w:r>
    </w:p>
    <w:p w14:paraId="6A0F9E32" w14:textId="72E1F780" w:rsidR="004B6084" w:rsidRPr="00D73BDF" w:rsidRDefault="00A74260" w:rsidP="00185C20">
      <w:pPr>
        <w:jc w:val="both"/>
        <w:rPr>
          <w:rFonts w:cstheme="majorHAnsi"/>
          <w:sz w:val="18"/>
          <w:szCs w:val="18"/>
        </w:rPr>
      </w:pPr>
      <w:r w:rsidRPr="00D73BDF">
        <w:rPr>
          <w:rFonts w:ascii="Sylfaen" w:hAnsi="Sylfaen" w:cs="Sylfaen"/>
          <w:sz w:val="18"/>
          <w:szCs w:val="18"/>
        </w:rPr>
        <w:t>ბ</w:t>
      </w:r>
      <w:r w:rsidRPr="00D73BDF">
        <w:rPr>
          <w:rFonts w:cstheme="majorHAnsi"/>
          <w:sz w:val="18"/>
          <w:szCs w:val="18"/>
        </w:rPr>
        <w:t xml:space="preserve">) </w:t>
      </w:r>
      <w:proofErr w:type="spellStart"/>
      <w:r w:rsidRPr="00D73BDF">
        <w:rPr>
          <w:rFonts w:ascii="Sylfaen" w:hAnsi="Sylfaen" w:cs="Sylfaen"/>
          <w:sz w:val="18"/>
          <w:szCs w:val="18"/>
        </w:rPr>
        <w:t>ხელშეკრულების</w:t>
      </w:r>
      <w:proofErr w:type="spellEnd"/>
      <w:r w:rsidRPr="00D73BDF">
        <w:rPr>
          <w:rFonts w:cstheme="majorHAnsi"/>
          <w:sz w:val="18"/>
          <w:szCs w:val="18"/>
        </w:rPr>
        <w:t xml:space="preserve"> 4.1.1. </w:t>
      </w:r>
      <w:proofErr w:type="spellStart"/>
      <w:r w:rsidRPr="00D73BDF">
        <w:rPr>
          <w:rFonts w:ascii="Sylfaen" w:hAnsi="Sylfaen" w:cs="Sylfaen"/>
          <w:sz w:val="18"/>
          <w:szCs w:val="18"/>
        </w:rPr>
        <w:t>მუხლის</w:t>
      </w:r>
      <w:proofErr w:type="spellEnd"/>
      <w:r w:rsidRPr="00D73BDF">
        <w:rPr>
          <w:rFonts w:cstheme="majorHAnsi"/>
          <w:sz w:val="18"/>
          <w:szCs w:val="18"/>
        </w:rPr>
        <w:t xml:space="preserve"> „</w:t>
      </w:r>
      <w:proofErr w:type="gramStart"/>
      <w:r w:rsidRPr="00D73BDF">
        <w:rPr>
          <w:rFonts w:ascii="Sylfaen" w:hAnsi="Sylfaen" w:cs="Sylfaen"/>
          <w:sz w:val="18"/>
          <w:szCs w:val="18"/>
        </w:rPr>
        <w:t>ა</w:t>
      </w:r>
      <w:r w:rsidRPr="00D73BDF">
        <w:rPr>
          <w:rFonts w:cstheme="majorHAnsi"/>
          <w:sz w:val="18"/>
          <w:szCs w:val="18"/>
        </w:rPr>
        <w:t xml:space="preserve">“ </w:t>
      </w:r>
      <w:proofErr w:type="spellStart"/>
      <w:r w:rsidRPr="00D73BDF">
        <w:rPr>
          <w:rFonts w:ascii="Sylfaen" w:hAnsi="Sylfaen" w:cs="Sylfaen"/>
          <w:sz w:val="18"/>
          <w:szCs w:val="18"/>
        </w:rPr>
        <w:t>ქვეპუნქტით</w:t>
      </w:r>
      <w:proofErr w:type="spellEnd"/>
      <w:proofErr w:type="gramEnd"/>
      <w:r w:rsidRPr="00D73BDF">
        <w:rPr>
          <w:rFonts w:cstheme="majorHAnsi"/>
          <w:sz w:val="18"/>
          <w:szCs w:val="18"/>
        </w:rPr>
        <w:t xml:space="preserve"> </w:t>
      </w:r>
      <w:proofErr w:type="spellStart"/>
      <w:r w:rsidRPr="00D73BDF">
        <w:rPr>
          <w:rFonts w:ascii="Sylfaen" w:hAnsi="Sylfaen" w:cs="Sylfaen"/>
          <w:sz w:val="18"/>
          <w:szCs w:val="18"/>
        </w:rPr>
        <w:t>განსაზღვრული</w:t>
      </w:r>
      <w:proofErr w:type="spellEnd"/>
      <w:r w:rsidRPr="00D73BDF">
        <w:rPr>
          <w:rFonts w:cstheme="majorHAnsi"/>
          <w:sz w:val="18"/>
          <w:szCs w:val="18"/>
        </w:rPr>
        <w:t xml:space="preserve"> </w:t>
      </w:r>
      <w:proofErr w:type="spellStart"/>
      <w:r w:rsidRPr="00D73BDF">
        <w:rPr>
          <w:rFonts w:ascii="Sylfaen" w:hAnsi="Sylfaen" w:cs="Sylfaen"/>
          <w:sz w:val="18"/>
          <w:szCs w:val="18"/>
        </w:rPr>
        <w:t>დამატებითი</w:t>
      </w:r>
      <w:proofErr w:type="spellEnd"/>
      <w:r w:rsidRPr="00D73BDF">
        <w:rPr>
          <w:rFonts w:cstheme="majorHAnsi"/>
          <w:sz w:val="18"/>
          <w:szCs w:val="18"/>
        </w:rPr>
        <w:t xml:space="preserve"> </w:t>
      </w:r>
      <w:proofErr w:type="spellStart"/>
      <w:r w:rsidRPr="00D73BDF">
        <w:rPr>
          <w:rFonts w:ascii="Sylfaen" w:hAnsi="Sylfaen" w:cs="Sylfaen"/>
          <w:sz w:val="18"/>
          <w:szCs w:val="18"/>
        </w:rPr>
        <w:t>სამუშაოს</w:t>
      </w:r>
      <w:proofErr w:type="spellEnd"/>
      <w:r w:rsidRPr="00D73BDF">
        <w:rPr>
          <w:rFonts w:cstheme="majorHAnsi"/>
          <w:sz w:val="18"/>
          <w:szCs w:val="18"/>
        </w:rPr>
        <w:t xml:space="preserve"> </w:t>
      </w:r>
      <w:proofErr w:type="spellStart"/>
      <w:r w:rsidRPr="00D73BDF">
        <w:rPr>
          <w:rFonts w:ascii="Sylfaen" w:hAnsi="Sylfaen" w:cs="Sylfaen"/>
          <w:sz w:val="18"/>
          <w:szCs w:val="18"/>
        </w:rPr>
        <w:t>შესასრულებლად</w:t>
      </w:r>
      <w:proofErr w:type="spellEnd"/>
      <w:r w:rsidRPr="00D73BDF">
        <w:rPr>
          <w:rFonts w:cstheme="majorHAnsi"/>
          <w:sz w:val="18"/>
          <w:szCs w:val="18"/>
        </w:rPr>
        <w:t xml:space="preserve"> </w:t>
      </w:r>
      <w:proofErr w:type="spellStart"/>
      <w:r w:rsidRPr="00D73BDF">
        <w:rPr>
          <w:rFonts w:ascii="Sylfaen" w:hAnsi="Sylfaen" w:cs="Sylfaen"/>
          <w:sz w:val="18"/>
          <w:szCs w:val="18"/>
        </w:rPr>
        <w:t>არ</w:t>
      </w:r>
      <w:proofErr w:type="spellEnd"/>
      <w:r w:rsidRPr="00D73BDF">
        <w:rPr>
          <w:rFonts w:cstheme="majorHAnsi"/>
          <w:sz w:val="18"/>
          <w:szCs w:val="18"/>
        </w:rPr>
        <w:t xml:space="preserve"> </w:t>
      </w:r>
      <w:proofErr w:type="spellStart"/>
      <w:r w:rsidRPr="00D73BDF">
        <w:rPr>
          <w:rFonts w:ascii="Sylfaen" w:hAnsi="Sylfaen" w:cs="Sylfaen"/>
          <w:sz w:val="18"/>
          <w:szCs w:val="18"/>
        </w:rPr>
        <w:t>არის</w:t>
      </w:r>
      <w:proofErr w:type="spellEnd"/>
      <w:r w:rsidRPr="00D73BDF">
        <w:rPr>
          <w:rFonts w:cstheme="majorHAnsi"/>
          <w:sz w:val="18"/>
          <w:szCs w:val="18"/>
        </w:rPr>
        <w:t xml:space="preserve"> </w:t>
      </w:r>
      <w:proofErr w:type="spellStart"/>
      <w:r w:rsidRPr="00D73BDF">
        <w:rPr>
          <w:rFonts w:ascii="Sylfaen" w:hAnsi="Sylfaen" w:cs="Sylfaen"/>
          <w:sz w:val="18"/>
          <w:szCs w:val="18"/>
        </w:rPr>
        <w:t>საჭირო</w:t>
      </w:r>
      <w:proofErr w:type="spellEnd"/>
      <w:r w:rsidRPr="00D73BDF">
        <w:rPr>
          <w:rFonts w:cstheme="majorHAnsi"/>
          <w:sz w:val="18"/>
          <w:szCs w:val="18"/>
        </w:rPr>
        <w:t xml:space="preserve"> </w:t>
      </w:r>
      <w:proofErr w:type="spellStart"/>
      <w:r w:rsidRPr="00D73BDF">
        <w:rPr>
          <w:rFonts w:ascii="Sylfaen" w:hAnsi="Sylfaen" w:cs="Sylfaen"/>
          <w:sz w:val="18"/>
          <w:szCs w:val="18"/>
        </w:rPr>
        <w:t>რაიმე</w:t>
      </w:r>
      <w:proofErr w:type="spellEnd"/>
      <w:r w:rsidRPr="00D73BDF">
        <w:rPr>
          <w:rFonts w:cstheme="majorHAnsi"/>
          <w:sz w:val="18"/>
          <w:szCs w:val="18"/>
        </w:rPr>
        <w:t xml:space="preserve"> </w:t>
      </w:r>
      <w:proofErr w:type="spellStart"/>
      <w:r w:rsidRPr="00D73BDF">
        <w:rPr>
          <w:rFonts w:ascii="Sylfaen" w:hAnsi="Sylfaen" w:cs="Sylfaen"/>
          <w:sz w:val="18"/>
          <w:szCs w:val="18"/>
        </w:rPr>
        <w:t>სახის</w:t>
      </w:r>
      <w:proofErr w:type="spellEnd"/>
      <w:r w:rsidRPr="00D73BDF">
        <w:rPr>
          <w:rFonts w:cstheme="majorHAnsi"/>
          <w:sz w:val="18"/>
          <w:szCs w:val="18"/>
        </w:rPr>
        <w:t xml:space="preserve"> </w:t>
      </w:r>
      <w:proofErr w:type="spellStart"/>
      <w:r w:rsidRPr="00D73BDF">
        <w:rPr>
          <w:rFonts w:ascii="Sylfaen" w:hAnsi="Sylfaen" w:cs="Sylfaen"/>
          <w:sz w:val="18"/>
          <w:szCs w:val="18"/>
        </w:rPr>
        <w:t>დამატებითი</w:t>
      </w:r>
      <w:proofErr w:type="spellEnd"/>
      <w:r w:rsidRPr="00D73BDF">
        <w:rPr>
          <w:rFonts w:cstheme="majorHAnsi"/>
          <w:sz w:val="18"/>
          <w:szCs w:val="18"/>
        </w:rPr>
        <w:t xml:space="preserve"> </w:t>
      </w:r>
      <w:proofErr w:type="spellStart"/>
      <w:r w:rsidRPr="00D73BDF">
        <w:rPr>
          <w:rFonts w:ascii="Sylfaen" w:hAnsi="Sylfaen" w:cs="Sylfaen"/>
          <w:sz w:val="18"/>
          <w:szCs w:val="18"/>
        </w:rPr>
        <w:t>შეთანხმების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გაფორმება</w:t>
      </w:r>
      <w:proofErr w:type="spellEnd"/>
      <w:r w:rsidRPr="00D73BDF">
        <w:rPr>
          <w:rFonts w:cstheme="majorHAnsi"/>
          <w:sz w:val="18"/>
          <w:szCs w:val="18"/>
        </w:rPr>
        <w:t xml:space="preserve">, </w:t>
      </w:r>
      <w:proofErr w:type="spellStart"/>
      <w:r w:rsidRPr="00D73BDF">
        <w:rPr>
          <w:rFonts w:ascii="Sylfaen" w:hAnsi="Sylfaen" w:cs="Sylfaen"/>
          <w:sz w:val="18"/>
          <w:szCs w:val="18"/>
        </w:rPr>
        <w:t>თუ</w:t>
      </w:r>
      <w:proofErr w:type="spellEnd"/>
      <w:r w:rsidRPr="00D73BDF">
        <w:rPr>
          <w:rFonts w:cstheme="majorHAnsi"/>
          <w:sz w:val="18"/>
          <w:szCs w:val="18"/>
        </w:rPr>
        <w:t xml:space="preserve"> </w:t>
      </w:r>
      <w:proofErr w:type="spellStart"/>
      <w:r w:rsidRPr="00D73BDF">
        <w:rPr>
          <w:rFonts w:ascii="Sylfaen" w:hAnsi="Sylfaen" w:cs="Sylfaen"/>
          <w:sz w:val="18"/>
          <w:szCs w:val="18"/>
        </w:rPr>
        <w:t>ეს</w:t>
      </w:r>
      <w:proofErr w:type="spellEnd"/>
      <w:r w:rsidRPr="00D73BDF">
        <w:rPr>
          <w:rFonts w:cstheme="majorHAnsi"/>
          <w:sz w:val="18"/>
          <w:szCs w:val="18"/>
        </w:rPr>
        <w:t xml:space="preserve"> </w:t>
      </w:r>
      <w:proofErr w:type="spellStart"/>
      <w:r w:rsidRPr="00D73BDF">
        <w:rPr>
          <w:rFonts w:ascii="Sylfaen" w:hAnsi="Sylfaen" w:cs="Sylfaen"/>
          <w:sz w:val="18"/>
          <w:szCs w:val="18"/>
        </w:rPr>
        <w:t>დამატებითი</w:t>
      </w:r>
      <w:proofErr w:type="spellEnd"/>
      <w:r w:rsidRPr="00D73BDF">
        <w:rPr>
          <w:rFonts w:cstheme="majorHAnsi"/>
          <w:sz w:val="18"/>
          <w:szCs w:val="18"/>
        </w:rPr>
        <w:t xml:space="preserve"> </w:t>
      </w:r>
      <w:proofErr w:type="spellStart"/>
      <w:r w:rsidRPr="00D73BDF">
        <w:rPr>
          <w:rFonts w:ascii="Sylfaen" w:hAnsi="Sylfaen" w:cs="Sylfaen"/>
          <w:sz w:val="18"/>
          <w:szCs w:val="18"/>
        </w:rPr>
        <w:t>სამუშაო</w:t>
      </w:r>
      <w:proofErr w:type="spellEnd"/>
      <w:r w:rsidRPr="00D73BDF">
        <w:rPr>
          <w:rFonts w:cstheme="majorHAnsi"/>
          <w:sz w:val="18"/>
          <w:szCs w:val="18"/>
        </w:rPr>
        <w:t xml:space="preserve"> </w:t>
      </w:r>
      <w:proofErr w:type="spellStart"/>
      <w:r w:rsidRPr="00D73BDF">
        <w:rPr>
          <w:rFonts w:ascii="Sylfaen" w:hAnsi="Sylfaen" w:cs="Sylfaen"/>
          <w:sz w:val="18"/>
          <w:szCs w:val="18"/>
        </w:rPr>
        <w:t>არ</w:t>
      </w:r>
      <w:proofErr w:type="spellEnd"/>
      <w:r w:rsidRPr="00D73BDF">
        <w:rPr>
          <w:rFonts w:cstheme="majorHAnsi"/>
          <w:sz w:val="18"/>
          <w:szCs w:val="18"/>
        </w:rPr>
        <w:t xml:space="preserve"> </w:t>
      </w:r>
      <w:proofErr w:type="spellStart"/>
      <w:r w:rsidRPr="00D73BDF">
        <w:rPr>
          <w:rFonts w:ascii="Sylfaen" w:hAnsi="Sylfaen" w:cs="Sylfaen"/>
          <w:sz w:val="18"/>
          <w:szCs w:val="18"/>
        </w:rPr>
        <w:t>იწვევს</w:t>
      </w:r>
      <w:proofErr w:type="spellEnd"/>
      <w:r w:rsidRPr="00D73BDF">
        <w:rPr>
          <w:rFonts w:cstheme="majorHAnsi"/>
          <w:sz w:val="18"/>
          <w:szCs w:val="18"/>
        </w:rPr>
        <w:t>/</w:t>
      </w:r>
      <w:proofErr w:type="spellStart"/>
      <w:r w:rsidRPr="00D73BDF">
        <w:rPr>
          <w:rFonts w:ascii="Sylfaen" w:hAnsi="Sylfaen" w:cs="Sylfaen"/>
          <w:sz w:val="18"/>
          <w:szCs w:val="18"/>
        </w:rPr>
        <w:t>გამოიწვევს</w:t>
      </w:r>
      <w:proofErr w:type="spellEnd"/>
      <w:r w:rsidRPr="00D73BDF">
        <w:rPr>
          <w:rFonts w:cstheme="majorHAnsi"/>
          <w:sz w:val="18"/>
          <w:szCs w:val="18"/>
        </w:rPr>
        <w:t xml:space="preserve"> </w:t>
      </w:r>
      <w:proofErr w:type="spellStart"/>
      <w:r w:rsidRPr="00D73BDF">
        <w:rPr>
          <w:rFonts w:ascii="Sylfaen" w:hAnsi="Sylfaen" w:cs="Sylfaen"/>
          <w:sz w:val="18"/>
          <w:szCs w:val="18"/>
        </w:rPr>
        <w:t>ხელშეკრულების</w:t>
      </w:r>
      <w:proofErr w:type="spellEnd"/>
      <w:r w:rsidRPr="00D73BDF">
        <w:rPr>
          <w:rFonts w:cstheme="majorHAnsi"/>
          <w:sz w:val="18"/>
          <w:szCs w:val="18"/>
        </w:rPr>
        <w:t xml:space="preserve"> 5.1. </w:t>
      </w:r>
      <w:proofErr w:type="spellStart"/>
      <w:r w:rsidRPr="00D73BDF">
        <w:rPr>
          <w:rFonts w:ascii="Sylfaen" w:hAnsi="Sylfaen" w:cs="Sylfaen"/>
          <w:sz w:val="18"/>
          <w:szCs w:val="18"/>
        </w:rPr>
        <w:t>მუხლით</w:t>
      </w:r>
      <w:proofErr w:type="spellEnd"/>
      <w:r w:rsidRPr="00D73BDF">
        <w:rPr>
          <w:rFonts w:cstheme="majorHAnsi"/>
          <w:sz w:val="18"/>
          <w:szCs w:val="18"/>
        </w:rPr>
        <w:t xml:space="preserve"> </w:t>
      </w:r>
      <w:proofErr w:type="spellStart"/>
      <w:r w:rsidRPr="00D73BDF">
        <w:rPr>
          <w:rFonts w:ascii="Sylfaen" w:hAnsi="Sylfaen" w:cs="Sylfaen"/>
          <w:sz w:val="18"/>
          <w:szCs w:val="18"/>
        </w:rPr>
        <w:t>განსაზღვრული</w:t>
      </w:r>
      <w:proofErr w:type="spellEnd"/>
      <w:r w:rsidRPr="00D73BDF">
        <w:rPr>
          <w:rFonts w:cstheme="majorHAnsi"/>
          <w:sz w:val="18"/>
          <w:szCs w:val="18"/>
        </w:rPr>
        <w:t xml:space="preserve"> </w:t>
      </w:r>
      <w:proofErr w:type="spellStart"/>
      <w:r w:rsidRPr="00D73BDF">
        <w:rPr>
          <w:rFonts w:ascii="Sylfaen" w:hAnsi="Sylfaen" w:cs="Sylfaen"/>
          <w:sz w:val="18"/>
          <w:szCs w:val="18"/>
        </w:rPr>
        <w:t>სამუშაოს</w:t>
      </w:r>
      <w:proofErr w:type="spellEnd"/>
      <w:r w:rsidRPr="00D73BDF">
        <w:rPr>
          <w:rFonts w:cstheme="majorHAnsi"/>
          <w:sz w:val="18"/>
          <w:szCs w:val="18"/>
        </w:rPr>
        <w:t xml:space="preserve"> </w:t>
      </w:r>
      <w:proofErr w:type="spellStart"/>
      <w:r w:rsidRPr="00D73BDF">
        <w:rPr>
          <w:rFonts w:ascii="Sylfaen" w:hAnsi="Sylfaen" w:cs="Sylfaen"/>
          <w:sz w:val="18"/>
          <w:szCs w:val="18"/>
        </w:rPr>
        <w:t>შესრულების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ვადის</w:t>
      </w:r>
      <w:proofErr w:type="spellEnd"/>
      <w:r w:rsidRPr="00D73BDF">
        <w:rPr>
          <w:rFonts w:cstheme="majorHAnsi"/>
          <w:sz w:val="18"/>
          <w:szCs w:val="18"/>
        </w:rPr>
        <w:t xml:space="preserve"> </w:t>
      </w:r>
      <w:proofErr w:type="spellStart"/>
      <w:r w:rsidRPr="00D73BDF">
        <w:rPr>
          <w:rFonts w:ascii="Sylfaen" w:hAnsi="Sylfaen" w:cs="Sylfaen"/>
          <w:sz w:val="18"/>
          <w:szCs w:val="18"/>
        </w:rPr>
        <w:t>გაზრდას</w:t>
      </w:r>
      <w:proofErr w:type="spellEnd"/>
      <w:r w:rsidRPr="00D73BDF">
        <w:rPr>
          <w:rFonts w:cstheme="majorHAnsi"/>
          <w:sz w:val="18"/>
          <w:szCs w:val="18"/>
        </w:rPr>
        <w:t xml:space="preserve"> </w:t>
      </w:r>
      <w:proofErr w:type="spellStart"/>
      <w:r w:rsidRPr="00D73BDF">
        <w:rPr>
          <w:rFonts w:ascii="Sylfaen" w:hAnsi="Sylfaen" w:cs="Sylfaen"/>
          <w:sz w:val="18"/>
          <w:szCs w:val="18"/>
        </w:rPr>
        <w:t>ან</w:t>
      </w:r>
      <w:proofErr w:type="spellEnd"/>
      <w:r w:rsidRPr="00D73BDF">
        <w:rPr>
          <w:rFonts w:cstheme="majorHAnsi"/>
          <w:sz w:val="18"/>
          <w:szCs w:val="18"/>
        </w:rPr>
        <w:t xml:space="preserve"> </w:t>
      </w:r>
      <w:proofErr w:type="spellStart"/>
      <w:r w:rsidRPr="00D73BDF">
        <w:rPr>
          <w:rFonts w:ascii="Sylfaen" w:hAnsi="Sylfaen" w:cs="Sylfaen"/>
          <w:sz w:val="18"/>
          <w:szCs w:val="18"/>
        </w:rPr>
        <w:t>მისი</w:t>
      </w:r>
      <w:proofErr w:type="spellEnd"/>
      <w:r w:rsidRPr="00D73BDF">
        <w:rPr>
          <w:rFonts w:cstheme="majorHAnsi"/>
          <w:sz w:val="18"/>
          <w:szCs w:val="18"/>
        </w:rPr>
        <w:t xml:space="preserve"> </w:t>
      </w:r>
      <w:proofErr w:type="spellStart"/>
      <w:r w:rsidRPr="00D73BDF">
        <w:rPr>
          <w:rFonts w:ascii="Sylfaen" w:hAnsi="Sylfaen" w:cs="Sylfaen"/>
          <w:sz w:val="18"/>
          <w:szCs w:val="18"/>
        </w:rPr>
        <w:t>შესრულება</w:t>
      </w:r>
      <w:proofErr w:type="spellEnd"/>
      <w:r w:rsidRPr="00D73BDF">
        <w:rPr>
          <w:rFonts w:cstheme="majorHAnsi"/>
          <w:sz w:val="18"/>
          <w:szCs w:val="18"/>
        </w:rPr>
        <w:t xml:space="preserve"> </w:t>
      </w:r>
      <w:proofErr w:type="spellStart"/>
      <w:r w:rsidRPr="00D73BDF">
        <w:rPr>
          <w:rFonts w:ascii="Sylfaen" w:hAnsi="Sylfaen" w:cs="Sylfaen"/>
          <w:sz w:val="18"/>
          <w:szCs w:val="18"/>
        </w:rPr>
        <w:t>არ</w:t>
      </w:r>
      <w:proofErr w:type="spellEnd"/>
      <w:r w:rsidRPr="00D73BDF">
        <w:rPr>
          <w:rFonts w:cstheme="majorHAnsi"/>
          <w:sz w:val="18"/>
          <w:szCs w:val="18"/>
        </w:rPr>
        <w:t xml:space="preserve"> </w:t>
      </w:r>
      <w:proofErr w:type="spellStart"/>
      <w:r w:rsidRPr="00D73BDF">
        <w:rPr>
          <w:rFonts w:ascii="Sylfaen" w:hAnsi="Sylfaen" w:cs="Sylfaen"/>
          <w:sz w:val="18"/>
          <w:szCs w:val="18"/>
        </w:rPr>
        <w:t>არის</w:t>
      </w:r>
      <w:proofErr w:type="spellEnd"/>
      <w:r w:rsidRPr="00D73BDF">
        <w:rPr>
          <w:rFonts w:cstheme="majorHAnsi"/>
          <w:sz w:val="18"/>
          <w:szCs w:val="18"/>
        </w:rPr>
        <w:t xml:space="preserve"> </w:t>
      </w:r>
      <w:proofErr w:type="spellStart"/>
      <w:r w:rsidRPr="00D73BDF">
        <w:rPr>
          <w:rFonts w:ascii="Sylfaen" w:hAnsi="Sylfaen" w:cs="Sylfaen"/>
          <w:sz w:val="18"/>
          <w:szCs w:val="18"/>
        </w:rPr>
        <w:t>დაკავშირებული</w:t>
      </w:r>
      <w:proofErr w:type="spellEnd"/>
      <w:r w:rsidRPr="00D73BDF">
        <w:rPr>
          <w:rFonts w:cstheme="majorHAnsi"/>
          <w:sz w:val="18"/>
          <w:szCs w:val="18"/>
        </w:rPr>
        <w:t xml:space="preserve"> </w:t>
      </w:r>
      <w:proofErr w:type="spellStart"/>
      <w:r w:rsidRPr="00D73BDF">
        <w:rPr>
          <w:rFonts w:ascii="Sylfaen" w:hAnsi="Sylfaen" w:cs="Sylfaen"/>
          <w:sz w:val="18"/>
          <w:szCs w:val="18"/>
        </w:rPr>
        <w:t>განსაკუთრებულ</w:t>
      </w:r>
      <w:proofErr w:type="spellEnd"/>
      <w:r w:rsidRPr="00D73BDF">
        <w:rPr>
          <w:rFonts w:cstheme="majorHAnsi"/>
          <w:sz w:val="18"/>
          <w:szCs w:val="18"/>
        </w:rPr>
        <w:t xml:space="preserve"> </w:t>
      </w:r>
      <w:proofErr w:type="spellStart"/>
      <w:r w:rsidRPr="00D73BDF">
        <w:rPr>
          <w:rFonts w:ascii="Sylfaen" w:hAnsi="Sylfaen" w:cs="Sylfaen"/>
          <w:sz w:val="18"/>
          <w:szCs w:val="18"/>
        </w:rPr>
        <w:t>სირთულეებთან</w:t>
      </w:r>
      <w:proofErr w:type="spellEnd"/>
      <w:r w:rsidRPr="00D73BDF">
        <w:rPr>
          <w:rFonts w:cstheme="majorHAnsi"/>
          <w:sz w:val="18"/>
          <w:szCs w:val="18"/>
        </w:rPr>
        <w:t xml:space="preserve">. </w:t>
      </w:r>
      <w:proofErr w:type="spellStart"/>
      <w:r w:rsidRPr="00D73BDF">
        <w:rPr>
          <w:rFonts w:ascii="Sylfaen" w:hAnsi="Sylfaen" w:cs="Sylfaen"/>
          <w:sz w:val="18"/>
          <w:szCs w:val="18"/>
        </w:rPr>
        <w:t>ასეთი</w:t>
      </w:r>
      <w:proofErr w:type="spellEnd"/>
      <w:r w:rsidRPr="00D73BDF">
        <w:rPr>
          <w:rFonts w:cstheme="majorHAnsi"/>
          <w:sz w:val="18"/>
          <w:szCs w:val="18"/>
        </w:rPr>
        <w:t xml:space="preserve"> </w:t>
      </w:r>
      <w:proofErr w:type="spellStart"/>
      <w:r w:rsidRPr="00D73BDF">
        <w:rPr>
          <w:rFonts w:ascii="Sylfaen" w:hAnsi="Sylfaen" w:cs="Sylfaen"/>
          <w:sz w:val="18"/>
          <w:szCs w:val="18"/>
        </w:rPr>
        <w:t>სამუშაოს</w:t>
      </w:r>
      <w:proofErr w:type="spellEnd"/>
      <w:r w:rsidRPr="00D73BDF">
        <w:rPr>
          <w:rFonts w:cstheme="majorHAnsi"/>
          <w:sz w:val="18"/>
          <w:szCs w:val="18"/>
        </w:rPr>
        <w:t xml:space="preserve"> </w:t>
      </w:r>
      <w:proofErr w:type="spellStart"/>
      <w:r w:rsidRPr="00D73BDF">
        <w:rPr>
          <w:rFonts w:ascii="Sylfaen" w:hAnsi="Sylfaen" w:cs="Sylfaen"/>
          <w:sz w:val="18"/>
          <w:szCs w:val="18"/>
        </w:rPr>
        <w:t>შესასრულებლად</w:t>
      </w:r>
      <w:proofErr w:type="spellEnd"/>
      <w:r w:rsidRPr="00D73BDF">
        <w:rPr>
          <w:rFonts w:cstheme="majorHAnsi"/>
          <w:sz w:val="18"/>
          <w:szCs w:val="18"/>
        </w:rPr>
        <w:t xml:space="preserve"> </w:t>
      </w:r>
      <w:proofErr w:type="spellStart"/>
      <w:r w:rsidRPr="00D73BDF">
        <w:rPr>
          <w:rFonts w:ascii="Sylfaen" w:hAnsi="Sylfaen" w:cs="Sylfaen"/>
          <w:sz w:val="18"/>
          <w:szCs w:val="18"/>
        </w:rPr>
        <w:t>საკმარისია</w:t>
      </w:r>
      <w:proofErr w:type="spellEnd"/>
      <w:r w:rsidRPr="00D73BDF">
        <w:rPr>
          <w:rFonts w:cstheme="majorHAnsi"/>
          <w:sz w:val="18"/>
          <w:szCs w:val="18"/>
        </w:rPr>
        <w:t xml:space="preserve"> </w:t>
      </w:r>
      <w:proofErr w:type="spellStart"/>
      <w:r w:rsidRPr="00D73BDF">
        <w:rPr>
          <w:rFonts w:ascii="Sylfaen" w:hAnsi="Sylfaen" w:cs="Sylfaen"/>
          <w:sz w:val="18"/>
          <w:szCs w:val="18"/>
        </w:rPr>
        <w:t>დამკვეთის</w:t>
      </w:r>
      <w:proofErr w:type="spellEnd"/>
      <w:r w:rsidRPr="00D73BDF">
        <w:rPr>
          <w:rFonts w:cstheme="majorHAnsi"/>
          <w:sz w:val="18"/>
          <w:szCs w:val="18"/>
        </w:rPr>
        <w:t xml:space="preserve"> </w:t>
      </w:r>
      <w:proofErr w:type="spellStart"/>
      <w:r w:rsidRPr="00D73BDF">
        <w:rPr>
          <w:rFonts w:ascii="Sylfaen" w:hAnsi="Sylfaen" w:cs="Sylfaen"/>
          <w:sz w:val="18"/>
          <w:szCs w:val="18"/>
        </w:rPr>
        <w:t>წერილობითი</w:t>
      </w:r>
      <w:proofErr w:type="spellEnd"/>
      <w:r w:rsidRPr="00D73BDF">
        <w:rPr>
          <w:rFonts w:cstheme="majorHAnsi"/>
          <w:sz w:val="18"/>
          <w:szCs w:val="18"/>
        </w:rPr>
        <w:t xml:space="preserve"> </w:t>
      </w:r>
      <w:proofErr w:type="spellStart"/>
      <w:r w:rsidRPr="00D73BDF">
        <w:rPr>
          <w:rFonts w:ascii="Sylfaen" w:hAnsi="Sylfaen" w:cs="Sylfaen"/>
          <w:sz w:val="18"/>
          <w:szCs w:val="18"/>
        </w:rPr>
        <w:t>დავალება</w:t>
      </w:r>
      <w:proofErr w:type="spellEnd"/>
      <w:r w:rsidRPr="00D73BDF">
        <w:rPr>
          <w:rFonts w:cstheme="majorHAnsi"/>
          <w:sz w:val="18"/>
          <w:szCs w:val="18"/>
        </w:rPr>
        <w:t xml:space="preserve"> </w:t>
      </w:r>
      <w:proofErr w:type="spellStart"/>
      <w:r w:rsidRPr="00D73BDF">
        <w:rPr>
          <w:rFonts w:ascii="Sylfaen" w:hAnsi="Sylfaen" w:cs="Sylfaen"/>
          <w:sz w:val="18"/>
          <w:szCs w:val="18"/>
        </w:rPr>
        <w:t>და</w:t>
      </w:r>
      <w:proofErr w:type="spellEnd"/>
      <w:r w:rsidRPr="00D73BDF">
        <w:rPr>
          <w:rFonts w:cstheme="majorHAnsi"/>
          <w:sz w:val="18"/>
          <w:szCs w:val="18"/>
        </w:rPr>
        <w:t xml:space="preserve"> </w:t>
      </w:r>
      <w:proofErr w:type="spellStart"/>
      <w:r w:rsidRPr="00D73BDF">
        <w:rPr>
          <w:rFonts w:ascii="Sylfaen" w:hAnsi="Sylfaen" w:cs="Sylfaen"/>
          <w:sz w:val="18"/>
          <w:szCs w:val="18"/>
        </w:rPr>
        <w:t>მენარდის</w:t>
      </w:r>
      <w:proofErr w:type="spellEnd"/>
      <w:r w:rsidRPr="00D73BDF">
        <w:rPr>
          <w:rFonts w:cstheme="majorHAnsi"/>
          <w:sz w:val="18"/>
          <w:szCs w:val="18"/>
        </w:rPr>
        <w:t xml:space="preserve"> </w:t>
      </w:r>
      <w:proofErr w:type="spellStart"/>
      <w:r w:rsidRPr="00D73BDF">
        <w:rPr>
          <w:rFonts w:ascii="Sylfaen" w:hAnsi="Sylfaen" w:cs="Sylfaen"/>
          <w:sz w:val="18"/>
          <w:szCs w:val="18"/>
        </w:rPr>
        <w:t>წერილობითი</w:t>
      </w:r>
      <w:proofErr w:type="spellEnd"/>
      <w:r w:rsidRPr="00D73BDF">
        <w:rPr>
          <w:rFonts w:cstheme="majorHAnsi"/>
          <w:sz w:val="18"/>
          <w:szCs w:val="18"/>
        </w:rPr>
        <w:t xml:space="preserve"> </w:t>
      </w:r>
      <w:proofErr w:type="spellStart"/>
      <w:r w:rsidRPr="00D73BDF">
        <w:rPr>
          <w:rFonts w:ascii="Sylfaen" w:hAnsi="Sylfaen" w:cs="Sylfaen"/>
          <w:sz w:val="18"/>
          <w:szCs w:val="18"/>
        </w:rPr>
        <w:t>თანხმობა</w:t>
      </w:r>
      <w:proofErr w:type="spellEnd"/>
      <w:r w:rsidRPr="00D73BDF">
        <w:rPr>
          <w:rFonts w:cstheme="majorHAnsi"/>
          <w:sz w:val="18"/>
          <w:szCs w:val="18"/>
        </w:rPr>
        <w:t>;</w:t>
      </w:r>
    </w:p>
    <w:p w14:paraId="7434C75E" w14:textId="387E6D2A" w:rsidR="004B6084" w:rsidRPr="00D73BDF" w:rsidRDefault="00A74260" w:rsidP="00185C20">
      <w:pPr>
        <w:jc w:val="both"/>
        <w:rPr>
          <w:rFonts w:cstheme="majorHAnsi"/>
          <w:sz w:val="18"/>
          <w:szCs w:val="18"/>
        </w:rPr>
      </w:pPr>
      <w:r w:rsidRPr="00D73BDF">
        <w:rPr>
          <w:rFonts w:ascii="Sylfaen" w:hAnsi="Sylfaen" w:cs="Sylfaen"/>
          <w:sz w:val="18"/>
          <w:szCs w:val="18"/>
        </w:rPr>
        <w:t>გ</w:t>
      </w:r>
      <w:r w:rsidRPr="00D73BDF">
        <w:rPr>
          <w:rFonts w:cstheme="majorHAnsi"/>
          <w:sz w:val="18"/>
          <w:szCs w:val="18"/>
        </w:rPr>
        <w:t xml:space="preserve">) </w:t>
      </w:r>
      <w:proofErr w:type="spellStart"/>
      <w:r w:rsidRPr="00D73BDF">
        <w:rPr>
          <w:rFonts w:ascii="Sylfaen" w:hAnsi="Sylfaen" w:cs="Sylfaen"/>
          <w:sz w:val="18"/>
          <w:szCs w:val="18"/>
        </w:rPr>
        <w:t>თუ</w:t>
      </w:r>
      <w:proofErr w:type="spellEnd"/>
      <w:r w:rsidRPr="00D73BDF">
        <w:rPr>
          <w:rFonts w:cstheme="majorHAnsi"/>
          <w:sz w:val="18"/>
          <w:szCs w:val="18"/>
        </w:rPr>
        <w:t xml:space="preserve"> </w:t>
      </w:r>
      <w:proofErr w:type="spellStart"/>
      <w:r w:rsidRPr="00D73BDF">
        <w:rPr>
          <w:rFonts w:ascii="Sylfaen" w:hAnsi="Sylfaen" w:cs="Sylfaen"/>
          <w:sz w:val="18"/>
          <w:szCs w:val="18"/>
        </w:rPr>
        <w:t>დამატებითი</w:t>
      </w:r>
      <w:proofErr w:type="spellEnd"/>
      <w:r w:rsidRPr="00D73BDF">
        <w:rPr>
          <w:rFonts w:cstheme="majorHAnsi"/>
          <w:sz w:val="18"/>
          <w:szCs w:val="18"/>
        </w:rPr>
        <w:t xml:space="preserve"> </w:t>
      </w:r>
      <w:proofErr w:type="spellStart"/>
      <w:r w:rsidRPr="00D73BDF">
        <w:rPr>
          <w:rFonts w:ascii="Sylfaen" w:hAnsi="Sylfaen" w:cs="Sylfaen"/>
          <w:sz w:val="18"/>
          <w:szCs w:val="18"/>
        </w:rPr>
        <w:t>სამუშაო</w:t>
      </w:r>
      <w:proofErr w:type="spellEnd"/>
      <w:r w:rsidRPr="00D73BDF">
        <w:rPr>
          <w:rFonts w:cstheme="majorHAnsi"/>
          <w:sz w:val="18"/>
          <w:szCs w:val="18"/>
        </w:rPr>
        <w:t xml:space="preserve"> </w:t>
      </w:r>
      <w:proofErr w:type="spellStart"/>
      <w:r w:rsidRPr="00D73BDF">
        <w:rPr>
          <w:rFonts w:ascii="Sylfaen" w:hAnsi="Sylfaen" w:cs="Sylfaen"/>
          <w:sz w:val="18"/>
          <w:szCs w:val="18"/>
        </w:rPr>
        <w:t>თავისი</w:t>
      </w:r>
      <w:proofErr w:type="spellEnd"/>
      <w:r w:rsidRPr="00D73BDF">
        <w:rPr>
          <w:rFonts w:cstheme="majorHAnsi"/>
          <w:sz w:val="18"/>
          <w:szCs w:val="18"/>
        </w:rPr>
        <w:t xml:space="preserve"> </w:t>
      </w:r>
      <w:proofErr w:type="spellStart"/>
      <w:r w:rsidRPr="00D73BDF">
        <w:rPr>
          <w:rFonts w:ascii="Sylfaen" w:hAnsi="Sylfaen" w:cs="Sylfaen"/>
          <w:sz w:val="18"/>
          <w:szCs w:val="18"/>
        </w:rPr>
        <w:t>შინაარსით</w:t>
      </w:r>
      <w:proofErr w:type="spellEnd"/>
      <w:r w:rsidRPr="00D73BDF">
        <w:rPr>
          <w:rFonts w:cstheme="majorHAnsi"/>
          <w:sz w:val="18"/>
          <w:szCs w:val="18"/>
        </w:rPr>
        <w:t xml:space="preserve"> </w:t>
      </w:r>
      <w:proofErr w:type="spellStart"/>
      <w:r w:rsidRPr="00D73BDF">
        <w:rPr>
          <w:rFonts w:ascii="Sylfaen" w:hAnsi="Sylfaen" w:cs="Sylfaen"/>
          <w:sz w:val="18"/>
          <w:szCs w:val="18"/>
        </w:rPr>
        <w:t>წარმოადგენს</w:t>
      </w:r>
      <w:proofErr w:type="spellEnd"/>
      <w:r w:rsidRPr="00D73BDF">
        <w:rPr>
          <w:rFonts w:cstheme="majorHAnsi"/>
          <w:sz w:val="18"/>
          <w:szCs w:val="18"/>
        </w:rPr>
        <w:t xml:space="preserve"> </w:t>
      </w:r>
      <w:proofErr w:type="spellStart"/>
      <w:r w:rsidRPr="00D73BDF">
        <w:rPr>
          <w:rFonts w:ascii="Sylfaen" w:hAnsi="Sylfaen" w:cs="Sylfaen"/>
          <w:sz w:val="18"/>
          <w:szCs w:val="18"/>
        </w:rPr>
        <w:t>სახარჯთაღრიცხვო</w:t>
      </w:r>
      <w:proofErr w:type="spellEnd"/>
      <w:r w:rsidRPr="00D73BDF">
        <w:rPr>
          <w:rFonts w:cstheme="majorHAnsi"/>
          <w:sz w:val="18"/>
          <w:szCs w:val="18"/>
        </w:rPr>
        <w:t xml:space="preserve"> </w:t>
      </w:r>
      <w:proofErr w:type="spellStart"/>
      <w:r w:rsidRPr="00D73BDF">
        <w:rPr>
          <w:rFonts w:ascii="Sylfaen" w:hAnsi="Sylfaen" w:cs="Sylfaen"/>
          <w:sz w:val="18"/>
          <w:szCs w:val="18"/>
        </w:rPr>
        <w:t>დოკუმენტაციით</w:t>
      </w:r>
      <w:proofErr w:type="spellEnd"/>
      <w:r w:rsidRPr="00D73BDF">
        <w:rPr>
          <w:rFonts w:cstheme="majorHAnsi"/>
          <w:sz w:val="18"/>
          <w:szCs w:val="18"/>
        </w:rPr>
        <w:t xml:space="preserve"> </w:t>
      </w:r>
      <w:proofErr w:type="spellStart"/>
      <w:r w:rsidRPr="00D73BDF">
        <w:rPr>
          <w:rFonts w:ascii="Sylfaen" w:hAnsi="Sylfaen" w:cs="Sylfaen"/>
          <w:sz w:val="18"/>
          <w:szCs w:val="18"/>
        </w:rPr>
        <w:t>გაუთვალისწინებელ</w:t>
      </w:r>
      <w:proofErr w:type="spellEnd"/>
      <w:r w:rsidRPr="00D73BDF">
        <w:rPr>
          <w:rFonts w:cstheme="majorHAnsi"/>
          <w:sz w:val="18"/>
          <w:szCs w:val="18"/>
        </w:rPr>
        <w:t xml:space="preserve"> </w:t>
      </w:r>
      <w:proofErr w:type="spellStart"/>
      <w:r w:rsidRPr="00D73BDF">
        <w:rPr>
          <w:rFonts w:ascii="Sylfaen" w:hAnsi="Sylfaen" w:cs="Sylfaen"/>
          <w:sz w:val="18"/>
          <w:szCs w:val="18"/>
        </w:rPr>
        <w:t>სამუშაოს</w:t>
      </w:r>
      <w:proofErr w:type="spellEnd"/>
      <w:r w:rsidRPr="00D73BDF">
        <w:rPr>
          <w:rFonts w:cstheme="majorHAnsi"/>
          <w:sz w:val="18"/>
          <w:szCs w:val="18"/>
        </w:rPr>
        <w:t xml:space="preserve"> </w:t>
      </w:r>
      <w:r w:rsidR="000A658A">
        <w:rPr>
          <w:rFonts w:ascii="Sylfaen" w:hAnsi="Sylfaen" w:cstheme="majorHAnsi"/>
          <w:sz w:val="18"/>
          <w:szCs w:val="18"/>
          <w:lang w:val="ka-GE"/>
        </w:rPr>
        <w:t>(</w:t>
      </w:r>
      <w:proofErr w:type="spellStart"/>
      <w:r w:rsidRPr="00D73BDF">
        <w:rPr>
          <w:rFonts w:ascii="Sylfaen" w:hAnsi="Sylfaen" w:cs="Sylfaen"/>
          <w:sz w:val="18"/>
          <w:szCs w:val="18"/>
        </w:rPr>
        <w:t>ანუ</w:t>
      </w:r>
      <w:proofErr w:type="spellEnd"/>
      <w:r w:rsidRPr="00D73BDF">
        <w:rPr>
          <w:rFonts w:cstheme="majorHAnsi"/>
          <w:sz w:val="18"/>
          <w:szCs w:val="18"/>
        </w:rPr>
        <w:t xml:space="preserve"> </w:t>
      </w:r>
      <w:proofErr w:type="spellStart"/>
      <w:r w:rsidRPr="00D73BDF">
        <w:rPr>
          <w:rFonts w:ascii="Sylfaen" w:hAnsi="Sylfaen" w:cs="Sylfaen"/>
          <w:sz w:val="18"/>
          <w:szCs w:val="18"/>
        </w:rPr>
        <w:t>მხარეები</w:t>
      </w:r>
      <w:proofErr w:type="spellEnd"/>
      <w:r w:rsidRPr="00D73BDF">
        <w:rPr>
          <w:rFonts w:cstheme="majorHAnsi"/>
          <w:sz w:val="18"/>
          <w:szCs w:val="18"/>
        </w:rPr>
        <w:t xml:space="preserve"> </w:t>
      </w:r>
      <w:proofErr w:type="spellStart"/>
      <w:r w:rsidRPr="00D73BDF">
        <w:rPr>
          <w:rFonts w:ascii="Sylfaen" w:hAnsi="Sylfaen" w:cs="Sylfaen"/>
          <w:sz w:val="18"/>
          <w:szCs w:val="18"/>
        </w:rPr>
        <w:t>ამ</w:t>
      </w:r>
      <w:proofErr w:type="spellEnd"/>
      <w:r w:rsidRPr="00D73BDF">
        <w:rPr>
          <w:rFonts w:cstheme="majorHAnsi"/>
          <w:sz w:val="18"/>
          <w:szCs w:val="18"/>
        </w:rPr>
        <w:t xml:space="preserve"> </w:t>
      </w:r>
      <w:proofErr w:type="spellStart"/>
      <w:r w:rsidRPr="00D73BDF">
        <w:rPr>
          <w:rFonts w:ascii="Sylfaen" w:hAnsi="Sylfaen" w:cs="Sylfaen"/>
          <w:sz w:val="18"/>
          <w:szCs w:val="18"/>
        </w:rPr>
        <w:t>სამუშაოს</w:t>
      </w:r>
      <w:proofErr w:type="spellEnd"/>
      <w:r w:rsidRPr="00D73BDF">
        <w:rPr>
          <w:rFonts w:cstheme="majorHAnsi"/>
          <w:sz w:val="18"/>
          <w:szCs w:val="18"/>
        </w:rPr>
        <w:t xml:space="preserve"> </w:t>
      </w:r>
      <w:proofErr w:type="spellStart"/>
      <w:r w:rsidRPr="00D73BDF">
        <w:rPr>
          <w:rFonts w:ascii="Sylfaen" w:hAnsi="Sylfaen" w:cs="Sylfaen"/>
          <w:sz w:val="18"/>
          <w:szCs w:val="18"/>
        </w:rPr>
        <w:t>ერთეულის</w:t>
      </w:r>
      <w:proofErr w:type="spellEnd"/>
      <w:r w:rsidRPr="00D73BDF">
        <w:rPr>
          <w:rFonts w:cstheme="majorHAnsi"/>
          <w:sz w:val="18"/>
          <w:szCs w:val="18"/>
        </w:rPr>
        <w:t xml:space="preserve"> </w:t>
      </w:r>
      <w:proofErr w:type="spellStart"/>
      <w:r w:rsidRPr="00D73BDF">
        <w:rPr>
          <w:rFonts w:ascii="Sylfaen" w:hAnsi="Sylfaen" w:cs="Sylfaen"/>
          <w:sz w:val="18"/>
          <w:szCs w:val="18"/>
        </w:rPr>
        <w:t>ღირებულებაზე</w:t>
      </w:r>
      <w:proofErr w:type="spellEnd"/>
      <w:r w:rsidRPr="00D73BDF">
        <w:rPr>
          <w:rFonts w:cstheme="majorHAnsi"/>
          <w:sz w:val="18"/>
          <w:szCs w:val="18"/>
        </w:rPr>
        <w:t xml:space="preserve"> </w:t>
      </w:r>
      <w:proofErr w:type="spellStart"/>
      <w:r w:rsidRPr="00D73BDF">
        <w:rPr>
          <w:rFonts w:ascii="Sylfaen" w:hAnsi="Sylfaen" w:cs="Sylfaen"/>
          <w:sz w:val="18"/>
          <w:szCs w:val="18"/>
        </w:rPr>
        <w:t>არ</w:t>
      </w:r>
      <w:proofErr w:type="spellEnd"/>
      <w:r w:rsidRPr="00D73BDF">
        <w:rPr>
          <w:rFonts w:cstheme="majorHAnsi"/>
          <w:sz w:val="18"/>
          <w:szCs w:val="18"/>
        </w:rPr>
        <w:t xml:space="preserve"> </w:t>
      </w:r>
      <w:proofErr w:type="spellStart"/>
      <w:r w:rsidRPr="00D73BDF">
        <w:rPr>
          <w:rFonts w:ascii="Sylfaen" w:hAnsi="Sylfaen" w:cs="Sylfaen"/>
          <w:sz w:val="18"/>
          <w:szCs w:val="18"/>
        </w:rPr>
        <w:t>არიან</w:t>
      </w:r>
      <w:proofErr w:type="spellEnd"/>
      <w:r w:rsidRPr="00D73BDF">
        <w:rPr>
          <w:rFonts w:cstheme="majorHAnsi"/>
          <w:sz w:val="18"/>
          <w:szCs w:val="18"/>
        </w:rPr>
        <w:t xml:space="preserve"> </w:t>
      </w:r>
      <w:proofErr w:type="spellStart"/>
      <w:r w:rsidRPr="00D73BDF">
        <w:rPr>
          <w:rFonts w:ascii="Sylfaen" w:hAnsi="Sylfaen" w:cs="Sylfaen"/>
          <w:sz w:val="18"/>
          <w:szCs w:val="18"/>
        </w:rPr>
        <w:lastRenderedPageBreak/>
        <w:t>შეთანხმებულები</w:t>
      </w:r>
      <w:proofErr w:type="spellEnd"/>
      <w:r w:rsidR="000A658A">
        <w:rPr>
          <w:rFonts w:ascii="Sylfaen" w:hAnsi="Sylfaen" w:cstheme="majorHAnsi"/>
          <w:sz w:val="18"/>
          <w:szCs w:val="18"/>
          <w:lang w:val="ka-GE"/>
        </w:rPr>
        <w:t>)</w:t>
      </w:r>
      <w:r w:rsidRPr="00D73BDF">
        <w:rPr>
          <w:rFonts w:cstheme="majorHAnsi"/>
          <w:sz w:val="18"/>
          <w:szCs w:val="18"/>
        </w:rPr>
        <w:t xml:space="preserve">, </w:t>
      </w:r>
      <w:proofErr w:type="spellStart"/>
      <w:r w:rsidRPr="00D73BDF">
        <w:rPr>
          <w:rFonts w:ascii="Sylfaen" w:hAnsi="Sylfaen" w:cs="Sylfaen"/>
          <w:sz w:val="18"/>
          <w:szCs w:val="18"/>
        </w:rPr>
        <w:t>მაშინ</w:t>
      </w:r>
      <w:proofErr w:type="spellEnd"/>
      <w:r w:rsidRPr="00D73BDF">
        <w:rPr>
          <w:rFonts w:cstheme="majorHAnsi"/>
          <w:sz w:val="18"/>
          <w:szCs w:val="18"/>
        </w:rPr>
        <w:t xml:space="preserve"> </w:t>
      </w:r>
      <w:proofErr w:type="spellStart"/>
      <w:r w:rsidRPr="00D73BDF">
        <w:rPr>
          <w:rFonts w:ascii="Sylfaen" w:hAnsi="Sylfaen" w:cs="Sylfaen"/>
          <w:sz w:val="18"/>
          <w:szCs w:val="18"/>
        </w:rPr>
        <w:t>ასეთი</w:t>
      </w:r>
      <w:proofErr w:type="spellEnd"/>
      <w:r w:rsidRPr="00D73BDF">
        <w:rPr>
          <w:rFonts w:cstheme="majorHAnsi"/>
          <w:sz w:val="18"/>
          <w:szCs w:val="18"/>
        </w:rPr>
        <w:t xml:space="preserve"> </w:t>
      </w:r>
      <w:proofErr w:type="spellStart"/>
      <w:r w:rsidRPr="00D73BDF">
        <w:rPr>
          <w:rFonts w:ascii="Sylfaen" w:hAnsi="Sylfaen" w:cs="Sylfaen"/>
          <w:sz w:val="18"/>
          <w:szCs w:val="18"/>
        </w:rPr>
        <w:t>დამატებითი</w:t>
      </w:r>
      <w:proofErr w:type="spellEnd"/>
      <w:r w:rsidRPr="00D73BDF">
        <w:rPr>
          <w:rFonts w:cstheme="majorHAnsi"/>
          <w:sz w:val="18"/>
          <w:szCs w:val="18"/>
        </w:rPr>
        <w:t xml:space="preserve"> </w:t>
      </w:r>
      <w:proofErr w:type="spellStart"/>
      <w:r w:rsidRPr="00D73BDF">
        <w:rPr>
          <w:rFonts w:ascii="Sylfaen" w:hAnsi="Sylfaen" w:cs="Sylfaen"/>
          <w:sz w:val="18"/>
          <w:szCs w:val="18"/>
        </w:rPr>
        <w:t>სამუშაოს</w:t>
      </w:r>
      <w:proofErr w:type="spellEnd"/>
      <w:r w:rsidRPr="00D73BDF">
        <w:rPr>
          <w:rFonts w:cstheme="majorHAnsi"/>
          <w:sz w:val="18"/>
          <w:szCs w:val="18"/>
        </w:rPr>
        <w:t xml:space="preserve"> </w:t>
      </w:r>
      <w:proofErr w:type="spellStart"/>
      <w:r w:rsidRPr="00D73BDF">
        <w:rPr>
          <w:rFonts w:ascii="Sylfaen" w:hAnsi="Sylfaen" w:cs="Sylfaen"/>
          <w:sz w:val="18"/>
          <w:szCs w:val="18"/>
        </w:rPr>
        <w:t>ღირებულებაზე</w:t>
      </w:r>
      <w:proofErr w:type="spellEnd"/>
      <w:r w:rsidRPr="00D73BDF">
        <w:rPr>
          <w:rFonts w:cstheme="majorHAnsi"/>
          <w:sz w:val="18"/>
          <w:szCs w:val="18"/>
        </w:rPr>
        <w:t xml:space="preserve">, </w:t>
      </w:r>
      <w:proofErr w:type="spellStart"/>
      <w:r w:rsidRPr="00D73BDF">
        <w:rPr>
          <w:rFonts w:ascii="Sylfaen" w:hAnsi="Sylfaen" w:cs="Sylfaen"/>
          <w:sz w:val="18"/>
          <w:szCs w:val="18"/>
        </w:rPr>
        <w:t>ვადაზე</w:t>
      </w:r>
      <w:proofErr w:type="spellEnd"/>
      <w:r w:rsidRPr="00D73BDF">
        <w:rPr>
          <w:rFonts w:cstheme="majorHAnsi"/>
          <w:sz w:val="18"/>
          <w:szCs w:val="18"/>
        </w:rPr>
        <w:t xml:space="preserve"> </w:t>
      </w:r>
      <w:proofErr w:type="spellStart"/>
      <w:r w:rsidRPr="00D73BDF">
        <w:rPr>
          <w:rFonts w:ascii="Sylfaen" w:hAnsi="Sylfaen" w:cs="Sylfaen"/>
          <w:sz w:val="18"/>
          <w:szCs w:val="18"/>
        </w:rPr>
        <w:t>და</w:t>
      </w:r>
      <w:proofErr w:type="spellEnd"/>
      <w:r w:rsidRPr="00D73BDF">
        <w:rPr>
          <w:rFonts w:cstheme="majorHAnsi"/>
          <w:sz w:val="18"/>
          <w:szCs w:val="18"/>
        </w:rPr>
        <w:t xml:space="preserve"> </w:t>
      </w:r>
      <w:proofErr w:type="spellStart"/>
      <w:r w:rsidRPr="00D73BDF">
        <w:rPr>
          <w:rFonts w:ascii="Sylfaen" w:hAnsi="Sylfaen" w:cs="Sylfaen"/>
          <w:sz w:val="18"/>
          <w:szCs w:val="18"/>
        </w:rPr>
        <w:t>სხვა</w:t>
      </w:r>
      <w:proofErr w:type="spellEnd"/>
      <w:r w:rsidRPr="00D73BDF">
        <w:rPr>
          <w:rFonts w:cstheme="majorHAnsi"/>
          <w:sz w:val="18"/>
          <w:szCs w:val="18"/>
        </w:rPr>
        <w:t xml:space="preserve"> </w:t>
      </w:r>
      <w:proofErr w:type="spellStart"/>
      <w:r w:rsidRPr="00D73BDF">
        <w:rPr>
          <w:rFonts w:ascii="Sylfaen" w:hAnsi="Sylfaen" w:cs="Sylfaen"/>
          <w:sz w:val="18"/>
          <w:szCs w:val="18"/>
        </w:rPr>
        <w:t>პირობებზე</w:t>
      </w:r>
      <w:proofErr w:type="spellEnd"/>
      <w:r w:rsidRPr="00D73BDF">
        <w:rPr>
          <w:rFonts w:cstheme="majorHAnsi"/>
          <w:sz w:val="18"/>
          <w:szCs w:val="18"/>
        </w:rPr>
        <w:t xml:space="preserve"> </w:t>
      </w:r>
      <w:proofErr w:type="spellStart"/>
      <w:r w:rsidRPr="00D73BDF">
        <w:rPr>
          <w:rFonts w:ascii="Sylfaen" w:hAnsi="Sylfaen" w:cs="Sylfaen"/>
          <w:sz w:val="18"/>
          <w:szCs w:val="18"/>
        </w:rPr>
        <w:t>მხარეები</w:t>
      </w:r>
      <w:proofErr w:type="spellEnd"/>
      <w:r w:rsidRPr="00D73BDF">
        <w:rPr>
          <w:rFonts w:cstheme="majorHAnsi"/>
          <w:sz w:val="18"/>
          <w:szCs w:val="18"/>
        </w:rPr>
        <w:t xml:space="preserve"> </w:t>
      </w:r>
      <w:proofErr w:type="spellStart"/>
      <w:r w:rsidRPr="00D73BDF">
        <w:rPr>
          <w:rFonts w:ascii="Sylfaen" w:hAnsi="Sylfaen" w:cs="Sylfaen"/>
          <w:sz w:val="18"/>
          <w:szCs w:val="18"/>
        </w:rPr>
        <w:t>დამატებით</w:t>
      </w:r>
      <w:proofErr w:type="spellEnd"/>
      <w:r w:rsidRPr="00D73BDF">
        <w:rPr>
          <w:rFonts w:cstheme="majorHAnsi"/>
          <w:sz w:val="18"/>
          <w:szCs w:val="18"/>
        </w:rPr>
        <w:t xml:space="preserve"> </w:t>
      </w:r>
      <w:proofErr w:type="spellStart"/>
      <w:r w:rsidRPr="00D73BDF">
        <w:rPr>
          <w:rFonts w:ascii="Sylfaen" w:hAnsi="Sylfaen" w:cs="Sylfaen"/>
          <w:sz w:val="18"/>
          <w:szCs w:val="18"/>
        </w:rPr>
        <w:t>უნდა</w:t>
      </w:r>
      <w:proofErr w:type="spellEnd"/>
      <w:r w:rsidRPr="00D73BDF">
        <w:rPr>
          <w:rFonts w:cstheme="majorHAnsi"/>
          <w:sz w:val="18"/>
          <w:szCs w:val="18"/>
        </w:rPr>
        <w:t xml:space="preserve"> </w:t>
      </w:r>
      <w:proofErr w:type="spellStart"/>
      <w:r w:rsidRPr="00D73BDF">
        <w:rPr>
          <w:rFonts w:ascii="Sylfaen" w:hAnsi="Sylfaen" w:cs="Sylfaen"/>
          <w:sz w:val="18"/>
          <w:szCs w:val="18"/>
        </w:rPr>
        <w:t>შეთანხმდნენ</w:t>
      </w:r>
      <w:proofErr w:type="spellEnd"/>
      <w:r w:rsidRPr="00D73BDF">
        <w:rPr>
          <w:rFonts w:cstheme="majorHAnsi"/>
          <w:sz w:val="18"/>
          <w:szCs w:val="18"/>
        </w:rPr>
        <w:t xml:space="preserve"> </w:t>
      </w:r>
      <w:proofErr w:type="spellStart"/>
      <w:r w:rsidRPr="00D73BDF">
        <w:rPr>
          <w:rFonts w:ascii="Sylfaen" w:hAnsi="Sylfaen" w:cs="Sylfaen"/>
          <w:sz w:val="18"/>
          <w:szCs w:val="18"/>
        </w:rPr>
        <w:t>წერილობით</w:t>
      </w:r>
      <w:proofErr w:type="spellEnd"/>
      <w:r w:rsidRPr="00D73BDF">
        <w:rPr>
          <w:rFonts w:cstheme="majorHAnsi"/>
          <w:sz w:val="18"/>
          <w:szCs w:val="18"/>
        </w:rPr>
        <w:t xml:space="preserve"> </w:t>
      </w:r>
      <w:proofErr w:type="spellStart"/>
      <w:r w:rsidRPr="00D73BDF">
        <w:rPr>
          <w:rFonts w:ascii="Sylfaen" w:hAnsi="Sylfaen" w:cs="Sylfaen"/>
          <w:sz w:val="18"/>
          <w:szCs w:val="18"/>
        </w:rPr>
        <w:t>ასეთი</w:t>
      </w:r>
      <w:proofErr w:type="spellEnd"/>
      <w:r w:rsidRPr="00D73BDF">
        <w:rPr>
          <w:rFonts w:cstheme="majorHAnsi"/>
          <w:sz w:val="18"/>
          <w:szCs w:val="18"/>
        </w:rPr>
        <w:t xml:space="preserve"> </w:t>
      </w:r>
      <w:proofErr w:type="spellStart"/>
      <w:r w:rsidRPr="00D73BDF">
        <w:rPr>
          <w:rFonts w:ascii="Sylfaen" w:hAnsi="Sylfaen" w:cs="Sylfaen"/>
          <w:sz w:val="18"/>
          <w:szCs w:val="18"/>
        </w:rPr>
        <w:t>სამუშაოების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დაწყებამდე</w:t>
      </w:r>
      <w:proofErr w:type="spellEnd"/>
      <w:r w:rsidRPr="00D73BDF">
        <w:rPr>
          <w:rFonts w:cstheme="majorHAnsi"/>
          <w:sz w:val="18"/>
          <w:szCs w:val="18"/>
        </w:rPr>
        <w:t>.</w:t>
      </w:r>
    </w:p>
    <w:p w14:paraId="27D14DDF" w14:textId="30E98D52" w:rsidR="004B6084" w:rsidRPr="00D73BDF" w:rsidRDefault="00A077FD" w:rsidP="00185C20">
      <w:pPr>
        <w:jc w:val="both"/>
        <w:rPr>
          <w:rFonts w:cstheme="majorHAnsi"/>
          <w:sz w:val="18"/>
          <w:szCs w:val="18"/>
        </w:rPr>
      </w:pPr>
      <w:r>
        <w:rPr>
          <w:rFonts w:ascii="Sylfaen" w:hAnsi="Sylfaen" w:cs="Sylfaen"/>
          <w:sz w:val="18"/>
          <w:szCs w:val="18"/>
          <w:lang w:val="ka-GE"/>
        </w:rPr>
        <w:t xml:space="preserve">დ) </w:t>
      </w:r>
      <w:proofErr w:type="spellStart"/>
      <w:r w:rsidR="00A74260" w:rsidRPr="00D73BDF">
        <w:rPr>
          <w:rFonts w:ascii="Sylfaen" w:hAnsi="Sylfaen" w:cs="Sylfaen"/>
          <w:sz w:val="18"/>
          <w:szCs w:val="18"/>
        </w:rPr>
        <w:t>თუ</w:t>
      </w:r>
      <w:proofErr w:type="spellEnd"/>
      <w:r w:rsidR="00A74260" w:rsidRPr="00D73BDF">
        <w:rPr>
          <w:rFonts w:cstheme="majorHAnsi"/>
          <w:sz w:val="18"/>
          <w:szCs w:val="18"/>
        </w:rPr>
        <w:t xml:space="preserve"> </w:t>
      </w:r>
      <w:r w:rsidR="000A658A">
        <w:rPr>
          <w:rFonts w:ascii="Sylfaen" w:hAnsi="Sylfaen" w:cs="Sylfaen"/>
          <w:sz w:val="18"/>
          <w:szCs w:val="18"/>
          <w:lang w:val="ka-GE"/>
        </w:rPr>
        <w:t xml:space="preserve">მენარდემ </w:t>
      </w:r>
      <w:proofErr w:type="spellStart"/>
      <w:r w:rsidR="00A74260" w:rsidRPr="00D73BDF">
        <w:rPr>
          <w:rFonts w:ascii="Sylfaen" w:hAnsi="Sylfaen" w:cs="Sylfaen"/>
          <w:sz w:val="18"/>
          <w:szCs w:val="18"/>
        </w:rPr>
        <w:t>დამატებითი</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სამუშაოების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რომელთა</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შესრულების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თაობაზე</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საჭიროა</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დამატებითი</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შეთანხმების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გაფორმება</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შესრულება</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დაიწყო</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მხარეთა</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შორის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დამატებითი</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შეთანხმების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გაფორმებამდე</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ხოლო</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მხარეები</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ვერ</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შეთანხმდნენ</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სამუშაოების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ღირებულებაზე</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ან</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განხორციელდა</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დამკვეთის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თანხმობის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გარეშე</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მაშინ</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ასეთი</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სამუშაოები</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არ</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ანაზღაურდება</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დამკვეთის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მხრიდან</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და</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დამკვეთის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მოთხოვნის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შემთხვევაში</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მენარდის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მიერ</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უნდა</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მოხდეს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იმ</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მდგომარეობის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აღდგენა</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რაც</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არსებობდა</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ამგვარი</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დამატებითი</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სამუშაოს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შესრულების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დაწყებამდე</w:t>
      </w:r>
      <w:proofErr w:type="spellEnd"/>
      <w:r w:rsidR="00A74260" w:rsidRPr="00D73BDF">
        <w:rPr>
          <w:rFonts w:cstheme="majorHAnsi"/>
          <w:sz w:val="18"/>
          <w:szCs w:val="18"/>
        </w:rPr>
        <w:t>.</w:t>
      </w:r>
    </w:p>
    <w:p w14:paraId="23A52D12" w14:textId="72C6C754" w:rsidR="004B6084" w:rsidRPr="00D73BDF" w:rsidRDefault="00ED51A5" w:rsidP="00185C20">
      <w:pPr>
        <w:jc w:val="both"/>
        <w:rPr>
          <w:rFonts w:cstheme="majorHAnsi"/>
          <w:sz w:val="18"/>
          <w:szCs w:val="18"/>
        </w:rPr>
      </w:pPr>
      <w:r>
        <w:rPr>
          <w:rFonts w:ascii="Sylfaen" w:hAnsi="Sylfaen" w:cs="Sylfaen"/>
          <w:sz w:val="18"/>
          <w:szCs w:val="18"/>
          <w:lang w:val="ka-GE"/>
        </w:rPr>
        <w:t>ე</w:t>
      </w:r>
      <w:r w:rsidR="00A74260" w:rsidRPr="00D73BDF">
        <w:rPr>
          <w:rFonts w:cstheme="majorHAnsi"/>
          <w:sz w:val="18"/>
          <w:szCs w:val="18"/>
        </w:rPr>
        <w:t xml:space="preserve">)  </w:t>
      </w:r>
      <w:proofErr w:type="spellStart"/>
      <w:r w:rsidR="00A74260" w:rsidRPr="00D73BDF">
        <w:rPr>
          <w:rFonts w:ascii="Sylfaen" w:hAnsi="Sylfaen" w:cs="Sylfaen"/>
          <w:sz w:val="18"/>
          <w:szCs w:val="18"/>
        </w:rPr>
        <w:t>მხარეები</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უფლებამოსილნი</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არიან</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შეიტანონ</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ცვლილებები</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დაგეგმილ</w:t>
      </w:r>
      <w:proofErr w:type="spellEnd"/>
      <w:r w:rsidR="00A077FD">
        <w:rPr>
          <w:rFonts w:ascii="Sylfaen" w:hAnsi="Sylfaen" w:cs="Sylfaen"/>
          <w:sz w:val="18"/>
          <w:szCs w:val="18"/>
          <w:lang w:val="ka-GE"/>
        </w:rPr>
        <w:t>ი</w:t>
      </w:r>
      <w:r w:rsidR="00A74260" w:rsidRPr="00D73BDF">
        <w:rPr>
          <w:rFonts w:cstheme="majorHAnsi"/>
          <w:sz w:val="18"/>
          <w:szCs w:val="18"/>
        </w:rPr>
        <w:t xml:space="preserve"> </w:t>
      </w:r>
      <w:proofErr w:type="spellStart"/>
      <w:r w:rsidR="00A74260" w:rsidRPr="00D73BDF">
        <w:rPr>
          <w:rFonts w:ascii="Sylfaen" w:hAnsi="Sylfaen" w:cs="Sylfaen"/>
          <w:sz w:val="18"/>
          <w:szCs w:val="18"/>
        </w:rPr>
        <w:t>და</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დამატებით</w:t>
      </w:r>
      <w:proofErr w:type="spellEnd"/>
      <w:r w:rsidR="00A077FD">
        <w:rPr>
          <w:rFonts w:ascii="Sylfaen" w:hAnsi="Sylfaen" w:cs="Sylfaen"/>
          <w:sz w:val="18"/>
          <w:szCs w:val="18"/>
          <w:lang w:val="ka-GE"/>
        </w:rPr>
        <w:t>ი</w:t>
      </w:r>
      <w:r w:rsidR="00A74260" w:rsidRPr="00D73BDF">
        <w:rPr>
          <w:rFonts w:cstheme="majorHAnsi"/>
          <w:sz w:val="18"/>
          <w:szCs w:val="18"/>
        </w:rPr>
        <w:t xml:space="preserve"> </w:t>
      </w:r>
      <w:proofErr w:type="spellStart"/>
      <w:r w:rsidR="00A74260" w:rsidRPr="00D73BDF">
        <w:rPr>
          <w:rFonts w:ascii="Sylfaen" w:hAnsi="Sylfaen" w:cs="Sylfaen"/>
          <w:sz w:val="18"/>
          <w:szCs w:val="18"/>
        </w:rPr>
        <w:t>სამუშაოების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და</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მასალის</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ნუსხაში</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რაზედაც</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მხარეები</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გააფორმებენ</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ცალკე</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წერილობით</w:t>
      </w:r>
      <w:proofErr w:type="spellEnd"/>
      <w:r w:rsidR="00A74260" w:rsidRPr="00D73BDF">
        <w:rPr>
          <w:rFonts w:cstheme="majorHAnsi"/>
          <w:sz w:val="18"/>
          <w:szCs w:val="18"/>
        </w:rPr>
        <w:t xml:space="preserve"> </w:t>
      </w:r>
      <w:proofErr w:type="spellStart"/>
      <w:r w:rsidR="00A74260" w:rsidRPr="00D73BDF">
        <w:rPr>
          <w:rFonts w:ascii="Sylfaen" w:hAnsi="Sylfaen" w:cs="Sylfaen"/>
          <w:sz w:val="18"/>
          <w:szCs w:val="18"/>
        </w:rPr>
        <w:t>დოკუმენტს</w:t>
      </w:r>
      <w:proofErr w:type="spellEnd"/>
      <w:r w:rsidR="00A74260" w:rsidRPr="00D73BDF">
        <w:rPr>
          <w:rFonts w:cstheme="majorHAnsi"/>
          <w:sz w:val="18"/>
          <w:szCs w:val="18"/>
        </w:rPr>
        <w:t>.</w:t>
      </w:r>
    </w:p>
    <w:p w14:paraId="12BEC2D7" w14:textId="7C51E233" w:rsidR="004B6084" w:rsidRPr="00353196" w:rsidRDefault="00353196" w:rsidP="00185C20">
      <w:pPr>
        <w:pStyle w:val="ListParagraph"/>
        <w:numPr>
          <w:ilvl w:val="1"/>
          <w:numId w:val="13"/>
        </w:numPr>
        <w:jc w:val="both"/>
        <w:rPr>
          <w:rFonts w:cstheme="majorHAnsi"/>
          <w:b/>
          <w:bCs/>
          <w:sz w:val="18"/>
          <w:szCs w:val="18"/>
        </w:rPr>
      </w:pPr>
      <w:r w:rsidRPr="00353196">
        <w:rPr>
          <w:rFonts w:ascii="Sylfaen" w:hAnsi="Sylfaen" w:cs="Sylfaen"/>
          <w:b/>
          <w:bCs/>
          <w:sz w:val="18"/>
          <w:szCs w:val="18"/>
          <w:lang w:val="ka-GE"/>
        </w:rPr>
        <w:t xml:space="preserve"> </w:t>
      </w:r>
      <w:proofErr w:type="spellStart"/>
      <w:r w:rsidR="00A74260" w:rsidRPr="00353196">
        <w:rPr>
          <w:rFonts w:ascii="Sylfaen" w:hAnsi="Sylfaen" w:cs="Sylfaen"/>
          <w:b/>
          <w:bCs/>
          <w:sz w:val="18"/>
          <w:szCs w:val="18"/>
        </w:rPr>
        <w:t>ანგარიშსწორების</w:t>
      </w:r>
      <w:proofErr w:type="spellEnd"/>
      <w:r w:rsidR="00A74260" w:rsidRPr="00353196">
        <w:rPr>
          <w:rFonts w:cstheme="majorHAnsi"/>
          <w:b/>
          <w:bCs/>
          <w:sz w:val="18"/>
          <w:szCs w:val="18"/>
        </w:rPr>
        <w:t xml:space="preserve"> </w:t>
      </w:r>
      <w:proofErr w:type="spellStart"/>
      <w:r w:rsidR="00A74260" w:rsidRPr="00353196">
        <w:rPr>
          <w:rFonts w:ascii="Sylfaen" w:hAnsi="Sylfaen" w:cs="Sylfaen"/>
          <w:b/>
          <w:bCs/>
          <w:sz w:val="18"/>
          <w:szCs w:val="18"/>
        </w:rPr>
        <w:t>წესი</w:t>
      </w:r>
      <w:proofErr w:type="spellEnd"/>
      <w:r w:rsidR="00A74260" w:rsidRPr="00353196">
        <w:rPr>
          <w:rFonts w:cstheme="majorHAnsi"/>
          <w:b/>
          <w:bCs/>
          <w:sz w:val="18"/>
          <w:szCs w:val="18"/>
        </w:rPr>
        <w:t xml:space="preserve"> </w:t>
      </w:r>
      <w:proofErr w:type="spellStart"/>
      <w:r w:rsidR="00A74260" w:rsidRPr="00353196">
        <w:rPr>
          <w:rFonts w:ascii="Sylfaen" w:hAnsi="Sylfaen" w:cs="Sylfaen"/>
          <w:b/>
          <w:bCs/>
          <w:sz w:val="18"/>
          <w:szCs w:val="18"/>
        </w:rPr>
        <w:t>და</w:t>
      </w:r>
      <w:proofErr w:type="spellEnd"/>
      <w:r w:rsidR="00A74260" w:rsidRPr="00353196">
        <w:rPr>
          <w:rFonts w:cstheme="majorHAnsi"/>
          <w:b/>
          <w:bCs/>
          <w:sz w:val="18"/>
          <w:szCs w:val="18"/>
        </w:rPr>
        <w:t xml:space="preserve"> </w:t>
      </w:r>
      <w:proofErr w:type="spellStart"/>
      <w:r w:rsidR="00A74260" w:rsidRPr="00353196">
        <w:rPr>
          <w:rFonts w:ascii="Sylfaen" w:hAnsi="Sylfaen" w:cs="Sylfaen"/>
          <w:b/>
          <w:bCs/>
          <w:sz w:val="18"/>
          <w:szCs w:val="18"/>
        </w:rPr>
        <w:t>ვალუტა</w:t>
      </w:r>
      <w:proofErr w:type="spellEnd"/>
      <w:r w:rsidR="00A74260" w:rsidRPr="00353196">
        <w:rPr>
          <w:rFonts w:cstheme="majorHAnsi"/>
          <w:b/>
          <w:bCs/>
          <w:sz w:val="18"/>
          <w:szCs w:val="18"/>
        </w:rPr>
        <w:t>:</w:t>
      </w:r>
    </w:p>
    <w:p w14:paraId="3B456788" w14:textId="0CBFCFEB" w:rsidR="004B6084" w:rsidRDefault="00A74260" w:rsidP="00185C20">
      <w:pPr>
        <w:pStyle w:val="ListParagraph"/>
        <w:numPr>
          <w:ilvl w:val="2"/>
          <w:numId w:val="13"/>
        </w:numPr>
        <w:jc w:val="both"/>
        <w:rPr>
          <w:rFonts w:cstheme="majorHAnsi"/>
          <w:sz w:val="18"/>
          <w:szCs w:val="18"/>
        </w:rPr>
      </w:pPr>
      <w:proofErr w:type="spellStart"/>
      <w:r w:rsidRPr="00B51957">
        <w:rPr>
          <w:rFonts w:ascii="Sylfaen" w:hAnsi="Sylfaen" w:cs="Sylfaen"/>
          <w:sz w:val="18"/>
          <w:szCs w:val="18"/>
        </w:rPr>
        <w:t>ანგარიშსწორების</w:t>
      </w:r>
      <w:proofErr w:type="spellEnd"/>
      <w:r w:rsidRPr="00B51957">
        <w:rPr>
          <w:rFonts w:cstheme="majorHAnsi"/>
          <w:sz w:val="18"/>
          <w:szCs w:val="18"/>
        </w:rPr>
        <w:t xml:space="preserve"> </w:t>
      </w:r>
      <w:proofErr w:type="spellStart"/>
      <w:r w:rsidRPr="00B51957">
        <w:rPr>
          <w:rFonts w:ascii="Sylfaen" w:hAnsi="Sylfaen" w:cs="Sylfaen"/>
          <w:sz w:val="18"/>
          <w:szCs w:val="18"/>
        </w:rPr>
        <w:t>ვალუტა</w:t>
      </w:r>
      <w:proofErr w:type="spellEnd"/>
      <w:r w:rsidRPr="00B51957">
        <w:rPr>
          <w:rFonts w:cstheme="majorHAnsi"/>
          <w:sz w:val="18"/>
          <w:szCs w:val="18"/>
        </w:rPr>
        <w:t xml:space="preserve"> - </w:t>
      </w:r>
      <w:proofErr w:type="spellStart"/>
      <w:r w:rsidRPr="00B51957">
        <w:rPr>
          <w:rFonts w:ascii="Sylfaen" w:hAnsi="Sylfaen" w:cs="Sylfaen"/>
          <w:sz w:val="18"/>
          <w:szCs w:val="18"/>
        </w:rPr>
        <w:t>ანგარიშსწორება</w:t>
      </w:r>
      <w:proofErr w:type="spellEnd"/>
      <w:r w:rsidRPr="00B51957">
        <w:rPr>
          <w:rFonts w:cstheme="majorHAnsi"/>
          <w:sz w:val="18"/>
          <w:szCs w:val="18"/>
        </w:rPr>
        <w:t xml:space="preserve"> </w:t>
      </w:r>
      <w:proofErr w:type="spellStart"/>
      <w:r w:rsidRPr="00B51957">
        <w:rPr>
          <w:rFonts w:ascii="Sylfaen" w:hAnsi="Sylfaen" w:cs="Sylfaen"/>
          <w:sz w:val="18"/>
          <w:szCs w:val="18"/>
        </w:rPr>
        <w:t>იწარმოებს</w:t>
      </w:r>
      <w:proofErr w:type="spellEnd"/>
      <w:r w:rsidRPr="00B51957">
        <w:rPr>
          <w:rFonts w:cstheme="majorHAnsi"/>
          <w:sz w:val="18"/>
          <w:szCs w:val="18"/>
        </w:rPr>
        <w:t xml:space="preserve"> </w:t>
      </w:r>
      <w:proofErr w:type="spellStart"/>
      <w:r w:rsidRPr="00B51957">
        <w:rPr>
          <w:rFonts w:ascii="Sylfaen" w:hAnsi="Sylfaen" w:cs="Sylfaen"/>
          <w:sz w:val="18"/>
          <w:szCs w:val="18"/>
        </w:rPr>
        <w:t>უნაღდო</w:t>
      </w:r>
      <w:proofErr w:type="spellEnd"/>
      <w:r w:rsidRPr="00B51957">
        <w:rPr>
          <w:rFonts w:cstheme="majorHAnsi"/>
          <w:sz w:val="18"/>
          <w:szCs w:val="18"/>
        </w:rPr>
        <w:t xml:space="preserve"> </w:t>
      </w:r>
      <w:proofErr w:type="spellStart"/>
      <w:r w:rsidRPr="00B51957">
        <w:rPr>
          <w:rFonts w:ascii="Sylfaen" w:hAnsi="Sylfaen" w:cs="Sylfaen"/>
          <w:sz w:val="18"/>
          <w:szCs w:val="18"/>
        </w:rPr>
        <w:t>ანგარიშსწორების</w:t>
      </w:r>
      <w:proofErr w:type="spellEnd"/>
      <w:r w:rsidRPr="00B51957">
        <w:rPr>
          <w:rFonts w:cstheme="majorHAnsi"/>
          <w:sz w:val="18"/>
          <w:szCs w:val="18"/>
        </w:rPr>
        <w:t xml:space="preserve"> </w:t>
      </w:r>
      <w:proofErr w:type="spellStart"/>
      <w:r w:rsidRPr="00B51957">
        <w:rPr>
          <w:rFonts w:ascii="Sylfaen" w:hAnsi="Sylfaen" w:cs="Sylfaen"/>
          <w:sz w:val="18"/>
          <w:szCs w:val="18"/>
        </w:rPr>
        <w:t>გზით</w:t>
      </w:r>
      <w:proofErr w:type="spellEnd"/>
      <w:r w:rsidRPr="00B51957">
        <w:rPr>
          <w:rFonts w:cstheme="majorHAnsi"/>
          <w:sz w:val="18"/>
          <w:szCs w:val="18"/>
        </w:rPr>
        <w:t xml:space="preserve"> </w:t>
      </w:r>
      <w:proofErr w:type="spellStart"/>
      <w:r w:rsidRPr="00B51957">
        <w:rPr>
          <w:rFonts w:ascii="Sylfaen" w:hAnsi="Sylfaen" w:cs="Sylfaen"/>
          <w:sz w:val="18"/>
          <w:szCs w:val="18"/>
        </w:rPr>
        <w:t>ეროვნულ</w:t>
      </w:r>
      <w:proofErr w:type="spellEnd"/>
      <w:r w:rsidRPr="00B51957">
        <w:rPr>
          <w:rFonts w:cstheme="majorHAnsi"/>
          <w:sz w:val="18"/>
          <w:szCs w:val="18"/>
        </w:rPr>
        <w:t xml:space="preserve"> </w:t>
      </w:r>
      <w:proofErr w:type="spellStart"/>
      <w:r w:rsidRPr="00B51957">
        <w:rPr>
          <w:rFonts w:ascii="Sylfaen" w:hAnsi="Sylfaen" w:cs="Sylfaen"/>
          <w:sz w:val="18"/>
          <w:szCs w:val="18"/>
        </w:rPr>
        <w:t>ვალუტაში</w:t>
      </w:r>
      <w:proofErr w:type="spellEnd"/>
      <w:r w:rsidRPr="00B51957">
        <w:rPr>
          <w:rFonts w:cstheme="majorHAnsi"/>
          <w:sz w:val="18"/>
          <w:szCs w:val="18"/>
        </w:rPr>
        <w:t xml:space="preserve"> - </w:t>
      </w:r>
      <w:proofErr w:type="spellStart"/>
      <w:r w:rsidRPr="00B51957">
        <w:rPr>
          <w:rFonts w:ascii="Sylfaen" w:hAnsi="Sylfaen" w:cs="Sylfaen"/>
          <w:sz w:val="18"/>
          <w:szCs w:val="18"/>
        </w:rPr>
        <w:t>ლარში</w:t>
      </w:r>
      <w:proofErr w:type="spellEnd"/>
      <w:r w:rsidRPr="00B51957">
        <w:rPr>
          <w:rFonts w:cstheme="majorHAnsi"/>
          <w:sz w:val="18"/>
          <w:szCs w:val="18"/>
        </w:rPr>
        <w:t>.</w:t>
      </w:r>
    </w:p>
    <w:p w14:paraId="643F4F15" w14:textId="756DFD68" w:rsidR="00B3643A" w:rsidRPr="006D2CB5" w:rsidRDefault="00C82A90" w:rsidP="006D2CB5">
      <w:pPr>
        <w:pStyle w:val="ListParagraph"/>
        <w:numPr>
          <w:ilvl w:val="2"/>
          <w:numId w:val="13"/>
        </w:numPr>
        <w:jc w:val="both"/>
        <w:rPr>
          <w:rFonts w:cstheme="majorHAnsi"/>
          <w:sz w:val="18"/>
          <w:szCs w:val="18"/>
        </w:rPr>
      </w:pPr>
      <w:proofErr w:type="spellStart"/>
      <w:r w:rsidRPr="004D72C9">
        <w:rPr>
          <w:rFonts w:ascii="Sylfaen" w:hAnsi="Sylfaen" w:cs="Sylfaen"/>
          <w:sz w:val="18"/>
          <w:szCs w:val="18"/>
        </w:rPr>
        <w:t>ანგარიშსწორების</w:t>
      </w:r>
      <w:proofErr w:type="spellEnd"/>
      <w:r w:rsidRPr="004D72C9">
        <w:rPr>
          <w:rFonts w:cstheme="majorHAnsi"/>
          <w:sz w:val="18"/>
          <w:szCs w:val="18"/>
        </w:rPr>
        <w:t xml:space="preserve"> </w:t>
      </w:r>
      <w:proofErr w:type="spellStart"/>
      <w:r w:rsidRPr="004D72C9">
        <w:rPr>
          <w:rFonts w:ascii="Sylfaen" w:hAnsi="Sylfaen" w:cs="Sylfaen"/>
          <w:sz w:val="18"/>
          <w:szCs w:val="18"/>
        </w:rPr>
        <w:t>პერიოდი</w:t>
      </w:r>
      <w:proofErr w:type="spellEnd"/>
      <w:r w:rsidRPr="004D72C9">
        <w:rPr>
          <w:rFonts w:cstheme="majorHAnsi"/>
          <w:sz w:val="18"/>
          <w:szCs w:val="18"/>
        </w:rPr>
        <w:t xml:space="preserve"> </w:t>
      </w:r>
      <w:proofErr w:type="spellStart"/>
      <w:r w:rsidRPr="004D72C9">
        <w:rPr>
          <w:rFonts w:ascii="Sylfaen" w:hAnsi="Sylfaen" w:cs="Sylfaen"/>
          <w:sz w:val="18"/>
          <w:szCs w:val="18"/>
        </w:rPr>
        <w:t>და</w:t>
      </w:r>
      <w:proofErr w:type="spellEnd"/>
      <w:r w:rsidRPr="004D72C9">
        <w:rPr>
          <w:rFonts w:cstheme="majorHAnsi"/>
          <w:sz w:val="18"/>
          <w:szCs w:val="18"/>
        </w:rPr>
        <w:t xml:space="preserve"> </w:t>
      </w:r>
      <w:proofErr w:type="spellStart"/>
      <w:r w:rsidRPr="004D72C9">
        <w:rPr>
          <w:rFonts w:ascii="Sylfaen" w:hAnsi="Sylfaen" w:cs="Sylfaen"/>
          <w:sz w:val="18"/>
          <w:szCs w:val="18"/>
        </w:rPr>
        <w:t>საფუძველი</w:t>
      </w:r>
      <w:proofErr w:type="spellEnd"/>
      <w:r w:rsidRPr="004D72C9">
        <w:rPr>
          <w:rFonts w:cstheme="majorHAnsi"/>
          <w:sz w:val="18"/>
          <w:szCs w:val="18"/>
        </w:rPr>
        <w:t xml:space="preserve"> - </w:t>
      </w:r>
      <w:proofErr w:type="spellStart"/>
      <w:r w:rsidRPr="004D72C9">
        <w:rPr>
          <w:rFonts w:ascii="Sylfaen" w:hAnsi="Sylfaen" w:cs="Sylfaen"/>
          <w:sz w:val="18"/>
          <w:szCs w:val="18"/>
        </w:rPr>
        <w:t>დამკვეთი</w:t>
      </w:r>
      <w:proofErr w:type="spellEnd"/>
      <w:r w:rsidRPr="004D72C9">
        <w:rPr>
          <w:rFonts w:cstheme="majorHAnsi"/>
          <w:sz w:val="18"/>
          <w:szCs w:val="18"/>
        </w:rPr>
        <w:t xml:space="preserve"> </w:t>
      </w:r>
      <w:proofErr w:type="spellStart"/>
      <w:r w:rsidRPr="004D72C9">
        <w:rPr>
          <w:rFonts w:ascii="Sylfaen" w:hAnsi="Sylfaen" w:cs="Sylfaen"/>
          <w:sz w:val="18"/>
          <w:szCs w:val="18"/>
        </w:rPr>
        <w:t>ანგარიშსწორებას</w:t>
      </w:r>
      <w:proofErr w:type="spellEnd"/>
      <w:r w:rsidRPr="004D72C9">
        <w:rPr>
          <w:rFonts w:cstheme="majorHAnsi"/>
          <w:sz w:val="18"/>
          <w:szCs w:val="18"/>
        </w:rPr>
        <w:t xml:space="preserve"> </w:t>
      </w:r>
      <w:r w:rsidRPr="004D72C9">
        <w:rPr>
          <w:rFonts w:ascii="Sylfaen" w:hAnsi="Sylfaen" w:cs="Sylfaen"/>
          <w:sz w:val="18"/>
          <w:szCs w:val="18"/>
          <w:lang w:val="ka-GE"/>
        </w:rPr>
        <w:t xml:space="preserve">მენარდესთან </w:t>
      </w:r>
      <w:proofErr w:type="spellStart"/>
      <w:r w:rsidRPr="004D72C9">
        <w:rPr>
          <w:rFonts w:ascii="Sylfaen" w:hAnsi="Sylfaen" w:cs="Sylfaen"/>
          <w:sz w:val="18"/>
          <w:szCs w:val="18"/>
        </w:rPr>
        <w:t>ახორციელებს</w:t>
      </w:r>
      <w:proofErr w:type="spellEnd"/>
      <w:r w:rsidRPr="004D72C9">
        <w:rPr>
          <w:rFonts w:cstheme="majorHAnsi"/>
          <w:sz w:val="18"/>
          <w:szCs w:val="18"/>
        </w:rPr>
        <w:t xml:space="preserve"> </w:t>
      </w:r>
      <w:proofErr w:type="spellStart"/>
      <w:r w:rsidRPr="004D72C9">
        <w:rPr>
          <w:rFonts w:ascii="Sylfaen" w:hAnsi="Sylfaen" w:cs="Sylfaen"/>
          <w:sz w:val="18"/>
          <w:szCs w:val="18"/>
        </w:rPr>
        <w:t>ეტაპობრივად</w:t>
      </w:r>
      <w:proofErr w:type="spellEnd"/>
      <w:r w:rsidRPr="004D72C9">
        <w:rPr>
          <w:rFonts w:cstheme="majorHAnsi"/>
          <w:sz w:val="18"/>
          <w:szCs w:val="18"/>
        </w:rPr>
        <w:t xml:space="preserve">, </w:t>
      </w:r>
      <w:proofErr w:type="spellStart"/>
      <w:r w:rsidRPr="004D72C9">
        <w:rPr>
          <w:rFonts w:ascii="Sylfaen" w:hAnsi="Sylfaen" w:cs="Sylfaen"/>
          <w:sz w:val="18"/>
          <w:szCs w:val="18"/>
        </w:rPr>
        <w:t>პირველ</w:t>
      </w:r>
      <w:proofErr w:type="spellEnd"/>
      <w:r w:rsidRPr="004D72C9">
        <w:rPr>
          <w:rFonts w:cstheme="majorHAnsi"/>
          <w:sz w:val="18"/>
          <w:szCs w:val="18"/>
        </w:rPr>
        <w:t xml:space="preserve"> </w:t>
      </w:r>
      <w:proofErr w:type="spellStart"/>
      <w:r w:rsidRPr="004D72C9">
        <w:rPr>
          <w:rFonts w:ascii="Sylfaen" w:hAnsi="Sylfaen" w:cs="Sylfaen"/>
          <w:sz w:val="18"/>
          <w:szCs w:val="18"/>
        </w:rPr>
        <w:t>ეტაპზე</w:t>
      </w:r>
      <w:proofErr w:type="spellEnd"/>
      <w:r w:rsidRPr="004D72C9">
        <w:rPr>
          <w:rFonts w:cstheme="majorHAnsi"/>
          <w:sz w:val="18"/>
          <w:szCs w:val="18"/>
        </w:rPr>
        <w:t xml:space="preserve"> </w:t>
      </w:r>
      <w:proofErr w:type="spellStart"/>
      <w:r w:rsidRPr="004D72C9">
        <w:rPr>
          <w:rFonts w:ascii="Sylfaen" w:hAnsi="Sylfaen" w:cs="Sylfaen"/>
          <w:sz w:val="18"/>
          <w:szCs w:val="18"/>
        </w:rPr>
        <w:t>დამკვეთი</w:t>
      </w:r>
      <w:proofErr w:type="spellEnd"/>
      <w:r w:rsidRPr="004D72C9">
        <w:rPr>
          <w:rFonts w:cstheme="majorHAnsi"/>
          <w:sz w:val="18"/>
          <w:szCs w:val="18"/>
        </w:rPr>
        <w:t xml:space="preserve"> </w:t>
      </w:r>
      <w:proofErr w:type="spellStart"/>
      <w:r w:rsidRPr="004D72C9">
        <w:rPr>
          <w:rFonts w:ascii="Sylfaen" w:hAnsi="Sylfaen" w:cs="Sylfaen"/>
          <w:sz w:val="18"/>
          <w:szCs w:val="18"/>
        </w:rPr>
        <w:t>ანგარიშსწორებას</w:t>
      </w:r>
      <w:proofErr w:type="spellEnd"/>
      <w:r w:rsidRPr="004D72C9">
        <w:rPr>
          <w:rFonts w:cstheme="majorHAnsi"/>
          <w:sz w:val="18"/>
          <w:szCs w:val="18"/>
        </w:rPr>
        <w:t xml:space="preserve"> </w:t>
      </w:r>
      <w:proofErr w:type="spellStart"/>
      <w:r w:rsidRPr="004D72C9">
        <w:rPr>
          <w:rFonts w:ascii="Sylfaen" w:hAnsi="Sylfaen" w:cs="Sylfaen"/>
          <w:sz w:val="18"/>
          <w:szCs w:val="18"/>
        </w:rPr>
        <w:t>ახდენს</w:t>
      </w:r>
      <w:proofErr w:type="spellEnd"/>
      <w:r w:rsidRPr="004D72C9">
        <w:rPr>
          <w:rFonts w:cstheme="majorHAnsi"/>
          <w:sz w:val="18"/>
          <w:szCs w:val="18"/>
        </w:rPr>
        <w:t xml:space="preserve"> </w:t>
      </w:r>
      <w:proofErr w:type="spellStart"/>
      <w:r w:rsidRPr="004D72C9">
        <w:rPr>
          <w:rFonts w:ascii="Sylfaen" w:hAnsi="Sylfaen" w:cs="Sylfaen"/>
          <w:sz w:val="18"/>
          <w:szCs w:val="18"/>
        </w:rPr>
        <w:t>მენარდის</w:t>
      </w:r>
      <w:proofErr w:type="spellEnd"/>
      <w:r w:rsidRPr="004D72C9">
        <w:rPr>
          <w:rFonts w:cstheme="majorHAnsi"/>
          <w:sz w:val="18"/>
          <w:szCs w:val="18"/>
        </w:rPr>
        <w:t xml:space="preserve"> </w:t>
      </w:r>
      <w:proofErr w:type="spellStart"/>
      <w:r w:rsidRPr="004D72C9">
        <w:rPr>
          <w:rFonts w:ascii="Sylfaen" w:hAnsi="Sylfaen" w:cs="Sylfaen"/>
          <w:sz w:val="18"/>
          <w:szCs w:val="18"/>
        </w:rPr>
        <w:t>მიერ</w:t>
      </w:r>
      <w:proofErr w:type="spellEnd"/>
      <w:r w:rsidRPr="004D72C9">
        <w:rPr>
          <w:rFonts w:cstheme="majorHAnsi"/>
          <w:sz w:val="18"/>
          <w:szCs w:val="18"/>
        </w:rPr>
        <w:t xml:space="preserve"> </w:t>
      </w:r>
      <w:proofErr w:type="spellStart"/>
      <w:r w:rsidRPr="004D72C9">
        <w:rPr>
          <w:rFonts w:ascii="Sylfaen" w:hAnsi="Sylfaen" w:cs="Sylfaen"/>
          <w:sz w:val="18"/>
          <w:szCs w:val="18"/>
        </w:rPr>
        <w:t>დამკვეთისთვის</w:t>
      </w:r>
      <w:proofErr w:type="spellEnd"/>
      <w:r w:rsidRPr="004D72C9">
        <w:rPr>
          <w:rFonts w:cstheme="majorHAnsi"/>
          <w:sz w:val="18"/>
          <w:szCs w:val="18"/>
        </w:rPr>
        <w:t xml:space="preserve"> </w:t>
      </w:r>
      <w:proofErr w:type="spellStart"/>
      <w:r w:rsidRPr="004D72C9">
        <w:rPr>
          <w:rFonts w:ascii="Sylfaen" w:hAnsi="Sylfaen" w:cs="Sylfaen"/>
          <w:sz w:val="18"/>
          <w:szCs w:val="18"/>
        </w:rPr>
        <w:t>წარდგენილი</w:t>
      </w:r>
      <w:proofErr w:type="spellEnd"/>
      <w:r w:rsidRPr="004D72C9">
        <w:rPr>
          <w:rFonts w:cstheme="majorHAnsi"/>
          <w:sz w:val="18"/>
          <w:szCs w:val="18"/>
        </w:rPr>
        <w:t xml:space="preserve"> </w:t>
      </w:r>
      <w:proofErr w:type="spellStart"/>
      <w:r w:rsidRPr="004D72C9">
        <w:rPr>
          <w:rFonts w:ascii="Sylfaen" w:hAnsi="Sylfaen" w:cs="Sylfaen"/>
          <w:sz w:val="18"/>
          <w:szCs w:val="18"/>
        </w:rPr>
        <w:t>და</w:t>
      </w:r>
      <w:proofErr w:type="spellEnd"/>
      <w:r w:rsidRPr="004D72C9">
        <w:rPr>
          <w:rFonts w:cstheme="majorHAnsi"/>
          <w:sz w:val="18"/>
          <w:szCs w:val="18"/>
        </w:rPr>
        <w:t xml:space="preserve"> </w:t>
      </w:r>
      <w:proofErr w:type="spellStart"/>
      <w:r w:rsidRPr="004D72C9">
        <w:rPr>
          <w:rFonts w:ascii="Sylfaen" w:hAnsi="Sylfaen" w:cs="Sylfaen"/>
          <w:sz w:val="18"/>
          <w:szCs w:val="18"/>
        </w:rPr>
        <w:t>ორმხრივად</w:t>
      </w:r>
      <w:proofErr w:type="spellEnd"/>
      <w:r w:rsidRPr="004D72C9">
        <w:rPr>
          <w:rFonts w:cstheme="majorHAnsi"/>
          <w:sz w:val="18"/>
          <w:szCs w:val="18"/>
        </w:rPr>
        <w:t xml:space="preserve"> </w:t>
      </w:r>
      <w:proofErr w:type="spellStart"/>
      <w:r w:rsidRPr="004D72C9">
        <w:rPr>
          <w:rFonts w:ascii="Sylfaen" w:hAnsi="Sylfaen" w:cs="Sylfaen"/>
          <w:sz w:val="18"/>
          <w:szCs w:val="18"/>
        </w:rPr>
        <w:t>დადასტურებული</w:t>
      </w:r>
      <w:proofErr w:type="spellEnd"/>
      <w:r w:rsidRPr="004D72C9">
        <w:rPr>
          <w:rFonts w:cstheme="majorHAnsi"/>
          <w:sz w:val="18"/>
          <w:szCs w:val="18"/>
        </w:rPr>
        <w:t xml:space="preserve"> </w:t>
      </w:r>
      <w:proofErr w:type="spellStart"/>
      <w:r w:rsidRPr="004D72C9">
        <w:rPr>
          <w:rFonts w:ascii="Sylfaen" w:hAnsi="Sylfaen" w:cs="Sylfaen"/>
          <w:sz w:val="18"/>
          <w:szCs w:val="18"/>
        </w:rPr>
        <w:t>ფინანსურ</w:t>
      </w:r>
      <w:proofErr w:type="spellEnd"/>
      <w:r w:rsidRPr="004D72C9">
        <w:rPr>
          <w:rFonts w:cstheme="majorHAnsi"/>
          <w:sz w:val="18"/>
          <w:szCs w:val="18"/>
        </w:rPr>
        <w:t xml:space="preserve"> </w:t>
      </w:r>
      <w:proofErr w:type="spellStart"/>
      <w:r w:rsidRPr="004D72C9">
        <w:rPr>
          <w:rFonts w:ascii="Sylfaen" w:hAnsi="Sylfaen" w:cs="Sylfaen"/>
          <w:sz w:val="18"/>
          <w:szCs w:val="18"/>
        </w:rPr>
        <w:t>გრაფიკში</w:t>
      </w:r>
      <w:proofErr w:type="spellEnd"/>
      <w:r w:rsidRPr="004D72C9">
        <w:rPr>
          <w:rFonts w:cstheme="majorHAnsi"/>
          <w:sz w:val="18"/>
          <w:szCs w:val="18"/>
        </w:rPr>
        <w:t xml:space="preserve"> </w:t>
      </w:r>
      <w:proofErr w:type="spellStart"/>
      <w:r w:rsidRPr="004D72C9">
        <w:rPr>
          <w:rFonts w:ascii="Sylfaen" w:hAnsi="Sylfaen" w:cs="Sylfaen"/>
          <w:sz w:val="18"/>
          <w:szCs w:val="18"/>
        </w:rPr>
        <w:t>წარმოდგენილი</w:t>
      </w:r>
      <w:proofErr w:type="spellEnd"/>
      <w:r w:rsidRPr="004D72C9">
        <w:rPr>
          <w:rFonts w:cstheme="majorHAnsi"/>
          <w:sz w:val="18"/>
          <w:szCs w:val="18"/>
        </w:rPr>
        <w:t xml:space="preserve"> </w:t>
      </w:r>
      <w:proofErr w:type="spellStart"/>
      <w:r w:rsidRPr="004D72C9">
        <w:rPr>
          <w:rFonts w:ascii="Sylfaen" w:hAnsi="Sylfaen" w:cs="Sylfaen"/>
          <w:sz w:val="18"/>
          <w:szCs w:val="18"/>
        </w:rPr>
        <w:t>ავანსის</w:t>
      </w:r>
      <w:proofErr w:type="spellEnd"/>
      <w:r w:rsidRPr="004D72C9">
        <w:rPr>
          <w:rFonts w:ascii="Sylfaen" w:hAnsi="Sylfaen" w:cs="Sylfaen"/>
          <w:sz w:val="18"/>
          <w:szCs w:val="18"/>
          <w:lang w:val="ka-GE"/>
        </w:rPr>
        <w:t xml:space="preserve"> გადახდის შეთანხმებული თარიღებისა და ოდენობის შესაბამისად</w:t>
      </w:r>
      <w:r w:rsidRPr="004D72C9">
        <w:rPr>
          <w:rFonts w:ascii="Sylfaen" w:hAnsi="Sylfaen" w:cs="Sylfaen"/>
          <w:sz w:val="18"/>
          <w:szCs w:val="18"/>
        </w:rPr>
        <w:t xml:space="preserve"> (</w:t>
      </w:r>
      <w:proofErr w:type="spellStart"/>
      <w:r w:rsidRPr="004D72C9">
        <w:rPr>
          <w:rFonts w:ascii="Sylfaen" w:hAnsi="Sylfaen" w:cs="Sylfaen"/>
          <w:sz w:val="18"/>
          <w:szCs w:val="18"/>
        </w:rPr>
        <w:t>ასეთის</w:t>
      </w:r>
      <w:proofErr w:type="spellEnd"/>
      <w:r w:rsidRPr="004D72C9">
        <w:rPr>
          <w:rFonts w:ascii="Sylfaen" w:hAnsi="Sylfaen" w:cs="Sylfaen"/>
          <w:sz w:val="18"/>
          <w:szCs w:val="18"/>
        </w:rPr>
        <w:t xml:space="preserve"> </w:t>
      </w:r>
      <w:proofErr w:type="spellStart"/>
      <w:r w:rsidRPr="004D72C9">
        <w:rPr>
          <w:rFonts w:ascii="Sylfaen" w:hAnsi="Sylfaen" w:cs="Sylfaen"/>
          <w:sz w:val="18"/>
          <w:szCs w:val="18"/>
        </w:rPr>
        <w:t>არსებობის</w:t>
      </w:r>
      <w:proofErr w:type="spellEnd"/>
      <w:r w:rsidRPr="004D72C9">
        <w:rPr>
          <w:rFonts w:ascii="Sylfaen" w:hAnsi="Sylfaen" w:cs="Sylfaen"/>
          <w:sz w:val="18"/>
          <w:szCs w:val="18"/>
        </w:rPr>
        <w:t xml:space="preserve"> </w:t>
      </w:r>
      <w:proofErr w:type="spellStart"/>
      <w:r w:rsidRPr="004D72C9">
        <w:rPr>
          <w:rFonts w:ascii="Sylfaen" w:hAnsi="Sylfaen" w:cs="Sylfaen"/>
          <w:sz w:val="18"/>
          <w:szCs w:val="18"/>
        </w:rPr>
        <w:t>შემთხვევაში</w:t>
      </w:r>
      <w:proofErr w:type="spellEnd"/>
      <w:r w:rsidRPr="004D72C9">
        <w:rPr>
          <w:rFonts w:ascii="Sylfaen" w:hAnsi="Sylfaen" w:cs="Sylfaen"/>
          <w:sz w:val="18"/>
          <w:szCs w:val="18"/>
        </w:rPr>
        <w:t>)</w:t>
      </w:r>
      <w:r w:rsidRPr="004D72C9">
        <w:rPr>
          <w:rFonts w:cstheme="majorHAnsi"/>
          <w:sz w:val="18"/>
          <w:szCs w:val="18"/>
        </w:rPr>
        <w:t xml:space="preserve"> </w:t>
      </w:r>
      <w:r w:rsidRPr="004D72C9">
        <w:rPr>
          <w:rFonts w:ascii="Sylfaen" w:eastAsia="Arial Unicode MS" w:hAnsi="Sylfaen" w:cs="Sylfaen"/>
          <w:bCs/>
          <w:noProof/>
          <w:sz w:val="18"/>
          <w:szCs w:val="18"/>
          <w:lang w:val="ka-GE"/>
        </w:rPr>
        <w:t xml:space="preserve">საავანსო ანგარიშსწორებისთვის, </w:t>
      </w:r>
      <w:r w:rsidRPr="004D72C9">
        <w:rPr>
          <w:rFonts w:ascii="Sylfaen" w:eastAsia="Arial Unicode MS" w:hAnsi="Sylfaen" w:cs="Sylfaen"/>
          <w:noProof/>
          <w:sz w:val="18"/>
          <w:szCs w:val="18"/>
          <w:lang w:val="ka-GE"/>
        </w:rPr>
        <w:t xml:space="preserve">მენარდემ დამკვეთთან </w:t>
      </w:r>
      <w:r w:rsidRPr="004D72C9">
        <w:rPr>
          <w:rFonts w:ascii="Sylfaen" w:eastAsia="Arial Unicode MS" w:hAnsi="Sylfaen" w:cs="Sylfaen"/>
          <w:bCs/>
          <w:noProof/>
          <w:sz w:val="18"/>
          <w:szCs w:val="18"/>
          <w:lang w:val="ka-GE"/>
        </w:rPr>
        <w:t>უნდა წარადგინოს ავანსად შეთანხმენბული თანხის ოდენობის შესაბამისი საბანკო, საავანსო, უპირობო, გამოუთხოვადი გარანტია, დამკვეთის მიერ მოთხოვნილი ფორმით, რომლის მოქმედების ვადაც მინიმუმ 30 კალენდარული დღით უნდა აღემატებოდეს ხელშეკრულებით შეთანხმებულ საშემსრულებლო ვადას.</w:t>
      </w:r>
      <w:r w:rsidR="006D2CB5">
        <w:rPr>
          <w:rFonts w:ascii="Sylfaen" w:eastAsia="Arial Unicode MS" w:hAnsi="Sylfaen" w:cs="Sylfaen"/>
          <w:bCs/>
          <w:noProof/>
          <w:sz w:val="18"/>
          <w:szCs w:val="18"/>
          <w:lang w:val="ka-GE"/>
        </w:rPr>
        <w:t xml:space="preserve"> </w:t>
      </w:r>
      <w:r w:rsidR="006D2CB5" w:rsidRPr="00B3643A">
        <w:rPr>
          <w:rFonts w:ascii="Sylfaen" w:hAnsi="Sylfaen" w:cs="Sylfaen"/>
          <w:sz w:val="18"/>
          <w:szCs w:val="18"/>
          <w:lang w:val="ka-GE"/>
        </w:rPr>
        <w:t>ავანსის არსებობის შემთხვევაში</w:t>
      </w:r>
      <w:r w:rsidR="006D2CB5">
        <w:rPr>
          <w:rFonts w:ascii="Sylfaen" w:hAnsi="Sylfaen" w:cs="Sylfaen"/>
          <w:sz w:val="18"/>
          <w:szCs w:val="18"/>
          <w:lang w:val="ka-GE"/>
        </w:rPr>
        <w:t xml:space="preserve"> მოხდება</w:t>
      </w:r>
      <w:r w:rsidR="006D2CB5" w:rsidRPr="00B3643A">
        <w:rPr>
          <w:rFonts w:ascii="Sylfaen" w:hAnsi="Sylfaen" w:cs="Sylfaen"/>
          <w:sz w:val="18"/>
          <w:szCs w:val="18"/>
          <w:lang w:val="ka-GE"/>
        </w:rPr>
        <w:t xml:space="preserve"> მისი პროპორციული</w:t>
      </w:r>
      <w:r w:rsidR="006D2CB5">
        <w:rPr>
          <w:rFonts w:ascii="Sylfaen" w:hAnsi="Sylfaen" w:cs="Sylfaen"/>
          <w:sz w:val="18"/>
          <w:szCs w:val="18"/>
          <w:lang w:val="ka-GE"/>
        </w:rPr>
        <w:t xml:space="preserve"> </w:t>
      </w:r>
      <w:r w:rsidR="006D2CB5" w:rsidRPr="00B3643A">
        <w:rPr>
          <w:rFonts w:ascii="Sylfaen" w:hAnsi="Sylfaen" w:cs="Sylfaen"/>
          <w:sz w:val="18"/>
          <w:szCs w:val="18"/>
          <w:lang w:val="ka-GE"/>
        </w:rPr>
        <w:t>გაქვითვა</w:t>
      </w:r>
      <w:r w:rsidR="006D2CB5">
        <w:rPr>
          <w:rFonts w:ascii="Sylfaen" w:hAnsi="Sylfaen" w:cs="Sylfaen"/>
          <w:sz w:val="18"/>
          <w:szCs w:val="18"/>
          <w:lang w:val="ka-GE"/>
        </w:rPr>
        <w:t xml:space="preserve"> მენარდისთვის გადასახდელი ყოველი თანხიდან. </w:t>
      </w:r>
      <w:proofErr w:type="spellStart"/>
      <w:r w:rsidRPr="006D2CB5">
        <w:rPr>
          <w:rFonts w:ascii="Sylfaen" w:hAnsi="Sylfaen" w:cs="Sylfaen"/>
          <w:sz w:val="18"/>
          <w:szCs w:val="18"/>
        </w:rPr>
        <w:t>ყოველი</w:t>
      </w:r>
      <w:proofErr w:type="spellEnd"/>
      <w:r w:rsidRPr="006D2CB5">
        <w:rPr>
          <w:rFonts w:cstheme="majorHAnsi"/>
          <w:sz w:val="18"/>
          <w:szCs w:val="18"/>
        </w:rPr>
        <w:t xml:space="preserve"> </w:t>
      </w:r>
      <w:proofErr w:type="spellStart"/>
      <w:r w:rsidRPr="006D2CB5">
        <w:rPr>
          <w:rFonts w:ascii="Sylfaen" w:hAnsi="Sylfaen" w:cs="Sylfaen"/>
          <w:sz w:val="18"/>
          <w:szCs w:val="18"/>
        </w:rPr>
        <w:t>შემდგომი</w:t>
      </w:r>
      <w:proofErr w:type="spellEnd"/>
      <w:r w:rsidRPr="006D2CB5">
        <w:rPr>
          <w:rFonts w:cstheme="majorHAnsi"/>
          <w:sz w:val="18"/>
          <w:szCs w:val="18"/>
        </w:rPr>
        <w:t xml:space="preserve"> </w:t>
      </w:r>
      <w:proofErr w:type="spellStart"/>
      <w:r w:rsidRPr="006D2CB5">
        <w:rPr>
          <w:rFonts w:ascii="Sylfaen" w:hAnsi="Sylfaen" w:cs="Sylfaen"/>
          <w:sz w:val="18"/>
          <w:szCs w:val="18"/>
        </w:rPr>
        <w:t>გადახდა</w:t>
      </w:r>
      <w:proofErr w:type="spellEnd"/>
      <w:r w:rsidRPr="006D2CB5">
        <w:rPr>
          <w:rFonts w:cstheme="majorHAnsi"/>
          <w:sz w:val="18"/>
          <w:szCs w:val="18"/>
        </w:rPr>
        <w:t xml:space="preserve"> </w:t>
      </w:r>
      <w:proofErr w:type="spellStart"/>
      <w:r w:rsidRPr="006D2CB5">
        <w:rPr>
          <w:rFonts w:ascii="Sylfaen" w:hAnsi="Sylfaen" w:cs="Sylfaen"/>
          <w:sz w:val="18"/>
          <w:szCs w:val="18"/>
        </w:rPr>
        <w:t>ხდება</w:t>
      </w:r>
      <w:proofErr w:type="spellEnd"/>
      <w:r w:rsidRPr="006D2CB5">
        <w:rPr>
          <w:rFonts w:cstheme="majorHAnsi"/>
          <w:sz w:val="18"/>
          <w:szCs w:val="18"/>
        </w:rPr>
        <w:t xml:space="preserve"> </w:t>
      </w:r>
      <w:proofErr w:type="spellStart"/>
      <w:r w:rsidRPr="006D2CB5">
        <w:rPr>
          <w:rFonts w:ascii="Sylfaen" w:hAnsi="Sylfaen" w:cs="Sylfaen"/>
          <w:sz w:val="18"/>
          <w:szCs w:val="18"/>
        </w:rPr>
        <w:t>მენარდის</w:t>
      </w:r>
      <w:proofErr w:type="spellEnd"/>
      <w:r w:rsidRPr="006D2CB5">
        <w:rPr>
          <w:rFonts w:cstheme="majorHAnsi"/>
          <w:sz w:val="18"/>
          <w:szCs w:val="18"/>
        </w:rPr>
        <w:t xml:space="preserve"> </w:t>
      </w:r>
      <w:proofErr w:type="spellStart"/>
      <w:r w:rsidRPr="006D2CB5">
        <w:rPr>
          <w:rFonts w:ascii="Sylfaen" w:hAnsi="Sylfaen" w:cs="Sylfaen"/>
          <w:sz w:val="18"/>
          <w:szCs w:val="18"/>
        </w:rPr>
        <w:t>მიერ</w:t>
      </w:r>
      <w:proofErr w:type="spellEnd"/>
      <w:r w:rsidRPr="006D2CB5">
        <w:rPr>
          <w:rFonts w:cstheme="majorHAnsi"/>
          <w:sz w:val="18"/>
          <w:szCs w:val="18"/>
        </w:rPr>
        <w:t xml:space="preserve"> </w:t>
      </w:r>
      <w:proofErr w:type="spellStart"/>
      <w:r w:rsidRPr="006D2CB5">
        <w:rPr>
          <w:rFonts w:ascii="Sylfaen" w:hAnsi="Sylfaen" w:cs="Sylfaen"/>
          <w:sz w:val="18"/>
          <w:szCs w:val="18"/>
        </w:rPr>
        <w:t>დამკვეთისთვის</w:t>
      </w:r>
      <w:proofErr w:type="spellEnd"/>
      <w:r w:rsidRPr="006D2CB5">
        <w:rPr>
          <w:rFonts w:cstheme="majorHAnsi"/>
          <w:sz w:val="18"/>
          <w:szCs w:val="18"/>
        </w:rPr>
        <w:t xml:space="preserve"> </w:t>
      </w:r>
      <w:proofErr w:type="spellStart"/>
      <w:r w:rsidRPr="006D2CB5">
        <w:rPr>
          <w:rFonts w:ascii="Sylfaen" w:hAnsi="Sylfaen" w:cs="Sylfaen"/>
          <w:sz w:val="18"/>
          <w:szCs w:val="18"/>
        </w:rPr>
        <w:t>ყოველი</w:t>
      </w:r>
      <w:proofErr w:type="spellEnd"/>
      <w:r w:rsidRPr="006D2CB5">
        <w:rPr>
          <w:rFonts w:cstheme="majorHAnsi"/>
          <w:sz w:val="18"/>
          <w:szCs w:val="18"/>
        </w:rPr>
        <w:t xml:space="preserve"> </w:t>
      </w:r>
      <w:proofErr w:type="spellStart"/>
      <w:r w:rsidRPr="006D2CB5">
        <w:rPr>
          <w:rFonts w:ascii="Sylfaen" w:hAnsi="Sylfaen" w:cs="Sylfaen"/>
          <w:sz w:val="18"/>
          <w:szCs w:val="18"/>
        </w:rPr>
        <w:t>საანგარიშო</w:t>
      </w:r>
      <w:proofErr w:type="spellEnd"/>
      <w:r w:rsidRPr="006D2CB5">
        <w:rPr>
          <w:rFonts w:cstheme="majorHAnsi"/>
          <w:sz w:val="18"/>
          <w:szCs w:val="18"/>
        </w:rPr>
        <w:t xml:space="preserve"> </w:t>
      </w:r>
      <w:proofErr w:type="spellStart"/>
      <w:r w:rsidRPr="006D2CB5">
        <w:rPr>
          <w:rFonts w:ascii="Sylfaen" w:hAnsi="Sylfaen" w:cs="Sylfaen"/>
          <w:sz w:val="18"/>
          <w:szCs w:val="18"/>
        </w:rPr>
        <w:t>პერიოდის</w:t>
      </w:r>
      <w:proofErr w:type="spellEnd"/>
      <w:r w:rsidRPr="006D2CB5">
        <w:rPr>
          <w:rFonts w:cstheme="majorHAnsi"/>
          <w:sz w:val="18"/>
          <w:szCs w:val="18"/>
        </w:rPr>
        <w:t xml:space="preserve"> </w:t>
      </w:r>
      <w:proofErr w:type="spellStart"/>
      <w:r w:rsidRPr="006D2CB5">
        <w:rPr>
          <w:rFonts w:ascii="Sylfaen" w:hAnsi="Sylfaen" w:cs="Sylfaen"/>
          <w:sz w:val="18"/>
          <w:szCs w:val="18"/>
        </w:rPr>
        <w:t>დასრულების</w:t>
      </w:r>
      <w:proofErr w:type="spellEnd"/>
      <w:r w:rsidRPr="006D2CB5">
        <w:rPr>
          <w:rFonts w:cstheme="majorHAnsi"/>
          <w:sz w:val="18"/>
          <w:szCs w:val="18"/>
        </w:rPr>
        <w:t xml:space="preserve"> </w:t>
      </w:r>
      <w:proofErr w:type="spellStart"/>
      <w:r w:rsidRPr="006D2CB5">
        <w:rPr>
          <w:rFonts w:ascii="Sylfaen" w:hAnsi="Sylfaen" w:cs="Sylfaen"/>
          <w:sz w:val="18"/>
          <w:szCs w:val="18"/>
        </w:rPr>
        <w:t>შემდეგ</w:t>
      </w:r>
      <w:proofErr w:type="spellEnd"/>
      <w:r w:rsidRPr="006D2CB5">
        <w:rPr>
          <w:rFonts w:cstheme="majorHAnsi"/>
          <w:sz w:val="18"/>
          <w:szCs w:val="18"/>
        </w:rPr>
        <w:t xml:space="preserve"> </w:t>
      </w:r>
      <w:proofErr w:type="spellStart"/>
      <w:r w:rsidRPr="006D2CB5">
        <w:rPr>
          <w:rFonts w:ascii="Sylfaen" w:hAnsi="Sylfaen" w:cs="Sylfaen"/>
          <w:sz w:val="18"/>
          <w:szCs w:val="18"/>
        </w:rPr>
        <w:t>წარდგენილი</w:t>
      </w:r>
      <w:proofErr w:type="spellEnd"/>
      <w:r w:rsidRPr="006D2CB5">
        <w:rPr>
          <w:rFonts w:cstheme="majorHAnsi"/>
          <w:sz w:val="18"/>
          <w:szCs w:val="18"/>
        </w:rPr>
        <w:t xml:space="preserve"> </w:t>
      </w:r>
      <w:proofErr w:type="spellStart"/>
      <w:r w:rsidRPr="006D2CB5">
        <w:rPr>
          <w:rFonts w:ascii="Sylfaen" w:hAnsi="Sylfaen" w:cs="Sylfaen"/>
          <w:sz w:val="18"/>
          <w:szCs w:val="18"/>
        </w:rPr>
        <w:t>კალენდარული</w:t>
      </w:r>
      <w:proofErr w:type="spellEnd"/>
      <w:r w:rsidRPr="006D2CB5">
        <w:rPr>
          <w:rFonts w:cstheme="majorHAnsi"/>
          <w:sz w:val="18"/>
          <w:szCs w:val="18"/>
        </w:rPr>
        <w:t xml:space="preserve"> </w:t>
      </w:r>
      <w:proofErr w:type="spellStart"/>
      <w:r w:rsidRPr="006D2CB5">
        <w:rPr>
          <w:rFonts w:ascii="Sylfaen" w:hAnsi="Sylfaen" w:cs="Sylfaen"/>
          <w:sz w:val="18"/>
          <w:szCs w:val="18"/>
        </w:rPr>
        <w:t>გეგმა</w:t>
      </w:r>
      <w:r w:rsidRPr="006D2CB5">
        <w:rPr>
          <w:rFonts w:cstheme="majorHAnsi"/>
          <w:sz w:val="18"/>
          <w:szCs w:val="18"/>
        </w:rPr>
        <w:t>-</w:t>
      </w:r>
      <w:r w:rsidRPr="006D2CB5">
        <w:rPr>
          <w:rFonts w:ascii="Sylfaen" w:hAnsi="Sylfaen" w:cs="Sylfaen"/>
          <w:sz w:val="18"/>
          <w:szCs w:val="18"/>
        </w:rPr>
        <w:t>გრაფიკით</w:t>
      </w:r>
      <w:proofErr w:type="spellEnd"/>
      <w:r w:rsidRPr="006D2CB5">
        <w:rPr>
          <w:rFonts w:cstheme="majorHAnsi"/>
          <w:sz w:val="18"/>
          <w:szCs w:val="18"/>
        </w:rPr>
        <w:t xml:space="preserve"> </w:t>
      </w:r>
      <w:proofErr w:type="spellStart"/>
      <w:r w:rsidRPr="006D2CB5">
        <w:rPr>
          <w:rFonts w:ascii="Sylfaen" w:hAnsi="Sylfaen" w:cs="Sylfaen"/>
          <w:sz w:val="18"/>
          <w:szCs w:val="18"/>
        </w:rPr>
        <w:t>განსაზღვრული</w:t>
      </w:r>
      <w:proofErr w:type="spellEnd"/>
      <w:r w:rsidRPr="006D2CB5">
        <w:rPr>
          <w:rFonts w:cstheme="majorHAnsi"/>
          <w:sz w:val="18"/>
          <w:szCs w:val="18"/>
        </w:rPr>
        <w:t xml:space="preserve"> </w:t>
      </w:r>
      <w:proofErr w:type="spellStart"/>
      <w:r w:rsidRPr="006D2CB5">
        <w:rPr>
          <w:rFonts w:ascii="Sylfaen" w:hAnsi="Sylfaen" w:cs="Sylfaen"/>
          <w:sz w:val="18"/>
          <w:szCs w:val="18"/>
        </w:rPr>
        <w:t>შესრულებული</w:t>
      </w:r>
      <w:proofErr w:type="spellEnd"/>
      <w:r w:rsidRPr="006D2CB5">
        <w:rPr>
          <w:rFonts w:cstheme="majorHAnsi"/>
          <w:sz w:val="18"/>
          <w:szCs w:val="18"/>
        </w:rPr>
        <w:t xml:space="preserve"> </w:t>
      </w:r>
      <w:proofErr w:type="spellStart"/>
      <w:r w:rsidRPr="006D2CB5">
        <w:rPr>
          <w:rFonts w:ascii="Sylfaen" w:hAnsi="Sylfaen" w:cs="Sylfaen"/>
          <w:sz w:val="18"/>
          <w:szCs w:val="18"/>
        </w:rPr>
        <w:t>სამუშაოს</w:t>
      </w:r>
      <w:proofErr w:type="spellEnd"/>
      <w:r w:rsidRPr="006D2CB5">
        <w:rPr>
          <w:rFonts w:cstheme="majorHAnsi"/>
          <w:sz w:val="18"/>
          <w:szCs w:val="18"/>
        </w:rPr>
        <w:t xml:space="preserve"> </w:t>
      </w:r>
      <w:proofErr w:type="spellStart"/>
      <w:r w:rsidRPr="006D2CB5">
        <w:rPr>
          <w:rFonts w:ascii="Sylfaen" w:hAnsi="Sylfaen" w:cs="Sylfaen"/>
          <w:sz w:val="18"/>
          <w:szCs w:val="18"/>
        </w:rPr>
        <w:t>ეტაპის</w:t>
      </w:r>
      <w:proofErr w:type="spellEnd"/>
      <w:r w:rsidRPr="006D2CB5">
        <w:rPr>
          <w:rFonts w:cstheme="majorHAnsi"/>
          <w:sz w:val="18"/>
          <w:szCs w:val="18"/>
        </w:rPr>
        <w:t xml:space="preserve"> </w:t>
      </w:r>
      <w:proofErr w:type="spellStart"/>
      <w:r w:rsidRPr="006D2CB5">
        <w:rPr>
          <w:rFonts w:ascii="Sylfaen" w:hAnsi="Sylfaen" w:cs="Sylfaen"/>
          <w:sz w:val="18"/>
          <w:szCs w:val="18"/>
        </w:rPr>
        <w:t>ფორმა</w:t>
      </w:r>
      <w:proofErr w:type="spellEnd"/>
      <w:r w:rsidRPr="006D2CB5">
        <w:rPr>
          <w:rFonts w:cstheme="majorHAnsi"/>
          <w:sz w:val="18"/>
          <w:szCs w:val="18"/>
        </w:rPr>
        <w:t xml:space="preserve"> N2-</w:t>
      </w:r>
      <w:r w:rsidRPr="006D2CB5">
        <w:rPr>
          <w:rFonts w:ascii="Sylfaen" w:hAnsi="Sylfaen" w:cs="Sylfaen"/>
          <w:sz w:val="18"/>
          <w:szCs w:val="18"/>
        </w:rPr>
        <w:t>სა</w:t>
      </w:r>
      <w:r w:rsidRPr="006D2CB5">
        <w:rPr>
          <w:rFonts w:cstheme="majorHAnsi"/>
          <w:sz w:val="18"/>
          <w:szCs w:val="18"/>
        </w:rPr>
        <w:t xml:space="preserve"> </w:t>
      </w:r>
      <w:proofErr w:type="spellStart"/>
      <w:r w:rsidRPr="006D2CB5">
        <w:rPr>
          <w:rFonts w:ascii="Sylfaen" w:hAnsi="Sylfaen" w:cs="Sylfaen"/>
          <w:sz w:val="18"/>
          <w:szCs w:val="18"/>
        </w:rPr>
        <w:t>და</w:t>
      </w:r>
      <w:proofErr w:type="spellEnd"/>
      <w:r w:rsidRPr="006D2CB5">
        <w:rPr>
          <w:rFonts w:cstheme="majorHAnsi"/>
          <w:sz w:val="18"/>
          <w:szCs w:val="18"/>
        </w:rPr>
        <w:t xml:space="preserve"> </w:t>
      </w:r>
      <w:proofErr w:type="spellStart"/>
      <w:r w:rsidRPr="006D2CB5">
        <w:rPr>
          <w:rFonts w:ascii="Sylfaen" w:hAnsi="Sylfaen" w:cs="Sylfaen"/>
          <w:sz w:val="18"/>
          <w:szCs w:val="18"/>
        </w:rPr>
        <w:t>გადახდის</w:t>
      </w:r>
      <w:proofErr w:type="spellEnd"/>
      <w:r w:rsidRPr="006D2CB5">
        <w:rPr>
          <w:rFonts w:cstheme="majorHAnsi"/>
          <w:sz w:val="18"/>
          <w:szCs w:val="18"/>
        </w:rPr>
        <w:t xml:space="preserve"> </w:t>
      </w:r>
      <w:proofErr w:type="spellStart"/>
      <w:r w:rsidRPr="006D2CB5">
        <w:rPr>
          <w:rFonts w:ascii="Sylfaen" w:hAnsi="Sylfaen" w:cs="Sylfaen"/>
          <w:sz w:val="18"/>
          <w:szCs w:val="18"/>
        </w:rPr>
        <w:t>სერტიფიკატის</w:t>
      </w:r>
      <w:proofErr w:type="spellEnd"/>
      <w:r w:rsidRPr="006D2CB5">
        <w:rPr>
          <w:rFonts w:cstheme="majorHAnsi"/>
          <w:sz w:val="18"/>
          <w:szCs w:val="18"/>
        </w:rPr>
        <w:t xml:space="preserve"> </w:t>
      </w:r>
      <w:r w:rsidRPr="006D2CB5">
        <w:rPr>
          <w:rFonts w:ascii="Sylfaen" w:hAnsi="Sylfaen" w:cstheme="majorHAnsi"/>
          <w:sz w:val="18"/>
          <w:szCs w:val="18"/>
          <w:lang w:val="ka-GE"/>
        </w:rPr>
        <w:t>(</w:t>
      </w:r>
      <w:proofErr w:type="spellStart"/>
      <w:r w:rsidRPr="006D2CB5">
        <w:rPr>
          <w:rFonts w:ascii="Sylfaen" w:hAnsi="Sylfaen" w:cs="Sylfaen"/>
          <w:sz w:val="18"/>
          <w:szCs w:val="18"/>
        </w:rPr>
        <w:t>ფორმა</w:t>
      </w:r>
      <w:proofErr w:type="spellEnd"/>
      <w:r w:rsidRPr="006D2CB5">
        <w:rPr>
          <w:rFonts w:cstheme="majorHAnsi"/>
          <w:sz w:val="18"/>
          <w:szCs w:val="18"/>
        </w:rPr>
        <w:t xml:space="preserve"> N3</w:t>
      </w:r>
      <w:r w:rsidRPr="006D2CB5">
        <w:rPr>
          <w:rFonts w:ascii="Sylfaen" w:hAnsi="Sylfaen" w:cstheme="majorHAnsi"/>
          <w:sz w:val="18"/>
          <w:szCs w:val="18"/>
          <w:lang w:val="ka-GE"/>
        </w:rPr>
        <w:t>)</w:t>
      </w:r>
      <w:r w:rsidRPr="006D2CB5">
        <w:rPr>
          <w:rFonts w:cstheme="majorHAnsi"/>
          <w:sz w:val="18"/>
          <w:szCs w:val="18"/>
        </w:rPr>
        <w:t xml:space="preserve"> </w:t>
      </w:r>
      <w:proofErr w:type="spellStart"/>
      <w:r w:rsidRPr="006D2CB5">
        <w:rPr>
          <w:rFonts w:ascii="Sylfaen" w:hAnsi="Sylfaen" w:cs="Sylfaen"/>
          <w:sz w:val="18"/>
          <w:szCs w:val="18"/>
        </w:rPr>
        <w:t>და</w:t>
      </w:r>
      <w:proofErr w:type="spellEnd"/>
      <w:r w:rsidRPr="006D2CB5">
        <w:rPr>
          <w:rFonts w:cstheme="majorHAnsi"/>
          <w:sz w:val="18"/>
          <w:szCs w:val="18"/>
        </w:rPr>
        <w:t xml:space="preserve"> </w:t>
      </w:r>
      <w:proofErr w:type="spellStart"/>
      <w:r w:rsidRPr="006D2CB5">
        <w:rPr>
          <w:rFonts w:ascii="Sylfaen" w:hAnsi="Sylfaen" w:cs="Sylfaen"/>
          <w:sz w:val="18"/>
          <w:szCs w:val="18"/>
        </w:rPr>
        <w:t>ფარული</w:t>
      </w:r>
      <w:proofErr w:type="spellEnd"/>
      <w:r w:rsidRPr="006D2CB5">
        <w:rPr>
          <w:rFonts w:cstheme="majorHAnsi"/>
          <w:sz w:val="18"/>
          <w:szCs w:val="18"/>
        </w:rPr>
        <w:t xml:space="preserve"> </w:t>
      </w:r>
      <w:proofErr w:type="spellStart"/>
      <w:r w:rsidRPr="006D2CB5">
        <w:rPr>
          <w:rFonts w:ascii="Sylfaen" w:hAnsi="Sylfaen" w:cs="Sylfaen"/>
          <w:sz w:val="18"/>
          <w:szCs w:val="18"/>
        </w:rPr>
        <w:t>სამუშაოების</w:t>
      </w:r>
      <w:proofErr w:type="spellEnd"/>
      <w:r w:rsidRPr="006D2CB5">
        <w:rPr>
          <w:rFonts w:cstheme="majorHAnsi"/>
          <w:sz w:val="18"/>
          <w:szCs w:val="18"/>
        </w:rPr>
        <w:t xml:space="preserve"> </w:t>
      </w:r>
      <w:proofErr w:type="spellStart"/>
      <w:r w:rsidRPr="006D2CB5">
        <w:rPr>
          <w:rFonts w:ascii="Sylfaen" w:hAnsi="Sylfaen" w:cs="Sylfaen"/>
          <w:sz w:val="18"/>
          <w:szCs w:val="18"/>
        </w:rPr>
        <w:t>აქტების</w:t>
      </w:r>
      <w:proofErr w:type="spellEnd"/>
      <w:r w:rsidRPr="006D2CB5">
        <w:rPr>
          <w:rFonts w:cstheme="majorHAnsi"/>
          <w:sz w:val="18"/>
          <w:szCs w:val="18"/>
        </w:rPr>
        <w:t xml:space="preserve"> </w:t>
      </w:r>
      <w:proofErr w:type="spellStart"/>
      <w:r w:rsidRPr="006D2CB5">
        <w:rPr>
          <w:rFonts w:ascii="Sylfaen" w:hAnsi="Sylfaen" w:cstheme="majorHAnsi"/>
          <w:sz w:val="18"/>
          <w:szCs w:val="18"/>
        </w:rPr>
        <w:t>დადასტურების</w:t>
      </w:r>
      <w:proofErr w:type="spellEnd"/>
      <w:r w:rsidRPr="006D2CB5">
        <w:rPr>
          <w:rFonts w:ascii="Sylfaen" w:hAnsi="Sylfaen" w:cstheme="majorHAnsi"/>
          <w:sz w:val="18"/>
          <w:szCs w:val="18"/>
        </w:rPr>
        <w:t xml:space="preserve"> </w:t>
      </w:r>
      <w:proofErr w:type="spellStart"/>
      <w:r w:rsidRPr="006D2CB5">
        <w:rPr>
          <w:rFonts w:ascii="Sylfaen" w:hAnsi="Sylfaen" w:cs="Sylfaen"/>
          <w:sz w:val="18"/>
          <w:szCs w:val="18"/>
        </w:rPr>
        <w:t>საფუძველზე</w:t>
      </w:r>
      <w:proofErr w:type="spellEnd"/>
      <w:r w:rsidRPr="006D2CB5">
        <w:rPr>
          <w:rFonts w:cstheme="majorHAnsi"/>
          <w:sz w:val="18"/>
          <w:szCs w:val="18"/>
        </w:rPr>
        <w:t xml:space="preserve">, </w:t>
      </w:r>
      <w:proofErr w:type="spellStart"/>
      <w:r w:rsidRPr="006D2CB5">
        <w:rPr>
          <w:rFonts w:ascii="Sylfaen" w:hAnsi="Sylfaen" w:cs="Sylfaen"/>
          <w:sz w:val="18"/>
          <w:szCs w:val="18"/>
        </w:rPr>
        <w:t>სამუშაოს</w:t>
      </w:r>
      <w:proofErr w:type="spellEnd"/>
      <w:r w:rsidRPr="006D2CB5">
        <w:rPr>
          <w:rFonts w:cstheme="majorHAnsi"/>
          <w:sz w:val="18"/>
          <w:szCs w:val="18"/>
        </w:rPr>
        <w:t xml:space="preserve"> </w:t>
      </w:r>
      <w:proofErr w:type="spellStart"/>
      <w:r w:rsidRPr="006D2CB5">
        <w:rPr>
          <w:rFonts w:ascii="Sylfaen" w:hAnsi="Sylfaen" w:cs="Sylfaen"/>
          <w:sz w:val="18"/>
          <w:szCs w:val="18"/>
        </w:rPr>
        <w:t>კალენდარული</w:t>
      </w:r>
      <w:proofErr w:type="spellEnd"/>
      <w:r w:rsidRPr="006D2CB5">
        <w:rPr>
          <w:rFonts w:cstheme="majorHAnsi"/>
          <w:sz w:val="18"/>
          <w:szCs w:val="18"/>
        </w:rPr>
        <w:t xml:space="preserve"> </w:t>
      </w:r>
      <w:proofErr w:type="spellStart"/>
      <w:r w:rsidRPr="006D2CB5">
        <w:rPr>
          <w:rFonts w:ascii="Sylfaen" w:hAnsi="Sylfaen" w:cs="Sylfaen"/>
          <w:sz w:val="18"/>
          <w:szCs w:val="18"/>
        </w:rPr>
        <w:t>გეგმა</w:t>
      </w:r>
      <w:r w:rsidRPr="006D2CB5">
        <w:rPr>
          <w:rFonts w:cstheme="majorHAnsi"/>
          <w:sz w:val="18"/>
          <w:szCs w:val="18"/>
        </w:rPr>
        <w:t>-</w:t>
      </w:r>
      <w:r w:rsidRPr="006D2CB5">
        <w:rPr>
          <w:rFonts w:ascii="Sylfaen" w:hAnsi="Sylfaen" w:cs="Sylfaen"/>
          <w:sz w:val="18"/>
          <w:szCs w:val="18"/>
        </w:rPr>
        <w:t>გრაფიკით</w:t>
      </w:r>
      <w:proofErr w:type="spellEnd"/>
      <w:r w:rsidRPr="006D2CB5">
        <w:rPr>
          <w:rFonts w:cstheme="majorHAnsi"/>
          <w:sz w:val="18"/>
          <w:szCs w:val="18"/>
        </w:rPr>
        <w:t xml:space="preserve"> </w:t>
      </w:r>
      <w:proofErr w:type="spellStart"/>
      <w:r w:rsidRPr="006D2CB5">
        <w:rPr>
          <w:rFonts w:ascii="Sylfaen" w:hAnsi="Sylfaen" w:cs="Sylfaen"/>
          <w:sz w:val="18"/>
          <w:szCs w:val="18"/>
        </w:rPr>
        <w:t>განსაზღვრული</w:t>
      </w:r>
      <w:proofErr w:type="spellEnd"/>
      <w:r w:rsidRPr="006D2CB5">
        <w:rPr>
          <w:rFonts w:cstheme="majorHAnsi"/>
          <w:sz w:val="18"/>
          <w:szCs w:val="18"/>
        </w:rPr>
        <w:t xml:space="preserve">  </w:t>
      </w:r>
      <w:proofErr w:type="spellStart"/>
      <w:r w:rsidRPr="006D2CB5">
        <w:rPr>
          <w:rFonts w:ascii="Sylfaen" w:hAnsi="Sylfaen" w:cs="Sylfaen"/>
          <w:sz w:val="18"/>
          <w:szCs w:val="18"/>
        </w:rPr>
        <w:t>ეტაპის</w:t>
      </w:r>
      <w:proofErr w:type="spellEnd"/>
      <w:r w:rsidRPr="006D2CB5">
        <w:rPr>
          <w:rFonts w:cstheme="majorHAnsi"/>
          <w:sz w:val="18"/>
          <w:szCs w:val="18"/>
        </w:rPr>
        <w:t xml:space="preserve"> </w:t>
      </w:r>
      <w:proofErr w:type="spellStart"/>
      <w:r w:rsidRPr="006D2CB5">
        <w:rPr>
          <w:rFonts w:ascii="Sylfaen" w:hAnsi="Sylfaen" w:cs="Sylfaen"/>
          <w:sz w:val="18"/>
          <w:szCs w:val="18"/>
        </w:rPr>
        <w:t>ფორმა</w:t>
      </w:r>
      <w:proofErr w:type="spellEnd"/>
      <w:r w:rsidRPr="006D2CB5">
        <w:rPr>
          <w:rFonts w:cstheme="majorHAnsi"/>
          <w:sz w:val="18"/>
          <w:szCs w:val="18"/>
        </w:rPr>
        <w:t xml:space="preserve"> N2-</w:t>
      </w:r>
      <w:r w:rsidRPr="006D2CB5">
        <w:rPr>
          <w:rFonts w:ascii="Sylfaen" w:hAnsi="Sylfaen" w:cs="Sylfaen"/>
          <w:sz w:val="18"/>
          <w:szCs w:val="18"/>
        </w:rPr>
        <w:t>სა</w:t>
      </w:r>
      <w:r w:rsidRPr="006D2CB5">
        <w:rPr>
          <w:rFonts w:cstheme="majorHAnsi"/>
          <w:sz w:val="18"/>
          <w:szCs w:val="18"/>
        </w:rPr>
        <w:t xml:space="preserve"> </w:t>
      </w:r>
      <w:proofErr w:type="spellStart"/>
      <w:r w:rsidRPr="006D2CB5">
        <w:rPr>
          <w:rFonts w:ascii="Sylfaen" w:hAnsi="Sylfaen" w:cs="Sylfaen"/>
          <w:sz w:val="18"/>
          <w:szCs w:val="18"/>
        </w:rPr>
        <w:t>და</w:t>
      </w:r>
      <w:proofErr w:type="spellEnd"/>
      <w:r w:rsidRPr="006D2CB5">
        <w:rPr>
          <w:rFonts w:cstheme="majorHAnsi"/>
          <w:sz w:val="18"/>
          <w:szCs w:val="18"/>
        </w:rPr>
        <w:t xml:space="preserve"> </w:t>
      </w:r>
      <w:proofErr w:type="spellStart"/>
      <w:r w:rsidRPr="006D2CB5">
        <w:rPr>
          <w:rFonts w:ascii="Sylfaen" w:hAnsi="Sylfaen" w:cs="Sylfaen"/>
          <w:sz w:val="18"/>
          <w:szCs w:val="18"/>
        </w:rPr>
        <w:t>გადახდის</w:t>
      </w:r>
      <w:proofErr w:type="spellEnd"/>
      <w:r w:rsidRPr="006D2CB5">
        <w:rPr>
          <w:rFonts w:cstheme="majorHAnsi"/>
          <w:sz w:val="18"/>
          <w:szCs w:val="18"/>
        </w:rPr>
        <w:t xml:space="preserve"> </w:t>
      </w:r>
      <w:proofErr w:type="spellStart"/>
      <w:r w:rsidRPr="006D2CB5">
        <w:rPr>
          <w:rFonts w:ascii="Sylfaen" w:hAnsi="Sylfaen" w:cs="Sylfaen"/>
          <w:sz w:val="18"/>
          <w:szCs w:val="18"/>
        </w:rPr>
        <w:t>სერტიფიკატში</w:t>
      </w:r>
      <w:proofErr w:type="spellEnd"/>
      <w:r w:rsidRPr="006D2CB5">
        <w:rPr>
          <w:rFonts w:cstheme="majorHAnsi"/>
          <w:sz w:val="18"/>
          <w:szCs w:val="18"/>
        </w:rPr>
        <w:t xml:space="preserve"> </w:t>
      </w:r>
      <w:r w:rsidRPr="006D2CB5">
        <w:rPr>
          <w:rFonts w:ascii="Sylfaen" w:hAnsi="Sylfaen" w:cstheme="majorHAnsi"/>
          <w:sz w:val="18"/>
          <w:szCs w:val="18"/>
          <w:lang w:val="ka-GE"/>
        </w:rPr>
        <w:t>(</w:t>
      </w:r>
      <w:proofErr w:type="spellStart"/>
      <w:r w:rsidRPr="006D2CB5">
        <w:rPr>
          <w:rFonts w:ascii="Sylfaen" w:hAnsi="Sylfaen" w:cs="Sylfaen"/>
          <w:sz w:val="18"/>
          <w:szCs w:val="18"/>
        </w:rPr>
        <w:t>ფორმა</w:t>
      </w:r>
      <w:proofErr w:type="spellEnd"/>
      <w:r w:rsidRPr="006D2CB5">
        <w:rPr>
          <w:rFonts w:cstheme="majorHAnsi"/>
          <w:sz w:val="18"/>
          <w:szCs w:val="18"/>
        </w:rPr>
        <w:t xml:space="preserve"> N3</w:t>
      </w:r>
      <w:r w:rsidRPr="006D2CB5">
        <w:rPr>
          <w:rFonts w:ascii="Sylfaen" w:hAnsi="Sylfaen" w:cstheme="majorHAnsi"/>
          <w:sz w:val="18"/>
          <w:szCs w:val="18"/>
          <w:lang w:val="ka-GE"/>
        </w:rPr>
        <w:t>)</w:t>
      </w:r>
      <w:r w:rsidRPr="006D2CB5">
        <w:rPr>
          <w:rFonts w:cstheme="majorHAnsi"/>
          <w:sz w:val="18"/>
          <w:szCs w:val="18"/>
        </w:rPr>
        <w:t xml:space="preserve"> </w:t>
      </w:r>
      <w:proofErr w:type="spellStart"/>
      <w:r w:rsidRPr="006D2CB5">
        <w:rPr>
          <w:rFonts w:ascii="Sylfaen" w:hAnsi="Sylfaen" w:cs="Sylfaen"/>
          <w:sz w:val="18"/>
          <w:szCs w:val="18"/>
        </w:rPr>
        <w:t>მითითებული</w:t>
      </w:r>
      <w:proofErr w:type="spellEnd"/>
      <w:r w:rsidRPr="006D2CB5">
        <w:rPr>
          <w:rFonts w:cstheme="majorHAnsi"/>
          <w:sz w:val="18"/>
          <w:szCs w:val="18"/>
        </w:rPr>
        <w:t xml:space="preserve"> </w:t>
      </w:r>
      <w:proofErr w:type="spellStart"/>
      <w:r w:rsidRPr="006D2CB5">
        <w:rPr>
          <w:rFonts w:ascii="Sylfaen" w:hAnsi="Sylfaen" w:cs="Sylfaen"/>
          <w:sz w:val="18"/>
          <w:szCs w:val="18"/>
        </w:rPr>
        <w:t>თანხის</w:t>
      </w:r>
      <w:proofErr w:type="spellEnd"/>
      <w:r w:rsidRPr="006D2CB5">
        <w:rPr>
          <w:rFonts w:cstheme="majorHAnsi"/>
          <w:sz w:val="18"/>
          <w:szCs w:val="18"/>
        </w:rPr>
        <w:t xml:space="preserve"> </w:t>
      </w:r>
      <w:proofErr w:type="spellStart"/>
      <w:r w:rsidRPr="006D2CB5">
        <w:rPr>
          <w:rFonts w:ascii="Sylfaen" w:hAnsi="Sylfaen" w:cs="Sylfaen"/>
          <w:sz w:val="18"/>
          <w:szCs w:val="18"/>
        </w:rPr>
        <w:t>ოდენობით</w:t>
      </w:r>
      <w:proofErr w:type="spellEnd"/>
      <w:r w:rsidRPr="006D2CB5">
        <w:rPr>
          <w:rFonts w:cstheme="majorHAnsi"/>
          <w:sz w:val="18"/>
          <w:szCs w:val="18"/>
        </w:rPr>
        <w:t xml:space="preserve">, </w:t>
      </w:r>
      <w:proofErr w:type="spellStart"/>
      <w:r w:rsidRPr="006D2CB5">
        <w:rPr>
          <w:rFonts w:ascii="Sylfaen" w:hAnsi="Sylfaen" w:cs="Sylfaen"/>
          <w:sz w:val="18"/>
          <w:szCs w:val="18"/>
        </w:rPr>
        <w:t>რომელიც</w:t>
      </w:r>
      <w:proofErr w:type="spellEnd"/>
      <w:r w:rsidRPr="006D2CB5">
        <w:rPr>
          <w:rFonts w:cstheme="majorHAnsi"/>
          <w:sz w:val="18"/>
          <w:szCs w:val="18"/>
        </w:rPr>
        <w:t xml:space="preserve"> </w:t>
      </w:r>
      <w:proofErr w:type="spellStart"/>
      <w:r w:rsidRPr="006D2CB5">
        <w:rPr>
          <w:rFonts w:ascii="Sylfaen" w:hAnsi="Sylfaen" w:cs="Sylfaen"/>
          <w:sz w:val="18"/>
          <w:szCs w:val="18"/>
        </w:rPr>
        <w:t>განისაზღვრება</w:t>
      </w:r>
      <w:proofErr w:type="spellEnd"/>
      <w:r w:rsidRPr="006D2CB5">
        <w:rPr>
          <w:rFonts w:cstheme="majorHAnsi"/>
          <w:sz w:val="18"/>
          <w:szCs w:val="18"/>
        </w:rPr>
        <w:t xml:space="preserve"> </w:t>
      </w:r>
      <w:proofErr w:type="spellStart"/>
      <w:r w:rsidRPr="006D2CB5">
        <w:rPr>
          <w:rFonts w:ascii="Sylfaen" w:hAnsi="Sylfaen" w:cs="Sylfaen"/>
          <w:sz w:val="18"/>
          <w:szCs w:val="18"/>
        </w:rPr>
        <w:t>შესაბამისი</w:t>
      </w:r>
      <w:proofErr w:type="spellEnd"/>
      <w:r w:rsidRPr="006D2CB5">
        <w:rPr>
          <w:rFonts w:cstheme="majorHAnsi"/>
          <w:sz w:val="18"/>
          <w:szCs w:val="18"/>
        </w:rPr>
        <w:t xml:space="preserve"> </w:t>
      </w:r>
      <w:proofErr w:type="spellStart"/>
      <w:r w:rsidRPr="006D2CB5">
        <w:rPr>
          <w:rFonts w:ascii="Sylfaen" w:hAnsi="Sylfaen" w:cs="Sylfaen"/>
          <w:sz w:val="18"/>
          <w:szCs w:val="18"/>
        </w:rPr>
        <w:t>პერიოდისათვის</w:t>
      </w:r>
      <w:proofErr w:type="spellEnd"/>
      <w:r w:rsidRPr="006D2CB5">
        <w:rPr>
          <w:rFonts w:cstheme="majorHAnsi"/>
          <w:sz w:val="18"/>
          <w:szCs w:val="18"/>
        </w:rPr>
        <w:t xml:space="preserve"> </w:t>
      </w:r>
      <w:proofErr w:type="spellStart"/>
      <w:r w:rsidRPr="006D2CB5">
        <w:rPr>
          <w:rFonts w:ascii="Sylfaen" w:hAnsi="Sylfaen" w:cs="Sylfaen"/>
          <w:sz w:val="18"/>
          <w:szCs w:val="18"/>
        </w:rPr>
        <w:t>შესრულებული</w:t>
      </w:r>
      <w:proofErr w:type="spellEnd"/>
      <w:r w:rsidRPr="006D2CB5">
        <w:rPr>
          <w:rFonts w:cstheme="majorHAnsi"/>
          <w:sz w:val="18"/>
          <w:szCs w:val="18"/>
        </w:rPr>
        <w:t xml:space="preserve"> </w:t>
      </w:r>
      <w:proofErr w:type="spellStart"/>
      <w:r w:rsidRPr="006D2CB5">
        <w:rPr>
          <w:rFonts w:ascii="Sylfaen" w:hAnsi="Sylfaen" w:cs="Sylfaen"/>
          <w:sz w:val="18"/>
          <w:szCs w:val="18"/>
        </w:rPr>
        <w:t>სამუშაოს</w:t>
      </w:r>
      <w:proofErr w:type="spellEnd"/>
      <w:r w:rsidRPr="006D2CB5">
        <w:rPr>
          <w:rFonts w:cstheme="majorHAnsi"/>
          <w:sz w:val="18"/>
          <w:szCs w:val="18"/>
        </w:rPr>
        <w:t xml:space="preserve"> </w:t>
      </w:r>
      <w:proofErr w:type="spellStart"/>
      <w:r w:rsidRPr="006D2CB5">
        <w:rPr>
          <w:rFonts w:ascii="Sylfaen" w:hAnsi="Sylfaen" w:cs="Sylfaen"/>
          <w:sz w:val="18"/>
          <w:szCs w:val="18"/>
        </w:rPr>
        <w:t>მოცულობის</w:t>
      </w:r>
      <w:proofErr w:type="spellEnd"/>
      <w:r w:rsidRPr="006D2CB5">
        <w:rPr>
          <w:rFonts w:cstheme="majorHAnsi"/>
          <w:sz w:val="18"/>
          <w:szCs w:val="18"/>
        </w:rPr>
        <w:t xml:space="preserve"> </w:t>
      </w:r>
      <w:proofErr w:type="spellStart"/>
      <w:r w:rsidRPr="006D2CB5">
        <w:rPr>
          <w:rFonts w:ascii="Sylfaen" w:hAnsi="Sylfaen" w:cs="Sylfaen"/>
          <w:sz w:val="18"/>
          <w:szCs w:val="18"/>
        </w:rPr>
        <w:t>მიხედვით</w:t>
      </w:r>
      <w:proofErr w:type="spellEnd"/>
      <w:r w:rsidRPr="006D2CB5">
        <w:rPr>
          <w:rFonts w:cstheme="majorHAnsi"/>
          <w:sz w:val="18"/>
          <w:szCs w:val="18"/>
        </w:rPr>
        <w:t xml:space="preserve">, </w:t>
      </w:r>
      <w:proofErr w:type="spellStart"/>
      <w:r w:rsidRPr="006D2CB5">
        <w:rPr>
          <w:rFonts w:ascii="Sylfaen" w:hAnsi="Sylfaen" w:cs="Sylfaen"/>
          <w:sz w:val="18"/>
          <w:szCs w:val="18"/>
        </w:rPr>
        <w:t>ხარჯთაღრიცხვის</w:t>
      </w:r>
      <w:proofErr w:type="spellEnd"/>
      <w:r w:rsidRPr="006D2CB5">
        <w:rPr>
          <w:rFonts w:cstheme="majorHAnsi"/>
          <w:sz w:val="18"/>
          <w:szCs w:val="18"/>
        </w:rPr>
        <w:t xml:space="preserve"> </w:t>
      </w:r>
      <w:proofErr w:type="spellStart"/>
      <w:r w:rsidRPr="006D2CB5">
        <w:rPr>
          <w:rFonts w:ascii="Sylfaen" w:hAnsi="Sylfaen" w:cs="Sylfaen"/>
          <w:sz w:val="18"/>
          <w:szCs w:val="18"/>
        </w:rPr>
        <w:t>შესაბამისად</w:t>
      </w:r>
      <w:proofErr w:type="spellEnd"/>
      <w:r w:rsidRPr="006D2CB5">
        <w:rPr>
          <w:rFonts w:cstheme="majorHAnsi"/>
          <w:sz w:val="18"/>
          <w:szCs w:val="18"/>
        </w:rPr>
        <w:t xml:space="preserve">. </w:t>
      </w:r>
      <w:proofErr w:type="spellStart"/>
      <w:r w:rsidRPr="006D2CB5">
        <w:rPr>
          <w:rFonts w:ascii="Sylfaen" w:hAnsi="Sylfaen" w:cs="Sylfaen"/>
          <w:sz w:val="18"/>
          <w:szCs w:val="18"/>
        </w:rPr>
        <w:t>ანგარიშსწორება</w:t>
      </w:r>
      <w:proofErr w:type="spellEnd"/>
      <w:r w:rsidRPr="006D2CB5">
        <w:rPr>
          <w:rFonts w:cstheme="majorHAnsi"/>
          <w:sz w:val="18"/>
          <w:szCs w:val="18"/>
        </w:rPr>
        <w:t xml:space="preserve"> </w:t>
      </w:r>
      <w:proofErr w:type="spellStart"/>
      <w:r w:rsidRPr="006D2CB5">
        <w:rPr>
          <w:rFonts w:ascii="Sylfaen" w:hAnsi="Sylfaen" w:cs="Sylfaen"/>
          <w:sz w:val="18"/>
          <w:szCs w:val="18"/>
        </w:rPr>
        <w:t>უნდა</w:t>
      </w:r>
      <w:proofErr w:type="spellEnd"/>
      <w:r w:rsidRPr="006D2CB5">
        <w:rPr>
          <w:rFonts w:cstheme="majorHAnsi"/>
          <w:sz w:val="18"/>
          <w:szCs w:val="18"/>
        </w:rPr>
        <w:t xml:space="preserve"> </w:t>
      </w:r>
      <w:proofErr w:type="spellStart"/>
      <w:r w:rsidRPr="006D2CB5">
        <w:rPr>
          <w:rFonts w:ascii="Sylfaen" w:hAnsi="Sylfaen" w:cs="Sylfaen"/>
          <w:sz w:val="18"/>
          <w:szCs w:val="18"/>
        </w:rPr>
        <w:t>განხორციელდეს</w:t>
      </w:r>
      <w:proofErr w:type="spellEnd"/>
      <w:r w:rsidRPr="006D2CB5">
        <w:rPr>
          <w:rFonts w:cstheme="majorHAnsi"/>
          <w:sz w:val="18"/>
          <w:szCs w:val="18"/>
        </w:rPr>
        <w:t xml:space="preserve"> </w:t>
      </w:r>
      <w:proofErr w:type="spellStart"/>
      <w:r w:rsidRPr="006D2CB5">
        <w:rPr>
          <w:rFonts w:ascii="Sylfaen" w:hAnsi="Sylfaen" w:cs="Sylfaen"/>
          <w:sz w:val="18"/>
          <w:szCs w:val="18"/>
        </w:rPr>
        <w:t>დამკვეთის</w:t>
      </w:r>
      <w:proofErr w:type="spellEnd"/>
      <w:r w:rsidRPr="006D2CB5">
        <w:rPr>
          <w:rFonts w:cstheme="majorHAnsi"/>
          <w:sz w:val="18"/>
          <w:szCs w:val="18"/>
        </w:rPr>
        <w:t xml:space="preserve"> </w:t>
      </w:r>
      <w:proofErr w:type="spellStart"/>
      <w:r w:rsidRPr="006D2CB5">
        <w:rPr>
          <w:rFonts w:ascii="Sylfaen" w:hAnsi="Sylfaen" w:cs="Sylfaen"/>
          <w:sz w:val="18"/>
          <w:szCs w:val="18"/>
        </w:rPr>
        <w:t>მიერ</w:t>
      </w:r>
      <w:proofErr w:type="spellEnd"/>
      <w:r w:rsidRPr="006D2CB5">
        <w:rPr>
          <w:rFonts w:cstheme="majorHAnsi"/>
          <w:sz w:val="18"/>
          <w:szCs w:val="18"/>
        </w:rPr>
        <w:t xml:space="preserve"> </w:t>
      </w:r>
      <w:proofErr w:type="spellStart"/>
      <w:r w:rsidRPr="006D2CB5">
        <w:rPr>
          <w:rFonts w:ascii="Sylfaen" w:hAnsi="Sylfaen" w:cs="Sylfaen"/>
          <w:sz w:val="18"/>
          <w:szCs w:val="18"/>
        </w:rPr>
        <w:t>ფორმა</w:t>
      </w:r>
      <w:proofErr w:type="spellEnd"/>
      <w:r w:rsidRPr="006D2CB5">
        <w:rPr>
          <w:rFonts w:cstheme="majorHAnsi"/>
          <w:sz w:val="18"/>
          <w:szCs w:val="18"/>
        </w:rPr>
        <w:t xml:space="preserve"> N2-</w:t>
      </w:r>
      <w:r w:rsidRPr="006D2CB5">
        <w:rPr>
          <w:rFonts w:ascii="Sylfaen" w:hAnsi="Sylfaen" w:cs="Sylfaen"/>
          <w:sz w:val="18"/>
          <w:szCs w:val="18"/>
        </w:rPr>
        <w:t>ის</w:t>
      </w:r>
      <w:r w:rsidRPr="006D2CB5">
        <w:rPr>
          <w:rFonts w:cstheme="majorHAnsi"/>
          <w:sz w:val="18"/>
          <w:szCs w:val="18"/>
        </w:rPr>
        <w:t xml:space="preserve"> </w:t>
      </w:r>
      <w:proofErr w:type="spellStart"/>
      <w:r w:rsidRPr="006D2CB5">
        <w:rPr>
          <w:rFonts w:ascii="Sylfaen" w:hAnsi="Sylfaen" w:cs="Sylfaen"/>
          <w:sz w:val="18"/>
          <w:szCs w:val="18"/>
        </w:rPr>
        <w:t>ხელმოწერით</w:t>
      </w:r>
      <w:proofErr w:type="spellEnd"/>
      <w:r w:rsidRPr="006D2CB5">
        <w:rPr>
          <w:rFonts w:cstheme="majorHAnsi"/>
          <w:sz w:val="18"/>
          <w:szCs w:val="18"/>
        </w:rPr>
        <w:t xml:space="preserve"> </w:t>
      </w:r>
      <w:proofErr w:type="spellStart"/>
      <w:r w:rsidRPr="006D2CB5">
        <w:rPr>
          <w:rFonts w:ascii="Sylfaen" w:hAnsi="Sylfaen" w:cs="Sylfaen"/>
          <w:sz w:val="18"/>
          <w:szCs w:val="18"/>
        </w:rPr>
        <w:t>დადასტურებიდან</w:t>
      </w:r>
      <w:proofErr w:type="spellEnd"/>
      <w:r w:rsidRPr="006D2CB5">
        <w:rPr>
          <w:rFonts w:ascii="Sylfaen" w:hAnsi="Sylfaen" w:cs="Sylfaen"/>
          <w:sz w:val="18"/>
          <w:szCs w:val="18"/>
          <w:lang w:val="ka-GE"/>
        </w:rPr>
        <w:t xml:space="preserve"> </w:t>
      </w:r>
      <w:r w:rsidRPr="006D2CB5">
        <w:rPr>
          <w:rFonts w:cstheme="majorHAnsi"/>
          <w:sz w:val="18"/>
          <w:szCs w:val="18"/>
        </w:rPr>
        <w:t>-</w:t>
      </w:r>
      <w:r w:rsidRPr="006D2CB5">
        <w:rPr>
          <w:rFonts w:ascii="Sylfaen" w:hAnsi="Sylfaen" w:cstheme="majorHAnsi"/>
          <w:sz w:val="18"/>
          <w:szCs w:val="18"/>
          <w:lang w:val="ka-GE"/>
        </w:rPr>
        <w:t xml:space="preserve"> </w:t>
      </w:r>
      <w:r w:rsidRPr="006D2CB5">
        <w:rPr>
          <w:rFonts w:cstheme="majorHAnsi"/>
          <w:sz w:val="18"/>
          <w:szCs w:val="18"/>
        </w:rPr>
        <w:t>5</w:t>
      </w:r>
      <w:r w:rsidRPr="006D2CB5">
        <w:rPr>
          <w:rFonts w:ascii="Sylfaen" w:hAnsi="Sylfaen" w:cstheme="majorHAnsi"/>
          <w:sz w:val="18"/>
          <w:szCs w:val="18"/>
          <w:lang w:val="ka-GE"/>
        </w:rPr>
        <w:t xml:space="preserve"> (</w:t>
      </w:r>
      <w:proofErr w:type="spellStart"/>
      <w:r w:rsidRPr="006D2CB5">
        <w:rPr>
          <w:rFonts w:ascii="Sylfaen" w:hAnsi="Sylfaen" w:cs="Sylfaen"/>
          <w:sz w:val="18"/>
          <w:szCs w:val="18"/>
        </w:rPr>
        <w:t>ხუთ</w:t>
      </w:r>
      <w:proofErr w:type="spellEnd"/>
      <w:r w:rsidRPr="006D2CB5">
        <w:rPr>
          <w:rFonts w:ascii="Sylfaen" w:hAnsi="Sylfaen" w:cs="Sylfaen"/>
          <w:sz w:val="18"/>
          <w:szCs w:val="18"/>
          <w:lang w:val="ka-GE"/>
        </w:rPr>
        <w:t>ი) სამუშაო</w:t>
      </w:r>
      <w:r w:rsidRPr="006D2CB5">
        <w:rPr>
          <w:rFonts w:cstheme="majorHAnsi"/>
          <w:sz w:val="18"/>
          <w:szCs w:val="18"/>
        </w:rPr>
        <w:t xml:space="preserve"> </w:t>
      </w:r>
      <w:r w:rsidRPr="006D2CB5">
        <w:rPr>
          <w:rFonts w:ascii="Sylfaen" w:hAnsi="Sylfaen" w:cs="Sylfaen"/>
          <w:sz w:val="18"/>
          <w:szCs w:val="18"/>
          <w:lang w:val="ka-GE"/>
        </w:rPr>
        <w:t>დღის ვადაში</w:t>
      </w:r>
      <w:r w:rsidR="00B3643A" w:rsidRPr="006D2CB5">
        <w:rPr>
          <w:rFonts w:ascii="Sylfaen" w:hAnsi="Sylfaen" w:cs="Sylfaen"/>
          <w:sz w:val="18"/>
          <w:szCs w:val="18"/>
          <w:lang w:val="ka-GE"/>
        </w:rPr>
        <w:t>.</w:t>
      </w:r>
    </w:p>
    <w:p w14:paraId="5E15C380" w14:textId="03BBDF82" w:rsidR="00B51957" w:rsidRDefault="00A74260" w:rsidP="00185C20">
      <w:pPr>
        <w:pStyle w:val="ListParagraph"/>
        <w:numPr>
          <w:ilvl w:val="2"/>
          <w:numId w:val="13"/>
        </w:numPr>
        <w:jc w:val="both"/>
        <w:rPr>
          <w:rFonts w:cstheme="majorHAnsi"/>
          <w:sz w:val="18"/>
          <w:szCs w:val="18"/>
        </w:rPr>
      </w:pPr>
      <w:proofErr w:type="spellStart"/>
      <w:r w:rsidRPr="00B51957">
        <w:rPr>
          <w:rFonts w:ascii="Sylfaen" w:hAnsi="Sylfaen" w:cs="Sylfaen"/>
          <w:sz w:val="18"/>
          <w:szCs w:val="18"/>
        </w:rPr>
        <w:t>იმ</w:t>
      </w:r>
      <w:proofErr w:type="spellEnd"/>
      <w:r w:rsidRPr="00B51957">
        <w:rPr>
          <w:rFonts w:cstheme="majorHAnsi"/>
          <w:sz w:val="18"/>
          <w:szCs w:val="18"/>
        </w:rPr>
        <w:t xml:space="preserve"> </w:t>
      </w:r>
      <w:proofErr w:type="spellStart"/>
      <w:r w:rsidRPr="00B51957">
        <w:rPr>
          <w:rFonts w:ascii="Sylfaen" w:hAnsi="Sylfaen" w:cs="Sylfaen"/>
          <w:sz w:val="18"/>
          <w:szCs w:val="18"/>
        </w:rPr>
        <w:t>შემთხვევაში</w:t>
      </w:r>
      <w:proofErr w:type="spellEnd"/>
      <w:r w:rsidRPr="00B51957">
        <w:rPr>
          <w:rFonts w:cstheme="majorHAnsi"/>
          <w:sz w:val="18"/>
          <w:szCs w:val="18"/>
        </w:rPr>
        <w:t xml:space="preserve">, </w:t>
      </w:r>
      <w:proofErr w:type="spellStart"/>
      <w:r w:rsidRPr="00B51957">
        <w:rPr>
          <w:rFonts w:ascii="Sylfaen" w:hAnsi="Sylfaen" w:cs="Sylfaen"/>
          <w:sz w:val="18"/>
          <w:szCs w:val="18"/>
        </w:rPr>
        <w:t>თუ</w:t>
      </w:r>
      <w:proofErr w:type="spellEnd"/>
      <w:r w:rsidRPr="00B51957">
        <w:rPr>
          <w:rFonts w:cstheme="majorHAnsi"/>
          <w:sz w:val="18"/>
          <w:szCs w:val="18"/>
        </w:rPr>
        <w:t xml:space="preserve"> </w:t>
      </w:r>
      <w:proofErr w:type="spellStart"/>
      <w:r w:rsidRPr="00B51957">
        <w:rPr>
          <w:rFonts w:ascii="Sylfaen" w:hAnsi="Sylfaen" w:cs="Sylfaen"/>
          <w:sz w:val="18"/>
          <w:szCs w:val="18"/>
        </w:rPr>
        <w:t>დამკვეთის</w:t>
      </w:r>
      <w:proofErr w:type="spellEnd"/>
      <w:r w:rsidRPr="00B51957">
        <w:rPr>
          <w:rFonts w:cstheme="majorHAnsi"/>
          <w:sz w:val="18"/>
          <w:szCs w:val="18"/>
        </w:rPr>
        <w:t xml:space="preserve"> </w:t>
      </w:r>
      <w:proofErr w:type="spellStart"/>
      <w:r w:rsidRPr="00B51957">
        <w:rPr>
          <w:rFonts w:ascii="Sylfaen" w:hAnsi="Sylfaen" w:cs="Sylfaen"/>
          <w:sz w:val="18"/>
          <w:szCs w:val="18"/>
        </w:rPr>
        <w:t>მიერ</w:t>
      </w:r>
      <w:proofErr w:type="spellEnd"/>
      <w:r w:rsidRPr="00B51957">
        <w:rPr>
          <w:rFonts w:cstheme="majorHAnsi"/>
          <w:sz w:val="18"/>
          <w:szCs w:val="18"/>
        </w:rPr>
        <w:t xml:space="preserve"> </w:t>
      </w:r>
      <w:proofErr w:type="spellStart"/>
      <w:r w:rsidRPr="00B51957">
        <w:rPr>
          <w:rFonts w:ascii="Sylfaen" w:hAnsi="Sylfaen" w:cs="Sylfaen"/>
          <w:sz w:val="18"/>
          <w:szCs w:val="18"/>
        </w:rPr>
        <w:t>უმიზეზოდ</w:t>
      </w:r>
      <w:proofErr w:type="spellEnd"/>
      <w:r w:rsidRPr="00B51957">
        <w:rPr>
          <w:rFonts w:cstheme="majorHAnsi"/>
          <w:sz w:val="18"/>
          <w:szCs w:val="18"/>
        </w:rPr>
        <w:t xml:space="preserve"> </w:t>
      </w:r>
      <w:proofErr w:type="spellStart"/>
      <w:r w:rsidRPr="00B51957">
        <w:rPr>
          <w:rFonts w:ascii="Sylfaen" w:hAnsi="Sylfaen" w:cs="Sylfaen"/>
          <w:sz w:val="18"/>
          <w:szCs w:val="18"/>
        </w:rPr>
        <w:t>მოხდება</w:t>
      </w:r>
      <w:proofErr w:type="spellEnd"/>
      <w:r w:rsidRPr="00B51957">
        <w:rPr>
          <w:rFonts w:cstheme="majorHAnsi"/>
          <w:sz w:val="18"/>
          <w:szCs w:val="18"/>
        </w:rPr>
        <w:t xml:space="preserve"> 4.2.2 </w:t>
      </w:r>
      <w:proofErr w:type="spellStart"/>
      <w:r w:rsidRPr="00B51957">
        <w:rPr>
          <w:rFonts w:ascii="Sylfaen" w:hAnsi="Sylfaen" w:cs="Sylfaen"/>
          <w:sz w:val="18"/>
          <w:szCs w:val="18"/>
        </w:rPr>
        <w:t>მუხლით</w:t>
      </w:r>
      <w:proofErr w:type="spellEnd"/>
      <w:r w:rsidRPr="00B51957">
        <w:rPr>
          <w:rFonts w:cstheme="majorHAnsi"/>
          <w:sz w:val="18"/>
          <w:szCs w:val="18"/>
        </w:rPr>
        <w:t xml:space="preserve"> </w:t>
      </w:r>
      <w:proofErr w:type="spellStart"/>
      <w:r w:rsidRPr="00B51957">
        <w:rPr>
          <w:rFonts w:ascii="Sylfaen" w:hAnsi="Sylfaen" w:cs="Sylfaen"/>
          <w:sz w:val="18"/>
          <w:szCs w:val="18"/>
        </w:rPr>
        <w:t>განსაზღვრული</w:t>
      </w:r>
      <w:proofErr w:type="spellEnd"/>
      <w:r w:rsidRPr="00B51957">
        <w:rPr>
          <w:rFonts w:cstheme="majorHAnsi"/>
          <w:sz w:val="18"/>
          <w:szCs w:val="18"/>
        </w:rPr>
        <w:t xml:space="preserve"> </w:t>
      </w:r>
      <w:proofErr w:type="spellStart"/>
      <w:r w:rsidRPr="00B51957">
        <w:rPr>
          <w:rFonts w:ascii="Sylfaen" w:hAnsi="Sylfaen" w:cs="Sylfaen"/>
          <w:sz w:val="18"/>
          <w:szCs w:val="18"/>
        </w:rPr>
        <w:t>წესით</w:t>
      </w:r>
      <w:proofErr w:type="spellEnd"/>
      <w:r w:rsidR="00F5505B">
        <w:rPr>
          <w:rFonts w:ascii="Sylfaen" w:hAnsi="Sylfaen" w:cs="Sylfaen"/>
          <w:sz w:val="18"/>
          <w:szCs w:val="18"/>
          <w:lang w:val="ka-GE"/>
        </w:rPr>
        <w:t xml:space="preserve"> </w:t>
      </w:r>
      <w:proofErr w:type="spellStart"/>
      <w:r w:rsidRPr="00B51957">
        <w:rPr>
          <w:rFonts w:ascii="Sylfaen" w:hAnsi="Sylfaen" w:cs="Sylfaen"/>
          <w:sz w:val="18"/>
          <w:szCs w:val="18"/>
        </w:rPr>
        <w:t>გადახდის</w:t>
      </w:r>
      <w:proofErr w:type="spellEnd"/>
      <w:r w:rsidRPr="00B51957">
        <w:rPr>
          <w:rFonts w:cstheme="majorHAnsi"/>
          <w:sz w:val="18"/>
          <w:szCs w:val="18"/>
        </w:rPr>
        <w:t xml:space="preserve"> </w:t>
      </w:r>
      <w:proofErr w:type="spellStart"/>
      <w:r w:rsidRPr="00B51957">
        <w:rPr>
          <w:rFonts w:ascii="Sylfaen" w:hAnsi="Sylfaen" w:cs="Sylfaen"/>
          <w:sz w:val="18"/>
          <w:szCs w:val="18"/>
        </w:rPr>
        <w:t>ვადის</w:t>
      </w:r>
      <w:proofErr w:type="spellEnd"/>
      <w:r w:rsidRPr="00B51957">
        <w:rPr>
          <w:rFonts w:cstheme="majorHAnsi"/>
          <w:sz w:val="18"/>
          <w:szCs w:val="18"/>
        </w:rPr>
        <w:t xml:space="preserve"> </w:t>
      </w:r>
      <w:proofErr w:type="spellStart"/>
      <w:r w:rsidRPr="00B51957">
        <w:rPr>
          <w:rFonts w:ascii="Sylfaen" w:hAnsi="Sylfaen" w:cs="Sylfaen"/>
          <w:sz w:val="18"/>
          <w:szCs w:val="18"/>
        </w:rPr>
        <w:t>გადაცილება</w:t>
      </w:r>
      <w:proofErr w:type="spellEnd"/>
      <w:r w:rsidRPr="00B51957">
        <w:rPr>
          <w:rFonts w:cstheme="majorHAnsi"/>
          <w:sz w:val="18"/>
          <w:szCs w:val="18"/>
        </w:rPr>
        <w:t xml:space="preserve">, </w:t>
      </w:r>
      <w:proofErr w:type="spellStart"/>
      <w:r w:rsidRPr="00B51957">
        <w:rPr>
          <w:rFonts w:ascii="Sylfaen" w:hAnsi="Sylfaen" w:cs="Sylfaen"/>
          <w:sz w:val="18"/>
          <w:szCs w:val="18"/>
        </w:rPr>
        <w:t>რაც</w:t>
      </w:r>
      <w:proofErr w:type="spellEnd"/>
      <w:r w:rsidRPr="00B51957">
        <w:rPr>
          <w:rFonts w:cstheme="majorHAnsi"/>
          <w:sz w:val="18"/>
          <w:szCs w:val="18"/>
        </w:rPr>
        <w:t xml:space="preserve"> </w:t>
      </w:r>
      <w:proofErr w:type="spellStart"/>
      <w:r w:rsidRPr="00B51957">
        <w:rPr>
          <w:rFonts w:ascii="Sylfaen" w:hAnsi="Sylfaen" w:cs="Sylfaen"/>
          <w:sz w:val="18"/>
          <w:szCs w:val="18"/>
        </w:rPr>
        <w:t>გამოიწვევს</w:t>
      </w:r>
      <w:proofErr w:type="spellEnd"/>
      <w:r w:rsidRPr="00B51957">
        <w:rPr>
          <w:rFonts w:cstheme="majorHAnsi"/>
          <w:sz w:val="18"/>
          <w:szCs w:val="18"/>
        </w:rPr>
        <w:t xml:space="preserve"> </w:t>
      </w:r>
      <w:proofErr w:type="spellStart"/>
      <w:r w:rsidRPr="00B51957">
        <w:rPr>
          <w:rFonts w:ascii="Sylfaen" w:hAnsi="Sylfaen" w:cs="Sylfaen"/>
          <w:sz w:val="18"/>
          <w:szCs w:val="18"/>
        </w:rPr>
        <w:t>მენარდის</w:t>
      </w:r>
      <w:proofErr w:type="spellEnd"/>
      <w:r w:rsidRPr="00B51957">
        <w:rPr>
          <w:rFonts w:cstheme="majorHAnsi"/>
          <w:sz w:val="18"/>
          <w:szCs w:val="18"/>
        </w:rPr>
        <w:t xml:space="preserve"> </w:t>
      </w:r>
      <w:proofErr w:type="spellStart"/>
      <w:r w:rsidRPr="00B51957">
        <w:rPr>
          <w:rFonts w:ascii="Sylfaen" w:hAnsi="Sylfaen" w:cs="Sylfaen"/>
          <w:sz w:val="18"/>
          <w:szCs w:val="18"/>
        </w:rPr>
        <w:t>მიერ</w:t>
      </w:r>
      <w:proofErr w:type="spellEnd"/>
      <w:r w:rsidRPr="00B51957">
        <w:rPr>
          <w:rFonts w:cstheme="majorHAnsi"/>
          <w:sz w:val="18"/>
          <w:szCs w:val="18"/>
        </w:rPr>
        <w:t xml:space="preserve"> </w:t>
      </w:r>
      <w:proofErr w:type="spellStart"/>
      <w:r w:rsidRPr="00B51957">
        <w:rPr>
          <w:rFonts w:ascii="Sylfaen" w:hAnsi="Sylfaen" w:cs="Sylfaen"/>
          <w:sz w:val="18"/>
          <w:szCs w:val="18"/>
        </w:rPr>
        <w:t>სამუშაოს</w:t>
      </w:r>
      <w:proofErr w:type="spellEnd"/>
      <w:r w:rsidRPr="00B51957">
        <w:rPr>
          <w:rFonts w:cstheme="majorHAnsi"/>
          <w:sz w:val="18"/>
          <w:szCs w:val="18"/>
        </w:rPr>
        <w:t xml:space="preserve"> </w:t>
      </w:r>
      <w:proofErr w:type="spellStart"/>
      <w:r w:rsidRPr="00B51957">
        <w:rPr>
          <w:rFonts w:ascii="Sylfaen" w:hAnsi="Sylfaen" w:cs="Sylfaen"/>
          <w:sz w:val="18"/>
          <w:szCs w:val="18"/>
        </w:rPr>
        <w:t>შესრულების</w:t>
      </w:r>
      <w:proofErr w:type="spellEnd"/>
      <w:r w:rsidR="00F5505B">
        <w:rPr>
          <w:rFonts w:ascii="Sylfaen" w:hAnsi="Sylfaen" w:cs="Sylfaen"/>
          <w:sz w:val="18"/>
          <w:szCs w:val="18"/>
          <w:lang w:val="ka-GE"/>
        </w:rPr>
        <w:t xml:space="preserve"> </w:t>
      </w:r>
      <w:proofErr w:type="spellStart"/>
      <w:r w:rsidRPr="00B51957">
        <w:rPr>
          <w:rFonts w:ascii="Sylfaen" w:hAnsi="Sylfaen" w:cs="Sylfaen"/>
          <w:sz w:val="18"/>
          <w:szCs w:val="18"/>
        </w:rPr>
        <w:t>ვადების</w:t>
      </w:r>
      <w:proofErr w:type="spellEnd"/>
      <w:r w:rsidRPr="00B51957">
        <w:rPr>
          <w:rFonts w:cstheme="majorHAnsi"/>
          <w:sz w:val="18"/>
          <w:szCs w:val="18"/>
        </w:rPr>
        <w:t xml:space="preserve"> </w:t>
      </w:r>
      <w:proofErr w:type="spellStart"/>
      <w:r w:rsidRPr="00B51957">
        <w:rPr>
          <w:rFonts w:ascii="Sylfaen" w:hAnsi="Sylfaen" w:cs="Sylfaen"/>
          <w:sz w:val="18"/>
          <w:szCs w:val="18"/>
        </w:rPr>
        <w:t>დარღვევას</w:t>
      </w:r>
      <w:proofErr w:type="spellEnd"/>
      <w:r w:rsidRPr="00B51957">
        <w:rPr>
          <w:rFonts w:cstheme="majorHAnsi"/>
          <w:sz w:val="18"/>
          <w:szCs w:val="18"/>
        </w:rPr>
        <w:t xml:space="preserve">, </w:t>
      </w:r>
      <w:proofErr w:type="spellStart"/>
      <w:r w:rsidRPr="00B51957">
        <w:rPr>
          <w:rFonts w:ascii="Sylfaen" w:hAnsi="Sylfaen" w:cs="Sylfaen"/>
          <w:sz w:val="18"/>
          <w:szCs w:val="18"/>
        </w:rPr>
        <w:t>ამგვარი</w:t>
      </w:r>
      <w:proofErr w:type="spellEnd"/>
      <w:r w:rsidRPr="00B51957">
        <w:rPr>
          <w:rFonts w:cstheme="majorHAnsi"/>
          <w:sz w:val="18"/>
          <w:szCs w:val="18"/>
        </w:rPr>
        <w:t xml:space="preserve"> </w:t>
      </w:r>
      <w:proofErr w:type="spellStart"/>
      <w:r w:rsidRPr="00B51957">
        <w:rPr>
          <w:rFonts w:ascii="Sylfaen" w:hAnsi="Sylfaen" w:cs="Sylfaen"/>
          <w:sz w:val="18"/>
          <w:szCs w:val="18"/>
        </w:rPr>
        <w:t>გადახვევა</w:t>
      </w:r>
      <w:proofErr w:type="spellEnd"/>
      <w:r w:rsidRPr="00B51957">
        <w:rPr>
          <w:rFonts w:cstheme="majorHAnsi"/>
          <w:sz w:val="18"/>
          <w:szCs w:val="18"/>
        </w:rPr>
        <w:t xml:space="preserve"> </w:t>
      </w:r>
      <w:proofErr w:type="spellStart"/>
      <w:r w:rsidRPr="00B51957">
        <w:rPr>
          <w:rFonts w:ascii="Sylfaen" w:hAnsi="Sylfaen" w:cs="Sylfaen"/>
          <w:sz w:val="18"/>
          <w:szCs w:val="18"/>
        </w:rPr>
        <w:t>არ</w:t>
      </w:r>
      <w:proofErr w:type="spellEnd"/>
      <w:r w:rsidRPr="00B51957">
        <w:rPr>
          <w:rFonts w:cstheme="majorHAnsi"/>
          <w:sz w:val="18"/>
          <w:szCs w:val="18"/>
        </w:rPr>
        <w:t xml:space="preserve"> </w:t>
      </w:r>
      <w:proofErr w:type="spellStart"/>
      <w:r w:rsidRPr="00B51957">
        <w:rPr>
          <w:rFonts w:ascii="Sylfaen" w:hAnsi="Sylfaen" w:cs="Sylfaen"/>
          <w:sz w:val="18"/>
          <w:szCs w:val="18"/>
        </w:rPr>
        <w:t>ჩაითვლება</w:t>
      </w:r>
      <w:proofErr w:type="spellEnd"/>
      <w:r w:rsidRPr="00B51957">
        <w:rPr>
          <w:rFonts w:cstheme="majorHAnsi"/>
          <w:sz w:val="18"/>
          <w:szCs w:val="18"/>
        </w:rPr>
        <w:t xml:space="preserve"> </w:t>
      </w:r>
      <w:proofErr w:type="spellStart"/>
      <w:r w:rsidRPr="00B51957">
        <w:rPr>
          <w:rFonts w:ascii="Sylfaen" w:hAnsi="Sylfaen" w:cs="Sylfaen"/>
          <w:sz w:val="18"/>
          <w:szCs w:val="18"/>
        </w:rPr>
        <w:t>მენარდის</w:t>
      </w:r>
      <w:proofErr w:type="spellEnd"/>
      <w:r w:rsidRPr="00B51957">
        <w:rPr>
          <w:rFonts w:cstheme="majorHAnsi"/>
          <w:sz w:val="18"/>
          <w:szCs w:val="18"/>
        </w:rPr>
        <w:t xml:space="preserve"> </w:t>
      </w:r>
      <w:proofErr w:type="spellStart"/>
      <w:r w:rsidRPr="00B51957">
        <w:rPr>
          <w:rFonts w:ascii="Sylfaen" w:hAnsi="Sylfaen" w:cs="Sylfaen"/>
          <w:sz w:val="18"/>
          <w:szCs w:val="18"/>
        </w:rPr>
        <w:t>მიერ</w:t>
      </w:r>
      <w:proofErr w:type="spellEnd"/>
      <w:r w:rsidRPr="00B51957">
        <w:rPr>
          <w:rFonts w:cstheme="majorHAnsi"/>
          <w:sz w:val="18"/>
          <w:szCs w:val="18"/>
        </w:rPr>
        <w:t xml:space="preserve"> </w:t>
      </w:r>
      <w:proofErr w:type="spellStart"/>
      <w:r w:rsidRPr="00B51957">
        <w:rPr>
          <w:rFonts w:ascii="Sylfaen" w:hAnsi="Sylfaen" w:cs="Sylfaen"/>
          <w:sz w:val="18"/>
          <w:szCs w:val="18"/>
        </w:rPr>
        <w:t>წინამდებარე</w:t>
      </w:r>
      <w:proofErr w:type="spellEnd"/>
      <w:r w:rsidRPr="00B51957">
        <w:rPr>
          <w:rFonts w:cstheme="majorHAnsi"/>
          <w:sz w:val="18"/>
          <w:szCs w:val="18"/>
        </w:rPr>
        <w:t xml:space="preserve"> </w:t>
      </w:r>
      <w:proofErr w:type="spellStart"/>
      <w:r w:rsidRPr="00B51957">
        <w:rPr>
          <w:rFonts w:ascii="Sylfaen" w:hAnsi="Sylfaen" w:cs="Sylfaen"/>
          <w:sz w:val="18"/>
          <w:szCs w:val="18"/>
        </w:rPr>
        <w:t>ხელშეკრულების</w:t>
      </w:r>
      <w:proofErr w:type="spellEnd"/>
      <w:r w:rsidRPr="00B51957">
        <w:rPr>
          <w:rFonts w:cstheme="majorHAnsi"/>
          <w:sz w:val="18"/>
          <w:szCs w:val="18"/>
        </w:rPr>
        <w:t xml:space="preserve"> </w:t>
      </w:r>
      <w:proofErr w:type="spellStart"/>
      <w:r w:rsidRPr="00B51957">
        <w:rPr>
          <w:rFonts w:ascii="Sylfaen" w:hAnsi="Sylfaen" w:cs="Sylfaen"/>
          <w:sz w:val="18"/>
          <w:szCs w:val="18"/>
        </w:rPr>
        <w:t>პირობების</w:t>
      </w:r>
      <w:proofErr w:type="spellEnd"/>
      <w:r w:rsidRPr="00B51957">
        <w:rPr>
          <w:rFonts w:cstheme="majorHAnsi"/>
          <w:sz w:val="18"/>
          <w:szCs w:val="18"/>
        </w:rPr>
        <w:t xml:space="preserve"> </w:t>
      </w:r>
      <w:proofErr w:type="spellStart"/>
      <w:r w:rsidRPr="00B51957">
        <w:rPr>
          <w:rFonts w:ascii="Sylfaen" w:hAnsi="Sylfaen" w:cs="Sylfaen"/>
          <w:sz w:val="18"/>
          <w:szCs w:val="18"/>
        </w:rPr>
        <w:t>დარღვევად</w:t>
      </w:r>
      <w:proofErr w:type="spellEnd"/>
      <w:r w:rsidRPr="00B51957">
        <w:rPr>
          <w:rFonts w:cstheme="majorHAnsi"/>
          <w:sz w:val="18"/>
          <w:szCs w:val="18"/>
        </w:rPr>
        <w:t>.</w:t>
      </w:r>
    </w:p>
    <w:p w14:paraId="597A2470" w14:textId="410028D5" w:rsidR="002B4E27" w:rsidRPr="002B4E27" w:rsidRDefault="002B4E27" w:rsidP="002B4E27">
      <w:pPr>
        <w:pStyle w:val="ListParagraph"/>
        <w:numPr>
          <w:ilvl w:val="2"/>
          <w:numId w:val="13"/>
        </w:numPr>
        <w:jc w:val="both"/>
        <w:rPr>
          <w:rFonts w:cstheme="majorHAnsi"/>
          <w:sz w:val="18"/>
          <w:szCs w:val="18"/>
        </w:rPr>
      </w:pPr>
      <w:proofErr w:type="spellStart"/>
      <w:r w:rsidRPr="00B51957">
        <w:rPr>
          <w:rFonts w:ascii="Sylfaen" w:hAnsi="Sylfaen" w:cs="Sylfaen"/>
          <w:sz w:val="18"/>
          <w:szCs w:val="18"/>
        </w:rPr>
        <w:t>დამკვეთი</w:t>
      </w:r>
      <w:proofErr w:type="spellEnd"/>
      <w:r w:rsidRPr="00B51957">
        <w:rPr>
          <w:rFonts w:cstheme="majorHAnsi"/>
          <w:sz w:val="18"/>
          <w:szCs w:val="18"/>
        </w:rPr>
        <w:t xml:space="preserve">, </w:t>
      </w:r>
      <w:r>
        <w:rPr>
          <w:rFonts w:ascii="Sylfaen" w:hAnsi="Sylfaen" w:cs="Sylfaen"/>
          <w:sz w:val="18"/>
          <w:szCs w:val="18"/>
          <w:lang w:val="ka-GE"/>
        </w:rPr>
        <w:t>მენარდეს</w:t>
      </w:r>
      <w:r w:rsidRPr="00B51957">
        <w:rPr>
          <w:rFonts w:cstheme="majorHAnsi"/>
          <w:sz w:val="18"/>
          <w:szCs w:val="18"/>
        </w:rPr>
        <w:t xml:space="preserve"> </w:t>
      </w:r>
      <w:proofErr w:type="spellStart"/>
      <w:r w:rsidRPr="00B51957">
        <w:rPr>
          <w:rFonts w:ascii="Sylfaen" w:hAnsi="Sylfaen" w:cs="Sylfaen"/>
          <w:sz w:val="18"/>
          <w:szCs w:val="18"/>
        </w:rPr>
        <w:t>გადაუხდის</w:t>
      </w:r>
      <w:proofErr w:type="spellEnd"/>
      <w:r w:rsidRPr="00B51957">
        <w:rPr>
          <w:rFonts w:cstheme="majorHAnsi"/>
          <w:sz w:val="18"/>
          <w:szCs w:val="18"/>
        </w:rPr>
        <w:t xml:space="preserve"> </w:t>
      </w:r>
      <w:proofErr w:type="spellStart"/>
      <w:r w:rsidRPr="00B51957">
        <w:rPr>
          <w:rFonts w:ascii="Sylfaen" w:hAnsi="Sylfaen" w:cs="Sylfaen"/>
          <w:sz w:val="18"/>
          <w:szCs w:val="18"/>
        </w:rPr>
        <w:t>ხელმოწერით</w:t>
      </w:r>
      <w:proofErr w:type="spellEnd"/>
      <w:r w:rsidRPr="00B51957">
        <w:rPr>
          <w:rFonts w:cstheme="majorHAnsi"/>
          <w:sz w:val="18"/>
          <w:szCs w:val="18"/>
        </w:rPr>
        <w:t xml:space="preserve"> </w:t>
      </w:r>
      <w:proofErr w:type="spellStart"/>
      <w:r w:rsidRPr="00B51957">
        <w:rPr>
          <w:rFonts w:ascii="Sylfaen" w:hAnsi="Sylfaen" w:cs="Sylfaen"/>
          <w:sz w:val="18"/>
          <w:szCs w:val="18"/>
        </w:rPr>
        <w:t>დადასტურებული</w:t>
      </w:r>
      <w:proofErr w:type="spellEnd"/>
      <w:r w:rsidRPr="00B51957">
        <w:rPr>
          <w:rFonts w:cstheme="majorHAnsi"/>
          <w:sz w:val="18"/>
          <w:szCs w:val="18"/>
        </w:rPr>
        <w:t xml:space="preserve"> </w:t>
      </w:r>
      <w:proofErr w:type="spellStart"/>
      <w:r w:rsidRPr="00B51957">
        <w:rPr>
          <w:rFonts w:ascii="Sylfaen" w:hAnsi="Sylfaen" w:cs="Sylfaen"/>
          <w:sz w:val="18"/>
          <w:szCs w:val="18"/>
        </w:rPr>
        <w:t>ფორმა</w:t>
      </w:r>
      <w:proofErr w:type="spellEnd"/>
      <w:r w:rsidRPr="00B51957">
        <w:rPr>
          <w:rFonts w:cstheme="majorHAnsi"/>
          <w:sz w:val="18"/>
          <w:szCs w:val="18"/>
        </w:rPr>
        <w:t xml:space="preserve"> N2-</w:t>
      </w:r>
      <w:r w:rsidRPr="00B51957">
        <w:rPr>
          <w:rFonts w:ascii="Sylfaen" w:hAnsi="Sylfaen" w:cs="Sylfaen"/>
          <w:sz w:val="18"/>
          <w:szCs w:val="18"/>
        </w:rPr>
        <w:t>ით</w:t>
      </w:r>
      <w:r w:rsidRPr="00B51957">
        <w:rPr>
          <w:rFonts w:cstheme="majorHAnsi"/>
          <w:sz w:val="18"/>
          <w:szCs w:val="18"/>
        </w:rPr>
        <w:t xml:space="preserve"> </w:t>
      </w:r>
      <w:proofErr w:type="spellStart"/>
      <w:r w:rsidRPr="00B51957">
        <w:rPr>
          <w:rFonts w:ascii="Sylfaen" w:hAnsi="Sylfaen" w:cs="Sylfaen"/>
          <w:sz w:val="18"/>
          <w:szCs w:val="18"/>
        </w:rPr>
        <w:t>გათვალისწინებულ</w:t>
      </w:r>
      <w:proofErr w:type="spellEnd"/>
      <w:r w:rsidRPr="00B51957">
        <w:rPr>
          <w:rFonts w:cstheme="majorHAnsi"/>
          <w:sz w:val="18"/>
          <w:szCs w:val="18"/>
        </w:rPr>
        <w:t xml:space="preserve"> </w:t>
      </w:r>
      <w:proofErr w:type="spellStart"/>
      <w:r w:rsidRPr="00B51957">
        <w:rPr>
          <w:rFonts w:ascii="Sylfaen" w:hAnsi="Sylfaen" w:cs="Sylfaen"/>
          <w:sz w:val="18"/>
          <w:szCs w:val="18"/>
        </w:rPr>
        <w:t>თანხას</w:t>
      </w:r>
      <w:proofErr w:type="spellEnd"/>
      <w:r w:rsidRPr="00B51957">
        <w:rPr>
          <w:rFonts w:cstheme="majorHAnsi"/>
          <w:sz w:val="18"/>
          <w:szCs w:val="18"/>
        </w:rPr>
        <w:t xml:space="preserve">, 5 </w:t>
      </w:r>
      <w:r>
        <w:rPr>
          <w:rFonts w:ascii="Sylfaen" w:hAnsi="Sylfaen" w:cstheme="majorHAnsi"/>
          <w:sz w:val="18"/>
          <w:szCs w:val="18"/>
          <w:lang w:val="ka-GE"/>
        </w:rPr>
        <w:t>(</w:t>
      </w:r>
      <w:proofErr w:type="spellStart"/>
      <w:r w:rsidRPr="00B51957">
        <w:rPr>
          <w:rFonts w:ascii="Sylfaen" w:hAnsi="Sylfaen" w:cs="Sylfaen"/>
          <w:sz w:val="18"/>
          <w:szCs w:val="18"/>
        </w:rPr>
        <w:t>ხუთი</w:t>
      </w:r>
      <w:proofErr w:type="spellEnd"/>
      <w:r>
        <w:rPr>
          <w:rFonts w:ascii="Sylfaen" w:hAnsi="Sylfaen" w:cs="Sylfaen"/>
          <w:sz w:val="18"/>
          <w:szCs w:val="18"/>
          <w:lang w:val="ka-GE"/>
        </w:rPr>
        <w:t>)</w:t>
      </w:r>
      <w:r w:rsidRPr="00B51957">
        <w:rPr>
          <w:rFonts w:cstheme="majorHAnsi"/>
          <w:sz w:val="18"/>
          <w:szCs w:val="18"/>
        </w:rPr>
        <w:t xml:space="preserve"> % - </w:t>
      </w:r>
      <w:proofErr w:type="spellStart"/>
      <w:r w:rsidRPr="00B51957">
        <w:rPr>
          <w:rFonts w:ascii="Sylfaen" w:hAnsi="Sylfaen" w:cs="Sylfaen"/>
          <w:sz w:val="18"/>
          <w:szCs w:val="18"/>
        </w:rPr>
        <w:t>იანი</w:t>
      </w:r>
      <w:proofErr w:type="spellEnd"/>
      <w:r w:rsidRPr="00B51957">
        <w:rPr>
          <w:rFonts w:cstheme="majorHAnsi"/>
          <w:sz w:val="18"/>
          <w:szCs w:val="18"/>
        </w:rPr>
        <w:t xml:space="preserve"> </w:t>
      </w:r>
      <w:proofErr w:type="spellStart"/>
      <w:r w:rsidRPr="00B51957">
        <w:rPr>
          <w:rFonts w:ascii="Sylfaen" w:hAnsi="Sylfaen" w:cs="Sylfaen"/>
          <w:sz w:val="18"/>
          <w:szCs w:val="18"/>
        </w:rPr>
        <w:t>დაკავებით</w:t>
      </w:r>
      <w:proofErr w:type="spellEnd"/>
      <w:r w:rsidRPr="00B51957">
        <w:rPr>
          <w:rFonts w:cstheme="majorHAnsi"/>
          <w:sz w:val="18"/>
          <w:szCs w:val="18"/>
        </w:rPr>
        <w:t xml:space="preserve"> </w:t>
      </w:r>
      <w:r>
        <w:rPr>
          <w:rFonts w:ascii="Sylfaen" w:hAnsi="Sylfaen" w:cstheme="majorHAnsi"/>
          <w:sz w:val="18"/>
          <w:szCs w:val="18"/>
          <w:lang w:val="ka-GE"/>
        </w:rPr>
        <w:t>(</w:t>
      </w:r>
      <w:proofErr w:type="spellStart"/>
      <w:r w:rsidRPr="00B51957">
        <w:rPr>
          <w:rFonts w:ascii="Sylfaen" w:hAnsi="Sylfaen" w:cs="Sylfaen"/>
          <w:sz w:val="18"/>
          <w:szCs w:val="18"/>
        </w:rPr>
        <w:t>შემდგომში</w:t>
      </w:r>
      <w:proofErr w:type="spellEnd"/>
      <w:r w:rsidRPr="00B51957">
        <w:rPr>
          <w:rFonts w:cstheme="majorHAnsi"/>
          <w:sz w:val="18"/>
          <w:szCs w:val="18"/>
        </w:rPr>
        <w:t xml:space="preserve"> „</w:t>
      </w:r>
      <w:proofErr w:type="spellStart"/>
      <w:r w:rsidRPr="00B51957">
        <w:rPr>
          <w:rFonts w:ascii="Sylfaen" w:hAnsi="Sylfaen" w:cs="Sylfaen"/>
          <w:sz w:val="18"/>
          <w:szCs w:val="18"/>
        </w:rPr>
        <w:t>საგარანტიო</w:t>
      </w:r>
      <w:proofErr w:type="spellEnd"/>
      <w:r w:rsidRPr="00B51957">
        <w:rPr>
          <w:rFonts w:cstheme="majorHAnsi"/>
          <w:sz w:val="18"/>
          <w:szCs w:val="18"/>
        </w:rPr>
        <w:t xml:space="preserve"> </w:t>
      </w:r>
      <w:proofErr w:type="spellStart"/>
      <w:r w:rsidRPr="00B51957">
        <w:rPr>
          <w:rFonts w:ascii="Sylfaen" w:hAnsi="Sylfaen" w:cs="Sylfaen"/>
          <w:sz w:val="18"/>
          <w:szCs w:val="18"/>
        </w:rPr>
        <w:t>თანხა</w:t>
      </w:r>
      <w:proofErr w:type="spellEnd"/>
      <w:r w:rsidRPr="00B51957">
        <w:rPr>
          <w:rFonts w:cstheme="majorHAnsi"/>
          <w:sz w:val="18"/>
          <w:szCs w:val="18"/>
        </w:rPr>
        <w:t>“</w:t>
      </w:r>
      <w:r>
        <w:rPr>
          <w:rFonts w:ascii="Sylfaen" w:hAnsi="Sylfaen" w:cstheme="majorHAnsi"/>
          <w:sz w:val="18"/>
          <w:szCs w:val="18"/>
          <w:lang w:val="ka-GE"/>
        </w:rPr>
        <w:t>)</w:t>
      </w:r>
      <w:r w:rsidRPr="00B51957">
        <w:rPr>
          <w:rFonts w:cstheme="majorHAnsi"/>
          <w:sz w:val="18"/>
          <w:szCs w:val="18"/>
        </w:rPr>
        <w:t xml:space="preserve">, </w:t>
      </w:r>
      <w:proofErr w:type="spellStart"/>
      <w:r w:rsidRPr="00B51957">
        <w:rPr>
          <w:rFonts w:ascii="Sylfaen" w:hAnsi="Sylfaen" w:cs="Sylfaen"/>
          <w:sz w:val="18"/>
          <w:szCs w:val="18"/>
        </w:rPr>
        <w:t>რომლის</w:t>
      </w:r>
      <w:proofErr w:type="spellEnd"/>
      <w:r w:rsidRPr="00B51957">
        <w:rPr>
          <w:rFonts w:cstheme="majorHAnsi"/>
          <w:sz w:val="18"/>
          <w:szCs w:val="18"/>
        </w:rPr>
        <w:t xml:space="preserve"> </w:t>
      </w:r>
      <w:proofErr w:type="spellStart"/>
      <w:r w:rsidRPr="00B51957">
        <w:rPr>
          <w:rFonts w:ascii="Sylfaen" w:hAnsi="Sylfaen" w:cs="Sylfaen"/>
          <w:sz w:val="18"/>
          <w:szCs w:val="18"/>
        </w:rPr>
        <w:t>ჩარიცხვასაც</w:t>
      </w:r>
      <w:proofErr w:type="spellEnd"/>
      <w:r w:rsidRPr="00B51957">
        <w:rPr>
          <w:rFonts w:cstheme="majorHAnsi"/>
          <w:sz w:val="18"/>
          <w:szCs w:val="18"/>
        </w:rPr>
        <w:t xml:space="preserve"> „</w:t>
      </w:r>
      <w:proofErr w:type="spellStart"/>
      <w:r w:rsidRPr="00B51957">
        <w:rPr>
          <w:rFonts w:ascii="Sylfaen" w:hAnsi="Sylfaen" w:cs="Sylfaen"/>
          <w:sz w:val="18"/>
          <w:szCs w:val="18"/>
        </w:rPr>
        <w:t>დამკვეთი</w:t>
      </w:r>
      <w:proofErr w:type="spellEnd"/>
      <w:r w:rsidRPr="00B51957">
        <w:rPr>
          <w:rFonts w:cstheme="majorHAnsi"/>
          <w:sz w:val="18"/>
          <w:szCs w:val="18"/>
        </w:rPr>
        <w:t xml:space="preserve">“ </w:t>
      </w:r>
      <w:proofErr w:type="spellStart"/>
      <w:r w:rsidRPr="00B51957">
        <w:rPr>
          <w:rFonts w:ascii="Sylfaen" w:hAnsi="Sylfaen" w:cs="Sylfaen"/>
          <w:sz w:val="18"/>
          <w:szCs w:val="18"/>
        </w:rPr>
        <w:t>უზრუნველყოფს</w:t>
      </w:r>
      <w:proofErr w:type="spellEnd"/>
      <w:r w:rsidR="00C11791">
        <w:rPr>
          <w:rFonts w:ascii="Sylfaen" w:hAnsi="Sylfaen" w:cs="Sylfaen"/>
          <w:sz w:val="18"/>
          <w:szCs w:val="18"/>
          <w:lang w:val="ka-GE"/>
        </w:rPr>
        <w:t xml:space="preserve"> </w:t>
      </w:r>
      <w:proofErr w:type="spellStart"/>
      <w:r w:rsidR="00C11791" w:rsidRPr="00B51957">
        <w:rPr>
          <w:rFonts w:ascii="Sylfaen" w:hAnsi="Sylfaen" w:cs="Sylfaen"/>
          <w:sz w:val="18"/>
          <w:szCs w:val="18"/>
        </w:rPr>
        <w:t>მხარეთა</w:t>
      </w:r>
      <w:proofErr w:type="spellEnd"/>
      <w:r w:rsidR="00C11791" w:rsidRPr="00B51957">
        <w:rPr>
          <w:rFonts w:cstheme="majorHAnsi"/>
          <w:sz w:val="18"/>
          <w:szCs w:val="18"/>
        </w:rPr>
        <w:t xml:space="preserve"> </w:t>
      </w:r>
      <w:proofErr w:type="spellStart"/>
      <w:r w:rsidR="00C11791" w:rsidRPr="00B51957">
        <w:rPr>
          <w:rFonts w:ascii="Sylfaen" w:hAnsi="Sylfaen" w:cs="Sylfaen"/>
          <w:sz w:val="18"/>
          <w:szCs w:val="18"/>
        </w:rPr>
        <w:t>შორის</w:t>
      </w:r>
      <w:proofErr w:type="spellEnd"/>
      <w:r w:rsidR="00C11791" w:rsidRPr="00B51957">
        <w:rPr>
          <w:rFonts w:cstheme="majorHAnsi"/>
          <w:sz w:val="18"/>
          <w:szCs w:val="18"/>
        </w:rPr>
        <w:t xml:space="preserve"> </w:t>
      </w:r>
      <w:proofErr w:type="spellStart"/>
      <w:r w:rsidR="00C11791" w:rsidRPr="00B51957">
        <w:rPr>
          <w:rFonts w:ascii="Sylfaen" w:hAnsi="Sylfaen" w:cs="Sylfaen"/>
          <w:sz w:val="18"/>
          <w:szCs w:val="18"/>
        </w:rPr>
        <w:t>საბოლოო</w:t>
      </w:r>
      <w:proofErr w:type="spellEnd"/>
      <w:r w:rsidR="00C11791" w:rsidRPr="00B51957">
        <w:rPr>
          <w:rFonts w:cstheme="majorHAnsi"/>
          <w:sz w:val="18"/>
          <w:szCs w:val="18"/>
        </w:rPr>
        <w:t xml:space="preserve"> </w:t>
      </w:r>
      <w:proofErr w:type="spellStart"/>
      <w:r w:rsidR="00C11791" w:rsidRPr="00B51957">
        <w:rPr>
          <w:rFonts w:ascii="Sylfaen" w:hAnsi="Sylfaen" w:cs="Sylfaen"/>
          <w:sz w:val="18"/>
          <w:szCs w:val="18"/>
        </w:rPr>
        <w:t>მიღება</w:t>
      </w:r>
      <w:r w:rsidR="00C11791" w:rsidRPr="00B51957">
        <w:rPr>
          <w:rFonts w:cstheme="majorHAnsi"/>
          <w:sz w:val="18"/>
          <w:szCs w:val="18"/>
        </w:rPr>
        <w:t>-</w:t>
      </w:r>
      <w:r w:rsidR="00C11791" w:rsidRPr="00B51957">
        <w:rPr>
          <w:rFonts w:ascii="Sylfaen" w:hAnsi="Sylfaen" w:cs="Sylfaen"/>
          <w:sz w:val="18"/>
          <w:szCs w:val="18"/>
        </w:rPr>
        <w:t>ჩაბარების</w:t>
      </w:r>
      <w:proofErr w:type="spellEnd"/>
      <w:r w:rsidR="00C11791" w:rsidRPr="00B51957">
        <w:rPr>
          <w:rFonts w:cstheme="majorHAnsi"/>
          <w:sz w:val="18"/>
          <w:szCs w:val="18"/>
        </w:rPr>
        <w:t xml:space="preserve"> </w:t>
      </w:r>
      <w:proofErr w:type="spellStart"/>
      <w:r w:rsidR="00C11791" w:rsidRPr="00B51957">
        <w:rPr>
          <w:rFonts w:ascii="Sylfaen" w:hAnsi="Sylfaen" w:cs="Sylfaen"/>
          <w:sz w:val="18"/>
          <w:szCs w:val="18"/>
        </w:rPr>
        <w:t>აქტის</w:t>
      </w:r>
      <w:proofErr w:type="spellEnd"/>
      <w:r w:rsidR="00C11791" w:rsidRPr="00B51957">
        <w:rPr>
          <w:rFonts w:cstheme="majorHAnsi"/>
          <w:sz w:val="18"/>
          <w:szCs w:val="18"/>
        </w:rPr>
        <w:t xml:space="preserve"> </w:t>
      </w:r>
      <w:proofErr w:type="spellStart"/>
      <w:r w:rsidR="00C11791" w:rsidRPr="00B51957">
        <w:rPr>
          <w:rFonts w:ascii="Sylfaen" w:hAnsi="Sylfaen" w:cs="Sylfaen"/>
          <w:sz w:val="18"/>
          <w:szCs w:val="18"/>
        </w:rPr>
        <w:t>გაფორმებიდან</w:t>
      </w:r>
      <w:proofErr w:type="spellEnd"/>
      <w:r w:rsidR="00C11791" w:rsidRPr="00B51957">
        <w:rPr>
          <w:rFonts w:cstheme="majorHAnsi"/>
          <w:sz w:val="18"/>
          <w:szCs w:val="18"/>
        </w:rPr>
        <w:t xml:space="preserve"> </w:t>
      </w:r>
      <w:r w:rsidR="00C11791">
        <w:rPr>
          <w:rFonts w:ascii="Sylfaen" w:hAnsi="Sylfaen" w:cstheme="majorHAnsi"/>
          <w:sz w:val="18"/>
          <w:szCs w:val="18"/>
          <w:lang w:val="ka-GE"/>
        </w:rPr>
        <w:t>12</w:t>
      </w:r>
      <w:r w:rsidR="00C11791" w:rsidRPr="00B51957">
        <w:rPr>
          <w:rFonts w:cstheme="majorHAnsi"/>
          <w:sz w:val="18"/>
          <w:szCs w:val="18"/>
        </w:rPr>
        <w:t xml:space="preserve"> (</w:t>
      </w:r>
      <w:r w:rsidR="00C11791">
        <w:rPr>
          <w:rFonts w:ascii="Sylfaen" w:hAnsi="Sylfaen" w:cs="Sylfaen"/>
          <w:sz w:val="18"/>
          <w:szCs w:val="18"/>
          <w:lang w:val="ka-GE"/>
        </w:rPr>
        <w:t>თორმეტი</w:t>
      </w:r>
      <w:r w:rsidR="00C11791" w:rsidRPr="00B51957">
        <w:rPr>
          <w:rFonts w:cstheme="majorHAnsi"/>
          <w:sz w:val="18"/>
          <w:szCs w:val="18"/>
        </w:rPr>
        <w:t xml:space="preserve">) </w:t>
      </w:r>
      <w:proofErr w:type="spellStart"/>
      <w:r w:rsidR="00C11791" w:rsidRPr="00B51957">
        <w:rPr>
          <w:rFonts w:ascii="Sylfaen" w:hAnsi="Sylfaen" w:cs="Sylfaen"/>
          <w:sz w:val="18"/>
          <w:szCs w:val="18"/>
        </w:rPr>
        <w:t>კალენდარული</w:t>
      </w:r>
      <w:proofErr w:type="spellEnd"/>
      <w:r w:rsidR="00C11791" w:rsidRPr="00B51957">
        <w:rPr>
          <w:rFonts w:cstheme="majorHAnsi"/>
          <w:sz w:val="18"/>
          <w:szCs w:val="18"/>
        </w:rPr>
        <w:t xml:space="preserve"> </w:t>
      </w:r>
      <w:proofErr w:type="spellStart"/>
      <w:r w:rsidR="00C11791" w:rsidRPr="00B51957">
        <w:rPr>
          <w:rFonts w:ascii="Sylfaen" w:hAnsi="Sylfaen" w:cs="Sylfaen"/>
          <w:sz w:val="18"/>
          <w:szCs w:val="18"/>
        </w:rPr>
        <w:t>თვის</w:t>
      </w:r>
      <w:proofErr w:type="spellEnd"/>
      <w:r w:rsidR="00C11791" w:rsidRPr="00B51957">
        <w:rPr>
          <w:rFonts w:cstheme="majorHAnsi"/>
          <w:sz w:val="18"/>
          <w:szCs w:val="18"/>
        </w:rPr>
        <w:t xml:space="preserve"> </w:t>
      </w:r>
      <w:proofErr w:type="spellStart"/>
      <w:r w:rsidR="00C11791" w:rsidRPr="00B51957">
        <w:rPr>
          <w:rFonts w:ascii="Sylfaen" w:hAnsi="Sylfaen" w:cs="Sylfaen"/>
          <w:sz w:val="18"/>
          <w:szCs w:val="18"/>
        </w:rPr>
        <w:t>ვადაში</w:t>
      </w:r>
      <w:proofErr w:type="spellEnd"/>
      <w:r w:rsidR="00C11791">
        <w:rPr>
          <w:rFonts w:ascii="Sylfaen" w:hAnsi="Sylfaen" w:cs="Sylfaen"/>
          <w:sz w:val="18"/>
          <w:szCs w:val="18"/>
          <w:lang w:val="ka-GE"/>
        </w:rPr>
        <w:t>,</w:t>
      </w:r>
      <w:r>
        <w:rPr>
          <w:rFonts w:ascii="Sylfaen" w:hAnsi="Sylfaen" w:cstheme="majorHAnsi"/>
          <w:sz w:val="18"/>
          <w:szCs w:val="18"/>
          <w:lang w:val="ka-GE"/>
        </w:rPr>
        <w:t xml:space="preserve"> </w:t>
      </w:r>
      <w:proofErr w:type="spellStart"/>
      <w:r w:rsidRPr="00B51957">
        <w:rPr>
          <w:rFonts w:ascii="Sylfaen" w:hAnsi="Sylfaen" w:cs="Sylfaen"/>
          <w:sz w:val="18"/>
          <w:szCs w:val="18"/>
        </w:rPr>
        <w:t>მხოლოდ</w:t>
      </w:r>
      <w:proofErr w:type="spellEnd"/>
      <w:r w:rsidRPr="00B51957">
        <w:rPr>
          <w:rFonts w:cstheme="majorHAnsi"/>
          <w:sz w:val="18"/>
          <w:szCs w:val="18"/>
        </w:rPr>
        <w:t xml:space="preserve"> </w:t>
      </w:r>
      <w:proofErr w:type="spellStart"/>
      <w:r w:rsidRPr="00B51957">
        <w:rPr>
          <w:rFonts w:ascii="Sylfaen" w:hAnsi="Sylfaen" w:cs="Sylfaen"/>
          <w:sz w:val="18"/>
          <w:szCs w:val="18"/>
        </w:rPr>
        <w:t>იმ</w:t>
      </w:r>
      <w:proofErr w:type="spellEnd"/>
      <w:r w:rsidRPr="00B51957">
        <w:rPr>
          <w:rFonts w:cstheme="majorHAnsi"/>
          <w:sz w:val="18"/>
          <w:szCs w:val="18"/>
        </w:rPr>
        <w:t xml:space="preserve"> </w:t>
      </w:r>
      <w:proofErr w:type="spellStart"/>
      <w:r w:rsidRPr="00B51957">
        <w:rPr>
          <w:rFonts w:ascii="Sylfaen" w:hAnsi="Sylfaen" w:cs="Sylfaen"/>
          <w:sz w:val="18"/>
          <w:szCs w:val="18"/>
        </w:rPr>
        <w:t>პირობით</w:t>
      </w:r>
      <w:proofErr w:type="spellEnd"/>
      <w:r w:rsidRPr="00B51957">
        <w:rPr>
          <w:rFonts w:cstheme="majorHAnsi"/>
          <w:sz w:val="18"/>
          <w:szCs w:val="18"/>
        </w:rPr>
        <w:t xml:space="preserve">, </w:t>
      </w:r>
      <w:proofErr w:type="spellStart"/>
      <w:r w:rsidRPr="00B51957">
        <w:rPr>
          <w:rFonts w:ascii="Sylfaen" w:hAnsi="Sylfaen" w:cs="Sylfaen"/>
          <w:sz w:val="18"/>
          <w:szCs w:val="18"/>
        </w:rPr>
        <w:t>თუკი</w:t>
      </w:r>
      <w:proofErr w:type="spellEnd"/>
      <w:r w:rsidRPr="00B51957">
        <w:rPr>
          <w:rFonts w:cstheme="majorHAnsi"/>
          <w:sz w:val="18"/>
          <w:szCs w:val="18"/>
        </w:rPr>
        <w:t xml:space="preserve"> </w:t>
      </w:r>
      <w:proofErr w:type="spellStart"/>
      <w:r w:rsidRPr="00B51957">
        <w:rPr>
          <w:rFonts w:ascii="Sylfaen" w:hAnsi="Sylfaen" w:cs="Sylfaen"/>
          <w:sz w:val="18"/>
          <w:szCs w:val="18"/>
        </w:rPr>
        <w:t>საგარანტიო</w:t>
      </w:r>
      <w:proofErr w:type="spellEnd"/>
      <w:r w:rsidRPr="00B51957">
        <w:rPr>
          <w:rFonts w:cstheme="majorHAnsi"/>
          <w:sz w:val="18"/>
          <w:szCs w:val="18"/>
        </w:rPr>
        <w:t xml:space="preserve"> </w:t>
      </w:r>
      <w:proofErr w:type="spellStart"/>
      <w:r w:rsidRPr="00B51957">
        <w:rPr>
          <w:rFonts w:ascii="Sylfaen" w:hAnsi="Sylfaen" w:cs="Sylfaen"/>
          <w:sz w:val="18"/>
          <w:szCs w:val="18"/>
        </w:rPr>
        <w:t>თანხის</w:t>
      </w:r>
      <w:proofErr w:type="spellEnd"/>
      <w:r w:rsidRPr="00B51957">
        <w:rPr>
          <w:rFonts w:cstheme="majorHAnsi"/>
          <w:sz w:val="18"/>
          <w:szCs w:val="18"/>
        </w:rPr>
        <w:t xml:space="preserve"> </w:t>
      </w:r>
      <w:proofErr w:type="spellStart"/>
      <w:r w:rsidRPr="00B51957">
        <w:rPr>
          <w:rFonts w:ascii="Sylfaen" w:hAnsi="Sylfaen" w:cs="Sylfaen"/>
          <w:sz w:val="18"/>
          <w:szCs w:val="18"/>
        </w:rPr>
        <w:t>შესაბამისი</w:t>
      </w:r>
      <w:proofErr w:type="spellEnd"/>
      <w:r w:rsidRPr="00B51957">
        <w:rPr>
          <w:rFonts w:cstheme="majorHAnsi"/>
          <w:sz w:val="18"/>
          <w:szCs w:val="18"/>
        </w:rPr>
        <w:t xml:space="preserve"> </w:t>
      </w:r>
      <w:proofErr w:type="spellStart"/>
      <w:r w:rsidRPr="00B51957">
        <w:rPr>
          <w:rFonts w:ascii="Sylfaen" w:hAnsi="Sylfaen" w:cs="Sylfaen"/>
          <w:sz w:val="18"/>
          <w:szCs w:val="18"/>
        </w:rPr>
        <w:t>ნაწილის</w:t>
      </w:r>
      <w:proofErr w:type="spellEnd"/>
      <w:r w:rsidRPr="00B51957">
        <w:rPr>
          <w:rFonts w:cstheme="majorHAnsi"/>
          <w:sz w:val="18"/>
          <w:szCs w:val="18"/>
        </w:rPr>
        <w:t xml:space="preserve"> </w:t>
      </w:r>
      <w:proofErr w:type="spellStart"/>
      <w:r w:rsidRPr="00B51957">
        <w:rPr>
          <w:rFonts w:ascii="Sylfaen" w:hAnsi="Sylfaen" w:cs="Sylfaen"/>
          <w:sz w:val="18"/>
          <w:szCs w:val="18"/>
        </w:rPr>
        <w:t>დაბრუნების</w:t>
      </w:r>
      <w:proofErr w:type="spellEnd"/>
      <w:r w:rsidRPr="00B51957">
        <w:rPr>
          <w:rFonts w:cstheme="majorHAnsi"/>
          <w:sz w:val="18"/>
          <w:szCs w:val="18"/>
        </w:rPr>
        <w:t xml:space="preserve"> </w:t>
      </w:r>
      <w:proofErr w:type="spellStart"/>
      <w:r w:rsidRPr="00B51957">
        <w:rPr>
          <w:rFonts w:ascii="Sylfaen" w:hAnsi="Sylfaen" w:cs="Sylfaen"/>
          <w:sz w:val="18"/>
          <w:szCs w:val="18"/>
        </w:rPr>
        <w:t>დროისთვის</w:t>
      </w:r>
      <w:proofErr w:type="spellEnd"/>
      <w:r w:rsidRPr="00B51957">
        <w:rPr>
          <w:rFonts w:cstheme="majorHAnsi"/>
          <w:sz w:val="18"/>
          <w:szCs w:val="18"/>
        </w:rPr>
        <w:t xml:space="preserve"> </w:t>
      </w:r>
      <w:proofErr w:type="spellStart"/>
      <w:r w:rsidRPr="00B51957">
        <w:rPr>
          <w:rFonts w:ascii="Sylfaen" w:hAnsi="Sylfaen" w:cs="Sylfaen"/>
          <w:sz w:val="18"/>
          <w:szCs w:val="18"/>
        </w:rPr>
        <w:t>მენარდის</w:t>
      </w:r>
      <w:proofErr w:type="spellEnd"/>
      <w:r w:rsidRPr="00B51957">
        <w:rPr>
          <w:rFonts w:cstheme="majorHAnsi"/>
          <w:sz w:val="18"/>
          <w:szCs w:val="18"/>
        </w:rPr>
        <w:t xml:space="preserve"> </w:t>
      </w:r>
      <w:proofErr w:type="spellStart"/>
      <w:r w:rsidRPr="00B51957">
        <w:rPr>
          <w:rFonts w:ascii="Sylfaen" w:hAnsi="Sylfaen" w:cs="Sylfaen"/>
          <w:sz w:val="18"/>
          <w:szCs w:val="18"/>
        </w:rPr>
        <w:t>მიერ</w:t>
      </w:r>
      <w:proofErr w:type="spellEnd"/>
      <w:r w:rsidRPr="00B51957">
        <w:rPr>
          <w:rFonts w:cstheme="majorHAnsi"/>
          <w:sz w:val="18"/>
          <w:szCs w:val="18"/>
        </w:rPr>
        <w:t xml:space="preserve"> </w:t>
      </w:r>
      <w:proofErr w:type="spellStart"/>
      <w:r w:rsidRPr="00B51957">
        <w:rPr>
          <w:rFonts w:ascii="Sylfaen" w:hAnsi="Sylfaen" w:cs="Sylfaen"/>
          <w:sz w:val="18"/>
          <w:szCs w:val="18"/>
        </w:rPr>
        <w:t>შესრულებულ</w:t>
      </w:r>
      <w:proofErr w:type="spellEnd"/>
      <w:r w:rsidRPr="00B51957">
        <w:rPr>
          <w:rFonts w:cstheme="majorHAnsi"/>
          <w:sz w:val="18"/>
          <w:szCs w:val="18"/>
        </w:rPr>
        <w:t xml:space="preserve"> </w:t>
      </w:r>
      <w:proofErr w:type="spellStart"/>
      <w:r w:rsidRPr="00B51957">
        <w:rPr>
          <w:rFonts w:ascii="Sylfaen" w:hAnsi="Sylfaen" w:cs="Sylfaen"/>
          <w:sz w:val="18"/>
          <w:szCs w:val="18"/>
        </w:rPr>
        <w:t>სამუშაოებთან</w:t>
      </w:r>
      <w:proofErr w:type="spellEnd"/>
      <w:r w:rsidRPr="00B51957">
        <w:rPr>
          <w:rFonts w:cstheme="majorHAnsi"/>
          <w:sz w:val="18"/>
          <w:szCs w:val="18"/>
        </w:rPr>
        <w:t xml:space="preserve"> </w:t>
      </w:r>
      <w:proofErr w:type="spellStart"/>
      <w:r w:rsidRPr="00B51957">
        <w:rPr>
          <w:rFonts w:ascii="Sylfaen" w:hAnsi="Sylfaen" w:cs="Sylfaen"/>
          <w:sz w:val="18"/>
          <w:szCs w:val="18"/>
        </w:rPr>
        <w:t>დაკავშირებით</w:t>
      </w:r>
      <w:proofErr w:type="spellEnd"/>
      <w:r w:rsidRPr="00B51957">
        <w:rPr>
          <w:rFonts w:cstheme="majorHAnsi"/>
          <w:sz w:val="18"/>
          <w:szCs w:val="18"/>
        </w:rPr>
        <w:t xml:space="preserve"> </w:t>
      </w:r>
      <w:proofErr w:type="spellStart"/>
      <w:r w:rsidRPr="00B51957">
        <w:rPr>
          <w:rFonts w:ascii="Sylfaen" w:hAnsi="Sylfaen" w:cs="Sylfaen"/>
          <w:sz w:val="18"/>
          <w:szCs w:val="18"/>
        </w:rPr>
        <w:t>არ</w:t>
      </w:r>
      <w:proofErr w:type="spellEnd"/>
      <w:r w:rsidRPr="00B51957">
        <w:rPr>
          <w:rFonts w:cstheme="majorHAnsi"/>
          <w:sz w:val="18"/>
          <w:szCs w:val="18"/>
        </w:rPr>
        <w:t xml:space="preserve"> </w:t>
      </w:r>
      <w:proofErr w:type="spellStart"/>
      <w:r w:rsidRPr="00B51957">
        <w:rPr>
          <w:rFonts w:ascii="Sylfaen" w:hAnsi="Sylfaen" w:cs="Sylfaen"/>
          <w:sz w:val="18"/>
          <w:szCs w:val="18"/>
        </w:rPr>
        <w:t>გამოვლინდება</w:t>
      </w:r>
      <w:proofErr w:type="spellEnd"/>
      <w:r w:rsidRPr="00B51957">
        <w:rPr>
          <w:rFonts w:cstheme="majorHAnsi"/>
          <w:sz w:val="18"/>
          <w:szCs w:val="18"/>
        </w:rPr>
        <w:t xml:space="preserve"> </w:t>
      </w:r>
      <w:proofErr w:type="spellStart"/>
      <w:r w:rsidRPr="00B51957">
        <w:rPr>
          <w:rFonts w:ascii="Sylfaen" w:hAnsi="Sylfaen" w:cs="Sylfaen"/>
          <w:sz w:val="18"/>
          <w:szCs w:val="18"/>
        </w:rPr>
        <w:t>რაიმე</w:t>
      </w:r>
      <w:proofErr w:type="spellEnd"/>
      <w:r w:rsidRPr="00B51957">
        <w:rPr>
          <w:rFonts w:cstheme="majorHAnsi"/>
          <w:sz w:val="18"/>
          <w:szCs w:val="18"/>
        </w:rPr>
        <w:t xml:space="preserve"> </w:t>
      </w:r>
      <w:proofErr w:type="spellStart"/>
      <w:r w:rsidRPr="00B51957">
        <w:rPr>
          <w:rFonts w:ascii="Sylfaen" w:hAnsi="Sylfaen" w:cs="Sylfaen"/>
          <w:sz w:val="18"/>
          <w:szCs w:val="18"/>
        </w:rPr>
        <w:t>ნაკლი</w:t>
      </w:r>
      <w:proofErr w:type="spellEnd"/>
      <w:r w:rsidRPr="00B51957">
        <w:rPr>
          <w:rFonts w:cstheme="majorHAnsi"/>
          <w:sz w:val="18"/>
          <w:szCs w:val="18"/>
        </w:rPr>
        <w:t>/</w:t>
      </w:r>
      <w:proofErr w:type="spellStart"/>
      <w:r w:rsidRPr="00B51957">
        <w:rPr>
          <w:rFonts w:ascii="Sylfaen" w:hAnsi="Sylfaen" w:cs="Sylfaen"/>
          <w:sz w:val="18"/>
          <w:szCs w:val="18"/>
        </w:rPr>
        <w:t>ხარვეზი</w:t>
      </w:r>
      <w:proofErr w:type="spellEnd"/>
      <w:r w:rsidRPr="00B51957">
        <w:rPr>
          <w:rFonts w:cstheme="majorHAnsi"/>
          <w:sz w:val="18"/>
          <w:szCs w:val="18"/>
        </w:rPr>
        <w:t xml:space="preserve">, </w:t>
      </w:r>
      <w:proofErr w:type="spellStart"/>
      <w:r w:rsidRPr="00B51957">
        <w:rPr>
          <w:rFonts w:ascii="Sylfaen" w:hAnsi="Sylfaen" w:cs="Sylfaen"/>
          <w:sz w:val="18"/>
          <w:szCs w:val="18"/>
        </w:rPr>
        <w:t>ხოლო</w:t>
      </w:r>
      <w:proofErr w:type="spellEnd"/>
      <w:r w:rsidRPr="00B51957">
        <w:rPr>
          <w:rFonts w:cstheme="majorHAnsi"/>
          <w:sz w:val="18"/>
          <w:szCs w:val="18"/>
        </w:rPr>
        <w:t xml:space="preserve"> </w:t>
      </w:r>
      <w:proofErr w:type="spellStart"/>
      <w:r w:rsidRPr="00B51957">
        <w:rPr>
          <w:rFonts w:ascii="Sylfaen" w:hAnsi="Sylfaen" w:cs="Sylfaen"/>
          <w:sz w:val="18"/>
          <w:szCs w:val="18"/>
        </w:rPr>
        <w:t>ნაკლის</w:t>
      </w:r>
      <w:proofErr w:type="spellEnd"/>
      <w:r w:rsidRPr="00B51957">
        <w:rPr>
          <w:rFonts w:cstheme="majorHAnsi"/>
          <w:sz w:val="18"/>
          <w:szCs w:val="18"/>
        </w:rPr>
        <w:t>/</w:t>
      </w:r>
      <w:proofErr w:type="spellStart"/>
      <w:r w:rsidRPr="00B51957">
        <w:rPr>
          <w:rFonts w:ascii="Sylfaen" w:hAnsi="Sylfaen" w:cs="Sylfaen"/>
          <w:sz w:val="18"/>
          <w:szCs w:val="18"/>
        </w:rPr>
        <w:t>ხარვეზის</w:t>
      </w:r>
      <w:proofErr w:type="spellEnd"/>
      <w:r w:rsidRPr="00B51957">
        <w:rPr>
          <w:rFonts w:cstheme="majorHAnsi"/>
          <w:sz w:val="18"/>
          <w:szCs w:val="18"/>
        </w:rPr>
        <w:t xml:space="preserve"> </w:t>
      </w:r>
      <w:proofErr w:type="spellStart"/>
      <w:r w:rsidRPr="00B51957">
        <w:rPr>
          <w:rFonts w:ascii="Sylfaen" w:hAnsi="Sylfaen" w:cs="Sylfaen"/>
          <w:sz w:val="18"/>
          <w:szCs w:val="18"/>
        </w:rPr>
        <w:t>გამოვლენის</w:t>
      </w:r>
      <w:proofErr w:type="spellEnd"/>
      <w:r w:rsidRPr="00B51957">
        <w:rPr>
          <w:rFonts w:cstheme="majorHAnsi"/>
          <w:sz w:val="18"/>
          <w:szCs w:val="18"/>
        </w:rPr>
        <w:t xml:space="preserve"> </w:t>
      </w:r>
      <w:proofErr w:type="spellStart"/>
      <w:r w:rsidRPr="00B51957">
        <w:rPr>
          <w:rFonts w:ascii="Sylfaen" w:hAnsi="Sylfaen" w:cs="Sylfaen"/>
          <w:sz w:val="18"/>
          <w:szCs w:val="18"/>
        </w:rPr>
        <w:t>შემთხვევაში</w:t>
      </w:r>
      <w:proofErr w:type="spellEnd"/>
      <w:r w:rsidRPr="00B51957">
        <w:rPr>
          <w:rFonts w:cstheme="majorHAnsi"/>
          <w:sz w:val="18"/>
          <w:szCs w:val="18"/>
        </w:rPr>
        <w:t xml:space="preserve">, </w:t>
      </w:r>
      <w:r>
        <w:rPr>
          <w:rFonts w:ascii="Sylfaen" w:hAnsi="Sylfaen" w:cs="Sylfaen"/>
          <w:sz w:val="18"/>
          <w:szCs w:val="18"/>
          <w:lang w:val="ka-GE"/>
        </w:rPr>
        <w:t>მენარდე</w:t>
      </w:r>
      <w:r w:rsidRPr="00B51957">
        <w:rPr>
          <w:rFonts w:cstheme="majorHAnsi"/>
          <w:sz w:val="18"/>
          <w:szCs w:val="18"/>
        </w:rPr>
        <w:t xml:space="preserve"> </w:t>
      </w:r>
      <w:proofErr w:type="spellStart"/>
      <w:r w:rsidRPr="00B51957">
        <w:rPr>
          <w:rFonts w:ascii="Sylfaen" w:hAnsi="Sylfaen" w:cs="Sylfaen"/>
          <w:sz w:val="18"/>
          <w:szCs w:val="18"/>
        </w:rPr>
        <w:t>ვალდებულია</w:t>
      </w:r>
      <w:proofErr w:type="spellEnd"/>
      <w:r w:rsidRPr="00B51957">
        <w:rPr>
          <w:rFonts w:cstheme="majorHAnsi"/>
          <w:sz w:val="18"/>
          <w:szCs w:val="18"/>
        </w:rPr>
        <w:t xml:space="preserve"> </w:t>
      </w:r>
      <w:proofErr w:type="spellStart"/>
      <w:r w:rsidRPr="00B51957">
        <w:rPr>
          <w:rFonts w:ascii="Sylfaen" w:hAnsi="Sylfaen" w:cs="Sylfaen"/>
          <w:sz w:val="18"/>
          <w:szCs w:val="18"/>
        </w:rPr>
        <w:t>ჯერ</w:t>
      </w:r>
      <w:proofErr w:type="spellEnd"/>
      <w:r w:rsidRPr="00B51957">
        <w:rPr>
          <w:rFonts w:cstheme="majorHAnsi"/>
          <w:sz w:val="18"/>
          <w:szCs w:val="18"/>
        </w:rPr>
        <w:t xml:space="preserve"> </w:t>
      </w:r>
      <w:proofErr w:type="spellStart"/>
      <w:r w:rsidRPr="00B51957">
        <w:rPr>
          <w:rFonts w:ascii="Sylfaen" w:hAnsi="Sylfaen" w:cs="Sylfaen"/>
          <w:sz w:val="18"/>
          <w:szCs w:val="18"/>
        </w:rPr>
        <w:t>დაუყოვნებლივ</w:t>
      </w:r>
      <w:proofErr w:type="spellEnd"/>
      <w:r w:rsidRPr="00B51957">
        <w:rPr>
          <w:rFonts w:cstheme="majorHAnsi"/>
          <w:sz w:val="18"/>
          <w:szCs w:val="18"/>
        </w:rPr>
        <w:t xml:space="preserve"> </w:t>
      </w:r>
      <w:proofErr w:type="spellStart"/>
      <w:r w:rsidRPr="00B51957">
        <w:rPr>
          <w:rFonts w:ascii="Sylfaen" w:hAnsi="Sylfaen" w:cs="Sylfaen"/>
          <w:sz w:val="18"/>
          <w:szCs w:val="18"/>
        </w:rPr>
        <w:t>აღმოფხვრას</w:t>
      </w:r>
      <w:proofErr w:type="spellEnd"/>
      <w:r w:rsidRPr="00B51957">
        <w:rPr>
          <w:rFonts w:cstheme="majorHAnsi"/>
          <w:sz w:val="18"/>
          <w:szCs w:val="18"/>
        </w:rPr>
        <w:t xml:space="preserve"> </w:t>
      </w:r>
      <w:proofErr w:type="spellStart"/>
      <w:r w:rsidRPr="00B51957">
        <w:rPr>
          <w:rFonts w:ascii="Sylfaen" w:hAnsi="Sylfaen" w:cs="Sylfaen"/>
          <w:sz w:val="18"/>
          <w:szCs w:val="18"/>
        </w:rPr>
        <w:t>ყოველი</w:t>
      </w:r>
      <w:proofErr w:type="spellEnd"/>
      <w:r w:rsidRPr="00B51957">
        <w:rPr>
          <w:rFonts w:cstheme="majorHAnsi"/>
          <w:sz w:val="18"/>
          <w:szCs w:val="18"/>
        </w:rPr>
        <w:t xml:space="preserve"> </w:t>
      </w:r>
      <w:proofErr w:type="spellStart"/>
      <w:r w:rsidRPr="00B51957">
        <w:rPr>
          <w:rFonts w:ascii="Sylfaen" w:hAnsi="Sylfaen" w:cs="Sylfaen"/>
          <w:sz w:val="18"/>
          <w:szCs w:val="18"/>
        </w:rPr>
        <w:t>ასეთი</w:t>
      </w:r>
      <w:proofErr w:type="spellEnd"/>
      <w:r w:rsidRPr="00B51957">
        <w:rPr>
          <w:rFonts w:cstheme="majorHAnsi"/>
          <w:sz w:val="18"/>
          <w:szCs w:val="18"/>
        </w:rPr>
        <w:t xml:space="preserve"> </w:t>
      </w:r>
      <w:proofErr w:type="spellStart"/>
      <w:r w:rsidRPr="00B51957">
        <w:rPr>
          <w:rFonts w:ascii="Sylfaen" w:hAnsi="Sylfaen" w:cs="Sylfaen"/>
          <w:sz w:val="18"/>
          <w:szCs w:val="18"/>
        </w:rPr>
        <w:t>ნაკლი</w:t>
      </w:r>
      <w:proofErr w:type="spellEnd"/>
      <w:r w:rsidRPr="00B51957">
        <w:rPr>
          <w:rFonts w:cstheme="majorHAnsi"/>
          <w:sz w:val="18"/>
          <w:szCs w:val="18"/>
        </w:rPr>
        <w:t>/</w:t>
      </w:r>
      <w:proofErr w:type="spellStart"/>
      <w:r w:rsidRPr="00B51957">
        <w:rPr>
          <w:rFonts w:ascii="Sylfaen" w:hAnsi="Sylfaen" w:cs="Sylfaen"/>
          <w:sz w:val="18"/>
          <w:szCs w:val="18"/>
        </w:rPr>
        <w:t>ხარვეზი</w:t>
      </w:r>
      <w:proofErr w:type="spellEnd"/>
      <w:r w:rsidRPr="00B51957">
        <w:rPr>
          <w:rFonts w:cstheme="majorHAnsi"/>
          <w:sz w:val="18"/>
          <w:szCs w:val="18"/>
        </w:rPr>
        <w:t xml:space="preserve">, </w:t>
      </w:r>
      <w:proofErr w:type="spellStart"/>
      <w:r w:rsidRPr="00B51957">
        <w:rPr>
          <w:rFonts w:ascii="Sylfaen" w:hAnsi="Sylfaen" w:cs="Sylfaen"/>
          <w:sz w:val="18"/>
          <w:szCs w:val="18"/>
        </w:rPr>
        <w:t>ხოლო</w:t>
      </w:r>
      <w:proofErr w:type="spellEnd"/>
      <w:r w:rsidRPr="00B51957">
        <w:rPr>
          <w:rFonts w:cstheme="majorHAnsi"/>
          <w:sz w:val="18"/>
          <w:szCs w:val="18"/>
        </w:rPr>
        <w:t xml:space="preserve"> </w:t>
      </w:r>
      <w:proofErr w:type="spellStart"/>
      <w:r w:rsidRPr="00B51957">
        <w:rPr>
          <w:rFonts w:ascii="Sylfaen" w:hAnsi="Sylfaen" w:cs="Sylfaen"/>
          <w:sz w:val="18"/>
          <w:szCs w:val="18"/>
        </w:rPr>
        <w:t>აღნიშნულის</w:t>
      </w:r>
      <w:proofErr w:type="spellEnd"/>
      <w:r w:rsidRPr="00B51957">
        <w:rPr>
          <w:rFonts w:cstheme="majorHAnsi"/>
          <w:sz w:val="18"/>
          <w:szCs w:val="18"/>
        </w:rPr>
        <w:t xml:space="preserve"> </w:t>
      </w:r>
      <w:proofErr w:type="spellStart"/>
      <w:r w:rsidRPr="00B51957">
        <w:rPr>
          <w:rFonts w:ascii="Sylfaen" w:hAnsi="Sylfaen" w:cs="Sylfaen"/>
          <w:sz w:val="18"/>
          <w:szCs w:val="18"/>
        </w:rPr>
        <w:t>შემდეგ</w:t>
      </w:r>
      <w:proofErr w:type="spellEnd"/>
      <w:r w:rsidRPr="00B51957">
        <w:rPr>
          <w:rFonts w:cstheme="majorHAnsi"/>
          <w:sz w:val="18"/>
          <w:szCs w:val="18"/>
        </w:rPr>
        <w:t xml:space="preserve"> </w:t>
      </w:r>
      <w:proofErr w:type="spellStart"/>
      <w:r w:rsidRPr="00B51957">
        <w:rPr>
          <w:rFonts w:ascii="Sylfaen" w:hAnsi="Sylfaen" w:cs="Sylfaen"/>
          <w:sz w:val="18"/>
          <w:szCs w:val="18"/>
        </w:rPr>
        <w:t>კი</w:t>
      </w:r>
      <w:proofErr w:type="spellEnd"/>
      <w:r w:rsidRPr="00B51957">
        <w:rPr>
          <w:rFonts w:cstheme="majorHAnsi"/>
          <w:sz w:val="18"/>
          <w:szCs w:val="18"/>
        </w:rPr>
        <w:t xml:space="preserve"> </w:t>
      </w:r>
      <w:proofErr w:type="spellStart"/>
      <w:r w:rsidRPr="00B51957">
        <w:rPr>
          <w:rFonts w:ascii="Sylfaen" w:hAnsi="Sylfaen" w:cs="Sylfaen"/>
          <w:sz w:val="18"/>
          <w:szCs w:val="18"/>
        </w:rPr>
        <w:t>მოხდება</w:t>
      </w:r>
      <w:proofErr w:type="spellEnd"/>
      <w:r w:rsidRPr="00B51957">
        <w:rPr>
          <w:rFonts w:cstheme="majorHAnsi"/>
          <w:sz w:val="18"/>
          <w:szCs w:val="18"/>
        </w:rPr>
        <w:t xml:space="preserve"> </w:t>
      </w:r>
      <w:proofErr w:type="spellStart"/>
      <w:r w:rsidRPr="00B51957">
        <w:rPr>
          <w:rFonts w:ascii="Sylfaen" w:hAnsi="Sylfaen" w:cs="Sylfaen"/>
          <w:sz w:val="18"/>
          <w:szCs w:val="18"/>
        </w:rPr>
        <w:t>დამკვეთის</w:t>
      </w:r>
      <w:proofErr w:type="spellEnd"/>
      <w:r w:rsidRPr="00B51957">
        <w:rPr>
          <w:rFonts w:cstheme="majorHAnsi"/>
          <w:sz w:val="18"/>
          <w:szCs w:val="18"/>
        </w:rPr>
        <w:t xml:space="preserve"> </w:t>
      </w:r>
      <w:proofErr w:type="spellStart"/>
      <w:r w:rsidRPr="00B51957">
        <w:rPr>
          <w:rFonts w:ascii="Sylfaen" w:hAnsi="Sylfaen" w:cs="Sylfaen"/>
          <w:sz w:val="18"/>
          <w:szCs w:val="18"/>
        </w:rPr>
        <w:t>მიერ</w:t>
      </w:r>
      <w:proofErr w:type="spellEnd"/>
      <w:r w:rsidRPr="00B51957">
        <w:rPr>
          <w:rFonts w:cstheme="majorHAnsi"/>
          <w:sz w:val="18"/>
          <w:szCs w:val="18"/>
        </w:rPr>
        <w:t xml:space="preserve"> </w:t>
      </w:r>
      <w:proofErr w:type="spellStart"/>
      <w:r w:rsidRPr="00B51957">
        <w:rPr>
          <w:rFonts w:ascii="Sylfaen" w:hAnsi="Sylfaen" w:cs="Sylfaen"/>
          <w:sz w:val="18"/>
          <w:szCs w:val="18"/>
        </w:rPr>
        <w:t>საგარანტიო</w:t>
      </w:r>
      <w:proofErr w:type="spellEnd"/>
      <w:r w:rsidRPr="00B51957">
        <w:rPr>
          <w:rFonts w:cstheme="majorHAnsi"/>
          <w:sz w:val="18"/>
          <w:szCs w:val="18"/>
        </w:rPr>
        <w:t xml:space="preserve"> </w:t>
      </w:r>
      <w:proofErr w:type="spellStart"/>
      <w:r w:rsidRPr="00B51957">
        <w:rPr>
          <w:rFonts w:ascii="Sylfaen" w:hAnsi="Sylfaen" w:cs="Sylfaen"/>
          <w:sz w:val="18"/>
          <w:szCs w:val="18"/>
        </w:rPr>
        <w:t>თანხის</w:t>
      </w:r>
      <w:proofErr w:type="spellEnd"/>
      <w:r w:rsidRPr="00B51957">
        <w:rPr>
          <w:rFonts w:cstheme="majorHAnsi"/>
          <w:sz w:val="18"/>
          <w:szCs w:val="18"/>
        </w:rPr>
        <w:t xml:space="preserve">  </w:t>
      </w:r>
      <w:proofErr w:type="spellStart"/>
      <w:r w:rsidRPr="00B51957">
        <w:rPr>
          <w:rFonts w:ascii="Sylfaen" w:hAnsi="Sylfaen" w:cs="Sylfaen"/>
          <w:sz w:val="18"/>
          <w:szCs w:val="18"/>
        </w:rPr>
        <w:t>შესაბამისი</w:t>
      </w:r>
      <w:proofErr w:type="spellEnd"/>
      <w:r w:rsidRPr="00B51957">
        <w:rPr>
          <w:rFonts w:cstheme="majorHAnsi"/>
          <w:sz w:val="18"/>
          <w:szCs w:val="18"/>
        </w:rPr>
        <w:t xml:space="preserve"> </w:t>
      </w:r>
      <w:proofErr w:type="spellStart"/>
      <w:r w:rsidRPr="00B51957">
        <w:rPr>
          <w:rFonts w:ascii="Sylfaen" w:hAnsi="Sylfaen" w:cs="Sylfaen"/>
          <w:sz w:val="18"/>
          <w:szCs w:val="18"/>
        </w:rPr>
        <w:t>ნაწილის</w:t>
      </w:r>
      <w:proofErr w:type="spellEnd"/>
      <w:r w:rsidRPr="00B51957">
        <w:rPr>
          <w:rFonts w:cstheme="majorHAnsi"/>
          <w:sz w:val="18"/>
          <w:szCs w:val="18"/>
        </w:rPr>
        <w:t xml:space="preserve"> </w:t>
      </w:r>
      <w:proofErr w:type="spellStart"/>
      <w:r w:rsidRPr="00B51957">
        <w:rPr>
          <w:rFonts w:ascii="Sylfaen" w:hAnsi="Sylfaen" w:cs="Sylfaen"/>
          <w:sz w:val="18"/>
          <w:szCs w:val="18"/>
        </w:rPr>
        <w:t>მენარდისათვის</w:t>
      </w:r>
      <w:proofErr w:type="spellEnd"/>
      <w:r w:rsidRPr="00B51957">
        <w:rPr>
          <w:rFonts w:cstheme="majorHAnsi"/>
          <w:sz w:val="18"/>
          <w:szCs w:val="18"/>
        </w:rPr>
        <w:t xml:space="preserve"> </w:t>
      </w:r>
      <w:proofErr w:type="spellStart"/>
      <w:r w:rsidRPr="00B51957">
        <w:rPr>
          <w:rFonts w:ascii="Sylfaen" w:hAnsi="Sylfaen" w:cs="Sylfaen"/>
          <w:sz w:val="18"/>
          <w:szCs w:val="18"/>
        </w:rPr>
        <w:t>დაბრუნება</w:t>
      </w:r>
      <w:proofErr w:type="spellEnd"/>
      <w:r w:rsidRPr="00B51957">
        <w:rPr>
          <w:rFonts w:cstheme="majorHAnsi"/>
          <w:sz w:val="18"/>
          <w:szCs w:val="18"/>
        </w:rPr>
        <w:t xml:space="preserve">. </w:t>
      </w:r>
      <w:proofErr w:type="spellStart"/>
      <w:r w:rsidRPr="00B51957">
        <w:rPr>
          <w:rFonts w:ascii="Sylfaen" w:hAnsi="Sylfaen" w:cs="Sylfaen"/>
          <w:sz w:val="18"/>
          <w:szCs w:val="18"/>
        </w:rPr>
        <w:t>დამკვეთის</w:t>
      </w:r>
      <w:proofErr w:type="spellEnd"/>
      <w:r w:rsidRPr="00B51957">
        <w:rPr>
          <w:rFonts w:cstheme="majorHAnsi"/>
          <w:sz w:val="18"/>
          <w:szCs w:val="18"/>
        </w:rPr>
        <w:t xml:space="preserve"> </w:t>
      </w:r>
      <w:proofErr w:type="spellStart"/>
      <w:r w:rsidRPr="00B51957">
        <w:rPr>
          <w:rFonts w:ascii="Sylfaen" w:hAnsi="Sylfaen" w:cs="Sylfaen"/>
          <w:sz w:val="18"/>
          <w:szCs w:val="18"/>
        </w:rPr>
        <w:t>მიერ</w:t>
      </w:r>
      <w:proofErr w:type="spellEnd"/>
      <w:r w:rsidRPr="00B51957">
        <w:rPr>
          <w:rFonts w:cstheme="majorHAnsi"/>
          <w:sz w:val="18"/>
          <w:szCs w:val="18"/>
        </w:rPr>
        <w:t xml:space="preserve"> </w:t>
      </w:r>
      <w:proofErr w:type="spellStart"/>
      <w:r w:rsidRPr="00B51957">
        <w:rPr>
          <w:rFonts w:ascii="Sylfaen" w:hAnsi="Sylfaen" w:cs="Sylfaen"/>
          <w:sz w:val="18"/>
          <w:szCs w:val="18"/>
        </w:rPr>
        <w:t>მენარდისთვის</w:t>
      </w:r>
      <w:proofErr w:type="spellEnd"/>
      <w:r w:rsidRPr="00B51957">
        <w:rPr>
          <w:rFonts w:cstheme="majorHAnsi"/>
          <w:sz w:val="18"/>
          <w:szCs w:val="18"/>
        </w:rPr>
        <w:t xml:space="preserve"> </w:t>
      </w:r>
      <w:proofErr w:type="spellStart"/>
      <w:r w:rsidRPr="00B51957">
        <w:rPr>
          <w:rFonts w:ascii="Sylfaen" w:hAnsi="Sylfaen" w:cs="Sylfaen"/>
          <w:sz w:val="18"/>
          <w:szCs w:val="18"/>
        </w:rPr>
        <w:t>ვადაზე</w:t>
      </w:r>
      <w:proofErr w:type="spellEnd"/>
      <w:r w:rsidRPr="00B51957">
        <w:rPr>
          <w:rFonts w:cstheme="majorHAnsi"/>
          <w:sz w:val="18"/>
          <w:szCs w:val="18"/>
        </w:rPr>
        <w:t xml:space="preserve"> </w:t>
      </w:r>
      <w:proofErr w:type="spellStart"/>
      <w:r w:rsidRPr="00B51957">
        <w:rPr>
          <w:rFonts w:ascii="Sylfaen" w:hAnsi="Sylfaen" w:cs="Sylfaen"/>
          <w:sz w:val="18"/>
          <w:szCs w:val="18"/>
        </w:rPr>
        <w:t>ადრე</w:t>
      </w:r>
      <w:proofErr w:type="spellEnd"/>
      <w:r w:rsidRPr="00B51957">
        <w:rPr>
          <w:rFonts w:cstheme="majorHAnsi"/>
          <w:sz w:val="18"/>
          <w:szCs w:val="18"/>
        </w:rPr>
        <w:t xml:space="preserve"> „</w:t>
      </w:r>
      <w:proofErr w:type="spellStart"/>
      <w:r w:rsidRPr="00B51957">
        <w:rPr>
          <w:rFonts w:ascii="Sylfaen" w:hAnsi="Sylfaen" w:cs="Sylfaen"/>
          <w:sz w:val="18"/>
          <w:szCs w:val="18"/>
        </w:rPr>
        <w:t>საგარანტიოდ</w:t>
      </w:r>
      <w:proofErr w:type="spellEnd"/>
      <w:r w:rsidRPr="00B51957">
        <w:rPr>
          <w:rFonts w:cstheme="majorHAnsi"/>
          <w:sz w:val="18"/>
          <w:szCs w:val="18"/>
        </w:rPr>
        <w:t xml:space="preserve"> </w:t>
      </w:r>
      <w:proofErr w:type="spellStart"/>
      <w:r w:rsidRPr="00B51957">
        <w:rPr>
          <w:rFonts w:ascii="Sylfaen" w:hAnsi="Sylfaen" w:cs="Sylfaen"/>
          <w:sz w:val="18"/>
          <w:szCs w:val="18"/>
        </w:rPr>
        <w:t>დაკავებული</w:t>
      </w:r>
      <w:proofErr w:type="spellEnd"/>
      <w:r w:rsidRPr="00B51957">
        <w:rPr>
          <w:rFonts w:cstheme="majorHAnsi"/>
          <w:sz w:val="18"/>
          <w:szCs w:val="18"/>
        </w:rPr>
        <w:t xml:space="preserve"> </w:t>
      </w:r>
      <w:proofErr w:type="spellStart"/>
      <w:proofErr w:type="gramStart"/>
      <w:r w:rsidRPr="00B51957">
        <w:rPr>
          <w:rFonts w:ascii="Sylfaen" w:hAnsi="Sylfaen" w:cs="Sylfaen"/>
          <w:sz w:val="18"/>
          <w:szCs w:val="18"/>
        </w:rPr>
        <w:t>თანხის</w:t>
      </w:r>
      <w:proofErr w:type="spellEnd"/>
      <w:r w:rsidRPr="00B51957">
        <w:rPr>
          <w:rFonts w:cstheme="majorHAnsi"/>
          <w:sz w:val="18"/>
          <w:szCs w:val="18"/>
        </w:rPr>
        <w:t>“</w:t>
      </w:r>
      <w:r>
        <w:rPr>
          <w:rFonts w:ascii="Sylfaen" w:hAnsi="Sylfaen" w:cstheme="majorHAnsi"/>
          <w:sz w:val="18"/>
          <w:szCs w:val="18"/>
          <w:lang w:val="ka-GE"/>
        </w:rPr>
        <w:t xml:space="preserve"> </w:t>
      </w:r>
      <w:proofErr w:type="spellStart"/>
      <w:r w:rsidRPr="00B51957">
        <w:rPr>
          <w:rFonts w:ascii="Sylfaen" w:hAnsi="Sylfaen" w:cs="Sylfaen"/>
          <w:sz w:val="18"/>
          <w:szCs w:val="18"/>
        </w:rPr>
        <w:t>გადახდა</w:t>
      </w:r>
      <w:proofErr w:type="spellEnd"/>
      <w:proofErr w:type="gramEnd"/>
      <w:r w:rsidRPr="00B51957">
        <w:rPr>
          <w:rFonts w:cstheme="majorHAnsi"/>
          <w:sz w:val="18"/>
          <w:szCs w:val="18"/>
        </w:rPr>
        <w:t xml:space="preserve"> </w:t>
      </w:r>
      <w:proofErr w:type="spellStart"/>
      <w:r w:rsidRPr="00B51957">
        <w:rPr>
          <w:rFonts w:ascii="Sylfaen" w:hAnsi="Sylfaen" w:cs="Sylfaen"/>
          <w:sz w:val="18"/>
          <w:szCs w:val="18"/>
        </w:rPr>
        <w:t>შესაძლებელია</w:t>
      </w:r>
      <w:proofErr w:type="spellEnd"/>
      <w:r w:rsidRPr="00B51957">
        <w:rPr>
          <w:rFonts w:cstheme="majorHAnsi"/>
          <w:sz w:val="18"/>
          <w:szCs w:val="18"/>
        </w:rPr>
        <w:t xml:space="preserve"> </w:t>
      </w:r>
      <w:proofErr w:type="spellStart"/>
      <w:r w:rsidRPr="00B51957">
        <w:rPr>
          <w:rFonts w:ascii="Sylfaen" w:hAnsi="Sylfaen" w:cs="Sylfaen"/>
          <w:sz w:val="18"/>
          <w:szCs w:val="18"/>
        </w:rPr>
        <w:t>საბანკო</w:t>
      </w:r>
      <w:proofErr w:type="spellEnd"/>
      <w:r w:rsidRPr="00B51957">
        <w:rPr>
          <w:rFonts w:cstheme="majorHAnsi"/>
          <w:sz w:val="18"/>
          <w:szCs w:val="18"/>
        </w:rPr>
        <w:t xml:space="preserve"> </w:t>
      </w:r>
      <w:proofErr w:type="spellStart"/>
      <w:r w:rsidRPr="00B51957">
        <w:rPr>
          <w:rFonts w:ascii="Sylfaen" w:hAnsi="Sylfaen" w:cs="Sylfaen"/>
          <w:sz w:val="18"/>
          <w:szCs w:val="18"/>
        </w:rPr>
        <w:t>გარანტიის</w:t>
      </w:r>
      <w:proofErr w:type="spellEnd"/>
      <w:r w:rsidRPr="00B51957">
        <w:rPr>
          <w:rFonts w:cstheme="majorHAnsi"/>
          <w:sz w:val="18"/>
          <w:szCs w:val="18"/>
        </w:rPr>
        <w:t xml:space="preserve"> </w:t>
      </w:r>
      <w:proofErr w:type="spellStart"/>
      <w:r w:rsidRPr="00B51957">
        <w:rPr>
          <w:rFonts w:ascii="Sylfaen" w:hAnsi="Sylfaen" w:cs="Sylfaen"/>
          <w:sz w:val="18"/>
          <w:szCs w:val="18"/>
        </w:rPr>
        <w:t>წარმოდგენის</w:t>
      </w:r>
      <w:proofErr w:type="spellEnd"/>
      <w:r w:rsidRPr="00B51957">
        <w:rPr>
          <w:rFonts w:cstheme="majorHAnsi"/>
          <w:sz w:val="18"/>
          <w:szCs w:val="18"/>
        </w:rPr>
        <w:t xml:space="preserve"> </w:t>
      </w:r>
      <w:proofErr w:type="spellStart"/>
      <w:r w:rsidRPr="00B51957">
        <w:rPr>
          <w:rFonts w:ascii="Sylfaen" w:hAnsi="Sylfaen" w:cs="Sylfaen"/>
          <w:sz w:val="18"/>
          <w:szCs w:val="18"/>
        </w:rPr>
        <w:lastRenderedPageBreak/>
        <w:t>შემთხვევაში</w:t>
      </w:r>
      <w:proofErr w:type="spellEnd"/>
      <w:r w:rsidRPr="00B51957">
        <w:rPr>
          <w:rFonts w:cstheme="majorHAnsi"/>
          <w:sz w:val="18"/>
          <w:szCs w:val="18"/>
        </w:rPr>
        <w:t xml:space="preserve">, </w:t>
      </w:r>
      <w:proofErr w:type="spellStart"/>
      <w:r w:rsidRPr="00B51957">
        <w:rPr>
          <w:rFonts w:ascii="Sylfaen" w:hAnsi="Sylfaen" w:cs="Sylfaen"/>
          <w:sz w:val="18"/>
          <w:szCs w:val="18"/>
        </w:rPr>
        <w:t>რომლის</w:t>
      </w:r>
      <w:proofErr w:type="spellEnd"/>
      <w:r w:rsidRPr="00B51957">
        <w:rPr>
          <w:rFonts w:cstheme="majorHAnsi"/>
          <w:sz w:val="18"/>
          <w:szCs w:val="18"/>
        </w:rPr>
        <w:t xml:space="preserve"> </w:t>
      </w:r>
      <w:proofErr w:type="spellStart"/>
      <w:r w:rsidRPr="00B51957">
        <w:rPr>
          <w:rFonts w:ascii="Sylfaen" w:hAnsi="Sylfaen" w:cs="Sylfaen"/>
          <w:sz w:val="18"/>
          <w:szCs w:val="18"/>
        </w:rPr>
        <w:t>მოქმედების</w:t>
      </w:r>
      <w:proofErr w:type="spellEnd"/>
      <w:r w:rsidRPr="00B51957">
        <w:rPr>
          <w:rFonts w:cstheme="majorHAnsi"/>
          <w:sz w:val="18"/>
          <w:szCs w:val="18"/>
        </w:rPr>
        <w:t xml:space="preserve"> </w:t>
      </w:r>
      <w:proofErr w:type="spellStart"/>
      <w:r w:rsidRPr="00B51957">
        <w:rPr>
          <w:rFonts w:ascii="Sylfaen" w:hAnsi="Sylfaen" w:cs="Sylfaen"/>
          <w:sz w:val="18"/>
          <w:szCs w:val="18"/>
        </w:rPr>
        <w:t>ვადა</w:t>
      </w:r>
      <w:proofErr w:type="spellEnd"/>
      <w:r w:rsidRPr="00B51957">
        <w:rPr>
          <w:rFonts w:cstheme="majorHAnsi"/>
          <w:sz w:val="18"/>
          <w:szCs w:val="18"/>
        </w:rPr>
        <w:t xml:space="preserve"> </w:t>
      </w:r>
      <w:proofErr w:type="spellStart"/>
      <w:r w:rsidRPr="00B51957">
        <w:rPr>
          <w:rFonts w:ascii="Sylfaen" w:hAnsi="Sylfaen" w:cs="Sylfaen"/>
          <w:sz w:val="18"/>
          <w:szCs w:val="18"/>
        </w:rPr>
        <w:t>არანაკლებ</w:t>
      </w:r>
      <w:proofErr w:type="spellEnd"/>
      <w:r w:rsidRPr="00B51957">
        <w:rPr>
          <w:rFonts w:cstheme="majorHAnsi"/>
          <w:sz w:val="18"/>
          <w:szCs w:val="18"/>
        </w:rPr>
        <w:t xml:space="preserve"> 30 </w:t>
      </w:r>
      <w:r>
        <w:rPr>
          <w:rFonts w:ascii="Sylfaen" w:hAnsi="Sylfaen" w:cstheme="majorHAnsi"/>
          <w:sz w:val="18"/>
          <w:szCs w:val="18"/>
          <w:lang w:val="ka-GE"/>
        </w:rPr>
        <w:t>(</w:t>
      </w:r>
      <w:proofErr w:type="spellStart"/>
      <w:r w:rsidRPr="00B51957">
        <w:rPr>
          <w:rFonts w:ascii="Sylfaen" w:hAnsi="Sylfaen" w:cs="Sylfaen"/>
          <w:sz w:val="18"/>
          <w:szCs w:val="18"/>
        </w:rPr>
        <w:t>ოცდაათი</w:t>
      </w:r>
      <w:proofErr w:type="spellEnd"/>
      <w:r>
        <w:rPr>
          <w:rFonts w:ascii="Sylfaen" w:hAnsi="Sylfaen" w:cstheme="majorHAnsi"/>
          <w:sz w:val="18"/>
          <w:szCs w:val="18"/>
          <w:lang w:val="ka-GE"/>
        </w:rPr>
        <w:t>)</w:t>
      </w:r>
      <w:r w:rsidRPr="00B51957">
        <w:rPr>
          <w:rFonts w:cstheme="majorHAnsi"/>
          <w:sz w:val="18"/>
          <w:szCs w:val="18"/>
        </w:rPr>
        <w:t xml:space="preserve"> </w:t>
      </w:r>
      <w:proofErr w:type="spellStart"/>
      <w:r w:rsidRPr="00B51957">
        <w:rPr>
          <w:rFonts w:ascii="Sylfaen" w:hAnsi="Sylfaen" w:cs="Sylfaen"/>
          <w:sz w:val="18"/>
          <w:szCs w:val="18"/>
        </w:rPr>
        <w:t>კალენდარული</w:t>
      </w:r>
      <w:proofErr w:type="spellEnd"/>
      <w:r w:rsidRPr="00B51957">
        <w:rPr>
          <w:rFonts w:cstheme="majorHAnsi"/>
          <w:sz w:val="18"/>
          <w:szCs w:val="18"/>
        </w:rPr>
        <w:t xml:space="preserve"> </w:t>
      </w:r>
      <w:proofErr w:type="spellStart"/>
      <w:r w:rsidRPr="00B51957">
        <w:rPr>
          <w:rFonts w:ascii="Sylfaen" w:hAnsi="Sylfaen" w:cs="Sylfaen"/>
          <w:sz w:val="18"/>
          <w:szCs w:val="18"/>
        </w:rPr>
        <w:t>დღით</w:t>
      </w:r>
      <w:proofErr w:type="spellEnd"/>
      <w:r w:rsidRPr="00B51957">
        <w:rPr>
          <w:rFonts w:cstheme="majorHAnsi"/>
          <w:sz w:val="18"/>
          <w:szCs w:val="18"/>
        </w:rPr>
        <w:t xml:space="preserve"> </w:t>
      </w:r>
      <w:proofErr w:type="spellStart"/>
      <w:r w:rsidRPr="00B51957">
        <w:rPr>
          <w:rFonts w:ascii="Sylfaen" w:hAnsi="Sylfaen" w:cs="Sylfaen"/>
          <w:sz w:val="18"/>
          <w:szCs w:val="18"/>
        </w:rPr>
        <w:t>უნდა</w:t>
      </w:r>
      <w:proofErr w:type="spellEnd"/>
      <w:r w:rsidRPr="00B51957">
        <w:rPr>
          <w:rFonts w:cstheme="majorHAnsi"/>
          <w:sz w:val="18"/>
          <w:szCs w:val="18"/>
        </w:rPr>
        <w:t xml:space="preserve"> </w:t>
      </w:r>
      <w:proofErr w:type="spellStart"/>
      <w:r w:rsidRPr="00B51957">
        <w:rPr>
          <w:rFonts w:ascii="Sylfaen" w:hAnsi="Sylfaen" w:cs="Sylfaen"/>
          <w:sz w:val="18"/>
          <w:szCs w:val="18"/>
        </w:rPr>
        <w:t>აღემატებოდეს</w:t>
      </w:r>
      <w:proofErr w:type="spellEnd"/>
      <w:r w:rsidRPr="00B51957">
        <w:rPr>
          <w:rFonts w:cstheme="majorHAnsi"/>
          <w:sz w:val="18"/>
          <w:szCs w:val="18"/>
        </w:rPr>
        <w:t xml:space="preserve"> „</w:t>
      </w:r>
      <w:proofErr w:type="spellStart"/>
      <w:r w:rsidRPr="00B51957">
        <w:rPr>
          <w:rFonts w:ascii="Sylfaen" w:hAnsi="Sylfaen" w:cs="Sylfaen"/>
          <w:sz w:val="18"/>
          <w:szCs w:val="18"/>
        </w:rPr>
        <w:t>საგარანტიოდ</w:t>
      </w:r>
      <w:proofErr w:type="spellEnd"/>
      <w:r w:rsidRPr="00B51957">
        <w:rPr>
          <w:rFonts w:cstheme="majorHAnsi"/>
          <w:sz w:val="18"/>
          <w:szCs w:val="18"/>
        </w:rPr>
        <w:t xml:space="preserve"> </w:t>
      </w:r>
      <w:proofErr w:type="spellStart"/>
      <w:r w:rsidRPr="00B51957">
        <w:rPr>
          <w:rFonts w:ascii="Sylfaen" w:hAnsi="Sylfaen" w:cs="Sylfaen"/>
          <w:sz w:val="18"/>
          <w:szCs w:val="18"/>
        </w:rPr>
        <w:t>დაკავებული</w:t>
      </w:r>
      <w:proofErr w:type="spellEnd"/>
      <w:r w:rsidRPr="00B51957">
        <w:rPr>
          <w:rFonts w:cstheme="majorHAnsi"/>
          <w:sz w:val="18"/>
          <w:szCs w:val="18"/>
        </w:rPr>
        <w:t xml:space="preserve"> </w:t>
      </w:r>
      <w:proofErr w:type="spellStart"/>
      <w:r w:rsidRPr="00B51957">
        <w:rPr>
          <w:rFonts w:ascii="Sylfaen" w:hAnsi="Sylfaen" w:cs="Sylfaen"/>
          <w:sz w:val="18"/>
          <w:szCs w:val="18"/>
        </w:rPr>
        <w:t>თანხის</w:t>
      </w:r>
      <w:proofErr w:type="spellEnd"/>
      <w:r w:rsidRPr="00B51957">
        <w:rPr>
          <w:rFonts w:cstheme="majorHAnsi"/>
          <w:sz w:val="18"/>
          <w:szCs w:val="18"/>
        </w:rPr>
        <w:t xml:space="preserve">“ </w:t>
      </w:r>
      <w:proofErr w:type="spellStart"/>
      <w:r w:rsidRPr="00B51957">
        <w:rPr>
          <w:rFonts w:ascii="Sylfaen" w:hAnsi="Sylfaen" w:cs="Sylfaen"/>
          <w:sz w:val="18"/>
          <w:szCs w:val="18"/>
        </w:rPr>
        <w:t>გადახდის</w:t>
      </w:r>
      <w:proofErr w:type="spellEnd"/>
      <w:r w:rsidRPr="00B51957">
        <w:rPr>
          <w:rFonts w:cstheme="majorHAnsi"/>
          <w:sz w:val="18"/>
          <w:szCs w:val="18"/>
        </w:rPr>
        <w:t xml:space="preserve"> </w:t>
      </w:r>
      <w:proofErr w:type="spellStart"/>
      <w:r w:rsidRPr="00B51957">
        <w:rPr>
          <w:rFonts w:ascii="Sylfaen" w:hAnsi="Sylfaen" w:cs="Sylfaen"/>
          <w:sz w:val="18"/>
          <w:szCs w:val="18"/>
        </w:rPr>
        <w:t>საბოლოო</w:t>
      </w:r>
      <w:proofErr w:type="spellEnd"/>
      <w:r w:rsidRPr="00B51957">
        <w:rPr>
          <w:rFonts w:cstheme="majorHAnsi"/>
          <w:sz w:val="18"/>
          <w:szCs w:val="18"/>
        </w:rPr>
        <w:t xml:space="preserve"> </w:t>
      </w:r>
      <w:proofErr w:type="spellStart"/>
      <w:r w:rsidRPr="00B51957">
        <w:rPr>
          <w:rFonts w:ascii="Sylfaen" w:hAnsi="Sylfaen" w:cs="Sylfaen"/>
          <w:sz w:val="18"/>
          <w:szCs w:val="18"/>
        </w:rPr>
        <w:t>ვადას</w:t>
      </w:r>
      <w:proofErr w:type="spellEnd"/>
      <w:r w:rsidRPr="00B51957">
        <w:rPr>
          <w:rFonts w:cstheme="majorHAnsi"/>
          <w:sz w:val="18"/>
          <w:szCs w:val="18"/>
        </w:rPr>
        <w:t>;</w:t>
      </w:r>
    </w:p>
    <w:p w14:paraId="4F9BA0C8" w14:textId="77777777" w:rsidR="005C33B5" w:rsidRPr="008D2F5B" w:rsidRDefault="005C33B5" w:rsidP="005C33B5">
      <w:pPr>
        <w:pStyle w:val="ListParagraph"/>
        <w:numPr>
          <w:ilvl w:val="2"/>
          <w:numId w:val="13"/>
        </w:numPr>
        <w:jc w:val="both"/>
        <w:rPr>
          <w:rFonts w:cstheme="majorHAnsi"/>
          <w:sz w:val="18"/>
          <w:szCs w:val="18"/>
        </w:rPr>
      </w:pPr>
      <w:r w:rsidRPr="008D2F5B">
        <w:rPr>
          <w:rFonts w:ascii="Sylfaen" w:hAnsi="Sylfaen" w:cs="Sylfaen"/>
          <w:bCs/>
          <w:sz w:val="18"/>
          <w:szCs w:val="18"/>
          <w:lang w:val="ka-GE"/>
        </w:rPr>
        <w:t>მენარდე</w:t>
      </w:r>
      <w:r w:rsidRPr="008D2F5B">
        <w:rPr>
          <w:rFonts w:ascii="Sylfaen" w:hAnsi="Sylfaen"/>
          <w:sz w:val="18"/>
          <w:szCs w:val="18"/>
        </w:rPr>
        <w:t xml:space="preserve"> </w:t>
      </w:r>
      <w:proofErr w:type="spellStart"/>
      <w:r w:rsidRPr="008D2F5B">
        <w:rPr>
          <w:rFonts w:ascii="Sylfaen" w:hAnsi="Sylfaen"/>
          <w:sz w:val="18"/>
          <w:szCs w:val="18"/>
        </w:rPr>
        <w:t>ვალდებულია</w:t>
      </w:r>
      <w:proofErr w:type="spellEnd"/>
      <w:r w:rsidRPr="008D2F5B">
        <w:rPr>
          <w:rFonts w:ascii="Sylfaen" w:hAnsi="Sylfaen"/>
          <w:sz w:val="18"/>
          <w:szCs w:val="18"/>
        </w:rPr>
        <w:t xml:space="preserve"> </w:t>
      </w:r>
      <w:r w:rsidRPr="008D2F5B">
        <w:rPr>
          <w:rFonts w:ascii="Sylfaen" w:hAnsi="Sylfaen"/>
          <w:bCs/>
          <w:sz w:val="18"/>
          <w:szCs w:val="18"/>
          <w:lang w:val="ka-GE"/>
        </w:rPr>
        <w:t>დამკვეთს</w:t>
      </w:r>
      <w:r w:rsidRPr="008D2F5B">
        <w:rPr>
          <w:rFonts w:ascii="Sylfaen" w:hAnsi="Sylfaen"/>
          <w:sz w:val="18"/>
          <w:szCs w:val="18"/>
          <w:lang w:val="ka-GE"/>
        </w:rPr>
        <w:t xml:space="preserve"> წარუდგინოს სამუშაოთა შესრულების უპირობო, გამოუთხოვადი</w:t>
      </w:r>
      <w:r w:rsidRPr="008D2F5B">
        <w:rPr>
          <w:rFonts w:ascii="Sylfaen" w:hAnsi="Sylfaen"/>
          <w:sz w:val="18"/>
          <w:szCs w:val="18"/>
        </w:rPr>
        <w:t xml:space="preserve"> </w:t>
      </w:r>
      <w:proofErr w:type="spellStart"/>
      <w:r w:rsidRPr="008D2F5B">
        <w:rPr>
          <w:rFonts w:ascii="Sylfaen" w:hAnsi="Sylfaen"/>
          <w:sz w:val="18"/>
          <w:szCs w:val="18"/>
        </w:rPr>
        <w:t>საბანკო</w:t>
      </w:r>
      <w:proofErr w:type="spellEnd"/>
      <w:r w:rsidRPr="008D2F5B">
        <w:rPr>
          <w:rFonts w:ascii="Sylfaen" w:hAnsi="Sylfaen"/>
          <w:sz w:val="18"/>
          <w:szCs w:val="18"/>
        </w:rPr>
        <w:t xml:space="preserve"> </w:t>
      </w:r>
      <w:proofErr w:type="spellStart"/>
      <w:r w:rsidRPr="008D2F5B">
        <w:rPr>
          <w:rFonts w:ascii="Sylfaen" w:hAnsi="Sylfaen"/>
          <w:sz w:val="18"/>
          <w:szCs w:val="18"/>
        </w:rPr>
        <w:t>გარანტია</w:t>
      </w:r>
      <w:proofErr w:type="spellEnd"/>
      <w:r w:rsidRPr="008D2F5B">
        <w:rPr>
          <w:rFonts w:ascii="Sylfaen" w:hAnsi="Sylfaen"/>
          <w:sz w:val="18"/>
          <w:szCs w:val="18"/>
        </w:rPr>
        <w:t xml:space="preserve">, </w:t>
      </w:r>
      <w:proofErr w:type="spellStart"/>
      <w:r w:rsidRPr="008D2F5B">
        <w:rPr>
          <w:rFonts w:ascii="Sylfaen" w:hAnsi="Sylfaen"/>
          <w:sz w:val="18"/>
          <w:szCs w:val="18"/>
        </w:rPr>
        <w:t>ხელშეკრულების</w:t>
      </w:r>
      <w:proofErr w:type="spellEnd"/>
      <w:r w:rsidRPr="008D2F5B">
        <w:rPr>
          <w:rFonts w:ascii="Sylfaen" w:hAnsi="Sylfaen"/>
          <w:sz w:val="18"/>
          <w:szCs w:val="18"/>
        </w:rPr>
        <w:t xml:space="preserve"> </w:t>
      </w:r>
      <w:proofErr w:type="spellStart"/>
      <w:r w:rsidRPr="008D2F5B">
        <w:rPr>
          <w:rFonts w:ascii="Sylfaen" w:hAnsi="Sylfaen"/>
          <w:sz w:val="18"/>
          <w:szCs w:val="18"/>
        </w:rPr>
        <w:t>ღირებულების</w:t>
      </w:r>
      <w:proofErr w:type="spellEnd"/>
      <w:r w:rsidRPr="008D2F5B">
        <w:rPr>
          <w:rFonts w:ascii="Sylfaen" w:hAnsi="Sylfaen"/>
          <w:sz w:val="18"/>
          <w:szCs w:val="18"/>
        </w:rPr>
        <w:t xml:space="preserve"> 10%-</w:t>
      </w:r>
      <w:r w:rsidRPr="008D2F5B">
        <w:rPr>
          <w:rFonts w:ascii="Sylfaen" w:hAnsi="Sylfaen"/>
          <w:sz w:val="18"/>
          <w:szCs w:val="18"/>
          <w:lang w:val="ka-GE"/>
        </w:rPr>
        <w:t>ი</w:t>
      </w:r>
      <w:r w:rsidRPr="008D2F5B">
        <w:rPr>
          <w:rFonts w:ascii="Sylfaen" w:hAnsi="Sylfaen"/>
          <w:sz w:val="18"/>
          <w:szCs w:val="18"/>
        </w:rPr>
        <w:t xml:space="preserve">ს </w:t>
      </w:r>
      <w:r w:rsidRPr="008D2F5B">
        <w:rPr>
          <w:rFonts w:ascii="Sylfaen" w:hAnsi="Sylfaen"/>
          <w:sz w:val="18"/>
          <w:szCs w:val="18"/>
          <w:lang w:val="ka-GE"/>
        </w:rPr>
        <w:t>ოდენობით,</w:t>
      </w:r>
      <w:r w:rsidRPr="008D2F5B">
        <w:rPr>
          <w:rFonts w:ascii="Sylfaen" w:hAnsi="Sylfaen"/>
          <w:sz w:val="18"/>
          <w:szCs w:val="18"/>
        </w:rPr>
        <w:t xml:space="preserve"> </w:t>
      </w:r>
      <w:proofErr w:type="spellStart"/>
      <w:r w:rsidRPr="008D2F5B">
        <w:rPr>
          <w:rFonts w:ascii="Sylfaen" w:hAnsi="Sylfaen"/>
          <w:sz w:val="18"/>
          <w:szCs w:val="18"/>
        </w:rPr>
        <w:t>რომლი</w:t>
      </w:r>
      <w:proofErr w:type="spellEnd"/>
      <w:r w:rsidRPr="008D2F5B">
        <w:rPr>
          <w:rFonts w:ascii="Sylfaen" w:hAnsi="Sylfaen"/>
          <w:sz w:val="18"/>
          <w:szCs w:val="18"/>
          <w:lang w:val="ka-GE"/>
        </w:rPr>
        <w:t>ს</w:t>
      </w:r>
      <w:r w:rsidRPr="008D2F5B">
        <w:rPr>
          <w:rFonts w:ascii="Sylfaen" w:hAnsi="Sylfaen"/>
          <w:sz w:val="18"/>
          <w:szCs w:val="18"/>
        </w:rPr>
        <w:t xml:space="preserve"> </w:t>
      </w:r>
      <w:proofErr w:type="spellStart"/>
      <w:r w:rsidRPr="008D2F5B">
        <w:rPr>
          <w:rFonts w:ascii="Sylfaen" w:hAnsi="Sylfaen"/>
          <w:sz w:val="18"/>
          <w:szCs w:val="18"/>
        </w:rPr>
        <w:t>მოქმედებ</w:t>
      </w:r>
      <w:proofErr w:type="spellEnd"/>
      <w:r w:rsidRPr="008D2F5B">
        <w:rPr>
          <w:rFonts w:ascii="Sylfaen" w:hAnsi="Sylfaen"/>
          <w:sz w:val="18"/>
          <w:szCs w:val="18"/>
          <w:lang w:val="ka-GE"/>
        </w:rPr>
        <w:t>ი</w:t>
      </w:r>
      <w:r w:rsidRPr="008D2F5B">
        <w:rPr>
          <w:rFonts w:ascii="Sylfaen" w:hAnsi="Sylfaen"/>
          <w:sz w:val="18"/>
          <w:szCs w:val="18"/>
        </w:rPr>
        <w:t xml:space="preserve">ს </w:t>
      </w:r>
      <w:proofErr w:type="spellStart"/>
      <w:r w:rsidRPr="008D2F5B">
        <w:rPr>
          <w:rFonts w:ascii="Sylfaen" w:hAnsi="Sylfaen"/>
          <w:sz w:val="18"/>
          <w:szCs w:val="18"/>
        </w:rPr>
        <w:t>ვად</w:t>
      </w:r>
      <w:proofErr w:type="spellEnd"/>
      <w:r w:rsidRPr="008D2F5B">
        <w:rPr>
          <w:rFonts w:ascii="Sylfaen" w:hAnsi="Sylfaen"/>
          <w:sz w:val="18"/>
          <w:szCs w:val="18"/>
          <w:lang w:val="ka-GE"/>
        </w:rPr>
        <w:t>ა</w:t>
      </w:r>
      <w:r>
        <w:rPr>
          <w:rFonts w:ascii="Sylfaen" w:hAnsi="Sylfaen"/>
          <w:sz w:val="18"/>
          <w:szCs w:val="18"/>
          <w:lang w:val="ka-GE"/>
        </w:rPr>
        <w:t xml:space="preserve"> </w:t>
      </w:r>
      <w:r w:rsidRPr="008D2F5B">
        <w:rPr>
          <w:rFonts w:ascii="Sylfaen" w:hAnsi="Sylfaen"/>
          <w:sz w:val="18"/>
          <w:szCs w:val="18"/>
          <w:lang w:val="ka-GE"/>
        </w:rPr>
        <w:t>მინიმუმ 30 კალენდარული დღით უნდა აღემატებოდეს ხელშეკრულებით შეთანხმებულ საშემსრულებლო ვადას.</w:t>
      </w:r>
    </w:p>
    <w:p w14:paraId="0AB89DBF" w14:textId="75BC8A7C" w:rsidR="00B51957" w:rsidRPr="00B51957" w:rsidRDefault="00B51957" w:rsidP="00185C20">
      <w:pPr>
        <w:pStyle w:val="ListParagraph"/>
        <w:ind w:left="1080"/>
        <w:jc w:val="both"/>
        <w:rPr>
          <w:rFonts w:cstheme="majorHAnsi"/>
          <w:sz w:val="18"/>
          <w:szCs w:val="18"/>
        </w:rPr>
      </w:pPr>
    </w:p>
    <w:p w14:paraId="1153EFD0" w14:textId="07989B06" w:rsidR="004B6084" w:rsidRPr="00B53E64" w:rsidRDefault="00A74260" w:rsidP="00185C20">
      <w:pPr>
        <w:pStyle w:val="ListParagraph"/>
        <w:numPr>
          <w:ilvl w:val="1"/>
          <w:numId w:val="13"/>
        </w:numPr>
        <w:jc w:val="both"/>
        <w:rPr>
          <w:rFonts w:cstheme="majorHAnsi"/>
          <w:b/>
          <w:bCs/>
          <w:sz w:val="20"/>
          <w:szCs w:val="20"/>
        </w:rPr>
      </w:pPr>
      <w:proofErr w:type="spellStart"/>
      <w:r w:rsidRPr="00B51957">
        <w:rPr>
          <w:rFonts w:ascii="Sylfaen" w:hAnsi="Sylfaen" w:cs="Sylfaen"/>
          <w:b/>
          <w:bCs/>
          <w:sz w:val="20"/>
          <w:szCs w:val="20"/>
        </w:rPr>
        <w:t>სამუშაოს</w:t>
      </w:r>
      <w:proofErr w:type="spellEnd"/>
      <w:r w:rsidRPr="00B51957">
        <w:rPr>
          <w:rFonts w:cstheme="majorHAnsi"/>
          <w:b/>
          <w:bCs/>
          <w:sz w:val="20"/>
          <w:szCs w:val="20"/>
        </w:rPr>
        <w:t xml:space="preserve"> </w:t>
      </w:r>
      <w:proofErr w:type="spellStart"/>
      <w:r w:rsidRPr="00B51957">
        <w:rPr>
          <w:rFonts w:ascii="Sylfaen" w:hAnsi="Sylfaen" w:cs="Sylfaen"/>
          <w:b/>
          <w:bCs/>
          <w:sz w:val="20"/>
          <w:szCs w:val="20"/>
        </w:rPr>
        <w:t>წარმოებისა</w:t>
      </w:r>
      <w:proofErr w:type="spellEnd"/>
      <w:r w:rsidRPr="00B51957">
        <w:rPr>
          <w:rFonts w:cstheme="majorHAnsi"/>
          <w:b/>
          <w:bCs/>
          <w:sz w:val="20"/>
          <w:szCs w:val="20"/>
        </w:rPr>
        <w:t xml:space="preserve"> </w:t>
      </w:r>
      <w:proofErr w:type="spellStart"/>
      <w:r w:rsidRPr="00B51957">
        <w:rPr>
          <w:rFonts w:ascii="Sylfaen" w:hAnsi="Sylfaen" w:cs="Sylfaen"/>
          <w:b/>
          <w:bCs/>
          <w:sz w:val="20"/>
          <w:szCs w:val="20"/>
        </w:rPr>
        <w:t>და</w:t>
      </w:r>
      <w:proofErr w:type="spellEnd"/>
      <w:r w:rsidRPr="00B51957">
        <w:rPr>
          <w:rFonts w:cstheme="majorHAnsi"/>
          <w:b/>
          <w:bCs/>
          <w:sz w:val="20"/>
          <w:szCs w:val="20"/>
        </w:rPr>
        <w:t xml:space="preserve"> </w:t>
      </w:r>
      <w:proofErr w:type="spellStart"/>
      <w:r w:rsidRPr="00B51957">
        <w:rPr>
          <w:rFonts w:ascii="Sylfaen" w:hAnsi="Sylfaen" w:cs="Sylfaen"/>
          <w:b/>
          <w:bCs/>
          <w:sz w:val="20"/>
          <w:szCs w:val="20"/>
        </w:rPr>
        <w:t>სამუშაოს</w:t>
      </w:r>
      <w:proofErr w:type="spellEnd"/>
      <w:r w:rsidRPr="00B51957">
        <w:rPr>
          <w:rFonts w:cstheme="majorHAnsi"/>
          <w:b/>
          <w:bCs/>
          <w:sz w:val="20"/>
          <w:szCs w:val="20"/>
        </w:rPr>
        <w:t xml:space="preserve"> </w:t>
      </w:r>
      <w:proofErr w:type="spellStart"/>
      <w:r w:rsidRPr="00B51957">
        <w:rPr>
          <w:rFonts w:ascii="Sylfaen" w:hAnsi="Sylfaen" w:cs="Sylfaen"/>
          <w:b/>
          <w:bCs/>
          <w:sz w:val="20"/>
          <w:szCs w:val="20"/>
        </w:rPr>
        <w:t>მიღების</w:t>
      </w:r>
      <w:proofErr w:type="spellEnd"/>
      <w:r w:rsidRPr="00B51957">
        <w:rPr>
          <w:rFonts w:cstheme="majorHAnsi"/>
          <w:b/>
          <w:bCs/>
          <w:sz w:val="20"/>
          <w:szCs w:val="20"/>
        </w:rPr>
        <w:t xml:space="preserve"> </w:t>
      </w:r>
      <w:proofErr w:type="spellStart"/>
      <w:r w:rsidRPr="00B51957">
        <w:rPr>
          <w:rFonts w:ascii="Sylfaen" w:hAnsi="Sylfaen" w:cs="Sylfaen"/>
          <w:b/>
          <w:bCs/>
          <w:sz w:val="20"/>
          <w:szCs w:val="20"/>
        </w:rPr>
        <w:t>წესი</w:t>
      </w:r>
      <w:proofErr w:type="spellEnd"/>
    </w:p>
    <w:p w14:paraId="39CE098D" w14:textId="1C941F48" w:rsidR="00B53E64" w:rsidRPr="00A009C6" w:rsidRDefault="00B53E64" w:rsidP="00B53E64">
      <w:pPr>
        <w:pStyle w:val="ListParagraph"/>
        <w:numPr>
          <w:ilvl w:val="2"/>
          <w:numId w:val="13"/>
        </w:numPr>
        <w:rPr>
          <w:rFonts w:cstheme="majorHAnsi"/>
          <w:sz w:val="18"/>
          <w:szCs w:val="18"/>
        </w:rPr>
      </w:pPr>
      <w:proofErr w:type="spellStart"/>
      <w:r w:rsidRPr="00A009C6">
        <w:rPr>
          <w:rFonts w:ascii="Sylfaen" w:hAnsi="Sylfaen" w:cs="Sylfaen"/>
          <w:sz w:val="18"/>
          <w:szCs w:val="18"/>
        </w:rPr>
        <w:t>კონსტრუქციის</w:t>
      </w:r>
      <w:proofErr w:type="spellEnd"/>
      <w:r w:rsidRPr="00A009C6">
        <w:rPr>
          <w:rFonts w:cstheme="majorHAnsi"/>
          <w:sz w:val="18"/>
          <w:szCs w:val="18"/>
        </w:rPr>
        <w:t xml:space="preserve"> </w:t>
      </w:r>
      <w:proofErr w:type="spellStart"/>
      <w:r w:rsidRPr="00A009C6">
        <w:rPr>
          <w:rFonts w:ascii="Sylfaen" w:hAnsi="Sylfaen" w:cs="Sylfaen"/>
          <w:sz w:val="18"/>
          <w:szCs w:val="18"/>
        </w:rPr>
        <w:t>ბეტონირებამდე</w:t>
      </w:r>
      <w:proofErr w:type="spellEnd"/>
      <w:r w:rsidRPr="00A009C6">
        <w:rPr>
          <w:rFonts w:cstheme="majorHAnsi"/>
          <w:sz w:val="18"/>
          <w:szCs w:val="18"/>
        </w:rPr>
        <w:t xml:space="preserve"> </w:t>
      </w:r>
      <w:proofErr w:type="spellStart"/>
      <w:r w:rsidRPr="00A009C6">
        <w:rPr>
          <w:rFonts w:ascii="Sylfaen" w:hAnsi="Sylfaen" w:cs="Sylfaen"/>
          <w:sz w:val="18"/>
          <w:szCs w:val="18"/>
        </w:rPr>
        <w:t>მინიმუმ</w:t>
      </w:r>
      <w:proofErr w:type="spellEnd"/>
      <w:r w:rsidRPr="00A009C6">
        <w:rPr>
          <w:rFonts w:cstheme="majorHAnsi"/>
          <w:sz w:val="18"/>
          <w:szCs w:val="18"/>
        </w:rPr>
        <w:t xml:space="preserve"> 2 (</w:t>
      </w:r>
      <w:proofErr w:type="spellStart"/>
      <w:r w:rsidRPr="00A009C6">
        <w:rPr>
          <w:rFonts w:ascii="Sylfaen" w:hAnsi="Sylfaen" w:cs="Sylfaen"/>
          <w:sz w:val="18"/>
          <w:szCs w:val="18"/>
        </w:rPr>
        <w:t>ორი</w:t>
      </w:r>
      <w:proofErr w:type="spellEnd"/>
      <w:r w:rsidRPr="00A009C6">
        <w:rPr>
          <w:rFonts w:cstheme="majorHAnsi"/>
          <w:sz w:val="18"/>
          <w:szCs w:val="18"/>
        </w:rPr>
        <w:t xml:space="preserve">) </w:t>
      </w:r>
      <w:proofErr w:type="spellStart"/>
      <w:r w:rsidRPr="00A009C6">
        <w:rPr>
          <w:rFonts w:ascii="Sylfaen" w:hAnsi="Sylfaen" w:cs="Sylfaen"/>
          <w:sz w:val="18"/>
          <w:szCs w:val="18"/>
        </w:rPr>
        <w:t>კალენდარული</w:t>
      </w:r>
      <w:proofErr w:type="spellEnd"/>
      <w:r w:rsidRPr="00A009C6">
        <w:rPr>
          <w:rFonts w:cstheme="majorHAnsi"/>
          <w:sz w:val="18"/>
          <w:szCs w:val="18"/>
        </w:rPr>
        <w:t xml:space="preserve"> </w:t>
      </w:r>
      <w:proofErr w:type="spellStart"/>
      <w:r w:rsidRPr="00A009C6">
        <w:rPr>
          <w:rFonts w:ascii="Sylfaen" w:hAnsi="Sylfaen" w:cs="Sylfaen"/>
          <w:sz w:val="18"/>
          <w:szCs w:val="18"/>
        </w:rPr>
        <w:t>დღით</w:t>
      </w:r>
      <w:proofErr w:type="spellEnd"/>
      <w:r w:rsidRPr="00A009C6">
        <w:rPr>
          <w:rFonts w:cstheme="majorHAnsi"/>
          <w:sz w:val="18"/>
          <w:szCs w:val="18"/>
        </w:rPr>
        <w:t xml:space="preserve"> </w:t>
      </w:r>
      <w:proofErr w:type="spellStart"/>
      <w:r w:rsidRPr="00A009C6">
        <w:rPr>
          <w:rFonts w:ascii="Sylfaen" w:hAnsi="Sylfaen" w:cs="Sylfaen"/>
          <w:sz w:val="18"/>
          <w:szCs w:val="18"/>
        </w:rPr>
        <w:t>ადრე</w:t>
      </w:r>
      <w:proofErr w:type="spellEnd"/>
      <w:r w:rsidRPr="00A009C6">
        <w:rPr>
          <w:rFonts w:cstheme="majorHAnsi"/>
          <w:sz w:val="18"/>
          <w:szCs w:val="18"/>
        </w:rPr>
        <w:t xml:space="preserve"> </w:t>
      </w:r>
      <w:r>
        <w:rPr>
          <w:rFonts w:ascii="Sylfaen" w:hAnsi="Sylfaen" w:cs="Sylfaen"/>
          <w:sz w:val="18"/>
          <w:szCs w:val="18"/>
          <w:lang w:val="ka-GE"/>
        </w:rPr>
        <w:t>მენარდე</w:t>
      </w:r>
      <w:r w:rsidRPr="00A009C6">
        <w:rPr>
          <w:rFonts w:cstheme="majorHAnsi"/>
          <w:sz w:val="18"/>
          <w:szCs w:val="18"/>
        </w:rPr>
        <w:t xml:space="preserve"> </w:t>
      </w:r>
      <w:proofErr w:type="spellStart"/>
      <w:r w:rsidRPr="00A009C6">
        <w:rPr>
          <w:rFonts w:ascii="Sylfaen" w:hAnsi="Sylfaen" w:cs="Sylfaen"/>
          <w:sz w:val="18"/>
          <w:szCs w:val="18"/>
        </w:rPr>
        <w:t>ვალდებულია</w:t>
      </w:r>
      <w:proofErr w:type="spellEnd"/>
      <w:r w:rsidRPr="00A009C6">
        <w:rPr>
          <w:rFonts w:cstheme="majorHAnsi"/>
          <w:sz w:val="18"/>
          <w:szCs w:val="18"/>
        </w:rPr>
        <w:t xml:space="preserve"> </w:t>
      </w:r>
      <w:proofErr w:type="spellStart"/>
      <w:r w:rsidRPr="00A009C6">
        <w:rPr>
          <w:rFonts w:ascii="Sylfaen" w:hAnsi="Sylfaen" w:cs="Sylfaen"/>
          <w:sz w:val="18"/>
          <w:szCs w:val="18"/>
        </w:rPr>
        <w:t>შეატყობინოს</w:t>
      </w:r>
      <w:proofErr w:type="spellEnd"/>
      <w:r w:rsidRPr="00A009C6">
        <w:rPr>
          <w:rFonts w:cstheme="majorHAnsi"/>
          <w:sz w:val="18"/>
          <w:szCs w:val="18"/>
        </w:rPr>
        <w:t xml:space="preserve"> </w:t>
      </w:r>
      <w:proofErr w:type="spellStart"/>
      <w:r w:rsidRPr="00A009C6">
        <w:rPr>
          <w:rFonts w:ascii="Sylfaen" w:hAnsi="Sylfaen" w:cs="Sylfaen"/>
          <w:sz w:val="18"/>
          <w:szCs w:val="18"/>
        </w:rPr>
        <w:t>დამკვეთს</w:t>
      </w:r>
      <w:proofErr w:type="spellEnd"/>
      <w:r w:rsidRPr="00A009C6">
        <w:rPr>
          <w:rFonts w:cstheme="majorHAnsi"/>
          <w:sz w:val="18"/>
          <w:szCs w:val="18"/>
        </w:rPr>
        <w:t xml:space="preserve"> </w:t>
      </w:r>
      <w:proofErr w:type="spellStart"/>
      <w:r w:rsidRPr="00A009C6">
        <w:rPr>
          <w:rFonts w:ascii="Sylfaen" w:hAnsi="Sylfaen" w:cs="Sylfaen"/>
          <w:sz w:val="18"/>
          <w:szCs w:val="18"/>
        </w:rPr>
        <w:t>არმირების</w:t>
      </w:r>
      <w:proofErr w:type="spellEnd"/>
      <w:r w:rsidRPr="00A009C6">
        <w:rPr>
          <w:rFonts w:cstheme="majorHAnsi"/>
          <w:sz w:val="18"/>
          <w:szCs w:val="18"/>
        </w:rPr>
        <w:t xml:space="preserve"> </w:t>
      </w:r>
      <w:proofErr w:type="spellStart"/>
      <w:r w:rsidRPr="00A009C6">
        <w:rPr>
          <w:rFonts w:ascii="Sylfaen" w:hAnsi="Sylfaen" w:cs="Sylfaen"/>
          <w:sz w:val="18"/>
          <w:szCs w:val="18"/>
        </w:rPr>
        <w:t>და</w:t>
      </w:r>
      <w:proofErr w:type="spellEnd"/>
      <w:r w:rsidRPr="00A009C6">
        <w:rPr>
          <w:rFonts w:cstheme="majorHAnsi"/>
          <w:sz w:val="18"/>
          <w:szCs w:val="18"/>
        </w:rPr>
        <w:t xml:space="preserve"> </w:t>
      </w:r>
      <w:proofErr w:type="spellStart"/>
      <w:r w:rsidRPr="00A009C6">
        <w:rPr>
          <w:rFonts w:ascii="Sylfaen" w:hAnsi="Sylfaen" w:cs="Sylfaen"/>
          <w:sz w:val="18"/>
          <w:szCs w:val="18"/>
        </w:rPr>
        <w:t>საყალიბე</w:t>
      </w:r>
      <w:proofErr w:type="spellEnd"/>
      <w:r w:rsidRPr="00A009C6">
        <w:rPr>
          <w:rFonts w:cstheme="majorHAnsi"/>
          <w:sz w:val="18"/>
          <w:szCs w:val="18"/>
        </w:rPr>
        <w:t xml:space="preserve"> </w:t>
      </w:r>
      <w:proofErr w:type="spellStart"/>
      <w:r w:rsidRPr="00A009C6">
        <w:rPr>
          <w:rFonts w:ascii="Sylfaen" w:hAnsi="Sylfaen" w:cs="Sylfaen"/>
          <w:sz w:val="18"/>
          <w:szCs w:val="18"/>
        </w:rPr>
        <w:t>სისტემის</w:t>
      </w:r>
      <w:proofErr w:type="spellEnd"/>
      <w:r w:rsidRPr="00A009C6">
        <w:rPr>
          <w:rFonts w:cstheme="majorHAnsi"/>
          <w:sz w:val="18"/>
          <w:szCs w:val="18"/>
        </w:rPr>
        <w:t xml:space="preserve"> </w:t>
      </w:r>
      <w:proofErr w:type="spellStart"/>
      <w:r w:rsidRPr="00A009C6">
        <w:rPr>
          <w:rFonts w:ascii="Sylfaen" w:hAnsi="Sylfaen" w:cs="Sylfaen"/>
          <w:sz w:val="18"/>
          <w:szCs w:val="18"/>
        </w:rPr>
        <w:t>სრული</w:t>
      </w:r>
      <w:proofErr w:type="spellEnd"/>
      <w:r w:rsidRPr="00A009C6">
        <w:rPr>
          <w:rFonts w:cstheme="majorHAnsi"/>
          <w:sz w:val="18"/>
          <w:szCs w:val="18"/>
        </w:rPr>
        <w:t xml:space="preserve"> </w:t>
      </w:r>
      <w:proofErr w:type="spellStart"/>
      <w:r w:rsidRPr="00A009C6">
        <w:rPr>
          <w:rFonts w:ascii="Sylfaen" w:hAnsi="Sylfaen" w:cs="Sylfaen"/>
          <w:sz w:val="18"/>
          <w:szCs w:val="18"/>
        </w:rPr>
        <w:t>მზადყოფნის</w:t>
      </w:r>
      <w:proofErr w:type="spellEnd"/>
      <w:r w:rsidRPr="00A009C6">
        <w:rPr>
          <w:rFonts w:cstheme="majorHAnsi"/>
          <w:sz w:val="18"/>
          <w:szCs w:val="18"/>
        </w:rPr>
        <w:t xml:space="preserve"> </w:t>
      </w:r>
      <w:proofErr w:type="spellStart"/>
      <w:r w:rsidRPr="00A009C6">
        <w:rPr>
          <w:rFonts w:ascii="Sylfaen" w:hAnsi="Sylfaen" w:cs="Sylfaen"/>
          <w:sz w:val="18"/>
          <w:szCs w:val="18"/>
        </w:rPr>
        <w:t>და</w:t>
      </w:r>
      <w:proofErr w:type="spellEnd"/>
      <w:r w:rsidRPr="00A009C6">
        <w:rPr>
          <w:rFonts w:cstheme="majorHAnsi"/>
          <w:sz w:val="18"/>
          <w:szCs w:val="18"/>
        </w:rPr>
        <w:t xml:space="preserve"> </w:t>
      </w:r>
      <w:proofErr w:type="spellStart"/>
      <w:r w:rsidRPr="00A009C6">
        <w:rPr>
          <w:rFonts w:ascii="Sylfaen" w:hAnsi="Sylfaen" w:cs="Sylfaen"/>
          <w:sz w:val="18"/>
          <w:szCs w:val="18"/>
        </w:rPr>
        <w:t>ბეტონირების</w:t>
      </w:r>
      <w:proofErr w:type="spellEnd"/>
      <w:r w:rsidRPr="00A009C6">
        <w:rPr>
          <w:rFonts w:cstheme="majorHAnsi"/>
          <w:sz w:val="18"/>
          <w:szCs w:val="18"/>
        </w:rPr>
        <w:t xml:space="preserve"> </w:t>
      </w:r>
      <w:proofErr w:type="spellStart"/>
      <w:r w:rsidRPr="00A009C6">
        <w:rPr>
          <w:rFonts w:ascii="Sylfaen" w:hAnsi="Sylfaen" w:cs="Sylfaen"/>
          <w:sz w:val="18"/>
          <w:szCs w:val="18"/>
        </w:rPr>
        <w:t>დაგეგმილი</w:t>
      </w:r>
      <w:proofErr w:type="spellEnd"/>
      <w:r w:rsidRPr="00A009C6">
        <w:rPr>
          <w:rFonts w:cstheme="majorHAnsi"/>
          <w:sz w:val="18"/>
          <w:szCs w:val="18"/>
        </w:rPr>
        <w:t xml:space="preserve"> </w:t>
      </w:r>
      <w:proofErr w:type="spellStart"/>
      <w:r w:rsidRPr="00A009C6">
        <w:rPr>
          <w:rFonts w:ascii="Sylfaen" w:hAnsi="Sylfaen" w:cs="Sylfaen"/>
          <w:sz w:val="18"/>
          <w:szCs w:val="18"/>
        </w:rPr>
        <w:t>თარიღის</w:t>
      </w:r>
      <w:proofErr w:type="spellEnd"/>
      <w:r w:rsidRPr="00A009C6">
        <w:rPr>
          <w:rFonts w:cstheme="majorHAnsi"/>
          <w:sz w:val="18"/>
          <w:szCs w:val="18"/>
        </w:rPr>
        <w:t xml:space="preserve"> </w:t>
      </w:r>
      <w:proofErr w:type="spellStart"/>
      <w:r w:rsidRPr="00A009C6">
        <w:rPr>
          <w:rFonts w:ascii="Sylfaen" w:hAnsi="Sylfaen" w:cs="Sylfaen"/>
          <w:sz w:val="18"/>
          <w:szCs w:val="18"/>
        </w:rPr>
        <w:t>შესახებ</w:t>
      </w:r>
      <w:proofErr w:type="spellEnd"/>
      <w:r w:rsidRPr="00A009C6">
        <w:rPr>
          <w:rFonts w:cstheme="majorHAnsi"/>
          <w:sz w:val="18"/>
          <w:szCs w:val="18"/>
        </w:rPr>
        <w:t>.</w:t>
      </w:r>
    </w:p>
    <w:p w14:paraId="30512730" w14:textId="7F0F0B74" w:rsidR="00B53E64" w:rsidRDefault="00B53E64" w:rsidP="00B53E64">
      <w:pPr>
        <w:pStyle w:val="ListParagraph"/>
        <w:numPr>
          <w:ilvl w:val="2"/>
          <w:numId w:val="13"/>
        </w:numPr>
        <w:rPr>
          <w:rFonts w:cstheme="majorHAnsi"/>
          <w:sz w:val="18"/>
          <w:szCs w:val="18"/>
        </w:rPr>
      </w:pPr>
      <w:proofErr w:type="spellStart"/>
      <w:r w:rsidRPr="00B51957">
        <w:rPr>
          <w:rFonts w:ascii="Sylfaen" w:hAnsi="Sylfaen" w:cs="Sylfaen"/>
          <w:sz w:val="18"/>
          <w:szCs w:val="18"/>
        </w:rPr>
        <w:t>დამკვეთი</w:t>
      </w:r>
      <w:proofErr w:type="spellEnd"/>
      <w:r w:rsidRPr="00B51957">
        <w:rPr>
          <w:rFonts w:cstheme="majorHAnsi"/>
          <w:sz w:val="18"/>
          <w:szCs w:val="18"/>
        </w:rPr>
        <w:t xml:space="preserve"> </w:t>
      </w:r>
      <w:proofErr w:type="spellStart"/>
      <w:r w:rsidRPr="00B51957">
        <w:rPr>
          <w:rFonts w:ascii="Sylfaen" w:hAnsi="Sylfaen" w:cs="Sylfaen"/>
          <w:sz w:val="18"/>
          <w:szCs w:val="18"/>
        </w:rPr>
        <w:t>ან</w:t>
      </w:r>
      <w:proofErr w:type="spellEnd"/>
      <w:r w:rsidRPr="00B51957">
        <w:rPr>
          <w:rFonts w:cstheme="majorHAnsi"/>
          <w:sz w:val="18"/>
          <w:szCs w:val="18"/>
        </w:rPr>
        <w:t xml:space="preserve"> </w:t>
      </w:r>
      <w:proofErr w:type="spellStart"/>
      <w:r w:rsidRPr="00B51957">
        <w:rPr>
          <w:rFonts w:ascii="Sylfaen" w:hAnsi="Sylfaen" w:cs="Sylfaen"/>
          <w:sz w:val="18"/>
          <w:szCs w:val="18"/>
        </w:rPr>
        <w:t>მისი</w:t>
      </w:r>
      <w:proofErr w:type="spellEnd"/>
      <w:r w:rsidRPr="00B51957">
        <w:rPr>
          <w:rFonts w:cstheme="majorHAnsi"/>
          <w:sz w:val="18"/>
          <w:szCs w:val="18"/>
        </w:rPr>
        <w:t xml:space="preserve"> </w:t>
      </w:r>
      <w:proofErr w:type="spellStart"/>
      <w:r w:rsidRPr="00B51957">
        <w:rPr>
          <w:rFonts w:ascii="Sylfaen" w:hAnsi="Sylfaen" w:cs="Sylfaen"/>
          <w:sz w:val="18"/>
          <w:szCs w:val="18"/>
        </w:rPr>
        <w:t>წარმომადგენელი</w:t>
      </w:r>
      <w:proofErr w:type="spellEnd"/>
      <w:r w:rsidRPr="00B51957">
        <w:rPr>
          <w:rFonts w:cstheme="majorHAnsi"/>
          <w:sz w:val="18"/>
          <w:szCs w:val="18"/>
        </w:rPr>
        <w:t xml:space="preserve"> </w:t>
      </w:r>
      <w:proofErr w:type="spellStart"/>
      <w:r w:rsidRPr="00B51957">
        <w:rPr>
          <w:rFonts w:ascii="Sylfaen" w:hAnsi="Sylfaen" w:cs="Sylfaen"/>
          <w:sz w:val="18"/>
          <w:szCs w:val="18"/>
        </w:rPr>
        <w:t>უზრუნველყოფს</w:t>
      </w:r>
      <w:proofErr w:type="spellEnd"/>
      <w:r w:rsidRPr="00B51957">
        <w:rPr>
          <w:rFonts w:cstheme="majorHAnsi"/>
          <w:sz w:val="18"/>
          <w:szCs w:val="18"/>
        </w:rPr>
        <w:t xml:space="preserve"> </w:t>
      </w:r>
      <w:proofErr w:type="spellStart"/>
      <w:r w:rsidRPr="00B51957">
        <w:rPr>
          <w:rFonts w:ascii="Sylfaen" w:hAnsi="Sylfaen" w:cs="Sylfaen"/>
          <w:sz w:val="18"/>
          <w:szCs w:val="18"/>
        </w:rPr>
        <w:t>კონსტრუქციის</w:t>
      </w:r>
      <w:proofErr w:type="spellEnd"/>
      <w:r w:rsidRPr="00B51957">
        <w:rPr>
          <w:rFonts w:cstheme="majorHAnsi"/>
          <w:sz w:val="18"/>
          <w:szCs w:val="18"/>
        </w:rPr>
        <w:t xml:space="preserve"> </w:t>
      </w:r>
      <w:proofErr w:type="spellStart"/>
      <w:r w:rsidRPr="00B51957">
        <w:rPr>
          <w:rFonts w:ascii="Sylfaen" w:hAnsi="Sylfaen" w:cs="Sylfaen"/>
          <w:sz w:val="18"/>
          <w:szCs w:val="18"/>
        </w:rPr>
        <w:t>არმირების</w:t>
      </w:r>
      <w:proofErr w:type="spellEnd"/>
      <w:r w:rsidRPr="00B51957">
        <w:rPr>
          <w:rFonts w:cstheme="majorHAnsi"/>
          <w:sz w:val="18"/>
          <w:szCs w:val="18"/>
        </w:rPr>
        <w:t xml:space="preserve"> </w:t>
      </w:r>
      <w:proofErr w:type="spellStart"/>
      <w:r w:rsidRPr="00B51957">
        <w:rPr>
          <w:rFonts w:ascii="Sylfaen" w:hAnsi="Sylfaen" w:cs="Sylfaen"/>
          <w:sz w:val="18"/>
          <w:szCs w:val="18"/>
        </w:rPr>
        <w:t>პროექტთან</w:t>
      </w:r>
      <w:proofErr w:type="spellEnd"/>
      <w:r w:rsidRPr="00B51957">
        <w:rPr>
          <w:rFonts w:cstheme="majorHAnsi"/>
          <w:sz w:val="18"/>
          <w:szCs w:val="18"/>
        </w:rPr>
        <w:t xml:space="preserve"> </w:t>
      </w:r>
      <w:proofErr w:type="spellStart"/>
      <w:r w:rsidRPr="00B51957">
        <w:rPr>
          <w:rFonts w:ascii="Sylfaen" w:hAnsi="Sylfaen" w:cs="Sylfaen"/>
          <w:sz w:val="18"/>
          <w:szCs w:val="18"/>
        </w:rPr>
        <w:t>შესაბამისობის</w:t>
      </w:r>
      <w:proofErr w:type="spellEnd"/>
      <w:r w:rsidRPr="00B51957">
        <w:rPr>
          <w:rFonts w:cstheme="majorHAnsi"/>
          <w:sz w:val="18"/>
          <w:szCs w:val="18"/>
        </w:rPr>
        <w:t xml:space="preserve"> </w:t>
      </w:r>
      <w:proofErr w:type="spellStart"/>
      <w:r w:rsidRPr="00B51957">
        <w:rPr>
          <w:rFonts w:ascii="Sylfaen" w:hAnsi="Sylfaen" w:cs="Sylfaen"/>
          <w:sz w:val="18"/>
          <w:szCs w:val="18"/>
        </w:rPr>
        <w:t>შემოწმებას</w:t>
      </w:r>
      <w:proofErr w:type="spellEnd"/>
      <w:r w:rsidRPr="00B51957">
        <w:rPr>
          <w:rFonts w:cstheme="majorHAnsi"/>
          <w:sz w:val="18"/>
          <w:szCs w:val="18"/>
        </w:rPr>
        <w:t xml:space="preserve"> 4.3.1. </w:t>
      </w:r>
      <w:proofErr w:type="spellStart"/>
      <w:r w:rsidRPr="00B51957">
        <w:rPr>
          <w:rFonts w:ascii="Sylfaen" w:hAnsi="Sylfaen" w:cs="Sylfaen"/>
          <w:sz w:val="18"/>
          <w:szCs w:val="18"/>
        </w:rPr>
        <w:t>მუხლით</w:t>
      </w:r>
      <w:proofErr w:type="spellEnd"/>
      <w:r w:rsidRPr="00B51957">
        <w:rPr>
          <w:rFonts w:cstheme="majorHAnsi"/>
          <w:sz w:val="18"/>
          <w:szCs w:val="18"/>
        </w:rPr>
        <w:t xml:space="preserve"> </w:t>
      </w:r>
      <w:proofErr w:type="spellStart"/>
      <w:r w:rsidRPr="00B51957">
        <w:rPr>
          <w:rFonts w:ascii="Sylfaen" w:hAnsi="Sylfaen" w:cs="Sylfaen"/>
          <w:sz w:val="18"/>
          <w:szCs w:val="18"/>
        </w:rPr>
        <w:t>გათვალისწინებული</w:t>
      </w:r>
      <w:proofErr w:type="spellEnd"/>
      <w:r w:rsidRPr="00B51957">
        <w:rPr>
          <w:rFonts w:cstheme="majorHAnsi"/>
          <w:sz w:val="18"/>
          <w:szCs w:val="18"/>
        </w:rPr>
        <w:t xml:space="preserve"> </w:t>
      </w:r>
      <w:proofErr w:type="spellStart"/>
      <w:r w:rsidRPr="00B51957">
        <w:rPr>
          <w:rFonts w:ascii="Sylfaen" w:hAnsi="Sylfaen" w:cs="Sylfaen"/>
          <w:sz w:val="18"/>
          <w:szCs w:val="18"/>
        </w:rPr>
        <w:t>შეტყობინების</w:t>
      </w:r>
      <w:proofErr w:type="spellEnd"/>
      <w:r w:rsidRPr="00B51957">
        <w:rPr>
          <w:rFonts w:cstheme="majorHAnsi"/>
          <w:sz w:val="18"/>
          <w:szCs w:val="18"/>
        </w:rPr>
        <w:t xml:space="preserve"> </w:t>
      </w:r>
      <w:proofErr w:type="spellStart"/>
      <w:r w:rsidRPr="00B51957">
        <w:rPr>
          <w:rFonts w:ascii="Sylfaen" w:hAnsi="Sylfaen" w:cs="Sylfaen"/>
          <w:sz w:val="18"/>
          <w:szCs w:val="18"/>
        </w:rPr>
        <w:t>მიღებიდან</w:t>
      </w:r>
      <w:proofErr w:type="spellEnd"/>
      <w:r w:rsidRPr="00B51957">
        <w:rPr>
          <w:rFonts w:cstheme="majorHAnsi"/>
          <w:sz w:val="18"/>
          <w:szCs w:val="18"/>
        </w:rPr>
        <w:t xml:space="preserve"> </w:t>
      </w:r>
      <w:proofErr w:type="spellStart"/>
      <w:r w:rsidRPr="00B51957">
        <w:rPr>
          <w:rFonts w:ascii="Sylfaen" w:hAnsi="Sylfaen" w:cs="Sylfaen"/>
          <w:sz w:val="18"/>
          <w:szCs w:val="18"/>
        </w:rPr>
        <w:t>არაუგვიანეს</w:t>
      </w:r>
      <w:proofErr w:type="spellEnd"/>
      <w:r w:rsidRPr="00B51957">
        <w:rPr>
          <w:rFonts w:cstheme="majorHAnsi"/>
          <w:sz w:val="18"/>
          <w:szCs w:val="18"/>
        </w:rPr>
        <w:t xml:space="preserve"> </w:t>
      </w:r>
      <w:r>
        <w:rPr>
          <w:rFonts w:cstheme="majorHAnsi"/>
          <w:sz w:val="18"/>
          <w:szCs w:val="18"/>
        </w:rPr>
        <w:t>2</w:t>
      </w:r>
      <w:r w:rsidRPr="00B51957">
        <w:rPr>
          <w:rFonts w:cstheme="majorHAnsi"/>
          <w:sz w:val="18"/>
          <w:szCs w:val="18"/>
        </w:rPr>
        <w:t xml:space="preserve"> (</w:t>
      </w:r>
      <w:proofErr w:type="spellStart"/>
      <w:r>
        <w:rPr>
          <w:rFonts w:ascii="Sylfaen" w:hAnsi="Sylfaen" w:cs="Sylfaen"/>
          <w:sz w:val="18"/>
          <w:szCs w:val="18"/>
        </w:rPr>
        <w:t>ორი</w:t>
      </w:r>
      <w:proofErr w:type="spellEnd"/>
      <w:r w:rsidRPr="00B51957">
        <w:rPr>
          <w:rFonts w:cstheme="majorHAnsi"/>
          <w:sz w:val="18"/>
          <w:szCs w:val="18"/>
        </w:rPr>
        <w:t xml:space="preserve">) </w:t>
      </w:r>
      <w:proofErr w:type="spellStart"/>
      <w:r>
        <w:rPr>
          <w:rFonts w:ascii="Sylfaen" w:hAnsi="Sylfaen" w:cs="Sylfaen"/>
          <w:sz w:val="18"/>
          <w:szCs w:val="18"/>
        </w:rPr>
        <w:t>სამუშაო</w:t>
      </w:r>
      <w:proofErr w:type="spellEnd"/>
      <w:r w:rsidRPr="00B51957">
        <w:rPr>
          <w:rFonts w:cstheme="majorHAnsi"/>
          <w:sz w:val="18"/>
          <w:szCs w:val="18"/>
        </w:rPr>
        <w:t xml:space="preserve"> </w:t>
      </w:r>
      <w:proofErr w:type="spellStart"/>
      <w:r w:rsidRPr="00B51957">
        <w:rPr>
          <w:rFonts w:ascii="Sylfaen" w:hAnsi="Sylfaen" w:cs="Sylfaen"/>
          <w:sz w:val="18"/>
          <w:szCs w:val="18"/>
        </w:rPr>
        <w:t>დღის</w:t>
      </w:r>
      <w:proofErr w:type="spellEnd"/>
      <w:r w:rsidRPr="00B51957">
        <w:rPr>
          <w:rFonts w:cstheme="majorHAnsi"/>
          <w:sz w:val="18"/>
          <w:szCs w:val="18"/>
        </w:rPr>
        <w:t xml:space="preserve"> </w:t>
      </w:r>
      <w:proofErr w:type="spellStart"/>
      <w:r w:rsidRPr="00B51957">
        <w:rPr>
          <w:rFonts w:ascii="Sylfaen" w:hAnsi="Sylfaen" w:cs="Sylfaen"/>
          <w:sz w:val="18"/>
          <w:szCs w:val="18"/>
        </w:rPr>
        <w:t>ვადაში</w:t>
      </w:r>
      <w:proofErr w:type="spellEnd"/>
      <w:r w:rsidRPr="00B51957">
        <w:rPr>
          <w:rFonts w:cstheme="majorHAnsi"/>
          <w:sz w:val="18"/>
          <w:szCs w:val="18"/>
        </w:rPr>
        <w:t xml:space="preserve">, </w:t>
      </w:r>
      <w:proofErr w:type="spellStart"/>
      <w:r w:rsidRPr="00B51957">
        <w:rPr>
          <w:rFonts w:ascii="Sylfaen" w:hAnsi="Sylfaen" w:cs="Sylfaen"/>
          <w:sz w:val="18"/>
          <w:szCs w:val="18"/>
        </w:rPr>
        <w:t>შეთანხმების</w:t>
      </w:r>
      <w:proofErr w:type="spellEnd"/>
      <w:r w:rsidRPr="00B51957">
        <w:rPr>
          <w:rFonts w:cstheme="majorHAnsi"/>
          <w:sz w:val="18"/>
          <w:szCs w:val="18"/>
        </w:rPr>
        <w:t xml:space="preserve"> </w:t>
      </w:r>
      <w:proofErr w:type="spellStart"/>
      <w:r w:rsidRPr="00B51957">
        <w:rPr>
          <w:rFonts w:ascii="Sylfaen" w:hAnsi="Sylfaen" w:cs="Sylfaen"/>
          <w:sz w:val="18"/>
          <w:szCs w:val="18"/>
        </w:rPr>
        <w:t>ან</w:t>
      </w:r>
      <w:proofErr w:type="spellEnd"/>
      <w:r w:rsidRPr="00B51957">
        <w:rPr>
          <w:rFonts w:cstheme="majorHAnsi"/>
          <w:sz w:val="18"/>
          <w:szCs w:val="18"/>
        </w:rPr>
        <w:t xml:space="preserve"> </w:t>
      </w:r>
      <w:proofErr w:type="spellStart"/>
      <w:r w:rsidRPr="00B51957">
        <w:rPr>
          <w:rFonts w:ascii="Sylfaen" w:hAnsi="Sylfaen" w:cs="Sylfaen"/>
          <w:sz w:val="18"/>
          <w:szCs w:val="18"/>
        </w:rPr>
        <w:t>რეკლამაციის</w:t>
      </w:r>
      <w:proofErr w:type="spellEnd"/>
      <w:r w:rsidRPr="00B51957">
        <w:rPr>
          <w:rFonts w:cstheme="majorHAnsi"/>
          <w:sz w:val="18"/>
          <w:szCs w:val="18"/>
        </w:rPr>
        <w:t xml:space="preserve"> </w:t>
      </w:r>
      <w:proofErr w:type="spellStart"/>
      <w:r w:rsidRPr="00B51957">
        <w:rPr>
          <w:rFonts w:ascii="Sylfaen" w:hAnsi="Sylfaen" w:cs="Sylfaen"/>
          <w:sz w:val="18"/>
          <w:szCs w:val="18"/>
        </w:rPr>
        <w:t>პროცესი</w:t>
      </w:r>
      <w:proofErr w:type="spellEnd"/>
      <w:r w:rsidRPr="00B51957">
        <w:rPr>
          <w:rFonts w:cstheme="majorHAnsi"/>
          <w:sz w:val="18"/>
          <w:szCs w:val="18"/>
        </w:rPr>
        <w:t xml:space="preserve"> </w:t>
      </w:r>
      <w:proofErr w:type="spellStart"/>
      <w:r w:rsidRPr="00B51957">
        <w:rPr>
          <w:rFonts w:ascii="Sylfaen" w:hAnsi="Sylfaen" w:cs="Sylfaen"/>
          <w:sz w:val="18"/>
          <w:szCs w:val="18"/>
        </w:rPr>
        <w:t>არ</w:t>
      </w:r>
      <w:proofErr w:type="spellEnd"/>
      <w:r w:rsidRPr="00B51957">
        <w:rPr>
          <w:rFonts w:cstheme="majorHAnsi"/>
          <w:sz w:val="18"/>
          <w:szCs w:val="18"/>
        </w:rPr>
        <w:t xml:space="preserve"> </w:t>
      </w:r>
      <w:proofErr w:type="spellStart"/>
      <w:r w:rsidRPr="00B51957">
        <w:rPr>
          <w:rFonts w:ascii="Sylfaen" w:hAnsi="Sylfaen" w:cs="Sylfaen"/>
          <w:sz w:val="18"/>
          <w:szCs w:val="18"/>
        </w:rPr>
        <w:t>უნდა</w:t>
      </w:r>
      <w:proofErr w:type="spellEnd"/>
      <w:r w:rsidRPr="00B51957">
        <w:rPr>
          <w:rFonts w:cstheme="majorHAnsi"/>
          <w:sz w:val="18"/>
          <w:szCs w:val="18"/>
        </w:rPr>
        <w:t xml:space="preserve"> </w:t>
      </w:r>
      <w:proofErr w:type="spellStart"/>
      <w:r w:rsidRPr="00B51957">
        <w:rPr>
          <w:rFonts w:ascii="Sylfaen" w:hAnsi="Sylfaen" w:cs="Sylfaen"/>
          <w:sz w:val="18"/>
          <w:szCs w:val="18"/>
        </w:rPr>
        <w:t>აღემატებოდეს</w:t>
      </w:r>
      <w:proofErr w:type="spellEnd"/>
      <w:r w:rsidRPr="00B51957">
        <w:rPr>
          <w:rFonts w:cstheme="majorHAnsi"/>
          <w:sz w:val="18"/>
          <w:szCs w:val="18"/>
        </w:rPr>
        <w:t xml:space="preserve"> </w:t>
      </w:r>
      <w:proofErr w:type="spellStart"/>
      <w:r>
        <w:rPr>
          <w:rFonts w:ascii="Sylfaen" w:hAnsi="Sylfaen" w:cs="Sylfaen"/>
          <w:sz w:val="18"/>
          <w:szCs w:val="18"/>
        </w:rPr>
        <w:t>ორ</w:t>
      </w:r>
      <w:proofErr w:type="spellEnd"/>
      <w:r w:rsidRPr="00B51957">
        <w:rPr>
          <w:rFonts w:cstheme="majorHAnsi"/>
          <w:sz w:val="18"/>
          <w:szCs w:val="18"/>
        </w:rPr>
        <w:t xml:space="preserve"> </w:t>
      </w:r>
      <w:proofErr w:type="spellStart"/>
      <w:r w:rsidRPr="00B51957">
        <w:rPr>
          <w:rFonts w:ascii="Sylfaen" w:hAnsi="Sylfaen" w:cs="Sylfaen"/>
          <w:sz w:val="18"/>
          <w:szCs w:val="18"/>
        </w:rPr>
        <w:t>სამუშაო</w:t>
      </w:r>
      <w:proofErr w:type="spellEnd"/>
      <w:r w:rsidRPr="00B51957">
        <w:rPr>
          <w:rFonts w:cstheme="majorHAnsi"/>
          <w:sz w:val="18"/>
          <w:szCs w:val="18"/>
        </w:rPr>
        <w:t xml:space="preserve"> </w:t>
      </w:r>
      <w:proofErr w:type="spellStart"/>
      <w:r w:rsidRPr="00B51957">
        <w:rPr>
          <w:rFonts w:ascii="Sylfaen" w:hAnsi="Sylfaen" w:cs="Sylfaen"/>
          <w:sz w:val="18"/>
          <w:szCs w:val="18"/>
        </w:rPr>
        <w:t>დღეს</w:t>
      </w:r>
      <w:proofErr w:type="spellEnd"/>
      <w:r w:rsidRPr="00B51957">
        <w:rPr>
          <w:rFonts w:cstheme="majorHAnsi"/>
          <w:sz w:val="18"/>
          <w:szCs w:val="18"/>
        </w:rPr>
        <w:t xml:space="preserve">. </w:t>
      </w:r>
      <w:proofErr w:type="spellStart"/>
      <w:r w:rsidRPr="00B51957">
        <w:rPr>
          <w:rFonts w:ascii="Sylfaen" w:hAnsi="Sylfaen" w:cs="Sylfaen"/>
          <w:sz w:val="18"/>
          <w:szCs w:val="18"/>
        </w:rPr>
        <w:t>ხარვეზის</w:t>
      </w:r>
      <w:proofErr w:type="spellEnd"/>
      <w:r w:rsidRPr="00B51957">
        <w:rPr>
          <w:rFonts w:cstheme="majorHAnsi"/>
          <w:sz w:val="18"/>
          <w:szCs w:val="18"/>
        </w:rPr>
        <w:t xml:space="preserve"> </w:t>
      </w:r>
      <w:proofErr w:type="spellStart"/>
      <w:r w:rsidRPr="00B51957">
        <w:rPr>
          <w:rFonts w:ascii="Sylfaen" w:hAnsi="Sylfaen" w:cs="Sylfaen"/>
          <w:sz w:val="18"/>
          <w:szCs w:val="18"/>
        </w:rPr>
        <w:t>აღმოჩენის</w:t>
      </w:r>
      <w:proofErr w:type="spellEnd"/>
      <w:r w:rsidRPr="00B51957">
        <w:rPr>
          <w:rFonts w:cstheme="majorHAnsi"/>
          <w:sz w:val="18"/>
          <w:szCs w:val="18"/>
        </w:rPr>
        <w:t xml:space="preserve"> </w:t>
      </w:r>
      <w:proofErr w:type="spellStart"/>
      <w:r w:rsidRPr="00B51957">
        <w:rPr>
          <w:rFonts w:ascii="Sylfaen" w:hAnsi="Sylfaen" w:cs="Sylfaen"/>
          <w:sz w:val="18"/>
          <w:szCs w:val="18"/>
        </w:rPr>
        <w:t>შემთხვევაში</w:t>
      </w:r>
      <w:proofErr w:type="spellEnd"/>
      <w:r w:rsidRPr="00B51957">
        <w:rPr>
          <w:rFonts w:cstheme="majorHAnsi"/>
          <w:sz w:val="18"/>
          <w:szCs w:val="18"/>
        </w:rPr>
        <w:t xml:space="preserve">, </w:t>
      </w:r>
      <w:proofErr w:type="spellStart"/>
      <w:r w:rsidRPr="00B51957">
        <w:rPr>
          <w:rFonts w:ascii="Sylfaen" w:hAnsi="Sylfaen" w:cs="Sylfaen"/>
          <w:sz w:val="18"/>
          <w:szCs w:val="18"/>
        </w:rPr>
        <w:t>დამკვეთი</w:t>
      </w:r>
      <w:proofErr w:type="spellEnd"/>
      <w:r w:rsidRPr="00B51957">
        <w:rPr>
          <w:rFonts w:cstheme="majorHAnsi"/>
          <w:sz w:val="18"/>
          <w:szCs w:val="18"/>
        </w:rPr>
        <w:t xml:space="preserve"> </w:t>
      </w:r>
      <w:proofErr w:type="spellStart"/>
      <w:r w:rsidRPr="00B51957">
        <w:rPr>
          <w:rFonts w:ascii="Sylfaen" w:hAnsi="Sylfaen" w:cs="Sylfaen"/>
          <w:sz w:val="18"/>
          <w:szCs w:val="18"/>
        </w:rPr>
        <w:t>ვალდებულია</w:t>
      </w:r>
      <w:proofErr w:type="spellEnd"/>
      <w:r w:rsidRPr="00B51957">
        <w:rPr>
          <w:rFonts w:cstheme="majorHAnsi"/>
          <w:sz w:val="18"/>
          <w:szCs w:val="18"/>
        </w:rPr>
        <w:t xml:space="preserve"> </w:t>
      </w:r>
      <w:proofErr w:type="spellStart"/>
      <w:r w:rsidRPr="00B51957">
        <w:rPr>
          <w:rFonts w:ascii="Sylfaen" w:hAnsi="Sylfaen" w:cs="Sylfaen"/>
          <w:sz w:val="18"/>
          <w:szCs w:val="18"/>
        </w:rPr>
        <w:t>წერილობით</w:t>
      </w:r>
      <w:proofErr w:type="spellEnd"/>
      <w:r w:rsidRPr="00B51957">
        <w:rPr>
          <w:rFonts w:cstheme="majorHAnsi"/>
          <w:sz w:val="18"/>
          <w:szCs w:val="18"/>
        </w:rPr>
        <w:t xml:space="preserve"> </w:t>
      </w:r>
      <w:proofErr w:type="spellStart"/>
      <w:r w:rsidRPr="00B51957">
        <w:rPr>
          <w:rFonts w:ascii="Sylfaen" w:hAnsi="Sylfaen" w:cs="Sylfaen"/>
          <w:sz w:val="18"/>
          <w:szCs w:val="18"/>
        </w:rPr>
        <w:t>და</w:t>
      </w:r>
      <w:proofErr w:type="spellEnd"/>
      <w:r w:rsidRPr="00B51957">
        <w:rPr>
          <w:rFonts w:cstheme="majorHAnsi"/>
          <w:sz w:val="18"/>
          <w:szCs w:val="18"/>
        </w:rPr>
        <w:t xml:space="preserve"> </w:t>
      </w:r>
      <w:proofErr w:type="spellStart"/>
      <w:r w:rsidRPr="00B51957">
        <w:rPr>
          <w:rFonts w:ascii="Sylfaen" w:hAnsi="Sylfaen" w:cs="Sylfaen"/>
          <w:sz w:val="18"/>
          <w:szCs w:val="18"/>
        </w:rPr>
        <w:t>მოტივირებულად</w:t>
      </w:r>
      <w:proofErr w:type="spellEnd"/>
      <w:r w:rsidRPr="00B51957">
        <w:rPr>
          <w:rFonts w:cstheme="majorHAnsi"/>
          <w:sz w:val="18"/>
          <w:szCs w:val="18"/>
        </w:rPr>
        <w:t xml:space="preserve"> </w:t>
      </w:r>
      <w:proofErr w:type="spellStart"/>
      <w:r w:rsidRPr="00B51957">
        <w:rPr>
          <w:rFonts w:ascii="Sylfaen" w:hAnsi="Sylfaen" w:cs="Sylfaen"/>
          <w:sz w:val="18"/>
          <w:szCs w:val="18"/>
        </w:rPr>
        <w:t>დააფიქსიროს</w:t>
      </w:r>
      <w:proofErr w:type="spellEnd"/>
      <w:r w:rsidRPr="00B51957">
        <w:rPr>
          <w:rFonts w:cstheme="majorHAnsi"/>
          <w:sz w:val="18"/>
          <w:szCs w:val="18"/>
        </w:rPr>
        <w:t xml:space="preserve"> </w:t>
      </w:r>
      <w:proofErr w:type="spellStart"/>
      <w:r w:rsidRPr="00B51957">
        <w:rPr>
          <w:rFonts w:ascii="Sylfaen" w:hAnsi="Sylfaen" w:cs="Sylfaen"/>
          <w:sz w:val="18"/>
          <w:szCs w:val="18"/>
        </w:rPr>
        <w:t>ხარვეზების</w:t>
      </w:r>
      <w:proofErr w:type="spellEnd"/>
      <w:r w:rsidRPr="00B51957">
        <w:rPr>
          <w:rFonts w:cstheme="majorHAnsi"/>
          <w:sz w:val="18"/>
          <w:szCs w:val="18"/>
        </w:rPr>
        <w:t xml:space="preserve"> </w:t>
      </w:r>
      <w:proofErr w:type="spellStart"/>
      <w:r w:rsidRPr="00B51957">
        <w:rPr>
          <w:rFonts w:ascii="Sylfaen" w:hAnsi="Sylfaen" w:cs="Sylfaen"/>
          <w:sz w:val="18"/>
          <w:szCs w:val="18"/>
        </w:rPr>
        <w:t>ნუსხა</w:t>
      </w:r>
      <w:proofErr w:type="spellEnd"/>
      <w:r w:rsidRPr="00B51957">
        <w:rPr>
          <w:rFonts w:cstheme="majorHAnsi"/>
          <w:sz w:val="18"/>
          <w:szCs w:val="18"/>
        </w:rPr>
        <w:t xml:space="preserve">. </w:t>
      </w:r>
      <w:proofErr w:type="spellStart"/>
      <w:r w:rsidRPr="00B51957">
        <w:rPr>
          <w:rFonts w:ascii="Sylfaen" w:hAnsi="Sylfaen" w:cs="Sylfaen"/>
          <w:sz w:val="18"/>
          <w:szCs w:val="18"/>
        </w:rPr>
        <w:t>აღმოჩენილი</w:t>
      </w:r>
      <w:proofErr w:type="spellEnd"/>
      <w:r w:rsidRPr="00B51957">
        <w:rPr>
          <w:rFonts w:cstheme="majorHAnsi"/>
          <w:sz w:val="18"/>
          <w:szCs w:val="18"/>
        </w:rPr>
        <w:t xml:space="preserve"> </w:t>
      </w:r>
      <w:proofErr w:type="spellStart"/>
      <w:r w:rsidRPr="00B51957">
        <w:rPr>
          <w:rFonts w:ascii="Sylfaen" w:hAnsi="Sylfaen" w:cs="Sylfaen"/>
          <w:sz w:val="18"/>
          <w:szCs w:val="18"/>
        </w:rPr>
        <w:t>ხარვეზ</w:t>
      </w:r>
      <w:proofErr w:type="spellEnd"/>
      <w:r w:rsidRPr="00B51957">
        <w:rPr>
          <w:rFonts w:cstheme="majorHAnsi"/>
          <w:sz w:val="18"/>
          <w:szCs w:val="18"/>
        </w:rPr>
        <w:t>(</w:t>
      </w:r>
      <w:proofErr w:type="spellStart"/>
      <w:r w:rsidRPr="00B51957">
        <w:rPr>
          <w:rFonts w:ascii="Sylfaen" w:hAnsi="Sylfaen" w:cs="Sylfaen"/>
          <w:sz w:val="18"/>
          <w:szCs w:val="18"/>
        </w:rPr>
        <w:t>ებ</w:t>
      </w:r>
      <w:proofErr w:type="spellEnd"/>
      <w:r w:rsidRPr="00B51957">
        <w:rPr>
          <w:rFonts w:cstheme="majorHAnsi"/>
          <w:sz w:val="18"/>
          <w:szCs w:val="18"/>
        </w:rPr>
        <w:t>)</w:t>
      </w:r>
      <w:r w:rsidRPr="00B51957">
        <w:rPr>
          <w:rFonts w:ascii="Sylfaen" w:hAnsi="Sylfaen" w:cs="Sylfaen"/>
          <w:sz w:val="18"/>
          <w:szCs w:val="18"/>
        </w:rPr>
        <w:t>ი</w:t>
      </w:r>
      <w:r w:rsidRPr="00B51957">
        <w:rPr>
          <w:rFonts w:cstheme="majorHAnsi"/>
          <w:sz w:val="18"/>
          <w:szCs w:val="18"/>
        </w:rPr>
        <w:t xml:space="preserve"> </w:t>
      </w:r>
      <w:proofErr w:type="spellStart"/>
      <w:r w:rsidRPr="00B51957">
        <w:rPr>
          <w:rFonts w:ascii="Sylfaen" w:hAnsi="Sylfaen" w:cs="Sylfaen"/>
          <w:sz w:val="18"/>
          <w:szCs w:val="18"/>
        </w:rPr>
        <w:t>ავტომატურად</w:t>
      </w:r>
      <w:proofErr w:type="spellEnd"/>
      <w:r w:rsidRPr="00B51957">
        <w:rPr>
          <w:rFonts w:cstheme="majorHAnsi"/>
          <w:sz w:val="18"/>
          <w:szCs w:val="18"/>
        </w:rPr>
        <w:t xml:space="preserve"> </w:t>
      </w:r>
      <w:proofErr w:type="spellStart"/>
      <w:r w:rsidRPr="00B51957">
        <w:rPr>
          <w:rFonts w:ascii="Sylfaen" w:hAnsi="Sylfaen" w:cs="Sylfaen"/>
          <w:sz w:val="18"/>
          <w:szCs w:val="18"/>
        </w:rPr>
        <w:t>გადაავადებს</w:t>
      </w:r>
      <w:proofErr w:type="spellEnd"/>
      <w:r w:rsidRPr="00B51957">
        <w:rPr>
          <w:rFonts w:cstheme="majorHAnsi"/>
          <w:sz w:val="18"/>
          <w:szCs w:val="18"/>
        </w:rPr>
        <w:t xml:space="preserve"> </w:t>
      </w:r>
      <w:proofErr w:type="spellStart"/>
      <w:r w:rsidRPr="00B51957">
        <w:rPr>
          <w:rFonts w:ascii="Sylfaen" w:hAnsi="Sylfaen" w:cs="Sylfaen"/>
          <w:sz w:val="18"/>
          <w:szCs w:val="18"/>
        </w:rPr>
        <w:t>ბეტონირებას</w:t>
      </w:r>
      <w:proofErr w:type="spellEnd"/>
      <w:r w:rsidRPr="00B51957">
        <w:rPr>
          <w:rFonts w:cstheme="majorHAnsi"/>
          <w:sz w:val="18"/>
          <w:szCs w:val="18"/>
        </w:rPr>
        <w:t xml:space="preserve"> </w:t>
      </w:r>
      <w:proofErr w:type="spellStart"/>
      <w:r w:rsidRPr="00B51957">
        <w:rPr>
          <w:rFonts w:ascii="Sylfaen" w:hAnsi="Sylfaen" w:cs="Sylfaen"/>
          <w:sz w:val="18"/>
          <w:szCs w:val="18"/>
        </w:rPr>
        <w:t>ხარვეზის</w:t>
      </w:r>
      <w:proofErr w:type="spellEnd"/>
      <w:r w:rsidRPr="00B51957">
        <w:rPr>
          <w:rFonts w:cstheme="majorHAnsi"/>
          <w:sz w:val="18"/>
          <w:szCs w:val="18"/>
        </w:rPr>
        <w:t xml:space="preserve"> </w:t>
      </w:r>
      <w:proofErr w:type="spellStart"/>
      <w:r w:rsidRPr="00B51957">
        <w:rPr>
          <w:rFonts w:ascii="Sylfaen" w:hAnsi="Sylfaen" w:cs="Sylfaen"/>
          <w:sz w:val="18"/>
          <w:szCs w:val="18"/>
        </w:rPr>
        <w:t>სრულ</w:t>
      </w:r>
      <w:proofErr w:type="spellEnd"/>
      <w:r w:rsidRPr="00B51957">
        <w:rPr>
          <w:rFonts w:cstheme="majorHAnsi"/>
          <w:sz w:val="18"/>
          <w:szCs w:val="18"/>
        </w:rPr>
        <w:t xml:space="preserve"> </w:t>
      </w:r>
      <w:proofErr w:type="spellStart"/>
      <w:r w:rsidRPr="00B51957">
        <w:rPr>
          <w:rFonts w:ascii="Sylfaen" w:hAnsi="Sylfaen" w:cs="Sylfaen"/>
          <w:sz w:val="18"/>
          <w:szCs w:val="18"/>
        </w:rPr>
        <w:t>აღმოფხვრამდე</w:t>
      </w:r>
      <w:proofErr w:type="spellEnd"/>
      <w:r w:rsidRPr="00B51957">
        <w:rPr>
          <w:rFonts w:cstheme="majorHAnsi"/>
          <w:sz w:val="18"/>
          <w:szCs w:val="18"/>
        </w:rPr>
        <w:t xml:space="preserve">. </w:t>
      </w:r>
      <w:proofErr w:type="spellStart"/>
      <w:r w:rsidRPr="00B51957">
        <w:rPr>
          <w:rFonts w:ascii="Sylfaen" w:hAnsi="Sylfaen" w:cs="Sylfaen"/>
          <w:sz w:val="18"/>
          <w:szCs w:val="18"/>
        </w:rPr>
        <w:t>ამასთან</w:t>
      </w:r>
      <w:proofErr w:type="spellEnd"/>
      <w:r w:rsidRPr="00B51957">
        <w:rPr>
          <w:rFonts w:cstheme="majorHAnsi"/>
          <w:sz w:val="18"/>
          <w:szCs w:val="18"/>
        </w:rPr>
        <w:t xml:space="preserve">, </w:t>
      </w:r>
      <w:r>
        <w:rPr>
          <w:rFonts w:ascii="Sylfaen" w:hAnsi="Sylfaen" w:cs="Sylfaen"/>
          <w:sz w:val="18"/>
          <w:szCs w:val="18"/>
          <w:lang w:val="ka-GE"/>
        </w:rPr>
        <w:t>მენარდე</w:t>
      </w:r>
      <w:r w:rsidRPr="00B51957">
        <w:rPr>
          <w:rFonts w:cstheme="majorHAnsi"/>
          <w:sz w:val="18"/>
          <w:szCs w:val="18"/>
        </w:rPr>
        <w:t xml:space="preserve"> </w:t>
      </w:r>
      <w:proofErr w:type="spellStart"/>
      <w:proofErr w:type="gramStart"/>
      <w:r w:rsidRPr="00B51957">
        <w:rPr>
          <w:rFonts w:ascii="Sylfaen" w:hAnsi="Sylfaen" w:cs="Sylfaen"/>
          <w:sz w:val="18"/>
          <w:szCs w:val="18"/>
        </w:rPr>
        <w:t>ვალდებულია</w:t>
      </w:r>
      <w:proofErr w:type="spellEnd"/>
      <w:r w:rsidRPr="00B51957">
        <w:rPr>
          <w:rFonts w:cstheme="majorHAnsi"/>
          <w:sz w:val="18"/>
          <w:szCs w:val="18"/>
        </w:rPr>
        <w:t xml:space="preserve">  </w:t>
      </w:r>
      <w:proofErr w:type="spellStart"/>
      <w:r w:rsidRPr="00B51957">
        <w:rPr>
          <w:rFonts w:ascii="Sylfaen" w:hAnsi="Sylfaen" w:cs="Sylfaen"/>
          <w:sz w:val="18"/>
          <w:szCs w:val="18"/>
        </w:rPr>
        <w:t>ხარვეზ</w:t>
      </w:r>
      <w:proofErr w:type="spellEnd"/>
      <w:proofErr w:type="gramEnd"/>
      <w:r w:rsidRPr="00B51957">
        <w:rPr>
          <w:rFonts w:cstheme="majorHAnsi"/>
          <w:sz w:val="18"/>
          <w:szCs w:val="18"/>
        </w:rPr>
        <w:t>(</w:t>
      </w:r>
      <w:proofErr w:type="spellStart"/>
      <w:r w:rsidRPr="00B51957">
        <w:rPr>
          <w:rFonts w:ascii="Sylfaen" w:hAnsi="Sylfaen" w:cs="Sylfaen"/>
          <w:sz w:val="18"/>
          <w:szCs w:val="18"/>
        </w:rPr>
        <w:t>ებ</w:t>
      </w:r>
      <w:proofErr w:type="spellEnd"/>
      <w:r w:rsidRPr="00B51957">
        <w:rPr>
          <w:rFonts w:cstheme="majorHAnsi"/>
          <w:sz w:val="18"/>
          <w:szCs w:val="18"/>
        </w:rPr>
        <w:t>)</w:t>
      </w:r>
      <w:proofErr w:type="spellStart"/>
      <w:r w:rsidRPr="00B51957">
        <w:rPr>
          <w:rFonts w:ascii="Sylfaen" w:hAnsi="Sylfaen" w:cs="Sylfaen"/>
          <w:sz w:val="18"/>
          <w:szCs w:val="18"/>
        </w:rPr>
        <w:t>ის</w:t>
      </w:r>
      <w:proofErr w:type="spellEnd"/>
      <w:r w:rsidRPr="00B51957">
        <w:rPr>
          <w:rFonts w:cstheme="majorHAnsi"/>
          <w:sz w:val="18"/>
          <w:szCs w:val="18"/>
        </w:rPr>
        <w:t xml:space="preserve"> </w:t>
      </w:r>
      <w:proofErr w:type="spellStart"/>
      <w:r w:rsidRPr="00B51957">
        <w:rPr>
          <w:rFonts w:ascii="Sylfaen" w:hAnsi="Sylfaen" w:cs="Sylfaen"/>
          <w:sz w:val="18"/>
          <w:szCs w:val="18"/>
        </w:rPr>
        <w:t>აღმოფხვრის</w:t>
      </w:r>
      <w:proofErr w:type="spellEnd"/>
      <w:r w:rsidRPr="00B51957">
        <w:rPr>
          <w:rFonts w:cstheme="majorHAnsi"/>
          <w:sz w:val="18"/>
          <w:szCs w:val="18"/>
        </w:rPr>
        <w:t xml:space="preserve"> </w:t>
      </w:r>
      <w:proofErr w:type="spellStart"/>
      <w:r w:rsidRPr="00B51957">
        <w:rPr>
          <w:rFonts w:ascii="Sylfaen" w:hAnsi="Sylfaen" w:cs="Sylfaen"/>
          <w:sz w:val="18"/>
          <w:szCs w:val="18"/>
        </w:rPr>
        <w:t>შემდგომ</w:t>
      </w:r>
      <w:proofErr w:type="spellEnd"/>
      <w:r w:rsidRPr="00B51957">
        <w:rPr>
          <w:rFonts w:cstheme="majorHAnsi"/>
          <w:sz w:val="18"/>
          <w:szCs w:val="18"/>
        </w:rPr>
        <w:t xml:space="preserve">, </w:t>
      </w:r>
      <w:proofErr w:type="spellStart"/>
      <w:r w:rsidRPr="00B51957">
        <w:rPr>
          <w:rFonts w:ascii="Sylfaen" w:hAnsi="Sylfaen" w:cs="Sylfaen"/>
          <w:sz w:val="18"/>
          <w:szCs w:val="18"/>
        </w:rPr>
        <w:t>წარუდგინოს</w:t>
      </w:r>
      <w:proofErr w:type="spellEnd"/>
      <w:r w:rsidRPr="00B51957">
        <w:rPr>
          <w:rFonts w:cstheme="majorHAnsi"/>
          <w:sz w:val="18"/>
          <w:szCs w:val="18"/>
        </w:rPr>
        <w:t xml:space="preserve"> </w:t>
      </w:r>
      <w:proofErr w:type="spellStart"/>
      <w:r w:rsidRPr="00B51957">
        <w:rPr>
          <w:rFonts w:ascii="Sylfaen" w:hAnsi="Sylfaen" w:cs="Sylfaen"/>
          <w:sz w:val="18"/>
          <w:szCs w:val="18"/>
        </w:rPr>
        <w:t>დამკვეთს</w:t>
      </w:r>
      <w:proofErr w:type="spellEnd"/>
      <w:r w:rsidRPr="00B51957">
        <w:rPr>
          <w:rFonts w:cstheme="majorHAnsi"/>
          <w:sz w:val="18"/>
          <w:szCs w:val="18"/>
        </w:rPr>
        <w:t xml:space="preserve"> </w:t>
      </w:r>
      <w:proofErr w:type="spellStart"/>
      <w:r w:rsidRPr="00B51957">
        <w:rPr>
          <w:rFonts w:ascii="Sylfaen" w:hAnsi="Sylfaen" w:cs="Sylfaen"/>
          <w:sz w:val="18"/>
          <w:szCs w:val="18"/>
        </w:rPr>
        <w:t>ხარვეზის</w:t>
      </w:r>
      <w:proofErr w:type="spellEnd"/>
      <w:r w:rsidRPr="00B51957">
        <w:rPr>
          <w:rFonts w:cstheme="majorHAnsi"/>
          <w:sz w:val="18"/>
          <w:szCs w:val="18"/>
        </w:rPr>
        <w:t xml:space="preserve"> </w:t>
      </w:r>
      <w:proofErr w:type="spellStart"/>
      <w:r w:rsidRPr="00B51957">
        <w:rPr>
          <w:rFonts w:ascii="Sylfaen" w:hAnsi="Sylfaen" w:cs="Sylfaen"/>
          <w:sz w:val="18"/>
          <w:szCs w:val="18"/>
        </w:rPr>
        <w:t>აღმოფხვრის</w:t>
      </w:r>
      <w:proofErr w:type="spellEnd"/>
      <w:r w:rsidRPr="00B51957">
        <w:rPr>
          <w:rFonts w:cstheme="majorHAnsi"/>
          <w:sz w:val="18"/>
          <w:szCs w:val="18"/>
        </w:rPr>
        <w:t xml:space="preserve"> </w:t>
      </w:r>
      <w:proofErr w:type="spellStart"/>
      <w:r w:rsidRPr="00B51957">
        <w:rPr>
          <w:rFonts w:ascii="Sylfaen" w:hAnsi="Sylfaen" w:cs="Sylfaen"/>
          <w:sz w:val="18"/>
          <w:szCs w:val="18"/>
        </w:rPr>
        <w:t>დამადასტურებელი</w:t>
      </w:r>
      <w:proofErr w:type="spellEnd"/>
      <w:r w:rsidRPr="00B51957">
        <w:rPr>
          <w:rFonts w:cstheme="majorHAnsi"/>
          <w:sz w:val="18"/>
          <w:szCs w:val="18"/>
        </w:rPr>
        <w:t xml:space="preserve"> </w:t>
      </w:r>
      <w:proofErr w:type="spellStart"/>
      <w:r w:rsidRPr="00B51957">
        <w:rPr>
          <w:rFonts w:ascii="Sylfaen" w:hAnsi="Sylfaen" w:cs="Sylfaen"/>
          <w:sz w:val="18"/>
          <w:szCs w:val="18"/>
        </w:rPr>
        <w:t>შესაბამისი</w:t>
      </w:r>
      <w:proofErr w:type="spellEnd"/>
      <w:r w:rsidRPr="00B51957">
        <w:rPr>
          <w:rFonts w:cstheme="majorHAnsi"/>
          <w:sz w:val="18"/>
          <w:szCs w:val="18"/>
        </w:rPr>
        <w:t xml:space="preserve"> </w:t>
      </w:r>
      <w:proofErr w:type="spellStart"/>
      <w:r w:rsidRPr="00B51957">
        <w:rPr>
          <w:rFonts w:ascii="Sylfaen" w:hAnsi="Sylfaen" w:cs="Sylfaen"/>
          <w:sz w:val="18"/>
          <w:szCs w:val="18"/>
        </w:rPr>
        <w:t>ფოტო</w:t>
      </w:r>
      <w:proofErr w:type="spellEnd"/>
      <w:r w:rsidRPr="00B51957">
        <w:rPr>
          <w:rFonts w:cstheme="majorHAnsi"/>
          <w:sz w:val="18"/>
          <w:szCs w:val="18"/>
        </w:rPr>
        <w:t>/</w:t>
      </w:r>
      <w:proofErr w:type="spellStart"/>
      <w:r w:rsidRPr="00B51957">
        <w:rPr>
          <w:rFonts w:ascii="Sylfaen" w:hAnsi="Sylfaen" w:cs="Sylfaen"/>
          <w:sz w:val="18"/>
          <w:szCs w:val="18"/>
        </w:rPr>
        <w:t>ვიდო</w:t>
      </w:r>
      <w:proofErr w:type="spellEnd"/>
      <w:r w:rsidRPr="00B51957">
        <w:rPr>
          <w:rFonts w:cstheme="majorHAnsi"/>
          <w:sz w:val="18"/>
          <w:szCs w:val="18"/>
        </w:rPr>
        <w:t xml:space="preserve"> </w:t>
      </w:r>
      <w:proofErr w:type="spellStart"/>
      <w:r w:rsidRPr="00B51957">
        <w:rPr>
          <w:rFonts w:ascii="Sylfaen" w:hAnsi="Sylfaen" w:cs="Sylfaen"/>
          <w:sz w:val="18"/>
          <w:szCs w:val="18"/>
        </w:rPr>
        <w:t>მასალა</w:t>
      </w:r>
      <w:proofErr w:type="spellEnd"/>
      <w:r w:rsidRPr="00B51957">
        <w:rPr>
          <w:rFonts w:cstheme="majorHAnsi"/>
          <w:sz w:val="18"/>
          <w:szCs w:val="18"/>
        </w:rPr>
        <w:t xml:space="preserve">.  </w:t>
      </w:r>
    </w:p>
    <w:p w14:paraId="3459226C" w14:textId="77777777" w:rsidR="00B53E64" w:rsidRDefault="00B53E64" w:rsidP="00B53E64">
      <w:pPr>
        <w:pStyle w:val="ListParagraph"/>
        <w:numPr>
          <w:ilvl w:val="2"/>
          <w:numId w:val="13"/>
        </w:numPr>
        <w:rPr>
          <w:rFonts w:cstheme="majorHAnsi"/>
          <w:sz w:val="18"/>
          <w:szCs w:val="18"/>
        </w:rPr>
      </w:pPr>
      <w:proofErr w:type="spellStart"/>
      <w:r w:rsidRPr="00B51957">
        <w:rPr>
          <w:rFonts w:ascii="Sylfaen" w:hAnsi="Sylfaen" w:cs="Sylfaen"/>
          <w:sz w:val="18"/>
          <w:szCs w:val="18"/>
        </w:rPr>
        <w:t>თანხმობას</w:t>
      </w:r>
      <w:proofErr w:type="spellEnd"/>
      <w:r w:rsidRPr="00B51957">
        <w:rPr>
          <w:rFonts w:cstheme="majorHAnsi"/>
          <w:sz w:val="18"/>
          <w:szCs w:val="18"/>
        </w:rPr>
        <w:t xml:space="preserve"> </w:t>
      </w:r>
      <w:proofErr w:type="spellStart"/>
      <w:r w:rsidRPr="00B51957">
        <w:rPr>
          <w:rFonts w:ascii="Sylfaen" w:hAnsi="Sylfaen" w:cs="Sylfaen"/>
          <w:sz w:val="18"/>
          <w:szCs w:val="18"/>
        </w:rPr>
        <w:t>ბეტონირების</w:t>
      </w:r>
      <w:proofErr w:type="spellEnd"/>
      <w:r w:rsidRPr="00B51957">
        <w:rPr>
          <w:rFonts w:cstheme="majorHAnsi"/>
          <w:sz w:val="18"/>
          <w:szCs w:val="18"/>
        </w:rPr>
        <w:t xml:space="preserve"> </w:t>
      </w:r>
      <w:proofErr w:type="spellStart"/>
      <w:r w:rsidRPr="00B51957">
        <w:rPr>
          <w:rFonts w:ascii="Sylfaen" w:hAnsi="Sylfaen" w:cs="Sylfaen"/>
          <w:sz w:val="18"/>
          <w:szCs w:val="18"/>
        </w:rPr>
        <w:t>დაწყების</w:t>
      </w:r>
      <w:proofErr w:type="spellEnd"/>
      <w:r w:rsidRPr="00B51957">
        <w:rPr>
          <w:rFonts w:cstheme="majorHAnsi"/>
          <w:sz w:val="18"/>
          <w:szCs w:val="18"/>
        </w:rPr>
        <w:t xml:space="preserve"> </w:t>
      </w:r>
      <w:proofErr w:type="spellStart"/>
      <w:r w:rsidRPr="00B51957">
        <w:rPr>
          <w:rFonts w:ascii="Sylfaen" w:hAnsi="Sylfaen" w:cs="Sylfaen"/>
          <w:sz w:val="18"/>
          <w:szCs w:val="18"/>
        </w:rPr>
        <w:t>შესახებ</w:t>
      </w:r>
      <w:proofErr w:type="spellEnd"/>
      <w:r w:rsidRPr="00B51957">
        <w:rPr>
          <w:rFonts w:cstheme="majorHAnsi"/>
          <w:sz w:val="18"/>
          <w:szCs w:val="18"/>
        </w:rPr>
        <w:t xml:space="preserve"> </w:t>
      </w:r>
      <w:proofErr w:type="spellStart"/>
      <w:r w:rsidRPr="00B51957">
        <w:rPr>
          <w:rFonts w:ascii="Sylfaen" w:hAnsi="Sylfaen" w:cs="Sylfaen"/>
          <w:sz w:val="18"/>
          <w:szCs w:val="18"/>
        </w:rPr>
        <w:t>დამკვეთი</w:t>
      </w:r>
      <w:proofErr w:type="spellEnd"/>
      <w:r w:rsidRPr="00B51957">
        <w:rPr>
          <w:rFonts w:cstheme="majorHAnsi"/>
          <w:sz w:val="18"/>
          <w:szCs w:val="18"/>
        </w:rPr>
        <w:t xml:space="preserve"> </w:t>
      </w:r>
      <w:proofErr w:type="spellStart"/>
      <w:r w:rsidRPr="00B51957">
        <w:rPr>
          <w:rFonts w:ascii="Sylfaen" w:hAnsi="Sylfaen" w:cs="Sylfaen"/>
          <w:sz w:val="18"/>
          <w:szCs w:val="18"/>
        </w:rPr>
        <w:t>იძლევა</w:t>
      </w:r>
      <w:proofErr w:type="spellEnd"/>
      <w:r w:rsidRPr="00B51957">
        <w:rPr>
          <w:rFonts w:cstheme="majorHAnsi"/>
          <w:sz w:val="18"/>
          <w:szCs w:val="18"/>
        </w:rPr>
        <w:t xml:space="preserve"> </w:t>
      </w:r>
      <w:proofErr w:type="spellStart"/>
      <w:r w:rsidRPr="00B51957">
        <w:rPr>
          <w:rFonts w:ascii="Sylfaen" w:hAnsi="Sylfaen" w:cs="Sylfaen"/>
          <w:sz w:val="18"/>
          <w:szCs w:val="18"/>
        </w:rPr>
        <w:t>მენარდის</w:t>
      </w:r>
      <w:proofErr w:type="spellEnd"/>
      <w:r w:rsidRPr="00B51957">
        <w:rPr>
          <w:rFonts w:cstheme="majorHAnsi"/>
          <w:sz w:val="18"/>
          <w:szCs w:val="18"/>
        </w:rPr>
        <w:t xml:space="preserve"> </w:t>
      </w:r>
      <w:proofErr w:type="spellStart"/>
      <w:r w:rsidRPr="00B51957">
        <w:rPr>
          <w:rFonts w:ascii="Sylfaen" w:hAnsi="Sylfaen" w:cs="Sylfaen"/>
          <w:sz w:val="18"/>
          <w:szCs w:val="18"/>
        </w:rPr>
        <w:t>მიერ</w:t>
      </w:r>
      <w:proofErr w:type="spellEnd"/>
      <w:r w:rsidRPr="00B51957">
        <w:rPr>
          <w:rFonts w:cstheme="majorHAnsi"/>
          <w:sz w:val="18"/>
          <w:szCs w:val="18"/>
        </w:rPr>
        <w:t xml:space="preserve"> </w:t>
      </w:r>
      <w:proofErr w:type="spellStart"/>
      <w:r w:rsidRPr="00B51957">
        <w:rPr>
          <w:rFonts w:ascii="Sylfaen" w:hAnsi="Sylfaen" w:cs="Sylfaen"/>
          <w:sz w:val="18"/>
          <w:szCs w:val="18"/>
        </w:rPr>
        <w:t>მისთვის</w:t>
      </w:r>
      <w:proofErr w:type="spellEnd"/>
      <w:r w:rsidRPr="00B51957">
        <w:rPr>
          <w:rFonts w:cstheme="majorHAnsi"/>
          <w:sz w:val="18"/>
          <w:szCs w:val="18"/>
        </w:rPr>
        <w:t xml:space="preserve"> </w:t>
      </w:r>
      <w:proofErr w:type="spellStart"/>
      <w:r w:rsidRPr="00B51957">
        <w:rPr>
          <w:rFonts w:ascii="Sylfaen" w:hAnsi="Sylfaen" w:cs="Sylfaen"/>
          <w:sz w:val="18"/>
          <w:szCs w:val="18"/>
        </w:rPr>
        <w:t>წარდგენილი</w:t>
      </w:r>
      <w:proofErr w:type="spellEnd"/>
      <w:r w:rsidRPr="00B51957">
        <w:rPr>
          <w:rFonts w:cstheme="majorHAnsi"/>
          <w:sz w:val="18"/>
          <w:szCs w:val="18"/>
        </w:rPr>
        <w:t xml:space="preserve"> </w:t>
      </w:r>
      <w:proofErr w:type="spellStart"/>
      <w:r w:rsidRPr="00B51957">
        <w:rPr>
          <w:rFonts w:ascii="Sylfaen" w:hAnsi="Sylfaen" w:cs="Sylfaen"/>
          <w:sz w:val="18"/>
          <w:szCs w:val="18"/>
        </w:rPr>
        <w:t>ფარული</w:t>
      </w:r>
      <w:proofErr w:type="spellEnd"/>
      <w:r w:rsidRPr="00B51957">
        <w:rPr>
          <w:rFonts w:cstheme="majorHAnsi"/>
          <w:sz w:val="18"/>
          <w:szCs w:val="18"/>
        </w:rPr>
        <w:t xml:space="preserve"> </w:t>
      </w:r>
      <w:proofErr w:type="spellStart"/>
      <w:r w:rsidRPr="00B51957">
        <w:rPr>
          <w:rFonts w:ascii="Sylfaen" w:hAnsi="Sylfaen" w:cs="Sylfaen"/>
          <w:sz w:val="18"/>
          <w:szCs w:val="18"/>
        </w:rPr>
        <w:t>სამუშაოების</w:t>
      </w:r>
      <w:proofErr w:type="spellEnd"/>
      <w:r w:rsidRPr="00B51957">
        <w:rPr>
          <w:rFonts w:cstheme="majorHAnsi"/>
          <w:sz w:val="18"/>
          <w:szCs w:val="18"/>
        </w:rPr>
        <w:t xml:space="preserve"> </w:t>
      </w:r>
      <w:proofErr w:type="spellStart"/>
      <w:r w:rsidRPr="00B51957">
        <w:rPr>
          <w:rFonts w:ascii="Sylfaen" w:hAnsi="Sylfaen" w:cs="Sylfaen"/>
          <w:sz w:val="18"/>
          <w:szCs w:val="18"/>
        </w:rPr>
        <w:t>აქტის</w:t>
      </w:r>
      <w:proofErr w:type="spellEnd"/>
      <w:r w:rsidRPr="00B51957">
        <w:rPr>
          <w:rFonts w:cstheme="majorHAnsi"/>
          <w:sz w:val="18"/>
          <w:szCs w:val="18"/>
        </w:rPr>
        <w:t xml:space="preserve"> </w:t>
      </w:r>
      <w:proofErr w:type="spellStart"/>
      <w:r w:rsidRPr="00B51957">
        <w:rPr>
          <w:rFonts w:ascii="Sylfaen" w:hAnsi="Sylfaen" w:cs="Sylfaen"/>
          <w:sz w:val="18"/>
          <w:szCs w:val="18"/>
        </w:rPr>
        <w:t>ხელმოწერის</w:t>
      </w:r>
      <w:proofErr w:type="spellEnd"/>
      <w:r w:rsidRPr="00B51957">
        <w:rPr>
          <w:rFonts w:cstheme="majorHAnsi"/>
          <w:sz w:val="18"/>
          <w:szCs w:val="18"/>
        </w:rPr>
        <w:t xml:space="preserve"> </w:t>
      </w:r>
      <w:proofErr w:type="spellStart"/>
      <w:r w:rsidRPr="00B51957">
        <w:rPr>
          <w:rFonts w:ascii="Sylfaen" w:hAnsi="Sylfaen" w:cs="Sylfaen"/>
          <w:sz w:val="18"/>
          <w:szCs w:val="18"/>
        </w:rPr>
        <w:t>საფუძველზე</w:t>
      </w:r>
      <w:proofErr w:type="spellEnd"/>
      <w:r w:rsidRPr="00B51957">
        <w:rPr>
          <w:rFonts w:cstheme="majorHAnsi"/>
          <w:sz w:val="18"/>
          <w:szCs w:val="18"/>
        </w:rPr>
        <w:t xml:space="preserve">. </w:t>
      </w:r>
      <w:proofErr w:type="spellStart"/>
      <w:r w:rsidRPr="00B51957">
        <w:rPr>
          <w:rFonts w:ascii="Sylfaen" w:hAnsi="Sylfaen" w:cs="Sylfaen"/>
          <w:sz w:val="18"/>
          <w:szCs w:val="18"/>
        </w:rPr>
        <w:t>მხარეთა</w:t>
      </w:r>
      <w:proofErr w:type="spellEnd"/>
      <w:r w:rsidRPr="00B51957">
        <w:rPr>
          <w:rFonts w:cstheme="majorHAnsi"/>
          <w:sz w:val="18"/>
          <w:szCs w:val="18"/>
        </w:rPr>
        <w:t xml:space="preserve"> </w:t>
      </w:r>
      <w:proofErr w:type="spellStart"/>
      <w:r w:rsidRPr="00B51957">
        <w:rPr>
          <w:rFonts w:ascii="Sylfaen" w:hAnsi="Sylfaen" w:cs="Sylfaen"/>
          <w:sz w:val="18"/>
          <w:szCs w:val="18"/>
        </w:rPr>
        <w:t>მიერ</w:t>
      </w:r>
      <w:proofErr w:type="spellEnd"/>
      <w:r w:rsidRPr="00B51957">
        <w:rPr>
          <w:rFonts w:cstheme="majorHAnsi"/>
          <w:sz w:val="18"/>
          <w:szCs w:val="18"/>
        </w:rPr>
        <w:t xml:space="preserve"> </w:t>
      </w:r>
      <w:proofErr w:type="spellStart"/>
      <w:r w:rsidRPr="00B51957">
        <w:rPr>
          <w:rFonts w:ascii="Sylfaen" w:hAnsi="Sylfaen" w:cs="Sylfaen"/>
          <w:sz w:val="18"/>
          <w:szCs w:val="18"/>
        </w:rPr>
        <w:t>ფარული</w:t>
      </w:r>
      <w:proofErr w:type="spellEnd"/>
      <w:r w:rsidRPr="00B51957">
        <w:rPr>
          <w:rFonts w:cstheme="majorHAnsi"/>
          <w:sz w:val="18"/>
          <w:szCs w:val="18"/>
        </w:rPr>
        <w:t xml:space="preserve"> </w:t>
      </w:r>
      <w:proofErr w:type="spellStart"/>
      <w:r w:rsidRPr="00B51957">
        <w:rPr>
          <w:rFonts w:ascii="Sylfaen" w:hAnsi="Sylfaen" w:cs="Sylfaen"/>
          <w:sz w:val="18"/>
          <w:szCs w:val="18"/>
        </w:rPr>
        <w:t>სამუშაოების</w:t>
      </w:r>
      <w:proofErr w:type="spellEnd"/>
      <w:r w:rsidRPr="00B51957">
        <w:rPr>
          <w:rFonts w:cstheme="majorHAnsi"/>
          <w:sz w:val="18"/>
          <w:szCs w:val="18"/>
        </w:rPr>
        <w:t xml:space="preserve"> </w:t>
      </w:r>
      <w:proofErr w:type="spellStart"/>
      <w:r w:rsidRPr="00B51957">
        <w:rPr>
          <w:rFonts w:ascii="Sylfaen" w:hAnsi="Sylfaen" w:cs="Sylfaen"/>
          <w:sz w:val="18"/>
          <w:szCs w:val="18"/>
        </w:rPr>
        <w:t>აქტის</w:t>
      </w:r>
      <w:proofErr w:type="spellEnd"/>
      <w:r w:rsidRPr="00B51957">
        <w:rPr>
          <w:rFonts w:cstheme="majorHAnsi"/>
          <w:sz w:val="18"/>
          <w:szCs w:val="18"/>
        </w:rPr>
        <w:t xml:space="preserve"> </w:t>
      </w:r>
      <w:proofErr w:type="spellStart"/>
      <w:r w:rsidRPr="00B51957">
        <w:rPr>
          <w:rFonts w:ascii="Sylfaen" w:hAnsi="Sylfaen" w:cs="Sylfaen"/>
          <w:sz w:val="18"/>
          <w:szCs w:val="18"/>
        </w:rPr>
        <w:t>ხელმოწერა</w:t>
      </w:r>
      <w:proofErr w:type="spellEnd"/>
      <w:r w:rsidRPr="00B51957">
        <w:rPr>
          <w:rFonts w:cstheme="majorHAnsi"/>
          <w:sz w:val="18"/>
          <w:szCs w:val="18"/>
        </w:rPr>
        <w:t xml:space="preserve"> </w:t>
      </w:r>
      <w:proofErr w:type="spellStart"/>
      <w:r w:rsidRPr="00B51957">
        <w:rPr>
          <w:rFonts w:ascii="Sylfaen" w:hAnsi="Sylfaen" w:cs="Sylfaen"/>
          <w:sz w:val="18"/>
          <w:szCs w:val="18"/>
        </w:rPr>
        <w:t>წარმოადგენს</w:t>
      </w:r>
      <w:proofErr w:type="spellEnd"/>
      <w:r w:rsidRPr="00B51957">
        <w:rPr>
          <w:rFonts w:cstheme="majorHAnsi"/>
          <w:sz w:val="18"/>
          <w:szCs w:val="18"/>
        </w:rPr>
        <w:t xml:space="preserve"> </w:t>
      </w:r>
      <w:proofErr w:type="spellStart"/>
      <w:r w:rsidRPr="00B51957">
        <w:rPr>
          <w:rFonts w:ascii="Sylfaen" w:hAnsi="Sylfaen" w:cs="Sylfaen"/>
          <w:sz w:val="18"/>
          <w:szCs w:val="18"/>
        </w:rPr>
        <w:t>ბეტონირების</w:t>
      </w:r>
      <w:proofErr w:type="spellEnd"/>
      <w:r w:rsidRPr="00B51957">
        <w:rPr>
          <w:rFonts w:cstheme="majorHAnsi"/>
          <w:sz w:val="18"/>
          <w:szCs w:val="18"/>
        </w:rPr>
        <w:t xml:space="preserve"> </w:t>
      </w:r>
      <w:proofErr w:type="spellStart"/>
      <w:r w:rsidRPr="00B51957">
        <w:rPr>
          <w:rFonts w:ascii="Sylfaen" w:hAnsi="Sylfaen" w:cs="Sylfaen"/>
          <w:sz w:val="18"/>
          <w:szCs w:val="18"/>
        </w:rPr>
        <w:t>სამუშაოების</w:t>
      </w:r>
      <w:proofErr w:type="spellEnd"/>
      <w:r w:rsidRPr="00B51957">
        <w:rPr>
          <w:rFonts w:cstheme="majorHAnsi"/>
          <w:sz w:val="18"/>
          <w:szCs w:val="18"/>
        </w:rPr>
        <w:t xml:space="preserve"> </w:t>
      </w:r>
      <w:proofErr w:type="spellStart"/>
      <w:r w:rsidRPr="00B51957">
        <w:rPr>
          <w:rFonts w:ascii="Sylfaen" w:hAnsi="Sylfaen" w:cs="Sylfaen"/>
          <w:sz w:val="18"/>
          <w:szCs w:val="18"/>
        </w:rPr>
        <w:t>წარმოების</w:t>
      </w:r>
      <w:proofErr w:type="spellEnd"/>
      <w:r w:rsidRPr="00B51957">
        <w:rPr>
          <w:rFonts w:cstheme="majorHAnsi"/>
          <w:sz w:val="18"/>
          <w:szCs w:val="18"/>
        </w:rPr>
        <w:t xml:space="preserve"> </w:t>
      </w:r>
      <w:proofErr w:type="spellStart"/>
      <w:r w:rsidRPr="00B51957">
        <w:rPr>
          <w:rFonts w:ascii="Sylfaen" w:hAnsi="Sylfaen" w:cs="Sylfaen"/>
          <w:sz w:val="18"/>
          <w:szCs w:val="18"/>
        </w:rPr>
        <w:t>აუცილებელ</w:t>
      </w:r>
      <w:proofErr w:type="spellEnd"/>
      <w:r w:rsidRPr="00B51957">
        <w:rPr>
          <w:rFonts w:cstheme="majorHAnsi"/>
          <w:sz w:val="18"/>
          <w:szCs w:val="18"/>
        </w:rPr>
        <w:t xml:space="preserve"> </w:t>
      </w:r>
      <w:proofErr w:type="spellStart"/>
      <w:proofErr w:type="gramStart"/>
      <w:r w:rsidRPr="00B51957">
        <w:rPr>
          <w:rFonts w:ascii="Sylfaen" w:hAnsi="Sylfaen" w:cs="Sylfaen"/>
          <w:sz w:val="18"/>
          <w:szCs w:val="18"/>
        </w:rPr>
        <w:t>წინაპირობას</w:t>
      </w:r>
      <w:proofErr w:type="spellEnd"/>
      <w:r w:rsidRPr="00B51957">
        <w:rPr>
          <w:rFonts w:cstheme="majorHAnsi"/>
          <w:sz w:val="18"/>
          <w:szCs w:val="18"/>
        </w:rPr>
        <w:t xml:space="preserve">  </w:t>
      </w:r>
      <w:proofErr w:type="spellStart"/>
      <w:r w:rsidRPr="00B51957">
        <w:rPr>
          <w:rFonts w:ascii="Sylfaen" w:hAnsi="Sylfaen" w:cs="Sylfaen"/>
          <w:sz w:val="18"/>
          <w:szCs w:val="18"/>
        </w:rPr>
        <w:t>ფარული</w:t>
      </w:r>
      <w:proofErr w:type="spellEnd"/>
      <w:proofErr w:type="gramEnd"/>
      <w:r w:rsidRPr="00B51957">
        <w:rPr>
          <w:rFonts w:cstheme="majorHAnsi"/>
          <w:sz w:val="18"/>
          <w:szCs w:val="18"/>
        </w:rPr>
        <w:t xml:space="preserve"> </w:t>
      </w:r>
      <w:proofErr w:type="spellStart"/>
      <w:r w:rsidRPr="00B51957">
        <w:rPr>
          <w:rFonts w:ascii="Sylfaen" w:hAnsi="Sylfaen" w:cs="Sylfaen"/>
          <w:sz w:val="18"/>
          <w:szCs w:val="18"/>
        </w:rPr>
        <w:t>სამუშაოების</w:t>
      </w:r>
      <w:proofErr w:type="spellEnd"/>
      <w:r w:rsidRPr="00B51957">
        <w:rPr>
          <w:rFonts w:cstheme="majorHAnsi"/>
          <w:sz w:val="18"/>
          <w:szCs w:val="18"/>
        </w:rPr>
        <w:t xml:space="preserve"> </w:t>
      </w:r>
      <w:proofErr w:type="spellStart"/>
      <w:r w:rsidRPr="00B51957">
        <w:rPr>
          <w:rFonts w:ascii="Sylfaen" w:hAnsi="Sylfaen" w:cs="Sylfaen"/>
          <w:sz w:val="18"/>
          <w:szCs w:val="18"/>
        </w:rPr>
        <w:t>აქტით</w:t>
      </w:r>
      <w:proofErr w:type="spellEnd"/>
      <w:r w:rsidRPr="00B51957">
        <w:rPr>
          <w:rFonts w:cstheme="majorHAnsi"/>
          <w:sz w:val="18"/>
          <w:szCs w:val="18"/>
        </w:rPr>
        <w:t xml:space="preserve"> </w:t>
      </w:r>
      <w:proofErr w:type="spellStart"/>
      <w:r w:rsidRPr="00B51957">
        <w:rPr>
          <w:rFonts w:ascii="Sylfaen" w:hAnsi="Sylfaen" w:cs="Sylfaen"/>
          <w:sz w:val="18"/>
          <w:szCs w:val="18"/>
        </w:rPr>
        <w:t>მხარეები</w:t>
      </w:r>
      <w:proofErr w:type="spellEnd"/>
      <w:r w:rsidRPr="00B51957">
        <w:rPr>
          <w:rFonts w:cstheme="majorHAnsi"/>
          <w:sz w:val="18"/>
          <w:szCs w:val="18"/>
        </w:rPr>
        <w:t xml:space="preserve"> </w:t>
      </w:r>
      <w:proofErr w:type="spellStart"/>
      <w:r w:rsidRPr="00B51957">
        <w:rPr>
          <w:rFonts w:ascii="Sylfaen" w:hAnsi="Sylfaen" w:cs="Sylfaen"/>
          <w:sz w:val="18"/>
          <w:szCs w:val="18"/>
        </w:rPr>
        <w:t>ადასტურებენ</w:t>
      </w:r>
      <w:proofErr w:type="spellEnd"/>
      <w:r w:rsidRPr="00B51957">
        <w:rPr>
          <w:rFonts w:cstheme="majorHAnsi"/>
          <w:sz w:val="18"/>
          <w:szCs w:val="18"/>
        </w:rPr>
        <w:t xml:space="preserve"> </w:t>
      </w:r>
      <w:proofErr w:type="spellStart"/>
      <w:r w:rsidRPr="00B51957">
        <w:rPr>
          <w:rFonts w:ascii="Sylfaen" w:hAnsi="Sylfaen" w:cs="Sylfaen"/>
          <w:sz w:val="18"/>
          <w:szCs w:val="18"/>
        </w:rPr>
        <w:t>პროექტთან</w:t>
      </w:r>
      <w:proofErr w:type="spellEnd"/>
      <w:r w:rsidRPr="00B51957">
        <w:rPr>
          <w:rFonts w:cstheme="majorHAnsi"/>
          <w:sz w:val="18"/>
          <w:szCs w:val="18"/>
        </w:rPr>
        <w:t xml:space="preserve"> </w:t>
      </w:r>
      <w:proofErr w:type="spellStart"/>
      <w:r w:rsidRPr="00B51957">
        <w:rPr>
          <w:rFonts w:ascii="Sylfaen" w:hAnsi="Sylfaen" w:cs="Sylfaen"/>
          <w:sz w:val="18"/>
          <w:szCs w:val="18"/>
        </w:rPr>
        <w:t>იმ</w:t>
      </w:r>
      <w:proofErr w:type="spellEnd"/>
      <w:r w:rsidRPr="00B51957">
        <w:rPr>
          <w:rFonts w:cstheme="majorHAnsi"/>
          <w:sz w:val="18"/>
          <w:szCs w:val="18"/>
        </w:rPr>
        <w:t xml:space="preserve"> </w:t>
      </w:r>
      <w:proofErr w:type="spellStart"/>
      <w:r w:rsidRPr="00B51957">
        <w:rPr>
          <w:rFonts w:ascii="Sylfaen" w:hAnsi="Sylfaen" w:cs="Sylfaen"/>
          <w:sz w:val="18"/>
          <w:szCs w:val="18"/>
        </w:rPr>
        <w:t>სამუშაოების</w:t>
      </w:r>
      <w:proofErr w:type="spellEnd"/>
      <w:r w:rsidRPr="00B51957">
        <w:rPr>
          <w:rFonts w:cstheme="majorHAnsi"/>
          <w:sz w:val="18"/>
          <w:szCs w:val="18"/>
        </w:rPr>
        <w:t xml:space="preserve"> </w:t>
      </w:r>
      <w:proofErr w:type="spellStart"/>
      <w:r w:rsidRPr="00B51957">
        <w:rPr>
          <w:rFonts w:ascii="Sylfaen" w:hAnsi="Sylfaen" w:cs="Sylfaen"/>
          <w:sz w:val="18"/>
          <w:szCs w:val="18"/>
        </w:rPr>
        <w:t>შესაბამისობას</w:t>
      </w:r>
      <w:proofErr w:type="spellEnd"/>
      <w:r w:rsidRPr="00B51957">
        <w:rPr>
          <w:rFonts w:cstheme="majorHAnsi"/>
          <w:sz w:val="18"/>
          <w:szCs w:val="18"/>
        </w:rPr>
        <w:t xml:space="preserve">, </w:t>
      </w:r>
      <w:proofErr w:type="spellStart"/>
      <w:r w:rsidRPr="00B51957">
        <w:rPr>
          <w:rFonts w:ascii="Sylfaen" w:hAnsi="Sylfaen" w:cs="Sylfaen"/>
          <w:sz w:val="18"/>
          <w:szCs w:val="18"/>
        </w:rPr>
        <w:t>რომელთა</w:t>
      </w:r>
      <w:proofErr w:type="spellEnd"/>
      <w:r w:rsidRPr="00B51957">
        <w:rPr>
          <w:rFonts w:cstheme="majorHAnsi"/>
          <w:sz w:val="18"/>
          <w:szCs w:val="18"/>
        </w:rPr>
        <w:t xml:space="preserve"> </w:t>
      </w:r>
      <w:proofErr w:type="spellStart"/>
      <w:r w:rsidRPr="00B51957">
        <w:rPr>
          <w:rFonts w:ascii="Sylfaen" w:hAnsi="Sylfaen" w:cs="Sylfaen"/>
          <w:sz w:val="18"/>
          <w:szCs w:val="18"/>
        </w:rPr>
        <w:t>შემოწმება</w:t>
      </w:r>
      <w:proofErr w:type="spellEnd"/>
      <w:r w:rsidRPr="00B51957">
        <w:rPr>
          <w:rFonts w:cstheme="majorHAnsi"/>
          <w:sz w:val="18"/>
          <w:szCs w:val="18"/>
        </w:rPr>
        <w:t xml:space="preserve"> </w:t>
      </w:r>
      <w:proofErr w:type="spellStart"/>
      <w:r w:rsidRPr="00B51957">
        <w:rPr>
          <w:rFonts w:ascii="Sylfaen" w:hAnsi="Sylfaen" w:cs="Sylfaen"/>
          <w:sz w:val="18"/>
          <w:szCs w:val="18"/>
        </w:rPr>
        <w:t>და</w:t>
      </w:r>
      <w:proofErr w:type="spellEnd"/>
      <w:r w:rsidRPr="00B51957">
        <w:rPr>
          <w:rFonts w:cstheme="majorHAnsi"/>
          <w:sz w:val="18"/>
          <w:szCs w:val="18"/>
        </w:rPr>
        <w:t xml:space="preserve"> </w:t>
      </w:r>
      <w:proofErr w:type="spellStart"/>
      <w:r w:rsidRPr="00B51957">
        <w:rPr>
          <w:rFonts w:ascii="Sylfaen" w:hAnsi="Sylfaen" w:cs="Sylfaen"/>
          <w:sz w:val="18"/>
          <w:szCs w:val="18"/>
        </w:rPr>
        <w:t>შეფასება</w:t>
      </w:r>
      <w:proofErr w:type="spellEnd"/>
      <w:r w:rsidRPr="00B51957">
        <w:rPr>
          <w:rFonts w:cstheme="majorHAnsi"/>
          <w:sz w:val="18"/>
          <w:szCs w:val="18"/>
        </w:rPr>
        <w:t xml:space="preserve"> </w:t>
      </w:r>
      <w:proofErr w:type="spellStart"/>
      <w:r w:rsidRPr="00B51957">
        <w:rPr>
          <w:rFonts w:ascii="Sylfaen" w:hAnsi="Sylfaen" w:cs="Sylfaen"/>
          <w:sz w:val="18"/>
          <w:szCs w:val="18"/>
        </w:rPr>
        <w:t>მომავალში</w:t>
      </w:r>
      <w:proofErr w:type="spellEnd"/>
      <w:r w:rsidRPr="00B51957">
        <w:rPr>
          <w:rFonts w:cstheme="majorHAnsi"/>
          <w:sz w:val="18"/>
          <w:szCs w:val="18"/>
        </w:rPr>
        <w:t xml:space="preserve"> </w:t>
      </w:r>
      <w:proofErr w:type="spellStart"/>
      <w:r w:rsidRPr="00B51957">
        <w:rPr>
          <w:rFonts w:ascii="Sylfaen" w:hAnsi="Sylfaen" w:cs="Sylfaen"/>
          <w:sz w:val="18"/>
          <w:szCs w:val="18"/>
        </w:rPr>
        <w:t>შესაძლოა</w:t>
      </w:r>
      <w:proofErr w:type="spellEnd"/>
      <w:r w:rsidRPr="00B51957">
        <w:rPr>
          <w:rFonts w:cstheme="majorHAnsi"/>
          <w:sz w:val="18"/>
          <w:szCs w:val="18"/>
        </w:rPr>
        <w:t xml:space="preserve"> </w:t>
      </w:r>
      <w:proofErr w:type="spellStart"/>
      <w:r w:rsidRPr="00B51957">
        <w:rPr>
          <w:rFonts w:ascii="Sylfaen" w:hAnsi="Sylfaen" w:cs="Sylfaen"/>
          <w:sz w:val="18"/>
          <w:szCs w:val="18"/>
        </w:rPr>
        <w:t>შეუძლებელი</w:t>
      </w:r>
      <w:proofErr w:type="spellEnd"/>
      <w:r w:rsidRPr="00B51957">
        <w:rPr>
          <w:rFonts w:cstheme="majorHAnsi"/>
          <w:sz w:val="18"/>
          <w:szCs w:val="18"/>
        </w:rPr>
        <w:t xml:space="preserve"> </w:t>
      </w:r>
      <w:proofErr w:type="spellStart"/>
      <w:r w:rsidRPr="00B51957">
        <w:rPr>
          <w:rFonts w:ascii="Sylfaen" w:hAnsi="Sylfaen" w:cs="Sylfaen"/>
          <w:sz w:val="18"/>
          <w:szCs w:val="18"/>
        </w:rPr>
        <w:t>შეიქმნას</w:t>
      </w:r>
      <w:proofErr w:type="spellEnd"/>
      <w:r w:rsidRPr="00B51957">
        <w:rPr>
          <w:rFonts w:cstheme="majorHAnsi"/>
          <w:sz w:val="18"/>
          <w:szCs w:val="18"/>
        </w:rPr>
        <w:t xml:space="preserve"> </w:t>
      </w:r>
      <w:proofErr w:type="spellStart"/>
      <w:r w:rsidRPr="00B51957">
        <w:rPr>
          <w:rFonts w:ascii="Sylfaen" w:hAnsi="Sylfaen" w:cs="Sylfaen"/>
          <w:sz w:val="18"/>
          <w:szCs w:val="18"/>
        </w:rPr>
        <w:t>და</w:t>
      </w:r>
      <w:proofErr w:type="spellEnd"/>
      <w:r w:rsidRPr="00B51957">
        <w:rPr>
          <w:rFonts w:cstheme="majorHAnsi"/>
          <w:sz w:val="18"/>
          <w:szCs w:val="18"/>
        </w:rPr>
        <w:t>/</w:t>
      </w:r>
      <w:proofErr w:type="spellStart"/>
      <w:r w:rsidRPr="00B51957">
        <w:rPr>
          <w:rFonts w:ascii="Sylfaen" w:hAnsi="Sylfaen" w:cs="Sylfaen"/>
          <w:sz w:val="18"/>
          <w:szCs w:val="18"/>
        </w:rPr>
        <w:t>ან</w:t>
      </w:r>
      <w:proofErr w:type="spellEnd"/>
      <w:r w:rsidRPr="00B51957">
        <w:rPr>
          <w:rFonts w:cstheme="majorHAnsi"/>
          <w:sz w:val="18"/>
          <w:szCs w:val="18"/>
        </w:rPr>
        <w:t xml:space="preserve"> </w:t>
      </w:r>
      <w:proofErr w:type="spellStart"/>
      <w:r w:rsidRPr="00B51957">
        <w:rPr>
          <w:rFonts w:ascii="Sylfaen" w:hAnsi="Sylfaen" w:cs="Sylfaen"/>
          <w:sz w:val="18"/>
          <w:szCs w:val="18"/>
        </w:rPr>
        <w:t>საჭიროებდეს</w:t>
      </w:r>
      <w:proofErr w:type="spellEnd"/>
      <w:r w:rsidRPr="00B51957">
        <w:rPr>
          <w:rFonts w:cstheme="majorHAnsi"/>
          <w:sz w:val="18"/>
          <w:szCs w:val="18"/>
        </w:rPr>
        <w:t xml:space="preserve"> </w:t>
      </w:r>
      <w:proofErr w:type="spellStart"/>
      <w:r w:rsidRPr="00B51957">
        <w:rPr>
          <w:rFonts w:ascii="Sylfaen" w:hAnsi="Sylfaen" w:cs="Sylfaen"/>
          <w:sz w:val="18"/>
          <w:szCs w:val="18"/>
        </w:rPr>
        <w:t>სპეციალური</w:t>
      </w:r>
      <w:proofErr w:type="spellEnd"/>
      <w:r w:rsidRPr="00B51957">
        <w:rPr>
          <w:rFonts w:cstheme="majorHAnsi"/>
          <w:sz w:val="18"/>
          <w:szCs w:val="18"/>
        </w:rPr>
        <w:t xml:space="preserve"> </w:t>
      </w:r>
      <w:proofErr w:type="spellStart"/>
      <w:r w:rsidRPr="00B51957">
        <w:rPr>
          <w:rFonts w:ascii="Sylfaen" w:hAnsi="Sylfaen" w:cs="Sylfaen"/>
          <w:sz w:val="18"/>
          <w:szCs w:val="18"/>
        </w:rPr>
        <w:t>შემოწმების</w:t>
      </w:r>
      <w:proofErr w:type="spellEnd"/>
      <w:r w:rsidRPr="00B51957">
        <w:rPr>
          <w:rFonts w:cstheme="majorHAnsi"/>
          <w:sz w:val="18"/>
          <w:szCs w:val="18"/>
        </w:rPr>
        <w:t>/</w:t>
      </w:r>
      <w:proofErr w:type="spellStart"/>
      <w:r w:rsidRPr="00B51957">
        <w:rPr>
          <w:rFonts w:ascii="Sylfaen" w:hAnsi="Sylfaen" w:cs="Sylfaen"/>
          <w:sz w:val="18"/>
          <w:szCs w:val="18"/>
        </w:rPr>
        <w:t>კვლევის</w:t>
      </w:r>
      <w:proofErr w:type="spellEnd"/>
      <w:r w:rsidRPr="00B51957">
        <w:rPr>
          <w:rFonts w:cstheme="majorHAnsi"/>
          <w:sz w:val="18"/>
          <w:szCs w:val="18"/>
        </w:rPr>
        <w:t xml:space="preserve"> </w:t>
      </w:r>
      <w:proofErr w:type="spellStart"/>
      <w:r w:rsidRPr="00B51957">
        <w:rPr>
          <w:rFonts w:ascii="Sylfaen" w:hAnsi="Sylfaen" w:cs="Sylfaen"/>
          <w:sz w:val="18"/>
          <w:szCs w:val="18"/>
        </w:rPr>
        <w:t>ჩატარებას</w:t>
      </w:r>
      <w:proofErr w:type="spellEnd"/>
      <w:r w:rsidRPr="00B51957">
        <w:rPr>
          <w:rFonts w:cstheme="majorHAnsi"/>
          <w:sz w:val="18"/>
          <w:szCs w:val="18"/>
        </w:rPr>
        <w:t xml:space="preserve">.  </w:t>
      </w:r>
    </w:p>
    <w:p w14:paraId="5A8A55BC" w14:textId="58849EA1" w:rsidR="00B53E64" w:rsidRPr="00A009C6" w:rsidRDefault="00B53E64" w:rsidP="00B53E64">
      <w:pPr>
        <w:pStyle w:val="ListParagraph"/>
        <w:numPr>
          <w:ilvl w:val="2"/>
          <w:numId w:val="13"/>
        </w:numPr>
        <w:rPr>
          <w:rFonts w:ascii="Sylfaen" w:hAnsi="Sylfaen" w:cs="Sylfaen"/>
          <w:sz w:val="18"/>
          <w:szCs w:val="18"/>
        </w:rPr>
      </w:pPr>
      <w:r>
        <w:rPr>
          <w:rFonts w:ascii="Sylfaen" w:hAnsi="Sylfaen" w:cs="Sylfaen"/>
          <w:sz w:val="18"/>
          <w:szCs w:val="18"/>
          <w:lang w:val="ka-GE"/>
        </w:rPr>
        <w:t>მენარდე</w:t>
      </w:r>
      <w:r w:rsidRPr="00B51957">
        <w:rPr>
          <w:rFonts w:cstheme="majorHAnsi"/>
          <w:sz w:val="18"/>
          <w:szCs w:val="18"/>
        </w:rPr>
        <w:t xml:space="preserve"> </w:t>
      </w:r>
      <w:proofErr w:type="spellStart"/>
      <w:r w:rsidRPr="00B51957">
        <w:rPr>
          <w:rFonts w:ascii="Sylfaen" w:hAnsi="Sylfaen" w:cs="Sylfaen"/>
          <w:sz w:val="18"/>
          <w:szCs w:val="18"/>
        </w:rPr>
        <w:t>კისრულობს</w:t>
      </w:r>
      <w:proofErr w:type="spellEnd"/>
      <w:r w:rsidRPr="00B51957">
        <w:rPr>
          <w:rFonts w:cstheme="majorHAnsi"/>
          <w:sz w:val="18"/>
          <w:szCs w:val="18"/>
        </w:rPr>
        <w:t xml:space="preserve"> </w:t>
      </w:r>
      <w:proofErr w:type="spellStart"/>
      <w:r w:rsidRPr="00B51957">
        <w:rPr>
          <w:rFonts w:ascii="Sylfaen" w:hAnsi="Sylfaen" w:cs="Sylfaen"/>
          <w:sz w:val="18"/>
          <w:szCs w:val="18"/>
        </w:rPr>
        <w:t>ვალდებულებას</w:t>
      </w:r>
      <w:proofErr w:type="spellEnd"/>
      <w:r w:rsidRPr="00B51957">
        <w:rPr>
          <w:rFonts w:cstheme="majorHAnsi"/>
          <w:sz w:val="18"/>
          <w:szCs w:val="18"/>
        </w:rPr>
        <w:t xml:space="preserve"> </w:t>
      </w:r>
      <w:proofErr w:type="spellStart"/>
      <w:r w:rsidRPr="00B51957">
        <w:rPr>
          <w:rFonts w:ascii="Sylfaen" w:hAnsi="Sylfaen" w:cs="Sylfaen"/>
          <w:sz w:val="18"/>
          <w:szCs w:val="18"/>
        </w:rPr>
        <w:t>კონსტრუქციის</w:t>
      </w:r>
      <w:proofErr w:type="spellEnd"/>
      <w:r w:rsidRPr="00B51957">
        <w:rPr>
          <w:rFonts w:cstheme="majorHAnsi"/>
          <w:sz w:val="18"/>
          <w:szCs w:val="18"/>
        </w:rPr>
        <w:t xml:space="preserve"> </w:t>
      </w:r>
      <w:proofErr w:type="spellStart"/>
      <w:r w:rsidRPr="00B51957">
        <w:rPr>
          <w:rFonts w:ascii="Sylfaen" w:hAnsi="Sylfaen" w:cs="Sylfaen"/>
          <w:sz w:val="18"/>
          <w:szCs w:val="18"/>
        </w:rPr>
        <w:t>არმირების</w:t>
      </w:r>
      <w:proofErr w:type="spellEnd"/>
      <w:r w:rsidRPr="00B51957">
        <w:rPr>
          <w:rFonts w:cstheme="majorHAnsi"/>
          <w:sz w:val="18"/>
          <w:szCs w:val="18"/>
        </w:rPr>
        <w:t xml:space="preserve"> </w:t>
      </w:r>
      <w:proofErr w:type="spellStart"/>
      <w:r w:rsidRPr="00B51957">
        <w:rPr>
          <w:rFonts w:ascii="Sylfaen" w:hAnsi="Sylfaen" w:cs="Sylfaen"/>
          <w:sz w:val="18"/>
          <w:szCs w:val="18"/>
        </w:rPr>
        <w:t>პროექტთან</w:t>
      </w:r>
      <w:proofErr w:type="spellEnd"/>
      <w:r w:rsidRPr="00B51957">
        <w:rPr>
          <w:rFonts w:cstheme="majorHAnsi"/>
          <w:sz w:val="18"/>
          <w:szCs w:val="18"/>
        </w:rPr>
        <w:t xml:space="preserve"> </w:t>
      </w:r>
      <w:proofErr w:type="spellStart"/>
      <w:r w:rsidRPr="00B51957">
        <w:rPr>
          <w:rFonts w:ascii="Sylfaen" w:hAnsi="Sylfaen" w:cs="Sylfaen"/>
          <w:sz w:val="18"/>
          <w:szCs w:val="18"/>
        </w:rPr>
        <w:t>შესაბამისობის</w:t>
      </w:r>
      <w:proofErr w:type="spellEnd"/>
      <w:r w:rsidRPr="00B51957">
        <w:rPr>
          <w:rFonts w:cstheme="majorHAnsi"/>
          <w:sz w:val="18"/>
          <w:szCs w:val="18"/>
        </w:rPr>
        <w:t xml:space="preserve"> </w:t>
      </w:r>
      <w:proofErr w:type="spellStart"/>
      <w:r w:rsidRPr="00B51957">
        <w:rPr>
          <w:rFonts w:ascii="Sylfaen" w:hAnsi="Sylfaen" w:cs="Sylfaen"/>
          <w:sz w:val="18"/>
          <w:szCs w:val="18"/>
        </w:rPr>
        <w:t>შემოწმების</w:t>
      </w:r>
      <w:proofErr w:type="spellEnd"/>
      <w:r w:rsidRPr="00B51957">
        <w:rPr>
          <w:rFonts w:cstheme="majorHAnsi"/>
          <w:sz w:val="18"/>
          <w:szCs w:val="18"/>
        </w:rPr>
        <w:t xml:space="preserve"> </w:t>
      </w:r>
      <w:proofErr w:type="spellStart"/>
      <w:r w:rsidRPr="00B51957">
        <w:rPr>
          <w:rFonts w:ascii="Sylfaen" w:hAnsi="Sylfaen" w:cs="Sylfaen"/>
          <w:sz w:val="18"/>
          <w:szCs w:val="18"/>
        </w:rPr>
        <w:t>მიზნით</w:t>
      </w:r>
      <w:proofErr w:type="spellEnd"/>
      <w:r w:rsidRPr="00B51957">
        <w:rPr>
          <w:rFonts w:cstheme="majorHAnsi"/>
          <w:sz w:val="18"/>
          <w:szCs w:val="18"/>
        </w:rPr>
        <w:t xml:space="preserve"> </w:t>
      </w:r>
      <w:proofErr w:type="spellStart"/>
      <w:r w:rsidRPr="00B51957">
        <w:rPr>
          <w:rFonts w:ascii="Sylfaen" w:hAnsi="Sylfaen" w:cs="Sylfaen"/>
          <w:sz w:val="18"/>
          <w:szCs w:val="18"/>
        </w:rPr>
        <w:t>უზრუნველყოს</w:t>
      </w:r>
      <w:proofErr w:type="spellEnd"/>
      <w:r w:rsidRPr="00B51957">
        <w:rPr>
          <w:rFonts w:cstheme="majorHAnsi"/>
          <w:sz w:val="18"/>
          <w:szCs w:val="18"/>
        </w:rPr>
        <w:t xml:space="preserve"> </w:t>
      </w:r>
      <w:proofErr w:type="spellStart"/>
      <w:r w:rsidRPr="00B51957">
        <w:rPr>
          <w:rFonts w:ascii="Sylfaen" w:hAnsi="Sylfaen" w:cs="Sylfaen"/>
          <w:sz w:val="18"/>
          <w:szCs w:val="18"/>
        </w:rPr>
        <w:t>კონსტრუქტორის</w:t>
      </w:r>
      <w:proofErr w:type="spellEnd"/>
      <w:r w:rsidRPr="00B51957">
        <w:rPr>
          <w:rFonts w:cstheme="majorHAnsi"/>
          <w:sz w:val="18"/>
          <w:szCs w:val="18"/>
        </w:rPr>
        <w:t xml:space="preserve"> (</w:t>
      </w:r>
      <w:proofErr w:type="spellStart"/>
      <w:r w:rsidRPr="00B51957">
        <w:rPr>
          <w:rFonts w:ascii="Sylfaen" w:hAnsi="Sylfaen" w:cs="Sylfaen"/>
          <w:sz w:val="18"/>
          <w:szCs w:val="18"/>
        </w:rPr>
        <w:t>კონსტრუქციული</w:t>
      </w:r>
      <w:proofErr w:type="spellEnd"/>
      <w:r w:rsidRPr="00B51957">
        <w:rPr>
          <w:rFonts w:cstheme="majorHAnsi"/>
          <w:sz w:val="18"/>
          <w:szCs w:val="18"/>
        </w:rPr>
        <w:t xml:space="preserve"> </w:t>
      </w:r>
      <w:proofErr w:type="spellStart"/>
      <w:r w:rsidRPr="00B51957">
        <w:rPr>
          <w:rFonts w:ascii="Sylfaen" w:hAnsi="Sylfaen" w:cs="Sylfaen"/>
          <w:sz w:val="18"/>
          <w:szCs w:val="18"/>
        </w:rPr>
        <w:t>პროექტის</w:t>
      </w:r>
      <w:proofErr w:type="spellEnd"/>
      <w:r w:rsidRPr="00B51957">
        <w:rPr>
          <w:rFonts w:cstheme="majorHAnsi"/>
          <w:sz w:val="18"/>
          <w:szCs w:val="18"/>
        </w:rPr>
        <w:t xml:space="preserve"> </w:t>
      </w:r>
      <w:proofErr w:type="spellStart"/>
      <w:r w:rsidRPr="00B51957">
        <w:rPr>
          <w:rFonts w:ascii="Sylfaen" w:hAnsi="Sylfaen" w:cs="Sylfaen"/>
          <w:sz w:val="18"/>
          <w:szCs w:val="18"/>
        </w:rPr>
        <w:t>ავტორის</w:t>
      </w:r>
      <w:proofErr w:type="spellEnd"/>
      <w:r w:rsidRPr="00B51957">
        <w:rPr>
          <w:rFonts w:cstheme="majorHAnsi"/>
          <w:sz w:val="18"/>
          <w:szCs w:val="18"/>
        </w:rPr>
        <w:t xml:space="preserve"> </w:t>
      </w:r>
      <w:proofErr w:type="spellStart"/>
      <w:r w:rsidRPr="00B51957">
        <w:rPr>
          <w:rFonts w:ascii="Sylfaen" w:hAnsi="Sylfaen" w:cs="Sylfaen"/>
          <w:sz w:val="18"/>
          <w:szCs w:val="18"/>
        </w:rPr>
        <w:t>ან</w:t>
      </w:r>
      <w:proofErr w:type="spellEnd"/>
      <w:r w:rsidRPr="00B51957">
        <w:rPr>
          <w:rFonts w:cstheme="majorHAnsi"/>
          <w:sz w:val="18"/>
          <w:szCs w:val="18"/>
        </w:rPr>
        <w:t xml:space="preserve"> </w:t>
      </w:r>
      <w:proofErr w:type="spellStart"/>
      <w:r w:rsidRPr="00B51957">
        <w:rPr>
          <w:rFonts w:ascii="Sylfaen" w:hAnsi="Sylfaen" w:cs="Sylfaen"/>
          <w:sz w:val="18"/>
          <w:szCs w:val="18"/>
        </w:rPr>
        <w:t>დამკვეთის</w:t>
      </w:r>
      <w:proofErr w:type="spellEnd"/>
      <w:r w:rsidRPr="00B51957">
        <w:rPr>
          <w:rFonts w:cstheme="majorHAnsi"/>
          <w:sz w:val="18"/>
          <w:szCs w:val="18"/>
        </w:rPr>
        <w:t xml:space="preserve"> </w:t>
      </w:r>
      <w:proofErr w:type="spellStart"/>
      <w:r w:rsidRPr="00B51957">
        <w:rPr>
          <w:rFonts w:ascii="Sylfaen" w:hAnsi="Sylfaen" w:cs="Sylfaen"/>
          <w:sz w:val="18"/>
          <w:szCs w:val="18"/>
        </w:rPr>
        <w:t>მიერ</w:t>
      </w:r>
      <w:proofErr w:type="spellEnd"/>
      <w:r w:rsidRPr="00B51957">
        <w:rPr>
          <w:rFonts w:cstheme="majorHAnsi"/>
          <w:sz w:val="18"/>
          <w:szCs w:val="18"/>
        </w:rPr>
        <w:t xml:space="preserve"> </w:t>
      </w:r>
      <w:proofErr w:type="spellStart"/>
      <w:r w:rsidRPr="00B51957">
        <w:rPr>
          <w:rFonts w:ascii="Sylfaen" w:hAnsi="Sylfaen" w:cs="Sylfaen"/>
          <w:sz w:val="18"/>
          <w:szCs w:val="18"/>
        </w:rPr>
        <w:t>განსაზღვრული</w:t>
      </w:r>
      <w:proofErr w:type="spellEnd"/>
      <w:r w:rsidRPr="00B51957">
        <w:rPr>
          <w:rFonts w:cstheme="majorHAnsi"/>
          <w:sz w:val="18"/>
          <w:szCs w:val="18"/>
        </w:rPr>
        <w:t xml:space="preserve"> </w:t>
      </w:r>
      <w:proofErr w:type="spellStart"/>
      <w:r w:rsidRPr="00B51957">
        <w:rPr>
          <w:rFonts w:ascii="Sylfaen" w:hAnsi="Sylfaen" w:cs="Sylfaen"/>
          <w:sz w:val="18"/>
          <w:szCs w:val="18"/>
        </w:rPr>
        <w:t>პირი</w:t>
      </w:r>
      <w:r w:rsidR="00BE3B3A">
        <w:rPr>
          <w:rFonts w:ascii="Sylfaen" w:hAnsi="Sylfaen" w:cs="Sylfaen"/>
          <w:sz w:val="18"/>
          <w:szCs w:val="18"/>
        </w:rPr>
        <w:t>ს</w:t>
      </w:r>
      <w:proofErr w:type="spellEnd"/>
      <w:r w:rsidRPr="00B51957">
        <w:rPr>
          <w:rFonts w:cstheme="majorHAnsi"/>
          <w:sz w:val="18"/>
          <w:szCs w:val="18"/>
        </w:rPr>
        <w:t xml:space="preserve">) </w:t>
      </w:r>
      <w:proofErr w:type="spellStart"/>
      <w:r w:rsidRPr="00B51957">
        <w:rPr>
          <w:rFonts w:ascii="Sylfaen" w:hAnsi="Sylfaen" w:cs="Sylfaen"/>
          <w:sz w:val="18"/>
          <w:szCs w:val="18"/>
        </w:rPr>
        <w:t>დაშვება</w:t>
      </w:r>
      <w:proofErr w:type="spellEnd"/>
      <w:r>
        <w:rPr>
          <w:rFonts w:cstheme="majorHAnsi"/>
          <w:sz w:val="18"/>
          <w:szCs w:val="18"/>
        </w:rPr>
        <w:t>„</w:t>
      </w:r>
    </w:p>
    <w:p w14:paraId="08016031" w14:textId="33D2BF52" w:rsidR="00B53E64" w:rsidRPr="003459CB" w:rsidRDefault="00B53E64" w:rsidP="00B53E64">
      <w:pPr>
        <w:pStyle w:val="ListParagraph"/>
        <w:numPr>
          <w:ilvl w:val="2"/>
          <w:numId w:val="13"/>
        </w:numPr>
        <w:spacing w:after="0"/>
        <w:jc w:val="both"/>
        <w:rPr>
          <w:rFonts w:ascii="Sylfaen" w:hAnsi="Sylfaen"/>
          <w:bCs/>
          <w:lang w:val="ka-GE"/>
        </w:rPr>
      </w:pPr>
      <w:r w:rsidRPr="003459CB">
        <w:rPr>
          <w:rFonts w:ascii="Sylfaen" w:eastAsia="Arial Unicode MS" w:hAnsi="Sylfaen" w:cs="Sylfaen"/>
          <w:bCs/>
          <w:noProof/>
          <w:sz w:val="18"/>
          <w:szCs w:val="18"/>
          <w:lang w:val="ka-GE"/>
        </w:rPr>
        <w:t>საანგარიშო პერიოდში (მუხლი 4.3.6.) მონოლითური კარკასის საყალიბე სისტემის დემონტაჟის, ასევე ბეტონის სტრუქტურიდან საყალიბე სისტემის სრული დემონტაჟის შემდეგ დამკვეთი ვალდებულია მენარდესთან ერთად 2 (ორი) სამუშაო დღის ვადაში განახორციელოს ბეტონის სტრუქტურის გეომეტრიული სიზუსტის და ზედაპირის ხარისხის შეფასება, რის საფუძველზეც შედგება ბეტონირების სამუშაოთა ერთობლივი შეფასების აქტი. მხარეები ვთანმხდებით, რომ ბეტონის სტრუქტურის გეომეტრიული სიზუსტის და ზედაპირის ხარისხის შეფასება განხორციელდება საქართველოში მოქმედი სამშენებლო ნორმებითა და წესებით (ე.წ. სნიპ СП 70.13330.2012</w:t>
      </w:r>
      <w:r w:rsidR="003459CB">
        <w:rPr>
          <w:rFonts w:ascii="Sylfaen" w:eastAsia="Arial Unicode MS" w:hAnsi="Sylfaen" w:cs="Sylfaen"/>
          <w:bCs/>
          <w:noProof/>
          <w:sz w:val="18"/>
          <w:szCs w:val="18"/>
          <w:lang w:val="ka-GE"/>
        </w:rPr>
        <w:t>,</w:t>
      </w:r>
      <w:r w:rsidRPr="003459CB">
        <w:rPr>
          <w:rFonts w:ascii="Sylfaen" w:eastAsia="Arial Unicode MS" w:hAnsi="Sylfaen" w:cs="Sylfaen"/>
          <w:bCs/>
          <w:noProof/>
          <w:sz w:val="18"/>
          <w:szCs w:val="18"/>
          <w:lang w:val="ka-GE"/>
        </w:rPr>
        <w:t>) განსაზღვრული დასაშვები ცდომილებების გათვალისწინებით.</w:t>
      </w:r>
    </w:p>
    <w:p w14:paraId="02F9B2F6" w14:textId="58522D25" w:rsidR="004B6084" w:rsidRPr="00B51957" w:rsidRDefault="00BD0D66" w:rsidP="00185C20">
      <w:pPr>
        <w:pStyle w:val="ListParagraph"/>
        <w:numPr>
          <w:ilvl w:val="2"/>
          <w:numId w:val="13"/>
        </w:numPr>
        <w:jc w:val="both"/>
        <w:rPr>
          <w:rFonts w:ascii="Sylfaen" w:hAnsi="Sylfaen" w:cs="Sylfaen"/>
          <w:sz w:val="18"/>
          <w:szCs w:val="18"/>
        </w:rPr>
      </w:pPr>
      <w:proofErr w:type="spellStart"/>
      <w:r>
        <w:rPr>
          <w:rFonts w:ascii="Sylfaen" w:hAnsi="Sylfaen" w:cs="Sylfaen"/>
          <w:sz w:val="18"/>
          <w:szCs w:val="18"/>
        </w:rPr>
        <w:t>დამკვეთი</w:t>
      </w:r>
      <w:proofErr w:type="spellEnd"/>
      <w:r>
        <w:rPr>
          <w:rFonts w:ascii="Sylfaen" w:hAnsi="Sylfaen" w:cs="Sylfaen"/>
          <w:sz w:val="18"/>
          <w:szCs w:val="18"/>
        </w:rPr>
        <w:t xml:space="preserve"> </w:t>
      </w:r>
      <w:proofErr w:type="spellStart"/>
      <w:r>
        <w:rPr>
          <w:rFonts w:ascii="Sylfaen" w:hAnsi="Sylfaen" w:cs="Sylfaen"/>
          <w:sz w:val="18"/>
          <w:szCs w:val="18"/>
        </w:rPr>
        <w:t>ვალდებულია</w:t>
      </w:r>
      <w:proofErr w:type="spellEnd"/>
      <w:r>
        <w:rPr>
          <w:rFonts w:ascii="Sylfaen" w:hAnsi="Sylfaen" w:cs="Sylfaen"/>
          <w:sz w:val="18"/>
          <w:szCs w:val="18"/>
        </w:rPr>
        <w:t xml:space="preserve"> </w:t>
      </w:r>
      <w:proofErr w:type="spellStart"/>
      <w:r>
        <w:rPr>
          <w:rFonts w:ascii="Sylfaen" w:hAnsi="Sylfaen" w:cs="Sylfaen"/>
          <w:sz w:val="18"/>
          <w:szCs w:val="18"/>
        </w:rPr>
        <w:t>მიიღოს</w:t>
      </w:r>
      <w:proofErr w:type="spellEnd"/>
      <w:r>
        <w:rPr>
          <w:rFonts w:ascii="Sylfaen" w:hAnsi="Sylfaen" w:cs="Sylfaen"/>
          <w:sz w:val="18"/>
          <w:szCs w:val="18"/>
        </w:rPr>
        <w:t xml:space="preserve"> </w:t>
      </w:r>
      <w:proofErr w:type="spellStart"/>
      <w:r>
        <w:rPr>
          <w:rFonts w:ascii="Sylfaen" w:hAnsi="Sylfaen" w:cs="Sylfaen"/>
          <w:sz w:val="18"/>
          <w:szCs w:val="18"/>
        </w:rPr>
        <w:t>შესაბამისი</w:t>
      </w:r>
      <w:proofErr w:type="spellEnd"/>
      <w:r>
        <w:rPr>
          <w:rFonts w:ascii="Sylfaen" w:hAnsi="Sylfaen" w:cs="Sylfaen"/>
          <w:sz w:val="18"/>
          <w:szCs w:val="18"/>
        </w:rPr>
        <w:t xml:space="preserve"> </w:t>
      </w:r>
      <w:proofErr w:type="spellStart"/>
      <w:r>
        <w:rPr>
          <w:rFonts w:ascii="Sylfaen" w:hAnsi="Sylfaen" w:cs="Sylfaen"/>
          <w:sz w:val="18"/>
          <w:szCs w:val="18"/>
        </w:rPr>
        <w:t>ეტაპით</w:t>
      </w:r>
      <w:proofErr w:type="spellEnd"/>
      <w:r>
        <w:rPr>
          <w:rFonts w:ascii="Sylfaen" w:hAnsi="Sylfaen" w:cs="Sylfaen"/>
          <w:sz w:val="18"/>
          <w:szCs w:val="18"/>
        </w:rPr>
        <w:t xml:space="preserve"> </w:t>
      </w:r>
      <w:proofErr w:type="spellStart"/>
      <w:r>
        <w:rPr>
          <w:rFonts w:ascii="Sylfaen" w:hAnsi="Sylfaen" w:cs="Sylfaen"/>
          <w:sz w:val="18"/>
          <w:szCs w:val="18"/>
        </w:rPr>
        <w:t>გათვალისწინებული</w:t>
      </w:r>
      <w:proofErr w:type="spellEnd"/>
      <w:r>
        <w:rPr>
          <w:rFonts w:ascii="Sylfaen" w:hAnsi="Sylfaen" w:cs="Sylfaen"/>
          <w:sz w:val="18"/>
          <w:szCs w:val="18"/>
        </w:rPr>
        <w:t xml:space="preserve"> </w:t>
      </w:r>
      <w:proofErr w:type="spellStart"/>
      <w:r>
        <w:rPr>
          <w:rFonts w:ascii="Sylfaen" w:hAnsi="Sylfaen" w:cs="Sylfaen"/>
          <w:sz w:val="18"/>
          <w:szCs w:val="18"/>
        </w:rPr>
        <w:t>სამუშაოები</w:t>
      </w:r>
      <w:proofErr w:type="spellEnd"/>
      <w:r>
        <w:rPr>
          <w:rFonts w:ascii="Sylfaen" w:hAnsi="Sylfaen" w:cs="Sylfaen"/>
          <w:sz w:val="18"/>
          <w:szCs w:val="18"/>
        </w:rPr>
        <w:t xml:space="preserve">, </w:t>
      </w:r>
      <w:proofErr w:type="spellStart"/>
      <w:r>
        <w:rPr>
          <w:rFonts w:ascii="Sylfaen" w:hAnsi="Sylfaen" w:cs="Sylfaen"/>
          <w:sz w:val="18"/>
          <w:szCs w:val="18"/>
        </w:rPr>
        <w:t>იმ</w:t>
      </w:r>
      <w:proofErr w:type="spellEnd"/>
      <w:r>
        <w:rPr>
          <w:rFonts w:ascii="Sylfaen" w:hAnsi="Sylfaen" w:cs="Sylfaen"/>
          <w:sz w:val="18"/>
          <w:szCs w:val="18"/>
        </w:rPr>
        <w:t xml:space="preserve"> </w:t>
      </w:r>
      <w:proofErr w:type="spellStart"/>
      <w:r>
        <w:rPr>
          <w:rFonts w:ascii="Sylfaen" w:hAnsi="Sylfaen" w:cs="Sylfaen"/>
          <w:sz w:val="18"/>
          <w:szCs w:val="18"/>
        </w:rPr>
        <w:t>შემთხვევაში</w:t>
      </w:r>
      <w:proofErr w:type="spellEnd"/>
      <w:r>
        <w:rPr>
          <w:rFonts w:ascii="Sylfaen" w:hAnsi="Sylfaen" w:cs="Sylfaen"/>
          <w:sz w:val="18"/>
          <w:szCs w:val="18"/>
        </w:rPr>
        <w:t xml:space="preserve"> </w:t>
      </w:r>
      <w:proofErr w:type="spellStart"/>
      <w:r>
        <w:rPr>
          <w:rFonts w:ascii="Sylfaen" w:hAnsi="Sylfaen" w:cs="Sylfaen"/>
          <w:sz w:val="18"/>
          <w:szCs w:val="18"/>
        </w:rPr>
        <w:t>თუ</w:t>
      </w:r>
      <w:proofErr w:type="spellEnd"/>
      <w:r w:rsidR="009176FA">
        <w:rPr>
          <w:rFonts w:ascii="Sylfaen" w:hAnsi="Sylfaen" w:cs="Sylfaen"/>
          <w:sz w:val="18"/>
          <w:szCs w:val="18"/>
        </w:rPr>
        <w:t xml:space="preserve"> </w:t>
      </w:r>
      <w:proofErr w:type="spellStart"/>
      <w:r>
        <w:rPr>
          <w:rFonts w:ascii="Sylfaen" w:hAnsi="Sylfaen" w:cs="Sylfaen"/>
          <w:sz w:val="18"/>
          <w:szCs w:val="18"/>
        </w:rPr>
        <w:t>სამუშაოები</w:t>
      </w:r>
      <w:proofErr w:type="spellEnd"/>
      <w:r>
        <w:rPr>
          <w:rFonts w:ascii="Sylfaen" w:hAnsi="Sylfaen" w:cs="Sylfaen"/>
          <w:sz w:val="18"/>
          <w:szCs w:val="18"/>
        </w:rPr>
        <w:t xml:space="preserve"> </w:t>
      </w:r>
      <w:proofErr w:type="spellStart"/>
      <w:r>
        <w:rPr>
          <w:rFonts w:ascii="Sylfaen" w:hAnsi="Sylfaen" w:cs="Sylfaen"/>
          <w:sz w:val="18"/>
          <w:szCs w:val="18"/>
        </w:rPr>
        <w:t>შესრულებულია</w:t>
      </w:r>
      <w:proofErr w:type="spellEnd"/>
      <w:r>
        <w:rPr>
          <w:rFonts w:ascii="Sylfaen" w:hAnsi="Sylfaen" w:cs="Sylfaen"/>
          <w:sz w:val="18"/>
          <w:szCs w:val="18"/>
        </w:rPr>
        <w:t xml:space="preserve"> </w:t>
      </w:r>
      <w:proofErr w:type="spellStart"/>
      <w:r>
        <w:rPr>
          <w:rFonts w:ascii="Sylfaen" w:hAnsi="Sylfaen" w:cs="Sylfaen"/>
          <w:sz w:val="18"/>
          <w:szCs w:val="18"/>
        </w:rPr>
        <w:t>წინამდებარე</w:t>
      </w:r>
      <w:proofErr w:type="spellEnd"/>
      <w:r>
        <w:rPr>
          <w:rFonts w:ascii="Sylfaen" w:hAnsi="Sylfaen" w:cs="Sylfaen"/>
          <w:sz w:val="18"/>
          <w:szCs w:val="18"/>
        </w:rPr>
        <w:t xml:space="preserve"> </w:t>
      </w:r>
      <w:proofErr w:type="spellStart"/>
      <w:r>
        <w:rPr>
          <w:rFonts w:ascii="Sylfaen" w:hAnsi="Sylfaen" w:cs="Sylfaen"/>
          <w:sz w:val="18"/>
          <w:szCs w:val="18"/>
        </w:rPr>
        <w:t>ხელშეკრულების</w:t>
      </w:r>
      <w:proofErr w:type="spellEnd"/>
      <w:r>
        <w:rPr>
          <w:rFonts w:ascii="Sylfaen" w:hAnsi="Sylfaen" w:cs="Sylfaen"/>
          <w:sz w:val="18"/>
          <w:szCs w:val="18"/>
        </w:rPr>
        <w:t xml:space="preserve"> </w:t>
      </w:r>
      <w:proofErr w:type="spellStart"/>
      <w:r w:rsidR="002C3CBE">
        <w:rPr>
          <w:rFonts w:ascii="Sylfaen" w:hAnsi="Sylfaen" w:cs="Sylfaen"/>
          <w:sz w:val="18"/>
          <w:szCs w:val="18"/>
        </w:rPr>
        <w:t>პირობების</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შესაბამისად</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სამუშაოს</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მიღება</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იწარმოებს</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ეტაპობრივად</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შემდეგი</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წესით</w:t>
      </w:r>
      <w:proofErr w:type="spellEnd"/>
      <w:r w:rsidR="002C3CBE">
        <w:rPr>
          <w:rFonts w:ascii="Sylfaen" w:hAnsi="Sylfaen" w:cs="Sylfaen"/>
          <w:sz w:val="18"/>
          <w:szCs w:val="18"/>
        </w:rPr>
        <w:t xml:space="preserve">: </w:t>
      </w:r>
      <w:r w:rsidR="00E201A4">
        <w:rPr>
          <w:rFonts w:ascii="Sylfaen" w:hAnsi="Sylfaen" w:cs="Sylfaen"/>
          <w:sz w:val="18"/>
          <w:szCs w:val="18"/>
          <w:lang w:val="ka-GE"/>
        </w:rPr>
        <w:t>მენარდე</w:t>
      </w:r>
      <w:r w:rsidR="002C3CBE">
        <w:rPr>
          <w:rFonts w:ascii="Sylfaen" w:hAnsi="Sylfaen" w:cs="Sylfaen"/>
          <w:sz w:val="18"/>
          <w:szCs w:val="18"/>
        </w:rPr>
        <w:t xml:space="preserve"> </w:t>
      </w:r>
      <w:proofErr w:type="spellStart"/>
      <w:r w:rsidR="002C3CBE">
        <w:rPr>
          <w:rFonts w:ascii="Sylfaen" w:hAnsi="Sylfaen" w:cs="Sylfaen"/>
          <w:sz w:val="18"/>
          <w:szCs w:val="18"/>
        </w:rPr>
        <w:t>ყოველი</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თვის</w:t>
      </w:r>
      <w:proofErr w:type="spellEnd"/>
      <w:r w:rsidR="002C3CBE">
        <w:rPr>
          <w:rFonts w:ascii="Sylfaen" w:hAnsi="Sylfaen" w:cs="Sylfaen"/>
          <w:sz w:val="18"/>
          <w:szCs w:val="18"/>
        </w:rPr>
        <w:t xml:space="preserve"> 1-ლი </w:t>
      </w:r>
      <w:proofErr w:type="spellStart"/>
      <w:r w:rsidR="002C3CBE">
        <w:rPr>
          <w:rFonts w:ascii="Sylfaen" w:hAnsi="Sylfaen" w:cs="Sylfaen"/>
          <w:sz w:val="18"/>
          <w:szCs w:val="18"/>
        </w:rPr>
        <w:t>რიცხვიდან</w:t>
      </w:r>
      <w:proofErr w:type="spellEnd"/>
      <w:r w:rsidR="002C3CBE">
        <w:rPr>
          <w:rFonts w:ascii="Sylfaen" w:hAnsi="Sylfaen" w:cs="Sylfaen"/>
          <w:sz w:val="18"/>
          <w:szCs w:val="18"/>
        </w:rPr>
        <w:t xml:space="preserve"> 5 </w:t>
      </w:r>
      <w:proofErr w:type="spellStart"/>
      <w:r w:rsidR="002C3CBE">
        <w:rPr>
          <w:rFonts w:ascii="Sylfaen" w:hAnsi="Sylfaen" w:cs="Sylfaen"/>
          <w:sz w:val="18"/>
          <w:szCs w:val="18"/>
        </w:rPr>
        <w:t>რიცხვამდე</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პერიოდში</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წარუდგენს</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დამკვეთს</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შესრულებული</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სამუშაოს</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კალენდარეული</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გეგმა-გრაფიკით</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განსაზღვრული</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ეტაპის</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ფორმა</w:t>
      </w:r>
      <w:proofErr w:type="spellEnd"/>
      <w:r w:rsidR="00E201A4">
        <w:rPr>
          <w:rFonts w:ascii="Sylfaen" w:hAnsi="Sylfaen" w:cs="Sylfaen"/>
          <w:sz w:val="18"/>
          <w:szCs w:val="18"/>
        </w:rPr>
        <w:t xml:space="preserve"> </w:t>
      </w:r>
      <w:r w:rsidR="00E201A4">
        <w:rPr>
          <w:rFonts w:ascii="Sylfaen" w:hAnsi="Sylfaen" w:cs="Sylfaen"/>
          <w:sz w:val="18"/>
          <w:szCs w:val="18"/>
          <w:lang w:val="ru-RU"/>
        </w:rPr>
        <w:t>№</w:t>
      </w:r>
      <w:r w:rsidR="002C3CBE">
        <w:rPr>
          <w:rFonts w:ascii="Sylfaen" w:hAnsi="Sylfaen" w:cs="Sylfaen"/>
          <w:sz w:val="18"/>
          <w:szCs w:val="18"/>
        </w:rPr>
        <w:t xml:space="preserve">2-ს, </w:t>
      </w:r>
      <w:proofErr w:type="spellStart"/>
      <w:r w:rsidR="002C3CBE">
        <w:rPr>
          <w:rFonts w:ascii="Sylfaen" w:hAnsi="Sylfaen" w:cs="Sylfaen"/>
          <w:sz w:val="18"/>
          <w:szCs w:val="18"/>
        </w:rPr>
        <w:t>რომელშიც</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აისახება</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საანგარიშო</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პერიოდში</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შესრულებული</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სამუშაოს</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მოცულობა</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ფარული</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სამუშაოს</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აქტებსა</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და</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გადახდის</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სერთიფიკატს</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რომელშიც</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აისახება</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საანგარიშო</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პერიოდში</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შესრულებული</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სამუშაოს</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ღირებულება</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ხოლო</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დამკვეთი</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ვალდებულია</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შესრულებული</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სამუშაოს</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კალენდარული</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გეგმა-გრაფიკით</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განსაზღვრული</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შესაბამისი</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ეტაპის</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ფორმა</w:t>
      </w:r>
      <w:proofErr w:type="spellEnd"/>
      <w:r w:rsidR="002C3CBE">
        <w:rPr>
          <w:rFonts w:ascii="Sylfaen" w:hAnsi="Sylfaen" w:cs="Sylfaen"/>
          <w:sz w:val="18"/>
          <w:szCs w:val="18"/>
        </w:rPr>
        <w:t xml:space="preserve"> </w:t>
      </w:r>
      <w:r w:rsidR="00E201A4">
        <w:rPr>
          <w:rFonts w:ascii="Sylfaen" w:hAnsi="Sylfaen" w:cs="Sylfaen"/>
          <w:sz w:val="18"/>
          <w:szCs w:val="18"/>
          <w:lang w:val="ru-RU"/>
        </w:rPr>
        <w:t>№</w:t>
      </w:r>
      <w:r w:rsidR="002C3CBE">
        <w:rPr>
          <w:rFonts w:ascii="Sylfaen" w:hAnsi="Sylfaen" w:cs="Sylfaen"/>
          <w:sz w:val="18"/>
          <w:szCs w:val="18"/>
        </w:rPr>
        <w:t xml:space="preserve">2-ის </w:t>
      </w:r>
      <w:proofErr w:type="spellStart"/>
      <w:r w:rsidR="002C3CBE">
        <w:rPr>
          <w:rFonts w:ascii="Sylfaen" w:hAnsi="Sylfaen" w:cs="Sylfaen"/>
          <w:sz w:val="18"/>
          <w:szCs w:val="18"/>
        </w:rPr>
        <w:t>მიღებიდან</w:t>
      </w:r>
      <w:proofErr w:type="spellEnd"/>
      <w:r w:rsidR="002C3CBE">
        <w:rPr>
          <w:rFonts w:ascii="Sylfaen" w:hAnsi="Sylfaen" w:cs="Sylfaen"/>
          <w:sz w:val="18"/>
          <w:szCs w:val="18"/>
        </w:rPr>
        <w:t xml:space="preserve"> 10 (</w:t>
      </w:r>
      <w:proofErr w:type="spellStart"/>
      <w:r w:rsidR="002C3CBE">
        <w:rPr>
          <w:rFonts w:ascii="Sylfaen" w:hAnsi="Sylfaen" w:cs="Sylfaen"/>
          <w:sz w:val="18"/>
          <w:szCs w:val="18"/>
        </w:rPr>
        <w:t>ათი</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კალენდარული</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დღის</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განმავლობაში</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ხოლო</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სამუშაოების</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დასრულების</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შესახებ</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საბოლოო</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მიღება-ჩაბარების</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აქტის</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შემთხვევაში</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კი</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საბოლოო</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მიღება-ჩაბარების</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აქტის</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მიღებიდან</w:t>
      </w:r>
      <w:proofErr w:type="spellEnd"/>
      <w:r w:rsidR="002C3CBE">
        <w:rPr>
          <w:rFonts w:ascii="Sylfaen" w:hAnsi="Sylfaen" w:cs="Sylfaen"/>
          <w:sz w:val="18"/>
          <w:szCs w:val="18"/>
        </w:rPr>
        <w:t xml:space="preserve"> </w:t>
      </w:r>
      <w:r w:rsidR="00970C2A">
        <w:rPr>
          <w:rFonts w:ascii="Sylfaen" w:hAnsi="Sylfaen" w:cs="Sylfaen"/>
          <w:sz w:val="18"/>
          <w:szCs w:val="18"/>
          <w:lang w:val="ka-GE"/>
        </w:rPr>
        <w:t>15</w:t>
      </w:r>
      <w:r w:rsidR="002C3CBE">
        <w:rPr>
          <w:rFonts w:ascii="Sylfaen" w:hAnsi="Sylfaen" w:cs="Sylfaen"/>
          <w:sz w:val="18"/>
          <w:szCs w:val="18"/>
        </w:rPr>
        <w:t xml:space="preserve"> </w:t>
      </w:r>
      <w:r w:rsidR="00970C2A">
        <w:rPr>
          <w:rFonts w:ascii="Sylfaen" w:hAnsi="Sylfaen" w:cs="Sylfaen"/>
          <w:sz w:val="18"/>
          <w:szCs w:val="18"/>
        </w:rPr>
        <w:t>(</w:t>
      </w:r>
      <w:r w:rsidR="00970C2A">
        <w:rPr>
          <w:rFonts w:ascii="Sylfaen" w:hAnsi="Sylfaen" w:cs="Sylfaen"/>
          <w:sz w:val="18"/>
          <w:szCs w:val="18"/>
          <w:lang w:val="ka-GE"/>
        </w:rPr>
        <w:t>თხუთმეტი</w:t>
      </w:r>
      <w:r w:rsidR="00970C2A">
        <w:rPr>
          <w:rFonts w:ascii="Sylfaen" w:hAnsi="Sylfaen" w:cs="Sylfaen"/>
          <w:sz w:val="18"/>
          <w:szCs w:val="18"/>
        </w:rPr>
        <w:t xml:space="preserve">) </w:t>
      </w:r>
      <w:proofErr w:type="spellStart"/>
      <w:r w:rsidR="002C3CBE">
        <w:rPr>
          <w:rFonts w:ascii="Sylfaen" w:hAnsi="Sylfaen" w:cs="Sylfaen"/>
          <w:sz w:val="18"/>
          <w:szCs w:val="18"/>
        </w:rPr>
        <w:t>კალენდარული</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lastRenderedPageBreak/>
        <w:t>დღის</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განმავლობაში</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დაამოწმოს</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ხელი</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მოაწეროს</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და</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დასვას</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ხელმოწერის</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თარიღი</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წარდგენილი</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დოკუმენტაცია</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და</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დაუბრუნოს</w:t>
      </w:r>
      <w:proofErr w:type="spellEnd"/>
      <w:r w:rsidR="002C3CBE">
        <w:rPr>
          <w:rFonts w:ascii="Sylfaen" w:hAnsi="Sylfaen" w:cs="Sylfaen"/>
          <w:sz w:val="18"/>
          <w:szCs w:val="18"/>
        </w:rPr>
        <w:t xml:space="preserve"> </w:t>
      </w:r>
      <w:r w:rsidR="00E201A4">
        <w:rPr>
          <w:rFonts w:ascii="Sylfaen" w:hAnsi="Sylfaen" w:cs="Sylfaen"/>
          <w:sz w:val="18"/>
          <w:szCs w:val="18"/>
          <w:lang w:val="ka-GE"/>
        </w:rPr>
        <w:t>მენარდეს</w:t>
      </w:r>
      <w:r w:rsidR="002C3CBE">
        <w:rPr>
          <w:rFonts w:ascii="Sylfaen" w:hAnsi="Sylfaen" w:cs="Sylfaen"/>
          <w:sz w:val="18"/>
          <w:szCs w:val="18"/>
        </w:rPr>
        <w:t xml:space="preserve">, </w:t>
      </w:r>
      <w:proofErr w:type="spellStart"/>
      <w:r w:rsidR="002C3CBE">
        <w:rPr>
          <w:rFonts w:ascii="Sylfaen" w:hAnsi="Sylfaen" w:cs="Sylfaen"/>
          <w:sz w:val="18"/>
          <w:szCs w:val="18"/>
        </w:rPr>
        <w:t>ან</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ამავე</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ვადაში</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წერილობით</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შეატყობინოს</w:t>
      </w:r>
      <w:proofErr w:type="spellEnd"/>
      <w:r w:rsidR="002C3CBE">
        <w:rPr>
          <w:rFonts w:ascii="Sylfaen" w:hAnsi="Sylfaen" w:cs="Sylfaen"/>
          <w:sz w:val="18"/>
          <w:szCs w:val="18"/>
        </w:rPr>
        <w:t xml:space="preserve"> </w:t>
      </w:r>
      <w:r w:rsidR="00E201A4">
        <w:rPr>
          <w:rFonts w:ascii="Sylfaen" w:hAnsi="Sylfaen" w:cs="Sylfaen"/>
          <w:sz w:val="18"/>
          <w:szCs w:val="18"/>
          <w:lang w:val="ka-GE"/>
        </w:rPr>
        <w:t xml:space="preserve">მენარდეს </w:t>
      </w:r>
      <w:proofErr w:type="spellStart"/>
      <w:r w:rsidR="002C3CBE">
        <w:rPr>
          <w:rFonts w:ascii="Sylfaen" w:hAnsi="Sylfaen" w:cs="Sylfaen"/>
          <w:sz w:val="18"/>
          <w:szCs w:val="18"/>
        </w:rPr>
        <w:t>წარმოდგენილ</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დოკუმენტაციის</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დამოწმებაზე</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მოტივირებული</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და</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დასაბუთებული</w:t>
      </w:r>
      <w:proofErr w:type="spellEnd"/>
      <w:r w:rsidR="002C3CBE">
        <w:rPr>
          <w:rFonts w:ascii="Sylfaen" w:hAnsi="Sylfaen" w:cs="Sylfaen"/>
          <w:sz w:val="18"/>
          <w:szCs w:val="18"/>
        </w:rPr>
        <w:t xml:space="preserve"> </w:t>
      </w:r>
      <w:proofErr w:type="spellStart"/>
      <w:r w:rsidR="002C3CBE">
        <w:rPr>
          <w:rFonts w:ascii="Sylfaen" w:hAnsi="Sylfaen" w:cs="Sylfaen"/>
          <w:sz w:val="18"/>
          <w:szCs w:val="18"/>
        </w:rPr>
        <w:t>უარი</w:t>
      </w:r>
      <w:proofErr w:type="spellEnd"/>
      <w:r w:rsidR="002C3CBE">
        <w:rPr>
          <w:rFonts w:ascii="Sylfaen" w:hAnsi="Sylfaen" w:cs="Sylfaen"/>
          <w:sz w:val="18"/>
          <w:szCs w:val="18"/>
        </w:rPr>
        <w:t xml:space="preserve">. </w:t>
      </w:r>
    </w:p>
    <w:p w14:paraId="40532989" w14:textId="5F612B59" w:rsidR="004B6084" w:rsidRPr="00B51957" w:rsidRDefault="00A74260" w:rsidP="00185C20">
      <w:pPr>
        <w:pStyle w:val="ListParagraph"/>
        <w:numPr>
          <w:ilvl w:val="2"/>
          <w:numId w:val="13"/>
        </w:numPr>
        <w:jc w:val="both"/>
        <w:rPr>
          <w:rFonts w:ascii="Sylfaen" w:hAnsi="Sylfaen" w:cs="Sylfaen"/>
          <w:sz w:val="18"/>
          <w:szCs w:val="18"/>
        </w:rPr>
      </w:pPr>
      <w:proofErr w:type="spellStart"/>
      <w:r w:rsidRPr="00B51957">
        <w:rPr>
          <w:rFonts w:ascii="Sylfaen" w:hAnsi="Sylfaen" w:cs="Sylfaen"/>
          <w:sz w:val="18"/>
          <w:szCs w:val="18"/>
        </w:rPr>
        <w:t>წინამდებარე</w:t>
      </w:r>
      <w:proofErr w:type="spellEnd"/>
      <w:r w:rsidRPr="00B51957">
        <w:rPr>
          <w:rFonts w:cstheme="majorHAnsi"/>
          <w:sz w:val="18"/>
          <w:szCs w:val="18"/>
        </w:rPr>
        <w:t xml:space="preserve"> </w:t>
      </w:r>
      <w:proofErr w:type="spellStart"/>
      <w:r w:rsidRPr="00B51957">
        <w:rPr>
          <w:rFonts w:ascii="Sylfaen" w:hAnsi="Sylfaen" w:cs="Sylfaen"/>
          <w:sz w:val="18"/>
          <w:szCs w:val="18"/>
        </w:rPr>
        <w:t>ხელშეკრულების</w:t>
      </w:r>
      <w:proofErr w:type="spellEnd"/>
      <w:r w:rsidRPr="00B51957">
        <w:rPr>
          <w:rFonts w:cstheme="majorHAnsi"/>
          <w:sz w:val="18"/>
          <w:szCs w:val="18"/>
        </w:rPr>
        <w:t xml:space="preserve"> </w:t>
      </w:r>
      <w:proofErr w:type="spellStart"/>
      <w:r w:rsidRPr="00B51957">
        <w:rPr>
          <w:rFonts w:ascii="Sylfaen" w:hAnsi="Sylfaen" w:cs="Sylfaen"/>
          <w:sz w:val="18"/>
          <w:szCs w:val="18"/>
        </w:rPr>
        <w:t>მიზნებისთვის</w:t>
      </w:r>
      <w:proofErr w:type="spellEnd"/>
      <w:r w:rsidRPr="00B51957">
        <w:rPr>
          <w:rFonts w:cstheme="majorHAnsi"/>
          <w:sz w:val="18"/>
          <w:szCs w:val="18"/>
        </w:rPr>
        <w:t xml:space="preserve"> </w:t>
      </w:r>
      <w:proofErr w:type="spellStart"/>
      <w:r w:rsidRPr="00B51957">
        <w:rPr>
          <w:rFonts w:ascii="Sylfaen" w:hAnsi="Sylfaen" w:cs="Sylfaen"/>
          <w:sz w:val="18"/>
          <w:szCs w:val="18"/>
        </w:rPr>
        <w:t>საანგარიშო</w:t>
      </w:r>
      <w:proofErr w:type="spellEnd"/>
      <w:r w:rsidRPr="00B51957">
        <w:rPr>
          <w:rFonts w:cstheme="majorHAnsi"/>
          <w:sz w:val="18"/>
          <w:szCs w:val="18"/>
        </w:rPr>
        <w:t xml:space="preserve"> </w:t>
      </w:r>
      <w:proofErr w:type="spellStart"/>
      <w:r w:rsidRPr="00B51957">
        <w:rPr>
          <w:rFonts w:ascii="Sylfaen" w:hAnsi="Sylfaen" w:cs="Sylfaen"/>
          <w:sz w:val="18"/>
          <w:szCs w:val="18"/>
        </w:rPr>
        <w:t>პერიოდი</w:t>
      </w:r>
      <w:proofErr w:type="spellEnd"/>
      <w:r w:rsidRPr="00B51957">
        <w:rPr>
          <w:rFonts w:cstheme="majorHAnsi"/>
          <w:sz w:val="18"/>
          <w:szCs w:val="18"/>
        </w:rPr>
        <w:t xml:space="preserve"> </w:t>
      </w:r>
      <w:proofErr w:type="spellStart"/>
      <w:r w:rsidRPr="00B51957">
        <w:rPr>
          <w:rFonts w:ascii="Sylfaen" w:hAnsi="Sylfaen" w:cs="Sylfaen"/>
          <w:sz w:val="18"/>
          <w:szCs w:val="18"/>
        </w:rPr>
        <w:t>არის</w:t>
      </w:r>
      <w:proofErr w:type="spellEnd"/>
      <w:r w:rsidRPr="00B51957">
        <w:rPr>
          <w:rFonts w:cstheme="majorHAnsi"/>
          <w:sz w:val="18"/>
          <w:szCs w:val="18"/>
        </w:rPr>
        <w:t xml:space="preserve"> - </w:t>
      </w:r>
      <w:proofErr w:type="spellStart"/>
      <w:r w:rsidRPr="00B51957">
        <w:rPr>
          <w:rFonts w:ascii="Sylfaen" w:hAnsi="Sylfaen" w:cs="Sylfaen"/>
          <w:sz w:val="18"/>
          <w:szCs w:val="18"/>
        </w:rPr>
        <w:t>კალენდარული</w:t>
      </w:r>
      <w:proofErr w:type="spellEnd"/>
      <w:r w:rsidRPr="00B51957">
        <w:rPr>
          <w:rFonts w:cstheme="majorHAnsi"/>
          <w:sz w:val="18"/>
          <w:szCs w:val="18"/>
        </w:rPr>
        <w:t xml:space="preserve"> </w:t>
      </w:r>
      <w:proofErr w:type="spellStart"/>
      <w:r w:rsidRPr="00B51957">
        <w:rPr>
          <w:rFonts w:ascii="Sylfaen" w:hAnsi="Sylfaen" w:cs="Sylfaen"/>
          <w:sz w:val="18"/>
          <w:szCs w:val="18"/>
        </w:rPr>
        <w:t>თვის</w:t>
      </w:r>
      <w:proofErr w:type="spellEnd"/>
      <w:r w:rsidRPr="00B51957">
        <w:rPr>
          <w:rFonts w:cstheme="majorHAnsi"/>
          <w:sz w:val="18"/>
          <w:szCs w:val="18"/>
        </w:rPr>
        <w:t xml:space="preserve"> </w:t>
      </w:r>
      <w:proofErr w:type="spellStart"/>
      <w:r w:rsidRPr="00B51957">
        <w:rPr>
          <w:rFonts w:ascii="Sylfaen" w:hAnsi="Sylfaen" w:cs="Sylfaen"/>
          <w:sz w:val="18"/>
          <w:szCs w:val="18"/>
        </w:rPr>
        <w:t>პირველი</w:t>
      </w:r>
      <w:proofErr w:type="spellEnd"/>
      <w:r w:rsidRPr="00B51957">
        <w:rPr>
          <w:rFonts w:cstheme="majorHAnsi"/>
          <w:sz w:val="18"/>
          <w:szCs w:val="18"/>
        </w:rPr>
        <w:t xml:space="preserve"> </w:t>
      </w:r>
      <w:proofErr w:type="spellStart"/>
      <w:r w:rsidRPr="00B51957">
        <w:rPr>
          <w:rFonts w:ascii="Sylfaen" w:hAnsi="Sylfaen" w:cs="Sylfaen"/>
          <w:sz w:val="18"/>
          <w:szCs w:val="18"/>
        </w:rPr>
        <w:t>რიცხვიდან</w:t>
      </w:r>
      <w:proofErr w:type="spellEnd"/>
      <w:r w:rsidRPr="00B51957">
        <w:rPr>
          <w:rFonts w:cstheme="majorHAnsi"/>
          <w:sz w:val="18"/>
          <w:szCs w:val="18"/>
        </w:rPr>
        <w:t xml:space="preserve"> </w:t>
      </w:r>
      <w:proofErr w:type="spellStart"/>
      <w:r w:rsidRPr="00B51957">
        <w:rPr>
          <w:rFonts w:ascii="Sylfaen" w:hAnsi="Sylfaen" w:cs="Sylfaen"/>
          <w:sz w:val="18"/>
          <w:szCs w:val="18"/>
        </w:rPr>
        <w:t>თვის</w:t>
      </w:r>
      <w:proofErr w:type="spellEnd"/>
      <w:r w:rsidRPr="00B51957">
        <w:rPr>
          <w:rFonts w:cstheme="majorHAnsi"/>
          <w:sz w:val="18"/>
          <w:szCs w:val="18"/>
        </w:rPr>
        <w:t xml:space="preserve"> </w:t>
      </w:r>
      <w:proofErr w:type="spellStart"/>
      <w:r w:rsidRPr="00B51957">
        <w:rPr>
          <w:rFonts w:ascii="Sylfaen" w:hAnsi="Sylfaen" w:cs="Sylfaen"/>
          <w:sz w:val="18"/>
          <w:szCs w:val="18"/>
        </w:rPr>
        <w:t>ბოლო</w:t>
      </w:r>
      <w:proofErr w:type="spellEnd"/>
      <w:r w:rsidRPr="00B51957">
        <w:rPr>
          <w:rFonts w:cstheme="majorHAnsi"/>
          <w:sz w:val="18"/>
          <w:szCs w:val="18"/>
        </w:rPr>
        <w:t xml:space="preserve"> </w:t>
      </w:r>
      <w:proofErr w:type="spellStart"/>
      <w:r w:rsidRPr="00B51957">
        <w:rPr>
          <w:rFonts w:ascii="Sylfaen" w:hAnsi="Sylfaen" w:cs="Sylfaen"/>
          <w:sz w:val="18"/>
          <w:szCs w:val="18"/>
        </w:rPr>
        <w:t>რიცხვის</w:t>
      </w:r>
      <w:proofErr w:type="spellEnd"/>
      <w:r w:rsidRPr="00B51957">
        <w:rPr>
          <w:rFonts w:cstheme="majorHAnsi"/>
          <w:sz w:val="18"/>
          <w:szCs w:val="18"/>
        </w:rPr>
        <w:t xml:space="preserve"> </w:t>
      </w:r>
      <w:proofErr w:type="spellStart"/>
      <w:r w:rsidRPr="00B51957">
        <w:rPr>
          <w:rFonts w:ascii="Sylfaen" w:hAnsi="Sylfaen" w:cs="Sylfaen"/>
          <w:sz w:val="18"/>
          <w:szCs w:val="18"/>
        </w:rPr>
        <w:t>ჩათვლით</w:t>
      </w:r>
      <w:proofErr w:type="spellEnd"/>
      <w:r w:rsidRPr="00B51957">
        <w:rPr>
          <w:rFonts w:cstheme="majorHAnsi"/>
          <w:sz w:val="18"/>
          <w:szCs w:val="18"/>
        </w:rPr>
        <w:t xml:space="preserve"> </w:t>
      </w:r>
      <w:proofErr w:type="spellStart"/>
      <w:r w:rsidRPr="00B51957">
        <w:rPr>
          <w:rFonts w:ascii="Sylfaen" w:hAnsi="Sylfaen" w:cs="Sylfaen"/>
          <w:sz w:val="18"/>
          <w:szCs w:val="18"/>
        </w:rPr>
        <w:t>პერიოდი</w:t>
      </w:r>
      <w:proofErr w:type="spellEnd"/>
      <w:r w:rsidRPr="00B51957">
        <w:rPr>
          <w:rFonts w:cstheme="majorHAnsi"/>
          <w:sz w:val="18"/>
          <w:szCs w:val="18"/>
        </w:rPr>
        <w:t xml:space="preserve">. </w:t>
      </w:r>
      <w:proofErr w:type="spellStart"/>
      <w:r w:rsidRPr="00B51957">
        <w:rPr>
          <w:rFonts w:ascii="Sylfaen" w:hAnsi="Sylfaen" w:cs="Sylfaen"/>
          <w:sz w:val="18"/>
          <w:szCs w:val="18"/>
        </w:rPr>
        <w:t>იმ</w:t>
      </w:r>
      <w:proofErr w:type="spellEnd"/>
      <w:r w:rsidRPr="00B51957">
        <w:rPr>
          <w:rFonts w:cstheme="majorHAnsi"/>
          <w:sz w:val="18"/>
          <w:szCs w:val="18"/>
        </w:rPr>
        <w:t xml:space="preserve"> </w:t>
      </w:r>
      <w:proofErr w:type="spellStart"/>
      <w:r w:rsidRPr="00B51957">
        <w:rPr>
          <w:rFonts w:ascii="Sylfaen" w:hAnsi="Sylfaen" w:cs="Sylfaen"/>
          <w:sz w:val="18"/>
          <w:szCs w:val="18"/>
        </w:rPr>
        <w:t>შემთხვევაში</w:t>
      </w:r>
      <w:proofErr w:type="spellEnd"/>
      <w:r w:rsidRPr="00B51957">
        <w:rPr>
          <w:rFonts w:cstheme="majorHAnsi"/>
          <w:sz w:val="18"/>
          <w:szCs w:val="18"/>
        </w:rPr>
        <w:t xml:space="preserve">, </w:t>
      </w:r>
      <w:proofErr w:type="spellStart"/>
      <w:r w:rsidRPr="00B51957">
        <w:rPr>
          <w:rFonts w:ascii="Sylfaen" w:hAnsi="Sylfaen" w:cs="Sylfaen"/>
          <w:sz w:val="18"/>
          <w:szCs w:val="18"/>
        </w:rPr>
        <w:t>თუ</w:t>
      </w:r>
      <w:proofErr w:type="spellEnd"/>
      <w:r w:rsidRPr="00B51957">
        <w:rPr>
          <w:rFonts w:cstheme="majorHAnsi"/>
          <w:sz w:val="18"/>
          <w:szCs w:val="18"/>
        </w:rPr>
        <w:t xml:space="preserve"> </w:t>
      </w:r>
      <w:proofErr w:type="spellStart"/>
      <w:r w:rsidRPr="00B51957">
        <w:rPr>
          <w:rFonts w:ascii="Sylfaen" w:hAnsi="Sylfaen" w:cs="Sylfaen"/>
          <w:sz w:val="18"/>
          <w:szCs w:val="18"/>
        </w:rPr>
        <w:t>ხელშეკრულების</w:t>
      </w:r>
      <w:proofErr w:type="spellEnd"/>
      <w:r w:rsidRPr="00B51957">
        <w:rPr>
          <w:rFonts w:cstheme="majorHAnsi"/>
          <w:sz w:val="18"/>
          <w:szCs w:val="18"/>
        </w:rPr>
        <w:t xml:space="preserve"> </w:t>
      </w:r>
      <w:proofErr w:type="spellStart"/>
      <w:r w:rsidRPr="00B51957">
        <w:rPr>
          <w:rFonts w:ascii="Sylfaen" w:hAnsi="Sylfaen" w:cs="Sylfaen"/>
          <w:sz w:val="18"/>
          <w:szCs w:val="18"/>
        </w:rPr>
        <w:t>გაფორმება</w:t>
      </w:r>
      <w:proofErr w:type="spellEnd"/>
      <w:r w:rsidRPr="00B51957">
        <w:rPr>
          <w:rFonts w:cstheme="majorHAnsi"/>
          <w:sz w:val="18"/>
          <w:szCs w:val="18"/>
        </w:rPr>
        <w:t xml:space="preserve"> </w:t>
      </w:r>
      <w:proofErr w:type="spellStart"/>
      <w:r w:rsidRPr="00B51957">
        <w:rPr>
          <w:rFonts w:ascii="Sylfaen" w:hAnsi="Sylfaen" w:cs="Sylfaen"/>
          <w:sz w:val="18"/>
          <w:szCs w:val="18"/>
        </w:rPr>
        <w:t>დაემთხვა</w:t>
      </w:r>
      <w:proofErr w:type="spellEnd"/>
      <w:r w:rsidRPr="00B51957">
        <w:rPr>
          <w:rFonts w:cstheme="majorHAnsi"/>
          <w:sz w:val="18"/>
          <w:szCs w:val="18"/>
        </w:rPr>
        <w:t xml:space="preserve"> </w:t>
      </w:r>
      <w:proofErr w:type="spellStart"/>
      <w:r w:rsidRPr="00B51957">
        <w:rPr>
          <w:rFonts w:ascii="Sylfaen" w:hAnsi="Sylfaen" w:cs="Sylfaen"/>
          <w:sz w:val="18"/>
          <w:szCs w:val="18"/>
        </w:rPr>
        <w:t>კალენდარული</w:t>
      </w:r>
      <w:proofErr w:type="spellEnd"/>
      <w:r w:rsidRPr="00B51957">
        <w:rPr>
          <w:rFonts w:cstheme="majorHAnsi"/>
          <w:sz w:val="18"/>
          <w:szCs w:val="18"/>
        </w:rPr>
        <w:t xml:space="preserve"> </w:t>
      </w:r>
      <w:proofErr w:type="spellStart"/>
      <w:r w:rsidRPr="00B51957">
        <w:rPr>
          <w:rFonts w:ascii="Sylfaen" w:hAnsi="Sylfaen" w:cs="Sylfaen"/>
          <w:sz w:val="18"/>
          <w:szCs w:val="18"/>
        </w:rPr>
        <w:t>თვის</w:t>
      </w:r>
      <w:proofErr w:type="spellEnd"/>
      <w:r w:rsidRPr="00B51957">
        <w:rPr>
          <w:rFonts w:cstheme="majorHAnsi"/>
          <w:sz w:val="18"/>
          <w:szCs w:val="18"/>
        </w:rPr>
        <w:t xml:space="preserve"> </w:t>
      </w:r>
      <w:proofErr w:type="spellStart"/>
      <w:r w:rsidRPr="00B51957">
        <w:rPr>
          <w:rFonts w:ascii="Sylfaen" w:hAnsi="Sylfaen" w:cs="Sylfaen"/>
          <w:sz w:val="18"/>
          <w:szCs w:val="18"/>
        </w:rPr>
        <w:t>პირველი</w:t>
      </w:r>
      <w:proofErr w:type="spellEnd"/>
      <w:r w:rsidRPr="00B51957">
        <w:rPr>
          <w:rFonts w:cstheme="majorHAnsi"/>
          <w:sz w:val="18"/>
          <w:szCs w:val="18"/>
        </w:rPr>
        <w:t xml:space="preserve"> </w:t>
      </w:r>
      <w:proofErr w:type="spellStart"/>
      <w:r w:rsidRPr="00B51957">
        <w:rPr>
          <w:rFonts w:ascii="Sylfaen" w:hAnsi="Sylfaen" w:cs="Sylfaen"/>
          <w:sz w:val="18"/>
          <w:szCs w:val="18"/>
        </w:rPr>
        <w:t>რიცხვის</w:t>
      </w:r>
      <w:proofErr w:type="spellEnd"/>
      <w:r w:rsidRPr="00B51957">
        <w:rPr>
          <w:rFonts w:cstheme="majorHAnsi"/>
          <w:sz w:val="18"/>
          <w:szCs w:val="18"/>
        </w:rPr>
        <w:t xml:space="preserve"> </w:t>
      </w:r>
      <w:proofErr w:type="spellStart"/>
      <w:r w:rsidRPr="00B51957">
        <w:rPr>
          <w:rFonts w:ascii="Sylfaen" w:hAnsi="Sylfaen" w:cs="Sylfaen"/>
          <w:sz w:val="18"/>
          <w:szCs w:val="18"/>
        </w:rPr>
        <w:t>გარდა</w:t>
      </w:r>
      <w:proofErr w:type="spellEnd"/>
      <w:r w:rsidRPr="00B51957">
        <w:rPr>
          <w:rFonts w:cstheme="majorHAnsi"/>
          <w:sz w:val="18"/>
          <w:szCs w:val="18"/>
        </w:rPr>
        <w:t xml:space="preserve"> </w:t>
      </w:r>
      <w:proofErr w:type="spellStart"/>
      <w:r w:rsidRPr="00B51957">
        <w:rPr>
          <w:rFonts w:ascii="Sylfaen" w:hAnsi="Sylfaen" w:cs="Sylfaen"/>
          <w:sz w:val="18"/>
          <w:szCs w:val="18"/>
        </w:rPr>
        <w:t>ნებისმიერ</w:t>
      </w:r>
      <w:proofErr w:type="spellEnd"/>
      <w:r w:rsidRPr="00B51957">
        <w:rPr>
          <w:rFonts w:cstheme="majorHAnsi"/>
          <w:sz w:val="18"/>
          <w:szCs w:val="18"/>
        </w:rPr>
        <w:t xml:space="preserve"> </w:t>
      </w:r>
      <w:proofErr w:type="spellStart"/>
      <w:r w:rsidRPr="00B51957">
        <w:rPr>
          <w:rFonts w:ascii="Sylfaen" w:hAnsi="Sylfaen" w:cs="Sylfaen"/>
          <w:sz w:val="18"/>
          <w:szCs w:val="18"/>
        </w:rPr>
        <w:t>სხვა</w:t>
      </w:r>
      <w:proofErr w:type="spellEnd"/>
      <w:r w:rsidRPr="00B51957">
        <w:rPr>
          <w:rFonts w:cstheme="majorHAnsi"/>
          <w:sz w:val="18"/>
          <w:szCs w:val="18"/>
        </w:rPr>
        <w:t xml:space="preserve"> </w:t>
      </w:r>
      <w:proofErr w:type="spellStart"/>
      <w:r w:rsidRPr="00B51957">
        <w:rPr>
          <w:rFonts w:ascii="Sylfaen" w:hAnsi="Sylfaen" w:cs="Sylfaen"/>
          <w:sz w:val="18"/>
          <w:szCs w:val="18"/>
        </w:rPr>
        <w:t>რიცხვს</w:t>
      </w:r>
      <w:proofErr w:type="spellEnd"/>
      <w:r w:rsidRPr="00B51957">
        <w:rPr>
          <w:rFonts w:cstheme="majorHAnsi"/>
          <w:sz w:val="18"/>
          <w:szCs w:val="18"/>
        </w:rPr>
        <w:t xml:space="preserve">, </w:t>
      </w:r>
      <w:proofErr w:type="spellStart"/>
      <w:r w:rsidRPr="00B51957">
        <w:rPr>
          <w:rFonts w:ascii="Sylfaen" w:hAnsi="Sylfaen" w:cs="Sylfaen"/>
          <w:sz w:val="18"/>
          <w:szCs w:val="18"/>
        </w:rPr>
        <w:t>მაშინ</w:t>
      </w:r>
      <w:proofErr w:type="spellEnd"/>
      <w:r w:rsidRPr="00B51957">
        <w:rPr>
          <w:rFonts w:cstheme="majorHAnsi"/>
          <w:sz w:val="18"/>
          <w:szCs w:val="18"/>
        </w:rPr>
        <w:t xml:space="preserve"> </w:t>
      </w:r>
      <w:proofErr w:type="spellStart"/>
      <w:r w:rsidRPr="00B51957">
        <w:rPr>
          <w:rFonts w:ascii="Sylfaen" w:hAnsi="Sylfaen" w:cs="Sylfaen"/>
          <w:sz w:val="18"/>
          <w:szCs w:val="18"/>
        </w:rPr>
        <w:t>პირველი</w:t>
      </w:r>
      <w:proofErr w:type="spellEnd"/>
      <w:r w:rsidRPr="00B51957">
        <w:rPr>
          <w:rFonts w:cstheme="majorHAnsi"/>
          <w:sz w:val="18"/>
          <w:szCs w:val="18"/>
        </w:rPr>
        <w:t xml:space="preserve"> </w:t>
      </w:r>
      <w:proofErr w:type="spellStart"/>
      <w:r w:rsidRPr="00B51957">
        <w:rPr>
          <w:rFonts w:ascii="Sylfaen" w:hAnsi="Sylfaen" w:cs="Sylfaen"/>
          <w:sz w:val="18"/>
          <w:szCs w:val="18"/>
        </w:rPr>
        <w:t>საანგარიშო</w:t>
      </w:r>
      <w:proofErr w:type="spellEnd"/>
      <w:r w:rsidRPr="00B51957">
        <w:rPr>
          <w:rFonts w:cstheme="majorHAnsi"/>
          <w:sz w:val="18"/>
          <w:szCs w:val="18"/>
        </w:rPr>
        <w:t xml:space="preserve"> </w:t>
      </w:r>
      <w:proofErr w:type="spellStart"/>
      <w:r w:rsidRPr="00B51957">
        <w:rPr>
          <w:rFonts w:ascii="Sylfaen" w:hAnsi="Sylfaen" w:cs="Sylfaen"/>
          <w:sz w:val="18"/>
          <w:szCs w:val="18"/>
        </w:rPr>
        <w:t>პერიოდი</w:t>
      </w:r>
      <w:proofErr w:type="spellEnd"/>
      <w:r w:rsidRPr="00B51957">
        <w:rPr>
          <w:rFonts w:cstheme="majorHAnsi"/>
          <w:sz w:val="18"/>
          <w:szCs w:val="18"/>
        </w:rPr>
        <w:t xml:space="preserve"> </w:t>
      </w:r>
      <w:proofErr w:type="spellStart"/>
      <w:r w:rsidRPr="00B51957">
        <w:rPr>
          <w:rFonts w:ascii="Sylfaen" w:hAnsi="Sylfaen" w:cs="Sylfaen"/>
          <w:sz w:val="18"/>
          <w:szCs w:val="18"/>
        </w:rPr>
        <w:t>იქნება</w:t>
      </w:r>
      <w:proofErr w:type="spellEnd"/>
      <w:r w:rsidRPr="00B51957">
        <w:rPr>
          <w:rFonts w:cstheme="majorHAnsi"/>
          <w:sz w:val="18"/>
          <w:szCs w:val="18"/>
        </w:rPr>
        <w:t xml:space="preserve"> </w:t>
      </w:r>
      <w:proofErr w:type="spellStart"/>
      <w:r w:rsidRPr="00B51957">
        <w:rPr>
          <w:rFonts w:ascii="Sylfaen" w:hAnsi="Sylfaen" w:cs="Sylfaen"/>
          <w:sz w:val="18"/>
          <w:szCs w:val="18"/>
        </w:rPr>
        <w:t>ხელშეკრულების</w:t>
      </w:r>
      <w:proofErr w:type="spellEnd"/>
      <w:r w:rsidRPr="00B51957">
        <w:rPr>
          <w:rFonts w:cstheme="majorHAnsi"/>
          <w:sz w:val="18"/>
          <w:szCs w:val="18"/>
        </w:rPr>
        <w:t xml:space="preserve"> </w:t>
      </w:r>
      <w:proofErr w:type="spellStart"/>
      <w:r w:rsidRPr="00B51957">
        <w:rPr>
          <w:rFonts w:ascii="Sylfaen" w:hAnsi="Sylfaen" w:cs="Sylfaen"/>
          <w:sz w:val="18"/>
          <w:szCs w:val="18"/>
        </w:rPr>
        <w:t>გაფორმების</w:t>
      </w:r>
      <w:proofErr w:type="spellEnd"/>
      <w:r w:rsidRPr="00B51957">
        <w:rPr>
          <w:rFonts w:cstheme="majorHAnsi"/>
          <w:sz w:val="18"/>
          <w:szCs w:val="18"/>
        </w:rPr>
        <w:t xml:space="preserve"> </w:t>
      </w:r>
      <w:proofErr w:type="spellStart"/>
      <w:r w:rsidRPr="00B51957">
        <w:rPr>
          <w:rFonts w:ascii="Sylfaen" w:hAnsi="Sylfaen" w:cs="Sylfaen"/>
          <w:sz w:val="18"/>
          <w:szCs w:val="18"/>
        </w:rPr>
        <w:t>მომენტიდან</w:t>
      </w:r>
      <w:proofErr w:type="spellEnd"/>
      <w:r w:rsidRPr="00B51957">
        <w:rPr>
          <w:rFonts w:cstheme="majorHAnsi"/>
          <w:sz w:val="18"/>
          <w:szCs w:val="18"/>
        </w:rPr>
        <w:t xml:space="preserve"> </w:t>
      </w:r>
      <w:proofErr w:type="spellStart"/>
      <w:r w:rsidRPr="00B51957">
        <w:rPr>
          <w:rFonts w:ascii="Sylfaen" w:hAnsi="Sylfaen" w:cs="Sylfaen"/>
          <w:sz w:val="18"/>
          <w:szCs w:val="18"/>
        </w:rPr>
        <w:t>შესაბამისი</w:t>
      </w:r>
      <w:proofErr w:type="spellEnd"/>
      <w:r w:rsidRPr="00B51957">
        <w:rPr>
          <w:rFonts w:cstheme="majorHAnsi"/>
          <w:sz w:val="18"/>
          <w:szCs w:val="18"/>
        </w:rPr>
        <w:t xml:space="preserve"> </w:t>
      </w:r>
      <w:proofErr w:type="spellStart"/>
      <w:r w:rsidRPr="00B51957">
        <w:rPr>
          <w:rFonts w:ascii="Sylfaen" w:hAnsi="Sylfaen" w:cs="Sylfaen"/>
          <w:sz w:val="18"/>
          <w:szCs w:val="18"/>
        </w:rPr>
        <w:t>თვის</w:t>
      </w:r>
      <w:proofErr w:type="spellEnd"/>
      <w:r w:rsidRPr="00B51957">
        <w:rPr>
          <w:rFonts w:cstheme="majorHAnsi"/>
          <w:sz w:val="18"/>
          <w:szCs w:val="18"/>
        </w:rPr>
        <w:t xml:space="preserve"> </w:t>
      </w:r>
      <w:proofErr w:type="spellStart"/>
      <w:r w:rsidRPr="00B51957">
        <w:rPr>
          <w:rFonts w:ascii="Sylfaen" w:hAnsi="Sylfaen" w:cs="Sylfaen"/>
          <w:sz w:val="18"/>
          <w:szCs w:val="18"/>
        </w:rPr>
        <w:t>ბოლო</w:t>
      </w:r>
      <w:proofErr w:type="spellEnd"/>
      <w:r w:rsidRPr="00B51957">
        <w:rPr>
          <w:rFonts w:cstheme="majorHAnsi"/>
          <w:sz w:val="18"/>
          <w:szCs w:val="18"/>
        </w:rPr>
        <w:t xml:space="preserve"> </w:t>
      </w:r>
      <w:proofErr w:type="spellStart"/>
      <w:r w:rsidRPr="00B51957">
        <w:rPr>
          <w:rFonts w:ascii="Sylfaen" w:hAnsi="Sylfaen" w:cs="Sylfaen"/>
          <w:sz w:val="18"/>
          <w:szCs w:val="18"/>
        </w:rPr>
        <w:t>რიცხვის</w:t>
      </w:r>
      <w:proofErr w:type="spellEnd"/>
      <w:r w:rsidRPr="00B51957">
        <w:rPr>
          <w:rFonts w:cstheme="majorHAnsi"/>
          <w:sz w:val="18"/>
          <w:szCs w:val="18"/>
        </w:rPr>
        <w:t xml:space="preserve"> </w:t>
      </w:r>
      <w:proofErr w:type="spellStart"/>
      <w:r w:rsidRPr="00B51957">
        <w:rPr>
          <w:rFonts w:ascii="Sylfaen" w:hAnsi="Sylfaen" w:cs="Sylfaen"/>
          <w:sz w:val="18"/>
          <w:szCs w:val="18"/>
        </w:rPr>
        <w:t>ჩათვლით</w:t>
      </w:r>
      <w:proofErr w:type="spellEnd"/>
      <w:r w:rsidRPr="00B51957">
        <w:rPr>
          <w:rFonts w:cstheme="majorHAnsi"/>
          <w:sz w:val="18"/>
          <w:szCs w:val="18"/>
        </w:rPr>
        <w:t xml:space="preserve"> </w:t>
      </w:r>
      <w:proofErr w:type="spellStart"/>
      <w:r w:rsidRPr="00B51957">
        <w:rPr>
          <w:rFonts w:ascii="Sylfaen" w:hAnsi="Sylfaen" w:cs="Sylfaen"/>
          <w:sz w:val="18"/>
          <w:szCs w:val="18"/>
        </w:rPr>
        <w:t>პერიოდი</w:t>
      </w:r>
      <w:proofErr w:type="spellEnd"/>
      <w:r w:rsidRPr="00B51957">
        <w:rPr>
          <w:rFonts w:cstheme="majorHAnsi"/>
          <w:sz w:val="18"/>
          <w:szCs w:val="18"/>
        </w:rPr>
        <w:t>.</w:t>
      </w:r>
    </w:p>
    <w:p w14:paraId="516D4004" w14:textId="06C1FBE6" w:rsidR="004B6084" w:rsidRPr="00B51957" w:rsidRDefault="00A74260">
      <w:pPr>
        <w:pStyle w:val="ListParagraph"/>
        <w:numPr>
          <w:ilvl w:val="2"/>
          <w:numId w:val="13"/>
        </w:numPr>
        <w:jc w:val="both"/>
        <w:rPr>
          <w:rFonts w:ascii="Sylfaen" w:hAnsi="Sylfaen" w:cs="Sylfaen"/>
          <w:sz w:val="18"/>
          <w:szCs w:val="18"/>
        </w:rPr>
      </w:pPr>
      <w:proofErr w:type="spellStart"/>
      <w:r w:rsidRPr="00FD358B">
        <w:rPr>
          <w:rFonts w:ascii="Sylfaen" w:hAnsi="Sylfaen" w:cs="Sylfaen"/>
          <w:sz w:val="18"/>
          <w:szCs w:val="18"/>
        </w:rPr>
        <w:t>ხე</w:t>
      </w:r>
      <w:r w:rsidRPr="00B51957">
        <w:rPr>
          <w:rFonts w:ascii="Sylfaen" w:hAnsi="Sylfaen" w:cs="Sylfaen"/>
          <w:sz w:val="18"/>
          <w:szCs w:val="18"/>
        </w:rPr>
        <w:t>ლშეკრულების</w:t>
      </w:r>
      <w:proofErr w:type="spellEnd"/>
      <w:r w:rsidRPr="00B51957">
        <w:rPr>
          <w:rFonts w:cstheme="majorHAnsi"/>
          <w:sz w:val="18"/>
          <w:szCs w:val="18"/>
        </w:rPr>
        <w:t xml:space="preserve"> 4.3.</w:t>
      </w:r>
      <w:r w:rsidR="008D4572">
        <w:rPr>
          <w:rFonts w:ascii="Sylfaen" w:hAnsi="Sylfaen" w:cstheme="majorHAnsi"/>
          <w:sz w:val="18"/>
          <w:szCs w:val="18"/>
          <w:lang w:val="ka-GE"/>
        </w:rPr>
        <w:t>6</w:t>
      </w:r>
      <w:r w:rsidRPr="00B51957">
        <w:rPr>
          <w:rFonts w:cstheme="majorHAnsi"/>
          <w:sz w:val="18"/>
          <w:szCs w:val="18"/>
        </w:rPr>
        <w:t xml:space="preserve">. </w:t>
      </w:r>
      <w:proofErr w:type="spellStart"/>
      <w:r w:rsidRPr="00B51957">
        <w:rPr>
          <w:rFonts w:ascii="Sylfaen" w:hAnsi="Sylfaen" w:cs="Sylfaen"/>
          <w:sz w:val="18"/>
          <w:szCs w:val="18"/>
        </w:rPr>
        <w:t>მუხლის</w:t>
      </w:r>
      <w:proofErr w:type="spellEnd"/>
      <w:r w:rsidRPr="00B51957">
        <w:rPr>
          <w:rFonts w:cstheme="majorHAnsi"/>
          <w:sz w:val="18"/>
          <w:szCs w:val="18"/>
        </w:rPr>
        <w:t xml:space="preserve"> </w:t>
      </w:r>
      <w:proofErr w:type="spellStart"/>
      <w:r w:rsidRPr="00B51957">
        <w:rPr>
          <w:rFonts w:ascii="Sylfaen" w:hAnsi="Sylfaen" w:cs="Sylfaen"/>
          <w:sz w:val="18"/>
          <w:szCs w:val="18"/>
        </w:rPr>
        <w:t>შესაბამისად</w:t>
      </w:r>
      <w:proofErr w:type="spellEnd"/>
      <w:r w:rsidRPr="00B51957">
        <w:rPr>
          <w:rFonts w:cstheme="majorHAnsi"/>
          <w:sz w:val="18"/>
          <w:szCs w:val="18"/>
        </w:rPr>
        <w:t xml:space="preserve"> </w:t>
      </w:r>
      <w:proofErr w:type="spellStart"/>
      <w:r w:rsidRPr="00B51957">
        <w:rPr>
          <w:rFonts w:ascii="Sylfaen" w:hAnsi="Sylfaen" w:cs="Sylfaen"/>
          <w:sz w:val="18"/>
          <w:szCs w:val="18"/>
        </w:rPr>
        <w:t>დამკვეთისთვის</w:t>
      </w:r>
      <w:proofErr w:type="spellEnd"/>
      <w:r w:rsidRPr="00B51957">
        <w:rPr>
          <w:rFonts w:cstheme="majorHAnsi"/>
          <w:sz w:val="18"/>
          <w:szCs w:val="18"/>
        </w:rPr>
        <w:t xml:space="preserve"> </w:t>
      </w:r>
      <w:proofErr w:type="spellStart"/>
      <w:r w:rsidRPr="00B51957">
        <w:rPr>
          <w:rFonts w:ascii="Sylfaen" w:hAnsi="Sylfaen" w:cs="Sylfaen"/>
          <w:sz w:val="18"/>
          <w:szCs w:val="18"/>
        </w:rPr>
        <w:t>წარდგენილი</w:t>
      </w:r>
      <w:proofErr w:type="spellEnd"/>
      <w:r w:rsidRPr="00B51957">
        <w:rPr>
          <w:rFonts w:cstheme="majorHAnsi"/>
          <w:sz w:val="18"/>
          <w:szCs w:val="18"/>
        </w:rPr>
        <w:t xml:space="preserve"> </w:t>
      </w:r>
      <w:proofErr w:type="spellStart"/>
      <w:r w:rsidRPr="00B51957">
        <w:rPr>
          <w:rFonts w:ascii="Sylfaen" w:hAnsi="Sylfaen" w:cs="Sylfaen"/>
          <w:sz w:val="18"/>
          <w:szCs w:val="18"/>
        </w:rPr>
        <w:t>შესრულებული</w:t>
      </w:r>
      <w:proofErr w:type="spellEnd"/>
      <w:r w:rsidRPr="00B51957">
        <w:rPr>
          <w:rFonts w:cstheme="majorHAnsi"/>
          <w:sz w:val="18"/>
          <w:szCs w:val="18"/>
        </w:rPr>
        <w:t xml:space="preserve"> </w:t>
      </w:r>
      <w:proofErr w:type="spellStart"/>
      <w:r w:rsidRPr="00B51957">
        <w:rPr>
          <w:rFonts w:ascii="Sylfaen" w:hAnsi="Sylfaen" w:cs="Sylfaen"/>
          <w:sz w:val="18"/>
          <w:szCs w:val="18"/>
        </w:rPr>
        <w:t>სამუშაოს</w:t>
      </w:r>
      <w:proofErr w:type="spellEnd"/>
      <w:r w:rsidRPr="00B51957">
        <w:rPr>
          <w:rFonts w:cstheme="majorHAnsi"/>
          <w:sz w:val="18"/>
          <w:szCs w:val="18"/>
        </w:rPr>
        <w:t xml:space="preserve"> </w:t>
      </w:r>
      <w:proofErr w:type="spellStart"/>
      <w:r w:rsidRPr="00B51957">
        <w:rPr>
          <w:rFonts w:ascii="Sylfaen" w:hAnsi="Sylfaen" w:cs="Sylfaen"/>
          <w:sz w:val="18"/>
          <w:szCs w:val="18"/>
        </w:rPr>
        <w:t>შესახებ</w:t>
      </w:r>
      <w:proofErr w:type="spellEnd"/>
      <w:r w:rsidRPr="00B51957">
        <w:rPr>
          <w:rFonts w:cstheme="majorHAnsi"/>
          <w:sz w:val="18"/>
          <w:szCs w:val="18"/>
        </w:rPr>
        <w:t xml:space="preserve"> </w:t>
      </w:r>
      <w:proofErr w:type="spellStart"/>
      <w:r w:rsidRPr="00B51957">
        <w:rPr>
          <w:rFonts w:ascii="Sylfaen" w:hAnsi="Sylfaen" w:cs="Sylfaen"/>
          <w:sz w:val="18"/>
          <w:szCs w:val="18"/>
        </w:rPr>
        <w:t>კალენდარული</w:t>
      </w:r>
      <w:proofErr w:type="spellEnd"/>
      <w:r w:rsidRPr="00B51957">
        <w:rPr>
          <w:rFonts w:cstheme="majorHAnsi"/>
          <w:sz w:val="18"/>
          <w:szCs w:val="18"/>
        </w:rPr>
        <w:t xml:space="preserve"> </w:t>
      </w:r>
      <w:proofErr w:type="spellStart"/>
      <w:r w:rsidRPr="00B51957">
        <w:rPr>
          <w:rFonts w:ascii="Sylfaen" w:hAnsi="Sylfaen" w:cs="Sylfaen"/>
          <w:sz w:val="18"/>
          <w:szCs w:val="18"/>
        </w:rPr>
        <w:t>გეგმა</w:t>
      </w:r>
      <w:proofErr w:type="spellEnd"/>
      <w:r w:rsidRPr="00B51957">
        <w:rPr>
          <w:rFonts w:cstheme="majorHAnsi"/>
          <w:sz w:val="18"/>
          <w:szCs w:val="18"/>
        </w:rPr>
        <w:t xml:space="preserve"> </w:t>
      </w:r>
      <w:proofErr w:type="spellStart"/>
      <w:r w:rsidRPr="00B51957">
        <w:rPr>
          <w:rFonts w:ascii="Sylfaen" w:hAnsi="Sylfaen" w:cs="Sylfaen"/>
          <w:sz w:val="18"/>
          <w:szCs w:val="18"/>
        </w:rPr>
        <w:t>გრაფიკით</w:t>
      </w:r>
      <w:proofErr w:type="spellEnd"/>
      <w:r w:rsidRPr="00B51957">
        <w:rPr>
          <w:rFonts w:cstheme="majorHAnsi"/>
          <w:sz w:val="18"/>
          <w:szCs w:val="18"/>
        </w:rPr>
        <w:t xml:space="preserve"> </w:t>
      </w:r>
      <w:proofErr w:type="spellStart"/>
      <w:r w:rsidRPr="00B51957">
        <w:rPr>
          <w:rFonts w:ascii="Sylfaen" w:hAnsi="Sylfaen" w:cs="Sylfaen"/>
          <w:sz w:val="18"/>
          <w:szCs w:val="18"/>
        </w:rPr>
        <w:t>განსაზღვრული</w:t>
      </w:r>
      <w:proofErr w:type="spellEnd"/>
      <w:r w:rsidRPr="00B51957">
        <w:rPr>
          <w:rFonts w:cstheme="majorHAnsi"/>
          <w:sz w:val="18"/>
          <w:szCs w:val="18"/>
        </w:rPr>
        <w:t xml:space="preserve"> </w:t>
      </w:r>
      <w:proofErr w:type="spellStart"/>
      <w:r w:rsidRPr="00B51957">
        <w:rPr>
          <w:rFonts w:ascii="Sylfaen" w:hAnsi="Sylfaen" w:cs="Sylfaen"/>
          <w:sz w:val="18"/>
          <w:szCs w:val="18"/>
        </w:rPr>
        <w:t>შესაბამისი</w:t>
      </w:r>
      <w:proofErr w:type="spellEnd"/>
      <w:r w:rsidRPr="00B51957">
        <w:rPr>
          <w:rFonts w:cstheme="majorHAnsi"/>
          <w:sz w:val="18"/>
          <w:szCs w:val="18"/>
        </w:rPr>
        <w:t xml:space="preserve"> </w:t>
      </w:r>
      <w:proofErr w:type="spellStart"/>
      <w:r w:rsidRPr="00B51957">
        <w:rPr>
          <w:rFonts w:ascii="Sylfaen" w:hAnsi="Sylfaen" w:cs="Sylfaen"/>
          <w:sz w:val="18"/>
          <w:szCs w:val="18"/>
        </w:rPr>
        <w:t>ეტაპის</w:t>
      </w:r>
      <w:proofErr w:type="spellEnd"/>
      <w:r w:rsidRPr="00B51957">
        <w:rPr>
          <w:rFonts w:cstheme="majorHAnsi"/>
          <w:sz w:val="18"/>
          <w:szCs w:val="18"/>
        </w:rPr>
        <w:t xml:space="preserve"> </w:t>
      </w:r>
      <w:proofErr w:type="spellStart"/>
      <w:r w:rsidRPr="00B51957">
        <w:rPr>
          <w:rFonts w:ascii="Sylfaen" w:hAnsi="Sylfaen" w:cs="Sylfaen"/>
          <w:sz w:val="18"/>
          <w:szCs w:val="18"/>
        </w:rPr>
        <w:t>ფორმა</w:t>
      </w:r>
      <w:proofErr w:type="spellEnd"/>
      <w:r w:rsidRPr="00B51957">
        <w:rPr>
          <w:rFonts w:cstheme="majorHAnsi"/>
          <w:sz w:val="18"/>
          <w:szCs w:val="18"/>
        </w:rPr>
        <w:t xml:space="preserve"> N2-</w:t>
      </w:r>
      <w:r w:rsidRPr="00B51957">
        <w:rPr>
          <w:rFonts w:ascii="Sylfaen" w:hAnsi="Sylfaen" w:cs="Sylfaen"/>
          <w:sz w:val="18"/>
          <w:szCs w:val="18"/>
        </w:rPr>
        <w:t>ში</w:t>
      </w:r>
      <w:r w:rsidRPr="00B51957">
        <w:rPr>
          <w:rFonts w:cstheme="majorHAnsi"/>
          <w:sz w:val="18"/>
          <w:szCs w:val="18"/>
        </w:rPr>
        <w:t xml:space="preserve"> </w:t>
      </w:r>
      <w:proofErr w:type="spellStart"/>
      <w:r w:rsidRPr="00B51957">
        <w:rPr>
          <w:rFonts w:ascii="Sylfaen" w:hAnsi="Sylfaen" w:cs="Sylfaen"/>
          <w:sz w:val="18"/>
          <w:szCs w:val="18"/>
        </w:rPr>
        <w:t>მითითებული</w:t>
      </w:r>
      <w:proofErr w:type="spellEnd"/>
      <w:r w:rsidRPr="00B51957">
        <w:rPr>
          <w:rFonts w:cstheme="majorHAnsi"/>
          <w:sz w:val="18"/>
          <w:szCs w:val="18"/>
        </w:rPr>
        <w:t xml:space="preserve"> </w:t>
      </w:r>
      <w:proofErr w:type="spellStart"/>
      <w:r w:rsidRPr="00B51957">
        <w:rPr>
          <w:rFonts w:ascii="Sylfaen" w:hAnsi="Sylfaen" w:cs="Sylfaen"/>
          <w:sz w:val="18"/>
          <w:szCs w:val="18"/>
        </w:rPr>
        <w:t>შესრულებული</w:t>
      </w:r>
      <w:proofErr w:type="spellEnd"/>
      <w:r w:rsidRPr="00B51957">
        <w:rPr>
          <w:rFonts w:cstheme="majorHAnsi"/>
          <w:sz w:val="18"/>
          <w:szCs w:val="18"/>
        </w:rPr>
        <w:t xml:space="preserve"> </w:t>
      </w:r>
      <w:proofErr w:type="spellStart"/>
      <w:r w:rsidRPr="00B51957">
        <w:rPr>
          <w:rFonts w:ascii="Sylfaen" w:hAnsi="Sylfaen" w:cs="Sylfaen"/>
          <w:sz w:val="18"/>
          <w:szCs w:val="18"/>
        </w:rPr>
        <w:t>სამუშაოების</w:t>
      </w:r>
      <w:proofErr w:type="spellEnd"/>
      <w:r w:rsidRPr="00B51957">
        <w:rPr>
          <w:rFonts w:cstheme="majorHAnsi"/>
          <w:sz w:val="18"/>
          <w:szCs w:val="18"/>
        </w:rPr>
        <w:t xml:space="preserve"> </w:t>
      </w:r>
      <w:proofErr w:type="spellStart"/>
      <w:r w:rsidRPr="00B51957">
        <w:rPr>
          <w:rFonts w:ascii="Sylfaen" w:hAnsi="Sylfaen" w:cs="Sylfaen"/>
          <w:sz w:val="18"/>
          <w:szCs w:val="18"/>
        </w:rPr>
        <w:t>ერთეულის</w:t>
      </w:r>
      <w:proofErr w:type="spellEnd"/>
      <w:r w:rsidRPr="00B51957">
        <w:rPr>
          <w:rFonts w:cstheme="majorHAnsi"/>
          <w:sz w:val="18"/>
          <w:szCs w:val="18"/>
        </w:rPr>
        <w:t xml:space="preserve"> </w:t>
      </w:r>
      <w:proofErr w:type="spellStart"/>
      <w:r w:rsidRPr="00B51957">
        <w:rPr>
          <w:rFonts w:ascii="Sylfaen" w:hAnsi="Sylfaen" w:cs="Sylfaen"/>
          <w:sz w:val="18"/>
          <w:szCs w:val="18"/>
        </w:rPr>
        <w:t>ღირებულებები</w:t>
      </w:r>
      <w:proofErr w:type="spellEnd"/>
      <w:r w:rsidRPr="00B51957">
        <w:rPr>
          <w:rFonts w:cstheme="majorHAnsi"/>
          <w:sz w:val="18"/>
          <w:szCs w:val="18"/>
        </w:rPr>
        <w:t xml:space="preserve"> </w:t>
      </w:r>
      <w:proofErr w:type="spellStart"/>
      <w:r w:rsidRPr="00B51957">
        <w:rPr>
          <w:rFonts w:ascii="Sylfaen" w:hAnsi="Sylfaen" w:cs="Sylfaen"/>
          <w:sz w:val="18"/>
          <w:szCs w:val="18"/>
        </w:rPr>
        <w:t>გამოსახული</w:t>
      </w:r>
      <w:proofErr w:type="spellEnd"/>
      <w:r w:rsidRPr="00B51957">
        <w:rPr>
          <w:rFonts w:cstheme="majorHAnsi"/>
          <w:sz w:val="18"/>
          <w:szCs w:val="18"/>
        </w:rPr>
        <w:t xml:space="preserve"> </w:t>
      </w:r>
      <w:proofErr w:type="spellStart"/>
      <w:r w:rsidRPr="00B51957">
        <w:rPr>
          <w:rFonts w:ascii="Sylfaen" w:hAnsi="Sylfaen" w:cs="Sylfaen"/>
          <w:sz w:val="18"/>
          <w:szCs w:val="18"/>
        </w:rPr>
        <w:t>იქნება</w:t>
      </w:r>
      <w:proofErr w:type="spellEnd"/>
      <w:r w:rsidRPr="00B51957">
        <w:rPr>
          <w:rFonts w:cstheme="majorHAnsi"/>
          <w:sz w:val="18"/>
          <w:szCs w:val="18"/>
        </w:rPr>
        <w:t xml:space="preserve"> </w:t>
      </w:r>
      <w:proofErr w:type="spellStart"/>
      <w:r w:rsidRPr="00B51957">
        <w:rPr>
          <w:rFonts w:ascii="Sylfaen" w:hAnsi="Sylfaen" w:cs="Sylfaen"/>
          <w:sz w:val="18"/>
          <w:szCs w:val="18"/>
        </w:rPr>
        <w:t>ეროვნულ</w:t>
      </w:r>
      <w:proofErr w:type="spellEnd"/>
      <w:r w:rsidRPr="00B51957">
        <w:rPr>
          <w:rFonts w:cstheme="majorHAnsi"/>
          <w:sz w:val="18"/>
          <w:szCs w:val="18"/>
        </w:rPr>
        <w:t xml:space="preserve"> </w:t>
      </w:r>
      <w:proofErr w:type="spellStart"/>
      <w:r w:rsidRPr="00B51957">
        <w:rPr>
          <w:rFonts w:ascii="Sylfaen" w:hAnsi="Sylfaen" w:cs="Sylfaen"/>
          <w:sz w:val="18"/>
          <w:szCs w:val="18"/>
        </w:rPr>
        <w:t>ვალუტაში</w:t>
      </w:r>
      <w:proofErr w:type="spellEnd"/>
      <w:r w:rsidR="00E201A4">
        <w:rPr>
          <w:rFonts w:cstheme="majorHAnsi"/>
          <w:sz w:val="18"/>
          <w:szCs w:val="18"/>
        </w:rPr>
        <w:t xml:space="preserve"> </w:t>
      </w:r>
      <w:r w:rsidR="00E201A4">
        <w:rPr>
          <w:rFonts w:ascii="Sylfaen" w:hAnsi="Sylfaen" w:cstheme="majorHAnsi"/>
          <w:sz w:val="18"/>
          <w:szCs w:val="18"/>
          <w:lang w:val="ka-GE"/>
        </w:rPr>
        <w:t>(</w:t>
      </w:r>
      <w:proofErr w:type="spellStart"/>
      <w:r w:rsidRPr="00B51957">
        <w:rPr>
          <w:rFonts w:ascii="Sylfaen" w:hAnsi="Sylfaen" w:cs="Sylfaen"/>
          <w:sz w:val="18"/>
          <w:szCs w:val="18"/>
        </w:rPr>
        <w:t>ისე</w:t>
      </w:r>
      <w:proofErr w:type="spellEnd"/>
      <w:r w:rsidRPr="00B51957">
        <w:rPr>
          <w:rFonts w:cstheme="majorHAnsi"/>
          <w:sz w:val="18"/>
          <w:szCs w:val="18"/>
        </w:rPr>
        <w:t xml:space="preserve">, </w:t>
      </w:r>
      <w:proofErr w:type="spellStart"/>
      <w:r w:rsidRPr="00B51957">
        <w:rPr>
          <w:rFonts w:ascii="Sylfaen" w:hAnsi="Sylfaen" w:cs="Sylfaen"/>
          <w:sz w:val="18"/>
          <w:szCs w:val="18"/>
        </w:rPr>
        <w:t>როგორც</w:t>
      </w:r>
      <w:proofErr w:type="spellEnd"/>
      <w:r w:rsidRPr="00B51957">
        <w:rPr>
          <w:rFonts w:cstheme="majorHAnsi"/>
          <w:sz w:val="18"/>
          <w:szCs w:val="18"/>
        </w:rPr>
        <w:t xml:space="preserve"> </w:t>
      </w:r>
      <w:proofErr w:type="spellStart"/>
      <w:r w:rsidRPr="00B51957">
        <w:rPr>
          <w:rFonts w:ascii="Sylfaen" w:hAnsi="Sylfaen" w:cs="Sylfaen"/>
          <w:sz w:val="18"/>
          <w:szCs w:val="18"/>
        </w:rPr>
        <w:t>განსაზღვრულია</w:t>
      </w:r>
      <w:proofErr w:type="spellEnd"/>
      <w:r w:rsidRPr="00B51957">
        <w:rPr>
          <w:rFonts w:cstheme="majorHAnsi"/>
          <w:sz w:val="18"/>
          <w:szCs w:val="18"/>
        </w:rPr>
        <w:t xml:space="preserve"> </w:t>
      </w:r>
      <w:proofErr w:type="spellStart"/>
      <w:r w:rsidRPr="00B51957">
        <w:rPr>
          <w:rFonts w:ascii="Sylfaen" w:hAnsi="Sylfaen" w:cs="Sylfaen"/>
          <w:sz w:val="18"/>
          <w:szCs w:val="18"/>
        </w:rPr>
        <w:t>სახარჯთაღრიცხვო</w:t>
      </w:r>
      <w:proofErr w:type="spellEnd"/>
      <w:r w:rsidRPr="00B51957">
        <w:rPr>
          <w:rFonts w:cstheme="majorHAnsi"/>
          <w:sz w:val="18"/>
          <w:szCs w:val="18"/>
        </w:rPr>
        <w:t xml:space="preserve"> </w:t>
      </w:r>
      <w:proofErr w:type="spellStart"/>
      <w:r w:rsidRPr="00B51957">
        <w:rPr>
          <w:rFonts w:ascii="Sylfaen" w:hAnsi="Sylfaen" w:cs="Sylfaen"/>
          <w:sz w:val="18"/>
          <w:szCs w:val="18"/>
        </w:rPr>
        <w:t>დოკუმენტაციაში</w:t>
      </w:r>
      <w:proofErr w:type="spellEnd"/>
      <w:r w:rsidR="00E201A4">
        <w:rPr>
          <w:rFonts w:ascii="Sylfaen" w:hAnsi="Sylfaen" w:cstheme="majorHAnsi"/>
          <w:sz w:val="18"/>
          <w:szCs w:val="18"/>
          <w:lang w:val="ka-GE"/>
        </w:rPr>
        <w:t>)</w:t>
      </w:r>
      <w:r w:rsidRPr="00B51957">
        <w:rPr>
          <w:rFonts w:cstheme="majorHAnsi"/>
          <w:sz w:val="18"/>
          <w:szCs w:val="18"/>
        </w:rPr>
        <w:t>.</w:t>
      </w:r>
    </w:p>
    <w:p w14:paraId="290496F0" w14:textId="469146AC" w:rsidR="00C86A0D" w:rsidRPr="00125F84" w:rsidRDefault="00A74260" w:rsidP="00125F84">
      <w:pPr>
        <w:pStyle w:val="ListParagraph"/>
        <w:numPr>
          <w:ilvl w:val="2"/>
          <w:numId w:val="13"/>
        </w:numPr>
        <w:jc w:val="both"/>
        <w:rPr>
          <w:rFonts w:cstheme="majorHAnsi"/>
          <w:sz w:val="18"/>
          <w:szCs w:val="18"/>
        </w:rPr>
      </w:pPr>
      <w:proofErr w:type="spellStart"/>
      <w:r w:rsidRPr="00125F84">
        <w:rPr>
          <w:rFonts w:ascii="Sylfaen" w:hAnsi="Sylfaen" w:cs="Sylfaen"/>
          <w:sz w:val="18"/>
          <w:szCs w:val="18"/>
        </w:rPr>
        <w:t>თუ</w:t>
      </w:r>
      <w:proofErr w:type="spellEnd"/>
      <w:r w:rsidRPr="00125F84">
        <w:rPr>
          <w:rFonts w:cstheme="majorHAnsi"/>
          <w:sz w:val="18"/>
          <w:szCs w:val="18"/>
        </w:rPr>
        <w:t xml:space="preserve"> </w:t>
      </w:r>
      <w:proofErr w:type="spellStart"/>
      <w:r w:rsidRPr="00125F84">
        <w:rPr>
          <w:rFonts w:ascii="Sylfaen" w:hAnsi="Sylfaen" w:cs="Sylfaen"/>
          <w:sz w:val="18"/>
          <w:szCs w:val="18"/>
        </w:rPr>
        <w:t>დამკვეთს</w:t>
      </w:r>
      <w:proofErr w:type="spellEnd"/>
      <w:r w:rsidRPr="00125F84">
        <w:rPr>
          <w:rFonts w:cstheme="majorHAnsi"/>
          <w:sz w:val="18"/>
          <w:szCs w:val="18"/>
        </w:rPr>
        <w:t xml:space="preserve"> </w:t>
      </w:r>
      <w:proofErr w:type="spellStart"/>
      <w:r w:rsidRPr="00125F84">
        <w:rPr>
          <w:rFonts w:ascii="Sylfaen" w:hAnsi="Sylfaen" w:cs="Sylfaen"/>
          <w:sz w:val="18"/>
          <w:szCs w:val="18"/>
        </w:rPr>
        <w:t>გააჩნია</w:t>
      </w:r>
      <w:proofErr w:type="spellEnd"/>
      <w:r w:rsidRPr="00125F84">
        <w:rPr>
          <w:rFonts w:cstheme="majorHAnsi"/>
          <w:sz w:val="18"/>
          <w:szCs w:val="18"/>
        </w:rPr>
        <w:t xml:space="preserve"> </w:t>
      </w:r>
      <w:proofErr w:type="spellStart"/>
      <w:r w:rsidRPr="00125F84">
        <w:rPr>
          <w:rFonts w:ascii="Sylfaen" w:hAnsi="Sylfaen" w:cs="Sylfaen"/>
          <w:sz w:val="18"/>
          <w:szCs w:val="18"/>
        </w:rPr>
        <w:t>დასაბუთებული</w:t>
      </w:r>
      <w:proofErr w:type="spellEnd"/>
      <w:r w:rsidRPr="00125F84">
        <w:rPr>
          <w:rFonts w:cstheme="majorHAnsi"/>
          <w:sz w:val="18"/>
          <w:szCs w:val="18"/>
        </w:rPr>
        <w:t xml:space="preserve"> </w:t>
      </w:r>
      <w:proofErr w:type="spellStart"/>
      <w:r w:rsidRPr="00125F84">
        <w:rPr>
          <w:rFonts w:ascii="Sylfaen" w:hAnsi="Sylfaen" w:cs="Sylfaen"/>
          <w:sz w:val="18"/>
          <w:szCs w:val="18"/>
        </w:rPr>
        <w:t>პრეტენზია</w:t>
      </w:r>
      <w:proofErr w:type="spellEnd"/>
      <w:r w:rsidRPr="00125F84">
        <w:rPr>
          <w:rFonts w:cstheme="majorHAnsi"/>
          <w:sz w:val="18"/>
          <w:szCs w:val="18"/>
        </w:rPr>
        <w:t xml:space="preserve"> </w:t>
      </w:r>
      <w:proofErr w:type="spellStart"/>
      <w:r w:rsidRPr="00125F84">
        <w:rPr>
          <w:rFonts w:ascii="Sylfaen" w:hAnsi="Sylfaen" w:cs="Sylfaen"/>
          <w:sz w:val="18"/>
          <w:szCs w:val="18"/>
        </w:rPr>
        <w:t>მენარდის</w:t>
      </w:r>
      <w:proofErr w:type="spellEnd"/>
      <w:r w:rsidRPr="00125F84">
        <w:rPr>
          <w:rFonts w:cstheme="majorHAnsi"/>
          <w:sz w:val="18"/>
          <w:szCs w:val="18"/>
        </w:rPr>
        <w:t xml:space="preserve"> </w:t>
      </w:r>
      <w:proofErr w:type="spellStart"/>
      <w:r w:rsidRPr="00125F84">
        <w:rPr>
          <w:rFonts w:ascii="Sylfaen" w:hAnsi="Sylfaen" w:cs="Sylfaen"/>
          <w:sz w:val="18"/>
          <w:szCs w:val="18"/>
        </w:rPr>
        <w:t>მიერ</w:t>
      </w:r>
      <w:proofErr w:type="spellEnd"/>
      <w:r w:rsidRPr="00125F84">
        <w:rPr>
          <w:rFonts w:cstheme="majorHAnsi"/>
          <w:sz w:val="18"/>
          <w:szCs w:val="18"/>
        </w:rPr>
        <w:t xml:space="preserve"> </w:t>
      </w:r>
      <w:proofErr w:type="spellStart"/>
      <w:r w:rsidRPr="00125F84">
        <w:rPr>
          <w:rFonts w:ascii="Sylfaen" w:hAnsi="Sylfaen" w:cs="Sylfaen"/>
          <w:sz w:val="18"/>
          <w:szCs w:val="18"/>
        </w:rPr>
        <w:t>შესრულებული</w:t>
      </w:r>
      <w:proofErr w:type="spellEnd"/>
      <w:r w:rsidRPr="00125F84">
        <w:rPr>
          <w:rFonts w:cstheme="majorHAnsi"/>
          <w:sz w:val="18"/>
          <w:szCs w:val="18"/>
        </w:rPr>
        <w:t xml:space="preserve"> </w:t>
      </w:r>
      <w:proofErr w:type="spellStart"/>
      <w:r w:rsidRPr="00125F84">
        <w:rPr>
          <w:rFonts w:ascii="Sylfaen" w:hAnsi="Sylfaen" w:cs="Sylfaen"/>
          <w:sz w:val="18"/>
          <w:szCs w:val="18"/>
        </w:rPr>
        <w:t>სამუშაოს</w:t>
      </w:r>
      <w:proofErr w:type="spellEnd"/>
      <w:r w:rsidRPr="00125F84">
        <w:rPr>
          <w:rFonts w:cstheme="majorHAnsi"/>
          <w:sz w:val="18"/>
          <w:szCs w:val="18"/>
        </w:rPr>
        <w:t xml:space="preserve"> </w:t>
      </w:r>
      <w:proofErr w:type="spellStart"/>
      <w:r w:rsidRPr="00125F84">
        <w:rPr>
          <w:rFonts w:ascii="Sylfaen" w:hAnsi="Sylfaen" w:cs="Sylfaen"/>
          <w:sz w:val="18"/>
          <w:szCs w:val="18"/>
        </w:rPr>
        <w:t>მიმართ</w:t>
      </w:r>
      <w:proofErr w:type="spellEnd"/>
      <w:r w:rsidRPr="00125F84">
        <w:rPr>
          <w:rFonts w:cstheme="majorHAnsi"/>
          <w:sz w:val="18"/>
          <w:szCs w:val="18"/>
        </w:rPr>
        <w:t xml:space="preserve"> </w:t>
      </w:r>
      <w:proofErr w:type="spellStart"/>
      <w:r w:rsidRPr="00125F84">
        <w:rPr>
          <w:rFonts w:ascii="Sylfaen" w:hAnsi="Sylfaen" w:cs="Sylfaen"/>
          <w:sz w:val="18"/>
          <w:szCs w:val="18"/>
        </w:rPr>
        <w:t>და</w:t>
      </w:r>
      <w:proofErr w:type="spellEnd"/>
      <w:r w:rsidRPr="00125F84">
        <w:rPr>
          <w:rFonts w:cstheme="majorHAnsi"/>
          <w:sz w:val="18"/>
          <w:szCs w:val="18"/>
        </w:rPr>
        <w:t xml:space="preserve"> </w:t>
      </w:r>
      <w:proofErr w:type="spellStart"/>
      <w:r w:rsidRPr="00125F84">
        <w:rPr>
          <w:rFonts w:ascii="Sylfaen" w:hAnsi="Sylfaen" w:cs="Sylfaen"/>
          <w:sz w:val="18"/>
          <w:szCs w:val="18"/>
        </w:rPr>
        <w:t>ამ</w:t>
      </w:r>
      <w:proofErr w:type="spellEnd"/>
      <w:r w:rsidRPr="00125F84">
        <w:rPr>
          <w:rFonts w:cstheme="majorHAnsi"/>
          <w:sz w:val="18"/>
          <w:szCs w:val="18"/>
        </w:rPr>
        <w:t xml:space="preserve"> </w:t>
      </w:r>
      <w:proofErr w:type="spellStart"/>
      <w:r w:rsidRPr="00125F84">
        <w:rPr>
          <w:rFonts w:ascii="Sylfaen" w:hAnsi="Sylfaen" w:cs="Sylfaen"/>
          <w:sz w:val="18"/>
          <w:szCs w:val="18"/>
        </w:rPr>
        <w:t>მიზეზით</w:t>
      </w:r>
      <w:proofErr w:type="spellEnd"/>
      <w:r w:rsidRPr="00125F84">
        <w:rPr>
          <w:rFonts w:cstheme="majorHAnsi"/>
          <w:sz w:val="18"/>
          <w:szCs w:val="18"/>
        </w:rPr>
        <w:t xml:space="preserve"> </w:t>
      </w:r>
      <w:proofErr w:type="spellStart"/>
      <w:r w:rsidRPr="00125F84">
        <w:rPr>
          <w:rFonts w:ascii="Sylfaen" w:hAnsi="Sylfaen" w:cs="Sylfaen"/>
          <w:sz w:val="18"/>
          <w:szCs w:val="18"/>
        </w:rPr>
        <w:t>დამკვეთი</w:t>
      </w:r>
      <w:proofErr w:type="spellEnd"/>
      <w:r w:rsidRPr="00125F84">
        <w:rPr>
          <w:rFonts w:cstheme="majorHAnsi"/>
          <w:sz w:val="18"/>
          <w:szCs w:val="18"/>
        </w:rPr>
        <w:t xml:space="preserve"> </w:t>
      </w:r>
      <w:proofErr w:type="spellStart"/>
      <w:r w:rsidRPr="00125F84">
        <w:rPr>
          <w:rFonts w:ascii="Sylfaen" w:hAnsi="Sylfaen" w:cs="Sylfaen"/>
          <w:sz w:val="18"/>
          <w:szCs w:val="18"/>
        </w:rPr>
        <w:t>არ</w:t>
      </w:r>
      <w:proofErr w:type="spellEnd"/>
      <w:r w:rsidRPr="00125F84">
        <w:rPr>
          <w:rFonts w:cstheme="majorHAnsi"/>
          <w:sz w:val="18"/>
          <w:szCs w:val="18"/>
        </w:rPr>
        <w:t xml:space="preserve"> </w:t>
      </w:r>
      <w:proofErr w:type="spellStart"/>
      <w:r w:rsidRPr="00125F84">
        <w:rPr>
          <w:rFonts w:ascii="Sylfaen" w:hAnsi="Sylfaen" w:cs="Sylfaen"/>
          <w:sz w:val="18"/>
          <w:szCs w:val="18"/>
        </w:rPr>
        <w:t>მიიღებს</w:t>
      </w:r>
      <w:proofErr w:type="spellEnd"/>
      <w:r w:rsidRPr="00125F84">
        <w:rPr>
          <w:rFonts w:cstheme="majorHAnsi"/>
          <w:sz w:val="18"/>
          <w:szCs w:val="18"/>
        </w:rPr>
        <w:t xml:space="preserve"> </w:t>
      </w:r>
      <w:proofErr w:type="spellStart"/>
      <w:r w:rsidRPr="00125F84">
        <w:rPr>
          <w:rFonts w:ascii="Sylfaen" w:hAnsi="Sylfaen" w:cs="Sylfaen"/>
          <w:sz w:val="18"/>
          <w:szCs w:val="18"/>
        </w:rPr>
        <w:t>შესრულებულ</w:t>
      </w:r>
      <w:proofErr w:type="spellEnd"/>
      <w:r w:rsidRPr="00125F84">
        <w:rPr>
          <w:rFonts w:cstheme="majorHAnsi"/>
          <w:sz w:val="18"/>
          <w:szCs w:val="18"/>
        </w:rPr>
        <w:t xml:space="preserve"> </w:t>
      </w:r>
      <w:proofErr w:type="spellStart"/>
      <w:r w:rsidRPr="00125F84">
        <w:rPr>
          <w:rFonts w:ascii="Sylfaen" w:hAnsi="Sylfaen" w:cs="Sylfaen"/>
          <w:sz w:val="18"/>
          <w:szCs w:val="18"/>
        </w:rPr>
        <w:t>სამუშაოს</w:t>
      </w:r>
      <w:proofErr w:type="spellEnd"/>
      <w:r w:rsidR="00E201A4" w:rsidRPr="00125F84">
        <w:rPr>
          <w:rFonts w:cstheme="majorHAnsi"/>
          <w:sz w:val="18"/>
          <w:szCs w:val="18"/>
        </w:rPr>
        <w:t xml:space="preserve"> </w:t>
      </w:r>
      <w:r w:rsidR="00E201A4" w:rsidRPr="00125F84">
        <w:rPr>
          <w:rFonts w:ascii="Sylfaen" w:hAnsi="Sylfaen" w:cstheme="majorHAnsi"/>
          <w:sz w:val="18"/>
          <w:szCs w:val="18"/>
          <w:lang w:val="ka-GE"/>
        </w:rPr>
        <w:t>(</w:t>
      </w:r>
      <w:proofErr w:type="spellStart"/>
      <w:r w:rsidRPr="00125F84">
        <w:rPr>
          <w:rFonts w:ascii="Sylfaen" w:hAnsi="Sylfaen" w:cs="Sylfaen"/>
          <w:sz w:val="18"/>
          <w:szCs w:val="18"/>
        </w:rPr>
        <w:t>კალენდარული</w:t>
      </w:r>
      <w:proofErr w:type="spellEnd"/>
      <w:r w:rsidRPr="00125F84">
        <w:rPr>
          <w:rFonts w:cstheme="majorHAnsi"/>
          <w:sz w:val="18"/>
          <w:szCs w:val="18"/>
        </w:rPr>
        <w:t xml:space="preserve"> </w:t>
      </w:r>
      <w:proofErr w:type="spellStart"/>
      <w:r w:rsidRPr="00125F84">
        <w:rPr>
          <w:rFonts w:ascii="Sylfaen" w:hAnsi="Sylfaen" w:cs="Sylfaen"/>
          <w:sz w:val="18"/>
          <w:szCs w:val="18"/>
        </w:rPr>
        <w:t>გეგმა</w:t>
      </w:r>
      <w:proofErr w:type="spellEnd"/>
      <w:r w:rsidRPr="00125F84">
        <w:rPr>
          <w:rFonts w:cstheme="majorHAnsi"/>
          <w:sz w:val="18"/>
          <w:szCs w:val="18"/>
        </w:rPr>
        <w:t xml:space="preserve"> </w:t>
      </w:r>
      <w:proofErr w:type="spellStart"/>
      <w:r w:rsidRPr="00125F84">
        <w:rPr>
          <w:rFonts w:ascii="Sylfaen" w:hAnsi="Sylfaen" w:cs="Sylfaen"/>
          <w:sz w:val="18"/>
          <w:szCs w:val="18"/>
        </w:rPr>
        <w:t>გრაფიკით</w:t>
      </w:r>
      <w:proofErr w:type="spellEnd"/>
      <w:r w:rsidRPr="00125F84">
        <w:rPr>
          <w:rFonts w:cstheme="majorHAnsi"/>
          <w:sz w:val="18"/>
          <w:szCs w:val="18"/>
        </w:rPr>
        <w:t xml:space="preserve"> </w:t>
      </w:r>
      <w:proofErr w:type="spellStart"/>
      <w:r w:rsidRPr="00125F84">
        <w:rPr>
          <w:rFonts w:ascii="Sylfaen" w:hAnsi="Sylfaen" w:cs="Sylfaen"/>
          <w:sz w:val="18"/>
          <w:szCs w:val="18"/>
        </w:rPr>
        <w:t>განსაზღვრულ</w:t>
      </w:r>
      <w:proofErr w:type="spellEnd"/>
      <w:r w:rsidRPr="00125F84">
        <w:rPr>
          <w:rFonts w:cstheme="majorHAnsi"/>
          <w:sz w:val="18"/>
          <w:szCs w:val="18"/>
        </w:rPr>
        <w:t xml:space="preserve"> </w:t>
      </w:r>
      <w:proofErr w:type="spellStart"/>
      <w:r w:rsidRPr="00125F84">
        <w:rPr>
          <w:rFonts w:ascii="Sylfaen" w:hAnsi="Sylfaen" w:cs="Sylfaen"/>
          <w:sz w:val="18"/>
          <w:szCs w:val="18"/>
        </w:rPr>
        <w:t>ეტაპს</w:t>
      </w:r>
      <w:proofErr w:type="spellEnd"/>
      <w:r w:rsidR="00E201A4" w:rsidRPr="00125F84">
        <w:rPr>
          <w:rFonts w:ascii="Sylfaen" w:hAnsi="Sylfaen" w:cstheme="majorHAnsi"/>
          <w:sz w:val="18"/>
          <w:szCs w:val="18"/>
          <w:lang w:val="ka-GE"/>
        </w:rPr>
        <w:t>)</w:t>
      </w:r>
      <w:r w:rsidRPr="00125F84">
        <w:rPr>
          <w:rFonts w:cstheme="majorHAnsi"/>
          <w:sz w:val="18"/>
          <w:szCs w:val="18"/>
        </w:rPr>
        <w:t xml:space="preserve">, </w:t>
      </w:r>
      <w:proofErr w:type="spellStart"/>
      <w:r w:rsidRPr="00125F84">
        <w:rPr>
          <w:rFonts w:ascii="Sylfaen" w:hAnsi="Sylfaen" w:cs="Sylfaen"/>
          <w:sz w:val="18"/>
          <w:szCs w:val="18"/>
        </w:rPr>
        <w:t>ხოლო</w:t>
      </w:r>
      <w:proofErr w:type="spellEnd"/>
      <w:r w:rsidRPr="00125F84">
        <w:rPr>
          <w:rFonts w:cstheme="majorHAnsi"/>
          <w:sz w:val="18"/>
          <w:szCs w:val="18"/>
        </w:rPr>
        <w:t xml:space="preserve"> </w:t>
      </w:r>
      <w:r w:rsidR="00E201A4" w:rsidRPr="00125F84">
        <w:rPr>
          <w:rFonts w:ascii="Sylfaen" w:hAnsi="Sylfaen" w:cs="Sylfaen"/>
          <w:sz w:val="18"/>
          <w:szCs w:val="18"/>
          <w:lang w:val="ka-GE"/>
        </w:rPr>
        <w:t xml:space="preserve">მენარდე </w:t>
      </w:r>
      <w:proofErr w:type="spellStart"/>
      <w:r w:rsidRPr="00125F84">
        <w:rPr>
          <w:rFonts w:ascii="Sylfaen" w:hAnsi="Sylfaen" w:cs="Sylfaen"/>
          <w:sz w:val="18"/>
          <w:szCs w:val="18"/>
        </w:rPr>
        <w:t>ეთანხმება</w:t>
      </w:r>
      <w:proofErr w:type="spellEnd"/>
      <w:r w:rsidRPr="00125F84">
        <w:rPr>
          <w:rFonts w:cstheme="majorHAnsi"/>
          <w:sz w:val="18"/>
          <w:szCs w:val="18"/>
        </w:rPr>
        <w:t xml:space="preserve"> </w:t>
      </w:r>
      <w:proofErr w:type="spellStart"/>
      <w:r w:rsidRPr="00125F84">
        <w:rPr>
          <w:rFonts w:ascii="Sylfaen" w:hAnsi="Sylfaen" w:cs="Sylfaen"/>
          <w:sz w:val="18"/>
          <w:szCs w:val="18"/>
        </w:rPr>
        <w:t>წარმოდგენილ</w:t>
      </w:r>
      <w:proofErr w:type="spellEnd"/>
      <w:r w:rsidRPr="00125F84">
        <w:rPr>
          <w:rFonts w:cstheme="majorHAnsi"/>
          <w:sz w:val="18"/>
          <w:szCs w:val="18"/>
        </w:rPr>
        <w:t xml:space="preserve"> </w:t>
      </w:r>
      <w:proofErr w:type="spellStart"/>
      <w:r w:rsidRPr="00125F84">
        <w:rPr>
          <w:rFonts w:ascii="Sylfaen" w:hAnsi="Sylfaen" w:cs="Sylfaen"/>
          <w:sz w:val="18"/>
          <w:szCs w:val="18"/>
        </w:rPr>
        <w:t>პრეტენზიას</w:t>
      </w:r>
      <w:proofErr w:type="spellEnd"/>
      <w:r w:rsidRPr="00125F84">
        <w:rPr>
          <w:rFonts w:cstheme="majorHAnsi"/>
          <w:sz w:val="18"/>
          <w:szCs w:val="18"/>
        </w:rPr>
        <w:t xml:space="preserve">, </w:t>
      </w:r>
      <w:r w:rsidR="00E201A4" w:rsidRPr="00125F84">
        <w:rPr>
          <w:rFonts w:ascii="Sylfaen" w:hAnsi="Sylfaen" w:cs="Sylfaen"/>
          <w:sz w:val="18"/>
          <w:szCs w:val="18"/>
          <w:lang w:val="ka-GE"/>
        </w:rPr>
        <w:t xml:space="preserve">მენარდე </w:t>
      </w:r>
      <w:proofErr w:type="spellStart"/>
      <w:r w:rsidRPr="00125F84">
        <w:rPr>
          <w:rFonts w:ascii="Sylfaen" w:hAnsi="Sylfaen" w:cs="Sylfaen"/>
          <w:sz w:val="18"/>
          <w:szCs w:val="18"/>
        </w:rPr>
        <w:t>ვალდებულია</w:t>
      </w:r>
      <w:proofErr w:type="spellEnd"/>
      <w:r w:rsidRPr="00125F84">
        <w:rPr>
          <w:rFonts w:cstheme="majorHAnsi"/>
          <w:sz w:val="18"/>
          <w:szCs w:val="18"/>
        </w:rPr>
        <w:t xml:space="preserve">, </w:t>
      </w:r>
      <w:proofErr w:type="spellStart"/>
      <w:r w:rsidRPr="00125F84">
        <w:rPr>
          <w:rFonts w:ascii="Sylfaen" w:hAnsi="Sylfaen" w:cs="Sylfaen"/>
          <w:sz w:val="18"/>
          <w:szCs w:val="18"/>
        </w:rPr>
        <w:t>გონივრულ</w:t>
      </w:r>
      <w:proofErr w:type="spellEnd"/>
      <w:r w:rsidRPr="00125F84">
        <w:rPr>
          <w:rFonts w:cstheme="majorHAnsi"/>
          <w:sz w:val="18"/>
          <w:szCs w:val="18"/>
        </w:rPr>
        <w:t xml:space="preserve"> </w:t>
      </w:r>
      <w:proofErr w:type="spellStart"/>
      <w:r w:rsidRPr="00125F84">
        <w:rPr>
          <w:rFonts w:ascii="Sylfaen" w:hAnsi="Sylfaen" w:cs="Sylfaen"/>
          <w:sz w:val="18"/>
          <w:szCs w:val="18"/>
        </w:rPr>
        <w:t>ვადაში</w:t>
      </w:r>
      <w:proofErr w:type="spellEnd"/>
      <w:r w:rsidRPr="00125F84">
        <w:rPr>
          <w:rFonts w:cstheme="majorHAnsi"/>
          <w:sz w:val="18"/>
          <w:szCs w:val="18"/>
        </w:rPr>
        <w:t xml:space="preserve"> </w:t>
      </w:r>
      <w:proofErr w:type="spellStart"/>
      <w:r w:rsidRPr="00125F84">
        <w:rPr>
          <w:rFonts w:ascii="Sylfaen" w:hAnsi="Sylfaen" w:cs="Sylfaen"/>
          <w:sz w:val="18"/>
          <w:szCs w:val="18"/>
        </w:rPr>
        <w:t>აღმოფხვრას</w:t>
      </w:r>
      <w:proofErr w:type="spellEnd"/>
      <w:r w:rsidRPr="00125F84">
        <w:rPr>
          <w:rFonts w:cstheme="majorHAnsi"/>
          <w:sz w:val="18"/>
          <w:szCs w:val="18"/>
        </w:rPr>
        <w:t xml:space="preserve"> </w:t>
      </w:r>
      <w:proofErr w:type="spellStart"/>
      <w:r w:rsidRPr="00125F84">
        <w:rPr>
          <w:rFonts w:ascii="Sylfaen" w:hAnsi="Sylfaen" w:cs="Sylfaen"/>
          <w:sz w:val="18"/>
          <w:szCs w:val="18"/>
        </w:rPr>
        <w:t>ის</w:t>
      </w:r>
      <w:proofErr w:type="spellEnd"/>
      <w:r w:rsidRPr="00125F84">
        <w:rPr>
          <w:rFonts w:cstheme="majorHAnsi"/>
          <w:sz w:val="18"/>
          <w:szCs w:val="18"/>
        </w:rPr>
        <w:t xml:space="preserve"> </w:t>
      </w:r>
      <w:proofErr w:type="spellStart"/>
      <w:r w:rsidRPr="00125F84">
        <w:rPr>
          <w:rFonts w:ascii="Sylfaen" w:hAnsi="Sylfaen" w:cs="Sylfaen"/>
          <w:sz w:val="18"/>
          <w:szCs w:val="18"/>
        </w:rPr>
        <w:t>საფუძვლები</w:t>
      </w:r>
      <w:proofErr w:type="spellEnd"/>
      <w:r w:rsidRPr="00125F84">
        <w:rPr>
          <w:rFonts w:cstheme="majorHAnsi"/>
          <w:sz w:val="18"/>
          <w:szCs w:val="18"/>
        </w:rPr>
        <w:t xml:space="preserve">, </w:t>
      </w:r>
      <w:proofErr w:type="spellStart"/>
      <w:r w:rsidRPr="00125F84">
        <w:rPr>
          <w:rFonts w:ascii="Sylfaen" w:hAnsi="Sylfaen" w:cs="Sylfaen"/>
          <w:sz w:val="18"/>
          <w:szCs w:val="18"/>
        </w:rPr>
        <w:t>რასაც</w:t>
      </w:r>
      <w:proofErr w:type="spellEnd"/>
      <w:r w:rsidRPr="00125F84">
        <w:rPr>
          <w:rFonts w:cstheme="majorHAnsi"/>
          <w:sz w:val="18"/>
          <w:szCs w:val="18"/>
        </w:rPr>
        <w:t xml:space="preserve"> </w:t>
      </w:r>
      <w:proofErr w:type="spellStart"/>
      <w:r w:rsidRPr="00125F84">
        <w:rPr>
          <w:rFonts w:ascii="Sylfaen" w:hAnsi="Sylfaen" w:cs="Sylfaen"/>
          <w:sz w:val="18"/>
          <w:szCs w:val="18"/>
        </w:rPr>
        <w:t>ემყარება</w:t>
      </w:r>
      <w:proofErr w:type="spellEnd"/>
      <w:r w:rsidRPr="00125F84">
        <w:rPr>
          <w:rFonts w:cstheme="majorHAnsi"/>
          <w:sz w:val="18"/>
          <w:szCs w:val="18"/>
        </w:rPr>
        <w:t xml:space="preserve"> </w:t>
      </w:r>
      <w:proofErr w:type="spellStart"/>
      <w:r w:rsidRPr="00125F84">
        <w:rPr>
          <w:rFonts w:ascii="Sylfaen" w:hAnsi="Sylfaen" w:cs="Sylfaen"/>
          <w:sz w:val="18"/>
          <w:szCs w:val="18"/>
        </w:rPr>
        <w:t>დამკვეთის</w:t>
      </w:r>
      <w:proofErr w:type="spellEnd"/>
      <w:r w:rsidRPr="00125F84">
        <w:rPr>
          <w:rFonts w:cstheme="majorHAnsi"/>
          <w:sz w:val="18"/>
          <w:szCs w:val="18"/>
        </w:rPr>
        <w:t xml:space="preserve"> </w:t>
      </w:r>
      <w:proofErr w:type="spellStart"/>
      <w:r w:rsidRPr="00125F84">
        <w:rPr>
          <w:rFonts w:ascii="Sylfaen" w:hAnsi="Sylfaen" w:cs="Sylfaen"/>
          <w:sz w:val="18"/>
          <w:szCs w:val="18"/>
        </w:rPr>
        <w:t>პრეტენზია</w:t>
      </w:r>
      <w:proofErr w:type="spellEnd"/>
      <w:r w:rsidRPr="00125F84">
        <w:rPr>
          <w:rFonts w:cstheme="majorHAnsi"/>
          <w:sz w:val="18"/>
          <w:szCs w:val="18"/>
        </w:rPr>
        <w:t xml:space="preserve"> </w:t>
      </w:r>
      <w:proofErr w:type="spellStart"/>
      <w:r w:rsidRPr="00125F84">
        <w:rPr>
          <w:rFonts w:ascii="Sylfaen" w:hAnsi="Sylfaen" w:cs="Sylfaen"/>
          <w:sz w:val="18"/>
          <w:szCs w:val="18"/>
        </w:rPr>
        <w:t>და</w:t>
      </w:r>
      <w:proofErr w:type="spellEnd"/>
      <w:r w:rsidRPr="00125F84">
        <w:rPr>
          <w:rFonts w:cstheme="majorHAnsi"/>
          <w:sz w:val="18"/>
          <w:szCs w:val="18"/>
        </w:rPr>
        <w:t xml:space="preserve"> </w:t>
      </w:r>
      <w:proofErr w:type="spellStart"/>
      <w:r w:rsidRPr="00125F84">
        <w:rPr>
          <w:rFonts w:ascii="Sylfaen" w:hAnsi="Sylfaen" w:cs="Sylfaen"/>
          <w:sz w:val="18"/>
          <w:szCs w:val="18"/>
        </w:rPr>
        <w:t>ხელმეორედ</w:t>
      </w:r>
      <w:proofErr w:type="spellEnd"/>
      <w:r w:rsidRPr="00125F84">
        <w:rPr>
          <w:rFonts w:cstheme="majorHAnsi"/>
          <w:sz w:val="18"/>
          <w:szCs w:val="18"/>
        </w:rPr>
        <w:t xml:space="preserve"> </w:t>
      </w:r>
      <w:proofErr w:type="spellStart"/>
      <w:r w:rsidRPr="00125F84">
        <w:rPr>
          <w:rFonts w:ascii="Sylfaen" w:hAnsi="Sylfaen" w:cs="Sylfaen"/>
          <w:sz w:val="18"/>
          <w:szCs w:val="18"/>
        </w:rPr>
        <w:t>გაუგზავნოს</w:t>
      </w:r>
      <w:proofErr w:type="spellEnd"/>
      <w:r w:rsidRPr="00125F84">
        <w:rPr>
          <w:rFonts w:cstheme="majorHAnsi"/>
          <w:sz w:val="18"/>
          <w:szCs w:val="18"/>
        </w:rPr>
        <w:t xml:space="preserve"> </w:t>
      </w:r>
      <w:proofErr w:type="spellStart"/>
      <w:r w:rsidRPr="00125F84">
        <w:rPr>
          <w:rFonts w:ascii="Sylfaen" w:hAnsi="Sylfaen" w:cs="Sylfaen"/>
          <w:sz w:val="18"/>
          <w:szCs w:val="18"/>
        </w:rPr>
        <w:t>მიღება</w:t>
      </w:r>
      <w:r w:rsidRPr="00125F84">
        <w:rPr>
          <w:rFonts w:cstheme="majorHAnsi"/>
          <w:sz w:val="18"/>
          <w:szCs w:val="18"/>
        </w:rPr>
        <w:t>-</w:t>
      </w:r>
      <w:r w:rsidRPr="00125F84">
        <w:rPr>
          <w:rFonts w:ascii="Sylfaen" w:hAnsi="Sylfaen" w:cs="Sylfaen"/>
          <w:sz w:val="18"/>
          <w:szCs w:val="18"/>
        </w:rPr>
        <w:t>ჩაბარების</w:t>
      </w:r>
      <w:proofErr w:type="spellEnd"/>
      <w:r w:rsidRPr="00125F84">
        <w:rPr>
          <w:rFonts w:cstheme="majorHAnsi"/>
          <w:sz w:val="18"/>
          <w:szCs w:val="18"/>
        </w:rPr>
        <w:t xml:space="preserve"> </w:t>
      </w:r>
      <w:proofErr w:type="spellStart"/>
      <w:r w:rsidRPr="00125F84">
        <w:rPr>
          <w:rFonts w:ascii="Sylfaen" w:hAnsi="Sylfaen" w:cs="Sylfaen"/>
          <w:sz w:val="18"/>
          <w:szCs w:val="18"/>
        </w:rPr>
        <w:t>აქტი</w:t>
      </w:r>
      <w:proofErr w:type="spellEnd"/>
      <w:r w:rsidRPr="00125F84">
        <w:rPr>
          <w:rFonts w:cstheme="majorHAnsi"/>
          <w:sz w:val="18"/>
          <w:szCs w:val="18"/>
        </w:rPr>
        <w:t xml:space="preserve"> </w:t>
      </w:r>
      <w:r w:rsidR="00E201A4" w:rsidRPr="00125F84">
        <w:rPr>
          <w:rFonts w:ascii="Sylfaen" w:hAnsi="Sylfaen" w:cstheme="majorHAnsi"/>
          <w:sz w:val="18"/>
          <w:szCs w:val="18"/>
          <w:lang w:val="ka-GE"/>
        </w:rPr>
        <w:t>(</w:t>
      </w:r>
      <w:proofErr w:type="spellStart"/>
      <w:r w:rsidRPr="00125F84">
        <w:rPr>
          <w:rFonts w:ascii="Sylfaen" w:hAnsi="Sylfaen" w:cs="Sylfaen"/>
          <w:sz w:val="18"/>
          <w:szCs w:val="18"/>
        </w:rPr>
        <w:t>ფორმა</w:t>
      </w:r>
      <w:proofErr w:type="spellEnd"/>
      <w:r w:rsidR="00E201A4" w:rsidRPr="00125F84">
        <w:rPr>
          <w:rFonts w:cstheme="majorHAnsi"/>
          <w:sz w:val="18"/>
          <w:szCs w:val="18"/>
        </w:rPr>
        <w:t xml:space="preserve"> N2</w:t>
      </w:r>
      <w:r w:rsidR="00E201A4" w:rsidRPr="00125F84">
        <w:rPr>
          <w:rFonts w:ascii="Sylfaen" w:hAnsi="Sylfaen" w:cstheme="majorHAnsi"/>
          <w:sz w:val="18"/>
          <w:szCs w:val="18"/>
          <w:lang w:val="ka-GE"/>
        </w:rPr>
        <w:t xml:space="preserve">) </w:t>
      </w:r>
      <w:proofErr w:type="spellStart"/>
      <w:r w:rsidRPr="00125F84">
        <w:rPr>
          <w:rFonts w:ascii="Sylfaen" w:hAnsi="Sylfaen" w:cs="Sylfaen"/>
          <w:sz w:val="18"/>
          <w:szCs w:val="18"/>
        </w:rPr>
        <w:t>წინამდებარე</w:t>
      </w:r>
      <w:proofErr w:type="spellEnd"/>
      <w:r w:rsidRPr="00125F84">
        <w:rPr>
          <w:rFonts w:cstheme="majorHAnsi"/>
          <w:sz w:val="18"/>
          <w:szCs w:val="18"/>
        </w:rPr>
        <w:t xml:space="preserve"> </w:t>
      </w:r>
      <w:proofErr w:type="spellStart"/>
      <w:r w:rsidRPr="00125F84">
        <w:rPr>
          <w:rFonts w:ascii="Sylfaen" w:hAnsi="Sylfaen" w:cs="Sylfaen"/>
          <w:sz w:val="18"/>
          <w:szCs w:val="18"/>
        </w:rPr>
        <w:t>ხელშეკრულებით</w:t>
      </w:r>
      <w:proofErr w:type="spellEnd"/>
      <w:r w:rsidRPr="00125F84">
        <w:rPr>
          <w:rFonts w:cstheme="majorHAnsi"/>
          <w:sz w:val="18"/>
          <w:szCs w:val="18"/>
        </w:rPr>
        <w:t xml:space="preserve"> </w:t>
      </w:r>
      <w:proofErr w:type="spellStart"/>
      <w:r w:rsidRPr="00125F84">
        <w:rPr>
          <w:rFonts w:ascii="Sylfaen" w:hAnsi="Sylfaen" w:cs="Sylfaen"/>
          <w:sz w:val="18"/>
          <w:szCs w:val="18"/>
        </w:rPr>
        <w:t>დადგენილი</w:t>
      </w:r>
      <w:proofErr w:type="spellEnd"/>
      <w:r w:rsidRPr="00125F84">
        <w:rPr>
          <w:rFonts w:cstheme="majorHAnsi"/>
          <w:sz w:val="18"/>
          <w:szCs w:val="18"/>
        </w:rPr>
        <w:t xml:space="preserve"> </w:t>
      </w:r>
      <w:proofErr w:type="spellStart"/>
      <w:r w:rsidRPr="00125F84">
        <w:rPr>
          <w:rFonts w:ascii="Sylfaen" w:hAnsi="Sylfaen" w:cs="Sylfaen"/>
          <w:sz w:val="18"/>
          <w:szCs w:val="18"/>
        </w:rPr>
        <w:t>წესით</w:t>
      </w:r>
      <w:proofErr w:type="spellEnd"/>
      <w:r w:rsidRPr="00125F84">
        <w:rPr>
          <w:rFonts w:cstheme="majorHAnsi"/>
          <w:sz w:val="18"/>
          <w:szCs w:val="18"/>
        </w:rPr>
        <w:t xml:space="preserve">. </w:t>
      </w:r>
      <w:proofErr w:type="spellStart"/>
      <w:r w:rsidRPr="00125F84">
        <w:rPr>
          <w:rFonts w:ascii="Sylfaen" w:hAnsi="Sylfaen" w:cs="Sylfaen"/>
          <w:sz w:val="18"/>
          <w:szCs w:val="18"/>
        </w:rPr>
        <w:t>აღნიშნული</w:t>
      </w:r>
      <w:proofErr w:type="spellEnd"/>
      <w:r w:rsidRPr="00125F84">
        <w:rPr>
          <w:rFonts w:cstheme="majorHAnsi"/>
          <w:sz w:val="18"/>
          <w:szCs w:val="18"/>
        </w:rPr>
        <w:t xml:space="preserve"> </w:t>
      </w:r>
      <w:proofErr w:type="spellStart"/>
      <w:r w:rsidRPr="00125F84">
        <w:rPr>
          <w:rFonts w:ascii="Sylfaen" w:hAnsi="Sylfaen" w:cs="Sylfaen"/>
          <w:sz w:val="18"/>
          <w:szCs w:val="18"/>
        </w:rPr>
        <w:t>სამუშაოს</w:t>
      </w:r>
      <w:proofErr w:type="spellEnd"/>
      <w:r w:rsidRPr="00125F84">
        <w:rPr>
          <w:rFonts w:cstheme="majorHAnsi"/>
          <w:sz w:val="18"/>
          <w:szCs w:val="18"/>
        </w:rPr>
        <w:t xml:space="preserve"> </w:t>
      </w:r>
      <w:proofErr w:type="spellStart"/>
      <w:r w:rsidRPr="00125F84">
        <w:rPr>
          <w:rFonts w:ascii="Sylfaen" w:hAnsi="Sylfaen" w:cs="Sylfaen"/>
          <w:sz w:val="18"/>
          <w:szCs w:val="18"/>
        </w:rPr>
        <w:t>ანაზღაურების</w:t>
      </w:r>
      <w:proofErr w:type="spellEnd"/>
      <w:r w:rsidRPr="00125F84">
        <w:rPr>
          <w:rFonts w:cstheme="majorHAnsi"/>
          <w:sz w:val="18"/>
          <w:szCs w:val="18"/>
        </w:rPr>
        <w:t xml:space="preserve"> </w:t>
      </w:r>
      <w:proofErr w:type="spellStart"/>
      <w:r w:rsidRPr="00125F84">
        <w:rPr>
          <w:rFonts w:ascii="Sylfaen" w:hAnsi="Sylfaen" w:cs="Sylfaen"/>
          <w:sz w:val="18"/>
          <w:szCs w:val="18"/>
        </w:rPr>
        <w:t>ვალდებულება</w:t>
      </w:r>
      <w:proofErr w:type="spellEnd"/>
      <w:r w:rsidRPr="00125F84">
        <w:rPr>
          <w:rFonts w:cstheme="majorHAnsi"/>
          <w:sz w:val="18"/>
          <w:szCs w:val="18"/>
        </w:rPr>
        <w:t xml:space="preserve"> </w:t>
      </w:r>
      <w:proofErr w:type="spellStart"/>
      <w:r w:rsidRPr="00125F84">
        <w:rPr>
          <w:rFonts w:ascii="Sylfaen" w:hAnsi="Sylfaen" w:cs="Sylfaen"/>
          <w:sz w:val="18"/>
          <w:szCs w:val="18"/>
        </w:rPr>
        <w:t>დამკვეთს</w:t>
      </w:r>
      <w:proofErr w:type="spellEnd"/>
      <w:r w:rsidRPr="00125F84">
        <w:rPr>
          <w:rFonts w:cstheme="majorHAnsi"/>
          <w:sz w:val="18"/>
          <w:szCs w:val="18"/>
        </w:rPr>
        <w:t xml:space="preserve"> </w:t>
      </w:r>
      <w:proofErr w:type="spellStart"/>
      <w:r w:rsidRPr="00125F84">
        <w:rPr>
          <w:rFonts w:ascii="Sylfaen" w:hAnsi="Sylfaen" w:cs="Sylfaen"/>
          <w:sz w:val="18"/>
          <w:szCs w:val="18"/>
        </w:rPr>
        <w:t>წარმოეშობა</w:t>
      </w:r>
      <w:proofErr w:type="spellEnd"/>
      <w:r w:rsidRPr="00125F84">
        <w:rPr>
          <w:rFonts w:cstheme="majorHAnsi"/>
          <w:sz w:val="18"/>
          <w:szCs w:val="18"/>
        </w:rPr>
        <w:t xml:space="preserve"> </w:t>
      </w:r>
      <w:proofErr w:type="spellStart"/>
      <w:r w:rsidRPr="00125F84">
        <w:rPr>
          <w:rFonts w:ascii="Sylfaen" w:hAnsi="Sylfaen" w:cs="Sylfaen"/>
          <w:sz w:val="18"/>
          <w:szCs w:val="18"/>
        </w:rPr>
        <w:t>ხელმეორედ</w:t>
      </w:r>
      <w:proofErr w:type="spellEnd"/>
      <w:r w:rsidRPr="00125F84">
        <w:rPr>
          <w:rFonts w:cstheme="majorHAnsi"/>
          <w:sz w:val="18"/>
          <w:szCs w:val="18"/>
        </w:rPr>
        <w:t xml:space="preserve"> </w:t>
      </w:r>
      <w:proofErr w:type="spellStart"/>
      <w:r w:rsidRPr="00125F84">
        <w:rPr>
          <w:rFonts w:ascii="Sylfaen" w:hAnsi="Sylfaen" w:cs="Sylfaen"/>
          <w:sz w:val="18"/>
          <w:szCs w:val="18"/>
        </w:rPr>
        <w:t>წარდგენილი</w:t>
      </w:r>
      <w:proofErr w:type="spellEnd"/>
      <w:r w:rsidRPr="00125F84">
        <w:rPr>
          <w:rFonts w:cstheme="majorHAnsi"/>
          <w:sz w:val="18"/>
          <w:szCs w:val="18"/>
        </w:rPr>
        <w:t xml:space="preserve"> </w:t>
      </w:r>
      <w:proofErr w:type="spellStart"/>
      <w:r w:rsidRPr="00125F84">
        <w:rPr>
          <w:rFonts w:ascii="Sylfaen" w:hAnsi="Sylfaen" w:cs="Sylfaen"/>
          <w:sz w:val="18"/>
          <w:szCs w:val="18"/>
        </w:rPr>
        <w:t>მიღება</w:t>
      </w:r>
      <w:r w:rsidRPr="00125F84">
        <w:rPr>
          <w:rFonts w:cstheme="majorHAnsi"/>
          <w:sz w:val="18"/>
          <w:szCs w:val="18"/>
        </w:rPr>
        <w:t>-</w:t>
      </w:r>
      <w:r w:rsidRPr="00125F84">
        <w:rPr>
          <w:rFonts w:ascii="Sylfaen" w:hAnsi="Sylfaen" w:cs="Sylfaen"/>
          <w:sz w:val="18"/>
          <w:szCs w:val="18"/>
        </w:rPr>
        <w:t>ჩაბარების</w:t>
      </w:r>
      <w:proofErr w:type="spellEnd"/>
      <w:r w:rsidR="00E201A4" w:rsidRPr="00125F84">
        <w:rPr>
          <w:rFonts w:ascii="Sylfaen" w:hAnsi="Sylfaen" w:cs="Sylfaen"/>
          <w:sz w:val="18"/>
          <w:szCs w:val="18"/>
          <w:lang w:val="ka-GE"/>
        </w:rPr>
        <w:t xml:space="preserve"> </w:t>
      </w:r>
      <w:proofErr w:type="spellStart"/>
      <w:r w:rsidRPr="00125F84">
        <w:rPr>
          <w:rFonts w:ascii="Sylfaen" w:hAnsi="Sylfaen" w:cs="Sylfaen"/>
          <w:sz w:val="18"/>
          <w:szCs w:val="18"/>
        </w:rPr>
        <w:t>აქტის</w:t>
      </w:r>
      <w:proofErr w:type="spellEnd"/>
      <w:r w:rsidRPr="00125F84">
        <w:rPr>
          <w:rFonts w:cstheme="majorHAnsi"/>
          <w:sz w:val="18"/>
          <w:szCs w:val="18"/>
        </w:rPr>
        <w:t xml:space="preserve"> </w:t>
      </w:r>
      <w:r w:rsidR="00E201A4" w:rsidRPr="00125F84">
        <w:rPr>
          <w:rFonts w:ascii="Sylfaen" w:hAnsi="Sylfaen" w:cstheme="majorHAnsi"/>
          <w:sz w:val="18"/>
          <w:szCs w:val="18"/>
          <w:lang w:val="ka-GE"/>
        </w:rPr>
        <w:t>(</w:t>
      </w:r>
      <w:proofErr w:type="spellStart"/>
      <w:r w:rsidRPr="00125F84">
        <w:rPr>
          <w:rFonts w:ascii="Sylfaen" w:hAnsi="Sylfaen" w:cs="Sylfaen"/>
          <w:sz w:val="18"/>
          <w:szCs w:val="18"/>
        </w:rPr>
        <w:t>ფორმა</w:t>
      </w:r>
      <w:proofErr w:type="spellEnd"/>
      <w:r w:rsidRPr="00125F84">
        <w:rPr>
          <w:rFonts w:cstheme="majorHAnsi"/>
          <w:sz w:val="18"/>
          <w:szCs w:val="18"/>
        </w:rPr>
        <w:t xml:space="preserve"> N2</w:t>
      </w:r>
      <w:r w:rsidR="00E201A4" w:rsidRPr="00125F84">
        <w:rPr>
          <w:rFonts w:ascii="Sylfaen" w:hAnsi="Sylfaen" w:cstheme="majorHAnsi"/>
          <w:sz w:val="18"/>
          <w:szCs w:val="18"/>
          <w:lang w:val="ka-GE"/>
        </w:rPr>
        <w:t xml:space="preserve">) </w:t>
      </w:r>
      <w:proofErr w:type="spellStart"/>
      <w:r w:rsidRPr="00125F84">
        <w:rPr>
          <w:rFonts w:ascii="Sylfaen" w:hAnsi="Sylfaen" w:cs="Sylfaen"/>
          <w:sz w:val="18"/>
          <w:szCs w:val="18"/>
        </w:rPr>
        <w:t>ხელმოწერის</w:t>
      </w:r>
      <w:proofErr w:type="spellEnd"/>
      <w:r w:rsidRPr="00125F84">
        <w:rPr>
          <w:rFonts w:cstheme="majorHAnsi"/>
          <w:sz w:val="18"/>
          <w:szCs w:val="18"/>
        </w:rPr>
        <w:t xml:space="preserve"> </w:t>
      </w:r>
      <w:proofErr w:type="spellStart"/>
      <w:r w:rsidRPr="00125F84">
        <w:rPr>
          <w:rFonts w:ascii="Sylfaen" w:hAnsi="Sylfaen" w:cs="Sylfaen"/>
          <w:sz w:val="18"/>
          <w:szCs w:val="18"/>
        </w:rPr>
        <w:t>შემდეგ</w:t>
      </w:r>
      <w:proofErr w:type="spellEnd"/>
      <w:r w:rsidRPr="00125F84">
        <w:rPr>
          <w:rFonts w:cstheme="majorHAnsi"/>
          <w:sz w:val="18"/>
          <w:szCs w:val="18"/>
        </w:rPr>
        <w:t xml:space="preserve">. </w:t>
      </w:r>
      <w:proofErr w:type="spellStart"/>
      <w:r w:rsidRPr="00125F84">
        <w:rPr>
          <w:rFonts w:ascii="Sylfaen" w:hAnsi="Sylfaen" w:cs="Sylfaen"/>
          <w:sz w:val="18"/>
          <w:szCs w:val="18"/>
        </w:rPr>
        <w:t>ამასთან</w:t>
      </w:r>
      <w:proofErr w:type="spellEnd"/>
      <w:r w:rsidRPr="00125F84">
        <w:rPr>
          <w:rFonts w:cstheme="majorHAnsi"/>
          <w:sz w:val="18"/>
          <w:szCs w:val="18"/>
        </w:rPr>
        <w:t xml:space="preserve">, </w:t>
      </w:r>
      <w:proofErr w:type="spellStart"/>
      <w:r w:rsidRPr="00125F84">
        <w:rPr>
          <w:rFonts w:ascii="Sylfaen" w:hAnsi="Sylfaen" w:cs="Sylfaen"/>
          <w:sz w:val="18"/>
          <w:szCs w:val="18"/>
        </w:rPr>
        <w:t>ხელმეორედ</w:t>
      </w:r>
      <w:proofErr w:type="spellEnd"/>
      <w:r w:rsidRPr="00125F84">
        <w:rPr>
          <w:rFonts w:cstheme="majorHAnsi"/>
          <w:sz w:val="18"/>
          <w:szCs w:val="18"/>
        </w:rPr>
        <w:t xml:space="preserve"> </w:t>
      </w:r>
      <w:proofErr w:type="spellStart"/>
      <w:r w:rsidRPr="00125F84">
        <w:rPr>
          <w:rFonts w:ascii="Sylfaen" w:hAnsi="Sylfaen" w:cs="Sylfaen"/>
          <w:sz w:val="18"/>
          <w:szCs w:val="18"/>
        </w:rPr>
        <w:t>წარდგენილ</w:t>
      </w:r>
      <w:proofErr w:type="spellEnd"/>
      <w:r w:rsidRPr="00125F84">
        <w:rPr>
          <w:rFonts w:cstheme="majorHAnsi"/>
          <w:sz w:val="18"/>
          <w:szCs w:val="18"/>
        </w:rPr>
        <w:t xml:space="preserve"> </w:t>
      </w:r>
      <w:proofErr w:type="spellStart"/>
      <w:r w:rsidRPr="00125F84">
        <w:rPr>
          <w:rFonts w:ascii="Sylfaen" w:hAnsi="Sylfaen" w:cs="Sylfaen"/>
          <w:sz w:val="18"/>
          <w:szCs w:val="18"/>
        </w:rPr>
        <w:t>სამუშაოს</w:t>
      </w:r>
      <w:proofErr w:type="spellEnd"/>
      <w:r w:rsidRPr="00125F84">
        <w:rPr>
          <w:rFonts w:cstheme="majorHAnsi"/>
          <w:sz w:val="18"/>
          <w:szCs w:val="18"/>
        </w:rPr>
        <w:t xml:space="preserve"> </w:t>
      </w:r>
      <w:r w:rsidR="00E201A4" w:rsidRPr="00125F84">
        <w:rPr>
          <w:rFonts w:ascii="Sylfaen" w:hAnsi="Sylfaen" w:cstheme="majorHAnsi"/>
          <w:sz w:val="18"/>
          <w:szCs w:val="18"/>
          <w:lang w:val="ka-GE"/>
        </w:rPr>
        <w:t>(</w:t>
      </w:r>
      <w:proofErr w:type="spellStart"/>
      <w:r w:rsidRPr="00125F84">
        <w:rPr>
          <w:rFonts w:ascii="Sylfaen" w:hAnsi="Sylfaen" w:cs="Sylfaen"/>
          <w:sz w:val="18"/>
          <w:szCs w:val="18"/>
        </w:rPr>
        <w:t>ეტაპის</w:t>
      </w:r>
      <w:proofErr w:type="spellEnd"/>
      <w:r w:rsidR="00E201A4" w:rsidRPr="00125F84">
        <w:rPr>
          <w:rFonts w:ascii="Sylfaen" w:hAnsi="Sylfaen" w:cs="Sylfaen"/>
          <w:sz w:val="18"/>
          <w:szCs w:val="18"/>
          <w:lang w:val="ka-GE"/>
        </w:rPr>
        <w:t>)</w:t>
      </w:r>
      <w:r w:rsidRPr="00125F84">
        <w:rPr>
          <w:rFonts w:cstheme="majorHAnsi"/>
          <w:sz w:val="18"/>
          <w:szCs w:val="18"/>
        </w:rPr>
        <w:t xml:space="preserve"> </w:t>
      </w:r>
      <w:proofErr w:type="spellStart"/>
      <w:r w:rsidRPr="00125F84">
        <w:rPr>
          <w:rFonts w:ascii="Sylfaen" w:hAnsi="Sylfaen" w:cs="Sylfaen"/>
          <w:sz w:val="18"/>
          <w:szCs w:val="18"/>
        </w:rPr>
        <w:t>მიღება</w:t>
      </w:r>
      <w:proofErr w:type="spellEnd"/>
      <w:r w:rsidRPr="00125F84">
        <w:rPr>
          <w:rFonts w:cstheme="majorHAnsi"/>
          <w:sz w:val="18"/>
          <w:szCs w:val="18"/>
        </w:rPr>
        <w:t xml:space="preserve">- </w:t>
      </w:r>
      <w:proofErr w:type="spellStart"/>
      <w:r w:rsidRPr="00125F84">
        <w:rPr>
          <w:rFonts w:ascii="Sylfaen" w:hAnsi="Sylfaen" w:cs="Sylfaen"/>
          <w:sz w:val="18"/>
          <w:szCs w:val="18"/>
        </w:rPr>
        <w:t>ჩაბარების</w:t>
      </w:r>
      <w:proofErr w:type="spellEnd"/>
      <w:r w:rsidRPr="00125F84">
        <w:rPr>
          <w:rFonts w:cstheme="majorHAnsi"/>
          <w:sz w:val="18"/>
          <w:szCs w:val="18"/>
        </w:rPr>
        <w:t xml:space="preserve"> </w:t>
      </w:r>
      <w:proofErr w:type="spellStart"/>
      <w:r w:rsidRPr="00125F84">
        <w:rPr>
          <w:rFonts w:ascii="Sylfaen" w:hAnsi="Sylfaen" w:cs="Sylfaen"/>
          <w:sz w:val="18"/>
          <w:szCs w:val="18"/>
        </w:rPr>
        <w:t>აქტზე</w:t>
      </w:r>
      <w:proofErr w:type="spellEnd"/>
      <w:r w:rsidRPr="00125F84">
        <w:rPr>
          <w:rFonts w:cstheme="majorHAnsi"/>
          <w:sz w:val="18"/>
          <w:szCs w:val="18"/>
        </w:rPr>
        <w:t xml:space="preserve"> </w:t>
      </w:r>
      <w:r w:rsidR="00E201A4" w:rsidRPr="00125F84">
        <w:rPr>
          <w:rFonts w:ascii="Sylfaen" w:hAnsi="Sylfaen" w:cstheme="majorHAnsi"/>
          <w:sz w:val="18"/>
          <w:szCs w:val="18"/>
          <w:lang w:val="ka-GE"/>
        </w:rPr>
        <w:t>(</w:t>
      </w:r>
      <w:proofErr w:type="spellStart"/>
      <w:r w:rsidRPr="00125F84">
        <w:rPr>
          <w:rFonts w:ascii="Sylfaen" w:hAnsi="Sylfaen" w:cs="Sylfaen"/>
          <w:sz w:val="18"/>
          <w:szCs w:val="18"/>
        </w:rPr>
        <w:t>ფორმა</w:t>
      </w:r>
      <w:proofErr w:type="spellEnd"/>
      <w:r w:rsidRPr="00125F84">
        <w:rPr>
          <w:rFonts w:cstheme="majorHAnsi"/>
          <w:sz w:val="18"/>
          <w:szCs w:val="18"/>
        </w:rPr>
        <w:t xml:space="preserve"> N2</w:t>
      </w:r>
      <w:r w:rsidR="00E201A4" w:rsidRPr="00125F84">
        <w:rPr>
          <w:rFonts w:ascii="Sylfaen" w:hAnsi="Sylfaen" w:cstheme="majorHAnsi"/>
          <w:sz w:val="18"/>
          <w:szCs w:val="18"/>
          <w:lang w:val="ka-GE"/>
        </w:rPr>
        <w:t xml:space="preserve">) </w:t>
      </w:r>
      <w:proofErr w:type="spellStart"/>
      <w:r w:rsidRPr="00125F84">
        <w:rPr>
          <w:rFonts w:ascii="Sylfaen" w:hAnsi="Sylfaen" w:cs="Sylfaen"/>
          <w:sz w:val="18"/>
          <w:szCs w:val="18"/>
        </w:rPr>
        <w:t>ვრცელდება</w:t>
      </w:r>
      <w:proofErr w:type="spellEnd"/>
      <w:r w:rsidRPr="00125F84">
        <w:rPr>
          <w:rFonts w:cstheme="majorHAnsi"/>
          <w:sz w:val="18"/>
          <w:szCs w:val="18"/>
        </w:rPr>
        <w:t xml:space="preserve"> 4.3.</w:t>
      </w:r>
      <w:r w:rsidR="008D4572">
        <w:rPr>
          <w:rFonts w:ascii="Sylfaen" w:hAnsi="Sylfaen" w:cstheme="majorHAnsi"/>
          <w:sz w:val="18"/>
          <w:szCs w:val="18"/>
          <w:lang w:val="ka-GE"/>
        </w:rPr>
        <w:t>6</w:t>
      </w:r>
      <w:r w:rsidRPr="00125F84">
        <w:rPr>
          <w:rFonts w:cstheme="majorHAnsi"/>
          <w:sz w:val="18"/>
          <w:szCs w:val="18"/>
        </w:rPr>
        <w:t xml:space="preserve"> </w:t>
      </w:r>
      <w:proofErr w:type="spellStart"/>
      <w:r w:rsidRPr="00125F84">
        <w:rPr>
          <w:rFonts w:ascii="Sylfaen" w:hAnsi="Sylfaen" w:cs="Sylfaen"/>
          <w:sz w:val="18"/>
          <w:szCs w:val="18"/>
        </w:rPr>
        <w:t>მუხლით</w:t>
      </w:r>
      <w:proofErr w:type="spellEnd"/>
      <w:r w:rsidRPr="00125F84">
        <w:rPr>
          <w:rFonts w:cstheme="majorHAnsi"/>
          <w:sz w:val="18"/>
          <w:szCs w:val="18"/>
        </w:rPr>
        <w:t xml:space="preserve"> </w:t>
      </w:r>
      <w:proofErr w:type="spellStart"/>
      <w:r w:rsidRPr="00125F84">
        <w:rPr>
          <w:rFonts w:ascii="Sylfaen" w:hAnsi="Sylfaen" w:cs="Sylfaen"/>
          <w:sz w:val="18"/>
          <w:szCs w:val="18"/>
        </w:rPr>
        <w:t>განსაზღვრული</w:t>
      </w:r>
      <w:proofErr w:type="spellEnd"/>
      <w:r w:rsidRPr="00125F84">
        <w:rPr>
          <w:rFonts w:cstheme="majorHAnsi"/>
          <w:sz w:val="18"/>
          <w:szCs w:val="18"/>
        </w:rPr>
        <w:t xml:space="preserve"> </w:t>
      </w:r>
      <w:proofErr w:type="spellStart"/>
      <w:r w:rsidRPr="00125F84">
        <w:rPr>
          <w:rFonts w:ascii="Sylfaen" w:hAnsi="Sylfaen" w:cs="Sylfaen"/>
          <w:sz w:val="18"/>
          <w:szCs w:val="18"/>
        </w:rPr>
        <w:t>წესები</w:t>
      </w:r>
      <w:proofErr w:type="spellEnd"/>
      <w:r w:rsidRPr="00125F84">
        <w:rPr>
          <w:rFonts w:cstheme="majorHAnsi"/>
          <w:sz w:val="18"/>
          <w:szCs w:val="18"/>
        </w:rPr>
        <w:t xml:space="preserve">. </w:t>
      </w:r>
      <w:proofErr w:type="spellStart"/>
      <w:r w:rsidRPr="00125F84">
        <w:rPr>
          <w:rFonts w:ascii="Sylfaen" w:hAnsi="Sylfaen" w:cs="Sylfaen"/>
          <w:sz w:val="18"/>
          <w:szCs w:val="18"/>
        </w:rPr>
        <w:t>აღნიშნული</w:t>
      </w:r>
      <w:proofErr w:type="spellEnd"/>
      <w:r w:rsidRPr="00125F84">
        <w:rPr>
          <w:rFonts w:cstheme="majorHAnsi"/>
          <w:sz w:val="18"/>
          <w:szCs w:val="18"/>
        </w:rPr>
        <w:t xml:space="preserve"> </w:t>
      </w:r>
      <w:proofErr w:type="spellStart"/>
      <w:r w:rsidRPr="00125F84">
        <w:rPr>
          <w:rFonts w:ascii="Sylfaen" w:hAnsi="Sylfaen" w:cs="Sylfaen"/>
          <w:sz w:val="18"/>
          <w:szCs w:val="18"/>
        </w:rPr>
        <w:t>წესი</w:t>
      </w:r>
      <w:proofErr w:type="spellEnd"/>
      <w:r w:rsidRPr="00125F84">
        <w:rPr>
          <w:rFonts w:cstheme="majorHAnsi"/>
          <w:sz w:val="18"/>
          <w:szCs w:val="18"/>
        </w:rPr>
        <w:t xml:space="preserve"> </w:t>
      </w:r>
      <w:proofErr w:type="spellStart"/>
      <w:r w:rsidRPr="00125F84">
        <w:rPr>
          <w:rFonts w:ascii="Sylfaen" w:hAnsi="Sylfaen" w:cs="Sylfaen"/>
          <w:sz w:val="18"/>
          <w:szCs w:val="18"/>
        </w:rPr>
        <w:t>გავრცელდება</w:t>
      </w:r>
      <w:proofErr w:type="spellEnd"/>
      <w:r w:rsidRPr="00125F84">
        <w:rPr>
          <w:rFonts w:cstheme="majorHAnsi"/>
          <w:sz w:val="18"/>
          <w:szCs w:val="18"/>
        </w:rPr>
        <w:t xml:space="preserve"> </w:t>
      </w:r>
      <w:proofErr w:type="spellStart"/>
      <w:r w:rsidRPr="00125F84">
        <w:rPr>
          <w:rFonts w:ascii="Sylfaen" w:hAnsi="Sylfaen" w:cs="Sylfaen"/>
          <w:sz w:val="18"/>
          <w:szCs w:val="18"/>
        </w:rPr>
        <w:t>მენარდის</w:t>
      </w:r>
      <w:proofErr w:type="spellEnd"/>
      <w:r w:rsidRPr="00125F84">
        <w:rPr>
          <w:rFonts w:cstheme="majorHAnsi"/>
          <w:sz w:val="18"/>
          <w:szCs w:val="18"/>
        </w:rPr>
        <w:t xml:space="preserve"> </w:t>
      </w:r>
      <w:proofErr w:type="spellStart"/>
      <w:r w:rsidRPr="00125F84">
        <w:rPr>
          <w:rFonts w:ascii="Sylfaen" w:hAnsi="Sylfaen" w:cs="Sylfaen"/>
          <w:sz w:val="18"/>
          <w:szCs w:val="18"/>
        </w:rPr>
        <w:t>მიერ</w:t>
      </w:r>
      <w:proofErr w:type="spellEnd"/>
      <w:r w:rsidRPr="00125F84">
        <w:rPr>
          <w:rFonts w:cstheme="majorHAnsi"/>
          <w:sz w:val="18"/>
          <w:szCs w:val="18"/>
        </w:rPr>
        <w:t xml:space="preserve"> </w:t>
      </w:r>
      <w:proofErr w:type="spellStart"/>
      <w:r w:rsidRPr="00125F84">
        <w:rPr>
          <w:rFonts w:ascii="Sylfaen" w:hAnsi="Sylfaen" w:cs="Sylfaen"/>
          <w:sz w:val="18"/>
          <w:szCs w:val="18"/>
        </w:rPr>
        <w:t>შესრულებული</w:t>
      </w:r>
      <w:proofErr w:type="spellEnd"/>
      <w:r w:rsidRPr="00125F84">
        <w:rPr>
          <w:rFonts w:cstheme="majorHAnsi"/>
          <w:sz w:val="18"/>
          <w:szCs w:val="18"/>
        </w:rPr>
        <w:t xml:space="preserve"> </w:t>
      </w:r>
      <w:proofErr w:type="spellStart"/>
      <w:r w:rsidRPr="00125F84">
        <w:rPr>
          <w:rFonts w:ascii="Sylfaen" w:hAnsi="Sylfaen" w:cs="Sylfaen"/>
          <w:sz w:val="18"/>
          <w:szCs w:val="18"/>
        </w:rPr>
        <w:t>სამუშაოს</w:t>
      </w:r>
      <w:proofErr w:type="spellEnd"/>
      <w:r w:rsidRPr="00125F84">
        <w:rPr>
          <w:rFonts w:cstheme="majorHAnsi"/>
          <w:sz w:val="18"/>
          <w:szCs w:val="18"/>
        </w:rPr>
        <w:t xml:space="preserve"> </w:t>
      </w:r>
      <w:proofErr w:type="spellStart"/>
      <w:r w:rsidRPr="00125F84">
        <w:rPr>
          <w:rFonts w:ascii="Sylfaen" w:hAnsi="Sylfaen" w:cs="Sylfaen"/>
          <w:sz w:val="18"/>
          <w:szCs w:val="18"/>
        </w:rPr>
        <w:t>ყოველ</w:t>
      </w:r>
      <w:proofErr w:type="spellEnd"/>
      <w:r w:rsidRPr="00125F84">
        <w:rPr>
          <w:rFonts w:cstheme="majorHAnsi"/>
          <w:sz w:val="18"/>
          <w:szCs w:val="18"/>
        </w:rPr>
        <w:t xml:space="preserve"> </w:t>
      </w:r>
      <w:proofErr w:type="spellStart"/>
      <w:r w:rsidRPr="00125F84">
        <w:rPr>
          <w:rFonts w:ascii="Sylfaen" w:hAnsi="Sylfaen" w:cs="Sylfaen"/>
          <w:sz w:val="18"/>
          <w:szCs w:val="18"/>
        </w:rPr>
        <w:t>მომდევნო</w:t>
      </w:r>
      <w:proofErr w:type="spellEnd"/>
      <w:r w:rsidRPr="00125F84">
        <w:rPr>
          <w:rFonts w:cstheme="majorHAnsi"/>
          <w:sz w:val="18"/>
          <w:szCs w:val="18"/>
        </w:rPr>
        <w:t xml:space="preserve"> </w:t>
      </w:r>
      <w:proofErr w:type="spellStart"/>
      <w:r w:rsidRPr="00125F84">
        <w:rPr>
          <w:rFonts w:ascii="Sylfaen" w:hAnsi="Sylfaen" w:cs="Sylfaen"/>
          <w:sz w:val="18"/>
          <w:szCs w:val="18"/>
        </w:rPr>
        <w:t>მიღებაზე</w:t>
      </w:r>
      <w:proofErr w:type="spellEnd"/>
      <w:r w:rsidRPr="00125F84">
        <w:rPr>
          <w:rFonts w:cstheme="majorHAnsi"/>
          <w:sz w:val="18"/>
          <w:szCs w:val="18"/>
        </w:rPr>
        <w:t>.</w:t>
      </w:r>
    </w:p>
    <w:p w14:paraId="01ED03E5" w14:textId="35DDDF5C" w:rsidR="00FD2D44" w:rsidRPr="00125F84" w:rsidRDefault="00A74260" w:rsidP="00125F84">
      <w:pPr>
        <w:pStyle w:val="ListParagraph"/>
        <w:numPr>
          <w:ilvl w:val="2"/>
          <w:numId w:val="13"/>
        </w:numPr>
        <w:jc w:val="both"/>
        <w:rPr>
          <w:rFonts w:cstheme="majorHAnsi"/>
          <w:sz w:val="18"/>
          <w:szCs w:val="18"/>
        </w:rPr>
      </w:pPr>
      <w:proofErr w:type="spellStart"/>
      <w:r w:rsidRPr="00C86A0D">
        <w:rPr>
          <w:rFonts w:ascii="Sylfaen" w:hAnsi="Sylfaen" w:cs="Sylfaen"/>
          <w:sz w:val="18"/>
          <w:szCs w:val="18"/>
        </w:rPr>
        <w:t>თუ</w:t>
      </w:r>
      <w:proofErr w:type="spellEnd"/>
      <w:r w:rsidRPr="00C86A0D">
        <w:rPr>
          <w:rFonts w:cstheme="majorHAnsi"/>
          <w:sz w:val="18"/>
          <w:szCs w:val="18"/>
        </w:rPr>
        <w:t xml:space="preserve"> </w:t>
      </w:r>
      <w:r w:rsidR="00A0508F">
        <w:rPr>
          <w:rFonts w:ascii="Sylfaen" w:hAnsi="Sylfaen" w:cs="Sylfaen"/>
          <w:sz w:val="18"/>
          <w:szCs w:val="18"/>
          <w:lang w:val="ka-GE"/>
        </w:rPr>
        <w:t>მენარდე</w:t>
      </w:r>
      <w:r w:rsidRPr="00C86A0D">
        <w:rPr>
          <w:rFonts w:cstheme="majorHAnsi"/>
          <w:sz w:val="18"/>
          <w:szCs w:val="18"/>
        </w:rPr>
        <w:t xml:space="preserve"> </w:t>
      </w:r>
      <w:proofErr w:type="spellStart"/>
      <w:r w:rsidRPr="00C86A0D">
        <w:rPr>
          <w:rFonts w:ascii="Sylfaen" w:hAnsi="Sylfaen" w:cs="Sylfaen"/>
          <w:sz w:val="18"/>
          <w:szCs w:val="18"/>
        </w:rPr>
        <w:t>არ</w:t>
      </w:r>
      <w:proofErr w:type="spellEnd"/>
      <w:r w:rsidRPr="00C86A0D">
        <w:rPr>
          <w:rFonts w:cstheme="majorHAnsi"/>
          <w:sz w:val="18"/>
          <w:szCs w:val="18"/>
        </w:rPr>
        <w:t xml:space="preserve"> </w:t>
      </w:r>
      <w:proofErr w:type="spellStart"/>
      <w:r w:rsidRPr="00C86A0D">
        <w:rPr>
          <w:rFonts w:ascii="Sylfaen" w:hAnsi="Sylfaen" w:cs="Sylfaen"/>
          <w:sz w:val="18"/>
          <w:szCs w:val="18"/>
        </w:rPr>
        <w:t>ეთანხმება</w:t>
      </w:r>
      <w:proofErr w:type="spellEnd"/>
      <w:r w:rsidRPr="00C86A0D">
        <w:rPr>
          <w:rFonts w:cstheme="majorHAnsi"/>
          <w:sz w:val="18"/>
          <w:szCs w:val="18"/>
        </w:rPr>
        <w:t xml:space="preserve"> </w:t>
      </w:r>
      <w:proofErr w:type="spellStart"/>
      <w:r w:rsidRPr="00C86A0D">
        <w:rPr>
          <w:rFonts w:ascii="Sylfaen" w:hAnsi="Sylfaen" w:cs="Sylfaen"/>
          <w:sz w:val="18"/>
          <w:szCs w:val="18"/>
        </w:rPr>
        <w:t>შესრულებული</w:t>
      </w:r>
      <w:proofErr w:type="spellEnd"/>
      <w:r w:rsidRPr="00C86A0D">
        <w:rPr>
          <w:rFonts w:cstheme="majorHAnsi"/>
          <w:sz w:val="18"/>
          <w:szCs w:val="18"/>
        </w:rPr>
        <w:t xml:space="preserve"> </w:t>
      </w:r>
      <w:proofErr w:type="spellStart"/>
      <w:r w:rsidRPr="00C86A0D">
        <w:rPr>
          <w:rFonts w:ascii="Sylfaen" w:hAnsi="Sylfaen" w:cs="Sylfaen"/>
          <w:sz w:val="18"/>
          <w:szCs w:val="18"/>
        </w:rPr>
        <w:t>სამუშაოს</w:t>
      </w:r>
      <w:proofErr w:type="spellEnd"/>
      <w:r w:rsidRPr="00C86A0D">
        <w:rPr>
          <w:rFonts w:cstheme="majorHAnsi"/>
          <w:sz w:val="18"/>
          <w:szCs w:val="18"/>
        </w:rPr>
        <w:t xml:space="preserve"> </w:t>
      </w:r>
      <w:proofErr w:type="spellStart"/>
      <w:r w:rsidRPr="00C86A0D">
        <w:rPr>
          <w:rFonts w:ascii="Sylfaen" w:hAnsi="Sylfaen" w:cs="Sylfaen"/>
          <w:sz w:val="18"/>
          <w:szCs w:val="18"/>
        </w:rPr>
        <w:t>თაობაზე</w:t>
      </w:r>
      <w:proofErr w:type="spellEnd"/>
      <w:r w:rsidRPr="00C86A0D">
        <w:rPr>
          <w:rFonts w:cstheme="majorHAnsi"/>
          <w:sz w:val="18"/>
          <w:szCs w:val="18"/>
        </w:rPr>
        <w:t xml:space="preserve"> </w:t>
      </w:r>
      <w:proofErr w:type="spellStart"/>
      <w:r w:rsidRPr="00C86A0D">
        <w:rPr>
          <w:rFonts w:ascii="Sylfaen" w:hAnsi="Sylfaen" w:cs="Sylfaen"/>
          <w:sz w:val="18"/>
          <w:szCs w:val="18"/>
        </w:rPr>
        <w:t>დამკვეთის</w:t>
      </w:r>
      <w:proofErr w:type="spellEnd"/>
      <w:r w:rsidRPr="00C86A0D">
        <w:rPr>
          <w:rFonts w:cstheme="majorHAnsi"/>
          <w:sz w:val="18"/>
          <w:szCs w:val="18"/>
        </w:rPr>
        <w:t xml:space="preserve"> </w:t>
      </w:r>
      <w:proofErr w:type="spellStart"/>
      <w:r w:rsidRPr="00C86A0D">
        <w:rPr>
          <w:rFonts w:ascii="Sylfaen" w:hAnsi="Sylfaen" w:cs="Sylfaen"/>
          <w:sz w:val="18"/>
          <w:szCs w:val="18"/>
        </w:rPr>
        <w:t>მოტივირებულ</w:t>
      </w:r>
      <w:proofErr w:type="spellEnd"/>
      <w:r w:rsidRPr="00C86A0D">
        <w:rPr>
          <w:rFonts w:cstheme="majorHAnsi"/>
          <w:sz w:val="18"/>
          <w:szCs w:val="18"/>
        </w:rPr>
        <w:t xml:space="preserve"> </w:t>
      </w:r>
      <w:proofErr w:type="spellStart"/>
      <w:r w:rsidRPr="00C86A0D">
        <w:rPr>
          <w:rFonts w:ascii="Sylfaen" w:hAnsi="Sylfaen" w:cs="Sylfaen"/>
          <w:sz w:val="18"/>
          <w:szCs w:val="18"/>
        </w:rPr>
        <w:t>და</w:t>
      </w:r>
      <w:proofErr w:type="spellEnd"/>
      <w:r w:rsidRPr="00C86A0D">
        <w:rPr>
          <w:rFonts w:cstheme="majorHAnsi"/>
          <w:sz w:val="18"/>
          <w:szCs w:val="18"/>
        </w:rPr>
        <w:t xml:space="preserve"> </w:t>
      </w:r>
      <w:proofErr w:type="spellStart"/>
      <w:r w:rsidRPr="00C86A0D">
        <w:rPr>
          <w:rFonts w:ascii="Sylfaen" w:hAnsi="Sylfaen" w:cs="Sylfaen"/>
          <w:sz w:val="18"/>
          <w:szCs w:val="18"/>
        </w:rPr>
        <w:t>დასაბუთებულ</w:t>
      </w:r>
      <w:proofErr w:type="spellEnd"/>
      <w:r w:rsidRPr="00C86A0D">
        <w:rPr>
          <w:rFonts w:cstheme="majorHAnsi"/>
          <w:sz w:val="18"/>
          <w:szCs w:val="18"/>
        </w:rPr>
        <w:t xml:space="preserve"> </w:t>
      </w:r>
      <w:proofErr w:type="spellStart"/>
      <w:r w:rsidRPr="00C86A0D">
        <w:rPr>
          <w:rFonts w:ascii="Sylfaen" w:hAnsi="Sylfaen" w:cs="Sylfaen"/>
          <w:sz w:val="18"/>
          <w:szCs w:val="18"/>
        </w:rPr>
        <w:t>უარს</w:t>
      </w:r>
      <w:proofErr w:type="spellEnd"/>
      <w:r w:rsidRPr="00C86A0D">
        <w:rPr>
          <w:rFonts w:cstheme="majorHAnsi"/>
          <w:sz w:val="18"/>
          <w:szCs w:val="18"/>
        </w:rPr>
        <w:t xml:space="preserve"> </w:t>
      </w:r>
      <w:proofErr w:type="spellStart"/>
      <w:r w:rsidRPr="00C86A0D">
        <w:rPr>
          <w:rFonts w:ascii="Sylfaen" w:hAnsi="Sylfaen" w:cs="Sylfaen"/>
          <w:sz w:val="18"/>
          <w:szCs w:val="18"/>
        </w:rPr>
        <w:t>ან</w:t>
      </w:r>
      <w:proofErr w:type="spellEnd"/>
      <w:r w:rsidRPr="00C86A0D">
        <w:rPr>
          <w:rFonts w:cstheme="majorHAnsi"/>
          <w:sz w:val="18"/>
          <w:szCs w:val="18"/>
        </w:rPr>
        <w:t>/</w:t>
      </w:r>
      <w:proofErr w:type="spellStart"/>
      <w:r w:rsidRPr="00C86A0D">
        <w:rPr>
          <w:rFonts w:ascii="Sylfaen" w:hAnsi="Sylfaen" w:cs="Sylfaen"/>
          <w:sz w:val="18"/>
          <w:szCs w:val="18"/>
        </w:rPr>
        <w:t>და</w:t>
      </w:r>
      <w:proofErr w:type="spellEnd"/>
      <w:r w:rsidRPr="00C86A0D">
        <w:rPr>
          <w:rFonts w:cstheme="majorHAnsi"/>
          <w:sz w:val="18"/>
          <w:szCs w:val="18"/>
        </w:rPr>
        <w:t xml:space="preserve"> </w:t>
      </w:r>
      <w:proofErr w:type="spellStart"/>
      <w:r w:rsidRPr="00C86A0D">
        <w:rPr>
          <w:rFonts w:ascii="Sylfaen" w:hAnsi="Sylfaen" w:cs="Sylfaen"/>
          <w:sz w:val="18"/>
          <w:szCs w:val="18"/>
        </w:rPr>
        <w:t>მხარეები</w:t>
      </w:r>
      <w:proofErr w:type="spellEnd"/>
      <w:r w:rsidRPr="00C86A0D">
        <w:rPr>
          <w:rFonts w:cstheme="majorHAnsi"/>
          <w:sz w:val="18"/>
          <w:szCs w:val="18"/>
        </w:rPr>
        <w:t xml:space="preserve"> </w:t>
      </w:r>
      <w:proofErr w:type="spellStart"/>
      <w:r w:rsidRPr="00C86A0D">
        <w:rPr>
          <w:rFonts w:ascii="Sylfaen" w:hAnsi="Sylfaen" w:cs="Sylfaen"/>
          <w:sz w:val="18"/>
          <w:szCs w:val="18"/>
        </w:rPr>
        <w:t>ვერ</w:t>
      </w:r>
      <w:proofErr w:type="spellEnd"/>
      <w:r w:rsidRPr="00C86A0D">
        <w:rPr>
          <w:rFonts w:cstheme="majorHAnsi"/>
          <w:sz w:val="18"/>
          <w:szCs w:val="18"/>
        </w:rPr>
        <w:t xml:space="preserve"> </w:t>
      </w:r>
      <w:proofErr w:type="spellStart"/>
      <w:r w:rsidRPr="00C86A0D">
        <w:rPr>
          <w:rFonts w:ascii="Sylfaen" w:hAnsi="Sylfaen" w:cs="Sylfaen"/>
          <w:sz w:val="18"/>
          <w:szCs w:val="18"/>
        </w:rPr>
        <w:t>თანხმდებიან</w:t>
      </w:r>
      <w:proofErr w:type="spellEnd"/>
      <w:r w:rsidRPr="00C86A0D">
        <w:rPr>
          <w:rFonts w:cstheme="majorHAnsi"/>
          <w:sz w:val="18"/>
          <w:szCs w:val="18"/>
        </w:rPr>
        <w:t xml:space="preserve"> </w:t>
      </w:r>
      <w:proofErr w:type="spellStart"/>
      <w:r w:rsidRPr="00C86A0D">
        <w:rPr>
          <w:rFonts w:ascii="Sylfaen" w:hAnsi="Sylfaen" w:cs="Sylfaen"/>
          <w:sz w:val="18"/>
          <w:szCs w:val="18"/>
        </w:rPr>
        <w:t>მენარდის</w:t>
      </w:r>
      <w:proofErr w:type="spellEnd"/>
      <w:r w:rsidRPr="00C86A0D">
        <w:rPr>
          <w:rFonts w:cstheme="majorHAnsi"/>
          <w:sz w:val="18"/>
          <w:szCs w:val="18"/>
        </w:rPr>
        <w:t xml:space="preserve"> </w:t>
      </w:r>
      <w:proofErr w:type="spellStart"/>
      <w:r w:rsidRPr="00C86A0D">
        <w:rPr>
          <w:rFonts w:ascii="Sylfaen" w:hAnsi="Sylfaen" w:cs="Sylfaen"/>
          <w:sz w:val="18"/>
          <w:szCs w:val="18"/>
        </w:rPr>
        <w:t>მიერ</w:t>
      </w:r>
      <w:proofErr w:type="spellEnd"/>
      <w:r w:rsidRPr="00C86A0D">
        <w:rPr>
          <w:rFonts w:cstheme="majorHAnsi"/>
          <w:sz w:val="18"/>
          <w:szCs w:val="18"/>
        </w:rPr>
        <w:t xml:space="preserve"> </w:t>
      </w:r>
      <w:proofErr w:type="spellStart"/>
      <w:r w:rsidRPr="00C86A0D">
        <w:rPr>
          <w:rFonts w:ascii="Sylfaen" w:hAnsi="Sylfaen" w:cs="Sylfaen"/>
          <w:sz w:val="18"/>
          <w:szCs w:val="18"/>
        </w:rPr>
        <w:t>საანგარიშო</w:t>
      </w:r>
      <w:proofErr w:type="spellEnd"/>
      <w:r w:rsidRPr="00C86A0D">
        <w:rPr>
          <w:rFonts w:cstheme="majorHAnsi"/>
          <w:sz w:val="18"/>
          <w:szCs w:val="18"/>
        </w:rPr>
        <w:t xml:space="preserve"> </w:t>
      </w:r>
      <w:proofErr w:type="spellStart"/>
      <w:r w:rsidRPr="00C86A0D">
        <w:rPr>
          <w:rFonts w:ascii="Sylfaen" w:hAnsi="Sylfaen" w:cs="Sylfaen"/>
          <w:sz w:val="18"/>
          <w:szCs w:val="18"/>
        </w:rPr>
        <w:t>პერიოდში</w:t>
      </w:r>
      <w:proofErr w:type="spellEnd"/>
      <w:r w:rsidRPr="00C86A0D">
        <w:rPr>
          <w:rFonts w:cstheme="majorHAnsi"/>
          <w:sz w:val="18"/>
          <w:szCs w:val="18"/>
        </w:rPr>
        <w:t xml:space="preserve"> </w:t>
      </w:r>
      <w:proofErr w:type="spellStart"/>
      <w:r w:rsidRPr="00C86A0D">
        <w:rPr>
          <w:rFonts w:ascii="Sylfaen" w:hAnsi="Sylfaen" w:cs="Sylfaen"/>
          <w:sz w:val="18"/>
          <w:szCs w:val="18"/>
        </w:rPr>
        <w:t>შესრულებული</w:t>
      </w:r>
      <w:proofErr w:type="spellEnd"/>
      <w:r w:rsidRPr="00C86A0D">
        <w:rPr>
          <w:rFonts w:cstheme="majorHAnsi"/>
          <w:sz w:val="18"/>
          <w:szCs w:val="18"/>
        </w:rPr>
        <w:t xml:space="preserve"> </w:t>
      </w:r>
      <w:proofErr w:type="spellStart"/>
      <w:r w:rsidRPr="00C86A0D">
        <w:rPr>
          <w:rFonts w:ascii="Sylfaen" w:hAnsi="Sylfaen" w:cs="Sylfaen"/>
          <w:sz w:val="18"/>
          <w:szCs w:val="18"/>
        </w:rPr>
        <w:t>სამუშაოების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ხარისხზე</w:t>
      </w:r>
      <w:proofErr w:type="spellEnd"/>
      <w:r w:rsidRPr="00C86A0D">
        <w:rPr>
          <w:rFonts w:cstheme="majorHAnsi"/>
          <w:sz w:val="18"/>
          <w:szCs w:val="18"/>
        </w:rPr>
        <w:t xml:space="preserve"> </w:t>
      </w:r>
      <w:proofErr w:type="spellStart"/>
      <w:r w:rsidRPr="00C86A0D">
        <w:rPr>
          <w:rFonts w:ascii="Sylfaen" w:hAnsi="Sylfaen" w:cs="Sylfaen"/>
          <w:sz w:val="18"/>
          <w:szCs w:val="18"/>
        </w:rPr>
        <w:t>ან</w:t>
      </w:r>
      <w:proofErr w:type="spellEnd"/>
      <w:r w:rsidRPr="00C86A0D">
        <w:rPr>
          <w:rFonts w:cstheme="majorHAnsi"/>
          <w:sz w:val="18"/>
          <w:szCs w:val="18"/>
        </w:rPr>
        <w:t>/</w:t>
      </w:r>
      <w:proofErr w:type="spellStart"/>
      <w:r w:rsidRPr="00C86A0D">
        <w:rPr>
          <w:rFonts w:ascii="Sylfaen" w:hAnsi="Sylfaen" w:cs="Sylfaen"/>
          <w:sz w:val="18"/>
          <w:szCs w:val="18"/>
        </w:rPr>
        <w:t>და</w:t>
      </w:r>
      <w:proofErr w:type="spellEnd"/>
      <w:r w:rsidRPr="00C86A0D">
        <w:rPr>
          <w:rFonts w:cstheme="majorHAnsi"/>
          <w:sz w:val="18"/>
          <w:szCs w:val="18"/>
        </w:rPr>
        <w:t xml:space="preserve"> </w:t>
      </w:r>
      <w:proofErr w:type="spellStart"/>
      <w:r w:rsidRPr="00C86A0D">
        <w:rPr>
          <w:rFonts w:ascii="Sylfaen" w:hAnsi="Sylfaen" w:cs="Sylfaen"/>
          <w:sz w:val="18"/>
          <w:szCs w:val="18"/>
        </w:rPr>
        <w:t>მოცულობაზე</w:t>
      </w:r>
      <w:proofErr w:type="spellEnd"/>
      <w:r w:rsidRPr="00C86A0D">
        <w:rPr>
          <w:rFonts w:cstheme="majorHAnsi"/>
          <w:sz w:val="18"/>
          <w:szCs w:val="18"/>
        </w:rPr>
        <w:t xml:space="preserve">, </w:t>
      </w:r>
      <w:proofErr w:type="spellStart"/>
      <w:r w:rsidRPr="00C86A0D">
        <w:rPr>
          <w:rFonts w:ascii="Sylfaen" w:hAnsi="Sylfaen" w:cs="Sylfaen"/>
          <w:sz w:val="18"/>
          <w:szCs w:val="18"/>
        </w:rPr>
        <w:t>ისინი</w:t>
      </w:r>
      <w:proofErr w:type="spellEnd"/>
      <w:r w:rsidRPr="00C86A0D">
        <w:rPr>
          <w:rFonts w:cstheme="majorHAnsi"/>
          <w:sz w:val="18"/>
          <w:szCs w:val="18"/>
        </w:rPr>
        <w:t xml:space="preserve"> </w:t>
      </w:r>
      <w:proofErr w:type="spellStart"/>
      <w:r w:rsidRPr="00C86A0D">
        <w:rPr>
          <w:rFonts w:ascii="Sylfaen" w:hAnsi="Sylfaen" w:cs="Sylfaen"/>
          <w:sz w:val="18"/>
          <w:szCs w:val="18"/>
        </w:rPr>
        <w:t>ვალდებულნი</w:t>
      </w:r>
      <w:proofErr w:type="spellEnd"/>
      <w:r w:rsidRPr="00C86A0D">
        <w:rPr>
          <w:rFonts w:cstheme="majorHAnsi"/>
          <w:sz w:val="18"/>
          <w:szCs w:val="18"/>
        </w:rPr>
        <w:t xml:space="preserve"> </w:t>
      </w:r>
      <w:proofErr w:type="spellStart"/>
      <w:r w:rsidRPr="00C86A0D">
        <w:rPr>
          <w:rFonts w:ascii="Sylfaen" w:hAnsi="Sylfaen" w:cs="Sylfaen"/>
          <w:sz w:val="18"/>
          <w:szCs w:val="18"/>
        </w:rPr>
        <w:t>არიან</w:t>
      </w:r>
      <w:proofErr w:type="spellEnd"/>
      <w:r w:rsidRPr="00C86A0D">
        <w:rPr>
          <w:rFonts w:cstheme="majorHAnsi"/>
          <w:sz w:val="18"/>
          <w:szCs w:val="18"/>
        </w:rPr>
        <w:t xml:space="preserve"> </w:t>
      </w:r>
      <w:proofErr w:type="spellStart"/>
      <w:r w:rsidRPr="00C86A0D">
        <w:rPr>
          <w:rFonts w:ascii="Sylfaen" w:hAnsi="Sylfaen" w:cs="Sylfaen"/>
          <w:sz w:val="18"/>
          <w:szCs w:val="18"/>
        </w:rPr>
        <w:t>იხელმძღვანელონ</w:t>
      </w:r>
      <w:proofErr w:type="spellEnd"/>
      <w:r w:rsidRPr="00C86A0D">
        <w:rPr>
          <w:rFonts w:cstheme="majorHAnsi"/>
          <w:sz w:val="18"/>
          <w:szCs w:val="18"/>
        </w:rPr>
        <w:t xml:space="preserve"> </w:t>
      </w:r>
      <w:proofErr w:type="spellStart"/>
      <w:r w:rsidRPr="00C86A0D">
        <w:rPr>
          <w:rFonts w:ascii="Sylfaen" w:hAnsi="Sylfaen" w:cs="Sylfaen"/>
          <w:sz w:val="18"/>
          <w:szCs w:val="18"/>
        </w:rPr>
        <w:t>სსიპ</w:t>
      </w:r>
      <w:proofErr w:type="spellEnd"/>
      <w:r w:rsidRPr="00C86A0D">
        <w:rPr>
          <w:rFonts w:cstheme="majorHAnsi"/>
          <w:sz w:val="18"/>
          <w:szCs w:val="18"/>
        </w:rPr>
        <w:t xml:space="preserve"> „</w:t>
      </w:r>
      <w:proofErr w:type="spellStart"/>
      <w:r w:rsidRPr="00C86A0D">
        <w:rPr>
          <w:rFonts w:ascii="Sylfaen" w:hAnsi="Sylfaen" w:cs="Sylfaen"/>
          <w:sz w:val="18"/>
          <w:szCs w:val="18"/>
        </w:rPr>
        <w:t>ლევან</w:t>
      </w:r>
      <w:proofErr w:type="spellEnd"/>
      <w:r w:rsidRPr="00C86A0D">
        <w:rPr>
          <w:rFonts w:cstheme="majorHAnsi"/>
          <w:sz w:val="18"/>
          <w:szCs w:val="18"/>
        </w:rPr>
        <w:t xml:space="preserve"> </w:t>
      </w:r>
      <w:proofErr w:type="spellStart"/>
      <w:r w:rsidRPr="00C86A0D">
        <w:rPr>
          <w:rFonts w:ascii="Sylfaen" w:hAnsi="Sylfaen" w:cs="Sylfaen"/>
          <w:sz w:val="18"/>
          <w:szCs w:val="18"/>
        </w:rPr>
        <w:t>სამხარაულის</w:t>
      </w:r>
      <w:proofErr w:type="spellEnd"/>
      <w:r w:rsidRPr="00C86A0D">
        <w:rPr>
          <w:rFonts w:cstheme="majorHAnsi"/>
          <w:sz w:val="18"/>
          <w:szCs w:val="18"/>
        </w:rPr>
        <w:t xml:space="preserve"> </w:t>
      </w:r>
      <w:proofErr w:type="spellStart"/>
      <w:r w:rsidRPr="00C86A0D">
        <w:rPr>
          <w:rFonts w:ascii="Sylfaen" w:hAnsi="Sylfaen" w:cs="Sylfaen"/>
          <w:sz w:val="18"/>
          <w:szCs w:val="18"/>
        </w:rPr>
        <w:t>სახელობის</w:t>
      </w:r>
      <w:proofErr w:type="spellEnd"/>
      <w:r w:rsidRPr="00C86A0D">
        <w:rPr>
          <w:rFonts w:cstheme="majorHAnsi"/>
          <w:sz w:val="18"/>
          <w:szCs w:val="18"/>
        </w:rPr>
        <w:t xml:space="preserve"> </w:t>
      </w:r>
      <w:proofErr w:type="spellStart"/>
      <w:r w:rsidRPr="00C86A0D">
        <w:rPr>
          <w:rFonts w:ascii="Sylfaen" w:hAnsi="Sylfaen" w:cs="Sylfaen"/>
          <w:sz w:val="18"/>
          <w:szCs w:val="18"/>
        </w:rPr>
        <w:t>სასამართლო</w:t>
      </w:r>
      <w:proofErr w:type="spellEnd"/>
      <w:r w:rsidRPr="00C86A0D">
        <w:rPr>
          <w:rFonts w:cstheme="majorHAnsi"/>
          <w:sz w:val="18"/>
          <w:szCs w:val="18"/>
        </w:rPr>
        <w:t xml:space="preserve"> </w:t>
      </w:r>
      <w:proofErr w:type="spellStart"/>
      <w:r w:rsidRPr="00C86A0D">
        <w:rPr>
          <w:rFonts w:ascii="Sylfaen" w:hAnsi="Sylfaen" w:cs="Sylfaen"/>
          <w:sz w:val="18"/>
          <w:szCs w:val="18"/>
        </w:rPr>
        <w:t>ექსპერტიზის</w:t>
      </w:r>
      <w:proofErr w:type="spellEnd"/>
      <w:r w:rsidRPr="00C86A0D">
        <w:rPr>
          <w:rFonts w:cstheme="majorHAnsi"/>
          <w:sz w:val="18"/>
          <w:szCs w:val="18"/>
        </w:rPr>
        <w:t xml:space="preserve"> </w:t>
      </w:r>
      <w:proofErr w:type="spellStart"/>
      <w:r w:rsidRPr="00C86A0D">
        <w:rPr>
          <w:rFonts w:ascii="Sylfaen" w:hAnsi="Sylfaen" w:cs="Sylfaen"/>
          <w:sz w:val="18"/>
          <w:szCs w:val="18"/>
        </w:rPr>
        <w:t>ეროვნული</w:t>
      </w:r>
      <w:proofErr w:type="spellEnd"/>
      <w:r w:rsidRPr="00C86A0D">
        <w:rPr>
          <w:rFonts w:cstheme="majorHAnsi"/>
          <w:sz w:val="18"/>
          <w:szCs w:val="18"/>
        </w:rPr>
        <w:t xml:space="preserve"> </w:t>
      </w:r>
      <w:proofErr w:type="spellStart"/>
      <w:proofErr w:type="gramStart"/>
      <w:r w:rsidRPr="00C86A0D">
        <w:rPr>
          <w:rFonts w:ascii="Sylfaen" w:hAnsi="Sylfaen" w:cs="Sylfaen"/>
          <w:sz w:val="18"/>
          <w:szCs w:val="18"/>
        </w:rPr>
        <w:t>ბიუროს</w:t>
      </w:r>
      <w:proofErr w:type="spellEnd"/>
      <w:r w:rsidRPr="00C86A0D">
        <w:rPr>
          <w:rFonts w:cstheme="majorHAnsi"/>
          <w:sz w:val="18"/>
          <w:szCs w:val="18"/>
        </w:rPr>
        <w:t>“</w:t>
      </w:r>
      <w:r w:rsidR="00A0508F">
        <w:rPr>
          <w:rFonts w:ascii="Sylfaen" w:hAnsi="Sylfaen" w:cstheme="majorHAnsi"/>
          <w:sz w:val="18"/>
          <w:szCs w:val="18"/>
          <w:lang w:val="ka-GE"/>
        </w:rPr>
        <w:t xml:space="preserve"> </w:t>
      </w:r>
      <w:proofErr w:type="spellStart"/>
      <w:r w:rsidRPr="00C86A0D">
        <w:rPr>
          <w:rFonts w:ascii="Sylfaen" w:hAnsi="Sylfaen" w:cs="Sylfaen"/>
          <w:sz w:val="18"/>
          <w:szCs w:val="18"/>
        </w:rPr>
        <w:t>ან</w:t>
      </w:r>
      <w:proofErr w:type="spellEnd"/>
      <w:proofErr w:type="gramEnd"/>
      <w:r w:rsidRPr="00C86A0D">
        <w:rPr>
          <w:rFonts w:cstheme="majorHAnsi"/>
          <w:sz w:val="18"/>
          <w:szCs w:val="18"/>
        </w:rPr>
        <w:t xml:space="preserve"> </w:t>
      </w:r>
      <w:proofErr w:type="spellStart"/>
      <w:r w:rsidRPr="00C86A0D">
        <w:rPr>
          <w:rFonts w:ascii="Sylfaen" w:hAnsi="Sylfaen" w:cs="Sylfaen"/>
          <w:sz w:val="18"/>
          <w:szCs w:val="18"/>
        </w:rPr>
        <w:t>აკრედიტირებულ</w:t>
      </w:r>
      <w:proofErr w:type="spellEnd"/>
      <w:r w:rsidRPr="00C86A0D">
        <w:rPr>
          <w:rFonts w:cstheme="majorHAnsi"/>
          <w:sz w:val="18"/>
          <w:szCs w:val="18"/>
        </w:rPr>
        <w:t xml:space="preserve">  </w:t>
      </w:r>
      <w:proofErr w:type="spellStart"/>
      <w:r w:rsidRPr="00C86A0D">
        <w:rPr>
          <w:rFonts w:ascii="Sylfaen" w:hAnsi="Sylfaen" w:cs="Sylfaen"/>
          <w:sz w:val="18"/>
          <w:szCs w:val="18"/>
        </w:rPr>
        <w:t>საექსპერტო</w:t>
      </w:r>
      <w:proofErr w:type="spellEnd"/>
      <w:r w:rsidRPr="00C86A0D">
        <w:rPr>
          <w:rFonts w:cstheme="majorHAnsi"/>
          <w:sz w:val="18"/>
          <w:szCs w:val="18"/>
        </w:rPr>
        <w:t xml:space="preserve"> </w:t>
      </w:r>
      <w:proofErr w:type="spellStart"/>
      <w:r w:rsidRPr="00C86A0D">
        <w:rPr>
          <w:rFonts w:ascii="Sylfaen" w:hAnsi="Sylfaen" w:cs="Sylfaen"/>
          <w:sz w:val="18"/>
          <w:szCs w:val="18"/>
        </w:rPr>
        <w:t>დაწესებულების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ან</w:t>
      </w:r>
      <w:proofErr w:type="spellEnd"/>
      <w:r w:rsidRPr="00C86A0D">
        <w:rPr>
          <w:rFonts w:cstheme="majorHAnsi"/>
          <w:sz w:val="18"/>
          <w:szCs w:val="18"/>
        </w:rPr>
        <w:t xml:space="preserve"> </w:t>
      </w:r>
      <w:proofErr w:type="spellStart"/>
      <w:r w:rsidRPr="00C86A0D">
        <w:rPr>
          <w:rFonts w:ascii="Sylfaen" w:hAnsi="Sylfaen" w:cs="Sylfaen"/>
          <w:sz w:val="18"/>
          <w:szCs w:val="18"/>
        </w:rPr>
        <w:t>დამოუკიდებელი</w:t>
      </w:r>
      <w:proofErr w:type="spellEnd"/>
      <w:r w:rsidRPr="00C86A0D">
        <w:rPr>
          <w:rFonts w:cstheme="majorHAnsi"/>
          <w:sz w:val="18"/>
          <w:szCs w:val="18"/>
        </w:rPr>
        <w:t xml:space="preserve"> </w:t>
      </w:r>
      <w:proofErr w:type="spellStart"/>
      <w:r w:rsidRPr="00C86A0D">
        <w:rPr>
          <w:rFonts w:ascii="Sylfaen" w:hAnsi="Sylfaen" w:cs="Sylfaen"/>
          <w:sz w:val="18"/>
          <w:szCs w:val="18"/>
        </w:rPr>
        <w:t>ექსპერტის</w:t>
      </w:r>
      <w:proofErr w:type="spellEnd"/>
      <w:r w:rsidRPr="00C86A0D">
        <w:rPr>
          <w:rFonts w:cstheme="majorHAnsi"/>
          <w:sz w:val="18"/>
          <w:szCs w:val="18"/>
        </w:rPr>
        <w:t xml:space="preserve"> </w:t>
      </w:r>
      <w:proofErr w:type="spellStart"/>
      <w:r w:rsidRPr="00C86A0D">
        <w:rPr>
          <w:rFonts w:ascii="Sylfaen" w:hAnsi="Sylfaen" w:cs="Sylfaen"/>
          <w:sz w:val="18"/>
          <w:szCs w:val="18"/>
        </w:rPr>
        <w:t>მიერ</w:t>
      </w:r>
      <w:proofErr w:type="spellEnd"/>
      <w:r w:rsidRPr="00C86A0D">
        <w:rPr>
          <w:rFonts w:cstheme="majorHAnsi"/>
          <w:sz w:val="18"/>
          <w:szCs w:val="18"/>
        </w:rPr>
        <w:t xml:space="preserve"> </w:t>
      </w:r>
      <w:proofErr w:type="spellStart"/>
      <w:r w:rsidRPr="00C86A0D">
        <w:rPr>
          <w:rFonts w:ascii="Sylfaen" w:hAnsi="Sylfaen" w:cs="Sylfaen"/>
          <w:sz w:val="18"/>
          <w:szCs w:val="18"/>
        </w:rPr>
        <w:t>აღნიშნულ</w:t>
      </w:r>
      <w:proofErr w:type="spellEnd"/>
      <w:r w:rsidRPr="00C86A0D">
        <w:rPr>
          <w:rFonts w:cstheme="majorHAnsi"/>
          <w:sz w:val="18"/>
          <w:szCs w:val="18"/>
        </w:rPr>
        <w:t xml:space="preserve"> </w:t>
      </w:r>
      <w:proofErr w:type="spellStart"/>
      <w:r w:rsidRPr="00C86A0D">
        <w:rPr>
          <w:rFonts w:ascii="Sylfaen" w:hAnsi="Sylfaen" w:cs="Sylfaen"/>
          <w:sz w:val="18"/>
          <w:szCs w:val="18"/>
        </w:rPr>
        <w:t>საკითხზე</w:t>
      </w:r>
      <w:proofErr w:type="spellEnd"/>
      <w:r w:rsidRPr="00C86A0D">
        <w:rPr>
          <w:rFonts w:cstheme="majorHAnsi"/>
          <w:sz w:val="18"/>
          <w:szCs w:val="18"/>
        </w:rPr>
        <w:t xml:space="preserve"> </w:t>
      </w:r>
      <w:proofErr w:type="spellStart"/>
      <w:r w:rsidRPr="00C86A0D">
        <w:rPr>
          <w:rFonts w:ascii="Sylfaen" w:hAnsi="Sylfaen" w:cs="Sylfaen"/>
          <w:sz w:val="18"/>
          <w:szCs w:val="18"/>
        </w:rPr>
        <w:t>გაცემული</w:t>
      </w:r>
      <w:proofErr w:type="spellEnd"/>
      <w:r w:rsidRPr="00C86A0D">
        <w:rPr>
          <w:rFonts w:cstheme="majorHAnsi"/>
          <w:sz w:val="18"/>
          <w:szCs w:val="18"/>
        </w:rPr>
        <w:t xml:space="preserve"> </w:t>
      </w:r>
      <w:proofErr w:type="spellStart"/>
      <w:r w:rsidRPr="00C86A0D">
        <w:rPr>
          <w:rFonts w:ascii="Sylfaen" w:hAnsi="Sylfaen" w:cs="Sylfaen"/>
          <w:sz w:val="18"/>
          <w:szCs w:val="18"/>
        </w:rPr>
        <w:t>დასკვნით</w:t>
      </w:r>
      <w:proofErr w:type="spellEnd"/>
      <w:r w:rsidR="00A0508F">
        <w:rPr>
          <w:rFonts w:cstheme="majorHAnsi"/>
          <w:sz w:val="18"/>
          <w:szCs w:val="18"/>
        </w:rPr>
        <w:t>.</w:t>
      </w:r>
      <w:r w:rsidRPr="00C86A0D">
        <w:rPr>
          <w:rFonts w:cstheme="majorHAnsi"/>
          <w:sz w:val="18"/>
          <w:szCs w:val="18"/>
        </w:rPr>
        <w:t xml:space="preserve">  </w:t>
      </w:r>
      <w:proofErr w:type="spellStart"/>
      <w:r w:rsidRPr="00C86A0D">
        <w:rPr>
          <w:rFonts w:ascii="Sylfaen" w:hAnsi="Sylfaen" w:cs="Sylfaen"/>
          <w:sz w:val="18"/>
          <w:szCs w:val="18"/>
        </w:rPr>
        <w:t>ექსპერტიზის</w:t>
      </w:r>
      <w:proofErr w:type="spellEnd"/>
      <w:r w:rsidRPr="00C86A0D">
        <w:rPr>
          <w:rFonts w:cstheme="majorHAnsi"/>
          <w:sz w:val="18"/>
          <w:szCs w:val="18"/>
        </w:rPr>
        <w:t xml:space="preserve"> </w:t>
      </w:r>
      <w:proofErr w:type="spellStart"/>
      <w:r w:rsidRPr="00C86A0D">
        <w:rPr>
          <w:rFonts w:ascii="Sylfaen" w:hAnsi="Sylfaen" w:cs="Sylfaen"/>
          <w:sz w:val="18"/>
          <w:szCs w:val="18"/>
        </w:rPr>
        <w:t>ხარჯები</w:t>
      </w:r>
      <w:proofErr w:type="spellEnd"/>
      <w:r w:rsidRPr="00C86A0D">
        <w:rPr>
          <w:rFonts w:cstheme="majorHAnsi"/>
          <w:sz w:val="18"/>
          <w:szCs w:val="18"/>
        </w:rPr>
        <w:t xml:space="preserve"> </w:t>
      </w:r>
      <w:proofErr w:type="spellStart"/>
      <w:r w:rsidRPr="00C86A0D">
        <w:rPr>
          <w:rFonts w:ascii="Sylfaen" w:hAnsi="Sylfaen" w:cs="Sylfaen"/>
          <w:sz w:val="18"/>
          <w:szCs w:val="18"/>
        </w:rPr>
        <w:t>გაღებული</w:t>
      </w:r>
      <w:proofErr w:type="spellEnd"/>
      <w:r w:rsidRPr="00C86A0D">
        <w:rPr>
          <w:rFonts w:cstheme="majorHAnsi"/>
          <w:sz w:val="18"/>
          <w:szCs w:val="18"/>
        </w:rPr>
        <w:t xml:space="preserve"> </w:t>
      </w:r>
      <w:proofErr w:type="spellStart"/>
      <w:r w:rsidRPr="00C86A0D">
        <w:rPr>
          <w:rFonts w:ascii="Sylfaen" w:hAnsi="Sylfaen" w:cs="Sylfaen"/>
          <w:sz w:val="18"/>
          <w:szCs w:val="18"/>
        </w:rPr>
        <w:t>იქნება</w:t>
      </w:r>
      <w:proofErr w:type="spellEnd"/>
      <w:r w:rsidRPr="00C86A0D">
        <w:rPr>
          <w:rFonts w:cstheme="majorHAnsi"/>
          <w:sz w:val="18"/>
          <w:szCs w:val="18"/>
        </w:rPr>
        <w:t xml:space="preserve"> </w:t>
      </w:r>
      <w:proofErr w:type="spellStart"/>
      <w:r w:rsidRPr="00C86A0D">
        <w:rPr>
          <w:rFonts w:ascii="Sylfaen" w:hAnsi="Sylfaen" w:cs="Sylfaen"/>
          <w:sz w:val="18"/>
          <w:szCs w:val="18"/>
        </w:rPr>
        <w:t>დაინტერესებული</w:t>
      </w:r>
      <w:proofErr w:type="spellEnd"/>
      <w:r w:rsidRPr="00C86A0D">
        <w:rPr>
          <w:rFonts w:cstheme="majorHAnsi"/>
          <w:sz w:val="18"/>
          <w:szCs w:val="18"/>
        </w:rPr>
        <w:t xml:space="preserve"> </w:t>
      </w:r>
      <w:proofErr w:type="spellStart"/>
      <w:r w:rsidRPr="00C86A0D">
        <w:rPr>
          <w:rFonts w:ascii="Sylfaen" w:hAnsi="Sylfaen" w:cs="Sylfaen"/>
          <w:sz w:val="18"/>
          <w:szCs w:val="18"/>
        </w:rPr>
        <w:t>მხარის</w:t>
      </w:r>
      <w:proofErr w:type="spellEnd"/>
      <w:r w:rsidRPr="00C86A0D">
        <w:rPr>
          <w:rFonts w:cstheme="majorHAnsi"/>
          <w:sz w:val="18"/>
          <w:szCs w:val="18"/>
        </w:rPr>
        <w:t xml:space="preserve"> </w:t>
      </w:r>
      <w:proofErr w:type="spellStart"/>
      <w:r w:rsidRPr="00C86A0D">
        <w:rPr>
          <w:rFonts w:ascii="Sylfaen" w:hAnsi="Sylfaen" w:cs="Sylfaen"/>
          <w:sz w:val="18"/>
          <w:szCs w:val="18"/>
        </w:rPr>
        <w:t>მიერ</w:t>
      </w:r>
      <w:proofErr w:type="spellEnd"/>
      <w:r w:rsidRPr="00C86A0D">
        <w:rPr>
          <w:rFonts w:cstheme="majorHAnsi"/>
          <w:sz w:val="18"/>
          <w:szCs w:val="18"/>
        </w:rPr>
        <w:t xml:space="preserve"> </w:t>
      </w:r>
      <w:proofErr w:type="spellStart"/>
      <w:r w:rsidRPr="00C86A0D">
        <w:rPr>
          <w:rFonts w:ascii="Sylfaen" w:hAnsi="Sylfaen" w:cs="Sylfaen"/>
          <w:sz w:val="18"/>
          <w:szCs w:val="18"/>
        </w:rPr>
        <w:t>და</w:t>
      </w:r>
      <w:proofErr w:type="spellEnd"/>
      <w:r w:rsidRPr="00C86A0D">
        <w:rPr>
          <w:rFonts w:cstheme="majorHAnsi"/>
          <w:sz w:val="18"/>
          <w:szCs w:val="18"/>
        </w:rPr>
        <w:t xml:space="preserve"> </w:t>
      </w:r>
      <w:proofErr w:type="spellStart"/>
      <w:r w:rsidRPr="00C86A0D">
        <w:rPr>
          <w:rFonts w:ascii="Sylfaen" w:hAnsi="Sylfaen" w:cs="Sylfaen"/>
          <w:sz w:val="18"/>
          <w:szCs w:val="18"/>
        </w:rPr>
        <w:t>ანაზღაურდება</w:t>
      </w:r>
      <w:proofErr w:type="spellEnd"/>
      <w:r w:rsidRPr="00C86A0D">
        <w:rPr>
          <w:rFonts w:cstheme="majorHAnsi"/>
          <w:sz w:val="18"/>
          <w:szCs w:val="18"/>
        </w:rPr>
        <w:t xml:space="preserve"> </w:t>
      </w:r>
      <w:proofErr w:type="spellStart"/>
      <w:r w:rsidRPr="00C86A0D">
        <w:rPr>
          <w:rFonts w:ascii="Sylfaen" w:hAnsi="Sylfaen" w:cs="Sylfaen"/>
          <w:sz w:val="18"/>
          <w:szCs w:val="18"/>
        </w:rPr>
        <w:t>იმ</w:t>
      </w:r>
      <w:proofErr w:type="spellEnd"/>
      <w:r w:rsidRPr="00C86A0D">
        <w:rPr>
          <w:rFonts w:cstheme="majorHAnsi"/>
          <w:sz w:val="18"/>
          <w:szCs w:val="18"/>
        </w:rPr>
        <w:t xml:space="preserve"> </w:t>
      </w:r>
      <w:proofErr w:type="spellStart"/>
      <w:r w:rsidRPr="00C86A0D">
        <w:rPr>
          <w:rFonts w:ascii="Sylfaen" w:hAnsi="Sylfaen" w:cs="Sylfaen"/>
          <w:sz w:val="18"/>
          <w:szCs w:val="18"/>
        </w:rPr>
        <w:t>მხარის</w:t>
      </w:r>
      <w:proofErr w:type="spellEnd"/>
      <w:r w:rsidRPr="00C86A0D">
        <w:rPr>
          <w:rFonts w:cstheme="majorHAnsi"/>
          <w:sz w:val="18"/>
          <w:szCs w:val="18"/>
        </w:rPr>
        <w:t xml:space="preserve"> </w:t>
      </w:r>
      <w:proofErr w:type="spellStart"/>
      <w:r w:rsidRPr="00C86A0D">
        <w:rPr>
          <w:rFonts w:ascii="Sylfaen" w:hAnsi="Sylfaen" w:cs="Sylfaen"/>
          <w:sz w:val="18"/>
          <w:szCs w:val="18"/>
        </w:rPr>
        <w:t>მიერ</w:t>
      </w:r>
      <w:proofErr w:type="spellEnd"/>
      <w:r w:rsidRPr="00C86A0D">
        <w:rPr>
          <w:rFonts w:cstheme="majorHAnsi"/>
          <w:sz w:val="18"/>
          <w:szCs w:val="18"/>
        </w:rPr>
        <w:t xml:space="preserve">, </w:t>
      </w:r>
      <w:proofErr w:type="spellStart"/>
      <w:r w:rsidRPr="00C86A0D">
        <w:rPr>
          <w:rFonts w:ascii="Sylfaen" w:hAnsi="Sylfaen" w:cs="Sylfaen"/>
          <w:sz w:val="18"/>
          <w:szCs w:val="18"/>
        </w:rPr>
        <w:t>რომლის</w:t>
      </w:r>
      <w:proofErr w:type="spellEnd"/>
      <w:r w:rsidRPr="00C86A0D">
        <w:rPr>
          <w:rFonts w:cstheme="majorHAnsi"/>
          <w:sz w:val="18"/>
          <w:szCs w:val="18"/>
        </w:rPr>
        <w:t xml:space="preserve"> </w:t>
      </w:r>
      <w:proofErr w:type="spellStart"/>
      <w:r w:rsidRPr="00C86A0D">
        <w:rPr>
          <w:rFonts w:ascii="Sylfaen" w:hAnsi="Sylfaen" w:cs="Sylfaen"/>
          <w:sz w:val="18"/>
          <w:szCs w:val="18"/>
        </w:rPr>
        <w:t>პოზიციაც</w:t>
      </w:r>
      <w:proofErr w:type="spellEnd"/>
      <w:r w:rsidRPr="00C86A0D">
        <w:rPr>
          <w:rFonts w:cstheme="majorHAnsi"/>
          <w:sz w:val="18"/>
          <w:szCs w:val="18"/>
        </w:rPr>
        <w:t xml:space="preserve"> </w:t>
      </w:r>
      <w:proofErr w:type="spellStart"/>
      <w:r w:rsidRPr="00C86A0D">
        <w:rPr>
          <w:rFonts w:ascii="Sylfaen" w:hAnsi="Sylfaen" w:cs="Sylfaen"/>
          <w:sz w:val="18"/>
          <w:szCs w:val="18"/>
        </w:rPr>
        <w:t>არ</w:t>
      </w:r>
      <w:proofErr w:type="spellEnd"/>
      <w:r w:rsidRPr="00C86A0D">
        <w:rPr>
          <w:rFonts w:cstheme="majorHAnsi"/>
          <w:sz w:val="18"/>
          <w:szCs w:val="18"/>
        </w:rPr>
        <w:t xml:space="preserve"> </w:t>
      </w:r>
      <w:proofErr w:type="spellStart"/>
      <w:r w:rsidRPr="00C86A0D">
        <w:rPr>
          <w:rFonts w:ascii="Sylfaen" w:hAnsi="Sylfaen" w:cs="Sylfaen"/>
          <w:sz w:val="18"/>
          <w:szCs w:val="18"/>
        </w:rPr>
        <w:t>იქნება</w:t>
      </w:r>
      <w:proofErr w:type="spellEnd"/>
      <w:r w:rsidRPr="00C86A0D">
        <w:rPr>
          <w:rFonts w:cstheme="majorHAnsi"/>
          <w:sz w:val="18"/>
          <w:szCs w:val="18"/>
        </w:rPr>
        <w:t xml:space="preserve"> </w:t>
      </w:r>
      <w:proofErr w:type="spellStart"/>
      <w:r w:rsidRPr="00C86A0D">
        <w:rPr>
          <w:rFonts w:ascii="Sylfaen" w:hAnsi="Sylfaen" w:cs="Sylfaen"/>
          <w:sz w:val="18"/>
          <w:szCs w:val="18"/>
        </w:rPr>
        <w:t>გათვალისწინებული</w:t>
      </w:r>
      <w:proofErr w:type="spellEnd"/>
      <w:r w:rsidRPr="00C86A0D">
        <w:rPr>
          <w:rFonts w:cstheme="majorHAnsi"/>
          <w:sz w:val="18"/>
          <w:szCs w:val="18"/>
        </w:rPr>
        <w:t xml:space="preserve"> </w:t>
      </w:r>
      <w:proofErr w:type="spellStart"/>
      <w:r w:rsidRPr="00C86A0D">
        <w:rPr>
          <w:rFonts w:ascii="Sylfaen" w:hAnsi="Sylfaen" w:cs="Sylfaen"/>
          <w:sz w:val="18"/>
          <w:szCs w:val="18"/>
        </w:rPr>
        <w:t>ექსპერტიზის</w:t>
      </w:r>
      <w:proofErr w:type="spellEnd"/>
      <w:r w:rsidRPr="00C86A0D">
        <w:rPr>
          <w:rFonts w:cstheme="majorHAnsi"/>
          <w:sz w:val="18"/>
          <w:szCs w:val="18"/>
        </w:rPr>
        <w:t xml:space="preserve"> </w:t>
      </w:r>
      <w:proofErr w:type="spellStart"/>
      <w:r w:rsidRPr="00C86A0D">
        <w:rPr>
          <w:rFonts w:ascii="Sylfaen" w:hAnsi="Sylfaen" w:cs="Sylfaen"/>
          <w:sz w:val="18"/>
          <w:szCs w:val="18"/>
        </w:rPr>
        <w:t>დასკვნის</w:t>
      </w:r>
      <w:proofErr w:type="spellEnd"/>
      <w:r w:rsidRPr="00C86A0D">
        <w:rPr>
          <w:rFonts w:cstheme="majorHAnsi"/>
          <w:sz w:val="18"/>
          <w:szCs w:val="18"/>
        </w:rPr>
        <w:t xml:space="preserve"> </w:t>
      </w:r>
      <w:proofErr w:type="spellStart"/>
      <w:r w:rsidRPr="00C86A0D">
        <w:rPr>
          <w:rFonts w:ascii="Sylfaen" w:hAnsi="Sylfaen" w:cs="Sylfaen"/>
          <w:sz w:val="18"/>
          <w:szCs w:val="18"/>
        </w:rPr>
        <w:t>შესაბამისად</w:t>
      </w:r>
      <w:proofErr w:type="spellEnd"/>
      <w:r w:rsidRPr="00C86A0D">
        <w:rPr>
          <w:rFonts w:cstheme="majorHAnsi"/>
          <w:sz w:val="18"/>
          <w:szCs w:val="18"/>
        </w:rPr>
        <w:t xml:space="preserve">. </w:t>
      </w:r>
      <w:proofErr w:type="spellStart"/>
      <w:r w:rsidRPr="00C86A0D">
        <w:rPr>
          <w:rFonts w:ascii="Sylfaen" w:hAnsi="Sylfaen" w:cs="Sylfaen"/>
          <w:sz w:val="18"/>
          <w:szCs w:val="18"/>
        </w:rPr>
        <w:t>ექსპერტიზის</w:t>
      </w:r>
      <w:proofErr w:type="spellEnd"/>
      <w:r w:rsidRPr="00C86A0D">
        <w:rPr>
          <w:rFonts w:cstheme="majorHAnsi"/>
          <w:sz w:val="18"/>
          <w:szCs w:val="18"/>
        </w:rPr>
        <w:t xml:space="preserve"> </w:t>
      </w:r>
      <w:proofErr w:type="spellStart"/>
      <w:r w:rsidRPr="00C86A0D">
        <w:rPr>
          <w:rFonts w:ascii="Sylfaen" w:hAnsi="Sylfaen" w:cs="Sylfaen"/>
          <w:sz w:val="18"/>
          <w:szCs w:val="18"/>
        </w:rPr>
        <w:t>დასკვნის</w:t>
      </w:r>
      <w:proofErr w:type="spellEnd"/>
      <w:r w:rsidRPr="00C86A0D">
        <w:rPr>
          <w:rFonts w:cstheme="majorHAnsi"/>
          <w:sz w:val="18"/>
          <w:szCs w:val="18"/>
        </w:rPr>
        <w:t xml:space="preserve"> </w:t>
      </w:r>
      <w:proofErr w:type="spellStart"/>
      <w:r w:rsidRPr="00C86A0D">
        <w:rPr>
          <w:rFonts w:ascii="Sylfaen" w:hAnsi="Sylfaen" w:cs="Sylfaen"/>
          <w:sz w:val="18"/>
          <w:szCs w:val="18"/>
        </w:rPr>
        <w:t>საფუძველზე</w:t>
      </w:r>
      <w:proofErr w:type="spellEnd"/>
      <w:r w:rsidRPr="00C86A0D">
        <w:rPr>
          <w:rFonts w:cstheme="majorHAnsi"/>
          <w:sz w:val="18"/>
          <w:szCs w:val="18"/>
        </w:rPr>
        <w:t xml:space="preserve"> </w:t>
      </w:r>
      <w:proofErr w:type="spellStart"/>
      <w:r w:rsidRPr="00C86A0D">
        <w:rPr>
          <w:rFonts w:ascii="Sylfaen" w:hAnsi="Sylfaen" w:cs="Sylfaen"/>
          <w:sz w:val="18"/>
          <w:szCs w:val="18"/>
        </w:rPr>
        <w:t>სამუშაოს</w:t>
      </w:r>
      <w:proofErr w:type="spellEnd"/>
      <w:r w:rsidRPr="00C86A0D">
        <w:rPr>
          <w:rFonts w:cstheme="majorHAnsi"/>
          <w:sz w:val="18"/>
          <w:szCs w:val="18"/>
        </w:rPr>
        <w:t xml:space="preserve"> </w:t>
      </w:r>
      <w:proofErr w:type="spellStart"/>
      <w:r w:rsidRPr="00C86A0D">
        <w:rPr>
          <w:rFonts w:ascii="Sylfaen" w:hAnsi="Sylfaen" w:cs="Sylfaen"/>
          <w:sz w:val="18"/>
          <w:szCs w:val="18"/>
        </w:rPr>
        <w:t>ნაკლის</w:t>
      </w:r>
      <w:proofErr w:type="spellEnd"/>
      <w:r w:rsidRPr="00C86A0D">
        <w:rPr>
          <w:rFonts w:cstheme="majorHAnsi"/>
          <w:sz w:val="18"/>
          <w:szCs w:val="18"/>
        </w:rPr>
        <w:t xml:space="preserve"> </w:t>
      </w:r>
      <w:proofErr w:type="spellStart"/>
      <w:r w:rsidRPr="00C86A0D">
        <w:rPr>
          <w:rFonts w:ascii="Sylfaen" w:hAnsi="Sylfaen" w:cs="Sylfaen"/>
          <w:sz w:val="18"/>
          <w:szCs w:val="18"/>
        </w:rPr>
        <w:t>დადასტურების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შემთხვევაში</w:t>
      </w:r>
      <w:proofErr w:type="spellEnd"/>
      <w:r w:rsidRPr="00C86A0D">
        <w:rPr>
          <w:rFonts w:cstheme="majorHAnsi"/>
          <w:sz w:val="18"/>
          <w:szCs w:val="18"/>
        </w:rPr>
        <w:t xml:space="preserve">, </w:t>
      </w:r>
      <w:proofErr w:type="spellStart"/>
      <w:r w:rsidRPr="00C86A0D">
        <w:rPr>
          <w:rFonts w:ascii="Sylfaen" w:hAnsi="Sylfaen" w:cs="Sylfaen"/>
          <w:sz w:val="18"/>
          <w:szCs w:val="18"/>
        </w:rPr>
        <w:t>მხარეები</w:t>
      </w:r>
      <w:proofErr w:type="spellEnd"/>
      <w:r w:rsidRPr="00C86A0D">
        <w:rPr>
          <w:rFonts w:cstheme="majorHAnsi"/>
          <w:sz w:val="18"/>
          <w:szCs w:val="18"/>
        </w:rPr>
        <w:t xml:space="preserve"> </w:t>
      </w:r>
      <w:proofErr w:type="spellStart"/>
      <w:r w:rsidRPr="00C86A0D">
        <w:rPr>
          <w:rFonts w:ascii="Sylfaen" w:hAnsi="Sylfaen" w:cs="Sylfaen"/>
          <w:sz w:val="18"/>
          <w:szCs w:val="18"/>
        </w:rPr>
        <w:t>იხელმძღვანელებენ</w:t>
      </w:r>
      <w:proofErr w:type="spellEnd"/>
      <w:r w:rsidRPr="00C86A0D">
        <w:rPr>
          <w:rFonts w:cstheme="majorHAnsi"/>
          <w:sz w:val="18"/>
          <w:szCs w:val="18"/>
        </w:rPr>
        <w:t xml:space="preserve"> </w:t>
      </w:r>
      <w:proofErr w:type="spellStart"/>
      <w:r w:rsidRPr="00C86A0D">
        <w:rPr>
          <w:rFonts w:ascii="Sylfaen" w:hAnsi="Sylfaen" w:cs="Sylfaen"/>
          <w:sz w:val="18"/>
          <w:szCs w:val="18"/>
        </w:rPr>
        <w:t>ნაკლიანი</w:t>
      </w:r>
      <w:proofErr w:type="spellEnd"/>
      <w:r w:rsidRPr="00C86A0D">
        <w:rPr>
          <w:rFonts w:cstheme="majorHAnsi"/>
          <w:sz w:val="18"/>
          <w:szCs w:val="18"/>
        </w:rPr>
        <w:t xml:space="preserve"> </w:t>
      </w:r>
      <w:proofErr w:type="spellStart"/>
      <w:r w:rsidRPr="00C86A0D">
        <w:rPr>
          <w:rFonts w:ascii="Sylfaen" w:hAnsi="Sylfaen" w:cs="Sylfaen"/>
          <w:sz w:val="18"/>
          <w:szCs w:val="18"/>
        </w:rPr>
        <w:t>სამუშაოს</w:t>
      </w:r>
      <w:proofErr w:type="spellEnd"/>
      <w:r w:rsidRPr="00C86A0D">
        <w:rPr>
          <w:rFonts w:cstheme="majorHAnsi"/>
          <w:sz w:val="18"/>
          <w:szCs w:val="18"/>
        </w:rPr>
        <w:t xml:space="preserve"> </w:t>
      </w:r>
      <w:proofErr w:type="spellStart"/>
      <w:r w:rsidRPr="00C86A0D">
        <w:rPr>
          <w:rFonts w:ascii="Sylfaen" w:hAnsi="Sylfaen" w:cs="Sylfaen"/>
          <w:sz w:val="18"/>
          <w:szCs w:val="18"/>
        </w:rPr>
        <w:t>აღმოფხვრის</w:t>
      </w:r>
      <w:proofErr w:type="spellEnd"/>
      <w:r w:rsidRPr="00C86A0D">
        <w:rPr>
          <w:rFonts w:cstheme="majorHAnsi"/>
          <w:sz w:val="18"/>
          <w:szCs w:val="18"/>
        </w:rPr>
        <w:t xml:space="preserve"> </w:t>
      </w:r>
      <w:proofErr w:type="spellStart"/>
      <w:r w:rsidRPr="00C86A0D">
        <w:rPr>
          <w:rFonts w:ascii="Sylfaen" w:hAnsi="Sylfaen" w:cs="Sylfaen"/>
          <w:sz w:val="18"/>
          <w:szCs w:val="18"/>
        </w:rPr>
        <w:t>ხელშეკრულებით</w:t>
      </w:r>
      <w:proofErr w:type="spellEnd"/>
      <w:r w:rsidRPr="00C86A0D">
        <w:rPr>
          <w:rFonts w:cstheme="majorHAnsi"/>
          <w:sz w:val="18"/>
          <w:szCs w:val="18"/>
        </w:rPr>
        <w:t xml:space="preserve"> </w:t>
      </w:r>
      <w:proofErr w:type="spellStart"/>
      <w:r w:rsidRPr="00C86A0D">
        <w:rPr>
          <w:rFonts w:ascii="Sylfaen" w:hAnsi="Sylfaen" w:cs="Sylfaen"/>
          <w:sz w:val="18"/>
          <w:szCs w:val="18"/>
        </w:rPr>
        <w:t>დადგენილი</w:t>
      </w:r>
      <w:proofErr w:type="spellEnd"/>
      <w:r w:rsidRPr="00C86A0D">
        <w:rPr>
          <w:rFonts w:cstheme="majorHAnsi"/>
          <w:sz w:val="18"/>
          <w:szCs w:val="18"/>
        </w:rPr>
        <w:t xml:space="preserve"> </w:t>
      </w:r>
      <w:proofErr w:type="spellStart"/>
      <w:r w:rsidRPr="00C86A0D">
        <w:rPr>
          <w:rFonts w:ascii="Sylfaen" w:hAnsi="Sylfaen" w:cs="Sylfaen"/>
          <w:sz w:val="18"/>
          <w:szCs w:val="18"/>
        </w:rPr>
        <w:t>წესით</w:t>
      </w:r>
      <w:proofErr w:type="spellEnd"/>
      <w:r w:rsidRPr="00C86A0D">
        <w:rPr>
          <w:rFonts w:cstheme="majorHAnsi"/>
          <w:sz w:val="18"/>
          <w:szCs w:val="18"/>
        </w:rPr>
        <w:t>.</w:t>
      </w:r>
      <w:r w:rsidR="00A0508F">
        <w:rPr>
          <w:rFonts w:ascii="Sylfaen" w:hAnsi="Sylfaen" w:cstheme="majorHAnsi"/>
          <w:sz w:val="18"/>
          <w:szCs w:val="18"/>
          <w:lang w:val="ka-GE"/>
        </w:rPr>
        <w:t xml:space="preserve"> </w:t>
      </w:r>
      <w:proofErr w:type="spellStart"/>
      <w:r w:rsidRPr="00C86A0D">
        <w:rPr>
          <w:rFonts w:ascii="Sylfaen" w:hAnsi="Sylfaen" w:cs="Sylfaen"/>
          <w:sz w:val="18"/>
          <w:szCs w:val="18"/>
        </w:rPr>
        <w:t>ამასთან</w:t>
      </w:r>
      <w:proofErr w:type="spellEnd"/>
      <w:r w:rsidRPr="00C86A0D">
        <w:rPr>
          <w:rFonts w:cstheme="majorHAnsi"/>
          <w:sz w:val="18"/>
          <w:szCs w:val="18"/>
        </w:rPr>
        <w:t xml:space="preserve">, </w:t>
      </w:r>
      <w:proofErr w:type="spellStart"/>
      <w:r w:rsidRPr="00C86A0D">
        <w:rPr>
          <w:rFonts w:ascii="Sylfaen" w:hAnsi="Sylfaen" w:cs="Sylfaen"/>
          <w:sz w:val="18"/>
          <w:szCs w:val="18"/>
        </w:rPr>
        <w:t>მხარეები</w:t>
      </w:r>
      <w:proofErr w:type="spellEnd"/>
      <w:r w:rsidRPr="00C86A0D">
        <w:rPr>
          <w:rFonts w:cstheme="majorHAnsi"/>
          <w:sz w:val="18"/>
          <w:szCs w:val="18"/>
        </w:rPr>
        <w:t xml:space="preserve"> </w:t>
      </w:r>
      <w:proofErr w:type="spellStart"/>
      <w:r w:rsidRPr="00C86A0D">
        <w:rPr>
          <w:rFonts w:ascii="Sylfaen" w:hAnsi="Sylfaen" w:cs="Sylfaen"/>
          <w:sz w:val="18"/>
          <w:szCs w:val="18"/>
        </w:rPr>
        <w:t>თანხმდებიან</w:t>
      </w:r>
      <w:proofErr w:type="spellEnd"/>
      <w:r w:rsidRPr="00C86A0D">
        <w:rPr>
          <w:rFonts w:cstheme="majorHAnsi"/>
          <w:sz w:val="18"/>
          <w:szCs w:val="18"/>
        </w:rPr>
        <w:t xml:space="preserve">, </w:t>
      </w:r>
      <w:proofErr w:type="spellStart"/>
      <w:r w:rsidRPr="00C86A0D">
        <w:rPr>
          <w:rFonts w:ascii="Sylfaen" w:hAnsi="Sylfaen" w:cs="Sylfaen"/>
          <w:sz w:val="18"/>
          <w:szCs w:val="18"/>
        </w:rPr>
        <w:t>რომ</w:t>
      </w:r>
      <w:proofErr w:type="spellEnd"/>
      <w:r w:rsidRPr="00C86A0D">
        <w:rPr>
          <w:rFonts w:cstheme="majorHAnsi"/>
          <w:sz w:val="18"/>
          <w:szCs w:val="18"/>
        </w:rPr>
        <w:t xml:space="preserve"> </w:t>
      </w:r>
      <w:proofErr w:type="spellStart"/>
      <w:r w:rsidRPr="00C86A0D">
        <w:rPr>
          <w:rFonts w:ascii="Sylfaen" w:hAnsi="Sylfaen" w:cs="Sylfaen"/>
          <w:sz w:val="18"/>
          <w:szCs w:val="18"/>
        </w:rPr>
        <w:t>დამკვეთს</w:t>
      </w:r>
      <w:proofErr w:type="spellEnd"/>
      <w:r w:rsidRPr="00C86A0D">
        <w:rPr>
          <w:rFonts w:cstheme="majorHAnsi"/>
          <w:sz w:val="18"/>
          <w:szCs w:val="18"/>
        </w:rPr>
        <w:t xml:space="preserve"> </w:t>
      </w:r>
      <w:proofErr w:type="spellStart"/>
      <w:r w:rsidRPr="00C86A0D">
        <w:rPr>
          <w:rFonts w:ascii="Sylfaen" w:hAnsi="Sylfaen" w:cs="Sylfaen"/>
          <w:sz w:val="18"/>
          <w:szCs w:val="18"/>
        </w:rPr>
        <w:t>უფლება</w:t>
      </w:r>
      <w:proofErr w:type="spellEnd"/>
      <w:r w:rsidRPr="00C86A0D">
        <w:rPr>
          <w:rFonts w:cstheme="majorHAnsi"/>
          <w:sz w:val="18"/>
          <w:szCs w:val="18"/>
        </w:rPr>
        <w:t xml:space="preserve"> </w:t>
      </w:r>
      <w:proofErr w:type="spellStart"/>
      <w:r w:rsidRPr="00C86A0D">
        <w:rPr>
          <w:rFonts w:ascii="Sylfaen" w:hAnsi="Sylfaen" w:cs="Sylfaen"/>
          <w:sz w:val="18"/>
          <w:szCs w:val="18"/>
        </w:rPr>
        <w:t>აქვს</w:t>
      </w:r>
      <w:proofErr w:type="spellEnd"/>
      <w:r w:rsidRPr="00C86A0D">
        <w:rPr>
          <w:rFonts w:cstheme="majorHAnsi"/>
          <w:sz w:val="18"/>
          <w:szCs w:val="18"/>
        </w:rPr>
        <w:t xml:space="preserve">, </w:t>
      </w:r>
      <w:proofErr w:type="spellStart"/>
      <w:r w:rsidRPr="00C86A0D">
        <w:rPr>
          <w:rFonts w:ascii="Sylfaen" w:hAnsi="Sylfaen" w:cs="Sylfaen"/>
          <w:sz w:val="18"/>
          <w:szCs w:val="18"/>
        </w:rPr>
        <w:t>მოითხოვოს</w:t>
      </w:r>
      <w:proofErr w:type="spellEnd"/>
      <w:r w:rsidRPr="00C86A0D">
        <w:rPr>
          <w:rFonts w:cstheme="majorHAnsi"/>
          <w:sz w:val="18"/>
          <w:szCs w:val="18"/>
        </w:rPr>
        <w:t xml:space="preserve"> </w:t>
      </w:r>
      <w:proofErr w:type="spellStart"/>
      <w:r w:rsidRPr="00C86A0D">
        <w:rPr>
          <w:rFonts w:ascii="Sylfaen" w:hAnsi="Sylfaen" w:cs="Sylfaen"/>
          <w:sz w:val="18"/>
          <w:szCs w:val="18"/>
        </w:rPr>
        <w:t>მენარდის</w:t>
      </w:r>
      <w:proofErr w:type="spellEnd"/>
      <w:r w:rsidRPr="00C86A0D">
        <w:rPr>
          <w:rFonts w:cstheme="majorHAnsi"/>
          <w:sz w:val="18"/>
          <w:szCs w:val="18"/>
        </w:rPr>
        <w:t xml:space="preserve"> </w:t>
      </w:r>
      <w:proofErr w:type="spellStart"/>
      <w:r w:rsidRPr="00C86A0D">
        <w:rPr>
          <w:rFonts w:ascii="Sylfaen" w:hAnsi="Sylfaen" w:cs="Sylfaen"/>
          <w:sz w:val="18"/>
          <w:szCs w:val="18"/>
        </w:rPr>
        <w:t>მიერ</w:t>
      </w:r>
      <w:proofErr w:type="spellEnd"/>
      <w:r w:rsidRPr="00C86A0D">
        <w:rPr>
          <w:rFonts w:cstheme="majorHAnsi"/>
          <w:sz w:val="18"/>
          <w:szCs w:val="18"/>
        </w:rPr>
        <w:t xml:space="preserve"> </w:t>
      </w:r>
      <w:proofErr w:type="spellStart"/>
      <w:r w:rsidRPr="00C86A0D">
        <w:rPr>
          <w:rFonts w:ascii="Sylfaen" w:hAnsi="Sylfaen" w:cs="Sylfaen"/>
          <w:sz w:val="18"/>
          <w:szCs w:val="18"/>
        </w:rPr>
        <w:t>წარმოდგენილი</w:t>
      </w:r>
      <w:proofErr w:type="spellEnd"/>
      <w:r w:rsidRPr="00C86A0D">
        <w:rPr>
          <w:rFonts w:cstheme="majorHAnsi"/>
          <w:sz w:val="18"/>
          <w:szCs w:val="18"/>
        </w:rPr>
        <w:t xml:space="preserve"> </w:t>
      </w:r>
      <w:proofErr w:type="spellStart"/>
      <w:r w:rsidRPr="00C86A0D">
        <w:rPr>
          <w:rFonts w:ascii="Sylfaen" w:hAnsi="Sylfaen" w:cs="Sylfaen"/>
          <w:sz w:val="18"/>
          <w:szCs w:val="18"/>
        </w:rPr>
        <w:t>ფორმა</w:t>
      </w:r>
      <w:proofErr w:type="spellEnd"/>
      <w:r w:rsidRPr="00C86A0D">
        <w:rPr>
          <w:rFonts w:cstheme="majorHAnsi"/>
          <w:sz w:val="18"/>
          <w:szCs w:val="18"/>
        </w:rPr>
        <w:t xml:space="preserve"> N2-</w:t>
      </w:r>
      <w:r w:rsidRPr="00C86A0D">
        <w:rPr>
          <w:rFonts w:ascii="Sylfaen" w:hAnsi="Sylfaen" w:cs="Sylfaen"/>
          <w:sz w:val="18"/>
          <w:szCs w:val="18"/>
        </w:rPr>
        <w:t>ით</w:t>
      </w:r>
      <w:r w:rsidRPr="00C86A0D">
        <w:rPr>
          <w:rFonts w:cstheme="majorHAnsi"/>
          <w:sz w:val="18"/>
          <w:szCs w:val="18"/>
        </w:rPr>
        <w:t xml:space="preserve"> </w:t>
      </w:r>
      <w:proofErr w:type="spellStart"/>
      <w:r w:rsidRPr="00C86A0D">
        <w:rPr>
          <w:rFonts w:ascii="Sylfaen" w:hAnsi="Sylfaen" w:cs="Sylfaen"/>
          <w:sz w:val="18"/>
          <w:szCs w:val="18"/>
        </w:rPr>
        <w:t>გათვალისწინებული</w:t>
      </w:r>
      <w:proofErr w:type="spellEnd"/>
      <w:r w:rsidRPr="00C86A0D">
        <w:rPr>
          <w:rFonts w:cstheme="majorHAnsi"/>
          <w:sz w:val="18"/>
          <w:szCs w:val="18"/>
        </w:rPr>
        <w:t xml:space="preserve"> </w:t>
      </w:r>
      <w:proofErr w:type="spellStart"/>
      <w:r w:rsidRPr="00C86A0D">
        <w:rPr>
          <w:rFonts w:ascii="Sylfaen" w:hAnsi="Sylfaen" w:cs="Sylfaen"/>
          <w:sz w:val="18"/>
          <w:szCs w:val="18"/>
        </w:rPr>
        <w:t>ან</w:t>
      </w:r>
      <w:proofErr w:type="spellEnd"/>
      <w:r w:rsidRPr="00C86A0D">
        <w:rPr>
          <w:rFonts w:cstheme="majorHAnsi"/>
          <w:sz w:val="18"/>
          <w:szCs w:val="18"/>
        </w:rPr>
        <w:t>/</w:t>
      </w:r>
      <w:proofErr w:type="spellStart"/>
      <w:r w:rsidRPr="00C86A0D">
        <w:rPr>
          <w:rFonts w:ascii="Sylfaen" w:hAnsi="Sylfaen" w:cs="Sylfaen"/>
          <w:sz w:val="18"/>
          <w:szCs w:val="18"/>
        </w:rPr>
        <w:t>და</w:t>
      </w:r>
      <w:proofErr w:type="spellEnd"/>
      <w:r w:rsidRPr="00C86A0D">
        <w:rPr>
          <w:rFonts w:cstheme="majorHAnsi"/>
          <w:sz w:val="18"/>
          <w:szCs w:val="18"/>
        </w:rPr>
        <w:t xml:space="preserve"> </w:t>
      </w:r>
      <w:proofErr w:type="spellStart"/>
      <w:r w:rsidRPr="00C86A0D">
        <w:rPr>
          <w:rFonts w:ascii="Sylfaen" w:hAnsi="Sylfaen" w:cs="Sylfaen"/>
          <w:sz w:val="18"/>
          <w:szCs w:val="18"/>
        </w:rPr>
        <w:t>უშუალოდ</w:t>
      </w:r>
      <w:proofErr w:type="spellEnd"/>
      <w:r w:rsidRPr="00C86A0D">
        <w:rPr>
          <w:rFonts w:cstheme="majorHAnsi"/>
          <w:sz w:val="18"/>
          <w:szCs w:val="18"/>
        </w:rPr>
        <w:t xml:space="preserve"> </w:t>
      </w:r>
      <w:proofErr w:type="spellStart"/>
      <w:r w:rsidRPr="00C86A0D">
        <w:rPr>
          <w:rFonts w:ascii="Sylfaen" w:hAnsi="Sylfaen" w:cs="Sylfaen"/>
          <w:sz w:val="18"/>
          <w:szCs w:val="18"/>
        </w:rPr>
        <w:t>ობიექტზე</w:t>
      </w:r>
      <w:proofErr w:type="spellEnd"/>
      <w:r w:rsidRPr="00C86A0D">
        <w:rPr>
          <w:rFonts w:cstheme="majorHAnsi"/>
          <w:sz w:val="18"/>
          <w:szCs w:val="18"/>
        </w:rPr>
        <w:t xml:space="preserve"> </w:t>
      </w:r>
      <w:proofErr w:type="spellStart"/>
      <w:r w:rsidRPr="00C86A0D">
        <w:rPr>
          <w:rFonts w:ascii="Sylfaen" w:hAnsi="Sylfaen" w:cs="Sylfaen"/>
          <w:sz w:val="18"/>
          <w:szCs w:val="18"/>
        </w:rPr>
        <w:t>მიმდინარე</w:t>
      </w:r>
      <w:proofErr w:type="spellEnd"/>
      <w:r w:rsidRPr="00C86A0D">
        <w:rPr>
          <w:rFonts w:cstheme="majorHAnsi"/>
          <w:sz w:val="18"/>
          <w:szCs w:val="18"/>
        </w:rPr>
        <w:t xml:space="preserve"> </w:t>
      </w:r>
      <w:proofErr w:type="spellStart"/>
      <w:r w:rsidRPr="00C86A0D">
        <w:rPr>
          <w:rFonts w:ascii="Sylfaen" w:hAnsi="Sylfaen" w:cs="Sylfaen"/>
          <w:sz w:val="18"/>
          <w:szCs w:val="18"/>
        </w:rPr>
        <w:t>სამუშაოების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შემოწმება</w:t>
      </w:r>
      <w:proofErr w:type="spellEnd"/>
      <w:r w:rsidRPr="00C86A0D">
        <w:rPr>
          <w:rFonts w:cstheme="majorHAnsi"/>
          <w:sz w:val="18"/>
          <w:szCs w:val="18"/>
        </w:rPr>
        <w:t xml:space="preserve"> </w:t>
      </w:r>
      <w:proofErr w:type="spellStart"/>
      <w:r w:rsidRPr="00C86A0D">
        <w:rPr>
          <w:rFonts w:ascii="Sylfaen" w:hAnsi="Sylfaen" w:cs="Sylfaen"/>
          <w:sz w:val="18"/>
          <w:szCs w:val="18"/>
        </w:rPr>
        <w:t>სსიპ</w:t>
      </w:r>
      <w:proofErr w:type="spellEnd"/>
      <w:r w:rsidRPr="00C86A0D">
        <w:rPr>
          <w:rFonts w:cstheme="majorHAnsi"/>
          <w:sz w:val="18"/>
          <w:szCs w:val="18"/>
        </w:rPr>
        <w:t xml:space="preserve"> „</w:t>
      </w:r>
      <w:proofErr w:type="spellStart"/>
      <w:r w:rsidRPr="00C86A0D">
        <w:rPr>
          <w:rFonts w:ascii="Sylfaen" w:hAnsi="Sylfaen" w:cs="Sylfaen"/>
          <w:sz w:val="18"/>
          <w:szCs w:val="18"/>
        </w:rPr>
        <w:t>ლევან</w:t>
      </w:r>
      <w:proofErr w:type="spellEnd"/>
      <w:r w:rsidRPr="00C86A0D">
        <w:rPr>
          <w:rFonts w:cstheme="majorHAnsi"/>
          <w:sz w:val="18"/>
          <w:szCs w:val="18"/>
        </w:rPr>
        <w:t xml:space="preserve"> </w:t>
      </w:r>
      <w:proofErr w:type="spellStart"/>
      <w:r w:rsidRPr="00C86A0D">
        <w:rPr>
          <w:rFonts w:ascii="Sylfaen" w:hAnsi="Sylfaen" w:cs="Sylfaen"/>
          <w:sz w:val="18"/>
          <w:szCs w:val="18"/>
        </w:rPr>
        <w:t>სამხარაულის</w:t>
      </w:r>
      <w:proofErr w:type="spellEnd"/>
      <w:r w:rsidRPr="00C86A0D">
        <w:rPr>
          <w:rFonts w:cstheme="majorHAnsi"/>
          <w:sz w:val="18"/>
          <w:szCs w:val="18"/>
        </w:rPr>
        <w:t xml:space="preserve"> </w:t>
      </w:r>
      <w:proofErr w:type="spellStart"/>
      <w:r w:rsidRPr="00C86A0D">
        <w:rPr>
          <w:rFonts w:ascii="Sylfaen" w:hAnsi="Sylfaen" w:cs="Sylfaen"/>
          <w:sz w:val="18"/>
          <w:szCs w:val="18"/>
        </w:rPr>
        <w:t>სახელობის</w:t>
      </w:r>
      <w:proofErr w:type="spellEnd"/>
      <w:r w:rsidRPr="00C86A0D">
        <w:rPr>
          <w:rFonts w:cstheme="majorHAnsi"/>
          <w:sz w:val="18"/>
          <w:szCs w:val="18"/>
        </w:rPr>
        <w:t xml:space="preserve"> </w:t>
      </w:r>
      <w:proofErr w:type="spellStart"/>
      <w:r w:rsidRPr="00C86A0D">
        <w:rPr>
          <w:rFonts w:ascii="Sylfaen" w:hAnsi="Sylfaen" w:cs="Sylfaen"/>
          <w:sz w:val="18"/>
          <w:szCs w:val="18"/>
        </w:rPr>
        <w:t>სასამართლო</w:t>
      </w:r>
      <w:proofErr w:type="spellEnd"/>
      <w:r w:rsidRPr="00C86A0D">
        <w:rPr>
          <w:rFonts w:cstheme="majorHAnsi"/>
          <w:sz w:val="18"/>
          <w:szCs w:val="18"/>
        </w:rPr>
        <w:t xml:space="preserve"> </w:t>
      </w:r>
      <w:proofErr w:type="spellStart"/>
      <w:r w:rsidRPr="00C86A0D">
        <w:rPr>
          <w:rFonts w:ascii="Sylfaen" w:hAnsi="Sylfaen" w:cs="Sylfaen"/>
          <w:sz w:val="18"/>
          <w:szCs w:val="18"/>
        </w:rPr>
        <w:t>ექსპერტიზის</w:t>
      </w:r>
      <w:proofErr w:type="spellEnd"/>
      <w:r w:rsidRPr="00C86A0D">
        <w:rPr>
          <w:rFonts w:cstheme="majorHAnsi"/>
          <w:sz w:val="18"/>
          <w:szCs w:val="18"/>
        </w:rPr>
        <w:t xml:space="preserve"> </w:t>
      </w:r>
      <w:proofErr w:type="spellStart"/>
      <w:r w:rsidRPr="00C86A0D">
        <w:rPr>
          <w:rFonts w:ascii="Sylfaen" w:hAnsi="Sylfaen" w:cs="Sylfaen"/>
          <w:sz w:val="18"/>
          <w:szCs w:val="18"/>
        </w:rPr>
        <w:t>ეროვნული</w:t>
      </w:r>
      <w:proofErr w:type="spellEnd"/>
      <w:r w:rsidRPr="00C86A0D">
        <w:rPr>
          <w:rFonts w:cstheme="majorHAnsi"/>
          <w:sz w:val="18"/>
          <w:szCs w:val="18"/>
        </w:rPr>
        <w:t xml:space="preserve"> </w:t>
      </w:r>
      <w:proofErr w:type="spellStart"/>
      <w:proofErr w:type="gramStart"/>
      <w:r w:rsidRPr="00C86A0D">
        <w:rPr>
          <w:rFonts w:ascii="Sylfaen" w:hAnsi="Sylfaen" w:cs="Sylfaen"/>
          <w:sz w:val="18"/>
          <w:szCs w:val="18"/>
        </w:rPr>
        <w:t>ბიუროს</w:t>
      </w:r>
      <w:proofErr w:type="spellEnd"/>
      <w:r w:rsidRPr="00C86A0D">
        <w:rPr>
          <w:rFonts w:cstheme="majorHAnsi"/>
          <w:sz w:val="18"/>
          <w:szCs w:val="18"/>
        </w:rPr>
        <w:t>“</w:t>
      </w:r>
      <w:proofErr w:type="gramEnd"/>
      <w:r w:rsidRPr="00C86A0D">
        <w:rPr>
          <w:rFonts w:cstheme="majorHAnsi"/>
          <w:sz w:val="18"/>
          <w:szCs w:val="18"/>
        </w:rPr>
        <w:t xml:space="preserve">, </w:t>
      </w:r>
      <w:proofErr w:type="spellStart"/>
      <w:r w:rsidRPr="00C86A0D">
        <w:rPr>
          <w:rFonts w:ascii="Sylfaen" w:hAnsi="Sylfaen" w:cs="Sylfaen"/>
          <w:sz w:val="18"/>
          <w:szCs w:val="18"/>
        </w:rPr>
        <w:t>ან</w:t>
      </w:r>
      <w:proofErr w:type="spellEnd"/>
      <w:r w:rsidRPr="00C86A0D">
        <w:rPr>
          <w:rFonts w:cstheme="majorHAnsi"/>
          <w:sz w:val="18"/>
          <w:szCs w:val="18"/>
        </w:rPr>
        <w:t xml:space="preserve"> </w:t>
      </w:r>
      <w:proofErr w:type="spellStart"/>
      <w:r w:rsidRPr="00C86A0D">
        <w:rPr>
          <w:rFonts w:ascii="Sylfaen" w:hAnsi="Sylfaen" w:cs="Sylfaen"/>
          <w:sz w:val="18"/>
          <w:szCs w:val="18"/>
        </w:rPr>
        <w:t>აკრედიტირებული</w:t>
      </w:r>
      <w:proofErr w:type="spellEnd"/>
      <w:r w:rsidRPr="00C86A0D">
        <w:rPr>
          <w:rFonts w:cstheme="majorHAnsi"/>
          <w:sz w:val="18"/>
          <w:szCs w:val="18"/>
        </w:rPr>
        <w:t xml:space="preserve"> </w:t>
      </w:r>
      <w:proofErr w:type="spellStart"/>
      <w:r w:rsidRPr="00C86A0D">
        <w:rPr>
          <w:rFonts w:ascii="Sylfaen" w:hAnsi="Sylfaen" w:cs="Sylfaen"/>
          <w:sz w:val="18"/>
          <w:szCs w:val="18"/>
        </w:rPr>
        <w:t>საექსპერტო</w:t>
      </w:r>
      <w:proofErr w:type="spellEnd"/>
      <w:r w:rsidRPr="00C86A0D">
        <w:rPr>
          <w:rFonts w:cstheme="majorHAnsi"/>
          <w:sz w:val="18"/>
          <w:szCs w:val="18"/>
        </w:rPr>
        <w:t xml:space="preserve"> </w:t>
      </w:r>
      <w:proofErr w:type="spellStart"/>
      <w:r w:rsidRPr="00C86A0D">
        <w:rPr>
          <w:rFonts w:ascii="Sylfaen" w:hAnsi="Sylfaen" w:cs="Sylfaen"/>
          <w:sz w:val="18"/>
          <w:szCs w:val="18"/>
        </w:rPr>
        <w:t>დაწესებულების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ან</w:t>
      </w:r>
      <w:proofErr w:type="spellEnd"/>
      <w:r w:rsidRPr="00C86A0D">
        <w:rPr>
          <w:rFonts w:cstheme="majorHAnsi"/>
          <w:sz w:val="18"/>
          <w:szCs w:val="18"/>
        </w:rPr>
        <w:t xml:space="preserve"> </w:t>
      </w:r>
      <w:proofErr w:type="spellStart"/>
      <w:r w:rsidRPr="00C86A0D">
        <w:rPr>
          <w:rFonts w:ascii="Sylfaen" w:hAnsi="Sylfaen" w:cs="Sylfaen"/>
          <w:sz w:val="18"/>
          <w:szCs w:val="18"/>
        </w:rPr>
        <w:t>დამოუკიდებელი</w:t>
      </w:r>
      <w:proofErr w:type="spellEnd"/>
      <w:r w:rsidRPr="00C86A0D">
        <w:rPr>
          <w:rFonts w:cstheme="majorHAnsi"/>
          <w:sz w:val="18"/>
          <w:szCs w:val="18"/>
        </w:rPr>
        <w:t xml:space="preserve"> </w:t>
      </w:r>
      <w:proofErr w:type="spellStart"/>
      <w:r w:rsidRPr="00C86A0D">
        <w:rPr>
          <w:rFonts w:ascii="Sylfaen" w:hAnsi="Sylfaen" w:cs="Sylfaen"/>
          <w:sz w:val="18"/>
          <w:szCs w:val="18"/>
        </w:rPr>
        <w:t>ექსპერტის</w:t>
      </w:r>
      <w:proofErr w:type="spellEnd"/>
      <w:r w:rsidRPr="00C86A0D">
        <w:rPr>
          <w:rFonts w:cstheme="majorHAnsi"/>
          <w:sz w:val="18"/>
          <w:szCs w:val="18"/>
        </w:rPr>
        <w:t xml:space="preserve">  </w:t>
      </w:r>
      <w:proofErr w:type="spellStart"/>
      <w:r w:rsidRPr="00C86A0D">
        <w:rPr>
          <w:rFonts w:ascii="Sylfaen" w:hAnsi="Sylfaen" w:cs="Sylfaen"/>
          <w:sz w:val="18"/>
          <w:szCs w:val="18"/>
        </w:rPr>
        <w:t>მიერ</w:t>
      </w:r>
      <w:proofErr w:type="spellEnd"/>
      <w:r w:rsidRPr="00C86A0D">
        <w:rPr>
          <w:rFonts w:cstheme="majorHAnsi"/>
          <w:sz w:val="18"/>
          <w:szCs w:val="18"/>
        </w:rPr>
        <w:t xml:space="preserve">.  </w:t>
      </w:r>
      <w:proofErr w:type="spellStart"/>
      <w:r w:rsidRPr="00C86A0D">
        <w:rPr>
          <w:rFonts w:ascii="Sylfaen" w:hAnsi="Sylfaen" w:cs="Sylfaen"/>
          <w:sz w:val="18"/>
          <w:szCs w:val="18"/>
        </w:rPr>
        <w:t>ასეთი</w:t>
      </w:r>
      <w:proofErr w:type="spellEnd"/>
      <w:r w:rsidRPr="00C86A0D">
        <w:rPr>
          <w:rFonts w:cstheme="majorHAnsi"/>
          <w:sz w:val="18"/>
          <w:szCs w:val="18"/>
        </w:rPr>
        <w:t xml:space="preserve"> </w:t>
      </w:r>
      <w:proofErr w:type="spellStart"/>
      <w:r w:rsidRPr="00C86A0D">
        <w:rPr>
          <w:rFonts w:ascii="Sylfaen" w:hAnsi="Sylfaen" w:cs="Sylfaen"/>
          <w:sz w:val="18"/>
          <w:szCs w:val="18"/>
        </w:rPr>
        <w:t>მოთხოვნის</w:t>
      </w:r>
      <w:proofErr w:type="spellEnd"/>
      <w:r w:rsidRPr="00C86A0D">
        <w:rPr>
          <w:rFonts w:cstheme="majorHAnsi"/>
          <w:sz w:val="18"/>
          <w:szCs w:val="18"/>
        </w:rPr>
        <w:t xml:space="preserve"> </w:t>
      </w:r>
      <w:proofErr w:type="spellStart"/>
      <w:r w:rsidRPr="00C86A0D">
        <w:rPr>
          <w:rFonts w:ascii="Sylfaen" w:hAnsi="Sylfaen" w:cs="Sylfaen"/>
          <w:sz w:val="18"/>
          <w:szCs w:val="18"/>
        </w:rPr>
        <w:t>შემთხვევაში</w:t>
      </w:r>
      <w:proofErr w:type="spellEnd"/>
      <w:r w:rsidRPr="00C86A0D">
        <w:rPr>
          <w:rFonts w:cstheme="majorHAnsi"/>
          <w:sz w:val="18"/>
          <w:szCs w:val="18"/>
        </w:rPr>
        <w:t xml:space="preserve">, </w:t>
      </w:r>
      <w:proofErr w:type="spellStart"/>
      <w:r w:rsidRPr="00C86A0D">
        <w:rPr>
          <w:rFonts w:ascii="Sylfaen" w:hAnsi="Sylfaen" w:cs="Sylfaen"/>
          <w:sz w:val="18"/>
          <w:szCs w:val="18"/>
        </w:rPr>
        <w:t>აღნიშნული</w:t>
      </w:r>
      <w:proofErr w:type="spellEnd"/>
      <w:r w:rsidRPr="00C86A0D">
        <w:rPr>
          <w:rFonts w:cstheme="majorHAnsi"/>
          <w:sz w:val="18"/>
          <w:szCs w:val="18"/>
        </w:rPr>
        <w:t xml:space="preserve"> </w:t>
      </w:r>
      <w:proofErr w:type="spellStart"/>
      <w:r w:rsidRPr="00C86A0D">
        <w:rPr>
          <w:rFonts w:ascii="Sylfaen" w:hAnsi="Sylfaen" w:cs="Sylfaen"/>
          <w:sz w:val="18"/>
          <w:szCs w:val="18"/>
        </w:rPr>
        <w:t>სამუშაო</w:t>
      </w:r>
      <w:proofErr w:type="spellEnd"/>
      <w:r w:rsidRPr="00C86A0D">
        <w:rPr>
          <w:rFonts w:cstheme="majorHAnsi"/>
          <w:sz w:val="18"/>
          <w:szCs w:val="18"/>
        </w:rPr>
        <w:t xml:space="preserve"> </w:t>
      </w:r>
      <w:proofErr w:type="spellStart"/>
      <w:r w:rsidRPr="00C86A0D">
        <w:rPr>
          <w:rFonts w:ascii="Sylfaen" w:hAnsi="Sylfaen" w:cs="Sylfaen"/>
          <w:sz w:val="18"/>
          <w:szCs w:val="18"/>
        </w:rPr>
        <w:t>ამოღებული</w:t>
      </w:r>
      <w:proofErr w:type="spellEnd"/>
      <w:r w:rsidRPr="00C86A0D">
        <w:rPr>
          <w:rFonts w:cstheme="majorHAnsi"/>
          <w:sz w:val="18"/>
          <w:szCs w:val="18"/>
        </w:rPr>
        <w:t xml:space="preserve"> </w:t>
      </w:r>
      <w:proofErr w:type="spellStart"/>
      <w:r w:rsidRPr="00C86A0D">
        <w:rPr>
          <w:rFonts w:ascii="Sylfaen" w:hAnsi="Sylfaen" w:cs="Sylfaen"/>
          <w:sz w:val="18"/>
          <w:szCs w:val="18"/>
        </w:rPr>
        <w:t>იქნება</w:t>
      </w:r>
      <w:proofErr w:type="spellEnd"/>
      <w:r w:rsidRPr="00C86A0D">
        <w:rPr>
          <w:rFonts w:cstheme="majorHAnsi"/>
          <w:sz w:val="18"/>
          <w:szCs w:val="18"/>
        </w:rPr>
        <w:t xml:space="preserve"> </w:t>
      </w:r>
      <w:proofErr w:type="spellStart"/>
      <w:r w:rsidRPr="00C86A0D">
        <w:rPr>
          <w:rFonts w:ascii="Sylfaen" w:hAnsi="Sylfaen" w:cs="Sylfaen"/>
          <w:sz w:val="18"/>
          <w:szCs w:val="18"/>
        </w:rPr>
        <w:t>ფორმა</w:t>
      </w:r>
      <w:proofErr w:type="spellEnd"/>
      <w:r w:rsidRPr="00C86A0D">
        <w:rPr>
          <w:rFonts w:cstheme="majorHAnsi"/>
          <w:sz w:val="18"/>
          <w:szCs w:val="18"/>
        </w:rPr>
        <w:t xml:space="preserve"> N2-</w:t>
      </w:r>
      <w:r w:rsidRPr="00C86A0D">
        <w:rPr>
          <w:rFonts w:ascii="Sylfaen" w:hAnsi="Sylfaen" w:cs="Sylfaen"/>
          <w:sz w:val="18"/>
          <w:szCs w:val="18"/>
        </w:rPr>
        <w:t>დან</w:t>
      </w:r>
      <w:r w:rsidRPr="00C86A0D">
        <w:rPr>
          <w:rFonts w:cstheme="majorHAnsi"/>
          <w:sz w:val="18"/>
          <w:szCs w:val="18"/>
        </w:rPr>
        <w:t xml:space="preserve"> </w:t>
      </w:r>
      <w:proofErr w:type="spellStart"/>
      <w:r w:rsidRPr="00C86A0D">
        <w:rPr>
          <w:rFonts w:ascii="Sylfaen" w:hAnsi="Sylfaen" w:cs="Sylfaen"/>
          <w:sz w:val="18"/>
          <w:szCs w:val="18"/>
        </w:rPr>
        <w:t>და</w:t>
      </w:r>
      <w:proofErr w:type="spellEnd"/>
      <w:r w:rsidRPr="00C86A0D">
        <w:rPr>
          <w:rFonts w:cstheme="majorHAnsi"/>
          <w:sz w:val="18"/>
          <w:szCs w:val="18"/>
        </w:rPr>
        <w:t xml:space="preserve"> </w:t>
      </w:r>
      <w:proofErr w:type="spellStart"/>
      <w:r w:rsidRPr="00C86A0D">
        <w:rPr>
          <w:rFonts w:ascii="Sylfaen" w:hAnsi="Sylfaen" w:cs="Sylfaen"/>
          <w:sz w:val="18"/>
          <w:szCs w:val="18"/>
        </w:rPr>
        <w:t>მოხდება</w:t>
      </w:r>
      <w:proofErr w:type="spellEnd"/>
      <w:r w:rsidRPr="00C86A0D">
        <w:rPr>
          <w:rFonts w:cstheme="majorHAnsi"/>
          <w:sz w:val="18"/>
          <w:szCs w:val="18"/>
        </w:rPr>
        <w:t xml:space="preserve"> </w:t>
      </w:r>
      <w:proofErr w:type="spellStart"/>
      <w:r w:rsidRPr="00C86A0D">
        <w:rPr>
          <w:rFonts w:ascii="Sylfaen" w:hAnsi="Sylfaen" w:cs="Sylfaen"/>
          <w:sz w:val="18"/>
          <w:szCs w:val="18"/>
        </w:rPr>
        <w:t>დაკორექტირებული</w:t>
      </w:r>
      <w:proofErr w:type="spellEnd"/>
      <w:r w:rsidRPr="00C86A0D">
        <w:rPr>
          <w:rFonts w:cstheme="majorHAnsi"/>
          <w:sz w:val="18"/>
          <w:szCs w:val="18"/>
        </w:rPr>
        <w:t xml:space="preserve"> </w:t>
      </w:r>
      <w:proofErr w:type="spellStart"/>
      <w:r w:rsidRPr="00C86A0D">
        <w:rPr>
          <w:rFonts w:ascii="Sylfaen" w:hAnsi="Sylfaen" w:cs="Sylfaen"/>
          <w:sz w:val="18"/>
          <w:szCs w:val="18"/>
        </w:rPr>
        <w:t>ფორმა</w:t>
      </w:r>
      <w:proofErr w:type="spellEnd"/>
      <w:r w:rsidRPr="00C86A0D">
        <w:rPr>
          <w:rFonts w:cstheme="majorHAnsi"/>
          <w:sz w:val="18"/>
          <w:szCs w:val="18"/>
        </w:rPr>
        <w:t xml:space="preserve"> N2-</w:t>
      </w:r>
      <w:r w:rsidRPr="00C86A0D">
        <w:rPr>
          <w:rFonts w:ascii="Sylfaen" w:hAnsi="Sylfaen" w:cs="Sylfaen"/>
          <w:sz w:val="18"/>
          <w:szCs w:val="18"/>
        </w:rPr>
        <w:t>ის</w:t>
      </w:r>
      <w:r w:rsidRPr="00C86A0D">
        <w:rPr>
          <w:rFonts w:cstheme="majorHAnsi"/>
          <w:sz w:val="18"/>
          <w:szCs w:val="18"/>
        </w:rPr>
        <w:t xml:space="preserve"> </w:t>
      </w:r>
      <w:proofErr w:type="spellStart"/>
      <w:r w:rsidRPr="00C86A0D">
        <w:rPr>
          <w:rFonts w:ascii="Sylfaen" w:hAnsi="Sylfaen" w:cs="Sylfaen"/>
          <w:sz w:val="18"/>
          <w:szCs w:val="18"/>
        </w:rPr>
        <w:t>მიხედვით</w:t>
      </w:r>
      <w:proofErr w:type="spellEnd"/>
      <w:r w:rsidRPr="00C86A0D">
        <w:rPr>
          <w:rFonts w:cstheme="majorHAnsi"/>
          <w:sz w:val="18"/>
          <w:szCs w:val="18"/>
        </w:rPr>
        <w:t xml:space="preserve"> </w:t>
      </w:r>
      <w:proofErr w:type="spellStart"/>
      <w:r w:rsidRPr="00C86A0D">
        <w:rPr>
          <w:rFonts w:ascii="Sylfaen" w:hAnsi="Sylfaen" w:cs="Sylfaen"/>
          <w:sz w:val="18"/>
          <w:szCs w:val="18"/>
        </w:rPr>
        <w:t>ანაზღაურება</w:t>
      </w:r>
      <w:proofErr w:type="spellEnd"/>
      <w:r w:rsidRPr="00C86A0D">
        <w:rPr>
          <w:rFonts w:cstheme="majorHAnsi"/>
          <w:sz w:val="18"/>
          <w:szCs w:val="18"/>
        </w:rPr>
        <w:t xml:space="preserve">, </w:t>
      </w:r>
      <w:proofErr w:type="spellStart"/>
      <w:r w:rsidRPr="00C86A0D">
        <w:rPr>
          <w:rFonts w:ascii="Sylfaen" w:hAnsi="Sylfaen" w:cs="Sylfaen"/>
          <w:sz w:val="18"/>
          <w:szCs w:val="18"/>
        </w:rPr>
        <w:t>სადავო</w:t>
      </w:r>
      <w:proofErr w:type="spellEnd"/>
      <w:r w:rsidRPr="00C86A0D">
        <w:rPr>
          <w:rFonts w:cstheme="majorHAnsi"/>
          <w:sz w:val="18"/>
          <w:szCs w:val="18"/>
        </w:rPr>
        <w:t xml:space="preserve"> </w:t>
      </w:r>
      <w:proofErr w:type="spellStart"/>
      <w:r w:rsidRPr="00C86A0D">
        <w:rPr>
          <w:rFonts w:ascii="Sylfaen" w:hAnsi="Sylfaen" w:cs="Sylfaen"/>
          <w:sz w:val="18"/>
          <w:szCs w:val="18"/>
        </w:rPr>
        <w:t>საკითხის</w:t>
      </w:r>
      <w:proofErr w:type="spellEnd"/>
      <w:r w:rsidRPr="00C86A0D">
        <w:rPr>
          <w:rFonts w:cstheme="majorHAnsi"/>
          <w:sz w:val="18"/>
          <w:szCs w:val="18"/>
        </w:rPr>
        <w:t xml:space="preserve"> </w:t>
      </w:r>
      <w:proofErr w:type="spellStart"/>
      <w:r w:rsidRPr="00C86A0D">
        <w:rPr>
          <w:rFonts w:ascii="Sylfaen" w:hAnsi="Sylfaen" w:cs="Sylfaen"/>
          <w:sz w:val="18"/>
          <w:szCs w:val="18"/>
        </w:rPr>
        <w:t>გარეშე</w:t>
      </w:r>
      <w:proofErr w:type="spellEnd"/>
      <w:r w:rsidRPr="00C86A0D">
        <w:rPr>
          <w:rFonts w:cstheme="majorHAnsi"/>
          <w:sz w:val="18"/>
          <w:szCs w:val="18"/>
        </w:rPr>
        <w:t xml:space="preserve">, </w:t>
      </w:r>
      <w:proofErr w:type="spellStart"/>
      <w:r w:rsidRPr="00C86A0D">
        <w:rPr>
          <w:rFonts w:ascii="Sylfaen" w:hAnsi="Sylfaen" w:cs="Sylfaen"/>
          <w:sz w:val="18"/>
          <w:szCs w:val="18"/>
        </w:rPr>
        <w:t>ხოლო</w:t>
      </w:r>
      <w:proofErr w:type="spellEnd"/>
      <w:r w:rsidRPr="00C86A0D">
        <w:rPr>
          <w:rFonts w:cstheme="majorHAnsi"/>
          <w:sz w:val="18"/>
          <w:szCs w:val="18"/>
        </w:rPr>
        <w:t xml:space="preserve"> </w:t>
      </w:r>
      <w:proofErr w:type="spellStart"/>
      <w:r w:rsidRPr="00C86A0D">
        <w:rPr>
          <w:rFonts w:ascii="Sylfaen" w:hAnsi="Sylfaen" w:cs="Sylfaen"/>
          <w:sz w:val="18"/>
          <w:szCs w:val="18"/>
        </w:rPr>
        <w:t>ექსპერტიზის</w:t>
      </w:r>
      <w:proofErr w:type="spellEnd"/>
      <w:r w:rsidRPr="00C86A0D">
        <w:rPr>
          <w:rFonts w:cstheme="majorHAnsi"/>
          <w:sz w:val="18"/>
          <w:szCs w:val="18"/>
        </w:rPr>
        <w:t xml:space="preserve"> </w:t>
      </w:r>
      <w:proofErr w:type="spellStart"/>
      <w:r w:rsidRPr="00C86A0D">
        <w:rPr>
          <w:rFonts w:ascii="Sylfaen" w:hAnsi="Sylfaen" w:cs="Sylfaen"/>
          <w:sz w:val="18"/>
          <w:szCs w:val="18"/>
        </w:rPr>
        <w:t>დასრულების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შემდგომ</w:t>
      </w:r>
      <w:proofErr w:type="spellEnd"/>
      <w:r w:rsidRPr="00C86A0D">
        <w:rPr>
          <w:rFonts w:cstheme="majorHAnsi"/>
          <w:sz w:val="18"/>
          <w:szCs w:val="18"/>
        </w:rPr>
        <w:t xml:space="preserve">, </w:t>
      </w:r>
      <w:proofErr w:type="spellStart"/>
      <w:r w:rsidRPr="00C86A0D">
        <w:rPr>
          <w:rFonts w:ascii="Sylfaen" w:hAnsi="Sylfaen" w:cs="Sylfaen"/>
          <w:sz w:val="18"/>
          <w:szCs w:val="18"/>
        </w:rPr>
        <w:t>იმ</w:t>
      </w:r>
      <w:proofErr w:type="spellEnd"/>
      <w:r w:rsidRPr="00C86A0D">
        <w:rPr>
          <w:rFonts w:cstheme="majorHAnsi"/>
          <w:sz w:val="18"/>
          <w:szCs w:val="18"/>
        </w:rPr>
        <w:t xml:space="preserve"> </w:t>
      </w:r>
      <w:proofErr w:type="spellStart"/>
      <w:r w:rsidRPr="00C86A0D">
        <w:rPr>
          <w:rFonts w:ascii="Sylfaen" w:hAnsi="Sylfaen" w:cs="Sylfaen"/>
          <w:sz w:val="18"/>
          <w:szCs w:val="18"/>
        </w:rPr>
        <w:t>შემთხვევაში</w:t>
      </w:r>
      <w:proofErr w:type="spellEnd"/>
      <w:r w:rsidRPr="00C86A0D">
        <w:rPr>
          <w:rFonts w:cstheme="majorHAnsi"/>
          <w:sz w:val="18"/>
          <w:szCs w:val="18"/>
        </w:rPr>
        <w:t xml:space="preserve"> </w:t>
      </w:r>
      <w:proofErr w:type="spellStart"/>
      <w:r w:rsidRPr="00C86A0D">
        <w:rPr>
          <w:rFonts w:ascii="Sylfaen" w:hAnsi="Sylfaen" w:cs="Sylfaen"/>
          <w:sz w:val="18"/>
          <w:szCs w:val="18"/>
        </w:rPr>
        <w:t>თუ</w:t>
      </w:r>
      <w:proofErr w:type="spellEnd"/>
      <w:r w:rsidRPr="00C86A0D">
        <w:rPr>
          <w:rFonts w:cstheme="majorHAnsi"/>
          <w:sz w:val="18"/>
          <w:szCs w:val="18"/>
        </w:rPr>
        <w:t xml:space="preserve"> </w:t>
      </w:r>
      <w:proofErr w:type="spellStart"/>
      <w:r w:rsidRPr="00C86A0D">
        <w:rPr>
          <w:rFonts w:ascii="Sylfaen" w:hAnsi="Sylfaen" w:cs="Sylfaen"/>
          <w:sz w:val="18"/>
          <w:szCs w:val="18"/>
        </w:rPr>
        <w:t>ჩარიცხულ</w:t>
      </w:r>
      <w:proofErr w:type="spellEnd"/>
      <w:r w:rsidRPr="00C86A0D">
        <w:rPr>
          <w:rFonts w:cstheme="majorHAnsi"/>
          <w:sz w:val="18"/>
          <w:szCs w:val="18"/>
        </w:rPr>
        <w:t xml:space="preserve"> </w:t>
      </w:r>
      <w:proofErr w:type="spellStart"/>
      <w:r w:rsidRPr="00C86A0D">
        <w:rPr>
          <w:rFonts w:ascii="Sylfaen" w:hAnsi="Sylfaen" w:cs="Sylfaen"/>
          <w:sz w:val="18"/>
          <w:szCs w:val="18"/>
        </w:rPr>
        <w:t>თანხასა</w:t>
      </w:r>
      <w:proofErr w:type="spellEnd"/>
      <w:r w:rsidRPr="00C86A0D">
        <w:rPr>
          <w:rFonts w:cstheme="majorHAnsi"/>
          <w:sz w:val="18"/>
          <w:szCs w:val="18"/>
        </w:rPr>
        <w:t xml:space="preserve"> </w:t>
      </w:r>
      <w:proofErr w:type="spellStart"/>
      <w:r w:rsidRPr="00C86A0D">
        <w:rPr>
          <w:rFonts w:ascii="Sylfaen" w:hAnsi="Sylfaen" w:cs="Sylfaen"/>
          <w:sz w:val="18"/>
          <w:szCs w:val="18"/>
        </w:rPr>
        <w:t>და</w:t>
      </w:r>
      <w:proofErr w:type="spellEnd"/>
      <w:r w:rsidRPr="00C86A0D">
        <w:rPr>
          <w:rFonts w:cstheme="majorHAnsi"/>
          <w:sz w:val="18"/>
          <w:szCs w:val="18"/>
        </w:rPr>
        <w:t xml:space="preserve"> </w:t>
      </w:r>
      <w:proofErr w:type="spellStart"/>
      <w:r w:rsidRPr="00C86A0D">
        <w:rPr>
          <w:rFonts w:ascii="Sylfaen" w:hAnsi="Sylfaen" w:cs="Sylfaen"/>
          <w:sz w:val="18"/>
          <w:szCs w:val="18"/>
        </w:rPr>
        <w:t>იმ</w:t>
      </w:r>
      <w:proofErr w:type="spellEnd"/>
      <w:r w:rsidRPr="00C86A0D">
        <w:rPr>
          <w:rFonts w:cstheme="majorHAnsi"/>
          <w:sz w:val="18"/>
          <w:szCs w:val="18"/>
        </w:rPr>
        <w:t xml:space="preserve"> </w:t>
      </w:r>
      <w:proofErr w:type="spellStart"/>
      <w:r w:rsidRPr="00C86A0D">
        <w:rPr>
          <w:rFonts w:ascii="Sylfaen" w:hAnsi="Sylfaen" w:cs="Sylfaen"/>
          <w:sz w:val="18"/>
          <w:szCs w:val="18"/>
        </w:rPr>
        <w:t>სამუშაოების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ღირებულების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შორის</w:t>
      </w:r>
      <w:proofErr w:type="spellEnd"/>
      <w:r w:rsidRPr="00C86A0D">
        <w:rPr>
          <w:rFonts w:cstheme="majorHAnsi"/>
          <w:sz w:val="18"/>
          <w:szCs w:val="18"/>
        </w:rPr>
        <w:t xml:space="preserve">, </w:t>
      </w:r>
      <w:proofErr w:type="spellStart"/>
      <w:r w:rsidRPr="00C86A0D">
        <w:rPr>
          <w:rFonts w:ascii="Sylfaen" w:hAnsi="Sylfaen" w:cs="Sylfaen"/>
          <w:sz w:val="18"/>
          <w:szCs w:val="18"/>
        </w:rPr>
        <w:t>რომელზეც</w:t>
      </w:r>
      <w:proofErr w:type="spellEnd"/>
      <w:r w:rsidRPr="00C86A0D">
        <w:rPr>
          <w:rFonts w:cstheme="majorHAnsi"/>
          <w:sz w:val="18"/>
          <w:szCs w:val="18"/>
        </w:rPr>
        <w:t xml:space="preserve"> </w:t>
      </w:r>
      <w:proofErr w:type="spellStart"/>
      <w:r w:rsidRPr="00C86A0D">
        <w:rPr>
          <w:rFonts w:ascii="Sylfaen" w:hAnsi="Sylfaen" w:cs="Sylfaen"/>
          <w:sz w:val="18"/>
          <w:szCs w:val="18"/>
        </w:rPr>
        <w:t>განხორციელდა</w:t>
      </w:r>
      <w:proofErr w:type="spellEnd"/>
      <w:r w:rsidRPr="00C86A0D">
        <w:rPr>
          <w:rFonts w:cstheme="majorHAnsi"/>
          <w:sz w:val="18"/>
          <w:szCs w:val="18"/>
        </w:rPr>
        <w:t xml:space="preserve"> </w:t>
      </w:r>
      <w:proofErr w:type="spellStart"/>
      <w:r w:rsidRPr="00C86A0D">
        <w:rPr>
          <w:rFonts w:ascii="Sylfaen" w:hAnsi="Sylfaen" w:cs="Sylfaen"/>
          <w:sz w:val="18"/>
          <w:szCs w:val="18"/>
        </w:rPr>
        <w:t>ექსპერტიზა</w:t>
      </w:r>
      <w:proofErr w:type="spellEnd"/>
      <w:r w:rsidRPr="00C86A0D">
        <w:rPr>
          <w:rFonts w:cstheme="majorHAnsi"/>
          <w:sz w:val="18"/>
          <w:szCs w:val="18"/>
        </w:rPr>
        <w:t xml:space="preserve"> </w:t>
      </w:r>
      <w:proofErr w:type="spellStart"/>
      <w:r w:rsidRPr="00C86A0D">
        <w:rPr>
          <w:rFonts w:ascii="Sylfaen" w:hAnsi="Sylfaen" w:cs="Sylfaen"/>
          <w:sz w:val="18"/>
          <w:szCs w:val="18"/>
        </w:rPr>
        <w:t>იქნება</w:t>
      </w:r>
      <w:proofErr w:type="spellEnd"/>
      <w:r w:rsidRPr="00C86A0D">
        <w:rPr>
          <w:rFonts w:cstheme="majorHAnsi"/>
          <w:sz w:val="18"/>
          <w:szCs w:val="18"/>
        </w:rPr>
        <w:t xml:space="preserve"> </w:t>
      </w:r>
      <w:proofErr w:type="spellStart"/>
      <w:r w:rsidRPr="00C86A0D">
        <w:rPr>
          <w:rFonts w:ascii="Sylfaen" w:hAnsi="Sylfaen" w:cs="Sylfaen"/>
          <w:sz w:val="18"/>
          <w:szCs w:val="18"/>
        </w:rPr>
        <w:t>სხვაობა</w:t>
      </w:r>
      <w:proofErr w:type="spellEnd"/>
      <w:r w:rsidRPr="00C86A0D">
        <w:rPr>
          <w:rFonts w:cstheme="majorHAnsi"/>
          <w:sz w:val="18"/>
          <w:szCs w:val="18"/>
        </w:rPr>
        <w:t xml:space="preserve">, </w:t>
      </w:r>
      <w:proofErr w:type="spellStart"/>
      <w:r w:rsidRPr="00C86A0D">
        <w:rPr>
          <w:rFonts w:ascii="Sylfaen" w:hAnsi="Sylfaen" w:cs="Sylfaen"/>
          <w:sz w:val="18"/>
          <w:szCs w:val="18"/>
        </w:rPr>
        <w:t>მხარეთა</w:t>
      </w:r>
      <w:proofErr w:type="spellEnd"/>
      <w:r w:rsidRPr="00C86A0D">
        <w:rPr>
          <w:rFonts w:cstheme="majorHAnsi"/>
          <w:sz w:val="18"/>
          <w:szCs w:val="18"/>
        </w:rPr>
        <w:t xml:space="preserve"> </w:t>
      </w:r>
      <w:proofErr w:type="spellStart"/>
      <w:r w:rsidRPr="00C86A0D">
        <w:rPr>
          <w:rFonts w:ascii="Sylfaen" w:hAnsi="Sylfaen" w:cs="Sylfaen"/>
          <w:sz w:val="18"/>
          <w:szCs w:val="18"/>
        </w:rPr>
        <w:t>შორის</w:t>
      </w:r>
      <w:proofErr w:type="spellEnd"/>
      <w:r w:rsidRPr="00C86A0D">
        <w:rPr>
          <w:rFonts w:cstheme="majorHAnsi"/>
          <w:sz w:val="18"/>
          <w:szCs w:val="18"/>
        </w:rPr>
        <w:t xml:space="preserve"> </w:t>
      </w:r>
      <w:proofErr w:type="spellStart"/>
      <w:r w:rsidRPr="00C86A0D">
        <w:rPr>
          <w:rFonts w:ascii="Sylfaen" w:hAnsi="Sylfaen" w:cs="Sylfaen"/>
          <w:sz w:val="18"/>
          <w:szCs w:val="18"/>
        </w:rPr>
        <w:t>მოხდება</w:t>
      </w:r>
      <w:proofErr w:type="spellEnd"/>
      <w:r w:rsidRPr="00C86A0D">
        <w:rPr>
          <w:rFonts w:cstheme="majorHAnsi"/>
          <w:sz w:val="18"/>
          <w:szCs w:val="18"/>
        </w:rPr>
        <w:t xml:space="preserve"> </w:t>
      </w:r>
      <w:proofErr w:type="spellStart"/>
      <w:r w:rsidRPr="00C86A0D">
        <w:rPr>
          <w:rFonts w:ascii="Sylfaen" w:hAnsi="Sylfaen" w:cs="Sylfaen"/>
          <w:sz w:val="18"/>
          <w:szCs w:val="18"/>
        </w:rPr>
        <w:t>შესაბამისი</w:t>
      </w:r>
      <w:proofErr w:type="spellEnd"/>
      <w:r w:rsidRPr="00C86A0D">
        <w:rPr>
          <w:rFonts w:cstheme="majorHAnsi"/>
          <w:sz w:val="18"/>
          <w:szCs w:val="18"/>
        </w:rPr>
        <w:t xml:space="preserve"> </w:t>
      </w:r>
      <w:proofErr w:type="spellStart"/>
      <w:r w:rsidRPr="00C86A0D">
        <w:rPr>
          <w:rFonts w:ascii="Sylfaen" w:hAnsi="Sylfaen" w:cs="Sylfaen"/>
          <w:sz w:val="18"/>
          <w:szCs w:val="18"/>
        </w:rPr>
        <w:t>ანგარიშსწორება</w:t>
      </w:r>
      <w:proofErr w:type="spellEnd"/>
      <w:r w:rsidRPr="00C86A0D">
        <w:rPr>
          <w:rFonts w:cstheme="majorHAnsi"/>
          <w:sz w:val="18"/>
          <w:szCs w:val="18"/>
        </w:rPr>
        <w:t>.</w:t>
      </w:r>
    </w:p>
    <w:p w14:paraId="73EAD294" w14:textId="77777777" w:rsidR="00FD2D44" w:rsidRPr="00125F84" w:rsidRDefault="00A74260" w:rsidP="00125F84">
      <w:pPr>
        <w:pStyle w:val="ListParagraph"/>
        <w:numPr>
          <w:ilvl w:val="2"/>
          <w:numId w:val="13"/>
        </w:numPr>
        <w:jc w:val="both"/>
        <w:rPr>
          <w:rFonts w:cstheme="majorHAnsi"/>
          <w:sz w:val="18"/>
          <w:szCs w:val="18"/>
        </w:rPr>
      </w:pPr>
      <w:proofErr w:type="spellStart"/>
      <w:r w:rsidRPr="00A60C3C">
        <w:rPr>
          <w:rFonts w:ascii="Sylfaen" w:hAnsi="Sylfaen" w:cs="Sylfaen"/>
          <w:sz w:val="18"/>
          <w:szCs w:val="18"/>
        </w:rPr>
        <w:t>იმ</w:t>
      </w:r>
      <w:proofErr w:type="spellEnd"/>
      <w:r w:rsidRPr="00A60C3C">
        <w:rPr>
          <w:rFonts w:cstheme="majorHAnsi"/>
          <w:sz w:val="18"/>
          <w:szCs w:val="18"/>
        </w:rPr>
        <w:t xml:space="preserve"> </w:t>
      </w:r>
      <w:proofErr w:type="spellStart"/>
      <w:r w:rsidRPr="00A60C3C">
        <w:rPr>
          <w:rFonts w:ascii="Sylfaen" w:hAnsi="Sylfaen" w:cs="Sylfaen"/>
          <w:sz w:val="18"/>
          <w:szCs w:val="18"/>
        </w:rPr>
        <w:t>შემთხვევაში</w:t>
      </w:r>
      <w:proofErr w:type="spellEnd"/>
      <w:r w:rsidRPr="00A60C3C">
        <w:rPr>
          <w:rFonts w:cstheme="majorHAnsi"/>
          <w:sz w:val="18"/>
          <w:szCs w:val="18"/>
        </w:rPr>
        <w:t xml:space="preserve"> </w:t>
      </w:r>
      <w:proofErr w:type="spellStart"/>
      <w:r w:rsidRPr="00A60C3C">
        <w:rPr>
          <w:rFonts w:ascii="Sylfaen" w:hAnsi="Sylfaen" w:cs="Sylfaen"/>
          <w:sz w:val="18"/>
          <w:szCs w:val="18"/>
        </w:rPr>
        <w:t>თუ</w:t>
      </w:r>
      <w:proofErr w:type="spellEnd"/>
      <w:r w:rsidRPr="00A60C3C">
        <w:rPr>
          <w:rFonts w:cstheme="majorHAnsi"/>
          <w:sz w:val="18"/>
          <w:szCs w:val="18"/>
        </w:rPr>
        <w:t xml:space="preserve"> </w:t>
      </w:r>
      <w:proofErr w:type="spellStart"/>
      <w:r w:rsidRPr="00A60C3C">
        <w:rPr>
          <w:rFonts w:ascii="Sylfaen" w:hAnsi="Sylfaen" w:cs="Sylfaen"/>
          <w:sz w:val="18"/>
          <w:szCs w:val="18"/>
        </w:rPr>
        <w:t>დამკვეთი</w:t>
      </w:r>
      <w:proofErr w:type="spellEnd"/>
      <w:r w:rsidRPr="00A60C3C">
        <w:rPr>
          <w:rFonts w:cstheme="majorHAnsi"/>
          <w:sz w:val="18"/>
          <w:szCs w:val="18"/>
        </w:rPr>
        <w:t xml:space="preserve"> </w:t>
      </w:r>
      <w:proofErr w:type="spellStart"/>
      <w:r w:rsidRPr="00A60C3C">
        <w:rPr>
          <w:rFonts w:ascii="Sylfaen" w:hAnsi="Sylfaen" w:cs="Sylfaen"/>
          <w:sz w:val="18"/>
          <w:szCs w:val="18"/>
        </w:rPr>
        <w:t>ფორმა</w:t>
      </w:r>
      <w:proofErr w:type="spellEnd"/>
      <w:r w:rsidRPr="00A60C3C">
        <w:rPr>
          <w:rFonts w:cstheme="majorHAnsi"/>
          <w:sz w:val="18"/>
          <w:szCs w:val="18"/>
        </w:rPr>
        <w:t xml:space="preserve"> N2-</w:t>
      </w:r>
      <w:r w:rsidRPr="00A60C3C">
        <w:rPr>
          <w:rFonts w:ascii="Sylfaen" w:hAnsi="Sylfaen" w:cs="Sylfaen"/>
          <w:sz w:val="18"/>
          <w:szCs w:val="18"/>
        </w:rPr>
        <w:t>ით</w:t>
      </w:r>
      <w:r w:rsidRPr="00A60C3C">
        <w:rPr>
          <w:rFonts w:cstheme="majorHAnsi"/>
          <w:sz w:val="18"/>
          <w:szCs w:val="18"/>
        </w:rPr>
        <w:t xml:space="preserve"> </w:t>
      </w:r>
      <w:proofErr w:type="spellStart"/>
      <w:r w:rsidRPr="00A60C3C">
        <w:rPr>
          <w:rFonts w:ascii="Sylfaen" w:hAnsi="Sylfaen" w:cs="Sylfaen"/>
          <w:sz w:val="18"/>
          <w:szCs w:val="18"/>
        </w:rPr>
        <w:t>გათვალისწინებული</w:t>
      </w:r>
      <w:proofErr w:type="spellEnd"/>
      <w:r w:rsidRPr="00A60C3C">
        <w:rPr>
          <w:rFonts w:cstheme="majorHAnsi"/>
          <w:sz w:val="18"/>
          <w:szCs w:val="18"/>
        </w:rPr>
        <w:t xml:space="preserve"> </w:t>
      </w:r>
      <w:proofErr w:type="spellStart"/>
      <w:r w:rsidRPr="00A60C3C">
        <w:rPr>
          <w:rFonts w:ascii="Sylfaen" w:hAnsi="Sylfaen" w:cs="Sylfaen"/>
          <w:sz w:val="18"/>
          <w:szCs w:val="18"/>
        </w:rPr>
        <w:t>რომელიმე</w:t>
      </w:r>
      <w:proofErr w:type="spellEnd"/>
      <w:r w:rsidRPr="00A60C3C">
        <w:rPr>
          <w:rFonts w:cstheme="majorHAnsi"/>
          <w:sz w:val="18"/>
          <w:szCs w:val="18"/>
        </w:rPr>
        <w:t xml:space="preserve"> </w:t>
      </w:r>
      <w:proofErr w:type="spellStart"/>
      <w:r w:rsidRPr="00A60C3C">
        <w:rPr>
          <w:rFonts w:ascii="Sylfaen" w:hAnsi="Sylfaen" w:cs="Sylfaen"/>
          <w:sz w:val="18"/>
          <w:szCs w:val="18"/>
        </w:rPr>
        <w:t>სამუშაოს</w:t>
      </w:r>
      <w:proofErr w:type="spellEnd"/>
      <w:r w:rsidRPr="00A60C3C">
        <w:rPr>
          <w:rFonts w:cstheme="majorHAnsi"/>
          <w:sz w:val="18"/>
          <w:szCs w:val="18"/>
        </w:rPr>
        <w:t>/</w:t>
      </w:r>
      <w:proofErr w:type="spellStart"/>
      <w:r w:rsidRPr="00A60C3C">
        <w:rPr>
          <w:rFonts w:ascii="Sylfaen" w:hAnsi="Sylfaen" w:cs="Sylfaen"/>
          <w:sz w:val="18"/>
          <w:szCs w:val="18"/>
        </w:rPr>
        <w:t>პოზიციის</w:t>
      </w:r>
      <w:proofErr w:type="spellEnd"/>
      <w:r w:rsidRPr="00A60C3C">
        <w:rPr>
          <w:rFonts w:cstheme="majorHAnsi"/>
          <w:sz w:val="18"/>
          <w:szCs w:val="18"/>
        </w:rPr>
        <w:t xml:space="preserve"> </w:t>
      </w:r>
      <w:proofErr w:type="spellStart"/>
      <w:r w:rsidRPr="00A60C3C">
        <w:rPr>
          <w:rFonts w:ascii="Sylfaen" w:hAnsi="Sylfaen" w:cs="Sylfaen"/>
          <w:sz w:val="18"/>
          <w:szCs w:val="18"/>
        </w:rPr>
        <w:t>სულ</w:t>
      </w:r>
      <w:proofErr w:type="spellEnd"/>
      <w:r w:rsidRPr="00A60C3C">
        <w:rPr>
          <w:rFonts w:cstheme="majorHAnsi"/>
          <w:sz w:val="18"/>
          <w:szCs w:val="18"/>
        </w:rPr>
        <w:t xml:space="preserve"> </w:t>
      </w:r>
      <w:proofErr w:type="spellStart"/>
      <w:r w:rsidRPr="00A60C3C">
        <w:rPr>
          <w:rFonts w:ascii="Sylfaen" w:hAnsi="Sylfaen" w:cs="Sylfaen"/>
          <w:sz w:val="18"/>
          <w:szCs w:val="18"/>
        </w:rPr>
        <w:t>მცირე</w:t>
      </w:r>
      <w:proofErr w:type="spellEnd"/>
      <w:r w:rsidRPr="00A60C3C">
        <w:rPr>
          <w:rFonts w:cstheme="majorHAnsi"/>
          <w:sz w:val="18"/>
          <w:szCs w:val="18"/>
        </w:rPr>
        <w:t xml:space="preserve"> 20%-</w:t>
      </w:r>
      <w:r w:rsidRPr="00A60C3C">
        <w:rPr>
          <w:rFonts w:ascii="Sylfaen" w:hAnsi="Sylfaen" w:cs="Sylfaen"/>
          <w:sz w:val="18"/>
          <w:szCs w:val="18"/>
        </w:rPr>
        <w:t>ს</w:t>
      </w:r>
      <w:r w:rsidRPr="00A60C3C">
        <w:rPr>
          <w:rFonts w:cstheme="majorHAnsi"/>
          <w:sz w:val="18"/>
          <w:szCs w:val="18"/>
        </w:rPr>
        <w:t xml:space="preserve"> </w:t>
      </w:r>
      <w:proofErr w:type="spellStart"/>
      <w:r w:rsidRPr="00A60C3C">
        <w:rPr>
          <w:rFonts w:ascii="Sylfaen" w:hAnsi="Sylfaen" w:cs="Sylfaen"/>
          <w:sz w:val="18"/>
          <w:szCs w:val="18"/>
        </w:rPr>
        <w:t>მიიჩნევს</w:t>
      </w:r>
      <w:proofErr w:type="spellEnd"/>
      <w:r w:rsidRPr="00A60C3C">
        <w:rPr>
          <w:rFonts w:cstheme="majorHAnsi"/>
          <w:sz w:val="18"/>
          <w:szCs w:val="18"/>
        </w:rPr>
        <w:t xml:space="preserve"> </w:t>
      </w:r>
      <w:proofErr w:type="spellStart"/>
      <w:r w:rsidRPr="00A60C3C">
        <w:rPr>
          <w:rFonts w:ascii="Sylfaen" w:hAnsi="Sylfaen" w:cs="Sylfaen"/>
          <w:sz w:val="18"/>
          <w:szCs w:val="18"/>
        </w:rPr>
        <w:t>ხარვეზიანად</w:t>
      </w:r>
      <w:proofErr w:type="spellEnd"/>
      <w:r w:rsidRPr="00A60C3C">
        <w:rPr>
          <w:rFonts w:cstheme="majorHAnsi"/>
          <w:sz w:val="18"/>
          <w:szCs w:val="18"/>
        </w:rPr>
        <w:t>/</w:t>
      </w:r>
      <w:proofErr w:type="spellStart"/>
      <w:r w:rsidRPr="00A60C3C">
        <w:rPr>
          <w:rFonts w:ascii="Sylfaen" w:hAnsi="Sylfaen" w:cs="Sylfaen"/>
          <w:sz w:val="18"/>
          <w:szCs w:val="18"/>
        </w:rPr>
        <w:t>ნაკლის</w:t>
      </w:r>
      <w:proofErr w:type="spellEnd"/>
      <w:r w:rsidRPr="00A60C3C">
        <w:rPr>
          <w:rFonts w:cstheme="majorHAnsi"/>
          <w:sz w:val="18"/>
          <w:szCs w:val="18"/>
        </w:rPr>
        <w:t xml:space="preserve"> </w:t>
      </w:r>
      <w:proofErr w:type="spellStart"/>
      <w:r w:rsidRPr="00A60C3C">
        <w:rPr>
          <w:rFonts w:ascii="Sylfaen" w:hAnsi="Sylfaen" w:cs="Sylfaen"/>
          <w:sz w:val="18"/>
          <w:szCs w:val="18"/>
        </w:rPr>
        <w:t>მქონედ</w:t>
      </w:r>
      <w:proofErr w:type="spellEnd"/>
      <w:r w:rsidRPr="00A60C3C">
        <w:rPr>
          <w:rFonts w:cstheme="majorHAnsi"/>
          <w:sz w:val="18"/>
          <w:szCs w:val="18"/>
        </w:rPr>
        <w:t xml:space="preserve">, </w:t>
      </w:r>
      <w:proofErr w:type="spellStart"/>
      <w:r w:rsidRPr="00A60C3C">
        <w:rPr>
          <w:rFonts w:ascii="Sylfaen" w:hAnsi="Sylfaen" w:cs="Sylfaen"/>
          <w:sz w:val="18"/>
          <w:szCs w:val="18"/>
        </w:rPr>
        <w:t>დამკვეთი</w:t>
      </w:r>
      <w:proofErr w:type="spellEnd"/>
      <w:r w:rsidRPr="00A60C3C">
        <w:rPr>
          <w:rFonts w:cstheme="majorHAnsi"/>
          <w:sz w:val="18"/>
          <w:szCs w:val="18"/>
        </w:rPr>
        <w:t xml:space="preserve"> </w:t>
      </w:r>
      <w:proofErr w:type="spellStart"/>
      <w:proofErr w:type="gramStart"/>
      <w:r w:rsidRPr="00A60C3C">
        <w:rPr>
          <w:rFonts w:ascii="Sylfaen" w:hAnsi="Sylfaen" w:cs="Sylfaen"/>
          <w:sz w:val="18"/>
          <w:szCs w:val="18"/>
        </w:rPr>
        <w:t>უფლებამოსილია</w:t>
      </w:r>
      <w:proofErr w:type="spellEnd"/>
      <w:r w:rsidRPr="00A60C3C">
        <w:rPr>
          <w:rFonts w:cstheme="majorHAnsi"/>
          <w:sz w:val="18"/>
          <w:szCs w:val="18"/>
        </w:rPr>
        <w:t xml:space="preserve">,  </w:t>
      </w:r>
      <w:proofErr w:type="spellStart"/>
      <w:r w:rsidRPr="00A60C3C">
        <w:rPr>
          <w:rFonts w:ascii="Sylfaen" w:hAnsi="Sylfaen" w:cs="Sylfaen"/>
          <w:sz w:val="18"/>
          <w:szCs w:val="18"/>
        </w:rPr>
        <w:t>უარი</w:t>
      </w:r>
      <w:proofErr w:type="spellEnd"/>
      <w:proofErr w:type="gramEnd"/>
      <w:r w:rsidRPr="00A60C3C">
        <w:rPr>
          <w:rFonts w:cstheme="majorHAnsi"/>
          <w:sz w:val="18"/>
          <w:szCs w:val="18"/>
        </w:rPr>
        <w:t xml:space="preserve"> </w:t>
      </w:r>
      <w:proofErr w:type="spellStart"/>
      <w:r w:rsidRPr="00A60C3C">
        <w:rPr>
          <w:rFonts w:ascii="Sylfaen" w:hAnsi="Sylfaen" w:cs="Sylfaen"/>
          <w:sz w:val="18"/>
          <w:szCs w:val="18"/>
        </w:rPr>
        <w:t>განაცხადოს</w:t>
      </w:r>
      <w:proofErr w:type="spellEnd"/>
      <w:r w:rsidRPr="00A60C3C">
        <w:rPr>
          <w:rFonts w:cstheme="majorHAnsi"/>
          <w:sz w:val="18"/>
          <w:szCs w:val="18"/>
        </w:rPr>
        <w:t xml:space="preserve"> </w:t>
      </w:r>
      <w:proofErr w:type="spellStart"/>
      <w:r w:rsidRPr="00A60C3C">
        <w:rPr>
          <w:rFonts w:ascii="Sylfaen" w:hAnsi="Sylfaen" w:cs="Sylfaen"/>
          <w:sz w:val="18"/>
          <w:szCs w:val="18"/>
        </w:rPr>
        <w:t>ფორმა</w:t>
      </w:r>
      <w:proofErr w:type="spellEnd"/>
      <w:r w:rsidRPr="00A60C3C">
        <w:rPr>
          <w:rFonts w:cstheme="majorHAnsi"/>
          <w:sz w:val="18"/>
          <w:szCs w:val="18"/>
        </w:rPr>
        <w:t xml:space="preserve"> N2-</w:t>
      </w:r>
      <w:r w:rsidRPr="00A60C3C">
        <w:rPr>
          <w:rFonts w:ascii="Sylfaen" w:hAnsi="Sylfaen" w:cs="Sylfaen"/>
          <w:sz w:val="18"/>
          <w:szCs w:val="18"/>
        </w:rPr>
        <w:t>ით</w:t>
      </w:r>
      <w:r w:rsidRPr="00A60C3C">
        <w:rPr>
          <w:rFonts w:cstheme="majorHAnsi"/>
          <w:sz w:val="18"/>
          <w:szCs w:val="18"/>
        </w:rPr>
        <w:t xml:space="preserve">  </w:t>
      </w:r>
      <w:proofErr w:type="spellStart"/>
      <w:r w:rsidRPr="00A60C3C">
        <w:rPr>
          <w:rFonts w:ascii="Sylfaen" w:hAnsi="Sylfaen" w:cs="Sylfaen"/>
          <w:sz w:val="18"/>
          <w:szCs w:val="18"/>
        </w:rPr>
        <w:t>გათვალისწინებულ</w:t>
      </w:r>
      <w:proofErr w:type="spellEnd"/>
      <w:r w:rsidRPr="00A60C3C">
        <w:rPr>
          <w:rFonts w:cstheme="majorHAnsi"/>
          <w:sz w:val="18"/>
          <w:szCs w:val="18"/>
        </w:rPr>
        <w:t xml:space="preserve"> </w:t>
      </w:r>
      <w:proofErr w:type="spellStart"/>
      <w:r w:rsidRPr="00A60C3C">
        <w:rPr>
          <w:rFonts w:ascii="Sylfaen" w:hAnsi="Sylfaen" w:cs="Sylfaen"/>
          <w:sz w:val="18"/>
          <w:szCs w:val="18"/>
        </w:rPr>
        <w:t>დამკვეთის</w:t>
      </w:r>
      <w:proofErr w:type="spellEnd"/>
      <w:r w:rsidRPr="00A60C3C">
        <w:rPr>
          <w:rFonts w:cstheme="majorHAnsi"/>
          <w:sz w:val="18"/>
          <w:szCs w:val="18"/>
        </w:rPr>
        <w:t xml:space="preserve"> </w:t>
      </w:r>
      <w:proofErr w:type="spellStart"/>
      <w:r w:rsidRPr="00A60C3C">
        <w:rPr>
          <w:rFonts w:ascii="Sylfaen" w:hAnsi="Sylfaen" w:cs="Sylfaen"/>
          <w:sz w:val="18"/>
          <w:szCs w:val="18"/>
        </w:rPr>
        <w:t>მიერ</w:t>
      </w:r>
      <w:proofErr w:type="spellEnd"/>
      <w:r w:rsidRPr="00A60C3C">
        <w:rPr>
          <w:rFonts w:cstheme="majorHAnsi"/>
          <w:sz w:val="18"/>
          <w:szCs w:val="18"/>
        </w:rPr>
        <w:t xml:space="preserve"> </w:t>
      </w:r>
      <w:proofErr w:type="spellStart"/>
      <w:r w:rsidRPr="00A60C3C">
        <w:rPr>
          <w:rFonts w:ascii="Sylfaen" w:hAnsi="Sylfaen" w:cs="Sylfaen"/>
          <w:sz w:val="18"/>
          <w:szCs w:val="18"/>
        </w:rPr>
        <w:t>ხარვეზიანად</w:t>
      </w:r>
      <w:proofErr w:type="spellEnd"/>
      <w:r w:rsidRPr="00A60C3C">
        <w:rPr>
          <w:rFonts w:cstheme="majorHAnsi"/>
          <w:sz w:val="18"/>
          <w:szCs w:val="18"/>
        </w:rPr>
        <w:t xml:space="preserve"> </w:t>
      </w:r>
      <w:proofErr w:type="spellStart"/>
      <w:r w:rsidRPr="00A60C3C">
        <w:rPr>
          <w:rFonts w:ascii="Sylfaen" w:hAnsi="Sylfaen" w:cs="Sylfaen"/>
          <w:sz w:val="18"/>
          <w:szCs w:val="18"/>
        </w:rPr>
        <w:t>მიჩნეული</w:t>
      </w:r>
      <w:proofErr w:type="spellEnd"/>
      <w:r w:rsidRPr="00A60C3C">
        <w:rPr>
          <w:rFonts w:cstheme="majorHAnsi"/>
          <w:sz w:val="18"/>
          <w:szCs w:val="18"/>
        </w:rPr>
        <w:t xml:space="preserve"> </w:t>
      </w:r>
      <w:proofErr w:type="spellStart"/>
      <w:r w:rsidRPr="00A60C3C">
        <w:rPr>
          <w:rFonts w:ascii="Sylfaen" w:hAnsi="Sylfaen" w:cs="Sylfaen"/>
          <w:sz w:val="18"/>
          <w:szCs w:val="18"/>
        </w:rPr>
        <w:t>იმ</w:t>
      </w:r>
      <w:proofErr w:type="spellEnd"/>
      <w:r w:rsidRPr="00A60C3C">
        <w:rPr>
          <w:rFonts w:cstheme="majorHAnsi"/>
          <w:sz w:val="18"/>
          <w:szCs w:val="18"/>
        </w:rPr>
        <w:t xml:space="preserve"> </w:t>
      </w:r>
      <w:proofErr w:type="spellStart"/>
      <w:r w:rsidRPr="00A60C3C">
        <w:rPr>
          <w:rFonts w:ascii="Sylfaen" w:hAnsi="Sylfaen" w:cs="Sylfaen"/>
          <w:sz w:val="18"/>
          <w:szCs w:val="18"/>
        </w:rPr>
        <w:t>კონკრეტული</w:t>
      </w:r>
      <w:proofErr w:type="spellEnd"/>
      <w:r w:rsidRPr="00A60C3C">
        <w:rPr>
          <w:rFonts w:cstheme="majorHAnsi"/>
          <w:sz w:val="18"/>
          <w:szCs w:val="18"/>
        </w:rPr>
        <w:t xml:space="preserve"> </w:t>
      </w:r>
      <w:proofErr w:type="spellStart"/>
      <w:r w:rsidRPr="00A60C3C">
        <w:rPr>
          <w:rFonts w:ascii="Sylfaen" w:hAnsi="Sylfaen" w:cs="Sylfaen"/>
          <w:sz w:val="18"/>
          <w:szCs w:val="18"/>
        </w:rPr>
        <w:t>სამუშაოს</w:t>
      </w:r>
      <w:proofErr w:type="spellEnd"/>
      <w:r w:rsidRPr="00A60C3C">
        <w:rPr>
          <w:rFonts w:cstheme="majorHAnsi"/>
          <w:sz w:val="18"/>
          <w:szCs w:val="18"/>
        </w:rPr>
        <w:t>/</w:t>
      </w:r>
      <w:proofErr w:type="spellStart"/>
      <w:r w:rsidRPr="00A60C3C">
        <w:rPr>
          <w:rFonts w:ascii="Sylfaen" w:hAnsi="Sylfaen" w:cs="Sylfaen"/>
          <w:sz w:val="18"/>
          <w:szCs w:val="18"/>
        </w:rPr>
        <w:t>პოზიციის</w:t>
      </w:r>
      <w:proofErr w:type="spellEnd"/>
      <w:r w:rsidRPr="00A60C3C">
        <w:rPr>
          <w:rFonts w:cstheme="majorHAnsi"/>
          <w:sz w:val="18"/>
          <w:szCs w:val="18"/>
        </w:rPr>
        <w:t xml:space="preserve"> </w:t>
      </w:r>
      <w:proofErr w:type="spellStart"/>
      <w:r w:rsidRPr="00A60C3C">
        <w:rPr>
          <w:rFonts w:ascii="Sylfaen" w:hAnsi="Sylfaen" w:cs="Sylfaen"/>
          <w:sz w:val="18"/>
          <w:szCs w:val="18"/>
        </w:rPr>
        <w:t>მიღებაზე</w:t>
      </w:r>
      <w:proofErr w:type="spellEnd"/>
      <w:r w:rsidRPr="00A60C3C">
        <w:rPr>
          <w:rFonts w:cstheme="majorHAnsi"/>
          <w:sz w:val="18"/>
          <w:szCs w:val="18"/>
        </w:rPr>
        <w:t xml:space="preserve"> </w:t>
      </w:r>
      <w:proofErr w:type="spellStart"/>
      <w:r w:rsidRPr="00A60C3C">
        <w:rPr>
          <w:rFonts w:ascii="Sylfaen" w:hAnsi="Sylfaen" w:cs="Sylfaen"/>
          <w:sz w:val="18"/>
          <w:szCs w:val="18"/>
        </w:rPr>
        <w:t>და</w:t>
      </w:r>
      <w:proofErr w:type="spellEnd"/>
      <w:r w:rsidRPr="00A60C3C">
        <w:rPr>
          <w:rFonts w:cstheme="majorHAnsi"/>
          <w:sz w:val="18"/>
          <w:szCs w:val="18"/>
        </w:rPr>
        <w:t xml:space="preserve"> </w:t>
      </w:r>
      <w:proofErr w:type="spellStart"/>
      <w:r w:rsidRPr="00A60C3C">
        <w:rPr>
          <w:rFonts w:ascii="Sylfaen" w:hAnsi="Sylfaen" w:cs="Sylfaen"/>
          <w:sz w:val="18"/>
          <w:szCs w:val="18"/>
        </w:rPr>
        <w:t>შეაჩეროს</w:t>
      </w:r>
      <w:proofErr w:type="spellEnd"/>
      <w:r w:rsidRPr="00A60C3C">
        <w:rPr>
          <w:rFonts w:cstheme="majorHAnsi"/>
          <w:sz w:val="18"/>
          <w:szCs w:val="18"/>
        </w:rPr>
        <w:t xml:space="preserve"> </w:t>
      </w:r>
      <w:r w:rsidR="00A60C3C" w:rsidRPr="00A60C3C">
        <w:rPr>
          <w:rFonts w:ascii="Sylfaen" w:hAnsi="Sylfaen" w:cstheme="majorHAnsi"/>
          <w:sz w:val="18"/>
          <w:szCs w:val="18"/>
          <w:lang w:val="ka-GE"/>
        </w:rPr>
        <w:t>ის კონკრეტული სამუშაოები</w:t>
      </w:r>
      <w:r w:rsidR="00A0508F">
        <w:rPr>
          <w:rFonts w:ascii="Sylfaen" w:hAnsi="Sylfaen" w:cstheme="majorHAnsi"/>
          <w:sz w:val="18"/>
          <w:szCs w:val="18"/>
          <w:lang w:val="ka-GE"/>
        </w:rPr>
        <w:t>,</w:t>
      </w:r>
      <w:r w:rsidR="00A60C3C" w:rsidRPr="00A60C3C">
        <w:rPr>
          <w:rFonts w:ascii="Sylfaen" w:hAnsi="Sylfaen" w:cstheme="majorHAnsi"/>
          <w:sz w:val="18"/>
          <w:szCs w:val="18"/>
          <w:lang w:val="ka-GE"/>
        </w:rPr>
        <w:t xml:space="preserve"> რომელ</w:t>
      </w:r>
      <w:r w:rsidR="00A60C3C">
        <w:rPr>
          <w:rFonts w:ascii="Sylfaen" w:hAnsi="Sylfaen" w:cstheme="majorHAnsi"/>
          <w:sz w:val="18"/>
          <w:szCs w:val="18"/>
          <w:lang w:val="ka-GE"/>
        </w:rPr>
        <w:t xml:space="preserve">იც მიჩნეულია </w:t>
      </w:r>
      <w:r w:rsidR="00A60C3C" w:rsidRPr="00A60C3C">
        <w:rPr>
          <w:rFonts w:ascii="Sylfaen" w:hAnsi="Sylfaen" w:cstheme="majorHAnsi"/>
          <w:sz w:val="18"/>
          <w:szCs w:val="18"/>
          <w:lang w:val="ka-GE"/>
        </w:rPr>
        <w:t>ხარვეზიანად</w:t>
      </w:r>
      <w:r w:rsidR="00A60C3C">
        <w:rPr>
          <w:rFonts w:ascii="Sylfaen" w:hAnsi="Sylfaen" w:cstheme="majorHAnsi"/>
          <w:sz w:val="18"/>
          <w:szCs w:val="18"/>
          <w:lang w:val="ka-GE"/>
        </w:rPr>
        <w:t>,</w:t>
      </w:r>
      <w:r w:rsidR="00A60C3C" w:rsidRPr="00A60C3C">
        <w:rPr>
          <w:rFonts w:ascii="Sylfaen" w:hAnsi="Sylfaen" w:cstheme="majorHAnsi"/>
          <w:sz w:val="18"/>
          <w:szCs w:val="18"/>
          <w:lang w:val="ka-GE"/>
        </w:rPr>
        <w:t xml:space="preserve"> </w:t>
      </w:r>
      <w:proofErr w:type="spellStart"/>
      <w:r w:rsidRPr="00A60C3C">
        <w:rPr>
          <w:rFonts w:ascii="Sylfaen" w:hAnsi="Sylfaen" w:cs="Sylfaen"/>
          <w:sz w:val="18"/>
          <w:szCs w:val="18"/>
        </w:rPr>
        <w:t>აღნიშნული</w:t>
      </w:r>
      <w:proofErr w:type="spellEnd"/>
      <w:r w:rsidRPr="00A60C3C">
        <w:rPr>
          <w:rFonts w:cstheme="majorHAnsi"/>
          <w:sz w:val="18"/>
          <w:szCs w:val="18"/>
        </w:rPr>
        <w:t xml:space="preserve"> </w:t>
      </w:r>
      <w:proofErr w:type="spellStart"/>
      <w:r w:rsidRPr="00A60C3C">
        <w:rPr>
          <w:rFonts w:ascii="Sylfaen" w:hAnsi="Sylfaen" w:cs="Sylfaen"/>
          <w:sz w:val="18"/>
          <w:szCs w:val="18"/>
        </w:rPr>
        <w:t>სამუშაოების</w:t>
      </w:r>
      <w:proofErr w:type="spellEnd"/>
      <w:r w:rsidRPr="00A60C3C">
        <w:rPr>
          <w:rFonts w:cstheme="majorHAnsi"/>
          <w:sz w:val="18"/>
          <w:szCs w:val="18"/>
        </w:rPr>
        <w:t xml:space="preserve"> </w:t>
      </w:r>
      <w:proofErr w:type="spellStart"/>
      <w:r w:rsidRPr="00A60C3C">
        <w:rPr>
          <w:rFonts w:ascii="Sylfaen" w:hAnsi="Sylfaen" w:cs="Sylfaen"/>
          <w:sz w:val="18"/>
          <w:szCs w:val="18"/>
        </w:rPr>
        <w:t>ანაზღაურება</w:t>
      </w:r>
      <w:proofErr w:type="spellEnd"/>
      <w:r w:rsidRPr="00A60C3C">
        <w:rPr>
          <w:rFonts w:cstheme="majorHAnsi"/>
          <w:sz w:val="18"/>
          <w:szCs w:val="18"/>
        </w:rPr>
        <w:t xml:space="preserve"> </w:t>
      </w:r>
      <w:proofErr w:type="spellStart"/>
      <w:r w:rsidRPr="00A60C3C">
        <w:rPr>
          <w:rFonts w:ascii="Sylfaen" w:hAnsi="Sylfaen" w:cs="Sylfaen"/>
          <w:sz w:val="18"/>
          <w:szCs w:val="18"/>
        </w:rPr>
        <w:t>საექსპერტო</w:t>
      </w:r>
      <w:proofErr w:type="spellEnd"/>
      <w:r w:rsidRPr="00A60C3C">
        <w:rPr>
          <w:rFonts w:cstheme="majorHAnsi"/>
          <w:sz w:val="18"/>
          <w:szCs w:val="18"/>
        </w:rPr>
        <w:t xml:space="preserve"> </w:t>
      </w:r>
      <w:proofErr w:type="spellStart"/>
      <w:r w:rsidRPr="00A60C3C">
        <w:rPr>
          <w:rFonts w:ascii="Sylfaen" w:hAnsi="Sylfaen" w:cs="Sylfaen"/>
          <w:sz w:val="18"/>
          <w:szCs w:val="18"/>
        </w:rPr>
        <w:t>დაწესებულების</w:t>
      </w:r>
      <w:proofErr w:type="spellEnd"/>
      <w:r w:rsidRPr="00A60C3C">
        <w:rPr>
          <w:rFonts w:cstheme="majorHAnsi"/>
          <w:sz w:val="18"/>
          <w:szCs w:val="18"/>
        </w:rPr>
        <w:t xml:space="preserve"> </w:t>
      </w:r>
      <w:proofErr w:type="spellStart"/>
      <w:r w:rsidRPr="00A60C3C">
        <w:rPr>
          <w:rFonts w:ascii="Sylfaen" w:hAnsi="Sylfaen" w:cs="Sylfaen"/>
          <w:sz w:val="18"/>
          <w:szCs w:val="18"/>
        </w:rPr>
        <w:t>დასკვნის</w:t>
      </w:r>
      <w:proofErr w:type="spellEnd"/>
      <w:r w:rsidRPr="00A60C3C">
        <w:rPr>
          <w:rFonts w:cstheme="majorHAnsi"/>
          <w:sz w:val="18"/>
          <w:szCs w:val="18"/>
        </w:rPr>
        <w:t xml:space="preserve"> </w:t>
      </w:r>
      <w:proofErr w:type="spellStart"/>
      <w:r w:rsidRPr="00A60C3C">
        <w:rPr>
          <w:rFonts w:ascii="Sylfaen" w:hAnsi="Sylfaen" w:cs="Sylfaen"/>
          <w:sz w:val="18"/>
          <w:szCs w:val="18"/>
        </w:rPr>
        <w:t>მიღებამდე</w:t>
      </w:r>
      <w:proofErr w:type="spellEnd"/>
      <w:r w:rsidR="00FD2D44" w:rsidRPr="00125F84">
        <w:rPr>
          <w:rFonts w:cstheme="majorHAnsi"/>
          <w:sz w:val="18"/>
          <w:szCs w:val="18"/>
        </w:rPr>
        <w:t>.</w:t>
      </w:r>
      <w:r w:rsidR="00A0508F">
        <w:rPr>
          <w:rFonts w:cstheme="majorHAnsi"/>
          <w:sz w:val="18"/>
          <w:szCs w:val="18"/>
        </w:rPr>
        <w:t xml:space="preserve"> </w:t>
      </w:r>
      <w:r w:rsidR="00A0508F">
        <w:rPr>
          <w:rFonts w:ascii="Sylfaen" w:hAnsi="Sylfaen" w:cstheme="majorHAnsi"/>
          <w:sz w:val="18"/>
          <w:szCs w:val="18"/>
          <w:lang w:val="ka-GE"/>
        </w:rPr>
        <w:t>(</w:t>
      </w:r>
      <w:proofErr w:type="spellStart"/>
      <w:r w:rsidRPr="00A60C3C">
        <w:rPr>
          <w:rFonts w:ascii="Sylfaen" w:hAnsi="Sylfaen" w:cs="Sylfaen"/>
          <w:sz w:val="18"/>
          <w:szCs w:val="18"/>
        </w:rPr>
        <w:t>თუ</w:t>
      </w:r>
      <w:proofErr w:type="spellEnd"/>
      <w:r w:rsidRPr="00A60C3C">
        <w:rPr>
          <w:rFonts w:cstheme="majorHAnsi"/>
          <w:sz w:val="18"/>
          <w:szCs w:val="18"/>
        </w:rPr>
        <w:t xml:space="preserve"> </w:t>
      </w:r>
      <w:r w:rsidR="00A0508F">
        <w:rPr>
          <w:rFonts w:ascii="Sylfaen" w:hAnsi="Sylfaen" w:cs="Sylfaen"/>
          <w:sz w:val="18"/>
          <w:szCs w:val="18"/>
          <w:lang w:val="ka-GE"/>
        </w:rPr>
        <w:t>მენარდე</w:t>
      </w:r>
      <w:r w:rsidRPr="00A60C3C">
        <w:rPr>
          <w:rFonts w:cstheme="majorHAnsi"/>
          <w:sz w:val="18"/>
          <w:szCs w:val="18"/>
        </w:rPr>
        <w:t xml:space="preserve"> </w:t>
      </w:r>
      <w:proofErr w:type="spellStart"/>
      <w:r w:rsidRPr="00A60C3C">
        <w:rPr>
          <w:rFonts w:ascii="Sylfaen" w:hAnsi="Sylfaen" w:cs="Sylfaen"/>
          <w:sz w:val="18"/>
          <w:szCs w:val="18"/>
        </w:rPr>
        <w:t>არ</w:t>
      </w:r>
      <w:proofErr w:type="spellEnd"/>
      <w:r w:rsidRPr="00A60C3C">
        <w:rPr>
          <w:rFonts w:cstheme="majorHAnsi"/>
          <w:sz w:val="18"/>
          <w:szCs w:val="18"/>
        </w:rPr>
        <w:t xml:space="preserve"> </w:t>
      </w:r>
      <w:proofErr w:type="spellStart"/>
      <w:r w:rsidRPr="00A60C3C">
        <w:rPr>
          <w:rFonts w:ascii="Sylfaen" w:hAnsi="Sylfaen" w:cs="Sylfaen"/>
          <w:sz w:val="18"/>
          <w:szCs w:val="18"/>
        </w:rPr>
        <w:t>ეთანხმება</w:t>
      </w:r>
      <w:proofErr w:type="spellEnd"/>
      <w:r w:rsidRPr="00A60C3C">
        <w:rPr>
          <w:rFonts w:cstheme="majorHAnsi"/>
          <w:sz w:val="18"/>
          <w:szCs w:val="18"/>
        </w:rPr>
        <w:t xml:space="preserve"> </w:t>
      </w:r>
      <w:proofErr w:type="spellStart"/>
      <w:r w:rsidRPr="00A60C3C">
        <w:rPr>
          <w:rFonts w:ascii="Sylfaen" w:hAnsi="Sylfaen" w:cs="Sylfaen"/>
          <w:sz w:val="18"/>
          <w:szCs w:val="18"/>
        </w:rPr>
        <w:t>აღნიშნულ</w:t>
      </w:r>
      <w:proofErr w:type="spellEnd"/>
      <w:r w:rsidRPr="00A60C3C">
        <w:rPr>
          <w:rFonts w:cstheme="majorHAnsi"/>
          <w:sz w:val="18"/>
          <w:szCs w:val="18"/>
        </w:rPr>
        <w:t xml:space="preserve"> </w:t>
      </w:r>
      <w:proofErr w:type="spellStart"/>
      <w:r w:rsidRPr="00A60C3C">
        <w:rPr>
          <w:rFonts w:ascii="Sylfaen" w:hAnsi="Sylfaen" w:cs="Sylfaen"/>
          <w:sz w:val="18"/>
          <w:szCs w:val="18"/>
        </w:rPr>
        <w:t>ნაკლს</w:t>
      </w:r>
      <w:proofErr w:type="spellEnd"/>
      <w:r w:rsidR="00A0508F">
        <w:rPr>
          <w:rFonts w:ascii="Sylfaen" w:hAnsi="Sylfaen" w:cstheme="majorHAnsi"/>
          <w:sz w:val="18"/>
          <w:szCs w:val="18"/>
          <w:lang w:val="ka-GE"/>
        </w:rPr>
        <w:t>)</w:t>
      </w:r>
      <w:r w:rsidRPr="00A60C3C">
        <w:rPr>
          <w:rFonts w:cstheme="majorHAnsi"/>
          <w:sz w:val="18"/>
          <w:szCs w:val="18"/>
        </w:rPr>
        <w:t xml:space="preserve">, </w:t>
      </w:r>
      <w:proofErr w:type="spellStart"/>
      <w:r w:rsidRPr="00A60C3C">
        <w:rPr>
          <w:rFonts w:ascii="Sylfaen" w:hAnsi="Sylfaen" w:cs="Sylfaen"/>
          <w:sz w:val="18"/>
          <w:szCs w:val="18"/>
        </w:rPr>
        <w:t>მაგრამ</w:t>
      </w:r>
      <w:proofErr w:type="spellEnd"/>
      <w:r w:rsidRPr="00A60C3C">
        <w:rPr>
          <w:rFonts w:cstheme="majorHAnsi"/>
          <w:sz w:val="18"/>
          <w:szCs w:val="18"/>
        </w:rPr>
        <w:t xml:space="preserve"> </w:t>
      </w:r>
      <w:proofErr w:type="spellStart"/>
      <w:r w:rsidRPr="00A60C3C">
        <w:rPr>
          <w:rFonts w:ascii="Sylfaen" w:hAnsi="Sylfaen" w:cs="Sylfaen"/>
          <w:sz w:val="18"/>
          <w:szCs w:val="18"/>
        </w:rPr>
        <w:t>არაუმეტეს</w:t>
      </w:r>
      <w:proofErr w:type="spellEnd"/>
      <w:r w:rsidR="00A0508F">
        <w:rPr>
          <w:rFonts w:cstheme="majorHAnsi"/>
          <w:sz w:val="18"/>
          <w:szCs w:val="18"/>
        </w:rPr>
        <w:t xml:space="preserve">  45 </w:t>
      </w:r>
      <w:r w:rsidR="00A0508F">
        <w:rPr>
          <w:rFonts w:ascii="Sylfaen" w:hAnsi="Sylfaen" w:cstheme="majorHAnsi"/>
          <w:sz w:val="18"/>
          <w:szCs w:val="18"/>
          <w:lang w:val="ka-GE"/>
        </w:rPr>
        <w:t>(</w:t>
      </w:r>
      <w:proofErr w:type="spellStart"/>
      <w:r w:rsidRPr="00A60C3C">
        <w:rPr>
          <w:rFonts w:ascii="Sylfaen" w:hAnsi="Sylfaen" w:cs="Sylfaen"/>
          <w:sz w:val="18"/>
          <w:szCs w:val="18"/>
        </w:rPr>
        <w:t>ორმოცდახუთი</w:t>
      </w:r>
      <w:proofErr w:type="spellEnd"/>
      <w:r w:rsidR="00A0508F">
        <w:rPr>
          <w:rFonts w:ascii="Sylfaen" w:hAnsi="Sylfaen" w:cstheme="majorHAnsi"/>
          <w:sz w:val="18"/>
          <w:szCs w:val="18"/>
          <w:lang w:val="ka-GE"/>
        </w:rPr>
        <w:t>)</w:t>
      </w:r>
      <w:r w:rsidRPr="00A60C3C">
        <w:rPr>
          <w:rFonts w:cstheme="majorHAnsi"/>
          <w:sz w:val="18"/>
          <w:szCs w:val="18"/>
        </w:rPr>
        <w:t xml:space="preserve"> </w:t>
      </w:r>
      <w:proofErr w:type="spellStart"/>
      <w:r w:rsidRPr="00A60C3C">
        <w:rPr>
          <w:rFonts w:ascii="Sylfaen" w:hAnsi="Sylfaen" w:cs="Sylfaen"/>
          <w:sz w:val="18"/>
          <w:szCs w:val="18"/>
        </w:rPr>
        <w:t>კალენდარული</w:t>
      </w:r>
      <w:proofErr w:type="spellEnd"/>
      <w:r w:rsidRPr="00A60C3C">
        <w:rPr>
          <w:rFonts w:cstheme="majorHAnsi"/>
          <w:sz w:val="18"/>
          <w:szCs w:val="18"/>
        </w:rPr>
        <w:t xml:space="preserve"> </w:t>
      </w:r>
      <w:proofErr w:type="spellStart"/>
      <w:r w:rsidRPr="00A60C3C">
        <w:rPr>
          <w:rFonts w:ascii="Sylfaen" w:hAnsi="Sylfaen" w:cs="Sylfaen"/>
          <w:sz w:val="18"/>
          <w:szCs w:val="18"/>
        </w:rPr>
        <w:t>ვადით</w:t>
      </w:r>
      <w:proofErr w:type="spellEnd"/>
      <w:r w:rsidRPr="00A60C3C">
        <w:rPr>
          <w:rFonts w:cstheme="majorHAnsi"/>
          <w:sz w:val="18"/>
          <w:szCs w:val="18"/>
        </w:rPr>
        <w:t>.</w:t>
      </w:r>
      <w:r w:rsidRPr="00C86A0D">
        <w:rPr>
          <w:rFonts w:cstheme="majorHAnsi"/>
          <w:sz w:val="18"/>
          <w:szCs w:val="18"/>
        </w:rPr>
        <w:t xml:space="preserve">  </w:t>
      </w:r>
      <w:proofErr w:type="spellStart"/>
      <w:r w:rsidRPr="00C86A0D">
        <w:rPr>
          <w:rFonts w:ascii="Sylfaen" w:hAnsi="Sylfaen" w:cs="Sylfaen"/>
          <w:sz w:val="18"/>
          <w:szCs w:val="18"/>
        </w:rPr>
        <w:t>თუ</w:t>
      </w:r>
      <w:proofErr w:type="spellEnd"/>
      <w:r w:rsidRPr="00C86A0D">
        <w:rPr>
          <w:rFonts w:cstheme="majorHAnsi"/>
          <w:sz w:val="18"/>
          <w:szCs w:val="18"/>
        </w:rPr>
        <w:t xml:space="preserve"> </w:t>
      </w:r>
      <w:proofErr w:type="spellStart"/>
      <w:r w:rsidRPr="00C86A0D">
        <w:rPr>
          <w:rFonts w:ascii="Sylfaen" w:hAnsi="Sylfaen" w:cs="Sylfaen"/>
          <w:sz w:val="18"/>
          <w:szCs w:val="18"/>
        </w:rPr>
        <w:t>აღნიშნული</w:t>
      </w:r>
      <w:proofErr w:type="spellEnd"/>
      <w:r w:rsidRPr="00C86A0D">
        <w:rPr>
          <w:rFonts w:cstheme="majorHAnsi"/>
          <w:sz w:val="18"/>
          <w:szCs w:val="18"/>
        </w:rPr>
        <w:t xml:space="preserve"> </w:t>
      </w:r>
      <w:proofErr w:type="spellStart"/>
      <w:r w:rsidRPr="00C86A0D">
        <w:rPr>
          <w:rFonts w:ascii="Sylfaen" w:hAnsi="Sylfaen" w:cs="Sylfaen"/>
          <w:sz w:val="18"/>
          <w:szCs w:val="18"/>
        </w:rPr>
        <w:t>ვადის</w:t>
      </w:r>
      <w:proofErr w:type="spellEnd"/>
      <w:r w:rsidRPr="00C86A0D">
        <w:rPr>
          <w:rFonts w:cstheme="majorHAnsi"/>
          <w:sz w:val="18"/>
          <w:szCs w:val="18"/>
        </w:rPr>
        <w:t xml:space="preserve"> </w:t>
      </w:r>
      <w:proofErr w:type="spellStart"/>
      <w:r w:rsidRPr="00C86A0D">
        <w:rPr>
          <w:rFonts w:ascii="Sylfaen" w:hAnsi="Sylfaen" w:cs="Sylfaen"/>
          <w:sz w:val="18"/>
          <w:szCs w:val="18"/>
        </w:rPr>
        <w:t>გასვლის</w:t>
      </w:r>
      <w:proofErr w:type="spellEnd"/>
      <w:r w:rsidRPr="00C86A0D">
        <w:rPr>
          <w:rFonts w:cstheme="majorHAnsi"/>
          <w:sz w:val="18"/>
          <w:szCs w:val="18"/>
        </w:rPr>
        <w:t xml:space="preserve"> </w:t>
      </w:r>
      <w:proofErr w:type="spellStart"/>
      <w:r w:rsidRPr="00C86A0D">
        <w:rPr>
          <w:rFonts w:ascii="Sylfaen" w:hAnsi="Sylfaen" w:cs="Sylfaen"/>
          <w:sz w:val="18"/>
          <w:szCs w:val="18"/>
        </w:rPr>
        <w:t>შემდგომ</w:t>
      </w:r>
      <w:proofErr w:type="spellEnd"/>
      <w:r w:rsidRPr="00C86A0D">
        <w:rPr>
          <w:rFonts w:cstheme="majorHAnsi"/>
          <w:sz w:val="18"/>
          <w:szCs w:val="18"/>
        </w:rPr>
        <w:t xml:space="preserve">, </w:t>
      </w:r>
      <w:proofErr w:type="spellStart"/>
      <w:r w:rsidRPr="00C86A0D">
        <w:rPr>
          <w:rFonts w:ascii="Sylfaen" w:hAnsi="Sylfaen" w:cs="Sylfaen"/>
          <w:sz w:val="18"/>
          <w:szCs w:val="18"/>
        </w:rPr>
        <w:t>ექსპერტიზის</w:t>
      </w:r>
      <w:proofErr w:type="spellEnd"/>
      <w:r w:rsidRPr="00C86A0D">
        <w:rPr>
          <w:rFonts w:cstheme="majorHAnsi"/>
          <w:sz w:val="18"/>
          <w:szCs w:val="18"/>
        </w:rPr>
        <w:t xml:space="preserve"> </w:t>
      </w:r>
      <w:proofErr w:type="spellStart"/>
      <w:r w:rsidRPr="00C86A0D">
        <w:rPr>
          <w:rFonts w:ascii="Sylfaen" w:hAnsi="Sylfaen" w:cs="Sylfaen"/>
          <w:sz w:val="18"/>
          <w:szCs w:val="18"/>
        </w:rPr>
        <w:lastRenderedPageBreak/>
        <w:t>მიერ</w:t>
      </w:r>
      <w:proofErr w:type="spellEnd"/>
      <w:r w:rsidRPr="00C86A0D">
        <w:rPr>
          <w:rFonts w:cstheme="majorHAnsi"/>
          <w:sz w:val="18"/>
          <w:szCs w:val="18"/>
        </w:rPr>
        <w:t xml:space="preserve"> </w:t>
      </w:r>
      <w:proofErr w:type="spellStart"/>
      <w:r w:rsidRPr="00C86A0D">
        <w:rPr>
          <w:rFonts w:ascii="Sylfaen" w:hAnsi="Sylfaen" w:cs="Sylfaen"/>
          <w:sz w:val="18"/>
          <w:szCs w:val="18"/>
        </w:rPr>
        <w:t>არ</w:t>
      </w:r>
      <w:proofErr w:type="spellEnd"/>
      <w:r w:rsidRPr="00C86A0D">
        <w:rPr>
          <w:rFonts w:cstheme="majorHAnsi"/>
          <w:sz w:val="18"/>
          <w:szCs w:val="18"/>
        </w:rPr>
        <w:t xml:space="preserve"> </w:t>
      </w:r>
      <w:proofErr w:type="spellStart"/>
      <w:r w:rsidRPr="00C86A0D">
        <w:rPr>
          <w:rFonts w:ascii="Sylfaen" w:hAnsi="Sylfaen" w:cs="Sylfaen"/>
          <w:sz w:val="18"/>
          <w:szCs w:val="18"/>
        </w:rPr>
        <w:t>იქნება</w:t>
      </w:r>
      <w:proofErr w:type="spellEnd"/>
      <w:r w:rsidRPr="00C86A0D">
        <w:rPr>
          <w:rFonts w:cstheme="majorHAnsi"/>
          <w:sz w:val="18"/>
          <w:szCs w:val="18"/>
        </w:rPr>
        <w:t xml:space="preserve"> </w:t>
      </w:r>
      <w:proofErr w:type="spellStart"/>
      <w:r w:rsidRPr="00C86A0D">
        <w:rPr>
          <w:rFonts w:ascii="Sylfaen" w:hAnsi="Sylfaen" w:cs="Sylfaen"/>
          <w:sz w:val="18"/>
          <w:szCs w:val="18"/>
        </w:rPr>
        <w:t>მომზადებული</w:t>
      </w:r>
      <w:proofErr w:type="spellEnd"/>
      <w:r w:rsidRPr="00C86A0D">
        <w:rPr>
          <w:rFonts w:cstheme="majorHAnsi"/>
          <w:sz w:val="18"/>
          <w:szCs w:val="18"/>
        </w:rPr>
        <w:t xml:space="preserve"> </w:t>
      </w:r>
      <w:proofErr w:type="spellStart"/>
      <w:r w:rsidRPr="00C86A0D">
        <w:rPr>
          <w:rFonts w:ascii="Sylfaen" w:hAnsi="Sylfaen" w:cs="Sylfaen"/>
          <w:sz w:val="18"/>
          <w:szCs w:val="18"/>
        </w:rPr>
        <w:t>საექპერტო</w:t>
      </w:r>
      <w:proofErr w:type="spellEnd"/>
      <w:r w:rsidRPr="00C86A0D">
        <w:rPr>
          <w:rFonts w:cstheme="majorHAnsi"/>
          <w:sz w:val="18"/>
          <w:szCs w:val="18"/>
        </w:rPr>
        <w:t xml:space="preserve"> </w:t>
      </w:r>
      <w:proofErr w:type="spellStart"/>
      <w:r w:rsidRPr="00C86A0D">
        <w:rPr>
          <w:rFonts w:ascii="Sylfaen" w:hAnsi="Sylfaen" w:cs="Sylfaen"/>
          <w:sz w:val="18"/>
          <w:szCs w:val="18"/>
        </w:rPr>
        <w:t>დასკვნა</w:t>
      </w:r>
      <w:proofErr w:type="spellEnd"/>
      <w:r w:rsidRPr="00C86A0D">
        <w:rPr>
          <w:rFonts w:cstheme="majorHAnsi"/>
          <w:sz w:val="18"/>
          <w:szCs w:val="18"/>
        </w:rPr>
        <w:t xml:space="preserve">, </w:t>
      </w:r>
      <w:proofErr w:type="spellStart"/>
      <w:r w:rsidRPr="00C86A0D">
        <w:rPr>
          <w:rFonts w:ascii="Sylfaen" w:hAnsi="Sylfaen" w:cs="Sylfaen"/>
          <w:sz w:val="18"/>
          <w:szCs w:val="18"/>
        </w:rPr>
        <w:t>ასეთ</w:t>
      </w:r>
      <w:proofErr w:type="spellEnd"/>
      <w:r w:rsidRPr="00C86A0D">
        <w:rPr>
          <w:rFonts w:cstheme="majorHAnsi"/>
          <w:sz w:val="18"/>
          <w:szCs w:val="18"/>
        </w:rPr>
        <w:t xml:space="preserve"> </w:t>
      </w:r>
      <w:proofErr w:type="spellStart"/>
      <w:r w:rsidRPr="00C86A0D">
        <w:rPr>
          <w:rFonts w:ascii="Sylfaen" w:hAnsi="Sylfaen" w:cs="Sylfaen"/>
          <w:sz w:val="18"/>
          <w:szCs w:val="18"/>
        </w:rPr>
        <w:t>დროს</w:t>
      </w:r>
      <w:proofErr w:type="spellEnd"/>
      <w:r w:rsidRPr="00C86A0D">
        <w:rPr>
          <w:rFonts w:cstheme="majorHAnsi"/>
          <w:sz w:val="18"/>
          <w:szCs w:val="18"/>
        </w:rPr>
        <w:t xml:space="preserve">, </w:t>
      </w:r>
      <w:proofErr w:type="spellStart"/>
      <w:r w:rsidRPr="00C86A0D">
        <w:rPr>
          <w:rFonts w:ascii="Sylfaen" w:hAnsi="Sylfaen" w:cs="Sylfaen"/>
          <w:sz w:val="18"/>
          <w:szCs w:val="18"/>
        </w:rPr>
        <w:t>დამკვეთი</w:t>
      </w:r>
      <w:proofErr w:type="spellEnd"/>
      <w:r w:rsidRPr="00C86A0D">
        <w:rPr>
          <w:rFonts w:cstheme="majorHAnsi"/>
          <w:sz w:val="18"/>
          <w:szCs w:val="18"/>
        </w:rPr>
        <w:t xml:space="preserve"> </w:t>
      </w:r>
      <w:proofErr w:type="spellStart"/>
      <w:r w:rsidRPr="00C86A0D">
        <w:rPr>
          <w:rFonts w:ascii="Sylfaen" w:hAnsi="Sylfaen" w:cs="Sylfaen"/>
          <w:sz w:val="18"/>
          <w:szCs w:val="18"/>
        </w:rPr>
        <w:t>ვალდებულია</w:t>
      </w:r>
      <w:proofErr w:type="spellEnd"/>
      <w:r w:rsidRPr="00C86A0D">
        <w:rPr>
          <w:rFonts w:cstheme="majorHAnsi"/>
          <w:sz w:val="18"/>
          <w:szCs w:val="18"/>
        </w:rPr>
        <w:t xml:space="preserve">, </w:t>
      </w:r>
      <w:r w:rsidR="00A0508F">
        <w:rPr>
          <w:rFonts w:ascii="Sylfaen" w:hAnsi="Sylfaen" w:cs="Sylfaen"/>
          <w:sz w:val="18"/>
          <w:szCs w:val="18"/>
          <w:lang w:val="ka-GE"/>
        </w:rPr>
        <w:t xml:space="preserve">მენარდეს </w:t>
      </w:r>
      <w:proofErr w:type="spellStart"/>
      <w:r w:rsidRPr="00C86A0D">
        <w:rPr>
          <w:rFonts w:ascii="Sylfaen" w:hAnsi="Sylfaen" w:cs="Sylfaen"/>
          <w:sz w:val="18"/>
          <w:szCs w:val="18"/>
        </w:rPr>
        <w:t>გადაუხადოს</w:t>
      </w:r>
      <w:proofErr w:type="spellEnd"/>
      <w:r w:rsidRPr="00C86A0D">
        <w:rPr>
          <w:rFonts w:cstheme="majorHAnsi"/>
          <w:sz w:val="18"/>
          <w:szCs w:val="18"/>
        </w:rPr>
        <w:t xml:space="preserve"> </w:t>
      </w:r>
      <w:proofErr w:type="spellStart"/>
      <w:r w:rsidRPr="00C86A0D">
        <w:rPr>
          <w:rFonts w:ascii="Sylfaen" w:hAnsi="Sylfaen" w:cs="Sylfaen"/>
          <w:sz w:val="18"/>
          <w:szCs w:val="18"/>
        </w:rPr>
        <w:t>დაკავებული</w:t>
      </w:r>
      <w:proofErr w:type="spellEnd"/>
      <w:r w:rsidR="00A0508F">
        <w:rPr>
          <w:rFonts w:cstheme="majorHAnsi"/>
          <w:sz w:val="18"/>
          <w:szCs w:val="18"/>
        </w:rPr>
        <w:t xml:space="preserve"> </w:t>
      </w:r>
      <w:r w:rsidR="00A0508F">
        <w:rPr>
          <w:rFonts w:ascii="Sylfaen" w:hAnsi="Sylfaen" w:cstheme="majorHAnsi"/>
          <w:sz w:val="18"/>
          <w:szCs w:val="18"/>
          <w:lang w:val="ka-GE"/>
        </w:rPr>
        <w:t>(</w:t>
      </w:r>
      <w:proofErr w:type="spellStart"/>
      <w:r w:rsidRPr="00C86A0D">
        <w:rPr>
          <w:rFonts w:ascii="Sylfaen" w:hAnsi="Sylfaen" w:cs="Sylfaen"/>
          <w:sz w:val="18"/>
          <w:szCs w:val="18"/>
        </w:rPr>
        <w:t>კალენდარული</w:t>
      </w:r>
      <w:proofErr w:type="spellEnd"/>
      <w:r w:rsidRPr="00C86A0D">
        <w:rPr>
          <w:rFonts w:cstheme="majorHAnsi"/>
          <w:sz w:val="18"/>
          <w:szCs w:val="18"/>
        </w:rPr>
        <w:t xml:space="preserve"> </w:t>
      </w:r>
      <w:proofErr w:type="spellStart"/>
      <w:r w:rsidRPr="00C86A0D">
        <w:rPr>
          <w:rFonts w:ascii="Sylfaen" w:hAnsi="Sylfaen" w:cs="Sylfaen"/>
          <w:sz w:val="18"/>
          <w:szCs w:val="18"/>
        </w:rPr>
        <w:t>გეგმა</w:t>
      </w:r>
      <w:proofErr w:type="spellEnd"/>
      <w:r w:rsidRPr="00C86A0D">
        <w:rPr>
          <w:rFonts w:cstheme="majorHAnsi"/>
          <w:sz w:val="18"/>
          <w:szCs w:val="18"/>
        </w:rPr>
        <w:t xml:space="preserve"> </w:t>
      </w:r>
      <w:proofErr w:type="spellStart"/>
      <w:r w:rsidRPr="00C86A0D">
        <w:rPr>
          <w:rFonts w:ascii="Sylfaen" w:hAnsi="Sylfaen" w:cs="Sylfaen"/>
          <w:sz w:val="18"/>
          <w:szCs w:val="18"/>
        </w:rPr>
        <w:t>გრაფიკით</w:t>
      </w:r>
      <w:proofErr w:type="spellEnd"/>
      <w:r w:rsidRPr="00C86A0D">
        <w:rPr>
          <w:rFonts w:cstheme="majorHAnsi"/>
          <w:sz w:val="18"/>
          <w:szCs w:val="18"/>
        </w:rPr>
        <w:t xml:space="preserve"> </w:t>
      </w:r>
      <w:proofErr w:type="spellStart"/>
      <w:r w:rsidRPr="00C86A0D">
        <w:rPr>
          <w:rFonts w:ascii="Sylfaen" w:hAnsi="Sylfaen" w:cs="Sylfaen"/>
          <w:sz w:val="18"/>
          <w:szCs w:val="18"/>
        </w:rPr>
        <w:t>განსაზღვრული</w:t>
      </w:r>
      <w:proofErr w:type="spellEnd"/>
      <w:r w:rsidRPr="00C86A0D">
        <w:rPr>
          <w:rFonts w:cstheme="majorHAnsi"/>
          <w:sz w:val="18"/>
          <w:szCs w:val="18"/>
        </w:rPr>
        <w:t xml:space="preserve"> </w:t>
      </w:r>
      <w:proofErr w:type="spellStart"/>
      <w:r w:rsidRPr="00C86A0D">
        <w:rPr>
          <w:rFonts w:ascii="Sylfaen" w:hAnsi="Sylfaen" w:cs="Sylfaen"/>
          <w:sz w:val="18"/>
          <w:szCs w:val="18"/>
        </w:rPr>
        <w:t>ეტაპის</w:t>
      </w:r>
      <w:proofErr w:type="spellEnd"/>
      <w:r w:rsidR="00A0508F">
        <w:rPr>
          <w:rFonts w:ascii="Sylfaen" w:hAnsi="Sylfaen" w:cstheme="majorHAnsi"/>
          <w:sz w:val="18"/>
          <w:szCs w:val="18"/>
          <w:lang w:val="ka-GE"/>
        </w:rPr>
        <w:t>)</w:t>
      </w:r>
      <w:r w:rsidRPr="00C86A0D">
        <w:rPr>
          <w:rFonts w:cstheme="majorHAnsi"/>
          <w:sz w:val="18"/>
          <w:szCs w:val="18"/>
        </w:rPr>
        <w:t xml:space="preserve"> </w:t>
      </w:r>
      <w:proofErr w:type="spellStart"/>
      <w:r w:rsidRPr="00C86A0D">
        <w:rPr>
          <w:rFonts w:ascii="Sylfaen" w:hAnsi="Sylfaen" w:cs="Sylfaen"/>
          <w:sz w:val="18"/>
          <w:szCs w:val="18"/>
        </w:rPr>
        <w:t>თანხა</w:t>
      </w:r>
      <w:proofErr w:type="spellEnd"/>
      <w:r w:rsidRPr="00C86A0D">
        <w:rPr>
          <w:rFonts w:cstheme="majorHAnsi"/>
          <w:sz w:val="18"/>
          <w:szCs w:val="18"/>
        </w:rPr>
        <w:t xml:space="preserve"> </w:t>
      </w:r>
      <w:proofErr w:type="spellStart"/>
      <w:r w:rsidRPr="00C86A0D">
        <w:rPr>
          <w:rFonts w:ascii="Sylfaen" w:hAnsi="Sylfaen" w:cs="Sylfaen"/>
          <w:sz w:val="18"/>
          <w:szCs w:val="18"/>
        </w:rPr>
        <w:t>სრული</w:t>
      </w:r>
      <w:proofErr w:type="spellEnd"/>
      <w:r w:rsidRPr="00C86A0D">
        <w:rPr>
          <w:rFonts w:cstheme="majorHAnsi"/>
          <w:sz w:val="18"/>
          <w:szCs w:val="18"/>
        </w:rPr>
        <w:t xml:space="preserve"> </w:t>
      </w:r>
      <w:proofErr w:type="spellStart"/>
      <w:r w:rsidRPr="00C86A0D">
        <w:rPr>
          <w:rFonts w:ascii="Sylfaen" w:hAnsi="Sylfaen" w:cs="Sylfaen"/>
          <w:sz w:val="18"/>
          <w:szCs w:val="18"/>
        </w:rPr>
        <w:t>ოდენობით</w:t>
      </w:r>
      <w:proofErr w:type="spellEnd"/>
      <w:r w:rsidRPr="00C86A0D">
        <w:rPr>
          <w:rFonts w:cstheme="majorHAnsi"/>
          <w:sz w:val="18"/>
          <w:szCs w:val="18"/>
        </w:rPr>
        <w:t xml:space="preserve">, </w:t>
      </w:r>
      <w:proofErr w:type="spellStart"/>
      <w:r w:rsidRPr="00C86A0D">
        <w:rPr>
          <w:rFonts w:ascii="Sylfaen" w:hAnsi="Sylfaen" w:cs="Sylfaen"/>
          <w:sz w:val="18"/>
          <w:szCs w:val="18"/>
        </w:rPr>
        <w:t>ხოლო</w:t>
      </w:r>
      <w:proofErr w:type="spellEnd"/>
      <w:r w:rsidRPr="00C86A0D">
        <w:rPr>
          <w:rFonts w:cstheme="majorHAnsi"/>
          <w:sz w:val="18"/>
          <w:szCs w:val="18"/>
        </w:rPr>
        <w:t xml:space="preserve"> </w:t>
      </w:r>
      <w:proofErr w:type="spellStart"/>
      <w:r w:rsidRPr="00C86A0D">
        <w:rPr>
          <w:rFonts w:ascii="Sylfaen" w:hAnsi="Sylfaen" w:cs="Sylfaen"/>
          <w:sz w:val="18"/>
          <w:szCs w:val="18"/>
        </w:rPr>
        <w:t>ექსპერტიზის</w:t>
      </w:r>
      <w:proofErr w:type="spellEnd"/>
      <w:r w:rsidRPr="00C86A0D">
        <w:rPr>
          <w:rFonts w:cstheme="majorHAnsi"/>
          <w:sz w:val="18"/>
          <w:szCs w:val="18"/>
        </w:rPr>
        <w:t xml:space="preserve"> </w:t>
      </w:r>
      <w:proofErr w:type="spellStart"/>
      <w:r w:rsidRPr="00C86A0D">
        <w:rPr>
          <w:rFonts w:ascii="Sylfaen" w:hAnsi="Sylfaen" w:cs="Sylfaen"/>
          <w:sz w:val="18"/>
          <w:szCs w:val="18"/>
        </w:rPr>
        <w:t>დასრულების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შემდგომ</w:t>
      </w:r>
      <w:proofErr w:type="spellEnd"/>
      <w:r w:rsidRPr="00C86A0D">
        <w:rPr>
          <w:rFonts w:cstheme="majorHAnsi"/>
          <w:sz w:val="18"/>
          <w:szCs w:val="18"/>
        </w:rPr>
        <w:t xml:space="preserve">, </w:t>
      </w:r>
      <w:proofErr w:type="spellStart"/>
      <w:r w:rsidRPr="00C86A0D">
        <w:rPr>
          <w:rFonts w:ascii="Sylfaen" w:hAnsi="Sylfaen" w:cs="Sylfaen"/>
          <w:sz w:val="18"/>
          <w:szCs w:val="18"/>
        </w:rPr>
        <w:t>იმ</w:t>
      </w:r>
      <w:proofErr w:type="spellEnd"/>
      <w:r w:rsidRPr="00C86A0D">
        <w:rPr>
          <w:rFonts w:cstheme="majorHAnsi"/>
          <w:sz w:val="18"/>
          <w:szCs w:val="18"/>
        </w:rPr>
        <w:t xml:space="preserve"> </w:t>
      </w:r>
      <w:proofErr w:type="spellStart"/>
      <w:r w:rsidRPr="00C86A0D">
        <w:rPr>
          <w:rFonts w:ascii="Sylfaen" w:hAnsi="Sylfaen" w:cs="Sylfaen"/>
          <w:sz w:val="18"/>
          <w:szCs w:val="18"/>
        </w:rPr>
        <w:t>შემთხვევაში</w:t>
      </w:r>
      <w:proofErr w:type="spellEnd"/>
      <w:r w:rsidRPr="00C86A0D">
        <w:rPr>
          <w:rFonts w:cstheme="majorHAnsi"/>
          <w:sz w:val="18"/>
          <w:szCs w:val="18"/>
        </w:rPr>
        <w:t xml:space="preserve">, </w:t>
      </w:r>
      <w:proofErr w:type="spellStart"/>
      <w:r w:rsidRPr="00C86A0D">
        <w:rPr>
          <w:rFonts w:ascii="Sylfaen" w:hAnsi="Sylfaen" w:cs="Sylfaen"/>
          <w:sz w:val="18"/>
          <w:szCs w:val="18"/>
        </w:rPr>
        <w:t>თუ</w:t>
      </w:r>
      <w:proofErr w:type="spellEnd"/>
      <w:r w:rsidRPr="00C86A0D">
        <w:rPr>
          <w:rFonts w:cstheme="majorHAnsi"/>
          <w:sz w:val="18"/>
          <w:szCs w:val="18"/>
        </w:rPr>
        <w:t xml:space="preserve"> </w:t>
      </w:r>
      <w:proofErr w:type="spellStart"/>
      <w:r w:rsidRPr="00C86A0D">
        <w:rPr>
          <w:rFonts w:ascii="Sylfaen" w:hAnsi="Sylfaen" w:cs="Sylfaen"/>
          <w:sz w:val="18"/>
          <w:szCs w:val="18"/>
        </w:rPr>
        <w:t>გადახდილ</w:t>
      </w:r>
      <w:proofErr w:type="spellEnd"/>
      <w:r w:rsidRPr="00C86A0D">
        <w:rPr>
          <w:rFonts w:cstheme="majorHAnsi"/>
          <w:sz w:val="18"/>
          <w:szCs w:val="18"/>
        </w:rPr>
        <w:t xml:space="preserve"> </w:t>
      </w:r>
      <w:proofErr w:type="spellStart"/>
      <w:r w:rsidRPr="00C86A0D">
        <w:rPr>
          <w:rFonts w:ascii="Sylfaen" w:hAnsi="Sylfaen" w:cs="Sylfaen"/>
          <w:sz w:val="18"/>
          <w:szCs w:val="18"/>
        </w:rPr>
        <w:t>თანხასა</w:t>
      </w:r>
      <w:proofErr w:type="spellEnd"/>
      <w:r w:rsidRPr="00C86A0D">
        <w:rPr>
          <w:rFonts w:cstheme="majorHAnsi"/>
          <w:sz w:val="18"/>
          <w:szCs w:val="18"/>
        </w:rPr>
        <w:t xml:space="preserve"> </w:t>
      </w:r>
      <w:proofErr w:type="spellStart"/>
      <w:r w:rsidRPr="00C86A0D">
        <w:rPr>
          <w:rFonts w:ascii="Sylfaen" w:hAnsi="Sylfaen" w:cs="Sylfaen"/>
          <w:sz w:val="18"/>
          <w:szCs w:val="18"/>
        </w:rPr>
        <w:t>და</w:t>
      </w:r>
      <w:proofErr w:type="spellEnd"/>
      <w:r w:rsidRPr="00C86A0D">
        <w:rPr>
          <w:rFonts w:cstheme="majorHAnsi"/>
          <w:sz w:val="18"/>
          <w:szCs w:val="18"/>
        </w:rPr>
        <w:t xml:space="preserve"> </w:t>
      </w:r>
      <w:proofErr w:type="spellStart"/>
      <w:r w:rsidRPr="00C86A0D">
        <w:rPr>
          <w:rFonts w:ascii="Sylfaen" w:hAnsi="Sylfaen" w:cs="Sylfaen"/>
          <w:sz w:val="18"/>
          <w:szCs w:val="18"/>
        </w:rPr>
        <w:t>იმ</w:t>
      </w:r>
      <w:proofErr w:type="spellEnd"/>
      <w:r w:rsidRPr="00C86A0D">
        <w:rPr>
          <w:rFonts w:cstheme="majorHAnsi"/>
          <w:sz w:val="18"/>
          <w:szCs w:val="18"/>
        </w:rPr>
        <w:t xml:space="preserve"> </w:t>
      </w:r>
      <w:proofErr w:type="spellStart"/>
      <w:r w:rsidRPr="00C86A0D">
        <w:rPr>
          <w:rFonts w:ascii="Sylfaen" w:hAnsi="Sylfaen" w:cs="Sylfaen"/>
          <w:sz w:val="18"/>
          <w:szCs w:val="18"/>
        </w:rPr>
        <w:t>სამუშაოების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ღირებულებ</w:t>
      </w:r>
      <w:r w:rsidR="0015508C">
        <w:rPr>
          <w:rFonts w:ascii="Sylfaen" w:hAnsi="Sylfaen" w:cs="Sylfaen"/>
          <w:sz w:val="18"/>
          <w:szCs w:val="18"/>
        </w:rPr>
        <w:t>ა</w:t>
      </w:r>
      <w:r w:rsidRPr="00C86A0D">
        <w:rPr>
          <w:rFonts w:ascii="Sylfaen" w:hAnsi="Sylfaen" w:cs="Sylfaen"/>
          <w:sz w:val="18"/>
          <w:szCs w:val="18"/>
        </w:rPr>
        <w:t>ს</w:t>
      </w:r>
      <w:proofErr w:type="spellEnd"/>
      <w:r w:rsidRPr="00C86A0D">
        <w:rPr>
          <w:rFonts w:cstheme="majorHAnsi"/>
          <w:sz w:val="18"/>
          <w:szCs w:val="18"/>
        </w:rPr>
        <w:t xml:space="preserve"> </w:t>
      </w:r>
      <w:proofErr w:type="spellStart"/>
      <w:r w:rsidRPr="00C86A0D">
        <w:rPr>
          <w:rFonts w:ascii="Sylfaen" w:hAnsi="Sylfaen" w:cs="Sylfaen"/>
          <w:sz w:val="18"/>
          <w:szCs w:val="18"/>
        </w:rPr>
        <w:t>შორის</w:t>
      </w:r>
      <w:proofErr w:type="spellEnd"/>
      <w:r w:rsidRPr="00C86A0D">
        <w:rPr>
          <w:rFonts w:cstheme="majorHAnsi"/>
          <w:sz w:val="18"/>
          <w:szCs w:val="18"/>
        </w:rPr>
        <w:t xml:space="preserve">, </w:t>
      </w:r>
      <w:proofErr w:type="spellStart"/>
      <w:r w:rsidRPr="00C86A0D">
        <w:rPr>
          <w:rFonts w:ascii="Sylfaen" w:hAnsi="Sylfaen" w:cs="Sylfaen"/>
          <w:sz w:val="18"/>
          <w:szCs w:val="18"/>
        </w:rPr>
        <w:t>რომელზეც</w:t>
      </w:r>
      <w:proofErr w:type="spellEnd"/>
      <w:r w:rsidRPr="00C86A0D">
        <w:rPr>
          <w:rFonts w:cstheme="majorHAnsi"/>
          <w:sz w:val="18"/>
          <w:szCs w:val="18"/>
        </w:rPr>
        <w:t xml:space="preserve"> </w:t>
      </w:r>
      <w:proofErr w:type="spellStart"/>
      <w:r w:rsidRPr="00C86A0D">
        <w:rPr>
          <w:rFonts w:ascii="Sylfaen" w:hAnsi="Sylfaen" w:cs="Sylfaen"/>
          <w:sz w:val="18"/>
          <w:szCs w:val="18"/>
        </w:rPr>
        <w:t>განხორციელდა</w:t>
      </w:r>
      <w:proofErr w:type="spellEnd"/>
      <w:r w:rsidRPr="00C86A0D">
        <w:rPr>
          <w:rFonts w:cstheme="majorHAnsi"/>
          <w:sz w:val="18"/>
          <w:szCs w:val="18"/>
        </w:rPr>
        <w:t xml:space="preserve"> </w:t>
      </w:r>
      <w:proofErr w:type="spellStart"/>
      <w:r w:rsidRPr="00C86A0D">
        <w:rPr>
          <w:rFonts w:ascii="Sylfaen" w:hAnsi="Sylfaen" w:cs="Sylfaen"/>
          <w:sz w:val="18"/>
          <w:szCs w:val="18"/>
        </w:rPr>
        <w:t>ექსპერტიზა</w:t>
      </w:r>
      <w:proofErr w:type="spellEnd"/>
      <w:r w:rsidRPr="00C86A0D">
        <w:rPr>
          <w:rFonts w:cstheme="majorHAnsi"/>
          <w:sz w:val="18"/>
          <w:szCs w:val="18"/>
        </w:rPr>
        <w:t xml:space="preserve"> </w:t>
      </w:r>
      <w:proofErr w:type="spellStart"/>
      <w:r w:rsidRPr="00C86A0D">
        <w:rPr>
          <w:rFonts w:ascii="Sylfaen" w:hAnsi="Sylfaen" w:cs="Sylfaen"/>
          <w:sz w:val="18"/>
          <w:szCs w:val="18"/>
        </w:rPr>
        <w:t>იქნება</w:t>
      </w:r>
      <w:proofErr w:type="spellEnd"/>
      <w:r w:rsidRPr="00C86A0D">
        <w:rPr>
          <w:rFonts w:cstheme="majorHAnsi"/>
          <w:sz w:val="18"/>
          <w:szCs w:val="18"/>
        </w:rPr>
        <w:t xml:space="preserve"> </w:t>
      </w:r>
      <w:proofErr w:type="spellStart"/>
      <w:r w:rsidRPr="00C86A0D">
        <w:rPr>
          <w:rFonts w:ascii="Sylfaen" w:hAnsi="Sylfaen" w:cs="Sylfaen"/>
          <w:sz w:val="18"/>
          <w:szCs w:val="18"/>
        </w:rPr>
        <w:t>სხვაობა</w:t>
      </w:r>
      <w:proofErr w:type="spellEnd"/>
      <w:r w:rsidRPr="00C86A0D">
        <w:rPr>
          <w:rFonts w:cstheme="majorHAnsi"/>
          <w:sz w:val="18"/>
          <w:szCs w:val="18"/>
        </w:rPr>
        <w:t xml:space="preserve">, </w:t>
      </w:r>
      <w:proofErr w:type="spellStart"/>
      <w:r w:rsidRPr="00C86A0D">
        <w:rPr>
          <w:rFonts w:ascii="Sylfaen" w:hAnsi="Sylfaen" w:cs="Sylfaen"/>
          <w:sz w:val="18"/>
          <w:szCs w:val="18"/>
        </w:rPr>
        <w:t>მხარეთა</w:t>
      </w:r>
      <w:proofErr w:type="spellEnd"/>
      <w:r w:rsidRPr="00C86A0D">
        <w:rPr>
          <w:rFonts w:cstheme="majorHAnsi"/>
          <w:sz w:val="18"/>
          <w:szCs w:val="18"/>
        </w:rPr>
        <w:t xml:space="preserve"> </w:t>
      </w:r>
      <w:proofErr w:type="spellStart"/>
      <w:r w:rsidRPr="00C86A0D">
        <w:rPr>
          <w:rFonts w:ascii="Sylfaen" w:hAnsi="Sylfaen" w:cs="Sylfaen"/>
          <w:sz w:val="18"/>
          <w:szCs w:val="18"/>
        </w:rPr>
        <w:t>შორის</w:t>
      </w:r>
      <w:proofErr w:type="spellEnd"/>
      <w:r w:rsidRPr="00C86A0D">
        <w:rPr>
          <w:rFonts w:cstheme="majorHAnsi"/>
          <w:sz w:val="18"/>
          <w:szCs w:val="18"/>
        </w:rPr>
        <w:t xml:space="preserve"> </w:t>
      </w:r>
      <w:proofErr w:type="spellStart"/>
      <w:r w:rsidRPr="00C86A0D">
        <w:rPr>
          <w:rFonts w:ascii="Sylfaen" w:hAnsi="Sylfaen" w:cs="Sylfaen"/>
          <w:sz w:val="18"/>
          <w:szCs w:val="18"/>
        </w:rPr>
        <w:t>მოხდება</w:t>
      </w:r>
      <w:proofErr w:type="spellEnd"/>
      <w:r w:rsidRPr="00C86A0D">
        <w:rPr>
          <w:rFonts w:cstheme="majorHAnsi"/>
          <w:sz w:val="18"/>
          <w:szCs w:val="18"/>
        </w:rPr>
        <w:t xml:space="preserve"> </w:t>
      </w:r>
      <w:proofErr w:type="spellStart"/>
      <w:r w:rsidRPr="00C86A0D">
        <w:rPr>
          <w:rFonts w:ascii="Sylfaen" w:hAnsi="Sylfaen" w:cs="Sylfaen"/>
          <w:sz w:val="18"/>
          <w:szCs w:val="18"/>
        </w:rPr>
        <w:t>შესაბამისი</w:t>
      </w:r>
      <w:proofErr w:type="spellEnd"/>
      <w:r w:rsidRPr="00C86A0D">
        <w:rPr>
          <w:rFonts w:cstheme="majorHAnsi"/>
          <w:sz w:val="18"/>
          <w:szCs w:val="18"/>
        </w:rPr>
        <w:t xml:space="preserve"> </w:t>
      </w:r>
      <w:proofErr w:type="spellStart"/>
      <w:r w:rsidRPr="00C86A0D">
        <w:rPr>
          <w:rFonts w:ascii="Sylfaen" w:hAnsi="Sylfaen" w:cs="Sylfaen"/>
          <w:sz w:val="18"/>
          <w:szCs w:val="18"/>
        </w:rPr>
        <w:t>ანგარიშსწორება</w:t>
      </w:r>
      <w:proofErr w:type="spellEnd"/>
      <w:r w:rsidRPr="00C86A0D">
        <w:rPr>
          <w:rFonts w:cstheme="majorHAnsi"/>
          <w:sz w:val="18"/>
          <w:szCs w:val="18"/>
        </w:rPr>
        <w:t xml:space="preserve">. </w:t>
      </w:r>
    </w:p>
    <w:p w14:paraId="683F4E0D" w14:textId="0DFB1429" w:rsidR="003C0249" w:rsidRDefault="00A74260" w:rsidP="00125F84">
      <w:pPr>
        <w:pStyle w:val="ListParagraph"/>
        <w:numPr>
          <w:ilvl w:val="2"/>
          <w:numId w:val="13"/>
        </w:numPr>
        <w:jc w:val="both"/>
        <w:rPr>
          <w:rFonts w:cstheme="majorHAnsi"/>
          <w:sz w:val="18"/>
          <w:szCs w:val="18"/>
        </w:rPr>
      </w:pPr>
      <w:proofErr w:type="spellStart"/>
      <w:r w:rsidRPr="00C86A0D">
        <w:rPr>
          <w:rFonts w:ascii="Sylfaen" w:hAnsi="Sylfaen" w:cs="Sylfaen"/>
          <w:sz w:val="18"/>
          <w:szCs w:val="18"/>
        </w:rPr>
        <w:t>დამკვეთი</w:t>
      </w:r>
      <w:proofErr w:type="spellEnd"/>
      <w:r w:rsidRPr="00C86A0D">
        <w:rPr>
          <w:rFonts w:cstheme="majorHAnsi"/>
          <w:sz w:val="18"/>
          <w:szCs w:val="18"/>
        </w:rPr>
        <w:t xml:space="preserve"> </w:t>
      </w:r>
      <w:proofErr w:type="spellStart"/>
      <w:r w:rsidRPr="00C86A0D">
        <w:rPr>
          <w:rFonts w:ascii="Sylfaen" w:hAnsi="Sylfaen" w:cs="Sylfaen"/>
          <w:sz w:val="18"/>
          <w:szCs w:val="18"/>
        </w:rPr>
        <w:t>უფლებამოსილია</w:t>
      </w:r>
      <w:proofErr w:type="spellEnd"/>
      <w:r w:rsidRPr="00C86A0D">
        <w:rPr>
          <w:rFonts w:cstheme="majorHAnsi"/>
          <w:sz w:val="18"/>
          <w:szCs w:val="18"/>
        </w:rPr>
        <w:t xml:space="preserve">, </w:t>
      </w:r>
      <w:proofErr w:type="spellStart"/>
      <w:r w:rsidRPr="00C86A0D">
        <w:rPr>
          <w:rFonts w:ascii="Sylfaen" w:hAnsi="Sylfaen" w:cs="Sylfaen"/>
          <w:sz w:val="18"/>
          <w:szCs w:val="18"/>
        </w:rPr>
        <w:t>საკუთარი</w:t>
      </w:r>
      <w:proofErr w:type="spellEnd"/>
      <w:r w:rsidRPr="00C86A0D">
        <w:rPr>
          <w:rFonts w:cstheme="majorHAnsi"/>
          <w:sz w:val="18"/>
          <w:szCs w:val="18"/>
        </w:rPr>
        <w:t xml:space="preserve"> </w:t>
      </w:r>
      <w:proofErr w:type="spellStart"/>
      <w:r w:rsidRPr="00C86A0D">
        <w:rPr>
          <w:rFonts w:ascii="Sylfaen" w:hAnsi="Sylfaen" w:cs="Sylfaen"/>
          <w:sz w:val="18"/>
          <w:szCs w:val="18"/>
        </w:rPr>
        <w:t>შეხედულებისამებრ</w:t>
      </w:r>
      <w:proofErr w:type="spellEnd"/>
      <w:r w:rsidRPr="00C86A0D">
        <w:rPr>
          <w:rFonts w:cstheme="majorHAnsi"/>
          <w:sz w:val="18"/>
          <w:szCs w:val="18"/>
        </w:rPr>
        <w:t xml:space="preserve"> </w:t>
      </w:r>
      <w:proofErr w:type="spellStart"/>
      <w:r w:rsidRPr="00C86A0D">
        <w:rPr>
          <w:rFonts w:ascii="Sylfaen" w:hAnsi="Sylfaen" w:cs="Sylfaen"/>
          <w:sz w:val="18"/>
          <w:szCs w:val="18"/>
        </w:rPr>
        <w:t>სსიპ</w:t>
      </w:r>
      <w:proofErr w:type="spellEnd"/>
      <w:r w:rsidRPr="00C86A0D">
        <w:rPr>
          <w:rFonts w:cstheme="majorHAnsi"/>
          <w:sz w:val="18"/>
          <w:szCs w:val="18"/>
        </w:rPr>
        <w:t xml:space="preserve"> „</w:t>
      </w:r>
      <w:proofErr w:type="spellStart"/>
      <w:r w:rsidRPr="00C86A0D">
        <w:rPr>
          <w:rFonts w:ascii="Sylfaen" w:hAnsi="Sylfaen" w:cs="Sylfaen"/>
          <w:sz w:val="18"/>
          <w:szCs w:val="18"/>
        </w:rPr>
        <w:t>ლევან</w:t>
      </w:r>
      <w:proofErr w:type="spellEnd"/>
      <w:r w:rsidRPr="00C86A0D">
        <w:rPr>
          <w:rFonts w:cstheme="majorHAnsi"/>
          <w:sz w:val="18"/>
          <w:szCs w:val="18"/>
        </w:rPr>
        <w:t xml:space="preserve"> </w:t>
      </w:r>
      <w:proofErr w:type="spellStart"/>
      <w:r w:rsidRPr="00C86A0D">
        <w:rPr>
          <w:rFonts w:ascii="Sylfaen" w:hAnsi="Sylfaen" w:cs="Sylfaen"/>
          <w:sz w:val="18"/>
          <w:szCs w:val="18"/>
        </w:rPr>
        <w:t>სამხარაულის</w:t>
      </w:r>
      <w:proofErr w:type="spellEnd"/>
      <w:r w:rsidRPr="00C86A0D">
        <w:rPr>
          <w:rFonts w:cstheme="majorHAnsi"/>
          <w:sz w:val="18"/>
          <w:szCs w:val="18"/>
        </w:rPr>
        <w:t xml:space="preserve"> </w:t>
      </w:r>
      <w:proofErr w:type="spellStart"/>
      <w:r w:rsidRPr="00C86A0D">
        <w:rPr>
          <w:rFonts w:ascii="Sylfaen" w:hAnsi="Sylfaen" w:cs="Sylfaen"/>
          <w:sz w:val="18"/>
          <w:szCs w:val="18"/>
        </w:rPr>
        <w:t>სახელობის</w:t>
      </w:r>
      <w:proofErr w:type="spellEnd"/>
      <w:r w:rsidRPr="00C86A0D">
        <w:rPr>
          <w:rFonts w:cstheme="majorHAnsi"/>
          <w:sz w:val="18"/>
          <w:szCs w:val="18"/>
        </w:rPr>
        <w:t xml:space="preserve"> </w:t>
      </w:r>
      <w:proofErr w:type="spellStart"/>
      <w:r w:rsidRPr="00C86A0D">
        <w:rPr>
          <w:rFonts w:ascii="Sylfaen" w:hAnsi="Sylfaen" w:cs="Sylfaen"/>
          <w:sz w:val="18"/>
          <w:szCs w:val="18"/>
        </w:rPr>
        <w:t>სასამართლო</w:t>
      </w:r>
      <w:proofErr w:type="spellEnd"/>
      <w:r w:rsidRPr="00C86A0D">
        <w:rPr>
          <w:rFonts w:cstheme="majorHAnsi"/>
          <w:sz w:val="18"/>
          <w:szCs w:val="18"/>
        </w:rPr>
        <w:t xml:space="preserve"> </w:t>
      </w:r>
      <w:proofErr w:type="spellStart"/>
      <w:r w:rsidRPr="00C86A0D">
        <w:rPr>
          <w:rFonts w:ascii="Sylfaen" w:hAnsi="Sylfaen" w:cs="Sylfaen"/>
          <w:sz w:val="18"/>
          <w:szCs w:val="18"/>
        </w:rPr>
        <w:t>ექსპერტიზის</w:t>
      </w:r>
      <w:proofErr w:type="spellEnd"/>
      <w:r w:rsidRPr="00C86A0D">
        <w:rPr>
          <w:rFonts w:cstheme="majorHAnsi"/>
          <w:sz w:val="18"/>
          <w:szCs w:val="18"/>
        </w:rPr>
        <w:t xml:space="preserve"> </w:t>
      </w:r>
      <w:proofErr w:type="spellStart"/>
      <w:r w:rsidRPr="00C86A0D">
        <w:rPr>
          <w:rFonts w:ascii="Sylfaen" w:hAnsi="Sylfaen" w:cs="Sylfaen"/>
          <w:sz w:val="18"/>
          <w:szCs w:val="18"/>
        </w:rPr>
        <w:t>ეროვნული</w:t>
      </w:r>
      <w:proofErr w:type="spellEnd"/>
      <w:r w:rsidRPr="00C86A0D">
        <w:rPr>
          <w:rFonts w:cstheme="majorHAnsi"/>
          <w:sz w:val="18"/>
          <w:szCs w:val="18"/>
        </w:rPr>
        <w:t xml:space="preserve"> </w:t>
      </w:r>
      <w:proofErr w:type="spellStart"/>
      <w:proofErr w:type="gramStart"/>
      <w:r w:rsidRPr="00C86A0D">
        <w:rPr>
          <w:rFonts w:ascii="Sylfaen" w:hAnsi="Sylfaen" w:cs="Sylfaen"/>
          <w:sz w:val="18"/>
          <w:szCs w:val="18"/>
        </w:rPr>
        <w:t>ბიუროს</w:t>
      </w:r>
      <w:proofErr w:type="spellEnd"/>
      <w:r w:rsidR="00A0508F">
        <w:rPr>
          <w:rFonts w:cstheme="majorHAnsi"/>
          <w:sz w:val="18"/>
          <w:szCs w:val="18"/>
        </w:rPr>
        <w:t>“</w:t>
      </w:r>
      <w:r w:rsidR="00A0508F">
        <w:rPr>
          <w:rFonts w:ascii="Sylfaen" w:hAnsi="Sylfaen" w:cstheme="majorHAnsi"/>
          <w:sz w:val="18"/>
          <w:szCs w:val="18"/>
          <w:lang w:val="ka-GE"/>
        </w:rPr>
        <w:t xml:space="preserve"> </w:t>
      </w:r>
      <w:proofErr w:type="spellStart"/>
      <w:r w:rsidRPr="00C86A0D">
        <w:rPr>
          <w:rFonts w:ascii="Sylfaen" w:hAnsi="Sylfaen" w:cs="Sylfaen"/>
          <w:sz w:val="18"/>
          <w:szCs w:val="18"/>
        </w:rPr>
        <w:t>ან</w:t>
      </w:r>
      <w:proofErr w:type="spellEnd"/>
      <w:proofErr w:type="gramEnd"/>
      <w:r w:rsidRPr="00C86A0D">
        <w:rPr>
          <w:rFonts w:cstheme="majorHAnsi"/>
          <w:sz w:val="18"/>
          <w:szCs w:val="18"/>
        </w:rPr>
        <w:t xml:space="preserve"> </w:t>
      </w:r>
      <w:proofErr w:type="spellStart"/>
      <w:r w:rsidRPr="00C86A0D">
        <w:rPr>
          <w:rFonts w:ascii="Sylfaen" w:hAnsi="Sylfaen" w:cs="Sylfaen"/>
          <w:sz w:val="18"/>
          <w:szCs w:val="18"/>
        </w:rPr>
        <w:t>აკრედიტირებულ</w:t>
      </w:r>
      <w:proofErr w:type="spellEnd"/>
      <w:r w:rsidRPr="00C86A0D">
        <w:rPr>
          <w:rFonts w:cstheme="majorHAnsi"/>
          <w:sz w:val="18"/>
          <w:szCs w:val="18"/>
        </w:rPr>
        <w:t xml:space="preserve"> </w:t>
      </w:r>
      <w:proofErr w:type="spellStart"/>
      <w:r w:rsidRPr="00C86A0D">
        <w:rPr>
          <w:rFonts w:ascii="Sylfaen" w:hAnsi="Sylfaen" w:cs="Sylfaen"/>
          <w:sz w:val="18"/>
          <w:szCs w:val="18"/>
        </w:rPr>
        <w:t>საექსპერტო</w:t>
      </w:r>
      <w:proofErr w:type="spellEnd"/>
      <w:r w:rsidRPr="00C86A0D">
        <w:rPr>
          <w:rFonts w:cstheme="majorHAnsi"/>
          <w:sz w:val="18"/>
          <w:szCs w:val="18"/>
        </w:rPr>
        <w:t xml:space="preserve"> </w:t>
      </w:r>
      <w:proofErr w:type="spellStart"/>
      <w:r w:rsidRPr="00C86A0D">
        <w:rPr>
          <w:rFonts w:ascii="Sylfaen" w:hAnsi="Sylfaen" w:cs="Sylfaen"/>
          <w:sz w:val="18"/>
          <w:szCs w:val="18"/>
        </w:rPr>
        <w:t>დაწესებულებას</w:t>
      </w:r>
      <w:proofErr w:type="spellEnd"/>
      <w:r w:rsidRPr="00C86A0D">
        <w:rPr>
          <w:rFonts w:cstheme="majorHAnsi"/>
          <w:sz w:val="18"/>
          <w:szCs w:val="18"/>
        </w:rPr>
        <w:t xml:space="preserve">, </w:t>
      </w:r>
      <w:proofErr w:type="spellStart"/>
      <w:r w:rsidRPr="00C86A0D">
        <w:rPr>
          <w:rFonts w:ascii="Sylfaen" w:hAnsi="Sylfaen" w:cs="Sylfaen"/>
          <w:sz w:val="18"/>
          <w:szCs w:val="18"/>
        </w:rPr>
        <w:t>ან</w:t>
      </w:r>
      <w:proofErr w:type="spellEnd"/>
      <w:r w:rsidRPr="00C86A0D">
        <w:rPr>
          <w:rFonts w:cstheme="majorHAnsi"/>
          <w:sz w:val="18"/>
          <w:szCs w:val="18"/>
        </w:rPr>
        <w:t xml:space="preserve"> </w:t>
      </w:r>
      <w:proofErr w:type="spellStart"/>
      <w:r w:rsidRPr="00C86A0D">
        <w:rPr>
          <w:rFonts w:ascii="Sylfaen" w:hAnsi="Sylfaen" w:cs="Sylfaen"/>
          <w:sz w:val="18"/>
          <w:szCs w:val="18"/>
        </w:rPr>
        <w:t>დამოუკიდებელი</w:t>
      </w:r>
      <w:proofErr w:type="spellEnd"/>
      <w:r w:rsidRPr="00C86A0D">
        <w:rPr>
          <w:rFonts w:cstheme="majorHAnsi"/>
          <w:sz w:val="18"/>
          <w:szCs w:val="18"/>
        </w:rPr>
        <w:t xml:space="preserve"> </w:t>
      </w:r>
      <w:proofErr w:type="spellStart"/>
      <w:r w:rsidRPr="00C86A0D">
        <w:rPr>
          <w:rFonts w:ascii="Sylfaen" w:hAnsi="Sylfaen" w:cs="Sylfaen"/>
          <w:sz w:val="18"/>
          <w:szCs w:val="18"/>
        </w:rPr>
        <w:t>ექსპერტს</w:t>
      </w:r>
      <w:proofErr w:type="spellEnd"/>
      <w:r w:rsidR="00A0508F">
        <w:rPr>
          <w:rFonts w:cstheme="majorHAnsi"/>
          <w:sz w:val="18"/>
          <w:szCs w:val="18"/>
        </w:rPr>
        <w:t xml:space="preserve"> </w:t>
      </w:r>
      <w:proofErr w:type="spellStart"/>
      <w:r w:rsidRPr="00C86A0D">
        <w:rPr>
          <w:rFonts w:ascii="Sylfaen" w:hAnsi="Sylfaen" w:cs="Sylfaen"/>
          <w:sz w:val="18"/>
          <w:szCs w:val="18"/>
        </w:rPr>
        <w:t>შეამოწმებინოს</w:t>
      </w:r>
      <w:proofErr w:type="spellEnd"/>
      <w:r w:rsidRPr="00C86A0D">
        <w:rPr>
          <w:rFonts w:cstheme="majorHAnsi"/>
          <w:sz w:val="18"/>
          <w:szCs w:val="18"/>
        </w:rPr>
        <w:t xml:space="preserve"> </w:t>
      </w:r>
      <w:proofErr w:type="spellStart"/>
      <w:r w:rsidRPr="00C86A0D">
        <w:rPr>
          <w:rFonts w:ascii="Sylfaen" w:hAnsi="Sylfaen" w:cs="Sylfaen"/>
          <w:sz w:val="18"/>
          <w:szCs w:val="18"/>
        </w:rPr>
        <w:t>ობიექტზე</w:t>
      </w:r>
      <w:proofErr w:type="spellEnd"/>
      <w:r w:rsidRPr="00C86A0D">
        <w:rPr>
          <w:rFonts w:cstheme="majorHAnsi"/>
          <w:sz w:val="18"/>
          <w:szCs w:val="18"/>
        </w:rPr>
        <w:t xml:space="preserve"> </w:t>
      </w:r>
      <w:proofErr w:type="spellStart"/>
      <w:r w:rsidRPr="00C86A0D">
        <w:rPr>
          <w:rFonts w:ascii="Sylfaen" w:hAnsi="Sylfaen" w:cs="Sylfaen"/>
          <w:sz w:val="18"/>
          <w:szCs w:val="18"/>
        </w:rPr>
        <w:t>მიმდინარე</w:t>
      </w:r>
      <w:proofErr w:type="spellEnd"/>
      <w:r w:rsidRPr="00C86A0D">
        <w:rPr>
          <w:rFonts w:cstheme="majorHAnsi"/>
          <w:sz w:val="18"/>
          <w:szCs w:val="18"/>
        </w:rPr>
        <w:t xml:space="preserve"> </w:t>
      </w:r>
      <w:proofErr w:type="spellStart"/>
      <w:r w:rsidRPr="00C86A0D">
        <w:rPr>
          <w:rFonts w:ascii="Sylfaen" w:hAnsi="Sylfaen" w:cs="Sylfaen"/>
          <w:sz w:val="18"/>
          <w:szCs w:val="18"/>
        </w:rPr>
        <w:t>სამუშაოები</w:t>
      </w:r>
      <w:proofErr w:type="spellEnd"/>
      <w:r w:rsidRPr="00C86A0D">
        <w:rPr>
          <w:rFonts w:cstheme="majorHAnsi"/>
          <w:sz w:val="18"/>
          <w:szCs w:val="18"/>
        </w:rPr>
        <w:t xml:space="preserve">, </w:t>
      </w:r>
      <w:proofErr w:type="spellStart"/>
      <w:r w:rsidRPr="00C86A0D">
        <w:rPr>
          <w:rFonts w:ascii="Sylfaen" w:hAnsi="Sylfaen" w:cs="Sylfaen"/>
          <w:sz w:val="18"/>
          <w:szCs w:val="18"/>
        </w:rPr>
        <w:t>რამაც</w:t>
      </w:r>
      <w:proofErr w:type="spellEnd"/>
      <w:r w:rsidRPr="00C86A0D">
        <w:rPr>
          <w:rFonts w:cstheme="majorHAnsi"/>
          <w:sz w:val="18"/>
          <w:szCs w:val="18"/>
        </w:rPr>
        <w:t xml:space="preserve"> </w:t>
      </w:r>
      <w:proofErr w:type="spellStart"/>
      <w:r w:rsidRPr="00C86A0D">
        <w:rPr>
          <w:rFonts w:ascii="Sylfaen" w:hAnsi="Sylfaen" w:cs="Sylfaen"/>
          <w:sz w:val="18"/>
          <w:szCs w:val="18"/>
        </w:rPr>
        <w:t>შეიძლება</w:t>
      </w:r>
      <w:proofErr w:type="spellEnd"/>
      <w:r w:rsidRPr="00C86A0D">
        <w:rPr>
          <w:rFonts w:cstheme="majorHAnsi"/>
          <w:sz w:val="18"/>
          <w:szCs w:val="18"/>
        </w:rPr>
        <w:t xml:space="preserve"> </w:t>
      </w:r>
      <w:proofErr w:type="spellStart"/>
      <w:r w:rsidRPr="00C86A0D">
        <w:rPr>
          <w:rFonts w:ascii="Sylfaen" w:hAnsi="Sylfaen" w:cs="Sylfaen"/>
          <w:sz w:val="18"/>
          <w:szCs w:val="18"/>
        </w:rPr>
        <w:t>დააყოვნოს</w:t>
      </w:r>
      <w:proofErr w:type="spellEnd"/>
      <w:r w:rsidRPr="00C86A0D">
        <w:rPr>
          <w:rFonts w:cstheme="majorHAnsi"/>
          <w:sz w:val="18"/>
          <w:szCs w:val="18"/>
        </w:rPr>
        <w:t xml:space="preserve"> </w:t>
      </w:r>
      <w:proofErr w:type="spellStart"/>
      <w:r w:rsidRPr="00C86A0D">
        <w:rPr>
          <w:rFonts w:ascii="Sylfaen" w:hAnsi="Sylfaen" w:cs="Sylfaen"/>
          <w:sz w:val="18"/>
          <w:szCs w:val="18"/>
        </w:rPr>
        <w:t>მენარდის</w:t>
      </w:r>
      <w:proofErr w:type="spellEnd"/>
      <w:r w:rsidRPr="00C86A0D">
        <w:rPr>
          <w:rFonts w:cstheme="majorHAnsi"/>
          <w:sz w:val="18"/>
          <w:szCs w:val="18"/>
        </w:rPr>
        <w:t xml:space="preserve"> </w:t>
      </w:r>
      <w:proofErr w:type="spellStart"/>
      <w:r w:rsidRPr="00C86A0D">
        <w:rPr>
          <w:rFonts w:ascii="Sylfaen" w:hAnsi="Sylfaen" w:cs="Sylfaen"/>
          <w:sz w:val="18"/>
          <w:szCs w:val="18"/>
        </w:rPr>
        <w:t>მიერ</w:t>
      </w:r>
      <w:proofErr w:type="spellEnd"/>
      <w:r w:rsidRPr="00C86A0D">
        <w:rPr>
          <w:rFonts w:cstheme="majorHAnsi"/>
          <w:sz w:val="18"/>
          <w:szCs w:val="18"/>
        </w:rPr>
        <w:t xml:space="preserve"> </w:t>
      </w:r>
      <w:proofErr w:type="spellStart"/>
      <w:r w:rsidRPr="00C86A0D">
        <w:rPr>
          <w:rFonts w:ascii="Sylfaen" w:hAnsi="Sylfaen" w:cs="Sylfaen"/>
          <w:sz w:val="18"/>
          <w:szCs w:val="18"/>
        </w:rPr>
        <w:t>შესრულებული</w:t>
      </w:r>
      <w:proofErr w:type="spellEnd"/>
      <w:r w:rsidRPr="00C86A0D">
        <w:rPr>
          <w:rFonts w:cstheme="majorHAnsi"/>
          <w:sz w:val="18"/>
          <w:szCs w:val="18"/>
        </w:rPr>
        <w:t xml:space="preserve"> </w:t>
      </w:r>
      <w:proofErr w:type="spellStart"/>
      <w:r w:rsidRPr="00C86A0D">
        <w:rPr>
          <w:rFonts w:ascii="Sylfaen" w:hAnsi="Sylfaen" w:cs="Sylfaen"/>
          <w:sz w:val="18"/>
          <w:szCs w:val="18"/>
        </w:rPr>
        <w:t>სამუშაოს</w:t>
      </w:r>
      <w:proofErr w:type="spellEnd"/>
      <w:r w:rsidR="00A0508F">
        <w:rPr>
          <w:rFonts w:cstheme="majorHAnsi"/>
          <w:sz w:val="18"/>
          <w:szCs w:val="18"/>
        </w:rPr>
        <w:t xml:space="preserve"> </w:t>
      </w:r>
      <w:r w:rsidR="00A0508F">
        <w:rPr>
          <w:rFonts w:ascii="Sylfaen" w:hAnsi="Sylfaen" w:cstheme="majorHAnsi"/>
          <w:sz w:val="18"/>
          <w:szCs w:val="18"/>
          <w:lang w:val="ka-GE"/>
        </w:rPr>
        <w:t>(</w:t>
      </w:r>
      <w:proofErr w:type="spellStart"/>
      <w:r w:rsidRPr="00C86A0D">
        <w:rPr>
          <w:rFonts w:ascii="Sylfaen" w:hAnsi="Sylfaen" w:cs="Sylfaen"/>
          <w:sz w:val="18"/>
          <w:szCs w:val="18"/>
        </w:rPr>
        <w:t>ეტაპის</w:t>
      </w:r>
      <w:proofErr w:type="spellEnd"/>
      <w:r w:rsidR="00A0508F">
        <w:rPr>
          <w:rFonts w:ascii="Sylfaen" w:hAnsi="Sylfaen" w:cstheme="majorHAnsi"/>
          <w:sz w:val="18"/>
          <w:szCs w:val="18"/>
          <w:lang w:val="ka-GE"/>
        </w:rPr>
        <w:t>)</w:t>
      </w:r>
      <w:r w:rsidRPr="00C86A0D">
        <w:rPr>
          <w:rFonts w:cstheme="majorHAnsi"/>
          <w:sz w:val="18"/>
          <w:szCs w:val="18"/>
        </w:rPr>
        <w:t xml:space="preserve"> </w:t>
      </w:r>
      <w:proofErr w:type="spellStart"/>
      <w:r w:rsidRPr="00C86A0D">
        <w:rPr>
          <w:rFonts w:ascii="Sylfaen" w:hAnsi="Sylfaen" w:cs="Sylfaen"/>
          <w:sz w:val="18"/>
          <w:szCs w:val="18"/>
        </w:rPr>
        <w:t>ხელშეკრულებით</w:t>
      </w:r>
      <w:proofErr w:type="spellEnd"/>
      <w:r w:rsidRPr="00C86A0D">
        <w:rPr>
          <w:rFonts w:cstheme="majorHAnsi"/>
          <w:sz w:val="18"/>
          <w:szCs w:val="18"/>
        </w:rPr>
        <w:t xml:space="preserve"> </w:t>
      </w:r>
      <w:proofErr w:type="spellStart"/>
      <w:r w:rsidRPr="00C86A0D">
        <w:rPr>
          <w:rFonts w:ascii="Sylfaen" w:hAnsi="Sylfaen" w:cs="Sylfaen"/>
          <w:sz w:val="18"/>
          <w:szCs w:val="18"/>
        </w:rPr>
        <w:t>დადგენილი</w:t>
      </w:r>
      <w:proofErr w:type="spellEnd"/>
      <w:r w:rsidRPr="00C86A0D">
        <w:rPr>
          <w:rFonts w:cstheme="majorHAnsi"/>
          <w:sz w:val="18"/>
          <w:szCs w:val="18"/>
        </w:rPr>
        <w:t xml:space="preserve"> </w:t>
      </w:r>
      <w:proofErr w:type="spellStart"/>
      <w:r w:rsidRPr="00C86A0D">
        <w:rPr>
          <w:rFonts w:ascii="Sylfaen" w:hAnsi="Sylfaen" w:cs="Sylfaen"/>
          <w:sz w:val="18"/>
          <w:szCs w:val="18"/>
        </w:rPr>
        <w:t>წესით</w:t>
      </w:r>
      <w:proofErr w:type="spellEnd"/>
      <w:r w:rsidRPr="00C86A0D">
        <w:rPr>
          <w:rFonts w:cstheme="majorHAnsi"/>
          <w:sz w:val="18"/>
          <w:szCs w:val="18"/>
        </w:rPr>
        <w:t xml:space="preserve"> </w:t>
      </w:r>
      <w:proofErr w:type="spellStart"/>
      <w:r w:rsidRPr="00C86A0D">
        <w:rPr>
          <w:rFonts w:ascii="Sylfaen" w:hAnsi="Sylfaen" w:cs="Sylfaen"/>
          <w:sz w:val="18"/>
          <w:szCs w:val="18"/>
        </w:rPr>
        <w:t>მიღება</w:t>
      </w:r>
      <w:proofErr w:type="spellEnd"/>
      <w:r w:rsidRPr="00C86A0D">
        <w:rPr>
          <w:rFonts w:cstheme="majorHAnsi"/>
          <w:sz w:val="18"/>
          <w:szCs w:val="18"/>
        </w:rPr>
        <w:t xml:space="preserve"> </w:t>
      </w:r>
      <w:proofErr w:type="spellStart"/>
      <w:r w:rsidRPr="00C86A0D">
        <w:rPr>
          <w:rFonts w:ascii="Sylfaen" w:hAnsi="Sylfaen" w:cs="Sylfaen"/>
          <w:sz w:val="18"/>
          <w:szCs w:val="18"/>
        </w:rPr>
        <w:t>და</w:t>
      </w:r>
      <w:proofErr w:type="spellEnd"/>
      <w:r w:rsidRPr="00C86A0D">
        <w:rPr>
          <w:rFonts w:cstheme="majorHAnsi"/>
          <w:sz w:val="18"/>
          <w:szCs w:val="18"/>
        </w:rPr>
        <w:t xml:space="preserve"> </w:t>
      </w:r>
      <w:proofErr w:type="spellStart"/>
      <w:r w:rsidRPr="00C86A0D">
        <w:rPr>
          <w:rFonts w:ascii="Sylfaen" w:hAnsi="Sylfaen" w:cs="Sylfaen"/>
          <w:sz w:val="18"/>
          <w:szCs w:val="18"/>
        </w:rPr>
        <w:t>ანაზღაურება</w:t>
      </w:r>
      <w:proofErr w:type="spellEnd"/>
      <w:r w:rsidRPr="00C86A0D">
        <w:rPr>
          <w:rFonts w:cstheme="majorHAnsi"/>
          <w:sz w:val="18"/>
          <w:szCs w:val="18"/>
        </w:rPr>
        <w:t xml:space="preserve">. </w:t>
      </w:r>
      <w:proofErr w:type="spellStart"/>
      <w:r w:rsidRPr="00C86A0D">
        <w:rPr>
          <w:rFonts w:ascii="Sylfaen" w:hAnsi="Sylfaen" w:cs="Sylfaen"/>
          <w:sz w:val="18"/>
          <w:szCs w:val="18"/>
        </w:rPr>
        <w:t>თუ</w:t>
      </w:r>
      <w:proofErr w:type="spellEnd"/>
      <w:r w:rsidRPr="00C86A0D">
        <w:rPr>
          <w:rFonts w:cstheme="majorHAnsi"/>
          <w:sz w:val="18"/>
          <w:szCs w:val="18"/>
        </w:rPr>
        <w:t xml:space="preserve"> </w:t>
      </w:r>
      <w:proofErr w:type="spellStart"/>
      <w:r w:rsidRPr="00C86A0D">
        <w:rPr>
          <w:rFonts w:ascii="Sylfaen" w:hAnsi="Sylfaen" w:cs="Sylfaen"/>
          <w:sz w:val="18"/>
          <w:szCs w:val="18"/>
        </w:rPr>
        <w:t>სადავო</w:t>
      </w:r>
      <w:proofErr w:type="spellEnd"/>
      <w:r w:rsidRPr="00C86A0D">
        <w:rPr>
          <w:rFonts w:cstheme="majorHAnsi"/>
          <w:sz w:val="18"/>
          <w:szCs w:val="18"/>
        </w:rPr>
        <w:t xml:space="preserve"> </w:t>
      </w:r>
      <w:proofErr w:type="spellStart"/>
      <w:r w:rsidRPr="00C86A0D">
        <w:rPr>
          <w:rFonts w:ascii="Sylfaen" w:hAnsi="Sylfaen" w:cs="Sylfaen"/>
          <w:sz w:val="18"/>
          <w:szCs w:val="18"/>
        </w:rPr>
        <w:t>ასანაზღაურებელი</w:t>
      </w:r>
      <w:proofErr w:type="spellEnd"/>
      <w:r w:rsidRPr="00C86A0D">
        <w:rPr>
          <w:rFonts w:cstheme="majorHAnsi"/>
          <w:sz w:val="18"/>
          <w:szCs w:val="18"/>
        </w:rPr>
        <w:t xml:space="preserve"> </w:t>
      </w:r>
      <w:proofErr w:type="spellStart"/>
      <w:r w:rsidRPr="00C86A0D">
        <w:rPr>
          <w:rFonts w:ascii="Sylfaen" w:hAnsi="Sylfaen" w:cs="Sylfaen"/>
          <w:sz w:val="18"/>
          <w:szCs w:val="18"/>
        </w:rPr>
        <w:t>სამუშაოს</w:t>
      </w:r>
      <w:proofErr w:type="spellEnd"/>
      <w:r w:rsidRPr="00C86A0D">
        <w:rPr>
          <w:rFonts w:cstheme="majorHAnsi"/>
          <w:sz w:val="18"/>
          <w:szCs w:val="18"/>
        </w:rPr>
        <w:t xml:space="preserve"> </w:t>
      </w:r>
      <w:proofErr w:type="spellStart"/>
      <w:r w:rsidRPr="00C86A0D">
        <w:rPr>
          <w:rFonts w:ascii="Sylfaen" w:hAnsi="Sylfaen" w:cs="Sylfaen"/>
          <w:sz w:val="18"/>
          <w:szCs w:val="18"/>
        </w:rPr>
        <w:t>ღირებულება</w:t>
      </w:r>
      <w:proofErr w:type="spellEnd"/>
      <w:r w:rsidRPr="00C86A0D">
        <w:rPr>
          <w:rFonts w:cstheme="majorHAnsi"/>
          <w:sz w:val="18"/>
          <w:szCs w:val="18"/>
        </w:rPr>
        <w:t xml:space="preserve"> </w:t>
      </w:r>
      <w:proofErr w:type="spellStart"/>
      <w:r w:rsidRPr="00C86A0D">
        <w:rPr>
          <w:rFonts w:ascii="Sylfaen" w:hAnsi="Sylfaen" w:cs="Sylfaen"/>
          <w:sz w:val="18"/>
          <w:szCs w:val="18"/>
        </w:rPr>
        <w:t>აჭარბებს</w:t>
      </w:r>
      <w:proofErr w:type="spellEnd"/>
      <w:r w:rsidRPr="00C86A0D">
        <w:rPr>
          <w:rFonts w:cstheme="majorHAnsi"/>
          <w:sz w:val="18"/>
          <w:szCs w:val="18"/>
        </w:rPr>
        <w:t xml:space="preserve"> </w:t>
      </w:r>
      <w:proofErr w:type="spellStart"/>
      <w:r w:rsidRPr="00C86A0D">
        <w:rPr>
          <w:rFonts w:ascii="Sylfaen" w:hAnsi="Sylfaen" w:cs="Sylfaen"/>
          <w:sz w:val="18"/>
          <w:szCs w:val="18"/>
        </w:rPr>
        <w:t>სახელშეკრულებო</w:t>
      </w:r>
      <w:proofErr w:type="spellEnd"/>
      <w:r w:rsidRPr="00C86A0D">
        <w:rPr>
          <w:rFonts w:cstheme="majorHAnsi"/>
          <w:sz w:val="18"/>
          <w:szCs w:val="18"/>
        </w:rPr>
        <w:t xml:space="preserve"> </w:t>
      </w:r>
      <w:proofErr w:type="spellStart"/>
      <w:r w:rsidRPr="00C86A0D">
        <w:rPr>
          <w:rFonts w:ascii="Sylfaen" w:hAnsi="Sylfaen" w:cs="Sylfaen"/>
          <w:sz w:val="18"/>
          <w:szCs w:val="18"/>
        </w:rPr>
        <w:t>ღირებულების</w:t>
      </w:r>
      <w:proofErr w:type="spellEnd"/>
      <w:r w:rsidRPr="00C86A0D">
        <w:rPr>
          <w:rFonts w:cstheme="majorHAnsi"/>
          <w:sz w:val="18"/>
          <w:szCs w:val="18"/>
        </w:rPr>
        <w:t xml:space="preserve"> 20%-</w:t>
      </w:r>
      <w:r w:rsidRPr="00C86A0D">
        <w:rPr>
          <w:rFonts w:ascii="Sylfaen" w:hAnsi="Sylfaen" w:cs="Sylfaen"/>
          <w:sz w:val="18"/>
          <w:szCs w:val="18"/>
        </w:rPr>
        <w:t>ს</w:t>
      </w:r>
      <w:r w:rsidRPr="00C86A0D">
        <w:rPr>
          <w:rFonts w:cstheme="majorHAnsi"/>
          <w:sz w:val="18"/>
          <w:szCs w:val="18"/>
        </w:rPr>
        <w:t xml:space="preserve">, </w:t>
      </w:r>
      <w:proofErr w:type="spellStart"/>
      <w:r w:rsidRPr="00C86A0D">
        <w:rPr>
          <w:rFonts w:ascii="Sylfaen" w:hAnsi="Sylfaen" w:cs="Sylfaen"/>
          <w:sz w:val="18"/>
          <w:szCs w:val="18"/>
        </w:rPr>
        <w:t>მხარეები</w:t>
      </w:r>
      <w:proofErr w:type="spellEnd"/>
      <w:r w:rsidR="00823044">
        <w:rPr>
          <w:rFonts w:ascii="Sylfaen" w:hAnsi="Sylfaen" w:cs="Sylfaen"/>
          <w:sz w:val="18"/>
          <w:szCs w:val="18"/>
        </w:rPr>
        <w:t xml:space="preserve"> </w:t>
      </w:r>
      <w:proofErr w:type="spellStart"/>
      <w:r w:rsidRPr="00C86A0D">
        <w:rPr>
          <w:rFonts w:ascii="Sylfaen" w:hAnsi="Sylfaen" w:cs="Sylfaen"/>
          <w:sz w:val="18"/>
          <w:szCs w:val="18"/>
        </w:rPr>
        <w:t>თანხმდებიან</w:t>
      </w:r>
      <w:proofErr w:type="spellEnd"/>
      <w:r w:rsidRPr="00C86A0D">
        <w:rPr>
          <w:rFonts w:cstheme="majorHAnsi"/>
          <w:sz w:val="18"/>
          <w:szCs w:val="18"/>
        </w:rPr>
        <w:t xml:space="preserve"> </w:t>
      </w:r>
      <w:proofErr w:type="spellStart"/>
      <w:r w:rsidRPr="00C86A0D">
        <w:rPr>
          <w:rFonts w:ascii="Sylfaen" w:hAnsi="Sylfaen" w:cs="Sylfaen"/>
          <w:sz w:val="18"/>
          <w:szCs w:val="18"/>
        </w:rPr>
        <w:t>შემდეგ</w:t>
      </w:r>
      <w:proofErr w:type="spellEnd"/>
      <w:r w:rsidRPr="00C86A0D">
        <w:rPr>
          <w:rFonts w:cstheme="majorHAnsi"/>
          <w:sz w:val="18"/>
          <w:szCs w:val="18"/>
        </w:rPr>
        <w:t xml:space="preserve"> </w:t>
      </w:r>
      <w:proofErr w:type="spellStart"/>
      <w:r w:rsidRPr="00C86A0D">
        <w:rPr>
          <w:rFonts w:ascii="Sylfaen" w:hAnsi="Sylfaen" w:cs="Sylfaen"/>
          <w:sz w:val="18"/>
          <w:szCs w:val="18"/>
        </w:rPr>
        <w:t>პირობაზე</w:t>
      </w:r>
      <w:proofErr w:type="spellEnd"/>
      <w:r w:rsidRPr="00C86A0D">
        <w:rPr>
          <w:rFonts w:cstheme="majorHAnsi"/>
          <w:sz w:val="18"/>
          <w:szCs w:val="18"/>
        </w:rPr>
        <w:t xml:space="preserve">: </w:t>
      </w:r>
      <w:proofErr w:type="spellStart"/>
      <w:r w:rsidRPr="00C86A0D">
        <w:rPr>
          <w:rFonts w:ascii="Sylfaen" w:hAnsi="Sylfaen" w:cs="Sylfaen"/>
          <w:sz w:val="18"/>
          <w:szCs w:val="18"/>
        </w:rPr>
        <w:t>იმ</w:t>
      </w:r>
      <w:proofErr w:type="spellEnd"/>
      <w:r w:rsidRPr="00C86A0D">
        <w:rPr>
          <w:rFonts w:cstheme="majorHAnsi"/>
          <w:sz w:val="18"/>
          <w:szCs w:val="18"/>
        </w:rPr>
        <w:t xml:space="preserve"> </w:t>
      </w:r>
      <w:proofErr w:type="spellStart"/>
      <w:r w:rsidRPr="00C86A0D">
        <w:rPr>
          <w:rFonts w:ascii="Sylfaen" w:hAnsi="Sylfaen" w:cs="Sylfaen"/>
          <w:sz w:val="18"/>
          <w:szCs w:val="18"/>
        </w:rPr>
        <w:t>შემთხვევაში</w:t>
      </w:r>
      <w:proofErr w:type="spellEnd"/>
      <w:r w:rsidRPr="00C86A0D">
        <w:rPr>
          <w:rFonts w:cstheme="majorHAnsi"/>
          <w:sz w:val="18"/>
          <w:szCs w:val="18"/>
        </w:rPr>
        <w:t>,</w:t>
      </w:r>
      <w:r w:rsidR="00823044">
        <w:rPr>
          <w:rFonts w:cstheme="majorHAnsi"/>
          <w:sz w:val="18"/>
          <w:szCs w:val="18"/>
        </w:rPr>
        <w:t xml:space="preserve"> </w:t>
      </w:r>
      <w:proofErr w:type="spellStart"/>
      <w:r w:rsidRPr="00C86A0D">
        <w:rPr>
          <w:rFonts w:ascii="Sylfaen" w:hAnsi="Sylfaen" w:cs="Sylfaen"/>
          <w:sz w:val="18"/>
          <w:szCs w:val="18"/>
        </w:rPr>
        <w:t>თუ</w:t>
      </w:r>
      <w:proofErr w:type="spellEnd"/>
      <w:r w:rsidRPr="00C86A0D">
        <w:rPr>
          <w:rFonts w:cstheme="majorHAnsi"/>
          <w:sz w:val="18"/>
          <w:szCs w:val="18"/>
        </w:rPr>
        <w:t xml:space="preserve"> 45 </w:t>
      </w:r>
      <w:r w:rsidR="00A0508F">
        <w:rPr>
          <w:rFonts w:ascii="Sylfaen" w:hAnsi="Sylfaen" w:cstheme="majorHAnsi"/>
          <w:sz w:val="18"/>
          <w:szCs w:val="18"/>
          <w:lang w:val="ka-GE"/>
        </w:rPr>
        <w:t>(</w:t>
      </w:r>
      <w:proofErr w:type="spellStart"/>
      <w:r w:rsidRPr="00C86A0D">
        <w:rPr>
          <w:rFonts w:ascii="Sylfaen" w:hAnsi="Sylfaen" w:cs="Sylfaen"/>
          <w:sz w:val="18"/>
          <w:szCs w:val="18"/>
        </w:rPr>
        <w:t>ორმოცდახუთი</w:t>
      </w:r>
      <w:proofErr w:type="spellEnd"/>
      <w:r w:rsidR="00A0508F">
        <w:rPr>
          <w:rFonts w:ascii="Sylfaen" w:hAnsi="Sylfaen" w:cstheme="majorHAnsi"/>
          <w:sz w:val="18"/>
          <w:szCs w:val="18"/>
          <w:lang w:val="ka-GE"/>
        </w:rPr>
        <w:t xml:space="preserve">) </w:t>
      </w:r>
      <w:proofErr w:type="spellStart"/>
      <w:r w:rsidRPr="00C86A0D">
        <w:rPr>
          <w:rFonts w:ascii="Sylfaen" w:hAnsi="Sylfaen" w:cs="Sylfaen"/>
          <w:sz w:val="18"/>
          <w:szCs w:val="18"/>
        </w:rPr>
        <w:t>კალენდარული</w:t>
      </w:r>
      <w:proofErr w:type="spellEnd"/>
      <w:r w:rsidRPr="00C86A0D">
        <w:rPr>
          <w:rFonts w:cstheme="majorHAnsi"/>
          <w:sz w:val="18"/>
          <w:szCs w:val="18"/>
        </w:rPr>
        <w:t xml:space="preserve"> </w:t>
      </w:r>
      <w:proofErr w:type="spellStart"/>
      <w:r w:rsidRPr="00C86A0D">
        <w:rPr>
          <w:rFonts w:ascii="Sylfaen" w:hAnsi="Sylfaen" w:cs="Sylfaen"/>
          <w:sz w:val="18"/>
          <w:szCs w:val="18"/>
        </w:rPr>
        <w:t>დღის</w:t>
      </w:r>
      <w:proofErr w:type="spellEnd"/>
      <w:r w:rsidRPr="00C86A0D">
        <w:rPr>
          <w:rFonts w:cstheme="majorHAnsi"/>
          <w:sz w:val="18"/>
          <w:szCs w:val="18"/>
        </w:rPr>
        <w:t xml:space="preserve"> </w:t>
      </w:r>
      <w:proofErr w:type="spellStart"/>
      <w:r w:rsidRPr="00C86A0D">
        <w:rPr>
          <w:rFonts w:ascii="Sylfaen" w:hAnsi="Sylfaen" w:cs="Sylfaen"/>
          <w:sz w:val="18"/>
          <w:szCs w:val="18"/>
        </w:rPr>
        <w:t>შემდგომ</w:t>
      </w:r>
      <w:proofErr w:type="spellEnd"/>
      <w:r w:rsidRPr="00C86A0D">
        <w:rPr>
          <w:rFonts w:cstheme="majorHAnsi"/>
          <w:sz w:val="18"/>
          <w:szCs w:val="18"/>
        </w:rPr>
        <w:t xml:space="preserve"> </w:t>
      </w:r>
      <w:proofErr w:type="spellStart"/>
      <w:r w:rsidRPr="00C86A0D">
        <w:rPr>
          <w:rFonts w:ascii="Sylfaen" w:hAnsi="Sylfaen" w:cs="Sylfaen"/>
          <w:sz w:val="18"/>
          <w:szCs w:val="18"/>
        </w:rPr>
        <w:t>სსიპ</w:t>
      </w:r>
      <w:proofErr w:type="spellEnd"/>
      <w:r w:rsidRPr="00C86A0D">
        <w:rPr>
          <w:rFonts w:cstheme="majorHAnsi"/>
          <w:sz w:val="18"/>
          <w:szCs w:val="18"/>
        </w:rPr>
        <w:t xml:space="preserve"> „</w:t>
      </w:r>
      <w:proofErr w:type="spellStart"/>
      <w:r w:rsidRPr="00C86A0D">
        <w:rPr>
          <w:rFonts w:ascii="Sylfaen" w:hAnsi="Sylfaen" w:cs="Sylfaen"/>
          <w:sz w:val="18"/>
          <w:szCs w:val="18"/>
        </w:rPr>
        <w:t>ლევან</w:t>
      </w:r>
      <w:proofErr w:type="spellEnd"/>
      <w:r w:rsidRPr="00C86A0D">
        <w:rPr>
          <w:rFonts w:cstheme="majorHAnsi"/>
          <w:sz w:val="18"/>
          <w:szCs w:val="18"/>
        </w:rPr>
        <w:t xml:space="preserve"> </w:t>
      </w:r>
      <w:proofErr w:type="spellStart"/>
      <w:r w:rsidRPr="00C86A0D">
        <w:rPr>
          <w:rFonts w:ascii="Sylfaen" w:hAnsi="Sylfaen" w:cs="Sylfaen"/>
          <w:sz w:val="18"/>
          <w:szCs w:val="18"/>
        </w:rPr>
        <w:t>სამხარაულის</w:t>
      </w:r>
      <w:proofErr w:type="spellEnd"/>
      <w:r w:rsidRPr="00C86A0D">
        <w:rPr>
          <w:rFonts w:cstheme="majorHAnsi"/>
          <w:sz w:val="18"/>
          <w:szCs w:val="18"/>
        </w:rPr>
        <w:t xml:space="preserve"> </w:t>
      </w:r>
      <w:proofErr w:type="spellStart"/>
      <w:r w:rsidRPr="00C86A0D">
        <w:rPr>
          <w:rFonts w:ascii="Sylfaen" w:hAnsi="Sylfaen" w:cs="Sylfaen"/>
          <w:sz w:val="18"/>
          <w:szCs w:val="18"/>
        </w:rPr>
        <w:t>სახელობის</w:t>
      </w:r>
      <w:proofErr w:type="spellEnd"/>
      <w:r w:rsidRPr="00C86A0D">
        <w:rPr>
          <w:rFonts w:cstheme="majorHAnsi"/>
          <w:sz w:val="18"/>
          <w:szCs w:val="18"/>
        </w:rPr>
        <w:t xml:space="preserve"> </w:t>
      </w:r>
      <w:proofErr w:type="spellStart"/>
      <w:r w:rsidRPr="00C86A0D">
        <w:rPr>
          <w:rFonts w:ascii="Sylfaen" w:hAnsi="Sylfaen" w:cs="Sylfaen"/>
          <w:sz w:val="18"/>
          <w:szCs w:val="18"/>
        </w:rPr>
        <w:t>სასამართლო</w:t>
      </w:r>
      <w:proofErr w:type="spellEnd"/>
      <w:r w:rsidRPr="00C86A0D">
        <w:rPr>
          <w:rFonts w:cstheme="majorHAnsi"/>
          <w:sz w:val="18"/>
          <w:szCs w:val="18"/>
        </w:rPr>
        <w:t xml:space="preserve"> </w:t>
      </w:r>
      <w:proofErr w:type="spellStart"/>
      <w:r w:rsidRPr="00C86A0D">
        <w:rPr>
          <w:rFonts w:ascii="Sylfaen" w:hAnsi="Sylfaen" w:cs="Sylfaen"/>
          <w:sz w:val="18"/>
          <w:szCs w:val="18"/>
        </w:rPr>
        <w:t>ექსპერტიზის</w:t>
      </w:r>
      <w:proofErr w:type="spellEnd"/>
      <w:r w:rsidRPr="00C86A0D">
        <w:rPr>
          <w:rFonts w:cstheme="majorHAnsi"/>
          <w:sz w:val="18"/>
          <w:szCs w:val="18"/>
        </w:rPr>
        <w:t xml:space="preserve"> </w:t>
      </w:r>
      <w:proofErr w:type="spellStart"/>
      <w:r w:rsidRPr="00C86A0D">
        <w:rPr>
          <w:rFonts w:ascii="Sylfaen" w:hAnsi="Sylfaen" w:cs="Sylfaen"/>
          <w:sz w:val="18"/>
          <w:szCs w:val="18"/>
        </w:rPr>
        <w:t>ეროვნული</w:t>
      </w:r>
      <w:proofErr w:type="spellEnd"/>
      <w:r w:rsidRPr="00C86A0D">
        <w:rPr>
          <w:rFonts w:cstheme="majorHAnsi"/>
          <w:sz w:val="18"/>
          <w:szCs w:val="18"/>
        </w:rPr>
        <w:t xml:space="preserve"> </w:t>
      </w:r>
      <w:proofErr w:type="spellStart"/>
      <w:r w:rsidRPr="00C86A0D">
        <w:rPr>
          <w:rFonts w:ascii="Sylfaen" w:hAnsi="Sylfaen" w:cs="Sylfaen"/>
          <w:sz w:val="18"/>
          <w:szCs w:val="18"/>
        </w:rPr>
        <w:t>ბიუროს</w:t>
      </w:r>
      <w:proofErr w:type="spellEnd"/>
      <w:r w:rsidR="00D36BEA">
        <w:rPr>
          <w:rFonts w:cstheme="majorHAnsi"/>
          <w:sz w:val="18"/>
          <w:szCs w:val="18"/>
        </w:rPr>
        <w:t>“</w:t>
      </w:r>
      <w:r w:rsidR="00D36BEA">
        <w:rPr>
          <w:rFonts w:ascii="Sylfaen" w:hAnsi="Sylfaen" w:cstheme="majorHAnsi"/>
          <w:sz w:val="18"/>
          <w:szCs w:val="18"/>
          <w:lang w:val="ka-GE"/>
        </w:rPr>
        <w:t xml:space="preserve"> </w:t>
      </w:r>
      <w:proofErr w:type="spellStart"/>
      <w:r w:rsidRPr="00C86A0D">
        <w:rPr>
          <w:rFonts w:ascii="Sylfaen" w:hAnsi="Sylfaen" w:cs="Sylfaen"/>
          <w:sz w:val="18"/>
          <w:szCs w:val="18"/>
        </w:rPr>
        <w:t>ან</w:t>
      </w:r>
      <w:proofErr w:type="spellEnd"/>
      <w:r w:rsidRPr="00C86A0D">
        <w:rPr>
          <w:rFonts w:cstheme="majorHAnsi"/>
          <w:sz w:val="18"/>
          <w:szCs w:val="18"/>
        </w:rPr>
        <w:t xml:space="preserve"> </w:t>
      </w:r>
      <w:proofErr w:type="spellStart"/>
      <w:r w:rsidRPr="00C86A0D">
        <w:rPr>
          <w:rFonts w:ascii="Sylfaen" w:hAnsi="Sylfaen" w:cs="Sylfaen"/>
          <w:sz w:val="18"/>
          <w:szCs w:val="18"/>
        </w:rPr>
        <w:t>აკრედიტირებული</w:t>
      </w:r>
      <w:proofErr w:type="spellEnd"/>
      <w:r w:rsidRPr="00C86A0D">
        <w:rPr>
          <w:rFonts w:cstheme="majorHAnsi"/>
          <w:sz w:val="18"/>
          <w:szCs w:val="18"/>
        </w:rPr>
        <w:t xml:space="preserve"> </w:t>
      </w:r>
      <w:proofErr w:type="spellStart"/>
      <w:r w:rsidRPr="00C86A0D">
        <w:rPr>
          <w:rFonts w:ascii="Sylfaen" w:hAnsi="Sylfaen" w:cs="Sylfaen"/>
          <w:sz w:val="18"/>
          <w:szCs w:val="18"/>
        </w:rPr>
        <w:t>საექსპერტო</w:t>
      </w:r>
      <w:proofErr w:type="spellEnd"/>
      <w:r w:rsidRPr="00C86A0D">
        <w:rPr>
          <w:rFonts w:cstheme="majorHAnsi"/>
          <w:sz w:val="18"/>
          <w:szCs w:val="18"/>
        </w:rPr>
        <w:t xml:space="preserve"> </w:t>
      </w:r>
      <w:proofErr w:type="spellStart"/>
      <w:r w:rsidRPr="00C86A0D">
        <w:rPr>
          <w:rFonts w:ascii="Sylfaen" w:hAnsi="Sylfaen" w:cs="Sylfaen"/>
          <w:sz w:val="18"/>
          <w:szCs w:val="18"/>
        </w:rPr>
        <w:t>დაწესებულების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ან</w:t>
      </w:r>
      <w:proofErr w:type="spellEnd"/>
      <w:r w:rsidRPr="00C86A0D">
        <w:rPr>
          <w:rFonts w:cstheme="majorHAnsi"/>
          <w:sz w:val="18"/>
          <w:szCs w:val="18"/>
        </w:rPr>
        <w:t xml:space="preserve"> </w:t>
      </w:r>
      <w:proofErr w:type="spellStart"/>
      <w:r w:rsidRPr="00C86A0D">
        <w:rPr>
          <w:rFonts w:ascii="Sylfaen" w:hAnsi="Sylfaen" w:cs="Sylfaen"/>
          <w:sz w:val="18"/>
          <w:szCs w:val="18"/>
        </w:rPr>
        <w:t>დამოუკიდებელი</w:t>
      </w:r>
      <w:proofErr w:type="spellEnd"/>
      <w:r w:rsidRPr="00C86A0D">
        <w:rPr>
          <w:rFonts w:cstheme="majorHAnsi"/>
          <w:sz w:val="18"/>
          <w:szCs w:val="18"/>
        </w:rPr>
        <w:t xml:space="preserve"> </w:t>
      </w:r>
      <w:proofErr w:type="spellStart"/>
      <w:r w:rsidRPr="00C86A0D">
        <w:rPr>
          <w:rFonts w:ascii="Sylfaen" w:hAnsi="Sylfaen" w:cs="Sylfaen"/>
          <w:sz w:val="18"/>
          <w:szCs w:val="18"/>
        </w:rPr>
        <w:t>ექსპერტის</w:t>
      </w:r>
      <w:proofErr w:type="spellEnd"/>
      <w:r w:rsidRPr="00C86A0D">
        <w:rPr>
          <w:rFonts w:cstheme="majorHAnsi"/>
          <w:sz w:val="18"/>
          <w:szCs w:val="18"/>
        </w:rPr>
        <w:t xml:space="preserve"> </w:t>
      </w:r>
      <w:proofErr w:type="spellStart"/>
      <w:r w:rsidRPr="00C86A0D">
        <w:rPr>
          <w:rFonts w:ascii="Sylfaen" w:hAnsi="Sylfaen" w:cs="Sylfaen"/>
          <w:sz w:val="18"/>
          <w:szCs w:val="18"/>
        </w:rPr>
        <w:t>მიერ</w:t>
      </w:r>
      <w:proofErr w:type="spellEnd"/>
      <w:r w:rsidRPr="00C86A0D">
        <w:rPr>
          <w:rFonts w:cstheme="majorHAnsi"/>
          <w:sz w:val="18"/>
          <w:szCs w:val="18"/>
        </w:rPr>
        <w:t xml:space="preserve"> </w:t>
      </w:r>
      <w:proofErr w:type="spellStart"/>
      <w:r w:rsidRPr="00C86A0D">
        <w:rPr>
          <w:rFonts w:ascii="Sylfaen" w:hAnsi="Sylfaen" w:cs="Sylfaen"/>
          <w:sz w:val="18"/>
          <w:szCs w:val="18"/>
        </w:rPr>
        <w:t>არ</w:t>
      </w:r>
      <w:proofErr w:type="spellEnd"/>
      <w:r w:rsidRPr="00C86A0D">
        <w:rPr>
          <w:rFonts w:cstheme="majorHAnsi"/>
          <w:sz w:val="18"/>
          <w:szCs w:val="18"/>
        </w:rPr>
        <w:t xml:space="preserve"> </w:t>
      </w:r>
      <w:proofErr w:type="spellStart"/>
      <w:r w:rsidRPr="00C86A0D">
        <w:rPr>
          <w:rFonts w:ascii="Sylfaen" w:hAnsi="Sylfaen" w:cs="Sylfaen"/>
          <w:sz w:val="18"/>
          <w:szCs w:val="18"/>
        </w:rPr>
        <w:t>იქნება</w:t>
      </w:r>
      <w:proofErr w:type="spellEnd"/>
      <w:r w:rsidRPr="00C86A0D">
        <w:rPr>
          <w:rFonts w:cstheme="majorHAnsi"/>
          <w:sz w:val="18"/>
          <w:szCs w:val="18"/>
        </w:rPr>
        <w:t xml:space="preserve"> </w:t>
      </w:r>
      <w:proofErr w:type="spellStart"/>
      <w:r w:rsidRPr="00C86A0D">
        <w:rPr>
          <w:rFonts w:ascii="Sylfaen" w:hAnsi="Sylfaen" w:cs="Sylfaen"/>
          <w:sz w:val="18"/>
          <w:szCs w:val="18"/>
        </w:rPr>
        <w:t>მომზადებული</w:t>
      </w:r>
      <w:proofErr w:type="spellEnd"/>
      <w:r w:rsidRPr="00C86A0D">
        <w:rPr>
          <w:rFonts w:cstheme="majorHAnsi"/>
          <w:sz w:val="18"/>
          <w:szCs w:val="18"/>
        </w:rPr>
        <w:t xml:space="preserve"> </w:t>
      </w:r>
      <w:proofErr w:type="spellStart"/>
      <w:r w:rsidRPr="00C86A0D">
        <w:rPr>
          <w:rFonts w:ascii="Sylfaen" w:hAnsi="Sylfaen" w:cs="Sylfaen"/>
          <w:sz w:val="18"/>
          <w:szCs w:val="18"/>
        </w:rPr>
        <w:t>ექსპერტიზის</w:t>
      </w:r>
      <w:proofErr w:type="spellEnd"/>
      <w:r w:rsidRPr="00C86A0D">
        <w:rPr>
          <w:rFonts w:cstheme="majorHAnsi"/>
          <w:sz w:val="18"/>
          <w:szCs w:val="18"/>
        </w:rPr>
        <w:t xml:space="preserve"> </w:t>
      </w:r>
      <w:proofErr w:type="spellStart"/>
      <w:r w:rsidRPr="00C86A0D">
        <w:rPr>
          <w:rFonts w:ascii="Sylfaen" w:hAnsi="Sylfaen" w:cs="Sylfaen"/>
          <w:sz w:val="18"/>
          <w:szCs w:val="18"/>
        </w:rPr>
        <w:t>დასკვნა</w:t>
      </w:r>
      <w:proofErr w:type="spellEnd"/>
      <w:r w:rsidRPr="00C86A0D">
        <w:rPr>
          <w:rFonts w:cstheme="majorHAnsi"/>
          <w:sz w:val="18"/>
          <w:szCs w:val="18"/>
        </w:rPr>
        <w:t xml:space="preserve">,  </w:t>
      </w:r>
      <w:proofErr w:type="spellStart"/>
      <w:r w:rsidRPr="00C86A0D">
        <w:rPr>
          <w:rFonts w:ascii="Sylfaen" w:hAnsi="Sylfaen" w:cs="Sylfaen"/>
          <w:sz w:val="18"/>
          <w:szCs w:val="18"/>
        </w:rPr>
        <w:t>ასეთ</w:t>
      </w:r>
      <w:proofErr w:type="spellEnd"/>
      <w:r w:rsidRPr="00C86A0D">
        <w:rPr>
          <w:rFonts w:cstheme="majorHAnsi"/>
          <w:sz w:val="18"/>
          <w:szCs w:val="18"/>
        </w:rPr>
        <w:t xml:space="preserve"> </w:t>
      </w:r>
      <w:proofErr w:type="spellStart"/>
      <w:r w:rsidRPr="00C86A0D">
        <w:rPr>
          <w:rFonts w:ascii="Sylfaen" w:hAnsi="Sylfaen" w:cs="Sylfaen"/>
          <w:sz w:val="18"/>
          <w:szCs w:val="18"/>
        </w:rPr>
        <w:t>დროს</w:t>
      </w:r>
      <w:proofErr w:type="spellEnd"/>
      <w:r w:rsidRPr="00C86A0D">
        <w:rPr>
          <w:rFonts w:cstheme="majorHAnsi"/>
          <w:sz w:val="18"/>
          <w:szCs w:val="18"/>
        </w:rPr>
        <w:t xml:space="preserve">, </w:t>
      </w:r>
      <w:proofErr w:type="spellStart"/>
      <w:r w:rsidRPr="00C86A0D">
        <w:rPr>
          <w:rFonts w:ascii="Sylfaen" w:hAnsi="Sylfaen" w:cs="Sylfaen"/>
          <w:sz w:val="18"/>
          <w:szCs w:val="18"/>
        </w:rPr>
        <w:t>დამკვეთი</w:t>
      </w:r>
      <w:proofErr w:type="spellEnd"/>
      <w:r w:rsidRPr="00C86A0D">
        <w:rPr>
          <w:rFonts w:cstheme="majorHAnsi"/>
          <w:sz w:val="18"/>
          <w:szCs w:val="18"/>
        </w:rPr>
        <w:t xml:space="preserve"> </w:t>
      </w:r>
      <w:proofErr w:type="spellStart"/>
      <w:r w:rsidRPr="00C86A0D">
        <w:rPr>
          <w:rFonts w:ascii="Sylfaen" w:hAnsi="Sylfaen" w:cs="Sylfaen"/>
          <w:sz w:val="18"/>
          <w:szCs w:val="18"/>
        </w:rPr>
        <w:t>ვალდებულია</w:t>
      </w:r>
      <w:proofErr w:type="spellEnd"/>
      <w:r w:rsidRPr="00C86A0D">
        <w:rPr>
          <w:rFonts w:cstheme="majorHAnsi"/>
          <w:sz w:val="18"/>
          <w:szCs w:val="18"/>
        </w:rPr>
        <w:t xml:space="preserve">, </w:t>
      </w:r>
      <w:r w:rsidR="00D36BEA">
        <w:rPr>
          <w:rFonts w:ascii="Sylfaen" w:hAnsi="Sylfaen" w:cs="Sylfaen"/>
          <w:sz w:val="18"/>
          <w:szCs w:val="18"/>
          <w:lang w:val="ka-GE"/>
        </w:rPr>
        <w:t>მენარდეს</w:t>
      </w:r>
      <w:r w:rsidRPr="00C86A0D">
        <w:rPr>
          <w:rFonts w:cstheme="majorHAnsi"/>
          <w:sz w:val="18"/>
          <w:szCs w:val="18"/>
        </w:rPr>
        <w:t xml:space="preserve"> </w:t>
      </w:r>
      <w:proofErr w:type="spellStart"/>
      <w:r w:rsidRPr="00C86A0D">
        <w:rPr>
          <w:rFonts w:ascii="Sylfaen" w:hAnsi="Sylfaen" w:cs="Sylfaen"/>
          <w:sz w:val="18"/>
          <w:szCs w:val="18"/>
        </w:rPr>
        <w:t>გადაუხადოს</w:t>
      </w:r>
      <w:proofErr w:type="spellEnd"/>
      <w:r w:rsidRPr="00C86A0D">
        <w:rPr>
          <w:rFonts w:cstheme="majorHAnsi"/>
          <w:sz w:val="18"/>
          <w:szCs w:val="18"/>
        </w:rPr>
        <w:t xml:space="preserve"> </w:t>
      </w:r>
      <w:proofErr w:type="spellStart"/>
      <w:r w:rsidRPr="00C86A0D">
        <w:rPr>
          <w:rFonts w:ascii="Sylfaen" w:hAnsi="Sylfaen" w:cs="Sylfaen"/>
          <w:sz w:val="18"/>
          <w:szCs w:val="18"/>
        </w:rPr>
        <w:t>დაკავებული</w:t>
      </w:r>
      <w:proofErr w:type="spellEnd"/>
      <w:r w:rsidR="00D36BEA">
        <w:rPr>
          <w:rFonts w:cstheme="majorHAnsi"/>
          <w:sz w:val="18"/>
          <w:szCs w:val="18"/>
        </w:rPr>
        <w:t xml:space="preserve"> </w:t>
      </w:r>
      <w:r w:rsidR="00D36BEA">
        <w:rPr>
          <w:rFonts w:ascii="Sylfaen" w:hAnsi="Sylfaen" w:cstheme="majorHAnsi"/>
          <w:sz w:val="18"/>
          <w:szCs w:val="18"/>
          <w:lang w:val="ka-GE"/>
        </w:rPr>
        <w:t>(</w:t>
      </w:r>
      <w:proofErr w:type="spellStart"/>
      <w:r w:rsidRPr="00C86A0D">
        <w:rPr>
          <w:rFonts w:ascii="Sylfaen" w:hAnsi="Sylfaen" w:cs="Sylfaen"/>
          <w:sz w:val="18"/>
          <w:szCs w:val="18"/>
        </w:rPr>
        <w:t>ეტაპის</w:t>
      </w:r>
      <w:proofErr w:type="spellEnd"/>
      <w:r w:rsidR="00D36BEA">
        <w:rPr>
          <w:rFonts w:ascii="Sylfaen" w:hAnsi="Sylfaen" w:cstheme="majorHAnsi"/>
          <w:sz w:val="18"/>
          <w:szCs w:val="18"/>
          <w:lang w:val="ka-GE"/>
        </w:rPr>
        <w:t>)</w:t>
      </w:r>
      <w:r w:rsidRPr="00C86A0D">
        <w:rPr>
          <w:rFonts w:cstheme="majorHAnsi"/>
          <w:sz w:val="18"/>
          <w:szCs w:val="18"/>
        </w:rPr>
        <w:t xml:space="preserve"> </w:t>
      </w:r>
      <w:proofErr w:type="spellStart"/>
      <w:r w:rsidRPr="00C86A0D">
        <w:rPr>
          <w:rFonts w:ascii="Sylfaen" w:hAnsi="Sylfaen" w:cs="Sylfaen"/>
          <w:sz w:val="18"/>
          <w:szCs w:val="18"/>
        </w:rPr>
        <w:t>თანხა</w:t>
      </w:r>
      <w:proofErr w:type="spellEnd"/>
      <w:r w:rsidRPr="00C86A0D">
        <w:rPr>
          <w:rFonts w:cstheme="majorHAnsi"/>
          <w:sz w:val="18"/>
          <w:szCs w:val="18"/>
        </w:rPr>
        <w:t xml:space="preserve"> </w:t>
      </w:r>
      <w:proofErr w:type="spellStart"/>
      <w:r w:rsidRPr="00C86A0D">
        <w:rPr>
          <w:rFonts w:ascii="Sylfaen" w:hAnsi="Sylfaen" w:cs="Sylfaen"/>
          <w:sz w:val="18"/>
          <w:szCs w:val="18"/>
        </w:rPr>
        <w:t>სრული</w:t>
      </w:r>
      <w:proofErr w:type="spellEnd"/>
      <w:r w:rsidRPr="00C86A0D">
        <w:rPr>
          <w:rFonts w:cstheme="majorHAnsi"/>
          <w:sz w:val="18"/>
          <w:szCs w:val="18"/>
        </w:rPr>
        <w:t xml:space="preserve"> </w:t>
      </w:r>
      <w:proofErr w:type="spellStart"/>
      <w:r w:rsidRPr="00C86A0D">
        <w:rPr>
          <w:rFonts w:ascii="Sylfaen" w:hAnsi="Sylfaen" w:cs="Sylfaen"/>
          <w:sz w:val="18"/>
          <w:szCs w:val="18"/>
        </w:rPr>
        <w:t>ოდენობით</w:t>
      </w:r>
      <w:proofErr w:type="spellEnd"/>
      <w:r w:rsidRPr="00C86A0D">
        <w:rPr>
          <w:rFonts w:cstheme="majorHAnsi"/>
          <w:sz w:val="18"/>
          <w:szCs w:val="18"/>
        </w:rPr>
        <w:t xml:space="preserve">, </w:t>
      </w:r>
      <w:proofErr w:type="spellStart"/>
      <w:r w:rsidRPr="00C86A0D">
        <w:rPr>
          <w:rFonts w:ascii="Sylfaen" w:hAnsi="Sylfaen" w:cs="Sylfaen"/>
          <w:sz w:val="18"/>
          <w:szCs w:val="18"/>
        </w:rPr>
        <w:t>ხოლო</w:t>
      </w:r>
      <w:proofErr w:type="spellEnd"/>
      <w:r w:rsidRPr="00C86A0D">
        <w:rPr>
          <w:rFonts w:cstheme="majorHAnsi"/>
          <w:sz w:val="18"/>
          <w:szCs w:val="18"/>
        </w:rPr>
        <w:t xml:space="preserve"> </w:t>
      </w:r>
      <w:proofErr w:type="spellStart"/>
      <w:r w:rsidRPr="00C86A0D">
        <w:rPr>
          <w:rFonts w:ascii="Sylfaen" w:hAnsi="Sylfaen" w:cs="Sylfaen"/>
          <w:sz w:val="18"/>
          <w:szCs w:val="18"/>
        </w:rPr>
        <w:t>ექსპერტიზის</w:t>
      </w:r>
      <w:proofErr w:type="spellEnd"/>
      <w:r w:rsidRPr="00C86A0D">
        <w:rPr>
          <w:rFonts w:cstheme="majorHAnsi"/>
          <w:sz w:val="18"/>
          <w:szCs w:val="18"/>
        </w:rPr>
        <w:t xml:space="preserve"> </w:t>
      </w:r>
      <w:proofErr w:type="spellStart"/>
      <w:r w:rsidRPr="00C86A0D">
        <w:rPr>
          <w:rFonts w:ascii="Sylfaen" w:hAnsi="Sylfaen" w:cs="Sylfaen"/>
          <w:sz w:val="18"/>
          <w:szCs w:val="18"/>
        </w:rPr>
        <w:t>დასრულების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შემდგომ</w:t>
      </w:r>
      <w:proofErr w:type="spellEnd"/>
      <w:r w:rsidRPr="00C86A0D">
        <w:rPr>
          <w:rFonts w:cstheme="majorHAnsi"/>
          <w:sz w:val="18"/>
          <w:szCs w:val="18"/>
        </w:rPr>
        <w:t xml:space="preserve">, </w:t>
      </w:r>
      <w:proofErr w:type="spellStart"/>
      <w:r w:rsidRPr="00C86A0D">
        <w:rPr>
          <w:rFonts w:ascii="Sylfaen" w:hAnsi="Sylfaen" w:cs="Sylfaen"/>
          <w:sz w:val="18"/>
          <w:szCs w:val="18"/>
        </w:rPr>
        <w:t>იმ</w:t>
      </w:r>
      <w:proofErr w:type="spellEnd"/>
      <w:r w:rsidRPr="00C86A0D">
        <w:rPr>
          <w:rFonts w:cstheme="majorHAnsi"/>
          <w:sz w:val="18"/>
          <w:szCs w:val="18"/>
        </w:rPr>
        <w:t xml:space="preserve"> </w:t>
      </w:r>
      <w:proofErr w:type="spellStart"/>
      <w:r w:rsidRPr="00C86A0D">
        <w:rPr>
          <w:rFonts w:ascii="Sylfaen" w:hAnsi="Sylfaen" w:cs="Sylfaen"/>
          <w:sz w:val="18"/>
          <w:szCs w:val="18"/>
        </w:rPr>
        <w:t>შემთხვევაში</w:t>
      </w:r>
      <w:proofErr w:type="spellEnd"/>
      <w:r w:rsidRPr="00C86A0D">
        <w:rPr>
          <w:rFonts w:cstheme="majorHAnsi"/>
          <w:sz w:val="18"/>
          <w:szCs w:val="18"/>
        </w:rPr>
        <w:t xml:space="preserve">, </w:t>
      </w:r>
      <w:proofErr w:type="spellStart"/>
      <w:r w:rsidRPr="00C86A0D">
        <w:rPr>
          <w:rFonts w:ascii="Sylfaen" w:hAnsi="Sylfaen" w:cs="Sylfaen"/>
          <w:sz w:val="18"/>
          <w:szCs w:val="18"/>
        </w:rPr>
        <w:t>თუ</w:t>
      </w:r>
      <w:proofErr w:type="spellEnd"/>
      <w:r w:rsidRPr="00C86A0D">
        <w:rPr>
          <w:rFonts w:cstheme="majorHAnsi"/>
          <w:sz w:val="18"/>
          <w:szCs w:val="18"/>
        </w:rPr>
        <w:t xml:space="preserve"> </w:t>
      </w:r>
      <w:proofErr w:type="spellStart"/>
      <w:r w:rsidRPr="00C86A0D">
        <w:rPr>
          <w:rFonts w:ascii="Sylfaen" w:hAnsi="Sylfaen" w:cs="Sylfaen"/>
          <w:sz w:val="18"/>
          <w:szCs w:val="18"/>
        </w:rPr>
        <w:t>ჩარიცხულ</w:t>
      </w:r>
      <w:proofErr w:type="spellEnd"/>
      <w:r w:rsidRPr="00C86A0D">
        <w:rPr>
          <w:rFonts w:cstheme="majorHAnsi"/>
          <w:sz w:val="18"/>
          <w:szCs w:val="18"/>
        </w:rPr>
        <w:t xml:space="preserve"> </w:t>
      </w:r>
      <w:proofErr w:type="spellStart"/>
      <w:r w:rsidRPr="00C86A0D">
        <w:rPr>
          <w:rFonts w:ascii="Sylfaen" w:hAnsi="Sylfaen" w:cs="Sylfaen"/>
          <w:sz w:val="18"/>
          <w:szCs w:val="18"/>
        </w:rPr>
        <w:t>თანხასა</w:t>
      </w:r>
      <w:proofErr w:type="spellEnd"/>
      <w:r w:rsidRPr="00C86A0D">
        <w:rPr>
          <w:rFonts w:cstheme="majorHAnsi"/>
          <w:sz w:val="18"/>
          <w:szCs w:val="18"/>
        </w:rPr>
        <w:t xml:space="preserve"> </w:t>
      </w:r>
      <w:proofErr w:type="spellStart"/>
      <w:r w:rsidRPr="00C86A0D">
        <w:rPr>
          <w:rFonts w:ascii="Sylfaen" w:hAnsi="Sylfaen" w:cs="Sylfaen"/>
          <w:sz w:val="18"/>
          <w:szCs w:val="18"/>
        </w:rPr>
        <w:t>და</w:t>
      </w:r>
      <w:proofErr w:type="spellEnd"/>
      <w:r w:rsidRPr="00C86A0D">
        <w:rPr>
          <w:rFonts w:cstheme="majorHAnsi"/>
          <w:sz w:val="18"/>
          <w:szCs w:val="18"/>
        </w:rPr>
        <w:t xml:space="preserve"> </w:t>
      </w:r>
      <w:proofErr w:type="spellStart"/>
      <w:r w:rsidRPr="00C86A0D">
        <w:rPr>
          <w:rFonts w:ascii="Sylfaen" w:hAnsi="Sylfaen" w:cs="Sylfaen"/>
          <w:sz w:val="18"/>
          <w:szCs w:val="18"/>
        </w:rPr>
        <w:t>იმ</w:t>
      </w:r>
      <w:proofErr w:type="spellEnd"/>
      <w:r w:rsidRPr="00C86A0D">
        <w:rPr>
          <w:rFonts w:cstheme="majorHAnsi"/>
          <w:sz w:val="18"/>
          <w:szCs w:val="18"/>
        </w:rPr>
        <w:t xml:space="preserve"> </w:t>
      </w:r>
      <w:proofErr w:type="spellStart"/>
      <w:r w:rsidRPr="00C86A0D">
        <w:rPr>
          <w:rFonts w:ascii="Sylfaen" w:hAnsi="Sylfaen" w:cs="Sylfaen"/>
          <w:sz w:val="18"/>
          <w:szCs w:val="18"/>
        </w:rPr>
        <w:t>სამუშაოების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ღირებულებას</w:t>
      </w:r>
      <w:proofErr w:type="spellEnd"/>
      <w:r w:rsidRPr="00C86A0D">
        <w:rPr>
          <w:rFonts w:cstheme="majorHAnsi"/>
          <w:sz w:val="18"/>
          <w:szCs w:val="18"/>
        </w:rPr>
        <w:t xml:space="preserve"> </w:t>
      </w:r>
      <w:proofErr w:type="spellStart"/>
      <w:r w:rsidRPr="00C86A0D">
        <w:rPr>
          <w:rFonts w:ascii="Sylfaen" w:hAnsi="Sylfaen" w:cs="Sylfaen"/>
          <w:sz w:val="18"/>
          <w:szCs w:val="18"/>
        </w:rPr>
        <w:t>შორის</w:t>
      </w:r>
      <w:proofErr w:type="spellEnd"/>
      <w:r w:rsidRPr="00C86A0D">
        <w:rPr>
          <w:rFonts w:cstheme="majorHAnsi"/>
          <w:sz w:val="18"/>
          <w:szCs w:val="18"/>
        </w:rPr>
        <w:t xml:space="preserve">, </w:t>
      </w:r>
      <w:proofErr w:type="spellStart"/>
      <w:r w:rsidRPr="00C86A0D">
        <w:rPr>
          <w:rFonts w:ascii="Sylfaen" w:hAnsi="Sylfaen" w:cs="Sylfaen"/>
          <w:sz w:val="18"/>
          <w:szCs w:val="18"/>
        </w:rPr>
        <w:t>რომელზეც</w:t>
      </w:r>
      <w:proofErr w:type="spellEnd"/>
      <w:r w:rsidRPr="00C86A0D">
        <w:rPr>
          <w:rFonts w:cstheme="majorHAnsi"/>
          <w:sz w:val="18"/>
          <w:szCs w:val="18"/>
        </w:rPr>
        <w:t xml:space="preserve"> </w:t>
      </w:r>
      <w:proofErr w:type="spellStart"/>
      <w:r w:rsidRPr="00C86A0D">
        <w:rPr>
          <w:rFonts w:ascii="Sylfaen" w:hAnsi="Sylfaen" w:cs="Sylfaen"/>
          <w:sz w:val="18"/>
          <w:szCs w:val="18"/>
        </w:rPr>
        <w:t>განხორციელდა</w:t>
      </w:r>
      <w:proofErr w:type="spellEnd"/>
      <w:r w:rsidRPr="00C86A0D">
        <w:rPr>
          <w:rFonts w:cstheme="majorHAnsi"/>
          <w:sz w:val="18"/>
          <w:szCs w:val="18"/>
        </w:rPr>
        <w:t xml:space="preserve"> </w:t>
      </w:r>
      <w:proofErr w:type="spellStart"/>
      <w:r w:rsidRPr="00C86A0D">
        <w:rPr>
          <w:rFonts w:ascii="Sylfaen" w:hAnsi="Sylfaen" w:cs="Sylfaen"/>
          <w:sz w:val="18"/>
          <w:szCs w:val="18"/>
        </w:rPr>
        <w:t>ექსპერტიზა</w:t>
      </w:r>
      <w:proofErr w:type="spellEnd"/>
      <w:r w:rsidRPr="00C86A0D">
        <w:rPr>
          <w:rFonts w:cstheme="majorHAnsi"/>
          <w:sz w:val="18"/>
          <w:szCs w:val="18"/>
        </w:rPr>
        <w:t xml:space="preserve">, </w:t>
      </w:r>
      <w:proofErr w:type="spellStart"/>
      <w:r w:rsidRPr="00C86A0D">
        <w:rPr>
          <w:rFonts w:ascii="Sylfaen" w:hAnsi="Sylfaen" w:cs="Sylfaen"/>
          <w:sz w:val="18"/>
          <w:szCs w:val="18"/>
        </w:rPr>
        <w:t>იქნება</w:t>
      </w:r>
      <w:proofErr w:type="spellEnd"/>
      <w:r w:rsidRPr="00C86A0D">
        <w:rPr>
          <w:rFonts w:cstheme="majorHAnsi"/>
          <w:sz w:val="18"/>
          <w:szCs w:val="18"/>
        </w:rPr>
        <w:t xml:space="preserve"> </w:t>
      </w:r>
      <w:proofErr w:type="spellStart"/>
      <w:r w:rsidRPr="00C86A0D">
        <w:rPr>
          <w:rFonts w:ascii="Sylfaen" w:hAnsi="Sylfaen" w:cs="Sylfaen"/>
          <w:sz w:val="18"/>
          <w:szCs w:val="18"/>
        </w:rPr>
        <w:t>სხვაობა</w:t>
      </w:r>
      <w:proofErr w:type="spellEnd"/>
      <w:r w:rsidRPr="00C86A0D">
        <w:rPr>
          <w:rFonts w:cstheme="majorHAnsi"/>
          <w:sz w:val="18"/>
          <w:szCs w:val="18"/>
        </w:rPr>
        <w:t xml:space="preserve">, </w:t>
      </w:r>
      <w:proofErr w:type="spellStart"/>
      <w:r w:rsidRPr="00C86A0D">
        <w:rPr>
          <w:rFonts w:ascii="Sylfaen" w:hAnsi="Sylfaen" w:cs="Sylfaen"/>
          <w:sz w:val="18"/>
          <w:szCs w:val="18"/>
        </w:rPr>
        <w:t>მხარეთა</w:t>
      </w:r>
      <w:proofErr w:type="spellEnd"/>
      <w:r w:rsidRPr="00C86A0D">
        <w:rPr>
          <w:rFonts w:cstheme="majorHAnsi"/>
          <w:sz w:val="18"/>
          <w:szCs w:val="18"/>
        </w:rPr>
        <w:t xml:space="preserve"> </w:t>
      </w:r>
      <w:proofErr w:type="spellStart"/>
      <w:r w:rsidRPr="00C86A0D">
        <w:rPr>
          <w:rFonts w:ascii="Sylfaen" w:hAnsi="Sylfaen" w:cs="Sylfaen"/>
          <w:sz w:val="18"/>
          <w:szCs w:val="18"/>
        </w:rPr>
        <w:t>შორის</w:t>
      </w:r>
      <w:proofErr w:type="spellEnd"/>
      <w:r w:rsidRPr="00C86A0D">
        <w:rPr>
          <w:rFonts w:cstheme="majorHAnsi"/>
          <w:sz w:val="18"/>
          <w:szCs w:val="18"/>
        </w:rPr>
        <w:t xml:space="preserve"> </w:t>
      </w:r>
      <w:proofErr w:type="spellStart"/>
      <w:r w:rsidRPr="00C86A0D">
        <w:rPr>
          <w:rFonts w:ascii="Sylfaen" w:hAnsi="Sylfaen" w:cs="Sylfaen"/>
          <w:sz w:val="18"/>
          <w:szCs w:val="18"/>
        </w:rPr>
        <w:t>მოხდება</w:t>
      </w:r>
      <w:proofErr w:type="spellEnd"/>
      <w:r w:rsidRPr="00C86A0D">
        <w:rPr>
          <w:rFonts w:cstheme="majorHAnsi"/>
          <w:sz w:val="18"/>
          <w:szCs w:val="18"/>
        </w:rPr>
        <w:t xml:space="preserve"> </w:t>
      </w:r>
      <w:proofErr w:type="spellStart"/>
      <w:r w:rsidRPr="00C86A0D">
        <w:rPr>
          <w:rFonts w:ascii="Sylfaen" w:hAnsi="Sylfaen" w:cs="Sylfaen"/>
          <w:sz w:val="18"/>
          <w:szCs w:val="18"/>
        </w:rPr>
        <w:t>შესაბამისი</w:t>
      </w:r>
      <w:proofErr w:type="spellEnd"/>
      <w:r w:rsidRPr="00C86A0D">
        <w:rPr>
          <w:rFonts w:cstheme="majorHAnsi"/>
          <w:sz w:val="18"/>
          <w:szCs w:val="18"/>
        </w:rPr>
        <w:t xml:space="preserve"> </w:t>
      </w:r>
      <w:proofErr w:type="spellStart"/>
      <w:r w:rsidRPr="00C86A0D">
        <w:rPr>
          <w:rFonts w:ascii="Sylfaen" w:hAnsi="Sylfaen" w:cs="Sylfaen"/>
          <w:sz w:val="18"/>
          <w:szCs w:val="18"/>
        </w:rPr>
        <w:t>ანგარიშსწორება</w:t>
      </w:r>
      <w:proofErr w:type="spellEnd"/>
      <w:r w:rsidRPr="00C86A0D">
        <w:rPr>
          <w:rFonts w:cstheme="majorHAnsi"/>
          <w:sz w:val="18"/>
          <w:szCs w:val="18"/>
        </w:rPr>
        <w:t>.</w:t>
      </w:r>
      <w:r w:rsidR="00823044">
        <w:rPr>
          <w:rFonts w:cstheme="majorHAnsi"/>
          <w:sz w:val="18"/>
          <w:szCs w:val="18"/>
        </w:rPr>
        <w:t xml:space="preserve"> </w:t>
      </w:r>
      <w:proofErr w:type="spellStart"/>
      <w:r w:rsidRPr="00C86A0D">
        <w:rPr>
          <w:rFonts w:ascii="Sylfaen" w:hAnsi="Sylfaen" w:cs="Sylfaen"/>
          <w:sz w:val="18"/>
          <w:szCs w:val="18"/>
        </w:rPr>
        <w:t>ამასთან</w:t>
      </w:r>
      <w:proofErr w:type="spellEnd"/>
      <w:r w:rsidRPr="00C86A0D">
        <w:rPr>
          <w:rFonts w:cstheme="majorHAnsi"/>
          <w:sz w:val="18"/>
          <w:szCs w:val="18"/>
        </w:rPr>
        <w:t xml:space="preserve">, </w:t>
      </w:r>
      <w:proofErr w:type="spellStart"/>
      <w:r w:rsidRPr="00C86A0D">
        <w:rPr>
          <w:rFonts w:ascii="Sylfaen" w:hAnsi="Sylfaen" w:cs="Sylfaen"/>
          <w:sz w:val="18"/>
          <w:szCs w:val="18"/>
        </w:rPr>
        <w:t>თუ</w:t>
      </w:r>
      <w:proofErr w:type="spellEnd"/>
      <w:r w:rsidRPr="00C86A0D">
        <w:rPr>
          <w:rFonts w:cstheme="majorHAnsi"/>
          <w:sz w:val="18"/>
          <w:szCs w:val="18"/>
        </w:rPr>
        <w:t xml:space="preserve"> </w:t>
      </w:r>
      <w:proofErr w:type="spellStart"/>
      <w:r w:rsidRPr="00C86A0D">
        <w:rPr>
          <w:rFonts w:ascii="Sylfaen" w:hAnsi="Sylfaen" w:cs="Sylfaen"/>
          <w:sz w:val="18"/>
          <w:szCs w:val="18"/>
        </w:rPr>
        <w:t>დამკვეთი</w:t>
      </w:r>
      <w:proofErr w:type="spellEnd"/>
      <w:r w:rsidRPr="00C86A0D">
        <w:rPr>
          <w:rFonts w:cstheme="majorHAnsi"/>
          <w:sz w:val="18"/>
          <w:szCs w:val="18"/>
        </w:rPr>
        <w:t xml:space="preserve"> </w:t>
      </w:r>
      <w:proofErr w:type="spellStart"/>
      <w:r w:rsidRPr="00C86A0D">
        <w:rPr>
          <w:rFonts w:ascii="Sylfaen" w:hAnsi="Sylfaen" w:cs="Sylfaen"/>
          <w:sz w:val="18"/>
          <w:szCs w:val="18"/>
        </w:rPr>
        <w:t>გამოიყენებს</w:t>
      </w:r>
      <w:proofErr w:type="spellEnd"/>
      <w:r w:rsidRPr="00C86A0D">
        <w:rPr>
          <w:rFonts w:cstheme="majorHAnsi"/>
          <w:sz w:val="18"/>
          <w:szCs w:val="18"/>
        </w:rPr>
        <w:t xml:space="preserve"> </w:t>
      </w:r>
      <w:proofErr w:type="spellStart"/>
      <w:r w:rsidRPr="00C86A0D">
        <w:rPr>
          <w:rFonts w:ascii="Sylfaen" w:hAnsi="Sylfaen" w:cs="Sylfaen"/>
          <w:sz w:val="18"/>
          <w:szCs w:val="18"/>
        </w:rPr>
        <w:t>ამ</w:t>
      </w:r>
      <w:proofErr w:type="spellEnd"/>
      <w:r w:rsidRPr="00C86A0D">
        <w:rPr>
          <w:rFonts w:cstheme="majorHAnsi"/>
          <w:sz w:val="18"/>
          <w:szCs w:val="18"/>
        </w:rPr>
        <w:t xml:space="preserve"> </w:t>
      </w:r>
      <w:proofErr w:type="spellStart"/>
      <w:r w:rsidRPr="00C86A0D">
        <w:rPr>
          <w:rFonts w:ascii="Sylfaen" w:hAnsi="Sylfaen" w:cs="Sylfaen"/>
          <w:sz w:val="18"/>
          <w:szCs w:val="18"/>
        </w:rPr>
        <w:t>მუხლით</w:t>
      </w:r>
      <w:proofErr w:type="spellEnd"/>
      <w:r w:rsidRPr="00C86A0D">
        <w:rPr>
          <w:rFonts w:cstheme="majorHAnsi"/>
          <w:sz w:val="18"/>
          <w:szCs w:val="18"/>
        </w:rPr>
        <w:t xml:space="preserve"> </w:t>
      </w:r>
      <w:proofErr w:type="spellStart"/>
      <w:r w:rsidRPr="00C86A0D">
        <w:rPr>
          <w:rFonts w:ascii="Sylfaen" w:hAnsi="Sylfaen" w:cs="Sylfaen"/>
          <w:sz w:val="18"/>
          <w:szCs w:val="18"/>
        </w:rPr>
        <w:t>მინიჭებულ</w:t>
      </w:r>
      <w:proofErr w:type="spellEnd"/>
      <w:r w:rsidRPr="00C86A0D">
        <w:rPr>
          <w:rFonts w:cstheme="majorHAnsi"/>
          <w:sz w:val="18"/>
          <w:szCs w:val="18"/>
        </w:rPr>
        <w:t xml:space="preserve"> </w:t>
      </w:r>
      <w:proofErr w:type="spellStart"/>
      <w:r w:rsidRPr="00C86A0D">
        <w:rPr>
          <w:rFonts w:ascii="Sylfaen" w:hAnsi="Sylfaen" w:cs="Sylfaen"/>
          <w:sz w:val="18"/>
          <w:szCs w:val="18"/>
        </w:rPr>
        <w:t>უფლებამოსილებას</w:t>
      </w:r>
      <w:proofErr w:type="spellEnd"/>
      <w:r w:rsidR="00D36BEA">
        <w:rPr>
          <w:rFonts w:cstheme="majorHAnsi"/>
          <w:sz w:val="18"/>
          <w:szCs w:val="18"/>
        </w:rPr>
        <w:t xml:space="preserve"> </w:t>
      </w:r>
      <w:r w:rsidR="00D36BEA">
        <w:rPr>
          <w:rFonts w:ascii="Sylfaen" w:hAnsi="Sylfaen" w:cstheme="majorHAnsi"/>
          <w:sz w:val="18"/>
          <w:szCs w:val="18"/>
          <w:lang w:val="ka-GE"/>
        </w:rPr>
        <w:t>(</w:t>
      </w:r>
      <w:proofErr w:type="spellStart"/>
      <w:r w:rsidRPr="00C86A0D">
        <w:rPr>
          <w:rFonts w:ascii="Sylfaen" w:hAnsi="Sylfaen" w:cs="Sylfaen"/>
          <w:sz w:val="18"/>
          <w:szCs w:val="18"/>
        </w:rPr>
        <w:t>სამუშაოების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შემოწმება</w:t>
      </w:r>
      <w:proofErr w:type="spellEnd"/>
      <w:r w:rsidRPr="00C86A0D">
        <w:rPr>
          <w:rFonts w:cstheme="majorHAnsi"/>
          <w:sz w:val="18"/>
          <w:szCs w:val="18"/>
        </w:rPr>
        <w:t xml:space="preserve"> </w:t>
      </w:r>
      <w:proofErr w:type="spellStart"/>
      <w:r w:rsidRPr="00C86A0D">
        <w:rPr>
          <w:rFonts w:ascii="Sylfaen" w:hAnsi="Sylfaen" w:cs="Sylfaen"/>
          <w:sz w:val="18"/>
          <w:szCs w:val="18"/>
        </w:rPr>
        <w:t>სსიპ</w:t>
      </w:r>
      <w:proofErr w:type="spellEnd"/>
      <w:r w:rsidRPr="00C86A0D">
        <w:rPr>
          <w:rFonts w:cstheme="majorHAnsi"/>
          <w:sz w:val="18"/>
          <w:szCs w:val="18"/>
        </w:rPr>
        <w:t xml:space="preserve"> „</w:t>
      </w:r>
      <w:proofErr w:type="spellStart"/>
      <w:r w:rsidRPr="00C86A0D">
        <w:rPr>
          <w:rFonts w:ascii="Sylfaen" w:hAnsi="Sylfaen" w:cs="Sylfaen"/>
          <w:sz w:val="18"/>
          <w:szCs w:val="18"/>
        </w:rPr>
        <w:t>ლევან</w:t>
      </w:r>
      <w:proofErr w:type="spellEnd"/>
      <w:r w:rsidRPr="00C86A0D">
        <w:rPr>
          <w:rFonts w:cstheme="majorHAnsi"/>
          <w:sz w:val="18"/>
          <w:szCs w:val="18"/>
        </w:rPr>
        <w:t xml:space="preserve"> </w:t>
      </w:r>
      <w:proofErr w:type="spellStart"/>
      <w:r w:rsidRPr="00C86A0D">
        <w:rPr>
          <w:rFonts w:ascii="Sylfaen" w:hAnsi="Sylfaen" w:cs="Sylfaen"/>
          <w:sz w:val="18"/>
          <w:szCs w:val="18"/>
        </w:rPr>
        <w:t>სამხარაულის</w:t>
      </w:r>
      <w:proofErr w:type="spellEnd"/>
      <w:r w:rsidRPr="00C86A0D">
        <w:rPr>
          <w:rFonts w:cstheme="majorHAnsi"/>
          <w:sz w:val="18"/>
          <w:szCs w:val="18"/>
        </w:rPr>
        <w:t xml:space="preserve"> </w:t>
      </w:r>
      <w:proofErr w:type="spellStart"/>
      <w:r w:rsidRPr="00C86A0D">
        <w:rPr>
          <w:rFonts w:ascii="Sylfaen" w:hAnsi="Sylfaen" w:cs="Sylfaen"/>
          <w:sz w:val="18"/>
          <w:szCs w:val="18"/>
        </w:rPr>
        <w:t>სახელობის</w:t>
      </w:r>
      <w:proofErr w:type="spellEnd"/>
      <w:r w:rsidRPr="00C86A0D">
        <w:rPr>
          <w:rFonts w:cstheme="majorHAnsi"/>
          <w:sz w:val="18"/>
          <w:szCs w:val="18"/>
        </w:rPr>
        <w:t xml:space="preserve"> </w:t>
      </w:r>
      <w:proofErr w:type="spellStart"/>
      <w:r w:rsidRPr="00C86A0D">
        <w:rPr>
          <w:rFonts w:ascii="Sylfaen" w:hAnsi="Sylfaen" w:cs="Sylfaen"/>
          <w:sz w:val="18"/>
          <w:szCs w:val="18"/>
        </w:rPr>
        <w:t>სასამართლო</w:t>
      </w:r>
      <w:proofErr w:type="spellEnd"/>
      <w:r w:rsidRPr="00C86A0D">
        <w:rPr>
          <w:rFonts w:cstheme="majorHAnsi"/>
          <w:sz w:val="18"/>
          <w:szCs w:val="18"/>
        </w:rPr>
        <w:t xml:space="preserve"> </w:t>
      </w:r>
      <w:proofErr w:type="spellStart"/>
      <w:r w:rsidRPr="00C86A0D">
        <w:rPr>
          <w:rFonts w:ascii="Sylfaen" w:hAnsi="Sylfaen" w:cs="Sylfaen"/>
          <w:sz w:val="18"/>
          <w:szCs w:val="18"/>
        </w:rPr>
        <w:t>ექსპერტიზის</w:t>
      </w:r>
      <w:proofErr w:type="spellEnd"/>
      <w:r w:rsidRPr="00C86A0D">
        <w:rPr>
          <w:rFonts w:cstheme="majorHAnsi"/>
          <w:sz w:val="18"/>
          <w:szCs w:val="18"/>
        </w:rPr>
        <w:t xml:space="preserve"> </w:t>
      </w:r>
      <w:proofErr w:type="spellStart"/>
      <w:r w:rsidRPr="00C86A0D">
        <w:rPr>
          <w:rFonts w:ascii="Sylfaen" w:hAnsi="Sylfaen" w:cs="Sylfaen"/>
          <w:sz w:val="18"/>
          <w:szCs w:val="18"/>
        </w:rPr>
        <w:t>ეროვნული</w:t>
      </w:r>
      <w:proofErr w:type="spellEnd"/>
      <w:r w:rsidRPr="00C86A0D">
        <w:rPr>
          <w:rFonts w:cstheme="majorHAnsi"/>
          <w:sz w:val="18"/>
          <w:szCs w:val="18"/>
        </w:rPr>
        <w:t xml:space="preserve"> </w:t>
      </w:r>
      <w:proofErr w:type="spellStart"/>
      <w:r w:rsidRPr="00C86A0D">
        <w:rPr>
          <w:rFonts w:ascii="Sylfaen" w:hAnsi="Sylfaen" w:cs="Sylfaen"/>
          <w:sz w:val="18"/>
          <w:szCs w:val="18"/>
        </w:rPr>
        <w:t>ბიუროს</w:t>
      </w:r>
      <w:proofErr w:type="spellEnd"/>
      <w:r w:rsidR="00D36BEA">
        <w:rPr>
          <w:rFonts w:cstheme="majorHAnsi"/>
          <w:sz w:val="18"/>
          <w:szCs w:val="18"/>
        </w:rPr>
        <w:t>“</w:t>
      </w:r>
      <w:r w:rsidR="00D36BEA">
        <w:rPr>
          <w:rFonts w:ascii="Sylfaen" w:hAnsi="Sylfaen" w:cstheme="majorHAnsi"/>
          <w:sz w:val="18"/>
          <w:szCs w:val="18"/>
          <w:lang w:val="ka-GE"/>
        </w:rPr>
        <w:t xml:space="preserve"> </w:t>
      </w:r>
      <w:proofErr w:type="spellStart"/>
      <w:r w:rsidRPr="00C86A0D">
        <w:rPr>
          <w:rFonts w:ascii="Sylfaen" w:hAnsi="Sylfaen" w:cs="Sylfaen"/>
          <w:sz w:val="18"/>
          <w:szCs w:val="18"/>
        </w:rPr>
        <w:t>ან</w:t>
      </w:r>
      <w:proofErr w:type="spellEnd"/>
      <w:r w:rsidRPr="00C86A0D">
        <w:rPr>
          <w:rFonts w:cstheme="majorHAnsi"/>
          <w:sz w:val="18"/>
          <w:szCs w:val="18"/>
        </w:rPr>
        <w:t xml:space="preserve"> </w:t>
      </w:r>
      <w:proofErr w:type="spellStart"/>
      <w:r w:rsidRPr="00C86A0D">
        <w:rPr>
          <w:rFonts w:ascii="Sylfaen" w:hAnsi="Sylfaen" w:cs="Sylfaen"/>
          <w:sz w:val="18"/>
          <w:szCs w:val="18"/>
        </w:rPr>
        <w:t>აკრედიტირებული</w:t>
      </w:r>
      <w:proofErr w:type="spellEnd"/>
      <w:r w:rsidRPr="00C86A0D">
        <w:rPr>
          <w:rFonts w:cstheme="majorHAnsi"/>
          <w:sz w:val="18"/>
          <w:szCs w:val="18"/>
        </w:rPr>
        <w:t xml:space="preserve"> </w:t>
      </w:r>
      <w:proofErr w:type="spellStart"/>
      <w:r w:rsidRPr="00C86A0D">
        <w:rPr>
          <w:rFonts w:ascii="Sylfaen" w:hAnsi="Sylfaen" w:cs="Sylfaen"/>
          <w:sz w:val="18"/>
          <w:szCs w:val="18"/>
        </w:rPr>
        <w:t>საექსპერტო</w:t>
      </w:r>
      <w:proofErr w:type="spellEnd"/>
      <w:r w:rsidRPr="00C86A0D">
        <w:rPr>
          <w:rFonts w:cstheme="majorHAnsi"/>
          <w:sz w:val="18"/>
          <w:szCs w:val="18"/>
        </w:rPr>
        <w:t xml:space="preserve"> </w:t>
      </w:r>
      <w:proofErr w:type="spellStart"/>
      <w:r w:rsidRPr="00C86A0D">
        <w:rPr>
          <w:rFonts w:ascii="Sylfaen" w:hAnsi="Sylfaen" w:cs="Sylfaen"/>
          <w:sz w:val="18"/>
          <w:szCs w:val="18"/>
        </w:rPr>
        <w:t>დაწესებულების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ან</w:t>
      </w:r>
      <w:proofErr w:type="spellEnd"/>
      <w:r w:rsidRPr="00C86A0D">
        <w:rPr>
          <w:rFonts w:cstheme="majorHAnsi"/>
          <w:sz w:val="18"/>
          <w:szCs w:val="18"/>
        </w:rPr>
        <w:t xml:space="preserve"> </w:t>
      </w:r>
      <w:proofErr w:type="spellStart"/>
      <w:r w:rsidRPr="00C86A0D">
        <w:rPr>
          <w:rFonts w:ascii="Sylfaen" w:hAnsi="Sylfaen" w:cs="Sylfaen"/>
          <w:sz w:val="18"/>
          <w:szCs w:val="18"/>
        </w:rPr>
        <w:t>დამოუკიდებელი</w:t>
      </w:r>
      <w:proofErr w:type="spellEnd"/>
      <w:r w:rsidRPr="00C86A0D">
        <w:rPr>
          <w:rFonts w:cstheme="majorHAnsi"/>
          <w:sz w:val="18"/>
          <w:szCs w:val="18"/>
        </w:rPr>
        <w:t xml:space="preserve"> </w:t>
      </w:r>
      <w:proofErr w:type="spellStart"/>
      <w:r w:rsidRPr="00C86A0D">
        <w:rPr>
          <w:rFonts w:ascii="Sylfaen" w:hAnsi="Sylfaen" w:cs="Sylfaen"/>
          <w:sz w:val="18"/>
          <w:szCs w:val="18"/>
        </w:rPr>
        <w:t>ექსპერტის</w:t>
      </w:r>
      <w:proofErr w:type="spellEnd"/>
      <w:r w:rsidRPr="00C86A0D">
        <w:rPr>
          <w:rFonts w:cstheme="majorHAnsi"/>
          <w:sz w:val="18"/>
          <w:szCs w:val="18"/>
        </w:rPr>
        <w:t xml:space="preserve"> </w:t>
      </w:r>
      <w:proofErr w:type="spellStart"/>
      <w:r w:rsidRPr="00C86A0D">
        <w:rPr>
          <w:rFonts w:ascii="Sylfaen" w:hAnsi="Sylfaen" w:cs="Sylfaen"/>
          <w:sz w:val="18"/>
          <w:szCs w:val="18"/>
        </w:rPr>
        <w:t>მიერ</w:t>
      </w:r>
      <w:proofErr w:type="spellEnd"/>
      <w:r w:rsidR="00D36BEA">
        <w:rPr>
          <w:rFonts w:ascii="Sylfaen" w:hAnsi="Sylfaen" w:cstheme="majorHAnsi"/>
          <w:sz w:val="18"/>
          <w:szCs w:val="18"/>
          <w:lang w:val="ka-GE"/>
        </w:rPr>
        <w:t>)</w:t>
      </w:r>
      <w:r w:rsidRPr="00C86A0D">
        <w:rPr>
          <w:rFonts w:cstheme="majorHAnsi"/>
          <w:sz w:val="18"/>
          <w:szCs w:val="18"/>
        </w:rPr>
        <w:t xml:space="preserve"> </w:t>
      </w:r>
      <w:proofErr w:type="spellStart"/>
      <w:r w:rsidRPr="00C86A0D">
        <w:rPr>
          <w:rFonts w:ascii="Sylfaen" w:hAnsi="Sylfaen" w:cs="Sylfaen"/>
          <w:sz w:val="18"/>
          <w:szCs w:val="18"/>
        </w:rPr>
        <w:t>და</w:t>
      </w:r>
      <w:proofErr w:type="spellEnd"/>
      <w:r w:rsidRPr="00C86A0D">
        <w:rPr>
          <w:rFonts w:cstheme="majorHAnsi"/>
          <w:sz w:val="18"/>
          <w:szCs w:val="18"/>
        </w:rPr>
        <w:t xml:space="preserve"> </w:t>
      </w:r>
      <w:proofErr w:type="spellStart"/>
      <w:r w:rsidRPr="00C86A0D">
        <w:rPr>
          <w:rFonts w:ascii="Sylfaen" w:hAnsi="Sylfaen" w:cs="Sylfaen"/>
          <w:sz w:val="18"/>
          <w:szCs w:val="18"/>
        </w:rPr>
        <w:t>შესამოწმებელი</w:t>
      </w:r>
      <w:proofErr w:type="spellEnd"/>
      <w:r w:rsidRPr="00C86A0D">
        <w:rPr>
          <w:rFonts w:cstheme="majorHAnsi"/>
          <w:sz w:val="18"/>
          <w:szCs w:val="18"/>
        </w:rPr>
        <w:t xml:space="preserve"> </w:t>
      </w:r>
      <w:proofErr w:type="spellStart"/>
      <w:r w:rsidRPr="00C86A0D">
        <w:rPr>
          <w:rFonts w:ascii="Sylfaen" w:hAnsi="Sylfaen" w:cs="Sylfaen"/>
          <w:sz w:val="18"/>
          <w:szCs w:val="18"/>
        </w:rPr>
        <w:t>სამუშოები</w:t>
      </w:r>
      <w:proofErr w:type="spellEnd"/>
      <w:r w:rsidR="00327AF8">
        <w:rPr>
          <w:rFonts w:ascii="Sylfaen" w:hAnsi="Sylfaen" w:cs="Sylfaen"/>
          <w:sz w:val="18"/>
          <w:szCs w:val="18"/>
        </w:rPr>
        <w:t xml:space="preserve"> </w:t>
      </w:r>
      <w:proofErr w:type="spellStart"/>
      <w:r w:rsidRPr="00C86A0D">
        <w:rPr>
          <w:rFonts w:ascii="Sylfaen" w:hAnsi="Sylfaen" w:cs="Sylfaen"/>
          <w:sz w:val="18"/>
          <w:szCs w:val="18"/>
        </w:rPr>
        <w:t>წარმოადგენენ</w:t>
      </w:r>
      <w:proofErr w:type="spellEnd"/>
      <w:r w:rsidRPr="00C86A0D">
        <w:rPr>
          <w:rFonts w:cstheme="majorHAnsi"/>
          <w:sz w:val="18"/>
          <w:szCs w:val="18"/>
        </w:rPr>
        <w:t xml:space="preserve"> </w:t>
      </w:r>
      <w:proofErr w:type="spellStart"/>
      <w:r w:rsidRPr="00C86A0D">
        <w:rPr>
          <w:rFonts w:ascii="Sylfaen" w:hAnsi="Sylfaen" w:cs="Sylfaen"/>
          <w:sz w:val="18"/>
          <w:szCs w:val="18"/>
        </w:rPr>
        <w:t>იმგვარ</w:t>
      </w:r>
      <w:proofErr w:type="spellEnd"/>
      <w:r w:rsidRPr="00C86A0D">
        <w:rPr>
          <w:rFonts w:cstheme="majorHAnsi"/>
          <w:sz w:val="18"/>
          <w:szCs w:val="18"/>
        </w:rPr>
        <w:t xml:space="preserve"> </w:t>
      </w:r>
      <w:proofErr w:type="spellStart"/>
      <w:r w:rsidRPr="00C86A0D">
        <w:rPr>
          <w:rFonts w:ascii="Sylfaen" w:hAnsi="Sylfaen" w:cs="Sylfaen"/>
          <w:sz w:val="18"/>
          <w:szCs w:val="18"/>
        </w:rPr>
        <w:t>სამუშაოებს</w:t>
      </w:r>
      <w:proofErr w:type="spellEnd"/>
      <w:r w:rsidRPr="00C86A0D">
        <w:rPr>
          <w:rFonts w:cstheme="majorHAnsi"/>
          <w:sz w:val="18"/>
          <w:szCs w:val="18"/>
        </w:rPr>
        <w:t xml:space="preserve">, </w:t>
      </w:r>
      <w:proofErr w:type="spellStart"/>
      <w:r w:rsidRPr="00C86A0D">
        <w:rPr>
          <w:rFonts w:ascii="Sylfaen" w:hAnsi="Sylfaen" w:cs="Sylfaen"/>
          <w:sz w:val="18"/>
          <w:szCs w:val="18"/>
        </w:rPr>
        <w:t>რომელთა</w:t>
      </w:r>
      <w:proofErr w:type="spellEnd"/>
      <w:r w:rsidRPr="00C86A0D">
        <w:rPr>
          <w:rFonts w:cstheme="majorHAnsi"/>
          <w:sz w:val="18"/>
          <w:szCs w:val="18"/>
        </w:rPr>
        <w:t xml:space="preserve"> </w:t>
      </w:r>
      <w:proofErr w:type="spellStart"/>
      <w:r w:rsidRPr="00C86A0D">
        <w:rPr>
          <w:rFonts w:ascii="Sylfaen" w:hAnsi="Sylfaen" w:cs="Sylfaen"/>
          <w:sz w:val="18"/>
          <w:szCs w:val="18"/>
        </w:rPr>
        <w:t>ხარვეზის</w:t>
      </w:r>
      <w:proofErr w:type="spellEnd"/>
      <w:r w:rsidRPr="00C86A0D">
        <w:rPr>
          <w:rFonts w:cstheme="majorHAnsi"/>
          <w:sz w:val="18"/>
          <w:szCs w:val="18"/>
        </w:rPr>
        <w:t xml:space="preserve"> </w:t>
      </w:r>
      <w:proofErr w:type="spellStart"/>
      <w:r w:rsidRPr="00C86A0D">
        <w:rPr>
          <w:rFonts w:ascii="Sylfaen" w:hAnsi="Sylfaen" w:cs="Sylfaen"/>
          <w:sz w:val="18"/>
          <w:szCs w:val="18"/>
        </w:rPr>
        <w:t>აღმოჩენის</w:t>
      </w:r>
      <w:proofErr w:type="spellEnd"/>
      <w:r w:rsidRPr="00C86A0D">
        <w:rPr>
          <w:rFonts w:cstheme="majorHAnsi"/>
          <w:sz w:val="18"/>
          <w:szCs w:val="18"/>
        </w:rPr>
        <w:t xml:space="preserve"> </w:t>
      </w:r>
      <w:proofErr w:type="spellStart"/>
      <w:r w:rsidRPr="00C86A0D">
        <w:rPr>
          <w:rFonts w:ascii="Sylfaen" w:hAnsi="Sylfaen" w:cs="Sylfaen"/>
          <w:sz w:val="18"/>
          <w:szCs w:val="18"/>
        </w:rPr>
        <w:t>შემთხვევაში</w:t>
      </w:r>
      <w:proofErr w:type="spellEnd"/>
      <w:r w:rsidRPr="00C86A0D">
        <w:rPr>
          <w:rFonts w:cstheme="majorHAnsi"/>
          <w:sz w:val="18"/>
          <w:szCs w:val="18"/>
        </w:rPr>
        <w:t xml:space="preserve"> </w:t>
      </w:r>
      <w:proofErr w:type="spellStart"/>
      <w:r w:rsidRPr="00C86A0D">
        <w:rPr>
          <w:rFonts w:ascii="Sylfaen" w:hAnsi="Sylfaen" w:cs="Sylfaen"/>
          <w:sz w:val="18"/>
          <w:szCs w:val="18"/>
        </w:rPr>
        <w:t>დგება</w:t>
      </w:r>
      <w:proofErr w:type="spellEnd"/>
      <w:r w:rsidRPr="00C86A0D">
        <w:rPr>
          <w:rFonts w:cstheme="majorHAnsi"/>
          <w:sz w:val="18"/>
          <w:szCs w:val="18"/>
        </w:rPr>
        <w:t xml:space="preserve"> </w:t>
      </w:r>
      <w:proofErr w:type="spellStart"/>
      <w:r w:rsidRPr="00C86A0D">
        <w:rPr>
          <w:rFonts w:ascii="Sylfaen" w:hAnsi="Sylfaen" w:cs="Sylfaen"/>
          <w:sz w:val="18"/>
          <w:szCs w:val="18"/>
        </w:rPr>
        <w:t>მათი</w:t>
      </w:r>
      <w:proofErr w:type="spellEnd"/>
      <w:r w:rsidRPr="00C86A0D">
        <w:rPr>
          <w:rFonts w:cstheme="majorHAnsi"/>
          <w:sz w:val="18"/>
          <w:szCs w:val="18"/>
        </w:rPr>
        <w:t xml:space="preserve"> </w:t>
      </w:r>
      <w:proofErr w:type="spellStart"/>
      <w:r w:rsidRPr="00C86A0D">
        <w:rPr>
          <w:rFonts w:ascii="Sylfaen" w:hAnsi="Sylfaen" w:cs="Sylfaen"/>
          <w:sz w:val="18"/>
          <w:szCs w:val="18"/>
        </w:rPr>
        <w:t>დემონტაჟის</w:t>
      </w:r>
      <w:proofErr w:type="spellEnd"/>
      <w:r w:rsidRPr="00C86A0D">
        <w:rPr>
          <w:rFonts w:cstheme="majorHAnsi"/>
          <w:sz w:val="18"/>
          <w:szCs w:val="18"/>
        </w:rPr>
        <w:t xml:space="preserve"> </w:t>
      </w:r>
      <w:proofErr w:type="spellStart"/>
      <w:r w:rsidRPr="00C86A0D">
        <w:rPr>
          <w:rFonts w:ascii="Sylfaen" w:hAnsi="Sylfaen" w:cs="Sylfaen"/>
          <w:sz w:val="18"/>
          <w:szCs w:val="18"/>
        </w:rPr>
        <w:t>და</w:t>
      </w:r>
      <w:proofErr w:type="spellEnd"/>
      <w:r w:rsidRPr="00C86A0D">
        <w:rPr>
          <w:rFonts w:cstheme="majorHAnsi"/>
          <w:sz w:val="18"/>
          <w:szCs w:val="18"/>
        </w:rPr>
        <w:t xml:space="preserve"> </w:t>
      </w:r>
      <w:proofErr w:type="spellStart"/>
      <w:r w:rsidRPr="00C86A0D">
        <w:rPr>
          <w:rFonts w:ascii="Sylfaen" w:hAnsi="Sylfaen" w:cs="Sylfaen"/>
          <w:sz w:val="18"/>
          <w:szCs w:val="18"/>
        </w:rPr>
        <w:t>ხელახლა</w:t>
      </w:r>
      <w:proofErr w:type="spellEnd"/>
      <w:r w:rsidRPr="00C86A0D">
        <w:rPr>
          <w:rFonts w:cstheme="majorHAnsi"/>
          <w:sz w:val="18"/>
          <w:szCs w:val="18"/>
        </w:rPr>
        <w:t xml:space="preserve"> </w:t>
      </w:r>
      <w:proofErr w:type="spellStart"/>
      <w:r w:rsidRPr="00C86A0D">
        <w:rPr>
          <w:rFonts w:ascii="Sylfaen" w:hAnsi="Sylfaen" w:cs="Sylfaen"/>
          <w:sz w:val="18"/>
          <w:szCs w:val="18"/>
        </w:rPr>
        <w:t>შესრულების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აუცილებლობა</w:t>
      </w:r>
      <w:proofErr w:type="spellEnd"/>
      <w:r w:rsidRPr="00C86A0D">
        <w:rPr>
          <w:rFonts w:cstheme="majorHAnsi"/>
          <w:sz w:val="18"/>
          <w:szCs w:val="18"/>
        </w:rPr>
        <w:t xml:space="preserve">, </w:t>
      </w:r>
      <w:proofErr w:type="spellStart"/>
      <w:r w:rsidRPr="00C86A0D">
        <w:rPr>
          <w:rFonts w:ascii="Sylfaen" w:hAnsi="Sylfaen" w:cs="Sylfaen"/>
          <w:sz w:val="18"/>
          <w:szCs w:val="18"/>
        </w:rPr>
        <w:t>ასეთ</w:t>
      </w:r>
      <w:proofErr w:type="spellEnd"/>
      <w:r w:rsidRPr="00C86A0D">
        <w:rPr>
          <w:rFonts w:cstheme="majorHAnsi"/>
          <w:sz w:val="18"/>
          <w:szCs w:val="18"/>
        </w:rPr>
        <w:t xml:space="preserve"> </w:t>
      </w:r>
      <w:proofErr w:type="spellStart"/>
      <w:r w:rsidRPr="00C86A0D">
        <w:rPr>
          <w:rFonts w:ascii="Sylfaen" w:hAnsi="Sylfaen" w:cs="Sylfaen"/>
          <w:sz w:val="18"/>
          <w:szCs w:val="18"/>
        </w:rPr>
        <w:t>შემთხვევაში</w:t>
      </w:r>
      <w:proofErr w:type="spellEnd"/>
      <w:r w:rsidR="00327AF8">
        <w:rPr>
          <w:rFonts w:ascii="Sylfaen" w:hAnsi="Sylfaen" w:cs="Sylfaen"/>
          <w:sz w:val="18"/>
          <w:szCs w:val="18"/>
        </w:rPr>
        <w:t xml:space="preserve"> </w:t>
      </w:r>
      <w:r w:rsidR="00D36BEA">
        <w:rPr>
          <w:rFonts w:ascii="Sylfaen" w:hAnsi="Sylfaen" w:cs="Sylfaen"/>
          <w:sz w:val="18"/>
          <w:szCs w:val="18"/>
          <w:lang w:val="ka-GE"/>
        </w:rPr>
        <w:t>მენარდე</w:t>
      </w:r>
      <w:r w:rsidRPr="00C86A0D">
        <w:rPr>
          <w:rFonts w:cstheme="majorHAnsi"/>
          <w:sz w:val="18"/>
          <w:szCs w:val="18"/>
        </w:rPr>
        <w:t xml:space="preserve"> </w:t>
      </w:r>
      <w:proofErr w:type="spellStart"/>
      <w:r w:rsidRPr="00C86A0D">
        <w:rPr>
          <w:rFonts w:ascii="Sylfaen" w:hAnsi="Sylfaen" w:cs="Sylfaen"/>
          <w:sz w:val="18"/>
          <w:szCs w:val="18"/>
        </w:rPr>
        <w:t>უფლებამოსილია</w:t>
      </w:r>
      <w:proofErr w:type="spellEnd"/>
      <w:r w:rsidR="00327AF8">
        <w:rPr>
          <w:rFonts w:ascii="Sylfaen" w:hAnsi="Sylfaen" w:cs="Sylfaen"/>
          <w:sz w:val="18"/>
          <w:szCs w:val="18"/>
        </w:rPr>
        <w:t xml:space="preserve"> </w:t>
      </w:r>
      <w:proofErr w:type="spellStart"/>
      <w:r w:rsidRPr="00C86A0D">
        <w:rPr>
          <w:rFonts w:ascii="Sylfaen" w:hAnsi="Sylfaen" w:cs="Sylfaen"/>
          <w:sz w:val="18"/>
          <w:szCs w:val="18"/>
        </w:rPr>
        <w:t>ექსპერტის</w:t>
      </w:r>
      <w:proofErr w:type="spellEnd"/>
      <w:r w:rsidRPr="00C86A0D">
        <w:rPr>
          <w:rFonts w:cstheme="majorHAnsi"/>
          <w:sz w:val="18"/>
          <w:szCs w:val="18"/>
        </w:rPr>
        <w:t xml:space="preserve"> </w:t>
      </w:r>
      <w:proofErr w:type="spellStart"/>
      <w:r w:rsidRPr="00C86A0D">
        <w:rPr>
          <w:rFonts w:ascii="Sylfaen" w:hAnsi="Sylfaen" w:cs="Sylfaen"/>
          <w:sz w:val="18"/>
          <w:szCs w:val="18"/>
        </w:rPr>
        <w:t>დასკვნის</w:t>
      </w:r>
      <w:proofErr w:type="spellEnd"/>
      <w:r w:rsidRPr="00C86A0D">
        <w:rPr>
          <w:rFonts w:cstheme="majorHAnsi"/>
          <w:sz w:val="18"/>
          <w:szCs w:val="18"/>
        </w:rPr>
        <w:t xml:space="preserve"> </w:t>
      </w:r>
      <w:proofErr w:type="spellStart"/>
      <w:r w:rsidRPr="00C86A0D">
        <w:rPr>
          <w:rFonts w:ascii="Sylfaen" w:hAnsi="Sylfaen" w:cs="Sylfaen"/>
          <w:sz w:val="18"/>
          <w:szCs w:val="18"/>
        </w:rPr>
        <w:t>მიღებამდე</w:t>
      </w:r>
      <w:proofErr w:type="spellEnd"/>
      <w:r w:rsidRPr="00C86A0D">
        <w:rPr>
          <w:rFonts w:cstheme="majorHAnsi"/>
          <w:sz w:val="18"/>
          <w:szCs w:val="18"/>
        </w:rPr>
        <w:t xml:space="preserve"> </w:t>
      </w:r>
      <w:proofErr w:type="spellStart"/>
      <w:r w:rsidRPr="00C86A0D">
        <w:rPr>
          <w:rFonts w:ascii="Sylfaen" w:hAnsi="Sylfaen" w:cs="Sylfaen"/>
          <w:sz w:val="18"/>
          <w:szCs w:val="18"/>
        </w:rPr>
        <w:t>დამკვეთთან</w:t>
      </w:r>
      <w:proofErr w:type="spellEnd"/>
      <w:r w:rsidRPr="00C86A0D">
        <w:rPr>
          <w:rFonts w:cstheme="majorHAnsi"/>
          <w:sz w:val="18"/>
          <w:szCs w:val="18"/>
        </w:rPr>
        <w:t xml:space="preserve"> </w:t>
      </w:r>
      <w:proofErr w:type="spellStart"/>
      <w:r w:rsidRPr="00C86A0D">
        <w:rPr>
          <w:rFonts w:ascii="Sylfaen" w:hAnsi="Sylfaen" w:cs="Sylfaen"/>
          <w:sz w:val="18"/>
          <w:szCs w:val="18"/>
        </w:rPr>
        <w:t>შეთანხმებით</w:t>
      </w:r>
      <w:proofErr w:type="spellEnd"/>
      <w:r w:rsidRPr="00C86A0D">
        <w:rPr>
          <w:rFonts w:cstheme="majorHAnsi"/>
          <w:sz w:val="18"/>
          <w:szCs w:val="18"/>
        </w:rPr>
        <w:t xml:space="preserve"> </w:t>
      </w:r>
      <w:proofErr w:type="spellStart"/>
      <w:r w:rsidRPr="00C86A0D">
        <w:rPr>
          <w:rFonts w:ascii="Sylfaen" w:hAnsi="Sylfaen" w:cs="Sylfaen"/>
          <w:sz w:val="18"/>
          <w:szCs w:val="18"/>
        </w:rPr>
        <w:t>შეაჩეროს</w:t>
      </w:r>
      <w:proofErr w:type="spellEnd"/>
      <w:r w:rsidRPr="00C86A0D">
        <w:rPr>
          <w:rFonts w:cstheme="majorHAnsi"/>
          <w:sz w:val="18"/>
          <w:szCs w:val="18"/>
        </w:rPr>
        <w:t xml:space="preserve"> </w:t>
      </w:r>
      <w:proofErr w:type="spellStart"/>
      <w:r w:rsidRPr="00C86A0D">
        <w:rPr>
          <w:rFonts w:ascii="Sylfaen" w:hAnsi="Sylfaen" w:cs="Sylfaen"/>
          <w:sz w:val="18"/>
          <w:szCs w:val="18"/>
        </w:rPr>
        <w:t>ობიექტზე</w:t>
      </w:r>
      <w:proofErr w:type="spellEnd"/>
      <w:r w:rsidRPr="00C86A0D">
        <w:rPr>
          <w:rFonts w:cstheme="majorHAnsi"/>
          <w:sz w:val="18"/>
          <w:szCs w:val="18"/>
        </w:rPr>
        <w:t xml:space="preserve"> </w:t>
      </w:r>
      <w:proofErr w:type="spellStart"/>
      <w:r w:rsidRPr="00C86A0D">
        <w:rPr>
          <w:rFonts w:ascii="Sylfaen" w:hAnsi="Sylfaen" w:cs="Sylfaen"/>
          <w:sz w:val="18"/>
          <w:szCs w:val="18"/>
        </w:rPr>
        <w:t>მიმდინარე</w:t>
      </w:r>
      <w:proofErr w:type="spellEnd"/>
      <w:r w:rsidRPr="00C86A0D">
        <w:rPr>
          <w:rFonts w:cstheme="majorHAnsi"/>
          <w:sz w:val="18"/>
          <w:szCs w:val="18"/>
        </w:rPr>
        <w:t xml:space="preserve"> </w:t>
      </w:r>
      <w:proofErr w:type="spellStart"/>
      <w:r w:rsidRPr="00C86A0D">
        <w:rPr>
          <w:rFonts w:ascii="Sylfaen" w:hAnsi="Sylfaen" w:cs="Sylfaen"/>
          <w:sz w:val="18"/>
          <w:szCs w:val="18"/>
        </w:rPr>
        <w:t>სამუშაოების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წარმოება</w:t>
      </w:r>
      <w:proofErr w:type="spellEnd"/>
      <w:r w:rsidRPr="00C86A0D">
        <w:rPr>
          <w:rFonts w:cstheme="majorHAnsi"/>
          <w:sz w:val="18"/>
          <w:szCs w:val="18"/>
        </w:rPr>
        <w:t xml:space="preserve">, </w:t>
      </w:r>
      <w:proofErr w:type="spellStart"/>
      <w:r w:rsidRPr="00C86A0D">
        <w:rPr>
          <w:rFonts w:ascii="Sylfaen" w:hAnsi="Sylfaen" w:cs="Sylfaen"/>
          <w:sz w:val="18"/>
          <w:szCs w:val="18"/>
        </w:rPr>
        <w:t>რაც</w:t>
      </w:r>
      <w:proofErr w:type="spellEnd"/>
      <w:r w:rsidRPr="00C86A0D">
        <w:rPr>
          <w:rFonts w:cstheme="majorHAnsi"/>
          <w:sz w:val="18"/>
          <w:szCs w:val="18"/>
        </w:rPr>
        <w:t xml:space="preserve"> </w:t>
      </w:r>
      <w:proofErr w:type="spellStart"/>
      <w:r w:rsidRPr="00C86A0D">
        <w:rPr>
          <w:rFonts w:ascii="Sylfaen" w:hAnsi="Sylfaen" w:cs="Sylfaen"/>
          <w:sz w:val="18"/>
          <w:szCs w:val="18"/>
        </w:rPr>
        <w:t>არ</w:t>
      </w:r>
      <w:proofErr w:type="spellEnd"/>
      <w:r w:rsidRPr="00C86A0D">
        <w:rPr>
          <w:rFonts w:cstheme="majorHAnsi"/>
          <w:sz w:val="18"/>
          <w:szCs w:val="18"/>
        </w:rPr>
        <w:t xml:space="preserve"> </w:t>
      </w:r>
      <w:proofErr w:type="spellStart"/>
      <w:r w:rsidRPr="00C86A0D">
        <w:rPr>
          <w:rFonts w:ascii="Sylfaen" w:hAnsi="Sylfaen" w:cs="Sylfaen"/>
          <w:sz w:val="18"/>
          <w:szCs w:val="18"/>
        </w:rPr>
        <w:t>ჩაითვლება</w:t>
      </w:r>
      <w:proofErr w:type="spellEnd"/>
      <w:r w:rsidRPr="00C86A0D">
        <w:rPr>
          <w:rFonts w:cstheme="majorHAnsi"/>
          <w:sz w:val="18"/>
          <w:szCs w:val="18"/>
        </w:rPr>
        <w:t xml:space="preserve"> </w:t>
      </w:r>
      <w:proofErr w:type="spellStart"/>
      <w:r w:rsidRPr="00C86A0D">
        <w:rPr>
          <w:rFonts w:ascii="Sylfaen" w:hAnsi="Sylfaen" w:cs="Sylfaen"/>
          <w:sz w:val="18"/>
          <w:szCs w:val="18"/>
        </w:rPr>
        <w:t>მენარდის</w:t>
      </w:r>
      <w:proofErr w:type="spellEnd"/>
      <w:r w:rsidRPr="00C86A0D">
        <w:rPr>
          <w:rFonts w:cstheme="majorHAnsi"/>
          <w:sz w:val="18"/>
          <w:szCs w:val="18"/>
        </w:rPr>
        <w:t xml:space="preserve"> </w:t>
      </w:r>
      <w:proofErr w:type="spellStart"/>
      <w:r w:rsidRPr="00C86A0D">
        <w:rPr>
          <w:rFonts w:ascii="Sylfaen" w:hAnsi="Sylfaen" w:cs="Sylfaen"/>
          <w:sz w:val="18"/>
          <w:szCs w:val="18"/>
        </w:rPr>
        <w:t>მიერ</w:t>
      </w:r>
      <w:proofErr w:type="spellEnd"/>
      <w:r w:rsidRPr="00C86A0D">
        <w:rPr>
          <w:rFonts w:cstheme="majorHAnsi"/>
          <w:sz w:val="18"/>
          <w:szCs w:val="18"/>
        </w:rPr>
        <w:t xml:space="preserve"> </w:t>
      </w:r>
      <w:proofErr w:type="spellStart"/>
      <w:r w:rsidRPr="00C86A0D">
        <w:rPr>
          <w:rFonts w:ascii="Sylfaen" w:hAnsi="Sylfaen" w:cs="Sylfaen"/>
          <w:sz w:val="18"/>
          <w:szCs w:val="18"/>
        </w:rPr>
        <w:t>ხელშეკრულების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პირობების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დარღვევად</w:t>
      </w:r>
      <w:proofErr w:type="spellEnd"/>
      <w:r w:rsidRPr="00C86A0D">
        <w:rPr>
          <w:rFonts w:cstheme="majorHAnsi"/>
          <w:sz w:val="18"/>
          <w:szCs w:val="18"/>
        </w:rPr>
        <w:t xml:space="preserve"> </w:t>
      </w:r>
      <w:proofErr w:type="spellStart"/>
      <w:r w:rsidRPr="00C86A0D">
        <w:rPr>
          <w:rFonts w:ascii="Sylfaen" w:hAnsi="Sylfaen" w:cs="Sylfaen"/>
          <w:sz w:val="18"/>
          <w:szCs w:val="18"/>
        </w:rPr>
        <w:t>და</w:t>
      </w:r>
      <w:proofErr w:type="spellEnd"/>
      <w:r w:rsidRPr="00C86A0D">
        <w:rPr>
          <w:rFonts w:cstheme="majorHAnsi"/>
          <w:sz w:val="18"/>
          <w:szCs w:val="18"/>
        </w:rPr>
        <w:t xml:space="preserve"> </w:t>
      </w:r>
      <w:proofErr w:type="spellStart"/>
      <w:r w:rsidRPr="00C86A0D">
        <w:rPr>
          <w:rFonts w:ascii="Sylfaen" w:hAnsi="Sylfaen" w:cs="Sylfaen"/>
          <w:sz w:val="18"/>
          <w:szCs w:val="18"/>
        </w:rPr>
        <w:t>შესაბამისად</w:t>
      </w:r>
      <w:proofErr w:type="spellEnd"/>
      <w:r w:rsidRPr="00C86A0D">
        <w:rPr>
          <w:rFonts w:cstheme="majorHAnsi"/>
          <w:sz w:val="18"/>
          <w:szCs w:val="18"/>
        </w:rPr>
        <w:t xml:space="preserve"> </w:t>
      </w:r>
      <w:proofErr w:type="spellStart"/>
      <w:r w:rsidRPr="00C86A0D">
        <w:rPr>
          <w:rFonts w:ascii="Sylfaen" w:hAnsi="Sylfaen" w:cs="Sylfaen"/>
          <w:sz w:val="18"/>
          <w:szCs w:val="18"/>
        </w:rPr>
        <w:t>არ</w:t>
      </w:r>
      <w:proofErr w:type="spellEnd"/>
      <w:r w:rsidRPr="00C86A0D">
        <w:rPr>
          <w:rFonts w:cstheme="majorHAnsi"/>
          <w:sz w:val="18"/>
          <w:szCs w:val="18"/>
        </w:rPr>
        <w:t xml:space="preserve"> </w:t>
      </w:r>
      <w:proofErr w:type="spellStart"/>
      <w:r w:rsidRPr="00C86A0D">
        <w:rPr>
          <w:rFonts w:ascii="Sylfaen" w:hAnsi="Sylfaen" w:cs="Sylfaen"/>
          <w:sz w:val="18"/>
          <w:szCs w:val="18"/>
        </w:rPr>
        <w:t>წარმოშობს</w:t>
      </w:r>
      <w:proofErr w:type="spellEnd"/>
      <w:r w:rsidRPr="00C86A0D">
        <w:rPr>
          <w:rFonts w:cstheme="majorHAnsi"/>
          <w:sz w:val="18"/>
          <w:szCs w:val="18"/>
        </w:rPr>
        <w:t xml:space="preserve"> </w:t>
      </w:r>
      <w:proofErr w:type="spellStart"/>
      <w:r w:rsidRPr="00C86A0D">
        <w:rPr>
          <w:rFonts w:ascii="Sylfaen" w:hAnsi="Sylfaen" w:cs="Sylfaen"/>
          <w:sz w:val="18"/>
          <w:szCs w:val="18"/>
        </w:rPr>
        <w:t>მეორე</w:t>
      </w:r>
      <w:proofErr w:type="spellEnd"/>
      <w:r w:rsidRPr="00C86A0D">
        <w:rPr>
          <w:rFonts w:cstheme="majorHAnsi"/>
          <w:sz w:val="18"/>
          <w:szCs w:val="18"/>
        </w:rPr>
        <w:t xml:space="preserve"> </w:t>
      </w:r>
      <w:proofErr w:type="spellStart"/>
      <w:r w:rsidRPr="00C86A0D">
        <w:rPr>
          <w:rFonts w:ascii="Sylfaen" w:hAnsi="Sylfaen" w:cs="Sylfaen"/>
          <w:sz w:val="18"/>
          <w:szCs w:val="18"/>
        </w:rPr>
        <w:t>მხარის</w:t>
      </w:r>
      <w:proofErr w:type="spellEnd"/>
      <w:r w:rsidR="00D36BEA">
        <w:rPr>
          <w:rFonts w:cstheme="majorHAnsi"/>
          <w:sz w:val="18"/>
          <w:szCs w:val="18"/>
        </w:rPr>
        <w:t xml:space="preserve"> </w:t>
      </w:r>
      <w:r w:rsidR="00D36BEA">
        <w:rPr>
          <w:rFonts w:ascii="Sylfaen" w:hAnsi="Sylfaen" w:cstheme="majorHAnsi"/>
          <w:sz w:val="18"/>
          <w:szCs w:val="18"/>
          <w:lang w:val="ka-GE"/>
        </w:rPr>
        <w:t>(</w:t>
      </w:r>
      <w:proofErr w:type="spellStart"/>
      <w:r w:rsidRPr="00C86A0D">
        <w:rPr>
          <w:rFonts w:ascii="Sylfaen" w:hAnsi="Sylfaen" w:cs="Sylfaen"/>
          <w:sz w:val="18"/>
          <w:szCs w:val="18"/>
        </w:rPr>
        <w:t>დამკვეთის</w:t>
      </w:r>
      <w:proofErr w:type="spellEnd"/>
      <w:r w:rsidR="00D36BEA">
        <w:rPr>
          <w:rFonts w:ascii="Sylfaen" w:hAnsi="Sylfaen" w:cstheme="majorHAnsi"/>
          <w:sz w:val="18"/>
          <w:szCs w:val="18"/>
          <w:lang w:val="ka-GE"/>
        </w:rPr>
        <w:t xml:space="preserve">) </w:t>
      </w:r>
      <w:proofErr w:type="spellStart"/>
      <w:r w:rsidRPr="00C86A0D">
        <w:rPr>
          <w:rFonts w:ascii="Sylfaen" w:hAnsi="Sylfaen" w:cs="Sylfaen"/>
          <w:sz w:val="18"/>
          <w:szCs w:val="18"/>
        </w:rPr>
        <w:t>სასარგებლოდ</w:t>
      </w:r>
      <w:proofErr w:type="spellEnd"/>
      <w:r w:rsidRPr="00C86A0D">
        <w:rPr>
          <w:rFonts w:cstheme="majorHAnsi"/>
          <w:sz w:val="18"/>
          <w:szCs w:val="18"/>
        </w:rPr>
        <w:t xml:space="preserve"> </w:t>
      </w:r>
      <w:proofErr w:type="spellStart"/>
      <w:r w:rsidRPr="00C86A0D">
        <w:rPr>
          <w:rFonts w:ascii="Sylfaen" w:hAnsi="Sylfaen" w:cs="Sylfaen"/>
          <w:sz w:val="18"/>
          <w:szCs w:val="18"/>
        </w:rPr>
        <w:t>რაიმე</w:t>
      </w:r>
      <w:proofErr w:type="spellEnd"/>
      <w:r w:rsidRPr="00C86A0D">
        <w:rPr>
          <w:rFonts w:cstheme="majorHAnsi"/>
          <w:sz w:val="18"/>
          <w:szCs w:val="18"/>
        </w:rPr>
        <w:t xml:space="preserve"> </w:t>
      </w:r>
      <w:proofErr w:type="spellStart"/>
      <w:r w:rsidRPr="00C86A0D">
        <w:rPr>
          <w:rFonts w:ascii="Sylfaen" w:hAnsi="Sylfaen" w:cs="Sylfaen"/>
          <w:sz w:val="18"/>
          <w:szCs w:val="18"/>
        </w:rPr>
        <w:t>დამატებითი</w:t>
      </w:r>
      <w:proofErr w:type="spellEnd"/>
      <w:r w:rsidRPr="00C86A0D">
        <w:rPr>
          <w:rFonts w:cstheme="majorHAnsi"/>
          <w:sz w:val="18"/>
          <w:szCs w:val="18"/>
        </w:rPr>
        <w:t xml:space="preserve"> </w:t>
      </w:r>
      <w:proofErr w:type="spellStart"/>
      <w:r w:rsidRPr="00C86A0D">
        <w:rPr>
          <w:rFonts w:ascii="Sylfaen" w:hAnsi="Sylfaen" w:cs="Sylfaen"/>
          <w:sz w:val="18"/>
          <w:szCs w:val="18"/>
        </w:rPr>
        <w:t>შესრულების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ან</w:t>
      </w:r>
      <w:proofErr w:type="spellEnd"/>
      <w:r w:rsidRPr="00C86A0D">
        <w:rPr>
          <w:rFonts w:cstheme="majorHAnsi"/>
          <w:sz w:val="18"/>
          <w:szCs w:val="18"/>
        </w:rPr>
        <w:t>/</w:t>
      </w:r>
      <w:proofErr w:type="spellStart"/>
      <w:r w:rsidRPr="00C86A0D">
        <w:rPr>
          <w:rFonts w:ascii="Sylfaen" w:hAnsi="Sylfaen" w:cs="Sylfaen"/>
          <w:sz w:val="18"/>
          <w:szCs w:val="18"/>
        </w:rPr>
        <w:t>და</w:t>
      </w:r>
      <w:proofErr w:type="spellEnd"/>
      <w:r w:rsidRPr="00C86A0D">
        <w:rPr>
          <w:rFonts w:cstheme="majorHAnsi"/>
          <w:sz w:val="18"/>
          <w:szCs w:val="18"/>
        </w:rPr>
        <w:t xml:space="preserve"> </w:t>
      </w:r>
      <w:proofErr w:type="spellStart"/>
      <w:r w:rsidRPr="00C86A0D">
        <w:rPr>
          <w:rFonts w:ascii="Sylfaen" w:hAnsi="Sylfaen" w:cs="Sylfaen"/>
          <w:sz w:val="18"/>
          <w:szCs w:val="18"/>
        </w:rPr>
        <w:t>ზიანის</w:t>
      </w:r>
      <w:proofErr w:type="spellEnd"/>
      <w:r w:rsidRPr="00C86A0D">
        <w:rPr>
          <w:rFonts w:cstheme="majorHAnsi"/>
          <w:sz w:val="18"/>
          <w:szCs w:val="18"/>
        </w:rPr>
        <w:t xml:space="preserve"> </w:t>
      </w:r>
      <w:proofErr w:type="spellStart"/>
      <w:r w:rsidRPr="00C86A0D">
        <w:rPr>
          <w:rFonts w:ascii="Sylfaen" w:hAnsi="Sylfaen" w:cs="Sylfaen"/>
          <w:sz w:val="18"/>
          <w:szCs w:val="18"/>
        </w:rPr>
        <w:t>ანაზღაურების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ან</w:t>
      </w:r>
      <w:proofErr w:type="spellEnd"/>
      <w:r w:rsidRPr="00C86A0D">
        <w:rPr>
          <w:rFonts w:cstheme="majorHAnsi"/>
          <w:sz w:val="18"/>
          <w:szCs w:val="18"/>
        </w:rPr>
        <w:t>/</w:t>
      </w:r>
      <w:proofErr w:type="spellStart"/>
      <w:r w:rsidRPr="00C86A0D">
        <w:rPr>
          <w:rFonts w:ascii="Sylfaen" w:hAnsi="Sylfaen" w:cs="Sylfaen"/>
          <w:sz w:val="18"/>
          <w:szCs w:val="18"/>
        </w:rPr>
        <w:t>და</w:t>
      </w:r>
      <w:proofErr w:type="spellEnd"/>
      <w:r w:rsidRPr="00C86A0D">
        <w:rPr>
          <w:rFonts w:cstheme="majorHAnsi"/>
          <w:sz w:val="18"/>
          <w:szCs w:val="18"/>
        </w:rPr>
        <w:t xml:space="preserve"> </w:t>
      </w:r>
      <w:proofErr w:type="spellStart"/>
      <w:r w:rsidRPr="00C86A0D">
        <w:rPr>
          <w:rFonts w:ascii="Sylfaen" w:hAnsi="Sylfaen" w:cs="Sylfaen"/>
          <w:sz w:val="18"/>
          <w:szCs w:val="18"/>
        </w:rPr>
        <w:t>პირგასამტეხლოს</w:t>
      </w:r>
      <w:proofErr w:type="spellEnd"/>
      <w:r w:rsidRPr="00C86A0D">
        <w:rPr>
          <w:rFonts w:cstheme="majorHAnsi"/>
          <w:sz w:val="18"/>
          <w:szCs w:val="18"/>
        </w:rPr>
        <w:t xml:space="preserve"> </w:t>
      </w:r>
      <w:proofErr w:type="spellStart"/>
      <w:r w:rsidRPr="00C86A0D">
        <w:rPr>
          <w:rFonts w:ascii="Sylfaen" w:hAnsi="Sylfaen" w:cs="Sylfaen"/>
          <w:sz w:val="18"/>
          <w:szCs w:val="18"/>
        </w:rPr>
        <w:t>გადახდის</w:t>
      </w:r>
      <w:proofErr w:type="spellEnd"/>
      <w:r w:rsidRPr="00C86A0D">
        <w:rPr>
          <w:rFonts w:cstheme="majorHAnsi"/>
          <w:sz w:val="18"/>
          <w:szCs w:val="18"/>
        </w:rPr>
        <w:t xml:space="preserve"> </w:t>
      </w:r>
      <w:proofErr w:type="spellStart"/>
      <w:r w:rsidRPr="00C86A0D">
        <w:rPr>
          <w:rFonts w:ascii="Sylfaen" w:hAnsi="Sylfaen" w:cs="Sylfaen"/>
          <w:sz w:val="18"/>
          <w:szCs w:val="18"/>
        </w:rPr>
        <w:t>ვალდებულებას</w:t>
      </w:r>
      <w:proofErr w:type="spellEnd"/>
      <w:r w:rsidRPr="00C86A0D">
        <w:rPr>
          <w:rFonts w:cstheme="majorHAnsi"/>
          <w:sz w:val="18"/>
          <w:szCs w:val="18"/>
        </w:rPr>
        <w:t xml:space="preserve">. </w:t>
      </w:r>
      <w:proofErr w:type="spellStart"/>
      <w:r w:rsidRPr="00C86A0D">
        <w:rPr>
          <w:rFonts w:ascii="Sylfaen" w:hAnsi="Sylfaen" w:cs="Sylfaen"/>
          <w:sz w:val="18"/>
          <w:szCs w:val="18"/>
        </w:rPr>
        <w:t>მხარეები</w:t>
      </w:r>
      <w:proofErr w:type="spellEnd"/>
      <w:r w:rsidRPr="00C86A0D">
        <w:rPr>
          <w:rFonts w:cstheme="majorHAnsi"/>
          <w:sz w:val="18"/>
          <w:szCs w:val="18"/>
        </w:rPr>
        <w:t xml:space="preserve"> </w:t>
      </w:r>
      <w:proofErr w:type="spellStart"/>
      <w:r w:rsidRPr="00C86A0D">
        <w:rPr>
          <w:rFonts w:ascii="Sylfaen" w:hAnsi="Sylfaen" w:cs="Sylfaen"/>
          <w:sz w:val="18"/>
          <w:szCs w:val="18"/>
        </w:rPr>
        <w:t>ვადასტურებთ</w:t>
      </w:r>
      <w:proofErr w:type="spellEnd"/>
      <w:r w:rsidRPr="00C86A0D">
        <w:rPr>
          <w:rFonts w:cstheme="majorHAnsi"/>
          <w:sz w:val="18"/>
          <w:szCs w:val="18"/>
        </w:rPr>
        <w:t xml:space="preserve">, </w:t>
      </w:r>
      <w:proofErr w:type="spellStart"/>
      <w:r w:rsidRPr="00C86A0D">
        <w:rPr>
          <w:rFonts w:ascii="Sylfaen" w:hAnsi="Sylfaen" w:cs="Sylfaen"/>
          <w:sz w:val="18"/>
          <w:szCs w:val="18"/>
        </w:rPr>
        <w:t>რომ</w:t>
      </w:r>
      <w:proofErr w:type="spellEnd"/>
      <w:r w:rsidRPr="00C86A0D">
        <w:rPr>
          <w:rFonts w:cstheme="majorHAnsi"/>
          <w:sz w:val="18"/>
          <w:szCs w:val="18"/>
        </w:rPr>
        <w:t xml:space="preserve"> </w:t>
      </w:r>
      <w:proofErr w:type="spellStart"/>
      <w:r w:rsidRPr="00C86A0D">
        <w:rPr>
          <w:rFonts w:ascii="Sylfaen" w:hAnsi="Sylfaen" w:cs="Sylfaen"/>
          <w:sz w:val="18"/>
          <w:szCs w:val="18"/>
        </w:rPr>
        <w:t>დამკვეთის</w:t>
      </w:r>
      <w:proofErr w:type="spellEnd"/>
      <w:r w:rsidRPr="00C86A0D">
        <w:rPr>
          <w:rFonts w:cstheme="majorHAnsi"/>
          <w:sz w:val="18"/>
          <w:szCs w:val="18"/>
        </w:rPr>
        <w:t xml:space="preserve"> </w:t>
      </w:r>
      <w:proofErr w:type="spellStart"/>
      <w:r w:rsidRPr="00C86A0D">
        <w:rPr>
          <w:rFonts w:ascii="Sylfaen" w:hAnsi="Sylfaen" w:cs="Sylfaen"/>
          <w:sz w:val="18"/>
          <w:szCs w:val="18"/>
        </w:rPr>
        <w:t>მიერ</w:t>
      </w:r>
      <w:proofErr w:type="spellEnd"/>
      <w:r w:rsidRPr="00C86A0D">
        <w:rPr>
          <w:rFonts w:cstheme="majorHAnsi"/>
          <w:sz w:val="18"/>
          <w:szCs w:val="18"/>
        </w:rPr>
        <w:t xml:space="preserve"> </w:t>
      </w:r>
      <w:proofErr w:type="spellStart"/>
      <w:r w:rsidRPr="00C86A0D">
        <w:rPr>
          <w:rFonts w:ascii="Sylfaen" w:hAnsi="Sylfaen" w:cs="Sylfaen"/>
          <w:sz w:val="18"/>
          <w:szCs w:val="18"/>
        </w:rPr>
        <w:t>ამ</w:t>
      </w:r>
      <w:proofErr w:type="spellEnd"/>
      <w:r w:rsidRPr="00C86A0D">
        <w:rPr>
          <w:rFonts w:cstheme="majorHAnsi"/>
          <w:sz w:val="18"/>
          <w:szCs w:val="18"/>
        </w:rPr>
        <w:t xml:space="preserve"> </w:t>
      </w:r>
      <w:proofErr w:type="spellStart"/>
      <w:r w:rsidRPr="00C86A0D">
        <w:rPr>
          <w:rFonts w:ascii="Sylfaen" w:hAnsi="Sylfaen" w:cs="Sylfaen"/>
          <w:sz w:val="18"/>
          <w:szCs w:val="18"/>
        </w:rPr>
        <w:t>მუხლის</w:t>
      </w:r>
      <w:proofErr w:type="spellEnd"/>
      <w:r w:rsidRPr="00C86A0D">
        <w:rPr>
          <w:rFonts w:cstheme="majorHAnsi"/>
          <w:sz w:val="18"/>
          <w:szCs w:val="18"/>
        </w:rPr>
        <w:t xml:space="preserve"> </w:t>
      </w:r>
      <w:proofErr w:type="spellStart"/>
      <w:r w:rsidRPr="00C86A0D">
        <w:rPr>
          <w:rFonts w:ascii="Sylfaen" w:hAnsi="Sylfaen" w:cs="Sylfaen"/>
          <w:sz w:val="18"/>
          <w:szCs w:val="18"/>
        </w:rPr>
        <w:t>შესაბამისად</w:t>
      </w:r>
      <w:proofErr w:type="spellEnd"/>
      <w:r w:rsidRPr="00C86A0D">
        <w:rPr>
          <w:rFonts w:cstheme="majorHAnsi"/>
          <w:sz w:val="18"/>
          <w:szCs w:val="18"/>
        </w:rPr>
        <w:t xml:space="preserve"> </w:t>
      </w:r>
      <w:proofErr w:type="spellStart"/>
      <w:r w:rsidRPr="00C86A0D">
        <w:rPr>
          <w:rFonts w:ascii="Sylfaen" w:hAnsi="Sylfaen" w:cs="Sylfaen"/>
          <w:sz w:val="18"/>
          <w:szCs w:val="18"/>
        </w:rPr>
        <w:t>გადახდების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განხორციელება</w:t>
      </w:r>
      <w:proofErr w:type="spellEnd"/>
      <w:r w:rsidRPr="00C86A0D">
        <w:rPr>
          <w:rFonts w:cstheme="majorHAnsi"/>
          <w:sz w:val="18"/>
          <w:szCs w:val="18"/>
        </w:rPr>
        <w:t xml:space="preserve"> </w:t>
      </w:r>
      <w:proofErr w:type="spellStart"/>
      <w:r w:rsidRPr="00C86A0D">
        <w:rPr>
          <w:rFonts w:ascii="Sylfaen" w:hAnsi="Sylfaen" w:cs="Sylfaen"/>
          <w:sz w:val="18"/>
          <w:szCs w:val="18"/>
        </w:rPr>
        <w:t>მიიჩნევა</w:t>
      </w:r>
      <w:proofErr w:type="spellEnd"/>
      <w:r w:rsidRPr="00C86A0D">
        <w:rPr>
          <w:rFonts w:cstheme="majorHAnsi"/>
          <w:sz w:val="18"/>
          <w:szCs w:val="18"/>
        </w:rPr>
        <w:t xml:space="preserve"> </w:t>
      </w:r>
      <w:proofErr w:type="spellStart"/>
      <w:r w:rsidRPr="00C86A0D">
        <w:rPr>
          <w:rFonts w:ascii="Sylfaen" w:hAnsi="Sylfaen" w:cs="Sylfaen"/>
          <w:sz w:val="18"/>
          <w:szCs w:val="18"/>
        </w:rPr>
        <w:t>მხარეთა</w:t>
      </w:r>
      <w:proofErr w:type="spellEnd"/>
      <w:r w:rsidRPr="00C86A0D">
        <w:rPr>
          <w:rFonts w:cstheme="majorHAnsi"/>
          <w:sz w:val="18"/>
          <w:szCs w:val="18"/>
        </w:rPr>
        <w:t xml:space="preserve"> </w:t>
      </w:r>
      <w:proofErr w:type="spellStart"/>
      <w:r w:rsidRPr="00C86A0D">
        <w:rPr>
          <w:rFonts w:ascii="Sylfaen" w:hAnsi="Sylfaen" w:cs="Sylfaen"/>
          <w:sz w:val="18"/>
          <w:szCs w:val="18"/>
        </w:rPr>
        <w:t>შორის</w:t>
      </w:r>
      <w:proofErr w:type="spellEnd"/>
      <w:r w:rsidRPr="00C86A0D">
        <w:rPr>
          <w:rFonts w:cstheme="majorHAnsi"/>
          <w:sz w:val="18"/>
          <w:szCs w:val="18"/>
        </w:rPr>
        <w:t xml:space="preserve"> </w:t>
      </w:r>
      <w:proofErr w:type="spellStart"/>
      <w:r w:rsidRPr="00C86A0D">
        <w:rPr>
          <w:rFonts w:ascii="Sylfaen" w:hAnsi="Sylfaen" w:cs="Sylfaen"/>
          <w:sz w:val="18"/>
          <w:szCs w:val="18"/>
        </w:rPr>
        <w:t>შეთანხმებულ</w:t>
      </w:r>
      <w:proofErr w:type="spellEnd"/>
      <w:r w:rsidRPr="00C86A0D">
        <w:rPr>
          <w:rFonts w:cstheme="majorHAnsi"/>
          <w:sz w:val="18"/>
          <w:szCs w:val="18"/>
        </w:rPr>
        <w:t xml:space="preserve"> </w:t>
      </w:r>
      <w:proofErr w:type="spellStart"/>
      <w:r w:rsidRPr="00C86A0D">
        <w:rPr>
          <w:rFonts w:ascii="Sylfaen" w:hAnsi="Sylfaen" w:cs="Sylfaen"/>
          <w:sz w:val="18"/>
          <w:szCs w:val="18"/>
        </w:rPr>
        <w:t>ვადაში</w:t>
      </w:r>
      <w:proofErr w:type="spellEnd"/>
      <w:r w:rsidRPr="00C86A0D">
        <w:rPr>
          <w:rFonts w:cstheme="majorHAnsi"/>
          <w:sz w:val="18"/>
          <w:szCs w:val="18"/>
        </w:rPr>
        <w:t xml:space="preserve"> </w:t>
      </w:r>
      <w:proofErr w:type="spellStart"/>
      <w:r w:rsidRPr="00C86A0D">
        <w:rPr>
          <w:rFonts w:ascii="Sylfaen" w:hAnsi="Sylfaen" w:cs="Sylfaen"/>
          <w:sz w:val="18"/>
          <w:szCs w:val="18"/>
        </w:rPr>
        <w:t>განხორციელებულ</w:t>
      </w:r>
      <w:proofErr w:type="spellEnd"/>
      <w:r w:rsidRPr="00C86A0D">
        <w:rPr>
          <w:rFonts w:cstheme="majorHAnsi"/>
          <w:sz w:val="18"/>
          <w:szCs w:val="18"/>
        </w:rPr>
        <w:t xml:space="preserve"> </w:t>
      </w:r>
      <w:proofErr w:type="spellStart"/>
      <w:r w:rsidRPr="00C86A0D">
        <w:rPr>
          <w:rFonts w:ascii="Sylfaen" w:hAnsi="Sylfaen" w:cs="Sylfaen"/>
          <w:sz w:val="18"/>
          <w:szCs w:val="18"/>
        </w:rPr>
        <w:t>ანგარიშსწორებად</w:t>
      </w:r>
      <w:proofErr w:type="spellEnd"/>
      <w:r w:rsidRPr="00C86A0D">
        <w:rPr>
          <w:rFonts w:cstheme="majorHAnsi"/>
          <w:sz w:val="18"/>
          <w:szCs w:val="18"/>
        </w:rPr>
        <w:t xml:space="preserve"> </w:t>
      </w:r>
      <w:proofErr w:type="spellStart"/>
      <w:r w:rsidRPr="00C86A0D">
        <w:rPr>
          <w:rFonts w:ascii="Sylfaen" w:hAnsi="Sylfaen" w:cs="Sylfaen"/>
          <w:sz w:val="18"/>
          <w:szCs w:val="18"/>
        </w:rPr>
        <w:t>და</w:t>
      </w:r>
      <w:proofErr w:type="spellEnd"/>
      <w:r w:rsidRPr="00C86A0D">
        <w:rPr>
          <w:rFonts w:cstheme="majorHAnsi"/>
          <w:sz w:val="18"/>
          <w:szCs w:val="18"/>
        </w:rPr>
        <w:t xml:space="preserve"> </w:t>
      </w:r>
      <w:proofErr w:type="spellStart"/>
      <w:r w:rsidRPr="00C86A0D">
        <w:rPr>
          <w:rFonts w:ascii="Sylfaen" w:hAnsi="Sylfaen" w:cs="Sylfaen"/>
          <w:sz w:val="18"/>
          <w:szCs w:val="18"/>
        </w:rPr>
        <w:t>არ</w:t>
      </w:r>
      <w:proofErr w:type="spellEnd"/>
      <w:r w:rsidRPr="00C86A0D">
        <w:rPr>
          <w:rFonts w:cstheme="majorHAnsi"/>
          <w:sz w:val="18"/>
          <w:szCs w:val="18"/>
        </w:rPr>
        <w:t xml:space="preserve"> </w:t>
      </w:r>
      <w:proofErr w:type="spellStart"/>
      <w:r w:rsidRPr="00C86A0D">
        <w:rPr>
          <w:rFonts w:ascii="Sylfaen" w:hAnsi="Sylfaen" w:cs="Sylfaen"/>
          <w:sz w:val="18"/>
          <w:szCs w:val="18"/>
        </w:rPr>
        <w:t>ჩაითვლება</w:t>
      </w:r>
      <w:proofErr w:type="spellEnd"/>
      <w:r w:rsidRPr="00C86A0D">
        <w:rPr>
          <w:rFonts w:cstheme="majorHAnsi"/>
          <w:sz w:val="18"/>
          <w:szCs w:val="18"/>
        </w:rPr>
        <w:t xml:space="preserve"> </w:t>
      </w:r>
      <w:proofErr w:type="spellStart"/>
      <w:r w:rsidRPr="00C86A0D">
        <w:rPr>
          <w:rFonts w:ascii="Sylfaen" w:hAnsi="Sylfaen" w:cs="Sylfaen"/>
          <w:sz w:val="18"/>
          <w:szCs w:val="18"/>
        </w:rPr>
        <w:t>დამკვეთის</w:t>
      </w:r>
      <w:proofErr w:type="spellEnd"/>
      <w:r w:rsidRPr="00C86A0D">
        <w:rPr>
          <w:rFonts w:cstheme="majorHAnsi"/>
          <w:sz w:val="18"/>
          <w:szCs w:val="18"/>
        </w:rPr>
        <w:t xml:space="preserve"> </w:t>
      </w:r>
      <w:proofErr w:type="spellStart"/>
      <w:r w:rsidRPr="00C86A0D">
        <w:rPr>
          <w:rFonts w:ascii="Sylfaen" w:hAnsi="Sylfaen" w:cs="Sylfaen"/>
          <w:sz w:val="18"/>
          <w:szCs w:val="18"/>
        </w:rPr>
        <w:t>მიერ</w:t>
      </w:r>
      <w:proofErr w:type="spellEnd"/>
      <w:r w:rsidR="00D36BEA">
        <w:rPr>
          <w:rFonts w:ascii="Sylfaen" w:hAnsi="Sylfaen" w:cs="Sylfaen"/>
          <w:sz w:val="18"/>
          <w:szCs w:val="18"/>
          <w:lang w:val="ka-GE"/>
        </w:rPr>
        <w:t xml:space="preserve"> </w:t>
      </w:r>
      <w:proofErr w:type="spellStart"/>
      <w:r w:rsidRPr="00C86A0D">
        <w:rPr>
          <w:rFonts w:ascii="Sylfaen" w:hAnsi="Sylfaen" w:cs="Sylfaen"/>
          <w:sz w:val="18"/>
          <w:szCs w:val="18"/>
        </w:rPr>
        <w:t>ხელშეკრულების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პირობების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დარღვევად</w:t>
      </w:r>
      <w:proofErr w:type="spellEnd"/>
      <w:r w:rsidR="00D36BEA">
        <w:rPr>
          <w:rFonts w:ascii="Sylfaen" w:hAnsi="Sylfaen" w:cs="Sylfaen"/>
          <w:sz w:val="18"/>
          <w:szCs w:val="18"/>
          <w:lang w:val="ka-GE"/>
        </w:rPr>
        <w:t>.</w:t>
      </w:r>
    </w:p>
    <w:p w14:paraId="148FE332" w14:textId="07E5B5E2" w:rsidR="003C0249" w:rsidRPr="003C0249" w:rsidRDefault="003C0249" w:rsidP="00185C20">
      <w:pPr>
        <w:pStyle w:val="ListParagraph"/>
        <w:numPr>
          <w:ilvl w:val="2"/>
          <w:numId w:val="13"/>
        </w:numPr>
        <w:jc w:val="both"/>
        <w:rPr>
          <w:rFonts w:cstheme="majorHAnsi"/>
          <w:sz w:val="18"/>
          <w:szCs w:val="18"/>
        </w:rPr>
      </w:pPr>
      <w:proofErr w:type="spellStart"/>
      <w:r w:rsidRPr="003C0249">
        <w:rPr>
          <w:rFonts w:ascii="Sylfaen" w:hAnsi="Sylfaen" w:cs="Sylfaen"/>
          <w:sz w:val="18"/>
          <w:szCs w:val="18"/>
        </w:rPr>
        <w:t>სამუშაოების</w:t>
      </w:r>
      <w:proofErr w:type="spellEnd"/>
      <w:r w:rsidRPr="003C0249">
        <w:rPr>
          <w:sz w:val="18"/>
          <w:szCs w:val="18"/>
        </w:rPr>
        <w:t xml:space="preserve"> </w:t>
      </w:r>
      <w:proofErr w:type="spellStart"/>
      <w:r w:rsidRPr="003C0249">
        <w:rPr>
          <w:rFonts w:ascii="Sylfaen" w:hAnsi="Sylfaen" w:cs="Sylfaen"/>
          <w:sz w:val="18"/>
          <w:szCs w:val="18"/>
        </w:rPr>
        <w:t>დასრულების</w:t>
      </w:r>
      <w:proofErr w:type="spellEnd"/>
      <w:r w:rsidRPr="003C0249">
        <w:rPr>
          <w:sz w:val="18"/>
          <w:szCs w:val="18"/>
        </w:rPr>
        <w:t xml:space="preserve"> </w:t>
      </w:r>
      <w:proofErr w:type="spellStart"/>
      <w:r w:rsidRPr="003C0249">
        <w:rPr>
          <w:rFonts w:ascii="Sylfaen" w:hAnsi="Sylfaen" w:cs="Sylfaen"/>
          <w:sz w:val="18"/>
          <w:szCs w:val="18"/>
        </w:rPr>
        <w:t>შემდეგ</w:t>
      </w:r>
      <w:proofErr w:type="spellEnd"/>
      <w:r w:rsidRPr="003C0249">
        <w:rPr>
          <w:sz w:val="18"/>
          <w:szCs w:val="18"/>
        </w:rPr>
        <w:t xml:space="preserve"> </w:t>
      </w:r>
      <w:r w:rsidR="00D36BEA">
        <w:rPr>
          <w:rFonts w:ascii="Sylfaen" w:hAnsi="Sylfaen" w:cs="Sylfaen"/>
          <w:sz w:val="18"/>
          <w:szCs w:val="18"/>
          <w:lang w:val="ka-GE"/>
        </w:rPr>
        <w:t>მენარდე</w:t>
      </w:r>
      <w:r w:rsidRPr="003C0249">
        <w:rPr>
          <w:sz w:val="18"/>
          <w:szCs w:val="18"/>
        </w:rPr>
        <w:t xml:space="preserve"> </w:t>
      </w:r>
      <w:proofErr w:type="spellStart"/>
      <w:r w:rsidRPr="003C0249">
        <w:rPr>
          <w:rFonts w:ascii="Sylfaen" w:hAnsi="Sylfaen" w:cs="Sylfaen"/>
          <w:sz w:val="18"/>
          <w:szCs w:val="18"/>
        </w:rPr>
        <w:t>ვალდებულია</w:t>
      </w:r>
      <w:proofErr w:type="spellEnd"/>
      <w:r w:rsidRPr="003C0249">
        <w:rPr>
          <w:sz w:val="18"/>
          <w:szCs w:val="18"/>
        </w:rPr>
        <w:t xml:space="preserve"> </w:t>
      </w:r>
      <w:proofErr w:type="spellStart"/>
      <w:r w:rsidRPr="003C0249">
        <w:rPr>
          <w:rFonts w:ascii="Sylfaen" w:hAnsi="Sylfaen" w:cs="Sylfaen"/>
          <w:sz w:val="18"/>
          <w:szCs w:val="18"/>
        </w:rPr>
        <w:t>წარუდგინოს</w:t>
      </w:r>
      <w:proofErr w:type="spellEnd"/>
      <w:r w:rsidRPr="003C0249">
        <w:rPr>
          <w:sz w:val="18"/>
          <w:szCs w:val="18"/>
        </w:rPr>
        <w:t xml:space="preserve"> </w:t>
      </w:r>
      <w:proofErr w:type="spellStart"/>
      <w:r w:rsidRPr="003C0249">
        <w:rPr>
          <w:rFonts w:ascii="Sylfaen" w:hAnsi="Sylfaen" w:cs="Sylfaen"/>
          <w:sz w:val="18"/>
          <w:szCs w:val="18"/>
        </w:rPr>
        <w:t>დამკვეთს</w:t>
      </w:r>
      <w:proofErr w:type="spellEnd"/>
      <w:r w:rsidRPr="003C0249">
        <w:rPr>
          <w:sz w:val="18"/>
          <w:szCs w:val="18"/>
        </w:rPr>
        <w:t xml:space="preserve"> </w:t>
      </w:r>
      <w:proofErr w:type="spellStart"/>
      <w:r w:rsidRPr="003C0249">
        <w:rPr>
          <w:rFonts w:ascii="Sylfaen" w:hAnsi="Sylfaen" w:cs="Sylfaen"/>
          <w:sz w:val="18"/>
          <w:szCs w:val="18"/>
        </w:rPr>
        <w:t>საბოლოო</w:t>
      </w:r>
      <w:proofErr w:type="spellEnd"/>
      <w:r w:rsidRPr="003C0249">
        <w:rPr>
          <w:sz w:val="18"/>
          <w:szCs w:val="18"/>
        </w:rPr>
        <w:t xml:space="preserve"> </w:t>
      </w:r>
      <w:proofErr w:type="spellStart"/>
      <w:r w:rsidRPr="003C0249">
        <w:rPr>
          <w:rFonts w:ascii="Sylfaen" w:hAnsi="Sylfaen" w:cs="Sylfaen"/>
          <w:sz w:val="18"/>
          <w:szCs w:val="18"/>
        </w:rPr>
        <w:t>მიღება</w:t>
      </w:r>
      <w:r w:rsidRPr="003C0249">
        <w:rPr>
          <w:sz w:val="18"/>
          <w:szCs w:val="18"/>
        </w:rPr>
        <w:t>-</w:t>
      </w:r>
      <w:r w:rsidRPr="003C0249">
        <w:rPr>
          <w:rFonts w:ascii="Sylfaen" w:hAnsi="Sylfaen" w:cs="Sylfaen"/>
          <w:sz w:val="18"/>
          <w:szCs w:val="18"/>
        </w:rPr>
        <w:t>ჩაბარების</w:t>
      </w:r>
      <w:proofErr w:type="spellEnd"/>
      <w:r w:rsidRPr="003C0249">
        <w:rPr>
          <w:sz w:val="18"/>
          <w:szCs w:val="18"/>
        </w:rPr>
        <w:t xml:space="preserve"> </w:t>
      </w:r>
      <w:proofErr w:type="spellStart"/>
      <w:r w:rsidRPr="003C0249">
        <w:rPr>
          <w:rFonts w:ascii="Sylfaen" w:hAnsi="Sylfaen" w:cs="Sylfaen"/>
          <w:sz w:val="18"/>
          <w:szCs w:val="18"/>
        </w:rPr>
        <w:t>აქტი</w:t>
      </w:r>
      <w:proofErr w:type="spellEnd"/>
      <w:r w:rsidRPr="003C0249">
        <w:rPr>
          <w:sz w:val="18"/>
          <w:szCs w:val="18"/>
        </w:rPr>
        <w:t>.</w:t>
      </w:r>
      <w:r w:rsidR="00D36BEA">
        <w:rPr>
          <w:rFonts w:ascii="Sylfaen" w:hAnsi="Sylfaen"/>
          <w:sz w:val="18"/>
          <w:szCs w:val="18"/>
          <w:lang w:val="ka-GE"/>
        </w:rPr>
        <w:t xml:space="preserve"> </w:t>
      </w:r>
      <w:proofErr w:type="spellStart"/>
      <w:r w:rsidRPr="003C0249">
        <w:rPr>
          <w:rFonts w:ascii="Sylfaen" w:hAnsi="Sylfaen" w:cs="Sylfaen"/>
          <w:sz w:val="18"/>
          <w:szCs w:val="18"/>
        </w:rPr>
        <w:t>დამკვეთს</w:t>
      </w:r>
      <w:proofErr w:type="spellEnd"/>
      <w:r w:rsidRPr="003C0249">
        <w:rPr>
          <w:sz w:val="18"/>
          <w:szCs w:val="18"/>
        </w:rPr>
        <w:t xml:space="preserve"> </w:t>
      </w:r>
      <w:proofErr w:type="spellStart"/>
      <w:r w:rsidRPr="003C0249">
        <w:rPr>
          <w:rFonts w:ascii="Sylfaen" w:hAnsi="Sylfaen" w:cs="Sylfaen"/>
          <w:sz w:val="18"/>
          <w:szCs w:val="18"/>
        </w:rPr>
        <w:t>აღნიშნული</w:t>
      </w:r>
      <w:proofErr w:type="spellEnd"/>
      <w:r w:rsidRPr="003C0249">
        <w:rPr>
          <w:sz w:val="18"/>
          <w:szCs w:val="18"/>
        </w:rPr>
        <w:t xml:space="preserve"> </w:t>
      </w:r>
      <w:proofErr w:type="spellStart"/>
      <w:r w:rsidRPr="003C0249">
        <w:rPr>
          <w:rFonts w:ascii="Sylfaen" w:hAnsi="Sylfaen" w:cs="Sylfaen"/>
          <w:sz w:val="18"/>
          <w:szCs w:val="18"/>
        </w:rPr>
        <w:t>აქტის</w:t>
      </w:r>
      <w:proofErr w:type="spellEnd"/>
      <w:r w:rsidRPr="003C0249">
        <w:rPr>
          <w:sz w:val="18"/>
          <w:szCs w:val="18"/>
        </w:rPr>
        <w:t xml:space="preserve"> </w:t>
      </w:r>
      <w:proofErr w:type="spellStart"/>
      <w:r w:rsidRPr="003C0249">
        <w:rPr>
          <w:rFonts w:ascii="Sylfaen" w:hAnsi="Sylfaen" w:cs="Sylfaen"/>
          <w:sz w:val="18"/>
          <w:szCs w:val="18"/>
        </w:rPr>
        <w:t>წარდგენიდან</w:t>
      </w:r>
      <w:proofErr w:type="spellEnd"/>
      <w:r w:rsidRPr="003C0249">
        <w:rPr>
          <w:sz w:val="18"/>
          <w:szCs w:val="18"/>
        </w:rPr>
        <w:t xml:space="preserve"> </w:t>
      </w:r>
      <w:r w:rsidR="008D4572">
        <w:rPr>
          <w:rFonts w:ascii="Sylfaen" w:hAnsi="Sylfaen"/>
          <w:sz w:val="18"/>
          <w:szCs w:val="18"/>
          <w:lang w:val="ka-GE"/>
        </w:rPr>
        <w:t>45</w:t>
      </w:r>
      <w:r w:rsidRPr="00B12F10">
        <w:rPr>
          <w:sz w:val="18"/>
          <w:szCs w:val="18"/>
        </w:rPr>
        <w:t xml:space="preserve"> </w:t>
      </w:r>
      <w:r w:rsidR="00D36BEA">
        <w:rPr>
          <w:rFonts w:ascii="Sylfaen" w:hAnsi="Sylfaen"/>
          <w:sz w:val="18"/>
          <w:szCs w:val="18"/>
          <w:lang w:val="ka-GE"/>
        </w:rPr>
        <w:t>(</w:t>
      </w:r>
      <w:r w:rsidR="00304A10" w:rsidRPr="00B12F10">
        <w:rPr>
          <w:rFonts w:ascii="Sylfaen" w:hAnsi="Sylfaen" w:cs="Sylfaen"/>
          <w:sz w:val="18"/>
          <w:szCs w:val="18"/>
          <w:lang w:val="ka-GE"/>
        </w:rPr>
        <w:t>თხუთმეტი</w:t>
      </w:r>
      <w:r w:rsidR="00D36BEA">
        <w:rPr>
          <w:rFonts w:ascii="Sylfaen" w:hAnsi="Sylfaen"/>
          <w:sz w:val="18"/>
          <w:szCs w:val="18"/>
          <w:lang w:val="ka-GE"/>
        </w:rPr>
        <w:t>)</w:t>
      </w:r>
      <w:r w:rsidR="00304A10" w:rsidRPr="003C0249">
        <w:rPr>
          <w:sz w:val="18"/>
          <w:szCs w:val="18"/>
        </w:rPr>
        <w:t xml:space="preserve"> </w:t>
      </w:r>
      <w:proofErr w:type="spellStart"/>
      <w:r w:rsidRPr="003C0249">
        <w:rPr>
          <w:rFonts w:ascii="Sylfaen" w:hAnsi="Sylfaen" w:cs="Sylfaen"/>
          <w:sz w:val="18"/>
          <w:szCs w:val="18"/>
        </w:rPr>
        <w:t>კალენდარული</w:t>
      </w:r>
      <w:proofErr w:type="spellEnd"/>
      <w:r w:rsidRPr="003C0249">
        <w:rPr>
          <w:sz w:val="18"/>
          <w:szCs w:val="18"/>
        </w:rPr>
        <w:t xml:space="preserve"> </w:t>
      </w:r>
      <w:proofErr w:type="spellStart"/>
      <w:r w:rsidRPr="003C0249">
        <w:rPr>
          <w:rFonts w:ascii="Sylfaen" w:hAnsi="Sylfaen" w:cs="Sylfaen"/>
          <w:sz w:val="18"/>
          <w:szCs w:val="18"/>
        </w:rPr>
        <w:t>დღის</w:t>
      </w:r>
      <w:proofErr w:type="spellEnd"/>
      <w:r w:rsidRPr="003C0249">
        <w:rPr>
          <w:sz w:val="18"/>
          <w:szCs w:val="18"/>
        </w:rPr>
        <w:t xml:space="preserve"> </w:t>
      </w:r>
      <w:proofErr w:type="spellStart"/>
      <w:r w:rsidRPr="003C0249">
        <w:rPr>
          <w:rFonts w:ascii="Sylfaen" w:hAnsi="Sylfaen" w:cs="Sylfaen"/>
          <w:sz w:val="18"/>
          <w:szCs w:val="18"/>
        </w:rPr>
        <w:t>ვადაში</w:t>
      </w:r>
      <w:proofErr w:type="spellEnd"/>
      <w:r w:rsidRPr="003C0249">
        <w:rPr>
          <w:sz w:val="18"/>
          <w:szCs w:val="18"/>
        </w:rPr>
        <w:t xml:space="preserve"> </w:t>
      </w:r>
      <w:r w:rsidRPr="003C0249">
        <w:rPr>
          <w:rFonts w:ascii="Sylfaen" w:hAnsi="Sylfaen" w:cs="Sylfaen"/>
          <w:sz w:val="18"/>
          <w:szCs w:val="18"/>
          <w:lang w:val="ru-RU"/>
        </w:rPr>
        <w:t>დამკვეთი ამოწმებს ობიექტზე მენარდის მიერ შესრულებულ სამუშაოებს სრულად (მათ შორის შუალედური ფორმა</w:t>
      </w:r>
      <w:r w:rsidR="00D36BEA">
        <w:rPr>
          <w:rFonts w:ascii="Sylfaen" w:hAnsi="Sylfaen" w:cs="Sylfaen"/>
          <w:sz w:val="18"/>
          <w:szCs w:val="18"/>
          <w:lang w:val="ru-RU"/>
        </w:rPr>
        <w:t xml:space="preserve"> №</w:t>
      </w:r>
      <w:r w:rsidRPr="003C0249">
        <w:rPr>
          <w:rFonts w:ascii="Sylfaen" w:hAnsi="Sylfaen" w:cs="Sylfaen"/>
          <w:sz w:val="18"/>
          <w:szCs w:val="18"/>
          <w:lang w:val="ru-RU"/>
        </w:rPr>
        <w:t xml:space="preserve">2-ებით ჩაბარებულ სამუშაოებს) ადასტურებს აქტს, </w:t>
      </w:r>
      <w:r w:rsidRPr="003C0249">
        <w:rPr>
          <w:rFonts w:ascii="Sylfaen" w:eastAsiaTheme="minorHAnsi" w:hAnsi="Sylfaen" w:cs="Sylfaen"/>
          <w:sz w:val="18"/>
          <w:szCs w:val="18"/>
          <w:lang w:val="ru-RU"/>
        </w:rPr>
        <w:t>ან ამავე ვადაში წერილობით შეატყობინებს მენარდეს წარმოდგენილი დოკუმენტაციის დამოწმებაზე მოტივირებულ და დასაბუთებულ უარ</w:t>
      </w:r>
      <w:r w:rsidRPr="003C0249">
        <w:rPr>
          <w:rFonts w:ascii="Sylfaen" w:hAnsi="Sylfaen" w:cs="Sylfaen"/>
          <w:sz w:val="18"/>
          <w:szCs w:val="18"/>
          <w:lang w:val="ka-GE"/>
        </w:rPr>
        <w:t>ს</w:t>
      </w:r>
      <w:r w:rsidRPr="003C0249">
        <w:rPr>
          <w:rFonts w:ascii="Sylfaen" w:eastAsiaTheme="minorHAnsi" w:hAnsi="Sylfaen" w:cs="Sylfaen"/>
          <w:sz w:val="18"/>
          <w:szCs w:val="18"/>
          <w:lang w:val="ru-RU"/>
        </w:rPr>
        <w:t xml:space="preserve">. </w:t>
      </w:r>
      <w:proofErr w:type="spellStart"/>
      <w:r w:rsidRPr="003C0249">
        <w:rPr>
          <w:rFonts w:ascii="Sylfaen" w:hAnsi="Sylfaen" w:cs="Sylfaen"/>
          <w:sz w:val="18"/>
          <w:szCs w:val="18"/>
        </w:rPr>
        <w:t>დამკვეთის</w:t>
      </w:r>
      <w:proofErr w:type="spellEnd"/>
      <w:r w:rsidRPr="003C0249">
        <w:rPr>
          <w:sz w:val="18"/>
          <w:szCs w:val="18"/>
        </w:rPr>
        <w:t xml:space="preserve"> </w:t>
      </w:r>
      <w:proofErr w:type="spellStart"/>
      <w:r w:rsidRPr="003C0249">
        <w:rPr>
          <w:rFonts w:ascii="Sylfaen" w:hAnsi="Sylfaen" w:cs="Sylfaen"/>
          <w:sz w:val="18"/>
          <w:szCs w:val="18"/>
        </w:rPr>
        <w:t>მიერ</w:t>
      </w:r>
      <w:proofErr w:type="spellEnd"/>
      <w:r w:rsidRPr="003C0249">
        <w:rPr>
          <w:sz w:val="18"/>
          <w:szCs w:val="18"/>
        </w:rPr>
        <w:t xml:space="preserve"> </w:t>
      </w:r>
      <w:proofErr w:type="spellStart"/>
      <w:r w:rsidRPr="003C0249">
        <w:rPr>
          <w:rFonts w:ascii="Sylfaen" w:hAnsi="Sylfaen" w:cs="Sylfaen"/>
          <w:sz w:val="18"/>
          <w:szCs w:val="18"/>
        </w:rPr>
        <w:t>დაფიქსირებული</w:t>
      </w:r>
      <w:proofErr w:type="spellEnd"/>
      <w:r w:rsidRPr="003C0249">
        <w:rPr>
          <w:sz w:val="18"/>
          <w:szCs w:val="18"/>
        </w:rPr>
        <w:t xml:space="preserve"> </w:t>
      </w:r>
      <w:proofErr w:type="spellStart"/>
      <w:r w:rsidRPr="003C0249">
        <w:rPr>
          <w:rFonts w:ascii="Sylfaen" w:hAnsi="Sylfaen" w:cs="Sylfaen"/>
          <w:sz w:val="18"/>
          <w:szCs w:val="18"/>
        </w:rPr>
        <w:t>ხარვეზების</w:t>
      </w:r>
      <w:proofErr w:type="spellEnd"/>
      <w:r w:rsidRPr="003C0249">
        <w:rPr>
          <w:sz w:val="18"/>
          <w:szCs w:val="18"/>
        </w:rPr>
        <w:t xml:space="preserve"> </w:t>
      </w:r>
      <w:proofErr w:type="spellStart"/>
      <w:r w:rsidRPr="003C0249">
        <w:rPr>
          <w:rFonts w:ascii="Sylfaen" w:hAnsi="Sylfaen" w:cs="Sylfaen"/>
          <w:sz w:val="18"/>
          <w:szCs w:val="18"/>
        </w:rPr>
        <w:t>არსებობის</w:t>
      </w:r>
      <w:proofErr w:type="spellEnd"/>
      <w:r w:rsidRPr="003C0249">
        <w:rPr>
          <w:sz w:val="18"/>
          <w:szCs w:val="18"/>
        </w:rPr>
        <w:t xml:space="preserve"> </w:t>
      </w:r>
      <w:proofErr w:type="spellStart"/>
      <w:r w:rsidRPr="003C0249">
        <w:rPr>
          <w:rFonts w:ascii="Sylfaen" w:hAnsi="Sylfaen" w:cs="Sylfaen"/>
          <w:sz w:val="18"/>
          <w:szCs w:val="18"/>
        </w:rPr>
        <w:t>შემთხვევაში</w:t>
      </w:r>
      <w:proofErr w:type="spellEnd"/>
      <w:r w:rsidRPr="003C0249">
        <w:rPr>
          <w:sz w:val="18"/>
          <w:szCs w:val="18"/>
        </w:rPr>
        <w:t xml:space="preserve">, </w:t>
      </w:r>
      <w:r w:rsidR="00D36BEA">
        <w:rPr>
          <w:rFonts w:ascii="Sylfaen" w:hAnsi="Sylfaen" w:cs="Sylfaen"/>
          <w:sz w:val="18"/>
          <w:szCs w:val="18"/>
          <w:lang w:val="ka-GE"/>
        </w:rPr>
        <w:t xml:space="preserve">მენარდეს </w:t>
      </w:r>
      <w:proofErr w:type="spellStart"/>
      <w:r w:rsidRPr="003C0249">
        <w:rPr>
          <w:rFonts w:ascii="Sylfaen" w:hAnsi="Sylfaen" w:cs="Sylfaen"/>
          <w:sz w:val="18"/>
          <w:szCs w:val="18"/>
        </w:rPr>
        <w:t>მიეცემა</w:t>
      </w:r>
      <w:proofErr w:type="spellEnd"/>
      <w:r w:rsidRPr="003C0249">
        <w:rPr>
          <w:sz w:val="18"/>
          <w:szCs w:val="18"/>
        </w:rPr>
        <w:t xml:space="preserve"> </w:t>
      </w:r>
      <w:proofErr w:type="spellStart"/>
      <w:r w:rsidRPr="003C0249">
        <w:rPr>
          <w:rFonts w:ascii="Sylfaen" w:hAnsi="Sylfaen" w:cs="Sylfaen"/>
          <w:sz w:val="18"/>
          <w:szCs w:val="18"/>
        </w:rPr>
        <w:t>გონივრული</w:t>
      </w:r>
      <w:proofErr w:type="spellEnd"/>
      <w:r w:rsidRPr="003C0249">
        <w:rPr>
          <w:sz w:val="18"/>
          <w:szCs w:val="18"/>
        </w:rPr>
        <w:t xml:space="preserve"> </w:t>
      </w:r>
      <w:proofErr w:type="spellStart"/>
      <w:r w:rsidRPr="003C0249">
        <w:rPr>
          <w:rFonts w:ascii="Sylfaen" w:hAnsi="Sylfaen" w:cs="Sylfaen"/>
          <w:sz w:val="18"/>
          <w:szCs w:val="18"/>
        </w:rPr>
        <w:t>ვადა</w:t>
      </w:r>
      <w:proofErr w:type="spellEnd"/>
      <w:r w:rsidRPr="003C0249">
        <w:rPr>
          <w:sz w:val="18"/>
          <w:szCs w:val="18"/>
        </w:rPr>
        <w:t xml:space="preserve"> </w:t>
      </w:r>
      <w:proofErr w:type="spellStart"/>
      <w:r w:rsidRPr="003C0249">
        <w:rPr>
          <w:rFonts w:ascii="Sylfaen" w:hAnsi="Sylfaen" w:cs="Sylfaen"/>
          <w:sz w:val="18"/>
          <w:szCs w:val="18"/>
        </w:rPr>
        <w:t>მათი</w:t>
      </w:r>
      <w:proofErr w:type="spellEnd"/>
      <w:r w:rsidRPr="003C0249">
        <w:rPr>
          <w:sz w:val="18"/>
          <w:szCs w:val="18"/>
        </w:rPr>
        <w:t xml:space="preserve"> </w:t>
      </w:r>
      <w:proofErr w:type="spellStart"/>
      <w:r w:rsidRPr="003C0249">
        <w:rPr>
          <w:rFonts w:ascii="Sylfaen" w:hAnsi="Sylfaen" w:cs="Sylfaen"/>
          <w:sz w:val="18"/>
          <w:szCs w:val="18"/>
        </w:rPr>
        <w:t>გამოსასწორებლად</w:t>
      </w:r>
      <w:proofErr w:type="spellEnd"/>
      <w:r w:rsidRPr="003C0249">
        <w:rPr>
          <w:sz w:val="18"/>
          <w:szCs w:val="18"/>
        </w:rPr>
        <w:t xml:space="preserve">, </w:t>
      </w:r>
      <w:proofErr w:type="spellStart"/>
      <w:r w:rsidRPr="003C0249">
        <w:rPr>
          <w:rFonts w:ascii="Sylfaen" w:hAnsi="Sylfaen" w:cs="Sylfaen"/>
          <w:sz w:val="18"/>
          <w:szCs w:val="18"/>
        </w:rPr>
        <w:t>თუმცა</w:t>
      </w:r>
      <w:proofErr w:type="spellEnd"/>
      <w:r w:rsidRPr="003C0249">
        <w:rPr>
          <w:sz w:val="18"/>
          <w:szCs w:val="18"/>
        </w:rPr>
        <w:t xml:space="preserve"> </w:t>
      </w:r>
      <w:proofErr w:type="spellStart"/>
      <w:r w:rsidRPr="003C0249">
        <w:rPr>
          <w:rFonts w:ascii="Sylfaen" w:hAnsi="Sylfaen" w:cs="Sylfaen"/>
          <w:sz w:val="18"/>
          <w:szCs w:val="18"/>
        </w:rPr>
        <w:t>არაუმეტეს</w:t>
      </w:r>
      <w:proofErr w:type="spellEnd"/>
      <w:r w:rsidR="00D36BEA">
        <w:rPr>
          <w:sz w:val="18"/>
          <w:szCs w:val="18"/>
        </w:rPr>
        <w:t xml:space="preserve"> 15 </w:t>
      </w:r>
      <w:r w:rsidR="00D36BEA">
        <w:rPr>
          <w:rFonts w:ascii="Sylfaen" w:hAnsi="Sylfaen"/>
          <w:sz w:val="18"/>
          <w:szCs w:val="18"/>
          <w:lang w:val="ka-GE"/>
        </w:rPr>
        <w:t>(</w:t>
      </w:r>
      <w:proofErr w:type="spellStart"/>
      <w:r w:rsidRPr="003C0249">
        <w:rPr>
          <w:rFonts w:ascii="Sylfaen" w:hAnsi="Sylfaen" w:cs="Sylfaen"/>
          <w:sz w:val="18"/>
          <w:szCs w:val="18"/>
        </w:rPr>
        <w:t>თხუთმეტი</w:t>
      </w:r>
      <w:proofErr w:type="spellEnd"/>
      <w:r w:rsidR="00D36BEA">
        <w:rPr>
          <w:rFonts w:ascii="Sylfaen" w:hAnsi="Sylfaen"/>
          <w:sz w:val="18"/>
          <w:szCs w:val="18"/>
          <w:lang w:val="ka-GE"/>
        </w:rPr>
        <w:t xml:space="preserve">) </w:t>
      </w:r>
      <w:proofErr w:type="spellStart"/>
      <w:r w:rsidRPr="003C0249">
        <w:rPr>
          <w:rFonts w:ascii="Sylfaen" w:hAnsi="Sylfaen" w:cs="Sylfaen"/>
          <w:sz w:val="18"/>
          <w:szCs w:val="18"/>
        </w:rPr>
        <w:t>კალენდარული</w:t>
      </w:r>
      <w:proofErr w:type="spellEnd"/>
      <w:r w:rsidRPr="003C0249">
        <w:rPr>
          <w:sz w:val="18"/>
          <w:szCs w:val="18"/>
        </w:rPr>
        <w:t xml:space="preserve"> </w:t>
      </w:r>
      <w:proofErr w:type="spellStart"/>
      <w:r w:rsidRPr="003C0249">
        <w:rPr>
          <w:rFonts w:ascii="Sylfaen" w:hAnsi="Sylfaen" w:cs="Sylfaen"/>
          <w:sz w:val="18"/>
          <w:szCs w:val="18"/>
        </w:rPr>
        <w:t>დღისა</w:t>
      </w:r>
      <w:proofErr w:type="spellEnd"/>
      <w:r w:rsidRPr="003C0249">
        <w:rPr>
          <w:sz w:val="18"/>
          <w:szCs w:val="18"/>
        </w:rPr>
        <w:t>.</w:t>
      </w:r>
      <w:r w:rsidRPr="003C0249">
        <w:rPr>
          <w:rFonts w:ascii="Sylfaen" w:hAnsi="Sylfaen" w:cs="Sylfaen"/>
          <w:sz w:val="18"/>
          <w:szCs w:val="18"/>
        </w:rPr>
        <w:t xml:space="preserve"> </w:t>
      </w:r>
      <w:proofErr w:type="spellStart"/>
      <w:r w:rsidRPr="003C0249">
        <w:rPr>
          <w:rFonts w:ascii="Sylfaen" w:hAnsi="Sylfaen" w:cs="Sylfaen"/>
          <w:sz w:val="18"/>
          <w:szCs w:val="18"/>
        </w:rPr>
        <w:t>თუ</w:t>
      </w:r>
      <w:proofErr w:type="spellEnd"/>
      <w:r w:rsidRPr="003C0249">
        <w:rPr>
          <w:sz w:val="18"/>
          <w:szCs w:val="18"/>
        </w:rPr>
        <w:t xml:space="preserve"> </w:t>
      </w:r>
      <w:proofErr w:type="spellStart"/>
      <w:r w:rsidRPr="003C0249">
        <w:rPr>
          <w:rFonts w:ascii="Sylfaen" w:hAnsi="Sylfaen" w:cs="Sylfaen"/>
          <w:sz w:val="18"/>
          <w:szCs w:val="18"/>
        </w:rPr>
        <w:t>სამუშაოების</w:t>
      </w:r>
      <w:proofErr w:type="spellEnd"/>
      <w:r w:rsidRPr="003C0249">
        <w:rPr>
          <w:sz w:val="18"/>
          <w:szCs w:val="18"/>
        </w:rPr>
        <w:t xml:space="preserve"> </w:t>
      </w:r>
      <w:proofErr w:type="spellStart"/>
      <w:r w:rsidRPr="003C0249">
        <w:rPr>
          <w:rFonts w:ascii="Sylfaen" w:hAnsi="Sylfaen" w:cs="Sylfaen"/>
          <w:sz w:val="18"/>
          <w:szCs w:val="18"/>
        </w:rPr>
        <w:t>შესასრულებლად</w:t>
      </w:r>
      <w:proofErr w:type="spellEnd"/>
      <w:r w:rsidRPr="003C0249">
        <w:rPr>
          <w:sz w:val="18"/>
          <w:szCs w:val="18"/>
        </w:rPr>
        <w:t xml:space="preserve"> </w:t>
      </w:r>
      <w:proofErr w:type="spellStart"/>
      <w:r w:rsidRPr="003C0249">
        <w:rPr>
          <w:rFonts w:ascii="Sylfaen" w:hAnsi="Sylfaen" w:cs="Sylfaen"/>
          <w:sz w:val="18"/>
          <w:szCs w:val="18"/>
        </w:rPr>
        <w:t>აუცილებელი</w:t>
      </w:r>
      <w:proofErr w:type="spellEnd"/>
      <w:r w:rsidRPr="003C0249">
        <w:rPr>
          <w:sz w:val="18"/>
          <w:szCs w:val="18"/>
        </w:rPr>
        <w:t xml:space="preserve"> </w:t>
      </w:r>
      <w:proofErr w:type="spellStart"/>
      <w:r w:rsidRPr="003C0249">
        <w:rPr>
          <w:rFonts w:ascii="Sylfaen" w:hAnsi="Sylfaen" w:cs="Sylfaen"/>
          <w:sz w:val="18"/>
          <w:szCs w:val="18"/>
        </w:rPr>
        <w:t>გახდება</w:t>
      </w:r>
      <w:proofErr w:type="spellEnd"/>
      <w:r w:rsidRPr="003C0249">
        <w:rPr>
          <w:sz w:val="18"/>
          <w:szCs w:val="18"/>
        </w:rPr>
        <w:t xml:space="preserve"> 15 </w:t>
      </w:r>
      <w:proofErr w:type="spellStart"/>
      <w:r w:rsidRPr="003C0249">
        <w:rPr>
          <w:rFonts w:ascii="Sylfaen" w:hAnsi="Sylfaen" w:cs="Sylfaen"/>
          <w:sz w:val="18"/>
          <w:szCs w:val="18"/>
        </w:rPr>
        <w:t>კალენდარულ</w:t>
      </w:r>
      <w:proofErr w:type="spellEnd"/>
      <w:r w:rsidRPr="003C0249">
        <w:rPr>
          <w:sz w:val="18"/>
          <w:szCs w:val="18"/>
        </w:rPr>
        <w:t xml:space="preserve"> </w:t>
      </w:r>
      <w:proofErr w:type="spellStart"/>
      <w:r w:rsidRPr="003C0249">
        <w:rPr>
          <w:rFonts w:ascii="Sylfaen" w:hAnsi="Sylfaen" w:cs="Sylfaen"/>
          <w:sz w:val="18"/>
          <w:szCs w:val="18"/>
        </w:rPr>
        <w:t>დღეზე</w:t>
      </w:r>
      <w:proofErr w:type="spellEnd"/>
      <w:r w:rsidRPr="003C0249">
        <w:rPr>
          <w:sz w:val="18"/>
          <w:szCs w:val="18"/>
        </w:rPr>
        <w:t xml:space="preserve"> </w:t>
      </w:r>
      <w:proofErr w:type="spellStart"/>
      <w:r w:rsidRPr="003C0249">
        <w:rPr>
          <w:rFonts w:ascii="Sylfaen" w:hAnsi="Sylfaen" w:cs="Sylfaen"/>
          <w:sz w:val="18"/>
          <w:szCs w:val="18"/>
        </w:rPr>
        <w:t>მეტი</w:t>
      </w:r>
      <w:proofErr w:type="spellEnd"/>
      <w:r w:rsidRPr="003C0249">
        <w:rPr>
          <w:sz w:val="18"/>
          <w:szCs w:val="18"/>
        </w:rPr>
        <w:t xml:space="preserve"> </w:t>
      </w:r>
      <w:proofErr w:type="spellStart"/>
      <w:r w:rsidRPr="003C0249">
        <w:rPr>
          <w:rFonts w:ascii="Sylfaen" w:hAnsi="Sylfaen" w:cs="Sylfaen"/>
          <w:sz w:val="18"/>
          <w:szCs w:val="18"/>
        </w:rPr>
        <w:t>დრო</w:t>
      </w:r>
      <w:proofErr w:type="spellEnd"/>
      <w:r w:rsidRPr="003C0249">
        <w:rPr>
          <w:sz w:val="18"/>
          <w:szCs w:val="18"/>
        </w:rPr>
        <w:t xml:space="preserve">, </w:t>
      </w:r>
      <w:proofErr w:type="spellStart"/>
      <w:r w:rsidRPr="003C0249">
        <w:rPr>
          <w:rFonts w:ascii="Sylfaen" w:hAnsi="Sylfaen" w:cs="Sylfaen"/>
          <w:sz w:val="18"/>
          <w:szCs w:val="18"/>
        </w:rPr>
        <w:t>დამკვეთი</w:t>
      </w:r>
      <w:proofErr w:type="spellEnd"/>
      <w:r w:rsidRPr="003C0249">
        <w:rPr>
          <w:sz w:val="18"/>
          <w:szCs w:val="18"/>
        </w:rPr>
        <w:t xml:space="preserve"> </w:t>
      </w:r>
      <w:proofErr w:type="spellStart"/>
      <w:r w:rsidRPr="003C0249">
        <w:rPr>
          <w:rFonts w:ascii="Sylfaen" w:hAnsi="Sylfaen" w:cs="Sylfaen"/>
          <w:sz w:val="18"/>
          <w:szCs w:val="18"/>
        </w:rPr>
        <w:t>უფლებამოსილია</w:t>
      </w:r>
      <w:proofErr w:type="spellEnd"/>
      <w:r w:rsidRPr="003C0249">
        <w:rPr>
          <w:sz w:val="18"/>
          <w:szCs w:val="18"/>
        </w:rPr>
        <w:t xml:space="preserve"> </w:t>
      </w:r>
      <w:proofErr w:type="spellStart"/>
      <w:r w:rsidRPr="003C0249">
        <w:rPr>
          <w:rFonts w:ascii="Sylfaen" w:hAnsi="Sylfaen" w:cs="Sylfaen"/>
          <w:sz w:val="18"/>
          <w:szCs w:val="18"/>
        </w:rPr>
        <w:t>იმოქმედოს</w:t>
      </w:r>
      <w:proofErr w:type="spellEnd"/>
      <w:r w:rsidRPr="003C0249">
        <w:rPr>
          <w:sz w:val="18"/>
          <w:szCs w:val="18"/>
        </w:rPr>
        <w:t xml:space="preserve"> </w:t>
      </w:r>
      <w:proofErr w:type="spellStart"/>
      <w:r w:rsidRPr="003C0249">
        <w:rPr>
          <w:rFonts w:ascii="Sylfaen" w:hAnsi="Sylfaen" w:cs="Sylfaen"/>
          <w:sz w:val="18"/>
          <w:szCs w:val="18"/>
        </w:rPr>
        <w:t>ხელშეკრულების</w:t>
      </w:r>
      <w:proofErr w:type="spellEnd"/>
      <w:r w:rsidRPr="003C0249">
        <w:rPr>
          <w:sz w:val="18"/>
          <w:szCs w:val="18"/>
        </w:rPr>
        <w:t xml:space="preserve"> </w:t>
      </w:r>
      <w:r w:rsidR="00CF2402">
        <w:rPr>
          <w:rFonts w:ascii="Sylfaen" w:hAnsi="Sylfaen"/>
          <w:sz w:val="18"/>
          <w:szCs w:val="18"/>
          <w:lang w:val="ka-GE"/>
        </w:rPr>
        <w:t>9</w:t>
      </w:r>
      <w:r w:rsidRPr="003C0249">
        <w:rPr>
          <w:sz w:val="18"/>
          <w:szCs w:val="18"/>
        </w:rPr>
        <w:t xml:space="preserve">.2 </w:t>
      </w:r>
      <w:proofErr w:type="spellStart"/>
      <w:r w:rsidRPr="003C0249">
        <w:rPr>
          <w:rFonts w:ascii="Sylfaen" w:hAnsi="Sylfaen" w:cs="Sylfaen"/>
          <w:sz w:val="18"/>
          <w:szCs w:val="18"/>
        </w:rPr>
        <w:t>პუნქტის</w:t>
      </w:r>
      <w:proofErr w:type="spellEnd"/>
      <w:r w:rsidRPr="003C0249">
        <w:rPr>
          <w:sz w:val="18"/>
          <w:szCs w:val="18"/>
        </w:rPr>
        <w:t xml:space="preserve"> </w:t>
      </w:r>
      <w:proofErr w:type="spellStart"/>
      <w:r w:rsidRPr="003C0249">
        <w:rPr>
          <w:rFonts w:ascii="Sylfaen" w:hAnsi="Sylfaen" w:cs="Sylfaen"/>
          <w:sz w:val="18"/>
          <w:szCs w:val="18"/>
        </w:rPr>
        <w:t>შესაბამისად</w:t>
      </w:r>
      <w:proofErr w:type="spellEnd"/>
    </w:p>
    <w:p w14:paraId="6B6F9BE8" w14:textId="77777777" w:rsidR="004B6084" w:rsidRPr="00D73BDF" w:rsidRDefault="004B6084" w:rsidP="00185C20">
      <w:pPr>
        <w:jc w:val="both"/>
        <w:rPr>
          <w:rFonts w:cstheme="majorHAnsi"/>
          <w:sz w:val="18"/>
          <w:szCs w:val="18"/>
        </w:rPr>
      </w:pPr>
    </w:p>
    <w:p w14:paraId="33BCF9AC" w14:textId="59EA53B4" w:rsidR="004B6084" w:rsidRPr="00C86A0D" w:rsidRDefault="00A74260" w:rsidP="00185C20">
      <w:pPr>
        <w:pStyle w:val="ListParagraph"/>
        <w:numPr>
          <w:ilvl w:val="1"/>
          <w:numId w:val="13"/>
        </w:numPr>
        <w:jc w:val="both"/>
        <w:rPr>
          <w:rFonts w:cstheme="majorHAnsi"/>
          <w:b/>
          <w:bCs/>
          <w:sz w:val="20"/>
          <w:szCs w:val="20"/>
        </w:rPr>
      </w:pPr>
      <w:proofErr w:type="spellStart"/>
      <w:r w:rsidRPr="00C86A0D">
        <w:rPr>
          <w:rFonts w:ascii="Sylfaen" w:hAnsi="Sylfaen" w:cs="Sylfaen"/>
          <w:b/>
          <w:bCs/>
          <w:sz w:val="20"/>
          <w:szCs w:val="20"/>
        </w:rPr>
        <w:t>მენარდის</w:t>
      </w:r>
      <w:proofErr w:type="spellEnd"/>
      <w:r w:rsidRPr="00C86A0D">
        <w:rPr>
          <w:rFonts w:cstheme="majorHAnsi"/>
          <w:b/>
          <w:bCs/>
          <w:sz w:val="20"/>
          <w:szCs w:val="20"/>
        </w:rPr>
        <w:t xml:space="preserve"> </w:t>
      </w:r>
      <w:proofErr w:type="spellStart"/>
      <w:r w:rsidRPr="00C86A0D">
        <w:rPr>
          <w:rFonts w:ascii="Sylfaen" w:hAnsi="Sylfaen" w:cs="Sylfaen"/>
          <w:b/>
          <w:bCs/>
          <w:sz w:val="20"/>
          <w:szCs w:val="20"/>
        </w:rPr>
        <w:t>მიერ</w:t>
      </w:r>
      <w:proofErr w:type="spellEnd"/>
      <w:r w:rsidRPr="00C86A0D">
        <w:rPr>
          <w:rFonts w:cstheme="majorHAnsi"/>
          <w:b/>
          <w:bCs/>
          <w:sz w:val="20"/>
          <w:szCs w:val="20"/>
        </w:rPr>
        <w:t xml:space="preserve"> </w:t>
      </w:r>
      <w:proofErr w:type="spellStart"/>
      <w:r w:rsidRPr="00C86A0D">
        <w:rPr>
          <w:rFonts w:ascii="Sylfaen" w:hAnsi="Sylfaen" w:cs="Sylfaen"/>
          <w:b/>
          <w:bCs/>
          <w:sz w:val="20"/>
          <w:szCs w:val="20"/>
        </w:rPr>
        <w:t>სამუშაოს</w:t>
      </w:r>
      <w:proofErr w:type="spellEnd"/>
      <w:r w:rsidRPr="00C86A0D">
        <w:rPr>
          <w:rFonts w:cstheme="majorHAnsi"/>
          <w:b/>
          <w:bCs/>
          <w:sz w:val="20"/>
          <w:szCs w:val="20"/>
        </w:rPr>
        <w:t xml:space="preserve"> </w:t>
      </w:r>
      <w:proofErr w:type="spellStart"/>
      <w:r w:rsidRPr="00C86A0D">
        <w:rPr>
          <w:rFonts w:ascii="Sylfaen" w:hAnsi="Sylfaen" w:cs="Sylfaen"/>
          <w:b/>
          <w:bCs/>
          <w:sz w:val="20"/>
          <w:szCs w:val="20"/>
        </w:rPr>
        <w:t>შეჩერება</w:t>
      </w:r>
      <w:proofErr w:type="spellEnd"/>
    </w:p>
    <w:p w14:paraId="73C30A62" w14:textId="6ECC15D6" w:rsidR="004B6084" w:rsidRDefault="00A74260" w:rsidP="00185C20">
      <w:pPr>
        <w:pStyle w:val="ListParagraph"/>
        <w:numPr>
          <w:ilvl w:val="2"/>
          <w:numId w:val="13"/>
        </w:numPr>
        <w:jc w:val="both"/>
        <w:rPr>
          <w:rFonts w:cstheme="majorHAnsi"/>
          <w:sz w:val="18"/>
          <w:szCs w:val="18"/>
        </w:rPr>
      </w:pPr>
      <w:proofErr w:type="spellStart"/>
      <w:r w:rsidRPr="00C86A0D">
        <w:rPr>
          <w:rFonts w:ascii="Sylfaen" w:hAnsi="Sylfaen" w:cs="Sylfaen"/>
          <w:sz w:val="18"/>
          <w:szCs w:val="18"/>
        </w:rPr>
        <w:t>თუ</w:t>
      </w:r>
      <w:proofErr w:type="spellEnd"/>
      <w:r w:rsidRPr="00C86A0D">
        <w:rPr>
          <w:rFonts w:cstheme="majorHAnsi"/>
          <w:sz w:val="18"/>
          <w:szCs w:val="18"/>
        </w:rPr>
        <w:t xml:space="preserve"> </w:t>
      </w:r>
      <w:proofErr w:type="spellStart"/>
      <w:r w:rsidRPr="00C86A0D">
        <w:rPr>
          <w:rFonts w:ascii="Sylfaen" w:hAnsi="Sylfaen" w:cs="Sylfaen"/>
          <w:sz w:val="18"/>
          <w:szCs w:val="18"/>
        </w:rPr>
        <w:t>დამკვეთი</w:t>
      </w:r>
      <w:proofErr w:type="spellEnd"/>
      <w:r w:rsidRPr="00C86A0D">
        <w:rPr>
          <w:rFonts w:cstheme="majorHAnsi"/>
          <w:sz w:val="18"/>
          <w:szCs w:val="18"/>
        </w:rPr>
        <w:t xml:space="preserve"> 4.3.</w:t>
      </w:r>
      <w:r w:rsidR="00CF2402">
        <w:rPr>
          <w:rFonts w:ascii="Sylfaen" w:hAnsi="Sylfaen" w:cstheme="majorHAnsi"/>
          <w:sz w:val="18"/>
          <w:szCs w:val="18"/>
          <w:lang w:val="ka-GE"/>
        </w:rPr>
        <w:t>6</w:t>
      </w:r>
      <w:r w:rsidRPr="00C86A0D">
        <w:rPr>
          <w:rFonts w:cstheme="majorHAnsi"/>
          <w:sz w:val="18"/>
          <w:szCs w:val="18"/>
        </w:rPr>
        <w:t xml:space="preserve">. </w:t>
      </w:r>
      <w:proofErr w:type="spellStart"/>
      <w:r w:rsidRPr="00C86A0D">
        <w:rPr>
          <w:rFonts w:ascii="Sylfaen" w:hAnsi="Sylfaen" w:cs="Sylfaen"/>
          <w:sz w:val="18"/>
          <w:szCs w:val="18"/>
        </w:rPr>
        <w:t>მუხლით</w:t>
      </w:r>
      <w:proofErr w:type="spellEnd"/>
      <w:r w:rsidRPr="00C86A0D">
        <w:rPr>
          <w:rFonts w:cstheme="majorHAnsi"/>
          <w:sz w:val="18"/>
          <w:szCs w:val="18"/>
        </w:rPr>
        <w:t xml:space="preserve"> </w:t>
      </w:r>
      <w:proofErr w:type="spellStart"/>
      <w:r w:rsidRPr="00C86A0D">
        <w:rPr>
          <w:rFonts w:ascii="Sylfaen" w:hAnsi="Sylfaen" w:cs="Sylfaen"/>
          <w:sz w:val="18"/>
          <w:szCs w:val="18"/>
        </w:rPr>
        <w:t>გათვალისწინებული</w:t>
      </w:r>
      <w:proofErr w:type="spellEnd"/>
      <w:r w:rsidRPr="00C86A0D">
        <w:rPr>
          <w:rFonts w:cstheme="majorHAnsi"/>
          <w:sz w:val="18"/>
          <w:szCs w:val="18"/>
        </w:rPr>
        <w:t xml:space="preserve"> </w:t>
      </w:r>
      <w:proofErr w:type="spellStart"/>
      <w:r w:rsidRPr="00C86A0D">
        <w:rPr>
          <w:rFonts w:ascii="Sylfaen" w:hAnsi="Sylfaen" w:cs="Sylfaen"/>
          <w:sz w:val="18"/>
          <w:szCs w:val="18"/>
        </w:rPr>
        <w:t>წესით</w:t>
      </w:r>
      <w:proofErr w:type="spellEnd"/>
      <w:r w:rsidRPr="00C86A0D">
        <w:rPr>
          <w:rFonts w:cstheme="majorHAnsi"/>
          <w:sz w:val="18"/>
          <w:szCs w:val="18"/>
        </w:rPr>
        <w:t xml:space="preserve"> </w:t>
      </w:r>
      <w:proofErr w:type="spellStart"/>
      <w:r w:rsidRPr="00C86A0D">
        <w:rPr>
          <w:rFonts w:ascii="Sylfaen" w:hAnsi="Sylfaen" w:cs="Sylfaen"/>
          <w:sz w:val="18"/>
          <w:szCs w:val="18"/>
        </w:rPr>
        <w:t>სამუშაოს</w:t>
      </w:r>
      <w:proofErr w:type="spellEnd"/>
      <w:r w:rsidRPr="00C86A0D">
        <w:rPr>
          <w:rFonts w:cstheme="majorHAnsi"/>
          <w:sz w:val="18"/>
          <w:szCs w:val="18"/>
        </w:rPr>
        <w:t xml:space="preserve"> </w:t>
      </w:r>
      <w:proofErr w:type="spellStart"/>
      <w:r w:rsidRPr="00C86A0D">
        <w:rPr>
          <w:rFonts w:ascii="Sylfaen" w:hAnsi="Sylfaen" w:cs="Sylfaen"/>
          <w:sz w:val="18"/>
          <w:szCs w:val="18"/>
        </w:rPr>
        <w:t>მიღებიდან</w:t>
      </w:r>
      <w:proofErr w:type="spellEnd"/>
      <w:r w:rsidRPr="00C86A0D">
        <w:rPr>
          <w:rFonts w:cstheme="majorHAnsi"/>
          <w:sz w:val="18"/>
          <w:szCs w:val="18"/>
        </w:rPr>
        <w:t xml:space="preserve"> </w:t>
      </w:r>
      <w:proofErr w:type="spellStart"/>
      <w:r w:rsidRPr="00C86A0D">
        <w:rPr>
          <w:rFonts w:ascii="Sylfaen" w:hAnsi="Sylfaen" w:cs="Sylfaen"/>
          <w:sz w:val="18"/>
          <w:szCs w:val="18"/>
        </w:rPr>
        <w:t>და</w:t>
      </w:r>
      <w:proofErr w:type="spellEnd"/>
      <w:r w:rsidRPr="00C86A0D">
        <w:rPr>
          <w:rFonts w:cstheme="majorHAnsi"/>
          <w:sz w:val="18"/>
          <w:szCs w:val="18"/>
        </w:rPr>
        <w:t xml:space="preserve"> </w:t>
      </w:r>
      <w:proofErr w:type="spellStart"/>
      <w:r w:rsidRPr="00C86A0D">
        <w:rPr>
          <w:rFonts w:ascii="Sylfaen" w:hAnsi="Sylfaen" w:cs="Sylfaen"/>
          <w:sz w:val="18"/>
          <w:szCs w:val="18"/>
        </w:rPr>
        <w:t>ფორმა</w:t>
      </w:r>
      <w:proofErr w:type="spellEnd"/>
      <w:r w:rsidRPr="00C86A0D">
        <w:rPr>
          <w:rFonts w:cstheme="majorHAnsi"/>
          <w:sz w:val="18"/>
          <w:szCs w:val="18"/>
        </w:rPr>
        <w:t xml:space="preserve"> #2-</w:t>
      </w:r>
      <w:r w:rsidRPr="00C86A0D">
        <w:rPr>
          <w:rFonts w:ascii="Sylfaen" w:hAnsi="Sylfaen" w:cs="Sylfaen"/>
          <w:sz w:val="18"/>
          <w:szCs w:val="18"/>
        </w:rPr>
        <w:t>ის</w:t>
      </w:r>
      <w:r w:rsidRPr="00C86A0D">
        <w:rPr>
          <w:rFonts w:cstheme="majorHAnsi"/>
          <w:sz w:val="18"/>
          <w:szCs w:val="18"/>
        </w:rPr>
        <w:t xml:space="preserve"> </w:t>
      </w:r>
      <w:proofErr w:type="spellStart"/>
      <w:r w:rsidRPr="00C86A0D">
        <w:rPr>
          <w:rFonts w:ascii="Sylfaen" w:hAnsi="Sylfaen" w:cs="Sylfaen"/>
          <w:sz w:val="18"/>
          <w:szCs w:val="18"/>
        </w:rPr>
        <w:t>დადასტურების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შემდგომ</w:t>
      </w:r>
      <w:proofErr w:type="spellEnd"/>
      <w:r w:rsidRPr="00C86A0D">
        <w:rPr>
          <w:rFonts w:cstheme="majorHAnsi"/>
          <w:sz w:val="18"/>
          <w:szCs w:val="18"/>
        </w:rPr>
        <w:t xml:space="preserve"> -</w:t>
      </w:r>
      <w:r w:rsidR="00D36BEA">
        <w:rPr>
          <w:rFonts w:ascii="Sylfaen" w:hAnsi="Sylfaen" w:cstheme="majorHAnsi"/>
          <w:sz w:val="18"/>
          <w:szCs w:val="18"/>
          <w:lang w:val="ka-GE"/>
        </w:rPr>
        <w:t xml:space="preserve"> </w:t>
      </w:r>
      <w:r w:rsidRPr="00C86A0D">
        <w:rPr>
          <w:rFonts w:cstheme="majorHAnsi"/>
          <w:sz w:val="18"/>
          <w:szCs w:val="18"/>
        </w:rPr>
        <w:t xml:space="preserve">30 </w:t>
      </w:r>
      <w:r w:rsidR="00D36BEA">
        <w:rPr>
          <w:rFonts w:ascii="Sylfaen" w:hAnsi="Sylfaen" w:cstheme="majorHAnsi"/>
          <w:sz w:val="18"/>
          <w:szCs w:val="18"/>
          <w:lang w:val="ka-GE"/>
        </w:rPr>
        <w:t>(</w:t>
      </w:r>
      <w:proofErr w:type="spellStart"/>
      <w:r w:rsidRPr="00C86A0D">
        <w:rPr>
          <w:rFonts w:ascii="Sylfaen" w:hAnsi="Sylfaen" w:cs="Sylfaen"/>
          <w:sz w:val="18"/>
          <w:szCs w:val="18"/>
        </w:rPr>
        <w:t>ოცდაათი</w:t>
      </w:r>
      <w:proofErr w:type="spellEnd"/>
      <w:r w:rsidR="00D36BEA">
        <w:rPr>
          <w:rFonts w:ascii="Sylfaen" w:hAnsi="Sylfaen" w:cstheme="majorHAnsi"/>
          <w:sz w:val="18"/>
          <w:szCs w:val="18"/>
          <w:lang w:val="ka-GE"/>
        </w:rPr>
        <w:t>)</w:t>
      </w:r>
      <w:r w:rsidRPr="00C86A0D">
        <w:rPr>
          <w:rFonts w:cstheme="majorHAnsi"/>
          <w:sz w:val="18"/>
          <w:szCs w:val="18"/>
        </w:rPr>
        <w:t xml:space="preserve"> </w:t>
      </w:r>
      <w:proofErr w:type="spellStart"/>
      <w:r w:rsidRPr="00C86A0D">
        <w:rPr>
          <w:rFonts w:ascii="Sylfaen" w:hAnsi="Sylfaen" w:cs="Sylfaen"/>
          <w:sz w:val="18"/>
          <w:szCs w:val="18"/>
        </w:rPr>
        <w:t>კალენდარული</w:t>
      </w:r>
      <w:proofErr w:type="spellEnd"/>
      <w:r w:rsidRPr="00C86A0D">
        <w:rPr>
          <w:rFonts w:cstheme="majorHAnsi"/>
          <w:sz w:val="18"/>
          <w:szCs w:val="18"/>
        </w:rPr>
        <w:t xml:space="preserve"> </w:t>
      </w:r>
      <w:proofErr w:type="spellStart"/>
      <w:r w:rsidRPr="00C86A0D">
        <w:rPr>
          <w:rFonts w:ascii="Sylfaen" w:hAnsi="Sylfaen" w:cs="Sylfaen"/>
          <w:sz w:val="18"/>
          <w:szCs w:val="18"/>
        </w:rPr>
        <w:t>დღის</w:t>
      </w:r>
      <w:proofErr w:type="spellEnd"/>
      <w:r w:rsidRPr="00C86A0D">
        <w:rPr>
          <w:rFonts w:cstheme="majorHAnsi"/>
          <w:sz w:val="18"/>
          <w:szCs w:val="18"/>
        </w:rPr>
        <w:t xml:space="preserve"> </w:t>
      </w:r>
      <w:proofErr w:type="spellStart"/>
      <w:r w:rsidRPr="00C86A0D">
        <w:rPr>
          <w:rFonts w:ascii="Sylfaen" w:hAnsi="Sylfaen" w:cs="Sylfaen"/>
          <w:sz w:val="18"/>
          <w:szCs w:val="18"/>
        </w:rPr>
        <w:t>ვადაშიც</w:t>
      </w:r>
      <w:proofErr w:type="spellEnd"/>
      <w:r w:rsidRPr="00C86A0D">
        <w:rPr>
          <w:rFonts w:cstheme="majorHAnsi"/>
          <w:sz w:val="18"/>
          <w:szCs w:val="18"/>
        </w:rPr>
        <w:t xml:space="preserve"> </w:t>
      </w:r>
      <w:proofErr w:type="spellStart"/>
      <w:r w:rsidRPr="00C86A0D">
        <w:rPr>
          <w:rFonts w:ascii="Sylfaen" w:hAnsi="Sylfaen" w:cs="Sylfaen"/>
          <w:sz w:val="18"/>
          <w:szCs w:val="18"/>
        </w:rPr>
        <w:t>ვერ</w:t>
      </w:r>
      <w:proofErr w:type="spellEnd"/>
      <w:r w:rsidRPr="00C86A0D">
        <w:rPr>
          <w:rFonts w:cstheme="majorHAnsi"/>
          <w:sz w:val="18"/>
          <w:szCs w:val="18"/>
        </w:rPr>
        <w:t xml:space="preserve"> </w:t>
      </w:r>
      <w:proofErr w:type="spellStart"/>
      <w:r w:rsidRPr="00C86A0D">
        <w:rPr>
          <w:rFonts w:ascii="Sylfaen" w:hAnsi="Sylfaen" w:cs="Sylfaen"/>
          <w:sz w:val="18"/>
          <w:szCs w:val="18"/>
        </w:rPr>
        <w:t>უზრუნველყოფს</w:t>
      </w:r>
      <w:proofErr w:type="spellEnd"/>
      <w:r w:rsidRPr="00C86A0D">
        <w:rPr>
          <w:rFonts w:cstheme="majorHAnsi"/>
          <w:sz w:val="18"/>
          <w:szCs w:val="18"/>
        </w:rPr>
        <w:t xml:space="preserve"> </w:t>
      </w:r>
      <w:proofErr w:type="spellStart"/>
      <w:r w:rsidRPr="00C86A0D">
        <w:rPr>
          <w:rFonts w:ascii="Sylfaen" w:hAnsi="Sylfaen" w:cs="Sylfaen"/>
          <w:sz w:val="18"/>
          <w:szCs w:val="18"/>
        </w:rPr>
        <w:t>საანგარიშო</w:t>
      </w:r>
      <w:proofErr w:type="spellEnd"/>
      <w:r w:rsidRPr="00C86A0D">
        <w:rPr>
          <w:rFonts w:cstheme="majorHAnsi"/>
          <w:sz w:val="18"/>
          <w:szCs w:val="18"/>
        </w:rPr>
        <w:t xml:space="preserve"> </w:t>
      </w:r>
      <w:proofErr w:type="spellStart"/>
      <w:r w:rsidRPr="00C86A0D">
        <w:rPr>
          <w:rFonts w:ascii="Sylfaen" w:hAnsi="Sylfaen" w:cs="Sylfaen"/>
          <w:sz w:val="18"/>
          <w:szCs w:val="18"/>
        </w:rPr>
        <w:t>პერიოდისათვის</w:t>
      </w:r>
      <w:proofErr w:type="spellEnd"/>
      <w:r w:rsidRPr="00C86A0D">
        <w:rPr>
          <w:rFonts w:cstheme="majorHAnsi"/>
          <w:sz w:val="18"/>
          <w:szCs w:val="18"/>
        </w:rPr>
        <w:t xml:space="preserve"> </w:t>
      </w:r>
      <w:proofErr w:type="spellStart"/>
      <w:r w:rsidRPr="00C86A0D">
        <w:rPr>
          <w:rFonts w:ascii="Sylfaen" w:hAnsi="Sylfaen" w:cs="Sylfaen"/>
          <w:sz w:val="18"/>
          <w:szCs w:val="18"/>
        </w:rPr>
        <w:t>არსებული</w:t>
      </w:r>
      <w:proofErr w:type="spellEnd"/>
      <w:r w:rsidRPr="00C86A0D">
        <w:rPr>
          <w:rFonts w:cstheme="majorHAnsi"/>
          <w:sz w:val="18"/>
          <w:szCs w:val="18"/>
        </w:rPr>
        <w:t xml:space="preserve"> </w:t>
      </w:r>
      <w:proofErr w:type="spellStart"/>
      <w:r w:rsidRPr="00C86A0D">
        <w:rPr>
          <w:rFonts w:ascii="Sylfaen" w:hAnsi="Sylfaen" w:cs="Sylfaen"/>
          <w:sz w:val="18"/>
          <w:szCs w:val="18"/>
        </w:rPr>
        <w:t>დავალიანების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სრულად</w:t>
      </w:r>
      <w:proofErr w:type="spellEnd"/>
      <w:r w:rsidRPr="00C86A0D">
        <w:rPr>
          <w:rFonts w:cstheme="majorHAnsi"/>
          <w:sz w:val="18"/>
          <w:szCs w:val="18"/>
        </w:rPr>
        <w:t xml:space="preserve"> </w:t>
      </w:r>
      <w:proofErr w:type="spellStart"/>
      <w:r w:rsidRPr="00C86A0D">
        <w:rPr>
          <w:rFonts w:ascii="Sylfaen" w:hAnsi="Sylfaen" w:cs="Sylfaen"/>
          <w:sz w:val="18"/>
          <w:szCs w:val="18"/>
        </w:rPr>
        <w:t>დაფარვას</w:t>
      </w:r>
      <w:proofErr w:type="spellEnd"/>
      <w:r w:rsidRPr="00C86A0D">
        <w:rPr>
          <w:rFonts w:cstheme="majorHAnsi"/>
          <w:sz w:val="18"/>
          <w:szCs w:val="18"/>
        </w:rPr>
        <w:t xml:space="preserve">, </w:t>
      </w:r>
      <w:r w:rsidR="00D36BEA">
        <w:rPr>
          <w:rFonts w:ascii="Sylfaen" w:hAnsi="Sylfaen" w:cs="Sylfaen"/>
          <w:sz w:val="18"/>
          <w:szCs w:val="18"/>
          <w:lang w:val="ka-GE"/>
        </w:rPr>
        <w:t>მენარდე</w:t>
      </w:r>
      <w:r w:rsidRPr="00C86A0D">
        <w:rPr>
          <w:rFonts w:cstheme="majorHAnsi"/>
          <w:sz w:val="18"/>
          <w:szCs w:val="18"/>
        </w:rPr>
        <w:t xml:space="preserve"> </w:t>
      </w:r>
      <w:proofErr w:type="spellStart"/>
      <w:r w:rsidRPr="00C86A0D">
        <w:rPr>
          <w:rFonts w:ascii="Sylfaen" w:hAnsi="Sylfaen" w:cs="Sylfaen"/>
          <w:sz w:val="18"/>
          <w:szCs w:val="18"/>
        </w:rPr>
        <w:t>უფლებამოსილია</w:t>
      </w:r>
      <w:proofErr w:type="spellEnd"/>
      <w:r w:rsidRPr="00C86A0D">
        <w:rPr>
          <w:rFonts w:cstheme="majorHAnsi"/>
          <w:sz w:val="18"/>
          <w:szCs w:val="18"/>
        </w:rPr>
        <w:t xml:space="preserve"> </w:t>
      </w:r>
      <w:proofErr w:type="spellStart"/>
      <w:r w:rsidRPr="00C86A0D">
        <w:rPr>
          <w:rFonts w:ascii="Sylfaen" w:hAnsi="Sylfaen" w:cs="Sylfaen"/>
          <w:sz w:val="18"/>
          <w:szCs w:val="18"/>
        </w:rPr>
        <w:t>დამკვეთთან</w:t>
      </w:r>
      <w:proofErr w:type="spellEnd"/>
      <w:r w:rsidRPr="00C86A0D">
        <w:rPr>
          <w:rFonts w:cstheme="majorHAnsi"/>
          <w:sz w:val="18"/>
          <w:szCs w:val="18"/>
        </w:rPr>
        <w:t xml:space="preserve"> </w:t>
      </w:r>
      <w:proofErr w:type="spellStart"/>
      <w:r w:rsidRPr="00C86A0D">
        <w:rPr>
          <w:rFonts w:ascii="Sylfaen" w:hAnsi="Sylfaen" w:cs="Sylfaen"/>
          <w:sz w:val="18"/>
          <w:szCs w:val="18"/>
        </w:rPr>
        <w:t>შეთანხმების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გარეშე</w:t>
      </w:r>
      <w:proofErr w:type="spellEnd"/>
      <w:r w:rsidRPr="00C86A0D">
        <w:rPr>
          <w:rFonts w:cstheme="majorHAnsi"/>
          <w:sz w:val="18"/>
          <w:szCs w:val="18"/>
        </w:rPr>
        <w:t xml:space="preserve"> </w:t>
      </w:r>
      <w:proofErr w:type="spellStart"/>
      <w:r w:rsidRPr="00C86A0D">
        <w:rPr>
          <w:rFonts w:ascii="Sylfaen" w:hAnsi="Sylfaen" w:cs="Sylfaen"/>
          <w:sz w:val="18"/>
          <w:szCs w:val="18"/>
        </w:rPr>
        <w:t>შეაჩეროს</w:t>
      </w:r>
      <w:proofErr w:type="spellEnd"/>
      <w:r w:rsidRPr="00C86A0D">
        <w:rPr>
          <w:rFonts w:cstheme="majorHAnsi"/>
          <w:sz w:val="18"/>
          <w:szCs w:val="18"/>
        </w:rPr>
        <w:t xml:space="preserve"> </w:t>
      </w:r>
      <w:proofErr w:type="spellStart"/>
      <w:r w:rsidRPr="00C86A0D">
        <w:rPr>
          <w:rFonts w:ascii="Sylfaen" w:hAnsi="Sylfaen" w:cs="Sylfaen"/>
          <w:sz w:val="18"/>
          <w:szCs w:val="18"/>
        </w:rPr>
        <w:t>ობიექტზე</w:t>
      </w:r>
      <w:proofErr w:type="spellEnd"/>
      <w:r w:rsidRPr="00C86A0D">
        <w:rPr>
          <w:rFonts w:cstheme="majorHAnsi"/>
          <w:sz w:val="18"/>
          <w:szCs w:val="18"/>
        </w:rPr>
        <w:t xml:space="preserve"> </w:t>
      </w:r>
      <w:proofErr w:type="spellStart"/>
      <w:r w:rsidRPr="00C86A0D">
        <w:rPr>
          <w:rFonts w:ascii="Sylfaen" w:hAnsi="Sylfaen" w:cs="Sylfaen"/>
          <w:sz w:val="18"/>
          <w:szCs w:val="18"/>
        </w:rPr>
        <w:t>მიმდინარე</w:t>
      </w:r>
      <w:proofErr w:type="spellEnd"/>
      <w:r w:rsidRPr="00C86A0D">
        <w:rPr>
          <w:rFonts w:cstheme="majorHAnsi"/>
          <w:sz w:val="18"/>
          <w:szCs w:val="18"/>
        </w:rPr>
        <w:t xml:space="preserve"> </w:t>
      </w:r>
      <w:proofErr w:type="spellStart"/>
      <w:r w:rsidRPr="00C86A0D">
        <w:rPr>
          <w:rFonts w:ascii="Sylfaen" w:hAnsi="Sylfaen" w:cs="Sylfaen"/>
          <w:sz w:val="18"/>
          <w:szCs w:val="18"/>
        </w:rPr>
        <w:t>სამუშაოების</w:t>
      </w:r>
      <w:proofErr w:type="spellEnd"/>
      <w:r w:rsidRPr="00C86A0D">
        <w:rPr>
          <w:rFonts w:cstheme="majorHAnsi"/>
          <w:sz w:val="18"/>
          <w:szCs w:val="18"/>
        </w:rPr>
        <w:t xml:space="preserve"> </w:t>
      </w:r>
      <w:proofErr w:type="spellStart"/>
      <w:r w:rsidRPr="00C86A0D">
        <w:rPr>
          <w:rFonts w:ascii="Sylfaen" w:hAnsi="Sylfaen" w:cs="Sylfaen"/>
          <w:sz w:val="18"/>
          <w:szCs w:val="18"/>
        </w:rPr>
        <w:lastRenderedPageBreak/>
        <w:t>წარმოება</w:t>
      </w:r>
      <w:proofErr w:type="spellEnd"/>
      <w:r w:rsidRPr="00C86A0D">
        <w:rPr>
          <w:rFonts w:cstheme="majorHAnsi"/>
          <w:sz w:val="18"/>
          <w:szCs w:val="18"/>
        </w:rPr>
        <w:t xml:space="preserve"> </w:t>
      </w:r>
      <w:proofErr w:type="spellStart"/>
      <w:r w:rsidRPr="00C86A0D">
        <w:rPr>
          <w:rFonts w:ascii="Sylfaen" w:hAnsi="Sylfaen" w:cs="Sylfaen"/>
          <w:sz w:val="18"/>
          <w:szCs w:val="18"/>
        </w:rPr>
        <w:t>არსებული</w:t>
      </w:r>
      <w:proofErr w:type="spellEnd"/>
      <w:r w:rsidRPr="00C86A0D">
        <w:rPr>
          <w:rFonts w:cstheme="majorHAnsi"/>
          <w:sz w:val="18"/>
          <w:szCs w:val="18"/>
        </w:rPr>
        <w:t xml:space="preserve"> </w:t>
      </w:r>
      <w:proofErr w:type="spellStart"/>
      <w:r w:rsidRPr="00C86A0D">
        <w:rPr>
          <w:rFonts w:ascii="Sylfaen" w:hAnsi="Sylfaen" w:cs="Sylfaen"/>
          <w:sz w:val="18"/>
          <w:szCs w:val="18"/>
        </w:rPr>
        <w:t>დავალიანების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დაფარვამდე</w:t>
      </w:r>
      <w:proofErr w:type="spellEnd"/>
      <w:r w:rsidRPr="00C86A0D">
        <w:rPr>
          <w:rFonts w:cstheme="majorHAnsi"/>
          <w:sz w:val="18"/>
          <w:szCs w:val="18"/>
        </w:rPr>
        <w:t xml:space="preserve">, </w:t>
      </w:r>
      <w:proofErr w:type="spellStart"/>
      <w:r w:rsidRPr="00C86A0D">
        <w:rPr>
          <w:rFonts w:ascii="Sylfaen" w:hAnsi="Sylfaen" w:cs="Sylfaen"/>
          <w:sz w:val="18"/>
          <w:szCs w:val="18"/>
        </w:rPr>
        <w:t>ან</w:t>
      </w:r>
      <w:proofErr w:type="spellEnd"/>
      <w:r w:rsidRPr="00C86A0D">
        <w:rPr>
          <w:rFonts w:cstheme="majorHAnsi"/>
          <w:sz w:val="18"/>
          <w:szCs w:val="18"/>
        </w:rPr>
        <w:t xml:space="preserve"> </w:t>
      </w:r>
      <w:proofErr w:type="spellStart"/>
      <w:r w:rsidRPr="00C86A0D">
        <w:rPr>
          <w:rFonts w:ascii="Sylfaen" w:hAnsi="Sylfaen" w:cs="Sylfaen"/>
          <w:sz w:val="18"/>
          <w:szCs w:val="18"/>
        </w:rPr>
        <w:t>გააგრძელოს</w:t>
      </w:r>
      <w:proofErr w:type="spellEnd"/>
      <w:r w:rsidRPr="00C86A0D">
        <w:rPr>
          <w:rFonts w:cstheme="majorHAnsi"/>
          <w:sz w:val="18"/>
          <w:szCs w:val="18"/>
        </w:rPr>
        <w:t xml:space="preserve"> </w:t>
      </w:r>
      <w:proofErr w:type="spellStart"/>
      <w:r w:rsidRPr="00C86A0D">
        <w:rPr>
          <w:rFonts w:ascii="Sylfaen" w:hAnsi="Sylfaen" w:cs="Sylfaen"/>
          <w:sz w:val="18"/>
          <w:szCs w:val="18"/>
        </w:rPr>
        <w:t>სამუშაოების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წარმოება</w:t>
      </w:r>
      <w:proofErr w:type="spellEnd"/>
      <w:r w:rsidRPr="00C86A0D">
        <w:rPr>
          <w:rFonts w:cstheme="majorHAnsi"/>
          <w:sz w:val="18"/>
          <w:szCs w:val="18"/>
        </w:rPr>
        <w:t xml:space="preserve"> </w:t>
      </w:r>
      <w:proofErr w:type="spellStart"/>
      <w:r w:rsidRPr="00C86A0D">
        <w:rPr>
          <w:rFonts w:ascii="Sylfaen" w:hAnsi="Sylfaen" w:cs="Sylfaen"/>
          <w:sz w:val="18"/>
          <w:szCs w:val="18"/>
        </w:rPr>
        <w:t>საკუთარი</w:t>
      </w:r>
      <w:proofErr w:type="spellEnd"/>
      <w:r w:rsidRPr="00C86A0D">
        <w:rPr>
          <w:rFonts w:cstheme="majorHAnsi"/>
          <w:sz w:val="18"/>
          <w:szCs w:val="18"/>
        </w:rPr>
        <w:t xml:space="preserve"> </w:t>
      </w:r>
      <w:proofErr w:type="spellStart"/>
      <w:r w:rsidRPr="00C86A0D">
        <w:rPr>
          <w:rFonts w:ascii="Sylfaen" w:hAnsi="Sylfaen" w:cs="Sylfaen"/>
          <w:sz w:val="18"/>
          <w:szCs w:val="18"/>
        </w:rPr>
        <w:t>შეხედულებისამებრ</w:t>
      </w:r>
      <w:proofErr w:type="spellEnd"/>
      <w:r w:rsidRPr="00C86A0D">
        <w:rPr>
          <w:rFonts w:cstheme="majorHAnsi"/>
          <w:sz w:val="18"/>
          <w:szCs w:val="18"/>
        </w:rPr>
        <w:t>.</w:t>
      </w:r>
      <w:r w:rsidR="00A3072E">
        <w:rPr>
          <w:rFonts w:cstheme="majorHAnsi"/>
          <w:sz w:val="18"/>
          <w:szCs w:val="18"/>
        </w:rPr>
        <w:t xml:space="preserve"> </w:t>
      </w:r>
      <w:r w:rsidR="00D36BEA">
        <w:rPr>
          <w:rFonts w:ascii="Sylfaen" w:hAnsi="Sylfaen" w:cs="Sylfaen"/>
          <w:sz w:val="18"/>
          <w:szCs w:val="18"/>
          <w:lang w:val="ka-GE"/>
        </w:rPr>
        <w:t>მენარდე</w:t>
      </w:r>
      <w:r w:rsidRPr="00C86A0D">
        <w:rPr>
          <w:rFonts w:cstheme="majorHAnsi"/>
          <w:sz w:val="18"/>
          <w:szCs w:val="18"/>
        </w:rPr>
        <w:t xml:space="preserve"> </w:t>
      </w:r>
      <w:proofErr w:type="spellStart"/>
      <w:r w:rsidRPr="00C86A0D">
        <w:rPr>
          <w:rFonts w:ascii="Sylfaen" w:hAnsi="Sylfaen" w:cs="Sylfaen"/>
          <w:sz w:val="18"/>
          <w:szCs w:val="18"/>
        </w:rPr>
        <w:t>ვალდებულია</w:t>
      </w:r>
      <w:proofErr w:type="spellEnd"/>
      <w:r w:rsidRPr="00C86A0D">
        <w:rPr>
          <w:rFonts w:cstheme="majorHAnsi"/>
          <w:sz w:val="18"/>
          <w:szCs w:val="18"/>
        </w:rPr>
        <w:t xml:space="preserve">, </w:t>
      </w:r>
      <w:proofErr w:type="spellStart"/>
      <w:r w:rsidRPr="00C86A0D">
        <w:rPr>
          <w:rFonts w:ascii="Sylfaen" w:hAnsi="Sylfaen" w:cs="Sylfaen"/>
          <w:sz w:val="18"/>
          <w:szCs w:val="18"/>
        </w:rPr>
        <w:t>დამკვეთის</w:t>
      </w:r>
      <w:proofErr w:type="spellEnd"/>
      <w:r w:rsidRPr="00C86A0D">
        <w:rPr>
          <w:rFonts w:cstheme="majorHAnsi"/>
          <w:sz w:val="18"/>
          <w:szCs w:val="18"/>
        </w:rPr>
        <w:t xml:space="preserve"> </w:t>
      </w:r>
      <w:proofErr w:type="spellStart"/>
      <w:r w:rsidRPr="00C86A0D">
        <w:rPr>
          <w:rFonts w:ascii="Sylfaen" w:hAnsi="Sylfaen" w:cs="Sylfaen"/>
          <w:sz w:val="18"/>
          <w:szCs w:val="18"/>
        </w:rPr>
        <w:t>მიერ</w:t>
      </w:r>
      <w:proofErr w:type="spellEnd"/>
      <w:r w:rsidRPr="00C86A0D">
        <w:rPr>
          <w:rFonts w:cstheme="majorHAnsi"/>
          <w:sz w:val="18"/>
          <w:szCs w:val="18"/>
        </w:rPr>
        <w:t xml:space="preserve"> </w:t>
      </w:r>
      <w:proofErr w:type="spellStart"/>
      <w:r w:rsidRPr="00C86A0D">
        <w:rPr>
          <w:rFonts w:ascii="Sylfaen" w:hAnsi="Sylfaen" w:cs="Sylfaen"/>
          <w:sz w:val="18"/>
          <w:szCs w:val="18"/>
        </w:rPr>
        <w:t>დავალიანების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დაფარვიდან</w:t>
      </w:r>
      <w:proofErr w:type="spellEnd"/>
      <w:r w:rsidRPr="00C86A0D">
        <w:rPr>
          <w:rFonts w:cstheme="majorHAnsi"/>
          <w:sz w:val="18"/>
          <w:szCs w:val="18"/>
        </w:rPr>
        <w:t xml:space="preserve"> </w:t>
      </w:r>
      <w:proofErr w:type="spellStart"/>
      <w:r w:rsidRPr="00C86A0D">
        <w:rPr>
          <w:rFonts w:ascii="Sylfaen" w:hAnsi="Sylfaen" w:cs="Sylfaen"/>
          <w:sz w:val="18"/>
          <w:szCs w:val="18"/>
        </w:rPr>
        <w:t>არაუგვიანეს</w:t>
      </w:r>
      <w:proofErr w:type="spellEnd"/>
      <w:r w:rsidR="00D36BEA">
        <w:rPr>
          <w:rFonts w:cstheme="majorHAnsi"/>
          <w:sz w:val="18"/>
          <w:szCs w:val="18"/>
        </w:rPr>
        <w:t xml:space="preserve"> 5 </w:t>
      </w:r>
      <w:r w:rsidR="00D36BEA">
        <w:rPr>
          <w:rFonts w:ascii="Sylfaen" w:hAnsi="Sylfaen" w:cstheme="majorHAnsi"/>
          <w:sz w:val="18"/>
          <w:szCs w:val="18"/>
          <w:lang w:val="ka-GE"/>
        </w:rPr>
        <w:t>(</w:t>
      </w:r>
      <w:proofErr w:type="spellStart"/>
      <w:r w:rsidRPr="00C86A0D">
        <w:rPr>
          <w:rFonts w:ascii="Sylfaen" w:hAnsi="Sylfaen" w:cs="Sylfaen"/>
          <w:sz w:val="18"/>
          <w:szCs w:val="18"/>
        </w:rPr>
        <w:t>ხუთი</w:t>
      </w:r>
      <w:proofErr w:type="spellEnd"/>
      <w:r w:rsidR="00D36BEA">
        <w:rPr>
          <w:rFonts w:ascii="Sylfaen" w:hAnsi="Sylfaen" w:cstheme="majorHAnsi"/>
          <w:sz w:val="18"/>
          <w:szCs w:val="18"/>
          <w:lang w:val="ka-GE"/>
        </w:rPr>
        <w:t>)</w:t>
      </w:r>
      <w:r w:rsidRPr="00C86A0D">
        <w:rPr>
          <w:rFonts w:cstheme="majorHAnsi"/>
          <w:sz w:val="18"/>
          <w:szCs w:val="18"/>
        </w:rPr>
        <w:t xml:space="preserve"> </w:t>
      </w:r>
      <w:proofErr w:type="spellStart"/>
      <w:r w:rsidRPr="00C86A0D">
        <w:rPr>
          <w:rFonts w:ascii="Sylfaen" w:hAnsi="Sylfaen" w:cs="Sylfaen"/>
          <w:sz w:val="18"/>
          <w:szCs w:val="18"/>
        </w:rPr>
        <w:t>სამუშაო</w:t>
      </w:r>
      <w:proofErr w:type="spellEnd"/>
      <w:r w:rsidRPr="00C86A0D">
        <w:rPr>
          <w:rFonts w:cstheme="majorHAnsi"/>
          <w:sz w:val="18"/>
          <w:szCs w:val="18"/>
        </w:rPr>
        <w:t xml:space="preserve"> </w:t>
      </w:r>
      <w:proofErr w:type="spellStart"/>
      <w:r w:rsidRPr="00C86A0D">
        <w:rPr>
          <w:rFonts w:ascii="Sylfaen" w:hAnsi="Sylfaen" w:cs="Sylfaen"/>
          <w:sz w:val="18"/>
          <w:szCs w:val="18"/>
        </w:rPr>
        <w:t>დღის</w:t>
      </w:r>
      <w:proofErr w:type="spellEnd"/>
      <w:r w:rsidRPr="00C86A0D">
        <w:rPr>
          <w:rFonts w:cstheme="majorHAnsi"/>
          <w:sz w:val="18"/>
          <w:szCs w:val="18"/>
        </w:rPr>
        <w:t xml:space="preserve"> </w:t>
      </w:r>
      <w:proofErr w:type="spellStart"/>
      <w:r w:rsidRPr="00C86A0D">
        <w:rPr>
          <w:rFonts w:ascii="Sylfaen" w:hAnsi="Sylfaen" w:cs="Sylfaen"/>
          <w:sz w:val="18"/>
          <w:szCs w:val="18"/>
        </w:rPr>
        <w:t>ვადაში</w:t>
      </w:r>
      <w:proofErr w:type="spellEnd"/>
      <w:r w:rsidRPr="00C86A0D">
        <w:rPr>
          <w:rFonts w:cstheme="majorHAnsi"/>
          <w:sz w:val="18"/>
          <w:szCs w:val="18"/>
        </w:rPr>
        <w:t xml:space="preserve"> </w:t>
      </w:r>
      <w:proofErr w:type="spellStart"/>
      <w:r w:rsidRPr="00C86A0D">
        <w:rPr>
          <w:rFonts w:ascii="Sylfaen" w:hAnsi="Sylfaen" w:cs="Sylfaen"/>
          <w:sz w:val="18"/>
          <w:szCs w:val="18"/>
        </w:rPr>
        <w:t>გააგრძელოს</w:t>
      </w:r>
      <w:proofErr w:type="spellEnd"/>
      <w:r w:rsidRPr="00C86A0D">
        <w:rPr>
          <w:rFonts w:cstheme="majorHAnsi"/>
          <w:sz w:val="18"/>
          <w:szCs w:val="18"/>
        </w:rPr>
        <w:t xml:space="preserve"> </w:t>
      </w:r>
      <w:proofErr w:type="spellStart"/>
      <w:r w:rsidRPr="00C86A0D">
        <w:rPr>
          <w:rFonts w:ascii="Sylfaen" w:hAnsi="Sylfaen" w:cs="Sylfaen"/>
          <w:sz w:val="18"/>
          <w:szCs w:val="18"/>
        </w:rPr>
        <w:t>შეჩერებული</w:t>
      </w:r>
      <w:proofErr w:type="spellEnd"/>
      <w:r w:rsidRPr="00C86A0D">
        <w:rPr>
          <w:rFonts w:cstheme="majorHAnsi"/>
          <w:sz w:val="18"/>
          <w:szCs w:val="18"/>
        </w:rPr>
        <w:t xml:space="preserve"> </w:t>
      </w:r>
      <w:proofErr w:type="spellStart"/>
      <w:r w:rsidRPr="00C86A0D">
        <w:rPr>
          <w:rFonts w:ascii="Sylfaen" w:hAnsi="Sylfaen" w:cs="Sylfaen"/>
          <w:sz w:val="18"/>
          <w:szCs w:val="18"/>
        </w:rPr>
        <w:t>სამუშაოები</w:t>
      </w:r>
      <w:proofErr w:type="spellEnd"/>
      <w:r w:rsidRPr="00C86A0D">
        <w:rPr>
          <w:rFonts w:cstheme="majorHAnsi"/>
          <w:sz w:val="18"/>
          <w:szCs w:val="18"/>
        </w:rPr>
        <w:t xml:space="preserve"> </w:t>
      </w:r>
      <w:proofErr w:type="spellStart"/>
      <w:r w:rsidRPr="00C86A0D">
        <w:rPr>
          <w:rFonts w:ascii="Sylfaen" w:hAnsi="Sylfaen" w:cs="Sylfaen"/>
          <w:sz w:val="18"/>
          <w:szCs w:val="18"/>
        </w:rPr>
        <w:t>და</w:t>
      </w:r>
      <w:proofErr w:type="spellEnd"/>
      <w:r w:rsidRPr="00C86A0D">
        <w:rPr>
          <w:rFonts w:cstheme="majorHAnsi"/>
          <w:sz w:val="18"/>
          <w:szCs w:val="18"/>
        </w:rPr>
        <w:t xml:space="preserve"> </w:t>
      </w:r>
      <w:proofErr w:type="spellStart"/>
      <w:r w:rsidRPr="00C86A0D">
        <w:rPr>
          <w:rFonts w:ascii="Sylfaen" w:hAnsi="Sylfaen" w:cs="Sylfaen"/>
          <w:sz w:val="18"/>
          <w:szCs w:val="18"/>
        </w:rPr>
        <w:t>განაახლოს</w:t>
      </w:r>
      <w:proofErr w:type="spellEnd"/>
      <w:r w:rsidRPr="00C86A0D">
        <w:rPr>
          <w:rFonts w:cstheme="majorHAnsi"/>
          <w:sz w:val="18"/>
          <w:szCs w:val="18"/>
        </w:rPr>
        <w:t xml:space="preserve"> </w:t>
      </w:r>
      <w:proofErr w:type="spellStart"/>
      <w:r w:rsidRPr="00C86A0D">
        <w:rPr>
          <w:rFonts w:ascii="Sylfaen" w:hAnsi="Sylfaen" w:cs="Sylfaen"/>
          <w:sz w:val="18"/>
          <w:szCs w:val="18"/>
        </w:rPr>
        <w:t>სამუშაოების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წარმოების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გრაფიკი</w:t>
      </w:r>
      <w:proofErr w:type="spellEnd"/>
      <w:r w:rsidR="00D36BEA">
        <w:rPr>
          <w:rFonts w:cstheme="majorHAnsi"/>
          <w:sz w:val="18"/>
          <w:szCs w:val="18"/>
        </w:rPr>
        <w:t>.</w:t>
      </w:r>
    </w:p>
    <w:p w14:paraId="1C7235B5" w14:textId="581B4794" w:rsidR="004B6084" w:rsidRPr="00C86A0D" w:rsidRDefault="00A74260" w:rsidP="00185C20">
      <w:pPr>
        <w:pStyle w:val="ListParagraph"/>
        <w:numPr>
          <w:ilvl w:val="2"/>
          <w:numId w:val="13"/>
        </w:numPr>
        <w:jc w:val="both"/>
        <w:rPr>
          <w:rFonts w:cstheme="majorHAnsi"/>
          <w:sz w:val="18"/>
          <w:szCs w:val="18"/>
        </w:rPr>
      </w:pPr>
      <w:proofErr w:type="spellStart"/>
      <w:r w:rsidRPr="00C86A0D">
        <w:rPr>
          <w:rFonts w:ascii="Sylfaen" w:hAnsi="Sylfaen" w:cs="Sylfaen"/>
          <w:sz w:val="18"/>
          <w:szCs w:val="18"/>
        </w:rPr>
        <w:t>იმ</w:t>
      </w:r>
      <w:proofErr w:type="spellEnd"/>
      <w:r w:rsidRPr="00C86A0D">
        <w:rPr>
          <w:rFonts w:cstheme="majorHAnsi"/>
          <w:sz w:val="18"/>
          <w:szCs w:val="18"/>
        </w:rPr>
        <w:t xml:space="preserve"> </w:t>
      </w:r>
      <w:proofErr w:type="spellStart"/>
      <w:r w:rsidRPr="00C86A0D">
        <w:rPr>
          <w:rFonts w:ascii="Sylfaen" w:hAnsi="Sylfaen" w:cs="Sylfaen"/>
          <w:sz w:val="18"/>
          <w:szCs w:val="18"/>
        </w:rPr>
        <w:t>შემთხვევაში</w:t>
      </w:r>
      <w:proofErr w:type="spellEnd"/>
      <w:r w:rsidRPr="00C86A0D">
        <w:rPr>
          <w:rFonts w:cstheme="majorHAnsi"/>
          <w:sz w:val="18"/>
          <w:szCs w:val="18"/>
        </w:rPr>
        <w:t xml:space="preserve">, </w:t>
      </w:r>
      <w:proofErr w:type="spellStart"/>
      <w:r w:rsidRPr="00C86A0D">
        <w:rPr>
          <w:rFonts w:ascii="Sylfaen" w:hAnsi="Sylfaen" w:cs="Sylfaen"/>
          <w:sz w:val="18"/>
          <w:szCs w:val="18"/>
        </w:rPr>
        <w:t>თუ</w:t>
      </w:r>
      <w:proofErr w:type="spellEnd"/>
      <w:r w:rsidRPr="00C86A0D">
        <w:rPr>
          <w:rFonts w:cstheme="majorHAnsi"/>
          <w:sz w:val="18"/>
          <w:szCs w:val="18"/>
        </w:rPr>
        <w:t xml:space="preserve"> </w:t>
      </w:r>
      <w:r w:rsidR="00D36BEA">
        <w:rPr>
          <w:rFonts w:ascii="Sylfaen" w:hAnsi="Sylfaen" w:cs="Sylfaen"/>
          <w:sz w:val="18"/>
          <w:szCs w:val="18"/>
          <w:lang w:val="ka-GE"/>
        </w:rPr>
        <w:t>მენარდე</w:t>
      </w:r>
      <w:r w:rsidRPr="00C86A0D">
        <w:rPr>
          <w:rFonts w:cstheme="majorHAnsi"/>
          <w:sz w:val="18"/>
          <w:szCs w:val="18"/>
        </w:rPr>
        <w:t xml:space="preserve"> </w:t>
      </w:r>
      <w:proofErr w:type="spellStart"/>
      <w:r w:rsidRPr="00C86A0D">
        <w:rPr>
          <w:rFonts w:ascii="Sylfaen" w:hAnsi="Sylfaen" w:cs="Sylfaen"/>
          <w:sz w:val="18"/>
          <w:szCs w:val="18"/>
        </w:rPr>
        <w:t>არ</w:t>
      </w:r>
      <w:proofErr w:type="spellEnd"/>
      <w:r w:rsidRPr="00C86A0D">
        <w:rPr>
          <w:rFonts w:cstheme="majorHAnsi"/>
          <w:sz w:val="18"/>
          <w:szCs w:val="18"/>
        </w:rPr>
        <w:t xml:space="preserve"> </w:t>
      </w:r>
      <w:proofErr w:type="spellStart"/>
      <w:r w:rsidRPr="00C86A0D">
        <w:rPr>
          <w:rFonts w:ascii="Sylfaen" w:hAnsi="Sylfaen" w:cs="Sylfaen"/>
          <w:sz w:val="18"/>
          <w:szCs w:val="18"/>
        </w:rPr>
        <w:t>გამოიყენებს</w:t>
      </w:r>
      <w:proofErr w:type="spellEnd"/>
      <w:r w:rsidRPr="00C86A0D">
        <w:rPr>
          <w:rFonts w:cstheme="majorHAnsi"/>
          <w:sz w:val="18"/>
          <w:szCs w:val="18"/>
        </w:rPr>
        <w:t xml:space="preserve"> 4.4.1. </w:t>
      </w:r>
      <w:proofErr w:type="spellStart"/>
      <w:r w:rsidRPr="00C86A0D">
        <w:rPr>
          <w:rFonts w:ascii="Sylfaen" w:hAnsi="Sylfaen" w:cs="Sylfaen"/>
          <w:sz w:val="18"/>
          <w:szCs w:val="18"/>
        </w:rPr>
        <w:t>მუხლში</w:t>
      </w:r>
      <w:proofErr w:type="spellEnd"/>
      <w:r w:rsidRPr="00C86A0D">
        <w:rPr>
          <w:rFonts w:cstheme="majorHAnsi"/>
          <w:sz w:val="18"/>
          <w:szCs w:val="18"/>
        </w:rPr>
        <w:t xml:space="preserve"> </w:t>
      </w:r>
      <w:proofErr w:type="spellStart"/>
      <w:r w:rsidRPr="00C86A0D">
        <w:rPr>
          <w:rFonts w:ascii="Sylfaen" w:hAnsi="Sylfaen" w:cs="Sylfaen"/>
          <w:sz w:val="18"/>
          <w:szCs w:val="18"/>
        </w:rPr>
        <w:t>მითითებულ</w:t>
      </w:r>
      <w:proofErr w:type="spellEnd"/>
      <w:r w:rsidRPr="00C86A0D">
        <w:rPr>
          <w:rFonts w:cstheme="majorHAnsi"/>
          <w:sz w:val="18"/>
          <w:szCs w:val="18"/>
        </w:rPr>
        <w:t xml:space="preserve"> </w:t>
      </w:r>
      <w:proofErr w:type="spellStart"/>
      <w:r w:rsidRPr="00C86A0D">
        <w:rPr>
          <w:rFonts w:ascii="Sylfaen" w:hAnsi="Sylfaen" w:cs="Sylfaen"/>
          <w:sz w:val="18"/>
          <w:szCs w:val="18"/>
        </w:rPr>
        <w:t>უფლებას</w:t>
      </w:r>
      <w:proofErr w:type="spellEnd"/>
      <w:r w:rsidRPr="00C86A0D">
        <w:rPr>
          <w:rFonts w:cstheme="majorHAnsi"/>
          <w:sz w:val="18"/>
          <w:szCs w:val="18"/>
        </w:rPr>
        <w:t xml:space="preserve"> </w:t>
      </w:r>
      <w:proofErr w:type="spellStart"/>
      <w:r w:rsidRPr="00C86A0D">
        <w:rPr>
          <w:rFonts w:ascii="Sylfaen" w:hAnsi="Sylfaen" w:cs="Sylfaen"/>
          <w:sz w:val="18"/>
          <w:szCs w:val="18"/>
        </w:rPr>
        <w:t>ობიექტზე</w:t>
      </w:r>
      <w:proofErr w:type="spellEnd"/>
      <w:r w:rsidRPr="00C86A0D">
        <w:rPr>
          <w:rFonts w:cstheme="majorHAnsi"/>
          <w:sz w:val="18"/>
          <w:szCs w:val="18"/>
        </w:rPr>
        <w:t xml:space="preserve"> </w:t>
      </w:r>
      <w:proofErr w:type="spellStart"/>
      <w:r w:rsidRPr="00C86A0D">
        <w:rPr>
          <w:rFonts w:ascii="Sylfaen" w:hAnsi="Sylfaen" w:cs="Sylfaen"/>
          <w:sz w:val="18"/>
          <w:szCs w:val="18"/>
        </w:rPr>
        <w:t>მიმდინარე</w:t>
      </w:r>
      <w:proofErr w:type="spellEnd"/>
      <w:r w:rsidRPr="00C86A0D">
        <w:rPr>
          <w:rFonts w:cstheme="majorHAnsi"/>
          <w:sz w:val="18"/>
          <w:szCs w:val="18"/>
        </w:rPr>
        <w:t xml:space="preserve"> </w:t>
      </w:r>
      <w:proofErr w:type="spellStart"/>
      <w:r w:rsidRPr="00C86A0D">
        <w:rPr>
          <w:rFonts w:ascii="Sylfaen" w:hAnsi="Sylfaen" w:cs="Sylfaen"/>
          <w:sz w:val="18"/>
          <w:szCs w:val="18"/>
        </w:rPr>
        <w:t>სამუშაოების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შეჩერების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თაობაზე</w:t>
      </w:r>
      <w:proofErr w:type="spellEnd"/>
      <w:r w:rsidRPr="00C86A0D">
        <w:rPr>
          <w:rFonts w:cstheme="majorHAnsi"/>
          <w:sz w:val="18"/>
          <w:szCs w:val="18"/>
        </w:rPr>
        <w:t xml:space="preserve"> </w:t>
      </w:r>
      <w:proofErr w:type="spellStart"/>
      <w:r w:rsidRPr="00C86A0D">
        <w:rPr>
          <w:rFonts w:ascii="Sylfaen" w:hAnsi="Sylfaen" w:cs="Sylfaen"/>
          <w:sz w:val="18"/>
          <w:szCs w:val="18"/>
        </w:rPr>
        <w:t>და</w:t>
      </w:r>
      <w:proofErr w:type="spellEnd"/>
      <w:r w:rsidRPr="00C86A0D">
        <w:rPr>
          <w:rFonts w:cstheme="majorHAnsi"/>
          <w:sz w:val="18"/>
          <w:szCs w:val="18"/>
        </w:rPr>
        <w:t xml:space="preserve"> </w:t>
      </w:r>
      <w:proofErr w:type="spellStart"/>
      <w:r w:rsidRPr="00C86A0D">
        <w:rPr>
          <w:rFonts w:ascii="Sylfaen" w:hAnsi="Sylfaen" w:cs="Sylfaen"/>
          <w:sz w:val="18"/>
          <w:szCs w:val="18"/>
        </w:rPr>
        <w:t>გააგრძელებს</w:t>
      </w:r>
      <w:proofErr w:type="spellEnd"/>
      <w:r w:rsidRPr="00C86A0D">
        <w:rPr>
          <w:rFonts w:cstheme="majorHAnsi"/>
          <w:sz w:val="18"/>
          <w:szCs w:val="18"/>
        </w:rPr>
        <w:t xml:space="preserve"> </w:t>
      </w:r>
      <w:proofErr w:type="spellStart"/>
      <w:r w:rsidRPr="00C86A0D">
        <w:rPr>
          <w:rFonts w:ascii="Sylfaen" w:hAnsi="Sylfaen" w:cs="Sylfaen"/>
          <w:sz w:val="18"/>
          <w:szCs w:val="18"/>
        </w:rPr>
        <w:t>სამუშაოების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წარმოებას</w:t>
      </w:r>
      <w:proofErr w:type="spellEnd"/>
      <w:r w:rsidRPr="00C86A0D">
        <w:rPr>
          <w:rFonts w:cstheme="majorHAnsi"/>
          <w:sz w:val="18"/>
          <w:szCs w:val="18"/>
        </w:rPr>
        <w:t>,</w:t>
      </w:r>
      <w:r w:rsidR="00D36BEA">
        <w:rPr>
          <w:rFonts w:ascii="Sylfaen" w:hAnsi="Sylfaen" w:cstheme="majorHAnsi"/>
          <w:sz w:val="18"/>
          <w:szCs w:val="18"/>
          <w:lang w:val="ka-GE"/>
        </w:rPr>
        <w:t xml:space="preserve"> </w:t>
      </w:r>
      <w:proofErr w:type="spellStart"/>
      <w:r w:rsidRPr="00C86A0D">
        <w:rPr>
          <w:rFonts w:ascii="Sylfaen" w:hAnsi="Sylfaen" w:cs="Sylfaen"/>
          <w:sz w:val="18"/>
          <w:szCs w:val="18"/>
        </w:rPr>
        <w:t>ხელშეკრულების</w:t>
      </w:r>
      <w:proofErr w:type="spellEnd"/>
      <w:r w:rsidR="00D36BEA">
        <w:rPr>
          <w:rFonts w:ascii="Sylfaen" w:hAnsi="Sylfaen" w:cs="Sylfaen"/>
          <w:sz w:val="18"/>
          <w:szCs w:val="18"/>
          <w:lang w:val="ka-GE"/>
        </w:rPr>
        <w:t xml:space="preserve"> </w:t>
      </w:r>
      <w:r w:rsidR="00CF2402">
        <w:rPr>
          <w:rFonts w:ascii="Sylfaen" w:hAnsi="Sylfaen" w:cstheme="majorHAnsi"/>
          <w:sz w:val="18"/>
          <w:szCs w:val="18"/>
          <w:lang w:val="ka-GE"/>
        </w:rPr>
        <w:t>9</w:t>
      </w:r>
      <w:r w:rsidRPr="00C86A0D">
        <w:rPr>
          <w:rFonts w:cstheme="majorHAnsi"/>
          <w:sz w:val="18"/>
          <w:szCs w:val="18"/>
        </w:rPr>
        <w:t xml:space="preserve">.4. </w:t>
      </w:r>
      <w:proofErr w:type="spellStart"/>
      <w:r w:rsidRPr="00C86A0D">
        <w:rPr>
          <w:rFonts w:ascii="Sylfaen" w:hAnsi="Sylfaen" w:cs="Sylfaen"/>
          <w:sz w:val="18"/>
          <w:szCs w:val="18"/>
        </w:rPr>
        <w:t>მუხლში</w:t>
      </w:r>
      <w:proofErr w:type="spellEnd"/>
      <w:r w:rsidRPr="00C86A0D">
        <w:rPr>
          <w:rFonts w:cstheme="majorHAnsi"/>
          <w:sz w:val="18"/>
          <w:szCs w:val="18"/>
        </w:rPr>
        <w:t xml:space="preserve"> </w:t>
      </w:r>
      <w:proofErr w:type="spellStart"/>
      <w:r w:rsidRPr="00C86A0D">
        <w:rPr>
          <w:rFonts w:ascii="Sylfaen" w:hAnsi="Sylfaen" w:cs="Sylfaen"/>
          <w:sz w:val="18"/>
          <w:szCs w:val="18"/>
        </w:rPr>
        <w:t>მითითებული</w:t>
      </w:r>
      <w:proofErr w:type="spellEnd"/>
      <w:r w:rsidRPr="00C86A0D">
        <w:rPr>
          <w:rFonts w:cstheme="majorHAnsi"/>
          <w:sz w:val="18"/>
          <w:szCs w:val="18"/>
        </w:rPr>
        <w:t xml:space="preserve"> </w:t>
      </w:r>
      <w:proofErr w:type="spellStart"/>
      <w:r w:rsidRPr="00C86A0D">
        <w:rPr>
          <w:rFonts w:ascii="Sylfaen" w:hAnsi="Sylfaen" w:cs="Sylfaen"/>
          <w:sz w:val="18"/>
          <w:szCs w:val="18"/>
        </w:rPr>
        <w:t>ვადის</w:t>
      </w:r>
      <w:proofErr w:type="spellEnd"/>
      <w:r w:rsidRPr="00C86A0D">
        <w:rPr>
          <w:rFonts w:cstheme="majorHAnsi"/>
          <w:sz w:val="18"/>
          <w:szCs w:val="18"/>
        </w:rPr>
        <w:t xml:space="preserve"> - </w:t>
      </w:r>
      <w:r w:rsidR="00CF2402">
        <w:rPr>
          <w:rFonts w:ascii="Sylfaen" w:hAnsi="Sylfaen" w:cstheme="majorHAnsi"/>
          <w:sz w:val="18"/>
          <w:szCs w:val="18"/>
          <w:lang w:val="ka-GE"/>
        </w:rPr>
        <w:t>75</w:t>
      </w:r>
      <w:r w:rsidR="00D36BEA">
        <w:rPr>
          <w:rFonts w:cstheme="majorHAnsi"/>
          <w:sz w:val="18"/>
          <w:szCs w:val="18"/>
        </w:rPr>
        <w:t xml:space="preserve"> </w:t>
      </w:r>
      <w:r w:rsidR="00D36BEA">
        <w:rPr>
          <w:rFonts w:ascii="Sylfaen" w:hAnsi="Sylfaen" w:cstheme="majorHAnsi"/>
          <w:sz w:val="18"/>
          <w:szCs w:val="18"/>
          <w:lang w:val="ka-GE"/>
        </w:rPr>
        <w:t>(</w:t>
      </w:r>
      <w:r w:rsidR="00CF2402">
        <w:rPr>
          <w:rFonts w:ascii="Sylfaen" w:hAnsi="Sylfaen" w:cs="Sylfaen"/>
          <w:sz w:val="18"/>
          <w:szCs w:val="18"/>
          <w:lang w:val="ka-GE"/>
        </w:rPr>
        <w:t>სამოცდათხუთმეტი</w:t>
      </w:r>
      <w:r w:rsidR="00D36BEA">
        <w:rPr>
          <w:rFonts w:ascii="Sylfaen" w:hAnsi="Sylfaen" w:cstheme="majorHAnsi"/>
          <w:sz w:val="18"/>
          <w:szCs w:val="18"/>
          <w:lang w:val="ka-GE"/>
        </w:rPr>
        <w:t>)</w:t>
      </w:r>
      <w:r w:rsidR="00304A10" w:rsidRPr="00C86A0D">
        <w:rPr>
          <w:rFonts w:cstheme="majorHAnsi"/>
          <w:sz w:val="18"/>
          <w:szCs w:val="18"/>
        </w:rPr>
        <w:t xml:space="preserve"> </w:t>
      </w:r>
      <w:proofErr w:type="spellStart"/>
      <w:r w:rsidRPr="00C86A0D">
        <w:rPr>
          <w:rFonts w:ascii="Sylfaen" w:hAnsi="Sylfaen" w:cs="Sylfaen"/>
          <w:sz w:val="18"/>
          <w:szCs w:val="18"/>
        </w:rPr>
        <w:t>კალენდარული</w:t>
      </w:r>
      <w:proofErr w:type="spellEnd"/>
      <w:r w:rsidRPr="00C86A0D">
        <w:rPr>
          <w:rFonts w:cstheme="majorHAnsi"/>
          <w:sz w:val="18"/>
          <w:szCs w:val="18"/>
        </w:rPr>
        <w:t xml:space="preserve"> </w:t>
      </w:r>
      <w:proofErr w:type="spellStart"/>
      <w:r w:rsidRPr="00C86A0D">
        <w:rPr>
          <w:rFonts w:ascii="Sylfaen" w:hAnsi="Sylfaen" w:cs="Sylfaen"/>
          <w:sz w:val="18"/>
          <w:szCs w:val="18"/>
        </w:rPr>
        <w:t>დღიანი</w:t>
      </w:r>
      <w:proofErr w:type="spellEnd"/>
      <w:r w:rsidRPr="00C86A0D">
        <w:rPr>
          <w:rFonts w:cstheme="majorHAnsi"/>
          <w:sz w:val="18"/>
          <w:szCs w:val="18"/>
        </w:rPr>
        <w:t xml:space="preserve"> </w:t>
      </w:r>
      <w:proofErr w:type="spellStart"/>
      <w:r w:rsidRPr="00C86A0D">
        <w:rPr>
          <w:rFonts w:ascii="Sylfaen" w:hAnsi="Sylfaen" w:cs="Sylfaen"/>
          <w:sz w:val="18"/>
          <w:szCs w:val="18"/>
        </w:rPr>
        <w:t>ვადის</w:t>
      </w:r>
      <w:proofErr w:type="spellEnd"/>
      <w:r w:rsidRPr="00C86A0D">
        <w:rPr>
          <w:rFonts w:cstheme="majorHAnsi"/>
          <w:sz w:val="18"/>
          <w:szCs w:val="18"/>
        </w:rPr>
        <w:t xml:space="preserve"> </w:t>
      </w:r>
      <w:proofErr w:type="spellStart"/>
      <w:r w:rsidRPr="00C86A0D">
        <w:rPr>
          <w:rFonts w:ascii="Sylfaen" w:hAnsi="Sylfaen" w:cs="Sylfaen"/>
          <w:sz w:val="18"/>
          <w:szCs w:val="18"/>
        </w:rPr>
        <w:t>ათვლა</w:t>
      </w:r>
      <w:proofErr w:type="spellEnd"/>
      <w:r w:rsidRPr="00C86A0D">
        <w:rPr>
          <w:rFonts w:cstheme="majorHAnsi"/>
          <w:sz w:val="18"/>
          <w:szCs w:val="18"/>
        </w:rPr>
        <w:t xml:space="preserve"> </w:t>
      </w:r>
      <w:proofErr w:type="spellStart"/>
      <w:r w:rsidRPr="00C86A0D">
        <w:rPr>
          <w:rFonts w:ascii="Sylfaen" w:hAnsi="Sylfaen" w:cs="Sylfaen"/>
          <w:sz w:val="18"/>
          <w:szCs w:val="18"/>
        </w:rPr>
        <w:t>დაიწყება</w:t>
      </w:r>
      <w:proofErr w:type="spellEnd"/>
      <w:r w:rsidRPr="00C86A0D">
        <w:rPr>
          <w:rFonts w:cstheme="majorHAnsi"/>
          <w:sz w:val="18"/>
          <w:szCs w:val="18"/>
        </w:rPr>
        <w:t xml:space="preserve"> </w:t>
      </w:r>
      <w:proofErr w:type="spellStart"/>
      <w:r w:rsidRPr="00C86A0D">
        <w:rPr>
          <w:rFonts w:ascii="Sylfaen" w:hAnsi="Sylfaen" w:cs="Sylfaen"/>
          <w:sz w:val="18"/>
          <w:szCs w:val="18"/>
        </w:rPr>
        <w:t>სამუშაოების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გაგრძელების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შემდეგ</w:t>
      </w:r>
      <w:proofErr w:type="spellEnd"/>
      <w:r w:rsidR="00D36BEA">
        <w:rPr>
          <w:rFonts w:ascii="Sylfaen" w:hAnsi="Sylfaen" w:cs="Sylfaen"/>
          <w:sz w:val="18"/>
          <w:szCs w:val="18"/>
          <w:lang w:val="ka-GE"/>
        </w:rPr>
        <w:t xml:space="preserve"> </w:t>
      </w:r>
      <w:r w:rsidR="00D36BEA">
        <w:rPr>
          <w:rFonts w:ascii="Sylfaen" w:hAnsi="Sylfaen" w:cstheme="majorHAnsi"/>
          <w:sz w:val="18"/>
          <w:szCs w:val="18"/>
          <w:lang w:val="ka-GE"/>
        </w:rPr>
        <w:t>(</w:t>
      </w:r>
      <w:proofErr w:type="spellStart"/>
      <w:r w:rsidRPr="00C86A0D">
        <w:rPr>
          <w:rFonts w:ascii="Sylfaen" w:hAnsi="Sylfaen" w:cs="Sylfaen"/>
          <w:sz w:val="18"/>
          <w:szCs w:val="18"/>
        </w:rPr>
        <w:t>ასანაზღაურებელი</w:t>
      </w:r>
      <w:proofErr w:type="spellEnd"/>
      <w:r w:rsidRPr="00C86A0D">
        <w:rPr>
          <w:rFonts w:cstheme="majorHAnsi"/>
          <w:sz w:val="18"/>
          <w:szCs w:val="18"/>
        </w:rPr>
        <w:t xml:space="preserve"> </w:t>
      </w:r>
      <w:proofErr w:type="spellStart"/>
      <w:r w:rsidRPr="00C86A0D">
        <w:rPr>
          <w:rFonts w:ascii="Sylfaen" w:hAnsi="Sylfaen" w:cs="Sylfaen"/>
          <w:sz w:val="18"/>
          <w:szCs w:val="18"/>
        </w:rPr>
        <w:t>საანგარიშო</w:t>
      </w:r>
      <w:proofErr w:type="spellEnd"/>
      <w:r w:rsidRPr="00C86A0D">
        <w:rPr>
          <w:rFonts w:cstheme="majorHAnsi"/>
          <w:sz w:val="18"/>
          <w:szCs w:val="18"/>
        </w:rPr>
        <w:t xml:space="preserve"> </w:t>
      </w:r>
      <w:proofErr w:type="spellStart"/>
      <w:r w:rsidRPr="00C86A0D">
        <w:rPr>
          <w:rFonts w:ascii="Sylfaen" w:hAnsi="Sylfaen" w:cs="Sylfaen"/>
          <w:sz w:val="18"/>
          <w:szCs w:val="18"/>
        </w:rPr>
        <w:t>პერიოდის</w:t>
      </w:r>
      <w:proofErr w:type="spellEnd"/>
      <w:r w:rsidRPr="00C86A0D">
        <w:rPr>
          <w:rFonts w:cstheme="majorHAnsi"/>
          <w:sz w:val="18"/>
          <w:szCs w:val="18"/>
        </w:rPr>
        <w:t xml:space="preserve"> </w:t>
      </w:r>
      <w:proofErr w:type="spellStart"/>
      <w:r w:rsidRPr="00C86A0D">
        <w:rPr>
          <w:rFonts w:ascii="Sylfaen" w:hAnsi="Sylfaen" w:cs="Sylfaen"/>
          <w:sz w:val="18"/>
          <w:szCs w:val="18"/>
        </w:rPr>
        <w:t>მომდევნო</w:t>
      </w:r>
      <w:proofErr w:type="spellEnd"/>
      <w:r w:rsidRPr="00C86A0D">
        <w:rPr>
          <w:rFonts w:cstheme="majorHAnsi"/>
          <w:sz w:val="18"/>
          <w:szCs w:val="18"/>
        </w:rPr>
        <w:t xml:space="preserve"> </w:t>
      </w:r>
      <w:proofErr w:type="spellStart"/>
      <w:r w:rsidRPr="00C86A0D">
        <w:rPr>
          <w:rFonts w:ascii="Sylfaen" w:hAnsi="Sylfaen" w:cs="Sylfaen"/>
          <w:sz w:val="18"/>
          <w:szCs w:val="18"/>
        </w:rPr>
        <w:t>საანგარიშო</w:t>
      </w:r>
      <w:proofErr w:type="spellEnd"/>
      <w:r w:rsidRPr="00C86A0D">
        <w:rPr>
          <w:rFonts w:cstheme="majorHAnsi"/>
          <w:sz w:val="18"/>
          <w:szCs w:val="18"/>
        </w:rPr>
        <w:t xml:space="preserve"> </w:t>
      </w:r>
      <w:proofErr w:type="spellStart"/>
      <w:r w:rsidRPr="00C86A0D">
        <w:rPr>
          <w:rFonts w:ascii="Sylfaen" w:hAnsi="Sylfaen" w:cs="Sylfaen"/>
          <w:sz w:val="18"/>
          <w:szCs w:val="18"/>
        </w:rPr>
        <w:t>პერიოდში</w:t>
      </w:r>
      <w:proofErr w:type="spellEnd"/>
      <w:r w:rsidR="00D36BEA">
        <w:rPr>
          <w:rFonts w:ascii="Sylfaen" w:hAnsi="Sylfaen" w:cstheme="majorHAnsi"/>
          <w:sz w:val="18"/>
          <w:szCs w:val="18"/>
          <w:lang w:val="ka-GE"/>
        </w:rPr>
        <w:t>)</w:t>
      </w:r>
      <w:r w:rsidRPr="00C86A0D">
        <w:rPr>
          <w:rFonts w:cstheme="majorHAnsi"/>
          <w:sz w:val="18"/>
          <w:szCs w:val="18"/>
        </w:rPr>
        <w:t xml:space="preserve"> </w:t>
      </w:r>
      <w:proofErr w:type="spellStart"/>
      <w:r w:rsidRPr="00C86A0D">
        <w:rPr>
          <w:rFonts w:ascii="Sylfaen" w:hAnsi="Sylfaen" w:cs="Sylfaen"/>
          <w:sz w:val="18"/>
          <w:szCs w:val="18"/>
        </w:rPr>
        <w:t>შესრულებული</w:t>
      </w:r>
      <w:proofErr w:type="spellEnd"/>
      <w:r w:rsidRPr="00C86A0D">
        <w:rPr>
          <w:rFonts w:cstheme="majorHAnsi"/>
          <w:sz w:val="18"/>
          <w:szCs w:val="18"/>
        </w:rPr>
        <w:t xml:space="preserve"> </w:t>
      </w:r>
      <w:proofErr w:type="spellStart"/>
      <w:r w:rsidRPr="00C86A0D">
        <w:rPr>
          <w:rFonts w:ascii="Sylfaen" w:hAnsi="Sylfaen" w:cs="Sylfaen"/>
          <w:sz w:val="18"/>
          <w:szCs w:val="18"/>
        </w:rPr>
        <w:t>სამუშაოს</w:t>
      </w:r>
      <w:proofErr w:type="spellEnd"/>
      <w:r w:rsidRPr="00C86A0D">
        <w:rPr>
          <w:rFonts w:cstheme="majorHAnsi"/>
          <w:sz w:val="18"/>
          <w:szCs w:val="18"/>
        </w:rPr>
        <w:t xml:space="preserve"> </w:t>
      </w:r>
      <w:proofErr w:type="spellStart"/>
      <w:r w:rsidRPr="00C86A0D">
        <w:rPr>
          <w:rFonts w:ascii="Sylfaen" w:hAnsi="Sylfaen" w:cs="Sylfaen"/>
          <w:sz w:val="18"/>
          <w:szCs w:val="18"/>
        </w:rPr>
        <w:t>დამკვეთის</w:t>
      </w:r>
      <w:proofErr w:type="spellEnd"/>
      <w:r w:rsidRPr="00C86A0D">
        <w:rPr>
          <w:rFonts w:cstheme="majorHAnsi"/>
          <w:sz w:val="18"/>
          <w:szCs w:val="18"/>
        </w:rPr>
        <w:t xml:space="preserve"> </w:t>
      </w:r>
      <w:proofErr w:type="spellStart"/>
      <w:r w:rsidRPr="00C86A0D">
        <w:rPr>
          <w:rFonts w:ascii="Sylfaen" w:hAnsi="Sylfaen" w:cs="Sylfaen"/>
          <w:sz w:val="18"/>
          <w:szCs w:val="18"/>
        </w:rPr>
        <w:t>მიერ</w:t>
      </w:r>
      <w:proofErr w:type="spellEnd"/>
      <w:r w:rsidRPr="00C86A0D">
        <w:rPr>
          <w:rFonts w:cstheme="majorHAnsi"/>
          <w:sz w:val="18"/>
          <w:szCs w:val="18"/>
        </w:rPr>
        <w:t xml:space="preserve"> </w:t>
      </w:r>
      <w:proofErr w:type="spellStart"/>
      <w:r w:rsidRPr="00C86A0D">
        <w:rPr>
          <w:rFonts w:ascii="Sylfaen" w:hAnsi="Sylfaen" w:cs="Sylfaen"/>
          <w:sz w:val="18"/>
          <w:szCs w:val="18"/>
        </w:rPr>
        <w:t>ხელშეკრულებით</w:t>
      </w:r>
      <w:proofErr w:type="spellEnd"/>
      <w:r w:rsidRPr="00C86A0D">
        <w:rPr>
          <w:rFonts w:cstheme="majorHAnsi"/>
          <w:sz w:val="18"/>
          <w:szCs w:val="18"/>
        </w:rPr>
        <w:t xml:space="preserve"> </w:t>
      </w:r>
      <w:proofErr w:type="spellStart"/>
      <w:r w:rsidRPr="00C86A0D">
        <w:rPr>
          <w:rFonts w:ascii="Sylfaen" w:hAnsi="Sylfaen" w:cs="Sylfaen"/>
          <w:sz w:val="18"/>
          <w:szCs w:val="18"/>
        </w:rPr>
        <w:t>დადგენილი</w:t>
      </w:r>
      <w:proofErr w:type="spellEnd"/>
      <w:r w:rsidRPr="00C86A0D">
        <w:rPr>
          <w:rFonts w:cstheme="majorHAnsi"/>
          <w:sz w:val="18"/>
          <w:szCs w:val="18"/>
        </w:rPr>
        <w:t xml:space="preserve"> </w:t>
      </w:r>
      <w:proofErr w:type="spellStart"/>
      <w:r w:rsidRPr="00C86A0D">
        <w:rPr>
          <w:rFonts w:ascii="Sylfaen" w:hAnsi="Sylfaen" w:cs="Sylfaen"/>
          <w:sz w:val="18"/>
          <w:szCs w:val="18"/>
        </w:rPr>
        <w:t>წესით</w:t>
      </w:r>
      <w:proofErr w:type="spellEnd"/>
      <w:r w:rsidRPr="00C86A0D">
        <w:rPr>
          <w:rFonts w:cstheme="majorHAnsi"/>
          <w:sz w:val="18"/>
          <w:szCs w:val="18"/>
        </w:rPr>
        <w:t xml:space="preserve"> </w:t>
      </w:r>
      <w:proofErr w:type="spellStart"/>
      <w:r w:rsidRPr="00C86A0D">
        <w:rPr>
          <w:rFonts w:ascii="Sylfaen" w:hAnsi="Sylfaen" w:cs="Sylfaen"/>
          <w:sz w:val="18"/>
          <w:szCs w:val="18"/>
        </w:rPr>
        <w:t>მიღების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დღიდან</w:t>
      </w:r>
      <w:proofErr w:type="spellEnd"/>
      <w:r w:rsidR="00C86A0D">
        <w:rPr>
          <w:rFonts w:ascii="Sylfaen" w:hAnsi="Sylfaen" w:cstheme="majorHAnsi"/>
          <w:sz w:val="18"/>
          <w:szCs w:val="18"/>
          <w:lang w:val="ka-GE"/>
        </w:rPr>
        <w:t>.</w:t>
      </w:r>
    </w:p>
    <w:p w14:paraId="64832E01" w14:textId="2C2735B2" w:rsidR="004B6084" w:rsidRPr="00C86A0D" w:rsidRDefault="00A74260" w:rsidP="00185C20">
      <w:pPr>
        <w:pStyle w:val="ListParagraph"/>
        <w:numPr>
          <w:ilvl w:val="2"/>
          <w:numId w:val="13"/>
        </w:numPr>
        <w:jc w:val="both"/>
        <w:rPr>
          <w:rFonts w:cstheme="majorHAnsi"/>
          <w:sz w:val="18"/>
          <w:szCs w:val="18"/>
        </w:rPr>
      </w:pPr>
      <w:proofErr w:type="spellStart"/>
      <w:r w:rsidRPr="00C86A0D">
        <w:rPr>
          <w:rFonts w:ascii="Sylfaen" w:hAnsi="Sylfaen" w:cs="Sylfaen"/>
          <w:sz w:val="18"/>
          <w:szCs w:val="18"/>
        </w:rPr>
        <w:t>მხარეები</w:t>
      </w:r>
      <w:proofErr w:type="spellEnd"/>
      <w:r w:rsidRPr="00C86A0D">
        <w:rPr>
          <w:rFonts w:cstheme="majorHAnsi"/>
          <w:sz w:val="18"/>
          <w:szCs w:val="18"/>
        </w:rPr>
        <w:t xml:space="preserve"> </w:t>
      </w:r>
      <w:proofErr w:type="spellStart"/>
      <w:r w:rsidRPr="00C86A0D">
        <w:rPr>
          <w:rFonts w:ascii="Sylfaen" w:hAnsi="Sylfaen" w:cs="Sylfaen"/>
          <w:sz w:val="18"/>
          <w:szCs w:val="18"/>
        </w:rPr>
        <w:t>თანხმდებიან</w:t>
      </w:r>
      <w:proofErr w:type="spellEnd"/>
      <w:r w:rsidRPr="00C86A0D">
        <w:rPr>
          <w:rFonts w:cstheme="majorHAnsi"/>
          <w:sz w:val="18"/>
          <w:szCs w:val="18"/>
        </w:rPr>
        <w:t xml:space="preserve">, </w:t>
      </w:r>
      <w:proofErr w:type="spellStart"/>
      <w:r w:rsidRPr="00C86A0D">
        <w:rPr>
          <w:rFonts w:ascii="Sylfaen" w:hAnsi="Sylfaen" w:cs="Sylfaen"/>
          <w:sz w:val="18"/>
          <w:szCs w:val="18"/>
        </w:rPr>
        <w:t>რომ</w:t>
      </w:r>
      <w:proofErr w:type="spellEnd"/>
      <w:r w:rsidRPr="00C86A0D">
        <w:rPr>
          <w:rFonts w:cstheme="majorHAnsi"/>
          <w:sz w:val="18"/>
          <w:szCs w:val="18"/>
        </w:rPr>
        <w:t xml:space="preserve"> </w:t>
      </w:r>
      <w:r w:rsidR="00D36BEA">
        <w:rPr>
          <w:rFonts w:ascii="Sylfaen" w:hAnsi="Sylfaen" w:cs="Sylfaen"/>
          <w:sz w:val="18"/>
          <w:szCs w:val="18"/>
          <w:lang w:val="ka-GE"/>
        </w:rPr>
        <w:t>მენარდე</w:t>
      </w:r>
      <w:r w:rsidRPr="00C86A0D">
        <w:rPr>
          <w:rFonts w:cstheme="majorHAnsi"/>
          <w:sz w:val="18"/>
          <w:szCs w:val="18"/>
        </w:rPr>
        <w:t xml:space="preserve"> </w:t>
      </w:r>
      <w:proofErr w:type="spellStart"/>
      <w:r w:rsidRPr="00C86A0D">
        <w:rPr>
          <w:rFonts w:ascii="Sylfaen" w:hAnsi="Sylfaen" w:cs="Sylfaen"/>
          <w:sz w:val="18"/>
          <w:szCs w:val="18"/>
        </w:rPr>
        <w:t>სამუშაოების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შეჩერების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შესახებ</w:t>
      </w:r>
      <w:proofErr w:type="spellEnd"/>
      <w:r w:rsidR="00D36BEA">
        <w:rPr>
          <w:rFonts w:cstheme="majorHAnsi"/>
          <w:sz w:val="18"/>
          <w:szCs w:val="18"/>
        </w:rPr>
        <w:t xml:space="preserve"> </w:t>
      </w:r>
      <w:r w:rsidR="00D36BEA">
        <w:rPr>
          <w:rFonts w:ascii="Sylfaen" w:hAnsi="Sylfaen" w:cstheme="majorHAnsi"/>
          <w:sz w:val="18"/>
          <w:szCs w:val="18"/>
          <w:lang w:val="ka-GE"/>
        </w:rPr>
        <w:t>(</w:t>
      </w:r>
      <w:proofErr w:type="spellStart"/>
      <w:r w:rsidRPr="00C86A0D">
        <w:rPr>
          <w:rFonts w:ascii="Sylfaen" w:hAnsi="Sylfaen" w:cs="Sylfaen"/>
          <w:sz w:val="18"/>
          <w:szCs w:val="18"/>
        </w:rPr>
        <w:t>ნებისმიერი</w:t>
      </w:r>
      <w:proofErr w:type="spellEnd"/>
      <w:r w:rsidRPr="00C86A0D">
        <w:rPr>
          <w:rFonts w:cstheme="majorHAnsi"/>
          <w:sz w:val="18"/>
          <w:szCs w:val="18"/>
        </w:rPr>
        <w:t xml:space="preserve"> </w:t>
      </w:r>
      <w:proofErr w:type="spellStart"/>
      <w:r w:rsidRPr="00C86A0D">
        <w:rPr>
          <w:rFonts w:ascii="Sylfaen" w:hAnsi="Sylfaen" w:cs="Sylfaen"/>
          <w:sz w:val="18"/>
          <w:szCs w:val="18"/>
        </w:rPr>
        <w:t>მიზეზით</w:t>
      </w:r>
      <w:proofErr w:type="spellEnd"/>
      <w:r w:rsidR="00D36BEA">
        <w:rPr>
          <w:rFonts w:ascii="Sylfaen" w:hAnsi="Sylfaen" w:cstheme="majorHAnsi"/>
          <w:sz w:val="18"/>
          <w:szCs w:val="18"/>
          <w:lang w:val="ka-GE"/>
        </w:rPr>
        <w:t>)</w:t>
      </w:r>
      <w:r w:rsidRPr="00C86A0D">
        <w:rPr>
          <w:rFonts w:cstheme="majorHAnsi"/>
          <w:sz w:val="18"/>
          <w:szCs w:val="18"/>
        </w:rPr>
        <w:t xml:space="preserve"> </w:t>
      </w:r>
      <w:proofErr w:type="spellStart"/>
      <w:r w:rsidRPr="00C86A0D">
        <w:rPr>
          <w:rFonts w:ascii="Sylfaen" w:hAnsi="Sylfaen" w:cs="Sylfaen"/>
          <w:sz w:val="18"/>
          <w:szCs w:val="18"/>
        </w:rPr>
        <w:t>საკუთარ</w:t>
      </w:r>
      <w:proofErr w:type="spellEnd"/>
      <w:r w:rsidRPr="00C86A0D">
        <w:rPr>
          <w:rFonts w:cstheme="majorHAnsi"/>
          <w:sz w:val="18"/>
          <w:szCs w:val="18"/>
        </w:rPr>
        <w:t xml:space="preserve"> </w:t>
      </w:r>
      <w:proofErr w:type="spellStart"/>
      <w:r w:rsidRPr="00C86A0D">
        <w:rPr>
          <w:rFonts w:ascii="Sylfaen" w:hAnsi="Sylfaen" w:cs="Sylfaen"/>
          <w:sz w:val="18"/>
          <w:szCs w:val="18"/>
        </w:rPr>
        <w:t>გადაწყვეტილებას</w:t>
      </w:r>
      <w:proofErr w:type="spellEnd"/>
      <w:r w:rsidRPr="00C86A0D">
        <w:rPr>
          <w:rFonts w:cstheme="majorHAnsi"/>
          <w:sz w:val="18"/>
          <w:szCs w:val="18"/>
        </w:rPr>
        <w:t xml:space="preserve"> </w:t>
      </w:r>
      <w:proofErr w:type="spellStart"/>
      <w:r w:rsidRPr="00C86A0D">
        <w:rPr>
          <w:rFonts w:ascii="Sylfaen" w:hAnsi="Sylfaen" w:cs="Sylfaen"/>
          <w:sz w:val="18"/>
          <w:szCs w:val="18"/>
        </w:rPr>
        <w:t>დაუყოვნებლივ</w:t>
      </w:r>
      <w:proofErr w:type="spellEnd"/>
      <w:r w:rsidRPr="00C86A0D">
        <w:rPr>
          <w:rFonts w:cstheme="majorHAnsi"/>
          <w:sz w:val="18"/>
          <w:szCs w:val="18"/>
        </w:rPr>
        <w:t xml:space="preserve"> </w:t>
      </w:r>
      <w:proofErr w:type="spellStart"/>
      <w:r w:rsidRPr="00C86A0D">
        <w:rPr>
          <w:rFonts w:ascii="Sylfaen" w:hAnsi="Sylfaen" w:cs="Sylfaen"/>
          <w:sz w:val="18"/>
          <w:szCs w:val="18"/>
        </w:rPr>
        <w:t>აცნობებს</w:t>
      </w:r>
      <w:proofErr w:type="spellEnd"/>
      <w:r w:rsidR="0028740F">
        <w:rPr>
          <w:rFonts w:ascii="Sylfaen" w:hAnsi="Sylfaen" w:cs="Sylfaen"/>
          <w:sz w:val="18"/>
          <w:szCs w:val="18"/>
        </w:rPr>
        <w:t xml:space="preserve"> </w:t>
      </w:r>
      <w:proofErr w:type="spellStart"/>
      <w:r w:rsidRPr="00C86A0D">
        <w:rPr>
          <w:rFonts w:ascii="Sylfaen" w:hAnsi="Sylfaen" w:cs="Sylfaen"/>
          <w:sz w:val="18"/>
          <w:szCs w:val="18"/>
        </w:rPr>
        <w:t>დამკვეთს</w:t>
      </w:r>
      <w:proofErr w:type="spellEnd"/>
      <w:r w:rsidRPr="00C86A0D">
        <w:rPr>
          <w:rFonts w:cstheme="majorHAnsi"/>
          <w:sz w:val="18"/>
          <w:szCs w:val="18"/>
        </w:rPr>
        <w:t xml:space="preserve">, </w:t>
      </w:r>
      <w:proofErr w:type="spellStart"/>
      <w:r w:rsidRPr="00C86A0D">
        <w:rPr>
          <w:rFonts w:ascii="Sylfaen" w:hAnsi="Sylfaen" w:cs="Sylfaen"/>
          <w:sz w:val="18"/>
          <w:szCs w:val="18"/>
        </w:rPr>
        <w:t>იმ</w:t>
      </w:r>
      <w:proofErr w:type="spellEnd"/>
      <w:r w:rsidRPr="00C86A0D">
        <w:rPr>
          <w:rFonts w:cstheme="majorHAnsi"/>
          <w:sz w:val="18"/>
          <w:szCs w:val="18"/>
        </w:rPr>
        <w:t xml:space="preserve"> </w:t>
      </w:r>
      <w:proofErr w:type="spellStart"/>
      <w:r w:rsidRPr="00C86A0D">
        <w:rPr>
          <w:rFonts w:ascii="Sylfaen" w:hAnsi="Sylfaen" w:cs="Sylfaen"/>
          <w:sz w:val="18"/>
          <w:szCs w:val="18"/>
        </w:rPr>
        <w:t>შემთხვევაში</w:t>
      </w:r>
      <w:proofErr w:type="spellEnd"/>
      <w:r w:rsidRPr="00C86A0D">
        <w:rPr>
          <w:rFonts w:cstheme="majorHAnsi"/>
          <w:sz w:val="18"/>
          <w:szCs w:val="18"/>
        </w:rPr>
        <w:t>,</w:t>
      </w:r>
      <w:r w:rsidR="00D36BEA">
        <w:rPr>
          <w:rFonts w:ascii="Sylfaen" w:hAnsi="Sylfaen" w:cstheme="majorHAnsi"/>
          <w:sz w:val="18"/>
          <w:szCs w:val="18"/>
          <w:lang w:val="ka-GE"/>
        </w:rPr>
        <w:t xml:space="preserve"> </w:t>
      </w:r>
      <w:proofErr w:type="spellStart"/>
      <w:r w:rsidRPr="00C86A0D">
        <w:rPr>
          <w:rFonts w:ascii="Sylfaen" w:hAnsi="Sylfaen" w:cs="Sylfaen"/>
          <w:sz w:val="18"/>
          <w:szCs w:val="18"/>
        </w:rPr>
        <w:t>თუ</w:t>
      </w:r>
      <w:proofErr w:type="spellEnd"/>
      <w:r w:rsidRPr="00C86A0D">
        <w:rPr>
          <w:rFonts w:cstheme="majorHAnsi"/>
          <w:sz w:val="18"/>
          <w:szCs w:val="18"/>
        </w:rPr>
        <w:t xml:space="preserve"> </w:t>
      </w:r>
      <w:proofErr w:type="spellStart"/>
      <w:r w:rsidRPr="00C86A0D">
        <w:rPr>
          <w:rFonts w:ascii="Sylfaen" w:hAnsi="Sylfaen" w:cs="Sylfaen"/>
          <w:sz w:val="18"/>
          <w:szCs w:val="18"/>
        </w:rPr>
        <w:t>მისგან</w:t>
      </w:r>
      <w:proofErr w:type="spellEnd"/>
      <w:r w:rsidRPr="00C86A0D">
        <w:rPr>
          <w:rFonts w:cstheme="majorHAnsi"/>
          <w:sz w:val="18"/>
          <w:szCs w:val="18"/>
        </w:rPr>
        <w:t xml:space="preserve"> </w:t>
      </w:r>
      <w:proofErr w:type="spellStart"/>
      <w:r w:rsidRPr="00C86A0D">
        <w:rPr>
          <w:rFonts w:ascii="Sylfaen" w:hAnsi="Sylfaen" w:cs="Sylfaen"/>
          <w:sz w:val="18"/>
          <w:szCs w:val="18"/>
        </w:rPr>
        <w:t>დამოუკიდებელი</w:t>
      </w:r>
      <w:proofErr w:type="spellEnd"/>
      <w:r w:rsidRPr="00C86A0D">
        <w:rPr>
          <w:rFonts w:cstheme="majorHAnsi"/>
          <w:sz w:val="18"/>
          <w:szCs w:val="18"/>
        </w:rPr>
        <w:t xml:space="preserve"> </w:t>
      </w:r>
      <w:proofErr w:type="spellStart"/>
      <w:r w:rsidRPr="00C86A0D">
        <w:rPr>
          <w:rFonts w:ascii="Sylfaen" w:hAnsi="Sylfaen" w:cs="Sylfaen"/>
          <w:sz w:val="18"/>
          <w:szCs w:val="18"/>
        </w:rPr>
        <w:t>რაიმე</w:t>
      </w:r>
      <w:proofErr w:type="spellEnd"/>
      <w:r w:rsidRPr="00C86A0D">
        <w:rPr>
          <w:rFonts w:cstheme="majorHAnsi"/>
          <w:sz w:val="18"/>
          <w:szCs w:val="18"/>
        </w:rPr>
        <w:t xml:space="preserve"> </w:t>
      </w:r>
      <w:proofErr w:type="spellStart"/>
      <w:r w:rsidRPr="00C86A0D">
        <w:rPr>
          <w:rFonts w:ascii="Sylfaen" w:hAnsi="Sylfaen" w:cs="Sylfaen"/>
          <w:sz w:val="18"/>
          <w:szCs w:val="18"/>
        </w:rPr>
        <w:t>მიზეზები</w:t>
      </w:r>
      <w:proofErr w:type="spellEnd"/>
      <w:r w:rsidRPr="00C86A0D">
        <w:rPr>
          <w:rFonts w:cstheme="majorHAnsi"/>
          <w:sz w:val="18"/>
          <w:szCs w:val="18"/>
        </w:rPr>
        <w:t xml:space="preserve"> </w:t>
      </w:r>
      <w:proofErr w:type="spellStart"/>
      <w:r w:rsidRPr="00C86A0D">
        <w:rPr>
          <w:rFonts w:ascii="Sylfaen" w:hAnsi="Sylfaen" w:cs="Sylfaen"/>
          <w:sz w:val="18"/>
          <w:szCs w:val="18"/>
        </w:rPr>
        <w:t>და</w:t>
      </w:r>
      <w:proofErr w:type="spellEnd"/>
      <w:r w:rsidRPr="00C86A0D">
        <w:rPr>
          <w:rFonts w:cstheme="majorHAnsi"/>
          <w:sz w:val="18"/>
          <w:szCs w:val="18"/>
        </w:rPr>
        <w:t xml:space="preserve"> </w:t>
      </w:r>
      <w:proofErr w:type="spellStart"/>
      <w:r w:rsidRPr="00C86A0D">
        <w:rPr>
          <w:rFonts w:ascii="Sylfaen" w:hAnsi="Sylfaen" w:cs="Sylfaen"/>
          <w:sz w:val="18"/>
          <w:szCs w:val="18"/>
        </w:rPr>
        <w:t>გარემოებები</w:t>
      </w:r>
      <w:proofErr w:type="spellEnd"/>
      <w:r w:rsidRPr="00C86A0D">
        <w:rPr>
          <w:rFonts w:cstheme="majorHAnsi"/>
          <w:sz w:val="18"/>
          <w:szCs w:val="18"/>
        </w:rPr>
        <w:t xml:space="preserve"> </w:t>
      </w:r>
      <w:proofErr w:type="spellStart"/>
      <w:r w:rsidRPr="00C86A0D">
        <w:rPr>
          <w:rFonts w:ascii="Sylfaen" w:hAnsi="Sylfaen" w:cs="Sylfaen"/>
          <w:sz w:val="18"/>
          <w:szCs w:val="18"/>
        </w:rPr>
        <w:t>საფრთხეს</w:t>
      </w:r>
      <w:proofErr w:type="spellEnd"/>
      <w:r w:rsidRPr="00C86A0D">
        <w:rPr>
          <w:rFonts w:cstheme="majorHAnsi"/>
          <w:sz w:val="18"/>
          <w:szCs w:val="18"/>
        </w:rPr>
        <w:t xml:space="preserve"> </w:t>
      </w:r>
      <w:proofErr w:type="spellStart"/>
      <w:r w:rsidRPr="00C86A0D">
        <w:rPr>
          <w:rFonts w:ascii="Sylfaen" w:hAnsi="Sylfaen" w:cs="Sylfaen"/>
          <w:sz w:val="18"/>
          <w:szCs w:val="18"/>
        </w:rPr>
        <w:t>უქმნის</w:t>
      </w:r>
      <w:proofErr w:type="spellEnd"/>
      <w:r w:rsidRPr="00C86A0D">
        <w:rPr>
          <w:rFonts w:cstheme="majorHAnsi"/>
          <w:sz w:val="18"/>
          <w:szCs w:val="18"/>
        </w:rPr>
        <w:t xml:space="preserve"> </w:t>
      </w:r>
      <w:proofErr w:type="spellStart"/>
      <w:r w:rsidRPr="00C86A0D">
        <w:rPr>
          <w:rFonts w:ascii="Sylfaen" w:hAnsi="Sylfaen" w:cs="Sylfaen"/>
          <w:sz w:val="18"/>
          <w:szCs w:val="18"/>
        </w:rPr>
        <w:t>ან</w:t>
      </w:r>
      <w:proofErr w:type="spellEnd"/>
      <w:r w:rsidRPr="00C86A0D">
        <w:rPr>
          <w:rFonts w:cstheme="majorHAnsi"/>
          <w:sz w:val="18"/>
          <w:szCs w:val="18"/>
        </w:rPr>
        <w:t xml:space="preserve"> </w:t>
      </w:r>
      <w:proofErr w:type="spellStart"/>
      <w:r w:rsidRPr="00C86A0D">
        <w:rPr>
          <w:rFonts w:ascii="Sylfaen" w:hAnsi="Sylfaen" w:cs="Sylfaen"/>
          <w:sz w:val="18"/>
          <w:szCs w:val="18"/>
        </w:rPr>
        <w:t>შეუქმნის</w:t>
      </w:r>
      <w:proofErr w:type="spellEnd"/>
      <w:r w:rsidRPr="00C86A0D">
        <w:rPr>
          <w:rFonts w:cstheme="majorHAnsi"/>
          <w:sz w:val="18"/>
          <w:szCs w:val="18"/>
        </w:rPr>
        <w:t xml:space="preserve"> </w:t>
      </w:r>
      <w:proofErr w:type="spellStart"/>
      <w:r w:rsidRPr="00C86A0D">
        <w:rPr>
          <w:rFonts w:ascii="Sylfaen" w:hAnsi="Sylfaen" w:cs="Sylfaen"/>
          <w:sz w:val="18"/>
          <w:szCs w:val="18"/>
        </w:rPr>
        <w:t>მის</w:t>
      </w:r>
      <w:proofErr w:type="spellEnd"/>
      <w:r w:rsidRPr="00C86A0D">
        <w:rPr>
          <w:rFonts w:cstheme="majorHAnsi"/>
          <w:sz w:val="18"/>
          <w:szCs w:val="18"/>
        </w:rPr>
        <w:t xml:space="preserve"> </w:t>
      </w:r>
      <w:proofErr w:type="spellStart"/>
      <w:r w:rsidRPr="00C86A0D">
        <w:rPr>
          <w:rFonts w:ascii="Sylfaen" w:hAnsi="Sylfaen" w:cs="Sylfaen"/>
          <w:sz w:val="18"/>
          <w:szCs w:val="18"/>
        </w:rPr>
        <w:t>მიერ</w:t>
      </w:r>
      <w:proofErr w:type="spellEnd"/>
      <w:r w:rsidRPr="00C86A0D">
        <w:rPr>
          <w:rFonts w:cstheme="majorHAnsi"/>
          <w:sz w:val="18"/>
          <w:szCs w:val="18"/>
        </w:rPr>
        <w:t xml:space="preserve"> </w:t>
      </w:r>
      <w:proofErr w:type="spellStart"/>
      <w:r w:rsidRPr="00C86A0D">
        <w:rPr>
          <w:rFonts w:ascii="Sylfaen" w:hAnsi="Sylfaen" w:cs="Sylfaen"/>
          <w:sz w:val="18"/>
          <w:szCs w:val="18"/>
        </w:rPr>
        <w:t>ამ</w:t>
      </w:r>
      <w:proofErr w:type="spellEnd"/>
      <w:r w:rsidRPr="00C86A0D">
        <w:rPr>
          <w:rFonts w:cstheme="majorHAnsi"/>
          <w:sz w:val="18"/>
          <w:szCs w:val="18"/>
        </w:rPr>
        <w:t xml:space="preserve"> </w:t>
      </w:r>
      <w:proofErr w:type="spellStart"/>
      <w:r w:rsidRPr="00C86A0D">
        <w:rPr>
          <w:rFonts w:ascii="Sylfaen" w:hAnsi="Sylfaen" w:cs="Sylfaen"/>
          <w:sz w:val="18"/>
          <w:szCs w:val="18"/>
        </w:rPr>
        <w:t>ხელშეკრულებით</w:t>
      </w:r>
      <w:proofErr w:type="spellEnd"/>
      <w:r w:rsidRPr="00C86A0D">
        <w:rPr>
          <w:rFonts w:cstheme="majorHAnsi"/>
          <w:sz w:val="18"/>
          <w:szCs w:val="18"/>
        </w:rPr>
        <w:t xml:space="preserve"> </w:t>
      </w:r>
      <w:proofErr w:type="spellStart"/>
      <w:r w:rsidRPr="00C86A0D">
        <w:rPr>
          <w:rFonts w:ascii="Sylfaen" w:hAnsi="Sylfaen" w:cs="Sylfaen"/>
          <w:sz w:val="18"/>
          <w:szCs w:val="18"/>
        </w:rPr>
        <w:t>განსაზღვრული</w:t>
      </w:r>
      <w:proofErr w:type="spellEnd"/>
      <w:r w:rsidRPr="00C86A0D">
        <w:rPr>
          <w:rFonts w:cstheme="majorHAnsi"/>
          <w:sz w:val="18"/>
          <w:szCs w:val="18"/>
        </w:rPr>
        <w:t xml:space="preserve"> </w:t>
      </w:r>
      <w:proofErr w:type="spellStart"/>
      <w:r w:rsidRPr="00C86A0D">
        <w:rPr>
          <w:rFonts w:ascii="Sylfaen" w:hAnsi="Sylfaen" w:cs="Sylfaen"/>
          <w:sz w:val="18"/>
          <w:szCs w:val="18"/>
        </w:rPr>
        <w:t>მომსახურების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განხორციელებას</w:t>
      </w:r>
      <w:proofErr w:type="spellEnd"/>
      <w:r w:rsidRPr="00C86A0D">
        <w:rPr>
          <w:rFonts w:cstheme="majorHAnsi"/>
          <w:sz w:val="18"/>
          <w:szCs w:val="18"/>
        </w:rPr>
        <w:t>.</w:t>
      </w:r>
      <w:r w:rsidR="0011213F">
        <w:rPr>
          <w:rFonts w:cstheme="majorHAnsi"/>
          <w:sz w:val="18"/>
          <w:szCs w:val="18"/>
        </w:rPr>
        <w:t xml:space="preserve"> </w:t>
      </w:r>
      <w:proofErr w:type="spellStart"/>
      <w:r w:rsidRPr="00C86A0D">
        <w:rPr>
          <w:rFonts w:ascii="Sylfaen" w:hAnsi="Sylfaen" w:cs="Sylfaen"/>
          <w:sz w:val="18"/>
          <w:szCs w:val="18"/>
        </w:rPr>
        <w:t>იმ</w:t>
      </w:r>
      <w:proofErr w:type="spellEnd"/>
      <w:r w:rsidRPr="00C86A0D">
        <w:rPr>
          <w:rFonts w:cstheme="majorHAnsi"/>
          <w:sz w:val="18"/>
          <w:szCs w:val="18"/>
        </w:rPr>
        <w:t xml:space="preserve"> </w:t>
      </w:r>
      <w:proofErr w:type="spellStart"/>
      <w:r w:rsidRPr="00C86A0D">
        <w:rPr>
          <w:rFonts w:ascii="Sylfaen" w:hAnsi="Sylfaen" w:cs="Sylfaen"/>
          <w:sz w:val="18"/>
          <w:szCs w:val="18"/>
        </w:rPr>
        <w:t>შემთხვევაში</w:t>
      </w:r>
      <w:proofErr w:type="spellEnd"/>
      <w:r w:rsidRPr="00C86A0D">
        <w:rPr>
          <w:rFonts w:cstheme="majorHAnsi"/>
          <w:sz w:val="18"/>
          <w:szCs w:val="18"/>
        </w:rPr>
        <w:t xml:space="preserve">, </w:t>
      </w:r>
      <w:proofErr w:type="spellStart"/>
      <w:r w:rsidRPr="00C86A0D">
        <w:rPr>
          <w:rFonts w:ascii="Sylfaen" w:hAnsi="Sylfaen" w:cs="Sylfaen"/>
          <w:sz w:val="18"/>
          <w:szCs w:val="18"/>
        </w:rPr>
        <w:t>თუ</w:t>
      </w:r>
      <w:proofErr w:type="spellEnd"/>
      <w:r w:rsidRPr="00C86A0D">
        <w:rPr>
          <w:rFonts w:cstheme="majorHAnsi"/>
          <w:sz w:val="18"/>
          <w:szCs w:val="18"/>
        </w:rPr>
        <w:t xml:space="preserve"> </w:t>
      </w:r>
      <w:proofErr w:type="spellStart"/>
      <w:r w:rsidRPr="00C86A0D">
        <w:rPr>
          <w:rFonts w:ascii="Sylfaen" w:hAnsi="Sylfaen" w:cs="Sylfaen"/>
          <w:sz w:val="18"/>
          <w:szCs w:val="18"/>
        </w:rPr>
        <w:t>დამკვეთი</w:t>
      </w:r>
      <w:proofErr w:type="spellEnd"/>
      <w:r w:rsidRPr="00C86A0D">
        <w:rPr>
          <w:rFonts w:cstheme="majorHAnsi"/>
          <w:sz w:val="18"/>
          <w:szCs w:val="18"/>
        </w:rPr>
        <w:t xml:space="preserve"> </w:t>
      </w:r>
      <w:proofErr w:type="spellStart"/>
      <w:r w:rsidRPr="00C86A0D">
        <w:rPr>
          <w:rFonts w:ascii="Sylfaen" w:hAnsi="Sylfaen" w:cs="Sylfaen"/>
          <w:sz w:val="18"/>
          <w:szCs w:val="18"/>
        </w:rPr>
        <w:t>დაეთანხმება</w:t>
      </w:r>
      <w:proofErr w:type="spellEnd"/>
      <w:r w:rsidRPr="00C86A0D">
        <w:rPr>
          <w:rFonts w:cstheme="majorHAnsi"/>
          <w:sz w:val="18"/>
          <w:szCs w:val="18"/>
        </w:rPr>
        <w:t xml:space="preserve"> </w:t>
      </w:r>
      <w:r w:rsidR="00D36BEA">
        <w:rPr>
          <w:rFonts w:ascii="Sylfaen" w:hAnsi="Sylfaen" w:cs="Sylfaen"/>
          <w:sz w:val="18"/>
          <w:szCs w:val="18"/>
          <w:lang w:val="ka-GE"/>
        </w:rPr>
        <w:t>მენარდის</w:t>
      </w:r>
      <w:r w:rsidRPr="00C86A0D">
        <w:rPr>
          <w:rFonts w:cstheme="majorHAnsi"/>
          <w:sz w:val="18"/>
          <w:szCs w:val="18"/>
        </w:rPr>
        <w:t xml:space="preserve"> </w:t>
      </w:r>
      <w:proofErr w:type="spellStart"/>
      <w:r w:rsidRPr="00C86A0D">
        <w:rPr>
          <w:rFonts w:ascii="Sylfaen" w:hAnsi="Sylfaen" w:cs="Sylfaen"/>
          <w:sz w:val="18"/>
          <w:szCs w:val="18"/>
        </w:rPr>
        <w:t>პოზიციას</w:t>
      </w:r>
      <w:proofErr w:type="spellEnd"/>
      <w:r w:rsidRPr="00C86A0D">
        <w:rPr>
          <w:rFonts w:cstheme="majorHAnsi"/>
          <w:sz w:val="18"/>
          <w:szCs w:val="18"/>
        </w:rPr>
        <w:t xml:space="preserve"> </w:t>
      </w:r>
      <w:proofErr w:type="spellStart"/>
      <w:r w:rsidRPr="00C86A0D">
        <w:rPr>
          <w:rFonts w:ascii="Sylfaen" w:hAnsi="Sylfaen" w:cs="Sylfaen"/>
          <w:sz w:val="18"/>
          <w:szCs w:val="18"/>
        </w:rPr>
        <w:t>სამუშაოს</w:t>
      </w:r>
      <w:proofErr w:type="spellEnd"/>
      <w:r w:rsidRPr="00C86A0D">
        <w:rPr>
          <w:rFonts w:cstheme="majorHAnsi"/>
          <w:sz w:val="18"/>
          <w:szCs w:val="18"/>
        </w:rPr>
        <w:t xml:space="preserve"> </w:t>
      </w:r>
      <w:proofErr w:type="spellStart"/>
      <w:r w:rsidRPr="00C86A0D">
        <w:rPr>
          <w:rFonts w:ascii="Sylfaen" w:hAnsi="Sylfaen" w:cs="Sylfaen"/>
          <w:sz w:val="18"/>
          <w:szCs w:val="18"/>
        </w:rPr>
        <w:t>წარმოების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შეუძლებლობის</w:t>
      </w:r>
      <w:proofErr w:type="spellEnd"/>
      <w:r w:rsidRPr="00C86A0D">
        <w:rPr>
          <w:rFonts w:cstheme="majorHAnsi"/>
          <w:sz w:val="18"/>
          <w:szCs w:val="18"/>
        </w:rPr>
        <w:t xml:space="preserve"> </w:t>
      </w:r>
      <w:proofErr w:type="spellStart"/>
      <w:r w:rsidRPr="00C86A0D">
        <w:rPr>
          <w:rFonts w:ascii="Sylfaen" w:hAnsi="Sylfaen" w:cs="Sylfaen"/>
          <w:sz w:val="18"/>
          <w:szCs w:val="18"/>
        </w:rPr>
        <w:t>შესახებ</w:t>
      </w:r>
      <w:proofErr w:type="spellEnd"/>
      <w:r w:rsidRPr="00C86A0D">
        <w:rPr>
          <w:rFonts w:cstheme="majorHAnsi"/>
          <w:sz w:val="18"/>
          <w:szCs w:val="18"/>
        </w:rPr>
        <w:t xml:space="preserve">, </w:t>
      </w:r>
      <w:proofErr w:type="spellStart"/>
      <w:r w:rsidRPr="00C86A0D">
        <w:rPr>
          <w:rFonts w:ascii="Sylfaen" w:hAnsi="Sylfaen" w:cs="Sylfaen"/>
          <w:sz w:val="18"/>
          <w:szCs w:val="18"/>
        </w:rPr>
        <w:t>მაშინ</w:t>
      </w:r>
      <w:proofErr w:type="spellEnd"/>
      <w:r w:rsidRPr="00C86A0D">
        <w:rPr>
          <w:rFonts w:cstheme="majorHAnsi"/>
          <w:sz w:val="18"/>
          <w:szCs w:val="18"/>
        </w:rPr>
        <w:t xml:space="preserve"> </w:t>
      </w:r>
      <w:proofErr w:type="spellStart"/>
      <w:r w:rsidRPr="00C86A0D">
        <w:rPr>
          <w:rFonts w:ascii="Sylfaen" w:hAnsi="Sylfaen" w:cs="Sylfaen"/>
          <w:sz w:val="18"/>
          <w:szCs w:val="18"/>
        </w:rPr>
        <w:t>მხარეთა</w:t>
      </w:r>
      <w:proofErr w:type="spellEnd"/>
      <w:r w:rsidRPr="00C86A0D">
        <w:rPr>
          <w:rFonts w:cstheme="majorHAnsi"/>
          <w:sz w:val="18"/>
          <w:szCs w:val="18"/>
        </w:rPr>
        <w:t xml:space="preserve"> </w:t>
      </w:r>
      <w:proofErr w:type="spellStart"/>
      <w:r w:rsidRPr="00C86A0D">
        <w:rPr>
          <w:rFonts w:ascii="Sylfaen" w:hAnsi="Sylfaen" w:cs="Sylfaen"/>
          <w:sz w:val="18"/>
          <w:szCs w:val="18"/>
        </w:rPr>
        <w:t>მიერ</w:t>
      </w:r>
      <w:proofErr w:type="spellEnd"/>
      <w:r w:rsidRPr="00C86A0D">
        <w:rPr>
          <w:rFonts w:cstheme="majorHAnsi"/>
          <w:sz w:val="18"/>
          <w:szCs w:val="18"/>
        </w:rPr>
        <w:t xml:space="preserve"> </w:t>
      </w:r>
      <w:proofErr w:type="spellStart"/>
      <w:r w:rsidRPr="00C86A0D">
        <w:rPr>
          <w:rFonts w:ascii="Sylfaen" w:hAnsi="Sylfaen" w:cs="Sylfaen"/>
          <w:sz w:val="18"/>
          <w:szCs w:val="18"/>
        </w:rPr>
        <w:t>დგება</w:t>
      </w:r>
      <w:proofErr w:type="spellEnd"/>
      <w:r w:rsidRPr="00C86A0D">
        <w:rPr>
          <w:rFonts w:cstheme="majorHAnsi"/>
          <w:sz w:val="18"/>
          <w:szCs w:val="18"/>
        </w:rPr>
        <w:t xml:space="preserve"> </w:t>
      </w:r>
      <w:proofErr w:type="spellStart"/>
      <w:r w:rsidRPr="00C86A0D">
        <w:rPr>
          <w:rFonts w:ascii="Sylfaen" w:hAnsi="Sylfaen" w:cs="Sylfaen"/>
          <w:sz w:val="18"/>
          <w:szCs w:val="18"/>
        </w:rPr>
        <w:t>სამუშაოს</w:t>
      </w:r>
      <w:proofErr w:type="spellEnd"/>
      <w:r w:rsidRPr="00C86A0D">
        <w:rPr>
          <w:rFonts w:cstheme="majorHAnsi"/>
          <w:sz w:val="18"/>
          <w:szCs w:val="18"/>
        </w:rPr>
        <w:t xml:space="preserve"> </w:t>
      </w:r>
      <w:proofErr w:type="spellStart"/>
      <w:r w:rsidRPr="00C86A0D">
        <w:rPr>
          <w:rFonts w:ascii="Sylfaen" w:hAnsi="Sylfaen" w:cs="Sylfaen"/>
          <w:sz w:val="18"/>
          <w:szCs w:val="18"/>
        </w:rPr>
        <w:t>შესრულების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შეუძლებლობის</w:t>
      </w:r>
      <w:proofErr w:type="spellEnd"/>
      <w:r w:rsidRPr="00C86A0D">
        <w:rPr>
          <w:rFonts w:cstheme="majorHAnsi"/>
          <w:sz w:val="18"/>
          <w:szCs w:val="18"/>
        </w:rPr>
        <w:t xml:space="preserve"> </w:t>
      </w:r>
      <w:proofErr w:type="spellStart"/>
      <w:r w:rsidRPr="00C86A0D">
        <w:rPr>
          <w:rFonts w:ascii="Sylfaen" w:hAnsi="Sylfaen" w:cs="Sylfaen"/>
          <w:sz w:val="18"/>
          <w:szCs w:val="18"/>
        </w:rPr>
        <w:t>შესახებ</w:t>
      </w:r>
      <w:proofErr w:type="spellEnd"/>
      <w:r w:rsidRPr="00C86A0D">
        <w:rPr>
          <w:rFonts w:cstheme="majorHAnsi"/>
          <w:sz w:val="18"/>
          <w:szCs w:val="18"/>
        </w:rPr>
        <w:t xml:space="preserve"> </w:t>
      </w:r>
      <w:proofErr w:type="spellStart"/>
      <w:r w:rsidRPr="00C86A0D">
        <w:rPr>
          <w:rFonts w:ascii="Sylfaen" w:hAnsi="Sylfaen" w:cs="Sylfaen"/>
          <w:sz w:val="18"/>
          <w:szCs w:val="18"/>
        </w:rPr>
        <w:t>ერთობლივი</w:t>
      </w:r>
      <w:proofErr w:type="spellEnd"/>
      <w:r w:rsidRPr="00C86A0D">
        <w:rPr>
          <w:rFonts w:cstheme="majorHAnsi"/>
          <w:sz w:val="18"/>
          <w:szCs w:val="18"/>
        </w:rPr>
        <w:t xml:space="preserve"> </w:t>
      </w:r>
      <w:proofErr w:type="spellStart"/>
      <w:r w:rsidRPr="00C86A0D">
        <w:rPr>
          <w:rFonts w:ascii="Sylfaen" w:hAnsi="Sylfaen" w:cs="Sylfaen"/>
          <w:sz w:val="18"/>
          <w:szCs w:val="18"/>
        </w:rPr>
        <w:t>აქტი</w:t>
      </w:r>
      <w:proofErr w:type="spellEnd"/>
      <w:r w:rsidRPr="00C86A0D">
        <w:rPr>
          <w:rFonts w:cstheme="majorHAnsi"/>
          <w:sz w:val="18"/>
          <w:szCs w:val="18"/>
        </w:rPr>
        <w:t xml:space="preserve">, </w:t>
      </w:r>
      <w:proofErr w:type="spellStart"/>
      <w:r w:rsidRPr="00C86A0D">
        <w:rPr>
          <w:rFonts w:ascii="Sylfaen" w:hAnsi="Sylfaen" w:cs="Sylfaen"/>
          <w:sz w:val="18"/>
          <w:szCs w:val="18"/>
        </w:rPr>
        <w:t>რის</w:t>
      </w:r>
      <w:proofErr w:type="spellEnd"/>
      <w:r w:rsidRPr="00C86A0D">
        <w:rPr>
          <w:rFonts w:cstheme="majorHAnsi"/>
          <w:sz w:val="18"/>
          <w:szCs w:val="18"/>
        </w:rPr>
        <w:t xml:space="preserve"> </w:t>
      </w:r>
      <w:proofErr w:type="spellStart"/>
      <w:r w:rsidRPr="00C86A0D">
        <w:rPr>
          <w:rFonts w:ascii="Sylfaen" w:hAnsi="Sylfaen" w:cs="Sylfaen"/>
          <w:sz w:val="18"/>
          <w:szCs w:val="18"/>
        </w:rPr>
        <w:t>შედეგადაც</w:t>
      </w:r>
      <w:proofErr w:type="spellEnd"/>
      <w:r w:rsidRPr="00C86A0D">
        <w:rPr>
          <w:rFonts w:cstheme="majorHAnsi"/>
          <w:sz w:val="18"/>
          <w:szCs w:val="18"/>
        </w:rPr>
        <w:t xml:space="preserve">, </w:t>
      </w:r>
      <w:proofErr w:type="spellStart"/>
      <w:r w:rsidRPr="00C86A0D">
        <w:rPr>
          <w:rFonts w:ascii="Sylfaen" w:hAnsi="Sylfaen" w:cs="Sylfaen"/>
          <w:sz w:val="18"/>
          <w:szCs w:val="18"/>
        </w:rPr>
        <w:t>სამუშაოს</w:t>
      </w:r>
      <w:proofErr w:type="spellEnd"/>
      <w:r w:rsidRPr="00C86A0D">
        <w:rPr>
          <w:rFonts w:cstheme="majorHAnsi"/>
          <w:sz w:val="18"/>
          <w:szCs w:val="18"/>
        </w:rPr>
        <w:t xml:space="preserve"> </w:t>
      </w:r>
      <w:proofErr w:type="spellStart"/>
      <w:r w:rsidRPr="00C86A0D">
        <w:rPr>
          <w:rFonts w:ascii="Sylfaen" w:hAnsi="Sylfaen" w:cs="Sylfaen"/>
          <w:sz w:val="18"/>
          <w:szCs w:val="18"/>
        </w:rPr>
        <w:t>შესრულების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ვადა</w:t>
      </w:r>
      <w:proofErr w:type="spellEnd"/>
      <w:r w:rsidRPr="00C86A0D">
        <w:rPr>
          <w:rFonts w:cstheme="majorHAnsi"/>
          <w:sz w:val="18"/>
          <w:szCs w:val="18"/>
        </w:rPr>
        <w:t xml:space="preserve"> </w:t>
      </w:r>
      <w:proofErr w:type="spellStart"/>
      <w:r w:rsidRPr="00C86A0D">
        <w:rPr>
          <w:rFonts w:ascii="Sylfaen" w:hAnsi="Sylfaen" w:cs="Sylfaen"/>
          <w:sz w:val="18"/>
          <w:szCs w:val="18"/>
        </w:rPr>
        <w:t>გადაიწევს</w:t>
      </w:r>
      <w:proofErr w:type="spellEnd"/>
      <w:r w:rsidRPr="00C86A0D">
        <w:rPr>
          <w:rFonts w:cstheme="majorHAnsi"/>
          <w:sz w:val="18"/>
          <w:szCs w:val="18"/>
        </w:rPr>
        <w:t xml:space="preserve"> </w:t>
      </w:r>
      <w:proofErr w:type="spellStart"/>
      <w:r w:rsidRPr="00C86A0D">
        <w:rPr>
          <w:rFonts w:ascii="Sylfaen" w:hAnsi="Sylfaen" w:cs="Sylfaen"/>
          <w:sz w:val="18"/>
          <w:szCs w:val="18"/>
        </w:rPr>
        <w:t>პროპორციულად</w:t>
      </w:r>
      <w:proofErr w:type="spellEnd"/>
      <w:r w:rsidRPr="00C86A0D">
        <w:rPr>
          <w:rFonts w:cstheme="majorHAnsi"/>
          <w:sz w:val="18"/>
          <w:szCs w:val="18"/>
        </w:rPr>
        <w:t xml:space="preserve"> </w:t>
      </w:r>
      <w:proofErr w:type="spellStart"/>
      <w:r w:rsidRPr="00C86A0D">
        <w:rPr>
          <w:rFonts w:ascii="Sylfaen" w:hAnsi="Sylfaen" w:cs="Sylfaen"/>
          <w:sz w:val="18"/>
          <w:szCs w:val="18"/>
        </w:rPr>
        <w:t>იმ</w:t>
      </w:r>
      <w:proofErr w:type="spellEnd"/>
      <w:r w:rsidRPr="00C86A0D">
        <w:rPr>
          <w:rFonts w:cstheme="majorHAnsi"/>
          <w:sz w:val="18"/>
          <w:szCs w:val="18"/>
        </w:rPr>
        <w:t xml:space="preserve"> </w:t>
      </w:r>
      <w:proofErr w:type="spellStart"/>
      <w:r w:rsidRPr="00C86A0D">
        <w:rPr>
          <w:rFonts w:ascii="Sylfaen" w:hAnsi="Sylfaen" w:cs="Sylfaen"/>
          <w:sz w:val="18"/>
          <w:szCs w:val="18"/>
        </w:rPr>
        <w:t>ვადით</w:t>
      </w:r>
      <w:proofErr w:type="spellEnd"/>
      <w:r w:rsidRPr="00C86A0D">
        <w:rPr>
          <w:rFonts w:cstheme="majorHAnsi"/>
          <w:sz w:val="18"/>
          <w:szCs w:val="18"/>
        </w:rPr>
        <w:t xml:space="preserve">, </w:t>
      </w:r>
      <w:proofErr w:type="spellStart"/>
      <w:r w:rsidRPr="00C86A0D">
        <w:rPr>
          <w:rFonts w:ascii="Sylfaen" w:hAnsi="Sylfaen" w:cs="Sylfaen"/>
          <w:sz w:val="18"/>
          <w:szCs w:val="18"/>
        </w:rPr>
        <w:t>რა</w:t>
      </w:r>
      <w:proofErr w:type="spellEnd"/>
      <w:r w:rsidRPr="00C86A0D">
        <w:rPr>
          <w:rFonts w:cstheme="majorHAnsi"/>
          <w:sz w:val="18"/>
          <w:szCs w:val="18"/>
        </w:rPr>
        <w:t xml:space="preserve"> </w:t>
      </w:r>
      <w:proofErr w:type="spellStart"/>
      <w:r w:rsidRPr="00C86A0D">
        <w:rPr>
          <w:rFonts w:ascii="Sylfaen" w:hAnsi="Sylfaen" w:cs="Sylfaen"/>
          <w:sz w:val="18"/>
          <w:szCs w:val="18"/>
        </w:rPr>
        <w:t>ვადითაც</w:t>
      </w:r>
      <w:proofErr w:type="spellEnd"/>
      <w:r w:rsidRPr="00C86A0D">
        <w:rPr>
          <w:rFonts w:cstheme="majorHAnsi"/>
          <w:sz w:val="18"/>
          <w:szCs w:val="18"/>
        </w:rPr>
        <w:t xml:space="preserve"> </w:t>
      </w:r>
      <w:proofErr w:type="spellStart"/>
      <w:r w:rsidRPr="00C86A0D">
        <w:rPr>
          <w:rFonts w:ascii="Sylfaen" w:hAnsi="Sylfaen" w:cs="Sylfaen"/>
          <w:sz w:val="18"/>
          <w:szCs w:val="18"/>
        </w:rPr>
        <w:t>შეუძლებელი</w:t>
      </w:r>
      <w:proofErr w:type="spellEnd"/>
      <w:r w:rsidRPr="00C86A0D">
        <w:rPr>
          <w:rFonts w:cstheme="majorHAnsi"/>
          <w:sz w:val="18"/>
          <w:szCs w:val="18"/>
        </w:rPr>
        <w:t xml:space="preserve"> </w:t>
      </w:r>
      <w:proofErr w:type="spellStart"/>
      <w:r w:rsidRPr="00C86A0D">
        <w:rPr>
          <w:rFonts w:ascii="Sylfaen" w:hAnsi="Sylfaen" w:cs="Sylfaen"/>
          <w:sz w:val="18"/>
          <w:szCs w:val="18"/>
        </w:rPr>
        <w:t>იქნება</w:t>
      </w:r>
      <w:proofErr w:type="spellEnd"/>
      <w:r w:rsidRPr="00C86A0D">
        <w:rPr>
          <w:rFonts w:cstheme="majorHAnsi"/>
          <w:sz w:val="18"/>
          <w:szCs w:val="18"/>
        </w:rPr>
        <w:t xml:space="preserve"> </w:t>
      </w:r>
      <w:proofErr w:type="spellStart"/>
      <w:r w:rsidRPr="00C86A0D">
        <w:rPr>
          <w:rFonts w:ascii="Sylfaen" w:hAnsi="Sylfaen" w:cs="Sylfaen"/>
          <w:sz w:val="18"/>
          <w:szCs w:val="18"/>
        </w:rPr>
        <w:t>სამუშაოს</w:t>
      </w:r>
      <w:proofErr w:type="spellEnd"/>
      <w:r w:rsidRPr="00C86A0D">
        <w:rPr>
          <w:rFonts w:cstheme="majorHAnsi"/>
          <w:sz w:val="18"/>
          <w:szCs w:val="18"/>
        </w:rPr>
        <w:t xml:space="preserve"> </w:t>
      </w:r>
      <w:proofErr w:type="spellStart"/>
      <w:r w:rsidRPr="00C86A0D">
        <w:rPr>
          <w:rFonts w:ascii="Sylfaen" w:hAnsi="Sylfaen" w:cs="Sylfaen"/>
          <w:sz w:val="18"/>
          <w:szCs w:val="18"/>
        </w:rPr>
        <w:t>შესრულება</w:t>
      </w:r>
      <w:proofErr w:type="spellEnd"/>
      <w:r w:rsidRPr="00C86A0D">
        <w:rPr>
          <w:rFonts w:cstheme="majorHAnsi"/>
          <w:sz w:val="18"/>
          <w:szCs w:val="18"/>
        </w:rPr>
        <w:t xml:space="preserve">. </w:t>
      </w:r>
      <w:proofErr w:type="spellStart"/>
      <w:r w:rsidRPr="00C86A0D">
        <w:rPr>
          <w:rFonts w:ascii="Sylfaen" w:hAnsi="Sylfaen" w:cs="Sylfaen"/>
          <w:sz w:val="18"/>
          <w:szCs w:val="18"/>
        </w:rPr>
        <w:t>ამ</w:t>
      </w:r>
      <w:proofErr w:type="spellEnd"/>
      <w:r w:rsidRPr="00C86A0D">
        <w:rPr>
          <w:rFonts w:cstheme="majorHAnsi"/>
          <w:sz w:val="18"/>
          <w:szCs w:val="18"/>
        </w:rPr>
        <w:t xml:space="preserve"> </w:t>
      </w:r>
      <w:proofErr w:type="spellStart"/>
      <w:r w:rsidRPr="00C86A0D">
        <w:rPr>
          <w:rFonts w:ascii="Sylfaen" w:hAnsi="Sylfaen" w:cs="Sylfaen"/>
          <w:sz w:val="18"/>
          <w:szCs w:val="18"/>
        </w:rPr>
        <w:t>წესის</w:t>
      </w:r>
      <w:proofErr w:type="spellEnd"/>
      <w:r w:rsidRPr="00C86A0D">
        <w:rPr>
          <w:rFonts w:cstheme="majorHAnsi"/>
          <w:sz w:val="18"/>
          <w:szCs w:val="18"/>
        </w:rPr>
        <w:t xml:space="preserve"> </w:t>
      </w:r>
      <w:proofErr w:type="spellStart"/>
      <w:r w:rsidRPr="00C86A0D">
        <w:rPr>
          <w:rFonts w:ascii="Sylfaen" w:hAnsi="Sylfaen" w:cs="Sylfaen"/>
          <w:sz w:val="18"/>
          <w:szCs w:val="18"/>
        </w:rPr>
        <w:t>დაცვის</w:t>
      </w:r>
      <w:proofErr w:type="spellEnd"/>
      <w:r w:rsidRPr="00C86A0D">
        <w:rPr>
          <w:rFonts w:cstheme="majorHAnsi"/>
          <w:sz w:val="18"/>
          <w:szCs w:val="18"/>
        </w:rPr>
        <w:t xml:space="preserve"> </w:t>
      </w:r>
      <w:proofErr w:type="spellStart"/>
      <w:r w:rsidRPr="00C86A0D">
        <w:rPr>
          <w:rFonts w:ascii="Sylfaen" w:hAnsi="Sylfaen" w:cs="Sylfaen"/>
          <w:sz w:val="18"/>
          <w:szCs w:val="18"/>
        </w:rPr>
        <w:t>გარეშე</w:t>
      </w:r>
      <w:proofErr w:type="spellEnd"/>
      <w:r w:rsidRPr="00C86A0D">
        <w:rPr>
          <w:rFonts w:cstheme="majorHAnsi"/>
          <w:sz w:val="18"/>
          <w:szCs w:val="18"/>
        </w:rPr>
        <w:t xml:space="preserve"> </w:t>
      </w:r>
      <w:r w:rsidR="00D36BEA">
        <w:rPr>
          <w:rFonts w:ascii="Sylfaen" w:hAnsi="Sylfaen" w:cs="Sylfaen"/>
          <w:sz w:val="18"/>
          <w:szCs w:val="18"/>
          <w:lang w:val="ka-GE"/>
        </w:rPr>
        <w:t>მენარდეს</w:t>
      </w:r>
      <w:r w:rsidRPr="00C86A0D">
        <w:rPr>
          <w:rFonts w:cstheme="majorHAnsi"/>
          <w:sz w:val="18"/>
          <w:szCs w:val="18"/>
        </w:rPr>
        <w:t xml:space="preserve"> </w:t>
      </w:r>
      <w:proofErr w:type="spellStart"/>
      <w:r w:rsidRPr="00C86A0D">
        <w:rPr>
          <w:rFonts w:ascii="Sylfaen" w:hAnsi="Sylfaen" w:cs="Sylfaen"/>
          <w:sz w:val="18"/>
          <w:szCs w:val="18"/>
        </w:rPr>
        <w:t>არ</w:t>
      </w:r>
      <w:proofErr w:type="spellEnd"/>
      <w:r w:rsidRPr="00C86A0D">
        <w:rPr>
          <w:rFonts w:cstheme="majorHAnsi"/>
          <w:sz w:val="18"/>
          <w:szCs w:val="18"/>
        </w:rPr>
        <w:t xml:space="preserve"> </w:t>
      </w:r>
      <w:proofErr w:type="spellStart"/>
      <w:r w:rsidRPr="00C86A0D">
        <w:rPr>
          <w:rFonts w:ascii="Sylfaen" w:hAnsi="Sylfaen" w:cs="Sylfaen"/>
          <w:sz w:val="18"/>
          <w:szCs w:val="18"/>
        </w:rPr>
        <w:t>აქვს</w:t>
      </w:r>
      <w:proofErr w:type="spellEnd"/>
      <w:r w:rsidRPr="00C86A0D">
        <w:rPr>
          <w:rFonts w:cstheme="majorHAnsi"/>
          <w:sz w:val="18"/>
          <w:szCs w:val="18"/>
        </w:rPr>
        <w:t xml:space="preserve"> </w:t>
      </w:r>
      <w:proofErr w:type="spellStart"/>
      <w:r w:rsidRPr="00C86A0D">
        <w:rPr>
          <w:rFonts w:ascii="Sylfaen" w:hAnsi="Sylfaen" w:cs="Sylfaen"/>
          <w:sz w:val="18"/>
          <w:szCs w:val="18"/>
        </w:rPr>
        <w:t>უფლება</w:t>
      </w:r>
      <w:proofErr w:type="spellEnd"/>
      <w:r w:rsidRPr="00C86A0D">
        <w:rPr>
          <w:rFonts w:cstheme="majorHAnsi"/>
          <w:sz w:val="18"/>
          <w:szCs w:val="18"/>
        </w:rPr>
        <w:t xml:space="preserve">, </w:t>
      </w:r>
      <w:proofErr w:type="spellStart"/>
      <w:r w:rsidRPr="00C86A0D">
        <w:rPr>
          <w:rFonts w:ascii="Sylfaen" w:hAnsi="Sylfaen" w:cs="Sylfaen"/>
          <w:sz w:val="18"/>
          <w:szCs w:val="18"/>
        </w:rPr>
        <w:t>სამუშაოს</w:t>
      </w:r>
      <w:proofErr w:type="spellEnd"/>
      <w:r w:rsidRPr="00C86A0D">
        <w:rPr>
          <w:rFonts w:cstheme="majorHAnsi"/>
          <w:sz w:val="18"/>
          <w:szCs w:val="18"/>
        </w:rPr>
        <w:t xml:space="preserve"> </w:t>
      </w:r>
      <w:proofErr w:type="spellStart"/>
      <w:r w:rsidRPr="00C86A0D">
        <w:rPr>
          <w:rFonts w:ascii="Sylfaen" w:hAnsi="Sylfaen" w:cs="Sylfaen"/>
          <w:sz w:val="18"/>
          <w:szCs w:val="18"/>
        </w:rPr>
        <w:t>შესრულების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ვადის</w:t>
      </w:r>
      <w:proofErr w:type="spellEnd"/>
      <w:r w:rsidRPr="00C86A0D">
        <w:rPr>
          <w:rFonts w:cstheme="majorHAnsi"/>
          <w:sz w:val="18"/>
          <w:szCs w:val="18"/>
        </w:rPr>
        <w:t xml:space="preserve"> </w:t>
      </w:r>
      <w:proofErr w:type="spellStart"/>
      <w:r w:rsidRPr="00C86A0D">
        <w:rPr>
          <w:rFonts w:ascii="Sylfaen" w:hAnsi="Sylfaen" w:cs="Sylfaen"/>
          <w:sz w:val="18"/>
          <w:szCs w:val="18"/>
        </w:rPr>
        <w:t>დარღვევის</w:t>
      </w:r>
      <w:proofErr w:type="spellEnd"/>
      <w:r w:rsidRPr="00C86A0D">
        <w:rPr>
          <w:rFonts w:cstheme="majorHAnsi"/>
          <w:sz w:val="18"/>
          <w:szCs w:val="18"/>
        </w:rPr>
        <w:t xml:space="preserve"> </w:t>
      </w:r>
      <w:proofErr w:type="spellStart"/>
      <w:r w:rsidRPr="00C86A0D">
        <w:rPr>
          <w:rFonts w:ascii="Sylfaen" w:hAnsi="Sylfaen" w:cs="Sylfaen"/>
          <w:sz w:val="18"/>
          <w:szCs w:val="18"/>
        </w:rPr>
        <w:t>ან</w:t>
      </w:r>
      <w:proofErr w:type="spellEnd"/>
      <w:r w:rsidRPr="00C86A0D">
        <w:rPr>
          <w:rFonts w:cstheme="majorHAnsi"/>
          <w:sz w:val="18"/>
          <w:szCs w:val="18"/>
        </w:rPr>
        <w:t>/</w:t>
      </w:r>
      <w:proofErr w:type="spellStart"/>
      <w:r w:rsidRPr="00C86A0D">
        <w:rPr>
          <w:rFonts w:ascii="Sylfaen" w:hAnsi="Sylfaen" w:cs="Sylfaen"/>
          <w:sz w:val="18"/>
          <w:szCs w:val="18"/>
        </w:rPr>
        <w:t>და</w:t>
      </w:r>
      <w:proofErr w:type="spellEnd"/>
      <w:r w:rsidRPr="00C86A0D">
        <w:rPr>
          <w:rFonts w:cstheme="majorHAnsi"/>
          <w:sz w:val="18"/>
          <w:szCs w:val="18"/>
        </w:rPr>
        <w:t xml:space="preserve"> </w:t>
      </w:r>
      <w:proofErr w:type="spellStart"/>
      <w:r w:rsidRPr="00C86A0D">
        <w:rPr>
          <w:rFonts w:ascii="Sylfaen" w:hAnsi="Sylfaen" w:cs="Sylfaen"/>
          <w:sz w:val="18"/>
          <w:szCs w:val="18"/>
        </w:rPr>
        <w:t>სამუშაოს</w:t>
      </w:r>
      <w:proofErr w:type="spellEnd"/>
      <w:r w:rsidRPr="00C86A0D">
        <w:rPr>
          <w:rFonts w:cstheme="majorHAnsi"/>
          <w:sz w:val="18"/>
          <w:szCs w:val="18"/>
        </w:rPr>
        <w:t xml:space="preserve"> </w:t>
      </w:r>
      <w:proofErr w:type="spellStart"/>
      <w:r w:rsidRPr="00C86A0D">
        <w:rPr>
          <w:rFonts w:ascii="Sylfaen" w:hAnsi="Sylfaen" w:cs="Sylfaen"/>
          <w:sz w:val="18"/>
          <w:szCs w:val="18"/>
        </w:rPr>
        <w:t>ჩამორჩენის</w:t>
      </w:r>
      <w:proofErr w:type="spellEnd"/>
      <w:r w:rsidRPr="00C86A0D">
        <w:rPr>
          <w:rFonts w:cstheme="majorHAnsi"/>
          <w:sz w:val="18"/>
          <w:szCs w:val="18"/>
        </w:rPr>
        <w:t xml:space="preserve"> </w:t>
      </w:r>
      <w:proofErr w:type="spellStart"/>
      <w:r w:rsidRPr="00C86A0D">
        <w:rPr>
          <w:rFonts w:ascii="Sylfaen" w:hAnsi="Sylfaen" w:cs="Sylfaen"/>
          <w:sz w:val="18"/>
          <w:szCs w:val="18"/>
        </w:rPr>
        <w:t>მიზეზად</w:t>
      </w:r>
      <w:proofErr w:type="spellEnd"/>
      <w:r w:rsidRPr="00C86A0D">
        <w:rPr>
          <w:rFonts w:cstheme="majorHAnsi"/>
          <w:sz w:val="18"/>
          <w:szCs w:val="18"/>
        </w:rPr>
        <w:t xml:space="preserve"> </w:t>
      </w:r>
      <w:proofErr w:type="spellStart"/>
      <w:r w:rsidRPr="00C86A0D">
        <w:rPr>
          <w:rFonts w:ascii="Sylfaen" w:hAnsi="Sylfaen" w:cs="Sylfaen"/>
          <w:sz w:val="18"/>
          <w:szCs w:val="18"/>
        </w:rPr>
        <w:t>მიუთითოს</w:t>
      </w:r>
      <w:proofErr w:type="spellEnd"/>
      <w:r w:rsidRPr="00C86A0D">
        <w:rPr>
          <w:rFonts w:cstheme="majorHAnsi"/>
          <w:sz w:val="18"/>
          <w:szCs w:val="18"/>
        </w:rPr>
        <w:t xml:space="preserve"> </w:t>
      </w:r>
      <w:proofErr w:type="spellStart"/>
      <w:r w:rsidRPr="00C86A0D">
        <w:rPr>
          <w:rFonts w:ascii="Sylfaen" w:hAnsi="Sylfaen" w:cs="Sylfaen"/>
          <w:sz w:val="18"/>
          <w:szCs w:val="18"/>
        </w:rPr>
        <w:t>ამავე</w:t>
      </w:r>
      <w:proofErr w:type="spellEnd"/>
      <w:r w:rsidRPr="00C86A0D">
        <w:rPr>
          <w:rFonts w:cstheme="majorHAnsi"/>
          <w:sz w:val="18"/>
          <w:szCs w:val="18"/>
        </w:rPr>
        <w:t xml:space="preserve"> </w:t>
      </w:r>
      <w:proofErr w:type="spellStart"/>
      <w:r w:rsidRPr="00C86A0D">
        <w:rPr>
          <w:rFonts w:ascii="Sylfaen" w:hAnsi="Sylfaen" w:cs="Sylfaen"/>
          <w:sz w:val="18"/>
          <w:szCs w:val="18"/>
        </w:rPr>
        <w:t>პუნქტით</w:t>
      </w:r>
      <w:proofErr w:type="spellEnd"/>
      <w:r w:rsidRPr="00C86A0D">
        <w:rPr>
          <w:rFonts w:cstheme="majorHAnsi"/>
          <w:sz w:val="18"/>
          <w:szCs w:val="18"/>
        </w:rPr>
        <w:t xml:space="preserve"> </w:t>
      </w:r>
      <w:proofErr w:type="spellStart"/>
      <w:r w:rsidRPr="00C86A0D">
        <w:rPr>
          <w:rFonts w:ascii="Sylfaen" w:hAnsi="Sylfaen" w:cs="Sylfaen"/>
          <w:sz w:val="18"/>
          <w:szCs w:val="18"/>
        </w:rPr>
        <w:t>გათვალისწინებულ</w:t>
      </w:r>
      <w:proofErr w:type="spellEnd"/>
      <w:r w:rsidRPr="00C86A0D">
        <w:rPr>
          <w:rFonts w:cstheme="majorHAnsi"/>
          <w:sz w:val="18"/>
          <w:szCs w:val="18"/>
        </w:rPr>
        <w:t xml:space="preserve"> </w:t>
      </w:r>
      <w:proofErr w:type="spellStart"/>
      <w:r w:rsidRPr="00C86A0D">
        <w:rPr>
          <w:rFonts w:ascii="Sylfaen" w:hAnsi="Sylfaen" w:cs="Sylfaen"/>
          <w:sz w:val="18"/>
          <w:szCs w:val="18"/>
        </w:rPr>
        <w:t>გარემოებებზე</w:t>
      </w:r>
      <w:proofErr w:type="spellEnd"/>
      <w:r w:rsidRPr="00C86A0D">
        <w:rPr>
          <w:rFonts w:cstheme="majorHAnsi"/>
          <w:sz w:val="18"/>
          <w:szCs w:val="18"/>
        </w:rPr>
        <w:t>.</w:t>
      </w:r>
    </w:p>
    <w:p w14:paraId="13B77E82" w14:textId="77777777" w:rsidR="004B6084" w:rsidRPr="00C86A0D" w:rsidRDefault="004B6084" w:rsidP="00185C20">
      <w:pPr>
        <w:jc w:val="both"/>
        <w:rPr>
          <w:rFonts w:cstheme="majorHAnsi"/>
          <w:b/>
          <w:bCs/>
        </w:rPr>
      </w:pPr>
    </w:p>
    <w:p w14:paraId="017CF6CE" w14:textId="4F4B89CB" w:rsidR="004B6084" w:rsidRPr="00C86A0D" w:rsidRDefault="00A74260" w:rsidP="00185C20">
      <w:pPr>
        <w:pStyle w:val="ListParagraph"/>
        <w:numPr>
          <w:ilvl w:val="0"/>
          <w:numId w:val="13"/>
        </w:numPr>
        <w:jc w:val="both"/>
        <w:rPr>
          <w:rFonts w:cstheme="majorHAnsi"/>
          <w:b/>
          <w:bCs/>
        </w:rPr>
      </w:pPr>
      <w:proofErr w:type="spellStart"/>
      <w:r w:rsidRPr="00C86A0D">
        <w:rPr>
          <w:rFonts w:ascii="Sylfaen" w:hAnsi="Sylfaen" w:cs="Sylfaen"/>
          <w:b/>
          <w:bCs/>
        </w:rPr>
        <w:t>მშენებლობის</w:t>
      </w:r>
      <w:proofErr w:type="spellEnd"/>
      <w:r w:rsidRPr="00C86A0D">
        <w:rPr>
          <w:rFonts w:cstheme="majorHAnsi"/>
          <w:b/>
          <w:bCs/>
        </w:rPr>
        <w:t xml:space="preserve"> </w:t>
      </w:r>
      <w:proofErr w:type="spellStart"/>
      <w:r w:rsidRPr="00C86A0D">
        <w:rPr>
          <w:rFonts w:ascii="Sylfaen" w:hAnsi="Sylfaen" w:cs="Sylfaen"/>
          <w:b/>
          <w:bCs/>
        </w:rPr>
        <w:t>ვადები</w:t>
      </w:r>
      <w:proofErr w:type="spellEnd"/>
      <w:r w:rsidRPr="00C86A0D">
        <w:rPr>
          <w:rFonts w:cstheme="majorHAnsi"/>
          <w:b/>
          <w:bCs/>
        </w:rPr>
        <w:t xml:space="preserve"> </w:t>
      </w:r>
      <w:proofErr w:type="spellStart"/>
      <w:r w:rsidRPr="00C86A0D">
        <w:rPr>
          <w:rFonts w:ascii="Sylfaen" w:hAnsi="Sylfaen" w:cs="Sylfaen"/>
          <w:b/>
          <w:bCs/>
        </w:rPr>
        <w:t>და</w:t>
      </w:r>
      <w:proofErr w:type="spellEnd"/>
      <w:r w:rsidRPr="00C86A0D">
        <w:rPr>
          <w:rFonts w:cstheme="majorHAnsi"/>
          <w:b/>
          <w:bCs/>
        </w:rPr>
        <w:t xml:space="preserve"> </w:t>
      </w:r>
      <w:proofErr w:type="spellStart"/>
      <w:r w:rsidRPr="00C86A0D">
        <w:rPr>
          <w:rFonts w:ascii="Sylfaen" w:hAnsi="Sylfaen" w:cs="Sylfaen"/>
          <w:b/>
          <w:bCs/>
        </w:rPr>
        <w:t>პირობები</w:t>
      </w:r>
      <w:proofErr w:type="spellEnd"/>
    </w:p>
    <w:p w14:paraId="3214EB71" w14:textId="7B0CE7E6" w:rsidR="004B6084" w:rsidRPr="00C86A0D" w:rsidRDefault="00D36BEA" w:rsidP="00185C20">
      <w:pPr>
        <w:pStyle w:val="ListParagraph"/>
        <w:numPr>
          <w:ilvl w:val="1"/>
          <w:numId w:val="13"/>
        </w:numPr>
        <w:jc w:val="both"/>
        <w:rPr>
          <w:rFonts w:cstheme="majorHAnsi"/>
          <w:sz w:val="18"/>
          <w:szCs w:val="18"/>
        </w:rPr>
      </w:pPr>
      <w:r>
        <w:rPr>
          <w:rFonts w:ascii="Sylfaen" w:hAnsi="Sylfaen" w:cs="Sylfaen"/>
          <w:sz w:val="18"/>
          <w:szCs w:val="18"/>
          <w:lang w:val="ka-GE"/>
        </w:rPr>
        <w:t>მენარდე</w:t>
      </w:r>
      <w:r w:rsidR="00A74260" w:rsidRPr="00C86A0D">
        <w:rPr>
          <w:rFonts w:cstheme="majorHAnsi"/>
          <w:sz w:val="18"/>
          <w:szCs w:val="18"/>
        </w:rPr>
        <w:t xml:space="preserve"> </w:t>
      </w:r>
      <w:proofErr w:type="spellStart"/>
      <w:r w:rsidR="00A74260" w:rsidRPr="00C86A0D">
        <w:rPr>
          <w:rFonts w:ascii="Sylfaen" w:hAnsi="Sylfaen" w:cs="Sylfaen"/>
          <w:sz w:val="18"/>
          <w:szCs w:val="18"/>
        </w:rPr>
        <w:t>ვალდებულია</w:t>
      </w:r>
      <w:proofErr w:type="spellEnd"/>
      <w:r w:rsidR="00A74260" w:rsidRPr="00C86A0D">
        <w:rPr>
          <w:rFonts w:cstheme="majorHAnsi"/>
          <w:sz w:val="18"/>
          <w:szCs w:val="18"/>
        </w:rPr>
        <w:t xml:space="preserve"> </w:t>
      </w:r>
      <w:proofErr w:type="spellStart"/>
      <w:r w:rsidR="00A74260" w:rsidRPr="00C86A0D">
        <w:rPr>
          <w:rFonts w:ascii="Sylfaen" w:hAnsi="Sylfaen" w:cs="Sylfaen"/>
          <w:sz w:val="18"/>
          <w:szCs w:val="18"/>
        </w:rPr>
        <w:t>ხელშეკრულებით</w:t>
      </w:r>
      <w:proofErr w:type="spellEnd"/>
      <w:r w:rsidR="00A74260" w:rsidRPr="00C86A0D">
        <w:rPr>
          <w:rFonts w:cstheme="majorHAnsi"/>
          <w:sz w:val="18"/>
          <w:szCs w:val="18"/>
        </w:rPr>
        <w:t xml:space="preserve"> </w:t>
      </w:r>
      <w:proofErr w:type="spellStart"/>
      <w:r w:rsidR="00A74260" w:rsidRPr="00C86A0D">
        <w:rPr>
          <w:rFonts w:ascii="Sylfaen" w:hAnsi="Sylfaen" w:cs="Sylfaen"/>
          <w:sz w:val="18"/>
          <w:szCs w:val="18"/>
        </w:rPr>
        <w:t>გათვალისწინებული</w:t>
      </w:r>
      <w:proofErr w:type="spellEnd"/>
      <w:r w:rsidR="00A74260" w:rsidRPr="00C86A0D">
        <w:rPr>
          <w:rFonts w:cstheme="majorHAnsi"/>
          <w:sz w:val="18"/>
          <w:szCs w:val="18"/>
        </w:rPr>
        <w:t xml:space="preserve"> </w:t>
      </w:r>
      <w:proofErr w:type="spellStart"/>
      <w:r w:rsidR="00A74260" w:rsidRPr="00C86A0D">
        <w:rPr>
          <w:rFonts w:ascii="Sylfaen" w:hAnsi="Sylfaen" w:cs="Sylfaen"/>
          <w:sz w:val="18"/>
          <w:szCs w:val="18"/>
        </w:rPr>
        <w:t>სამუშაოები</w:t>
      </w:r>
      <w:proofErr w:type="spellEnd"/>
      <w:r w:rsidR="00A74260" w:rsidRPr="00C86A0D">
        <w:rPr>
          <w:rFonts w:cstheme="majorHAnsi"/>
          <w:sz w:val="18"/>
          <w:szCs w:val="18"/>
        </w:rPr>
        <w:t xml:space="preserve"> </w:t>
      </w:r>
      <w:proofErr w:type="spellStart"/>
      <w:r w:rsidR="00A74260" w:rsidRPr="00C86A0D">
        <w:rPr>
          <w:rFonts w:ascii="Sylfaen" w:hAnsi="Sylfaen" w:cs="Sylfaen"/>
          <w:sz w:val="18"/>
          <w:szCs w:val="18"/>
        </w:rPr>
        <w:t>დაიწყოს</w:t>
      </w:r>
      <w:proofErr w:type="spellEnd"/>
      <w:r w:rsidR="00A74260" w:rsidRPr="00C86A0D">
        <w:rPr>
          <w:rFonts w:cstheme="majorHAnsi"/>
          <w:sz w:val="18"/>
          <w:szCs w:val="18"/>
        </w:rPr>
        <w:t xml:space="preserve"> </w:t>
      </w:r>
      <w:proofErr w:type="spellStart"/>
      <w:r w:rsidR="00A74260" w:rsidRPr="00C86A0D">
        <w:rPr>
          <w:rFonts w:ascii="Sylfaen" w:hAnsi="Sylfaen" w:cs="Sylfaen"/>
          <w:sz w:val="18"/>
          <w:szCs w:val="18"/>
        </w:rPr>
        <w:t>ხელშეკრულების</w:t>
      </w:r>
      <w:proofErr w:type="spellEnd"/>
      <w:r w:rsidR="00A74260" w:rsidRPr="00C86A0D">
        <w:rPr>
          <w:rFonts w:cstheme="majorHAnsi"/>
          <w:sz w:val="18"/>
          <w:szCs w:val="18"/>
        </w:rPr>
        <w:t xml:space="preserve"> </w:t>
      </w:r>
      <w:proofErr w:type="spellStart"/>
      <w:r w:rsidR="00A74260" w:rsidRPr="00C86A0D">
        <w:rPr>
          <w:rFonts w:ascii="Sylfaen" w:hAnsi="Sylfaen" w:cs="Sylfaen"/>
          <w:sz w:val="18"/>
          <w:szCs w:val="18"/>
        </w:rPr>
        <w:t>დადებისთანავე</w:t>
      </w:r>
      <w:proofErr w:type="spellEnd"/>
      <w:r w:rsidR="003A55C8">
        <w:rPr>
          <w:rFonts w:cstheme="majorHAnsi"/>
          <w:sz w:val="18"/>
          <w:szCs w:val="18"/>
        </w:rPr>
        <w:t xml:space="preserve">, </w:t>
      </w:r>
      <w:proofErr w:type="spellStart"/>
      <w:r w:rsidR="003A55C8">
        <w:rPr>
          <w:rFonts w:ascii="Sylfaen" w:hAnsi="Sylfaen" w:cstheme="majorHAnsi"/>
          <w:sz w:val="18"/>
          <w:szCs w:val="18"/>
        </w:rPr>
        <w:t>აწარმოოს</w:t>
      </w:r>
      <w:proofErr w:type="spellEnd"/>
      <w:r w:rsidR="003A55C8">
        <w:rPr>
          <w:rFonts w:ascii="Sylfaen" w:hAnsi="Sylfaen" w:cstheme="majorHAnsi"/>
          <w:sz w:val="18"/>
          <w:szCs w:val="18"/>
        </w:rPr>
        <w:t xml:space="preserve"> </w:t>
      </w:r>
      <w:proofErr w:type="spellStart"/>
      <w:r w:rsidR="00D96340">
        <w:rPr>
          <w:rFonts w:ascii="Sylfaen" w:hAnsi="Sylfaen" w:cs="Sylfaen"/>
          <w:sz w:val="18"/>
          <w:szCs w:val="18"/>
        </w:rPr>
        <w:t>კალენდარული</w:t>
      </w:r>
      <w:proofErr w:type="spellEnd"/>
      <w:r w:rsidR="00D96340">
        <w:rPr>
          <w:rFonts w:ascii="Sylfaen" w:hAnsi="Sylfaen" w:cs="Sylfaen"/>
          <w:sz w:val="18"/>
          <w:szCs w:val="18"/>
        </w:rPr>
        <w:t xml:space="preserve"> </w:t>
      </w:r>
      <w:proofErr w:type="spellStart"/>
      <w:r w:rsidR="00D96340">
        <w:rPr>
          <w:rFonts w:ascii="Sylfaen" w:hAnsi="Sylfaen" w:cs="Sylfaen"/>
          <w:sz w:val="18"/>
          <w:szCs w:val="18"/>
        </w:rPr>
        <w:t>გეგმა-გრაფიკის</w:t>
      </w:r>
      <w:proofErr w:type="spellEnd"/>
      <w:r w:rsidR="00D96340">
        <w:rPr>
          <w:rFonts w:ascii="Sylfaen" w:hAnsi="Sylfaen" w:cs="Sylfaen"/>
          <w:sz w:val="18"/>
          <w:szCs w:val="18"/>
        </w:rPr>
        <w:t xml:space="preserve"> </w:t>
      </w:r>
      <w:r w:rsidR="003A55C8">
        <w:rPr>
          <w:rFonts w:ascii="Sylfaen" w:hAnsi="Sylfaen" w:cstheme="majorHAnsi"/>
          <w:sz w:val="18"/>
          <w:szCs w:val="18"/>
          <w:lang w:val="ka-GE"/>
        </w:rPr>
        <w:t>შესაბამისად და</w:t>
      </w:r>
      <w:r w:rsidR="00A74260" w:rsidRPr="00C86A0D">
        <w:rPr>
          <w:rFonts w:cstheme="majorHAnsi"/>
          <w:sz w:val="18"/>
          <w:szCs w:val="18"/>
        </w:rPr>
        <w:t xml:space="preserve"> </w:t>
      </w:r>
      <w:proofErr w:type="spellStart"/>
      <w:r w:rsidR="00A74260" w:rsidRPr="00C86A0D">
        <w:rPr>
          <w:rFonts w:ascii="Sylfaen" w:hAnsi="Sylfaen" w:cs="Sylfaen"/>
          <w:sz w:val="18"/>
          <w:szCs w:val="18"/>
        </w:rPr>
        <w:t>დაასრულოს</w:t>
      </w:r>
      <w:proofErr w:type="spellEnd"/>
      <w:r w:rsidR="006A2609">
        <w:rPr>
          <w:rFonts w:ascii="Sylfaen" w:hAnsi="Sylfaen" w:cs="Sylfaen"/>
          <w:sz w:val="18"/>
          <w:szCs w:val="18"/>
        </w:rPr>
        <w:t xml:space="preserve"> </w:t>
      </w:r>
      <w:proofErr w:type="spellStart"/>
      <w:r w:rsidR="00A74260" w:rsidRPr="00C86A0D">
        <w:rPr>
          <w:rFonts w:ascii="Sylfaen" w:hAnsi="Sylfaen" w:cs="Sylfaen"/>
          <w:sz w:val="18"/>
          <w:szCs w:val="18"/>
        </w:rPr>
        <w:t>მხარეთა</w:t>
      </w:r>
      <w:proofErr w:type="spellEnd"/>
      <w:r w:rsidR="00A74260" w:rsidRPr="00C86A0D">
        <w:rPr>
          <w:rFonts w:cstheme="majorHAnsi"/>
          <w:sz w:val="18"/>
          <w:szCs w:val="18"/>
        </w:rPr>
        <w:t xml:space="preserve"> </w:t>
      </w:r>
      <w:proofErr w:type="spellStart"/>
      <w:r w:rsidR="00A74260" w:rsidRPr="00C86A0D">
        <w:rPr>
          <w:rFonts w:ascii="Sylfaen" w:hAnsi="Sylfaen" w:cs="Sylfaen"/>
          <w:sz w:val="18"/>
          <w:szCs w:val="18"/>
        </w:rPr>
        <w:t>მიერ</w:t>
      </w:r>
      <w:proofErr w:type="spellEnd"/>
      <w:r w:rsidR="00A74260" w:rsidRPr="00C86A0D">
        <w:rPr>
          <w:rFonts w:cstheme="majorHAnsi"/>
          <w:sz w:val="18"/>
          <w:szCs w:val="18"/>
        </w:rPr>
        <w:t xml:space="preserve"> </w:t>
      </w:r>
      <w:proofErr w:type="spellStart"/>
      <w:r w:rsidR="00A74260" w:rsidRPr="00C86A0D">
        <w:rPr>
          <w:rFonts w:ascii="Sylfaen" w:hAnsi="Sylfaen" w:cs="Sylfaen"/>
          <w:sz w:val="18"/>
          <w:szCs w:val="18"/>
        </w:rPr>
        <w:t>წინამდებარე</w:t>
      </w:r>
      <w:proofErr w:type="spellEnd"/>
      <w:r w:rsidR="00A74260" w:rsidRPr="00C86A0D">
        <w:rPr>
          <w:rFonts w:cstheme="majorHAnsi"/>
          <w:sz w:val="18"/>
          <w:szCs w:val="18"/>
        </w:rPr>
        <w:t xml:space="preserve"> </w:t>
      </w:r>
      <w:proofErr w:type="spellStart"/>
      <w:r w:rsidR="00A74260" w:rsidRPr="00C86A0D">
        <w:rPr>
          <w:rFonts w:ascii="Sylfaen" w:hAnsi="Sylfaen" w:cs="Sylfaen"/>
          <w:sz w:val="18"/>
          <w:szCs w:val="18"/>
        </w:rPr>
        <w:t>ხელშეკრულებაზე</w:t>
      </w:r>
      <w:proofErr w:type="spellEnd"/>
      <w:r w:rsidR="00A74260" w:rsidRPr="00C86A0D">
        <w:rPr>
          <w:rFonts w:cstheme="majorHAnsi"/>
          <w:sz w:val="18"/>
          <w:szCs w:val="18"/>
        </w:rPr>
        <w:t xml:space="preserve"> </w:t>
      </w:r>
      <w:proofErr w:type="spellStart"/>
      <w:r w:rsidR="00A74260" w:rsidRPr="00C86A0D">
        <w:rPr>
          <w:rFonts w:ascii="Sylfaen" w:hAnsi="Sylfaen" w:cs="Sylfaen"/>
          <w:sz w:val="18"/>
          <w:szCs w:val="18"/>
        </w:rPr>
        <w:t>ხელის</w:t>
      </w:r>
      <w:proofErr w:type="spellEnd"/>
      <w:r w:rsidR="00A74260" w:rsidRPr="00C86A0D">
        <w:rPr>
          <w:rFonts w:cstheme="majorHAnsi"/>
          <w:sz w:val="18"/>
          <w:szCs w:val="18"/>
        </w:rPr>
        <w:t xml:space="preserve"> </w:t>
      </w:r>
      <w:proofErr w:type="spellStart"/>
      <w:r w:rsidR="00A74260" w:rsidRPr="00C86A0D">
        <w:rPr>
          <w:rFonts w:ascii="Sylfaen" w:hAnsi="Sylfaen" w:cs="Sylfaen"/>
          <w:sz w:val="18"/>
          <w:szCs w:val="18"/>
        </w:rPr>
        <w:t>მოწერიდან</w:t>
      </w:r>
      <w:proofErr w:type="spellEnd"/>
      <w:r w:rsidR="00A74260" w:rsidRPr="00C86A0D">
        <w:rPr>
          <w:rFonts w:cstheme="majorHAnsi"/>
          <w:sz w:val="18"/>
          <w:szCs w:val="18"/>
        </w:rPr>
        <w:t xml:space="preserve"> </w:t>
      </w:r>
      <w:r w:rsidR="00A91DD6">
        <w:rPr>
          <w:rFonts w:ascii="Sylfaen" w:hAnsi="Sylfaen" w:cstheme="majorHAnsi"/>
          <w:b/>
          <w:bCs/>
          <w:sz w:val="18"/>
          <w:szCs w:val="18"/>
          <w:lang w:val="ka-GE"/>
        </w:rPr>
        <w:t xml:space="preserve">270 </w:t>
      </w:r>
      <w:r w:rsidR="00291403">
        <w:rPr>
          <w:rFonts w:ascii="Sylfaen" w:hAnsi="Sylfaen" w:cstheme="majorHAnsi"/>
          <w:sz w:val="18"/>
          <w:szCs w:val="18"/>
          <w:lang w:val="ka-GE"/>
        </w:rPr>
        <w:t>(</w:t>
      </w:r>
      <w:r w:rsidR="00A91DD6">
        <w:rPr>
          <w:rFonts w:ascii="Sylfaen" w:hAnsi="Sylfaen" w:cstheme="majorHAnsi"/>
          <w:sz w:val="18"/>
          <w:szCs w:val="18"/>
          <w:lang w:val="ka-GE"/>
        </w:rPr>
        <w:t>ორას სამოცდაათი</w:t>
      </w:r>
      <w:r w:rsidR="00A32A84">
        <w:rPr>
          <w:rFonts w:ascii="Sylfaen" w:hAnsi="Sylfaen" w:cstheme="majorHAnsi"/>
          <w:sz w:val="18"/>
          <w:szCs w:val="18"/>
          <w:lang w:val="ka-GE"/>
        </w:rPr>
        <w:t>)</w:t>
      </w:r>
      <w:r w:rsidR="00291403" w:rsidRPr="00C86A0D">
        <w:rPr>
          <w:rFonts w:cstheme="majorHAnsi"/>
          <w:sz w:val="18"/>
          <w:szCs w:val="18"/>
        </w:rPr>
        <w:t xml:space="preserve"> </w:t>
      </w:r>
      <w:r w:rsidR="0069453E">
        <w:rPr>
          <w:rFonts w:ascii="Sylfaen" w:hAnsi="Sylfaen" w:cstheme="majorHAnsi"/>
          <w:sz w:val="18"/>
          <w:szCs w:val="18"/>
          <w:lang w:val="ka-GE"/>
        </w:rPr>
        <w:t xml:space="preserve">კალენდარული </w:t>
      </w:r>
      <w:r w:rsidR="00291403">
        <w:rPr>
          <w:rFonts w:ascii="Sylfaen" w:hAnsi="Sylfaen" w:cs="Sylfaen"/>
          <w:sz w:val="18"/>
          <w:szCs w:val="18"/>
          <w:lang w:val="ka-GE"/>
        </w:rPr>
        <w:t>დღის</w:t>
      </w:r>
      <w:r w:rsidR="00A74260" w:rsidRPr="00C86A0D">
        <w:rPr>
          <w:rFonts w:cstheme="majorHAnsi"/>
          <w:sz w:val="18"/>
          <w:szCs w:val="18"/>
        </w:rPr>
        <w:t xml:space="preserve"> </w:t>
      </w:r>
      <w:proofErr w:type="spellStart"/>
      <w:r w:rsidR="00A74260" w:rsidRPr="00C86A0D">
        <w:rPr>
          <w:rFonts w:ascii="Sylfaen" w:hAnsi="Sylfaen" w:cs="Sylfaen"/>
          <w:sz w:val="18"/>
          <w:szCs w:val="18"/>
        </w:rPr>
        <w:t>ვადაში</w:t>
      </w:r>
      <w:proofErr w:type="spellEnd"/>
      <w:r w:rsidR="00A74260" w:rsidRPr="00C86A0D">
        <w:rPr>
          <w:rFonts w:cstheme="majorHAnsi"/>
          <w:sz w:val="18"/>
          <w:szCs w:val="18"/>
        </w:rPr>
        <w:t>.</w:t>
      </w:r>
    </w:p>
    <w:p w14:paraId="254EDD63" w14:textId="1942A14F" w:rsidR="00846B8F" w:rsidRDefault="00A74260" w:rsidP="00185C20">
      <w:pPr>
        <w:pStyle w:val="ListParagraph"/>
        <w:numPr>
          <w:ilvl w:val="2"/>
          <w:numId w:val="13"/>
        </w:numPr>
        <w:jc w:val="both"/>
        <w:rPr>
          <w:rFonts w:cstheme="majorHAnsi"/>
          <w:sz w:val="18"/>
          <w:szCs w:val="18"/>
        </w:rPr>
      </w:pPr>
      <w:proofErr w:type="spellStart"/>
      <w:r w:rsidRPr="00C86A0D">
        <w:rPr>
          <w:rFonts w:ascii="Sylfaen" w:hAnsi="Sylfaen" w:cs="Sylfaen"/>
          <w:sz w:val="18"/>
          <w:szCs w:val="18"/>
        </w:rPr>
        <w:t>იმ</w:t>
      </w:r>
      <w:proofErr w:type="spellEnd"/>
      <w:r w:rsidRPr="00C86A0D">
        <w:rPr>
          <w:rFonts w:cstheme="majorHAnsi"/>
          <w:sz w:val="18"/>
          <w:szCs w:val="18"/>
        </w:rPr>
        <w:t xml:space="preserve"> </w:t>
      </w:r>
      <w:proofErr w:type="spellStart"/>
      <w:r w:rsidRPr="00C86A0D">
        <w:rPr>
          <w:rFonts w:ascii="Sylfaen" w:hAnsi="Sylfaen" w:cs="Sylfaen"/>
          <w:sz w:val="18"/>
          <w:szCs w:val="18"/>
        </w:rPr>
        <w:t>შემთხვევაში</w:t>
      </w:r>
      <w:proofErr w:type="spellEnd"/>
      <w:r w:rsidRPr="00C86A0D">
        <w:rPr>
          <w:rFonts w:cstheme="majorHAnsi"/>
          <w:sz w:val="18"/>
          <w:szCs w:val="18"/>
        </w:rPr>
        <w:t xml:space="preserve">, </w:t>
      </w:r>
      <w:proofErr w:type="spellStart"/>
      <w:r w:rsidRPr="00C86A0D">
        <w:rPr>
          <w:rFonts w:ascii="Sylfaen" w:hAnsi="Sylfaen" w:cs="Sylfaen"/>
          <w:sz w:val="18"/>
          <w:szCs w:val="18"/>
        </w:rPr>
        <w:t>თუ</w:t>
      </w:r>
      <w:proofErr w:type="spellEnd"/>
      <w:r w:rsidRPr="00C86A0D">
        <w:rPr>
          <w:rFonts w:cstheme="majorHAnsi"/>
          <w:sz w:val="18"/>
          <w:szCs w:val="18"/>
        </w:rPr>
        <w:t xml:space="preserve"> </w:t>
      </w:r>
      <w:proofErr w:type="spellStart"/>
      <w:r w:rsidRPr="00C86A0D">
        <w:rPr>
          <w:rFonts w:ascii="Sylfaen" w:hAnsi="Sylfaen" w:cs="Sylfaen"/>
          <w:sz w:val="18"/>
          <w:szCs w:val="18"/>
        </w:rPr>
        <w:t>სამუშაოების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წარმოება</w:t>
      </w:r>
      <w:proofErr w:type="spellEnd"/>
      <w:r w:rsidR="006A2609">
        <w:rPr>
          <w:rFonts w:ascii="Sylfaen" w:hAnsi="Sylfaen" w:cs="Sylfaen"/>
          <w:sz w:val="18"/>
          <w:szCs w:val="18"/>
        </w:rPr>
        <w:t xml:space="preserve"> </w:t>
      </w:r>
      <w:proofErr w:type="spellStart"/>
      <w:r w:rsidRPr="00C86A0D">
        <w:rPr>
          <w:rFonts w:ascii="Sylfaen" w:hAnsi="Sylfaen" w:cs="Sylfaen"/>
          <w:sz w:val="18"/>
          <w:szCs w:val="18"/>
        </w:rPr>
        <w:t>შეუძლებელია</w:t>
      </w:r>
      <w:proofErr w:type="spellEnd"/>
      <w:r w:rsidRPr="00C86A0D">
        <w:rPr>
          <w:rFonts w:cstheme="majorHAnsi"/>
          <w:sz w:val="18"/>
          <w:szCs w:val="18"/>
        </w:rPr>
        <w:t xml:space="preserve"> </w:t>
      </w:r>
      <w:proofErr w:type="spellStart"/>
      <w:r w:rsidRPr="00C86A0D">
        <w:rPr>
          <w:rFonts w:ascii="Sylfaen" w:hAnsi="Sylfaen" w:cs="Sylfaen"/>
          <w:sz w:val="18"/>
          <w:szCs w:val="18"/>
        </w:rPr>
        <w:t>ცალკეულ</w:t>
      </w:r>
      <w:proofErr w:type="spellEnd"/>
      <w:r w:rsidRPr="00C86A0D">
        <w:rPr>
          <w:rFonts w:cstheme="majorHAnsi"/>
          <w:sz w:val="18"/>
          <w:szCs w:val="18"/>
        </w:rPr>
        <w:t xml:space="preserve"> </w:t>
      </w:r>
      <w:proofErr w:type="spellStart"/>
      <w:r w:rsidRPr="00C86A0D">
        <w:rPr>
          <w:rFonts w:ascii="Sylfaen" w:hAnsi="Sylfaen" w:cs="Sylfaen"/>
          <w:sz w:val="18"/>
          <w:szCs w:val="18"/>
        </w:rPr>
        <w:t>დღეებში</w:t>
      </w:r>
      <w:proofErr w:type="spellEnd"/>
      <w:r w:rsidRPr="00C86A0D">
        <w:rPr>
          <w:rFonts w:cstheme="majorHAnsi"/>
          <w:sz w:val="18"/>
          <w:szCs w:val="18"/>
        </w:rPr>
        <w:t xml:space="preserve"> </w:t>
      </w:r>
      <w:proofErr w:type="spellStart"/>
      <w:r w:rsidRPr="00C86A0D">
        <w:rPr>
          <w:rFonts w:ascii="Sylfaen" w:hAnsi="Sylfaen" w:cs="Sylfaen"/>
          <w:sz w:val="18"/>
          <w:szCs w:val="18"/>
        </w:rPr>
        <w:t>სამუშაოების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წარმოებისათვის</w:t>
      </w:r>
      <w:proofErr w:type="spellEnd"/>
      <w:r w:rsidRPr="00C86A0D">
        <w:rPr>
          <w:rFonts w:cstheme="majorHAnsi"/>
          <w:sz w:val="18"/>
          <w:szCs w:val="18"/>
        </w:rPr>
        <w:t xml:space="preserve"> </w:t>
      </w:r>
      <w:proofErr w:type="spellStart"/>
      <w:r w:rsidRPr="00C86A0D">
        <w:rPr>
          <w:rFonts w:ascii="Sylfaen" w:hAnsi="Sylfaen" w:cs="Sylfaen"/>
          <w:sz w:val="18"/>
          <w:szCs w:val="18"/>
        </w:rPr>
        <w:t>არასათანადო</w:t>
      </w:r>
      <w:proofErr w:type="spellEnd"/>
      <w:r w:rsidRPr="00C86A0D">
        <w:rPr>
          <w:rFonts w:cstheme="majorHAnsi"/>
          <w:sz w:val="18"/>
          <w:szCs w:val="18"/>
        </w:rPr>
        <w:t xml:space="preserve"> </w:t>
      </w:r>
      <w:proofErr w:type="spellStart"/>
      <w:r w:rsidRPr="00C86A0D">
        <w:rPr>
          <w:rFonts w:ascii="Sylfaen" w:hAnsi="Sylfaen" w:cs="Sylfaen"/>
          <w:sz w:val="18"/>
          <w:szCs w:val="18"/>
        </w:rPr>
        <w:t>ამინდის</w:t>
      </w:r>
      <w:proofErr w:type="spellEnd"/>
      <w:r w:rsidR="00D36BEA">
        <w:rPr>
          <w:rFonts w:cstheme="majorHAnsi"/>
          <w:sz w:val="18"/>
          <w:szCs w:val="18"/>
        </w:rPr>
        <w:t xml:space="preserve"> </w:t>
      </w:r>
      <w:r w:rsidR="00D36BEA">
        <w:rPr>
          <w:rFonts w:ascii="Sylfaen" w:hAnsi="Sylfaen" w:cstheme="majorHAnsi"/>
          <w:sz w:val="18"/>
          <w:szCs w:val="18"/>
          <w:lang w:val="ka-GE"/>
        </w:rPr>
        <w:t>(</w:t>
      </w:r>
      <w:proofErr w:type="spellStart"/>
      <w:r w:rsidRPr="00C86A0D">
        <w:rPr>
          <w:rFonts w:ascii="Sylfaen" w:hAnsi="Sylfaen" w:cs="Sylfaen"/>
          <w:sz w:val="18"/>
          <w:szCs w:val="18"/>
        </w:rPr>
        <w:t>წვიმა</w:t>
      </w:r>
      <w:proofErr w:type="spellEnd"/>
      <w:r w:rsidRPr="00C86A0D">
        <w:rPr>
          <w:rFonts w:cstheme="majorHAnsi"/>
          <w:sz w:val="18"/>
          <w:szCs w:val="18"/>
        </w:rPr>
        <w:t xml:space="preserve">, </w:t>
      </w:r>
      <w:proofErr w:type="spellStart"/>
      <w:r w:rsidRPr="00C86A0D">
        <w:rPr>
          <w:rFonts w:ascii="Sylfaen" w:hAnsi="Sylfaen" w:cs="Sylfaen"/>
          <w:sz w:val="18"/>
          <w:szCs w:val="18"/>
        </w:rPr>
        <w:t>თოვლი</w:t>
      </w:r>
      <w:proofErr w:type="spellEnd"/>
      <w:r w:rsidRPr="00C86A0D">
        <w:rPr>
          <w:rFonts w:cstheme="majorHAnsi"/>
          <w:sz w:val="18"/>
          <w:szCs w:val="18"/>
        </w:rPr>
        <w:t xml:space="preserve">, </w:t>
      </w:r>
      <w:proofErr w:type="spellStart"/>
      <w:r w:rsidRPr="00C86A0D">
        <w:rPr>
          <w:rFonts w:ascii="Sylfaen" w:hAnsi="Sylfaen" w:cs="Sylfaen"/>
          <w:sz w:val="18"/>
          <w:szCs w:val="18"/>
        </w:rPr>
        <w:t>ქარი</w:t>
      </w:r>
      <w:proofErr w:type="spellEnd"/>
      <w:r w:rsidRPr="00C86A0D">
        <w:rPr>
          <w:rFonts w:cstheme="majorHAnsi"/>
          <w:sz w:val="18"/>
          <w:szCs w:val="18"/>
        </w:rPr>
        <w:t xml:space="preserve"> </w:t>
      </w:r>
      <w:proofErr w:type="spellStart"/>
      <w:r w:rsidRPr="00C86A0D">
        <w:rPr>
          <w:rFonts w:ascii="Sylfaen" w:hAnsi="Sylfaen" w:cs="Sylfaen"/>
          <w:sz w:val="18"/>
          <w:szCs w:val="18"/>
        </w:rPr>
        <w:t>ან</w:t>
      </w:r>
      <w:proofErr w:type="spellEnd"/>
      <w:r w:rsidRPr="00C86A0D">
        <w:rPr>
          <w:rFonts w:cstheme="majorHAnsi"/>
          <w:sz w:val="18"/>
          <w:szCs w:val="18"/>
        </w:rPr>
        <w:t xml:space="preserve"> </w:t>
      </w:r>
      <w:proofErr w:type="spellStart"/>
      <w:r w:rsidRPr="00C86A0D">
        <w:rPr>
          <w:rFonts w:ascii="Sylfaen" w:hAnsi="Sylfaen" w:cs="Sylfaen"/>
          <w:sz w:val="18"/>
          <w:szCs w:val="18"/>
        </w:rPr>
        <w:t>სხვა</w:t>
      </w:r>
      <w:proofErr w:type="spellEnd"/>
      <w:r w:rsidR="00D36BEA">
        <w:rPr>
          <w:rFonts w:ascii="Sylfaen" w:hAnsi="Sylfaen" w:cstheme="majorHAnsi"/>
          <w:sz w:val="18"/>
          <w:szCs w:val="18"/>
          <w:lang w:val="ka-GE"/>
        </w:rPr>
        <w:t>)</w:t>
      </w:r>
      <w:r w:rsidRPr="00C86A0D">
        <w:rPr>
          <w:rFonts w:cstheme="majorHAnsi"/>
          <w:sz w:val="18"/>
          <w:szCs w:val="18"/>
        </w:rPr>
        <w:t xml:space="preserve"> </w:t>
      </w:r>
      <w:proofErr w:type="spellStart"/>
      <w:r w:rsidRPr="00C86A0D">
        <w:rPr>
          <w:rFonts w:ascii="Sylfaen" w:hAnsi="Sylfaen" w:cs="Sylfaen"/>
          <w:sz w:val="18"/>
          <w:szCs w:val="18"/>
        </w:rPr>
        <w:t>არსებობის</w:t>
      </w:r>
      <w:proofErr w:type="spellEnd"/>
      <w:r w:rsidRPr="00C86A0D">
        <w:rPr>
          <w:rFonts w:cstheme="majorHAnsi"/>
          <w:sz w:val="18"/>
          <w:szCs w:val="18"/>
        </w:rPr>
        <w:t xml:space="preserve"> </w:t>
      </w:r>
      <w:proofErr w:type="spellStart"/>
      <w:r w:rsidRPr="00C86A0D">
        <w:rPr>
          <w:rFonts w:ascii="Sylfaen" w:hAnsi="Sylfaen" w:cs="Sylfaen"/>
          <w:sz w:val="18"/>
          <w:szCs w:val="18"/>
        </w:rPr>
        <w:t>გამო</w:t>
      </w:r>
      <w:proofErr w:type="spellEnd"/>
      <w:r w:rsidRPr="00C86A0D">
        <w:rPr>
          <w:rFonts w:cstheme="majorHAnsi"/>
          <w:sz w:val="18"/>
          <w:szCs w:val="18"/>
        </w:rPr>
        <w:t xml:space="preserve">, </w:t>
      </w:r>
      <w:proofErr w:type="spellStart"/>
      <w:r w:rsidRPr="00C86A0D">
        <w:rPr>
          <w:rFonts w:ascii="Sylfaen" w:hAnsi="Sylfaen" w:cs="Sylfaen"/>
          <w:sz w:val="18"/>
          <w:szCs w:val="18"/>
        </w:rPr>
        <w:t>სამუშაოს</w:t>
      </w:r>
      <w:proofErr w:type="spellEnd"/>
      <w:r w:rsidRPr="00C86A0D">
        <w:rPr>
          <w:rFonts w:cstheme="majorHAnsi"/>
          <w:sz w:val="18"/>
          <w:szCs w:val="18"/>
        </w:rPr>
        <w:t xml:space="preserve"> </w:t>
      </w:r>
      <w:proofErr w:type="spellStart"/>
      <w:r w:rsidRPr="00C86A0D">
        <w:rPr>
          <w:rFonts w:ascii="Sylfaen" w:hAnsi="Sylfaen" w:cs="Sylfaen"/>
          <w:sz w:val="18"/>
          <w:szCs w:val="18"/>
        </w:rPr>
        <w:t>შესრულების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ვადა</w:t>
      </w:r>
      <w:proofErr w:type="spellEnd"/>
      <w:r w:rsidR="00777742">
        <w:rPr>
          <w:rFonts w:ascii="Sylfaen" w:hAnsi="Sylfaen" w:cs="Sylfaen"/>
          <w:sz w:val="18"/>
          <w:szCs w:val="18"/>
        </w:rPr>
        <w:t xml:space="preserve"> </w:t>
      </w:r>
      <w:proofErr w:type="spellStart"/>
      <w:r w:rsidRPr="00C86A0D">
        <w:rPr>
          <w:rFonts w:ascii="Sylfaen" w:hAnsi="Sylfaen" w:cs="Sylfaen"/>
          <w:sz w:val="18"/>
          <w:szCs w:val="18"/>
        </w:rPr>
        <w:t>მხარეთა</w:t>
      </w:r>
      <w:proofErr w:type="spellEnd"/>
      <w:r w:rsidRPr="00C86A0D">
        <w:rPr>
          <w:rFonts w:cstheme="majorHAnsi"/>
          <w:sz w:val="18"/>
          <w:szCs w:val="18"/>
        </w:rPr>
        <w:t xml:space="preserve"> </w:t>
      </w:r>
      <w:proofErr w:type="spellStart"/>
      <w:r w:rsidRPr="00C86A0D">
        <w:rPr>
          <w:rFonts w:ascii="Sylfaen" w:hAnsi="Sylfaen" w:cs="Sylfaen"/>
          <w:sz w:val="18"/>
          <w:szCs w:val="18"/>
        </w:rPr>
        <w:t>ორმხრივი</w:t>
      </w:r>
      <w:proofErr w:type="spellEnd"/>
      <w:r w:rsidRPr="00C86A0D">
        <w:rPr>
          <w:rFonts w:cstheme="majorHAnsi"/>
          <w:sz w:val="18"/>
          <w:szCs w:val="18"/>
        </w:rPr>
        <w:t xml:space="preserve"> </w:t>
      </w:r>
      <w:proofErr w:type="spellStart"/>
      <w:r w:rsidRPr="00C86A0D">
        <w:rPr>
          <w:rFonts w:ascii="Sylfaen" w:hAnsi="Sylfaen" w:cs="Sylfaen"/>
          <w:sz w:val="18"/>
          <w:szCs w:val="18"/>
        </w:rPr>
        <w:t>წერილობითი</w:t>
      </w:r>
      <w:proofErr w:type="spellEnd"/>
      <w:r w:rsidRPr="00C86A0D">
        <w:rPr>
          <w:rFonts w:cstheme="majorHAnsi"/>
          <w:sz w:val="18"/>
          <w:szCs w:val="18"/>
        </w:rPr>
        <w:t xml:space="preserve"> </w:t>
      </w:r>
      <w:proofErr w:type="spellStart"/>
      <w:r w:rsidRPr="00C86A0D">
        <w:rPr>
          <w:rFonts w:ascii="Sylfaen" w:hAnsi="Sylfaen" w:cs="Sylfaen"/>
          <w:sz w:val="18"/>
          <w:szCs w:val="18"/>
        </w:rPr>
        <w:t>შეთანხმებით</w:t>
      </w:r>
      <w:proofErr w:type="spellEnd"/>
      <w:r w:rsidRPr="00C86A0D">
        <w:rPr>
          <w:rFonts w:cstheme="majorHAnsi"/>
          <w:sz w:val="18"/>
          <w:szCs w:val="18"/>
        </w:rPr>
        <w:t xml:space="preserve"> </w:t>
      </w:r>
      <w:proofErr w:type="spellStart"/>
      <w:r w:rsidRPr="00C86A0D">
        <w:rPr>
          <w:rFonts w:ascii="Sylfaen" w:hAnsi="Sylfaen" w:cs="Sylfaen"/>
          <w:sz w:val="18"/>
          <w:szCs w:val="18"/>
        </w:rPr>
        <w:t>გადაიწევს</w:t>
      </w:r>
      <w:proofErr w:type="spellEnd"/>
      <w:r w:rsidRPr="00C86A0D">
        <w:rPr>
          <w:rFonts w:cstheme="majorHAnsi"/>
          <w:sz w:val="18"/>
          <w:szCs w:val="18"/>
        </w:rPr>
        <w:t xml:space="preserve"> </w:t>
      </w:r>
      <w:proofErr w:type="spellStart"/>
      <w:r w:rsidRPr="00C86A0D">
        <w:rPr>
          <w:rFonts w:ascii="Sylfaen" w:hAnsi="Sylfaen" w:cs="Sylfaen"/>
          <w:sz w:val="18"/>
          <w:szCs w:val="18"/>
        </w:rPr>
        <w:t>პროპორციულად</w:t>
      </w:r>
      <w:proofErr w:type="spellEnd"/>
      <w:r w:rsidRPr="00C86A0D">
        <w:rPr>
          <w:rFonts w:cstheme="majorHAnsi"/>
          <w:sz w:val="18"/>
          <w:szCs w:val="18"/>
        </w:rPr>
        <w:t xml:space="preserve">, </w:t>
      </w:r>
      <w:proofErr w:type="spellStart"/>
      <w:r w:rsidRPr="00C86A0D">
        <w:rPr>
          <w:rFonts w:ascii="Sylfaen" w:hAnsi="Sylfaen" w:cs="Sylfaen"/>
          <w:sz w:val="18"/>
          <w:szCs w:val="18"/>
        </w:rPr>
        <w:t>სამუშაოების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საწარმოებლად</w:t>
      </w:r>
      <w:proofErr w:type="spellEnd"/>
      <w:r w:rsidRPr="00C86A0D">
        <w:rPr>
          <w:rFonts w:cstheme="majorHAnsi"/>
          <w:sz w:val="18"/>
          <w:szCs w:val="18"/>
        </w:rPr>
        <w:t xml:space="preserve"> </w:t>
      </w:r>
      <w:proofErr w:type="spellStart"/>
      <w:r w:rsidRPr="00C86A0D">
        <w:rPr>
          <w:rFonts w:ascii="Sylfaen" w:hAnsi="Sylfaen" w:cs="Sylfaen"/>
          <w:sz w:val="18"/>
          <w:szCs w:val="18"/>
        </w:rPr>
        <w:t>არასათანადო</w:t>
      </w:r>
      <w:proofErr w:type="spellEnd"/>
      <w:r w:rsidRPr="00C86A0D">
        <w:rPr>
          <w:rFonts w:cstheme="majorHAnsi"/>
          <w:sz w:val="18"/>
          <w:szCs w:val="18"/>
        </w:rPr>
        <w:t xml:space="preserve"> </w:t>
      </w:r>
      <w:proofErr w:type="spellStart"/>
      <w:r w:rsidRPr="00C86A0D">
        <w:rPr>
          <w:rFonts w:ascii="Sylfaen" w:hAnsi="Sylfaen" w:cs="Sylfaen"/>
          <w:sz w:val="18"/>
          <w:szCs w:val="18"/>
        </w:rPr>
        <w:t>დღეების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ოდენობის</w:t>
      </w:r>
      <w:proofErr w:type="spellEnd"/>
      <w:r w:rsidRPr="00C86A0D">
        <w:rPr>
          <w:rFonts w:cstheme="majorHAnsi"/>
          <w:sz w:val="18"/>
          <w:szCs w:val="18"/>
        </w:rPr>
        <w:t xml:space="preserve"> </w:t>
      </w:r>
      <w:proofErr w:type="spellStart"/>
      <w:r w:rsidRPr="00C86A0D">
        <w:rPr>
          <w:rFonts w:ascii="Sylfaen" w:hAnsi="Sylfaen" w:cs="Sylfaen"/>
          <w:sz w:val="18"/>
          <w:szCs w:val="18"/>
        </w:rPr>
        <w:t>ვადით</w:t>
      </w:r>
      <w:proofErr w:type="spellEnd"/>
      <w:r w:rsidRPr="00C86A0D">
        <w:rPr>
          <w:rFonts w:cstheme="majorHAnsi"/>
          <w:sz w:val="18"/>
          <w:szCs w:val="18"/>
        </w:rPr>
        <w:t xml:space="preserve">. </w:t>
      </w:r>
    </w:p>
    <w:p w14:paraId="67992724" w14:textId="222FF821" w:rsidR="004B6084" w:rsidRDefault="00A74260" w:rsidP="00185C20">
      <w:pPr>
        <w:pStyle w:val="ListParagraph"/>
        <w:numPr>
          <w:ilvl w:val="2"/>
          <w:numId w:val="13"/>
        </w:numPr>
        <w:jc w:val="both"/>
        <w:rPr>
          <w:rFonts w:cstheme="majorHAnsi"/>
          <w:sz w:val="18"/>
          <w:szCs w:val="18"/>
        </w:rPr>
      </w:pPr>
      <w:proofErr w:type="spellStart"/>
      <w:r w:rsidRPr="00C86A0D">
        <w:rPr>
          <w:rFonts w:ascii="Sylfaen" w:hAnsi="Sylfaen" w:cs="Sylfaen"/>
          <w:sz w:val="18"/>
          <w:szCs w:val="18"/>
        </w:rPr>
        <w:t>თუ</w:t>
      </w:r>
      <w:proofErr w:type="spellEnd"/>
      <w:r w:rsidRPr="00C86A0D">
        <w:rPr>
          <w:rFonts w:cstheme="majorHAnsi"/>
          <w:sz w:val="18"/>
          <w:szCs w:val="18"/>
        </w:rPr>
        <w:t xml:space="preserve"> </w:t>
      </w:r>
      <w:proofErr w:type="spellStart"/>
      <w:r w:rsidRPr="00C86A0D">
        <w:rPr>
          <w:rFonts w:ascii="Sylfaen" w:hAnsi="Sylfaen" w:cs="Sylfaen"/>
          <w:sz w:val="18"/>
          <w:szCs w:val="18"/>
        </w:rPr>
        <w:t>ადგილი</w:t>
      </w:r>
      <w:proofErr w:type="spellEnd"/>
      <w:r w:rsidRPr="00C86A0D">
        <w:rPr>
          <w:rFonts w:cstheme="majorHAnsi"/>
          <w:sz w:val="18"/>
          <w:szCs w:val="18"/>
        </w:rPr>
        <w:t xml:space="preserve"> </w:t>
      </w:r>
      <w:proofErr w:type="spellStart"/>
      <w:r w:rsidRPr="00C86A0D">
        <w:rPr>
          <w:rFonts w:ascii="Sylfaen" w:hAnsi="Sylfaen" w:cs="Sylfaen"/>
          <w:sz w:val="18"/>
          <w:szCs w:val="18"/>
        </w:rPr>
        <w:t>ექნება</w:t>
      </w:r>
      <w:proofErr w:type="spellEnd"/>
      <w:r w:rsidRPr="00C86A0D">
        <w:rPr>
          <w:rFonts w:cstheme="majorHAnsi"/>
          <w:sz w:val="18"/>
          <w:szCs w:val="18"/>
        </w:rPr>
        <w:t xml:space="preserve"> </w:t>
      </w:r>
      <w:proofErr w:type="spellStart"/>
      <w:r w:rsidRPr="00C86A0D">
        <w:rPr>
          <w:rFonts w:ascii="Sylfaen" w:hAnsi="Sylfaen" w:cs="Sylfaen"/>
          <w:sz w:val="18"/>
          <w:szCs w:val="18"/>
        </w:rPr>
        <w:t>არასათანადო</w:t>
      </w:r>
      <w:proofErr w:type="spellEnd"/>
      <w:r w:rsidRPr="00C86A0D">
        <w:rPr>
          <w:rFonts w:cstheme="majorHAnsi"/>
          <w:sz w:val="18"/>
          <w:szCs w:val="18"/>
        </w:rPr>
        <w:t xml:space="preserve"> </w:t>
      </w:r>
      <w:proofErr w:type="spellStart"/>
      <w:r w:rsidRPr="00C86A0D">
        <w:rPr>
          <w:rFonts w:ascii="Sylfaen" w:hAnsi="Sylfaen" w:cs="Sylfaen"/>
          <w:sz w:val="18"/>
          <w:szCs w:val="18"/>
        </w:rPr>
        <w:t>ამინდის</w:t>
      </w:r>
      <w:proofErr w:type="spellEnd"/>
      <w:r w:rsidRPr="00C86A0D">
        <w:rPr>
          <w:rFonts w:cstheme="majorHAnsi"/>
          <w:sz w:val="18"/>
          <w:szCs w:val="18"/>
        </w:rPr>
        <w:t xml:space="preserve"> </w:t>
      </w:r>
      <w:proofErr w:type="spellStart"/>
      <w:r w:rsidRPr="00C86A0D">
        <w:rPr>
          <w:rFonts w:ascii="Sylfaen" w:hAnsi="Sylfaen" w:cs="Sylfaen"/>
          <w:sz w:val="18"/>
          <w:szCs w:val="18"/>
        </w:rPr>
        <w:t>გამო</w:t>
      </w:r>
      <w:proofErr w:type="spellEnd"/>
      <w:r w:rsidRPr="00C86A0D">
        <w:rPr>
          <w:rFonts w:cstheme="majorHAnsi"/>
          <w:sz w:val="18"/>
          <w:szCs w:val="18"/>
        </w:rPr>
        <w:t xml:space="preserve"> </w:t>
      </w:r>
      <w:proofErr w:type="spellStart"/>
      <w:r w:rsidRPr="00C86A0D">
        <w:rPr>
          <w:rFonts w:ascii="Sylfaen" w:hAnsi="Sylfaen" w:cs="Sylfaen"/>
          <w:sz w:val="18"/>
          <w:szCs w:val="18"/>
        </w:rPr>
        <w:t>სამუშაოების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წარმოების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შეჩერებას</w:t>
      </w:r>
      <w:proofErr w:type="spellEnd"/>
      <w:r w:rsidRPr="00C86A0D">
        <w:rPr>
          <w:rFonts w:cstheme="majorHAnsi"/>
          <w:sz w:val="18"/>
          <w:szCs w:val="18"/>
        </w:rPr>
        <w:t xml:space="preserve">, </w:t>
      </w:r>
      <w:proofErr w:type="spellStart"/>
      <w:r w:rsidRPr="00C86A0D">
        <w:rPr>
          <w:rFonts w:ascii="Sylfaen" w:hAnsi="Sylfaen" w:cs="Sylfaen"/>
          <w:sz w:val="18"/>
          <w:szCs w:val="18"/>
        </w:rPr>
        <w:t>მაშინ</w:t>
      </w:r>
      <w:proofErr w:type="spellEnd"/>
      <w:r w:rsidRPr="00C86A0D">
        <w:rPr>
          <w:rFonts w:cstheme="majorHAnsi"/>
          <w:sz w:val="18"/>
          <w:szCs w:val="18"/>
        </w:rPr>
        <w:t xml:space="preserve"> </w:t>
      </w:r>
      <w:r w:rsidR="00D36BEA">
        <w:rPr>
          <w:rFonts w:ascii="Sylfaen" w:hAnsi="Sylfaen" w:cs="Sylfaen"/>
          <w:sz w:val="18"/>
          <w:szCs w:val="18"/>
          <w:lang w:val="ka-GE"/>
        </w:rPr>
        <w:t>მენარდე</w:t>
      </w:r>
      <w:r w:rsidRPr="00C86A0D">
        <w:rPr>
          <w:rFonts w:cstheme="majorHAnsi"/>
          <w:sz w:val="18"/>
          <w:szCs w:val="18"/>
        </w:rPr>
        <w:t xml:space="preserve"> </w:t>
      </w:r>
      <w:proofErr w:type="spellStart"/>
      <w:r w:rsidRPr="00C86A0D">
        <w:rPr>
          <w:rFonts w:ascii="Sylfaen" w:hAnsi="Sylfaen" w:cs="Sylfaen"/>
          <w:sz w:val="18"/>
          <w:szCs w:val="18"/>
        </w:rPr>
        <w:t>ვალდებული</w:t>
      </w:r>
      <w:proofErr w:type="spellEnd"/>
      <w:r w:rsidRPr="00C86A0D">
        <w:rPr>
          <w:rFonts w:cstheme="majorHAnsi"/>
          <w:sz w:val="18"/>
          <w:szCs w:val="18"/>
        </w:rPr>
        <w:t xml:space="preserve"> </w:t>
      </w:r>
      <w:proofErr w:type="spellStart"/>
      <w:r w:rsidRPr="00C86A0D">
        <w:rPr>
          <w:rFonts w:ascii="Sylfaen" w:hAnsi="Sylfaen" w:cs="Sylfaen"/>
          <w:sz w:val="18"/>
          <w:szCs w:val="18"/>
        </w:rPr>
        <w:t>იქნება</w:t>
      </w:r>
      <w:proofErr w:type="spellEnd"/>
      <w:r w:rsidRPr="00C86A0D">
        <w:rPr>
          <w:rFonts w:cstheme="majorHAnsi"/>
          <w:sz w:val="18"/>
          <w:szCs w:val="18"/>
        </w:rPr>
        <w:t xml:space="preserve">, </w:t>
      </w:r>
      <w:proofErr w:type="spellStart"/>
      <w:r w:rsidRPr="00C86A0D">
        <w:rPr>
          <w:rFonts w:ascii="Sylfaen" w:hAnsi="Sylfaen" w:cs="Sylfaen"/>
          <w:sz w:val="18"/>
          <w:szCs w:val="18"/>
        </w:rPr>
        <w:t>ასეთი</w:t>
      </w:r>
      <w:proofErr w:type="spellEnd"/>
      <w:r w:rsidRPr="00C86A0D">
        <w:rPr>
          <w:rFonts w:cstheme="majorHAnsi"/>
          <w:sz w:val="18"/>
          <w:szCs w:val="18"/>
        </w:rPr>
        <w:t xml:space="preserve"> </w:t>
      </w:r>
      <w:proofErr w:type="spellStart"/>
      <w:r w:rsidRPr="00C86A0D">
        <w:rPr>
          <w:rFonts w:ascii="Sylfaen" w:hAnsi="Sylfaen" w:cs="Sylfaen"/>
          <w:sz w:val="18"/>
          <w:szCs w:val="18"/>
        </w:rPr>
        <w:t>შეჩერებიდან</w:t>
      </w:r>
      <w:proofErr w:type="spellEnd"/>
      <w:r w:rsidRPr="00C86A0D">
        <w:rPr>
          <w:rFonts w:cstheme="majorHAnsi"/>
          <w:sz w:val="18"/>
          <w:szCs w:val="18"/>
        </w:rPr>
        <w:t xml:space="preserve"> - 3 </w:t>
      </w:r>
      <w:r w:rsidR="00D36BEA">
        <w:rPr>
          <w:rFonts w:ascii="Sylfaen" w:hAnsi="Sylfaen" w:cstheme="majorHAnsi"/>
          <w:sz w:val="18"/>
          <w:szCs w:val="18"/>
          <w:lang w:val="ka-GE"/>
        </w:rPr>
        <w:t>(</w:t>
      </w:r>
      <w:proofErr w:type="spellStart"/>
      <w:r w:rsidRPr="00C86A0D">
        <w:rPr>
          <w:rFonts w:ascii="Sylfaen" w:hAnsi="Sylfaen" w:cs="Sylfaen"/>
          <w:sz w:val="18"/>
          <w:szCs w:val="18"/>
        </w:rPr>
        <w:t>სამი</w:t>
      </w:r>
      <w:proofErr w:type="spellEnd"/>
      <w:r w:rsidR="00D36BEA">
        <w:rPr>
          <w:rFonts w:ascii="Sylfaen" w:hAnsi="Sylfaen" w:cstheme="majorHAnsi"/>
          <w:sz w:val="18"/>
          <w:szCs w:val="18"/>
          <w:lang w:val="ka-GE"/>
        </w:rPr>
        <w:t>)</w:t>
      </w:r>
      <w:r w:rsidRPr="00C86A0D">
        <w:rPr>
          <w:rFonts w:cstheme="majorHAnsi"/>
          <w:sz w:val="18"/>
          <w:szCs w:val="18"/>
        </w:rPr>
        <w:t xml:space="preserve"> </w:t>
      </w:r>
      <w:proofErr w:type="spellStart"/>
      <w:r w:rsidRPr="00C86A0D">
        <w:rPr>
          <w:rFonts w:ascii="Sylfaen" w:hAnsi="Sylfaen" w:cs="Sylfaen"/>
          <w:sz w:val="18"/>
          <w:szCs w:val="18"/>
        </w:rPr>
        <w:t>კალენდარული</w:t>
      </w:r>
      <w:proofErr w:type="spellEnd"/>
      <w:r w:rsidRPr="00C86A0D">
        <w:rPr>
          <w:rFonts w:cstheme="majorHAnsi"/>
          <w:sz w:val="18"/>
          <w:szCs w:val="18"/>
        </w:rPr>
        <w:t xml:space="preserve"> </w:t>
      </w:r>
      <w:proofErr w:type="spellStart"/>
      <w:r w:rsidRPr="00C86A0D">
        <w:rPr>
          <w:rFonts w:ascii="Sylfaen" w:hAnsi="Sylfaen" w:cs="Sylfaen"/>
          <w:sz w:val="18"/>
          <w:szCs w:val="18"/>
        </w:rPr>
        <w:t>დღის</w:t>
      </w:r>
      <w:proofErr w:type="spellEnd"/>
      <w:r w:rsidRPr="00C86A0D">
        <w:rPr>
          <w:rFonts w:cstheme="majorHAnsi"/>
          <w:sz w:val="18"/>
          <w:szCs w:val="18"/>
        </w:rPr>
        <w:t xml:space="preserve"> </w:t>
      </w:r>
      <w:proofErr w:type="spellStart"/>
      <w:r w:rsidRPr="00C86A0D">
        <w:rPr>
          <w:rFonts w:ascii="Sylfaen" w:hAnsi="Sylfaen" w:cs="Sylfaen"/>
          <w:sz w:val="18"/>
          <w:szCs w:val="18"/>
        </w:rPr>
        <w:t>ვადაში</w:t>
      </w:r>
      <w:proofErr w:type="spellEnd"/>
      <w:r w:rsidRPr="00C86A0D">
        <w:rPr>
          <w:rFonts w:cstheme="majorHAnsi"/>
          <w:sz w:val="18"/>
          <w:szCs w:val="18"/>
        </w:rPr>
        <w:t xml:space="preserve"> </w:t>
      </w:r>
      <w:proofErr w:type="spellStart"/>
      <w:r w:rsidRPr="00C86A0D">
        <w:rPr>
          <w:rFonts w:ascii="Sylfaen" w:hAnsi="Sylfaen" w:cs="Sylfaen"/>
          <w:sz w:val="18"/>
          <w:szCs w:val="18"/>
        </w:rPr>
        <w:t>დამკვეთს</w:t>
      </w:r>
      <w:proofErr w:type="spellEnd"/>
      <w:r w:rsidRPr="00C86A0D">
        <w:rPr>
          <w:rFonts w:cstheme="majorHAnsi"/>
          <w:sz w:val="18"/>
          <w:szCs w:val="18"/>
        </w:rPr>
        <w:t xml:space="preserve"> </w:t>
      </w:r>
      <w:proofErr w:type="spellStart"/>
      <w:r w:rsidRPr="00C86A0D">
        <w:rPr>
          <w:rFonts w:ascii="Sylfaen" w:hAnsi="Sylfaen" w:cs="Sylfaen"/>
          <w:sz w:val="18"/>
          <w:szCs w:val="18"/>
        </w:rPr>
        <w:t>აცნობოს</w:t>
      </w:r>
      <w:proofErr w:type="spellEnd"/>
      <w:r w:rsidRPr="00C86A0D">
        <w:rPr>
          <w:rFonts w:cstheme="majorHAnsi"/>
          <w:sz w:val="18"/>
          <w:szCs w:val="18"/>
        </w:rPr>
        <w:t>/</w:t>
      </w:r>
      <w:proofErr w:type="spellStart"/>
      <w:r w:rsidRPr="00C86A0D">
        <w:rPr>
          <w:rFonts w:ascii="Sylfaen" w:hAnsi="Sylfaen" w:cs="Sylfaen"/>
          <w:sz w:val="18"/>
          <w:szCs w:val="18"/>
        </w:rPr>
        <w:t>გაუგზავნოს</w:t>
      </w:r>
      <w:proofErr w:type="spellEnd"/>
      <w:r w:rsidRPr="00C86A0D">
        <w:rPr>
          <w:rFonts w:cstheme="majorHAnsi"/>
          <w:sz w:val="18"/>
          <w:szCs w:val="18"/>
        </w:rPr>
        <w:t xml:space="preserve"> </w:t>
      </w:r>
      <w:proofErr w:type="spellStart"/>
      <w:r w:rsidRPr="00C86A0D">
        <w:rPr>
          <w:rFonts w:ascii="Sylfaen" w:hAnsi="Sylfaen" w:cs="Sylfaen"/>
          <w:sz w:val="18"/>
          <w:szCs w:val="18"/>
        </w:rPr>
        <w:t>წერილობითი</w:t>
      </w:r>
      <w:proofErr w:type="spellEnd"/>
      <w:r w:rsidRPr="00C86A0D">
        <w:rPr>
          <w:rFonts w:cstheme="majorHAnsi"/>
          <w:sz w:val="18"/>
          <w:szCs w:val="18"/>
        </w:rPr>
        <w:t xml:space="preserve"> </w:t>
      </w:r>
      <w:proofErr w:type="spellStart"/>
      <w:r w:rsidRPr="00C86A0D">
        <w:rPr>
          <w:rFonts w:ascii="Sylfaen" w:hAnsi="Sylfaen" w:cs="Sylfaen"/>
          <w:sz w:val="18"/>
          <w:szCs w:val="18"/>
        </w:rPr>
        <w:t>შეტყობინება</w:t>
      </w:r>
      <w:proofErr w:type="spellEnd"/>
      <w:r w:rsidRPr="00C86A0D">
        <w:rPr>
          <w:rFonts w:cstheme="majorHAnsi"/>
          <w:sz w:val="18"/>
          <w:szCs w:val="18"/>
        </w:rPr>
        <w:t xml:space="preserve"> </w:t>
      </w:r>
      <w:proofErr w:type="spellStart"/>
      <w:r w:rsidRPr="00C86A0D">
        <w:rPr>
          <w:rFonts w:ascii="Sylfaen" w:hAnsi="Sylfaen" w:cs="Sylfaen"/>
          <w:sz w:val="18"/>
          <w:szCs w:val="18"/>
        </w:rPr>
        <w:t>შეჩერების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საფუძვლის</w:t>
      </w:r>
      <w:proofErr w:type="spellEnd"/>
      <w:r w:rsidRPr="00C86A0D">
        <w:rPr>
          <w:rFonts w:cstheme="majorHAnsi"/>
          <w:sz w:val="18"/>
          <w:szCs w:val="18"/>
        </w:rPr>
        <w:t xml:space="preserve"> </w:t>
      </w:r>
      <w:proofErr w:type="spellStart"/>
      <w:r w:rsidRPr="00C86A0D">
        <w:rPr>
          <w:rFonts w:ascii="Sylfaen" w:hAnsi="Sylfaen" w:cs="Sylfaen"/>
          <w:sz w:val="18"/>
          <w:szCs w:val="18"/>
        </w:rPr>
        <w:t>მითითებით</w:t>
      </w:r>
      <w:proofErr w:type="spellEnd"/>
      <w:r w:rsidRPr="00C86A0D">
        <w:rPr>
          <w:rFonts w:cstheme="majorHAnsi"/>
          <w:sz w:val="18"/>
          <w:szCs w:val="18"/>
        </w:rPr>
        <w:t xml:space="preserve">. </w:t>
      </w:r>
      <w:proofErr w:type="spellStart"/>
      <w:r w:rsidRPr="00C86A0D">
        <w:rPr>
          <w:rFonts w:ascii="Sylfaen" w:hAnsi="Sylfaen" w:cs="Sylfaen"/>
          <w:sz w:val="18"/>
          <w:szCs w:val="18"/>
        </w:rPr>
        <w:t>იმ</w:t>
      </w:r>
      <w:proofErr w:type="spellEnd"/>
      <w:r w:rsidRPr="00C86A0D">
        <w:rPr>
          <w:rFonts w:cstheme="majorHAnsi"/>
          <w:sz w:val="18"/>
          <w:szCs w:val="18"/>
        </w:rPr>
        <w:t xml:space="preserve"> </w:t>
      </w:r>
      <w:proofErr w:type="spellStart"/>
      <w:r w:rsidRPr="00C86A0D">
        <w:rPr>
          <w:rFonts w:ascii="Sylfaen" w:hAnsi="Sylfaen" w:cs="Sylfaen"/>
          <w:sz w:val="18"/>
          <w:szCs w:val="18"/>
        </w:rPr>
        <w:t>შემთხვევაში</w:t>
      </w:r>
      <w:proofErr w:type="spellEnd"/>
      <w:r w:rsidRPr="00C86A0D">
        <w:rPr>
          <w:rFonts w:cstheme="majorHAnsi"/>
          <w:sz w:val="18"/>
          <w:szCs w:val="18"/>
        </w:rPr>
        <w:t xml:space="preserve">, </w:t>
      </w:r>
      <w:proofErr w:type="spellStart"/>
      <w:r w:rsidRPr="00C86A0D">
        <w:rPr>
          <w:rFonts w:ascii="Sylfaen" w:hAnsi="Sylfaen" w:cs="Sylfaen"/>
          <w:sz w:val="18"/>
          <w:szCs w:val="18"/>
        </w:rPr>
        <w:t>თუ</w:t>
      </w:r>
      <w:proofErr w:type="spellEnd"/>
      <w:r w:rsidRPr="00C86A0D">
        <w:rPr>
          <w:rFonts w:cstheme="majorHAnsi"/>
          <w:sz w:val="18"/>
          <w:szCs w:val="18"/>
        </w:rPr>
        <w:t xml:space="preserve"> </w:t>
      </w:r>
      <w:proofErr w:type="spellStart"/>
      <w:r w:rsidRPr="00C86A0D">
        <w:rPr>
          <w:rFonts w:ascii="Sylfaen" w:hAnsi="Sylfaen" w:cs="Sylfaen"/>
          <w:sz w:val="18"/>
          <w:szCs w:val="18"/>
        </w:rPr>
        <w:t>დამკვეთი</w:t>
      </w:r>
      <w:proofErr w:type="spellEnd"/>
      <w:r w:rsidRPr="00C86A0D">
        <w:rPr>
          <w:rFonts w:cstheme="majorHAnsi"/>
          <w:sz w:val="18"/>
          <w:szCs w:val="18"/>
        </w:rPr>
        <w:t xml:space="preserve"> </w:t>
      </w:r>
      <w:proofErr w:type="spellStart"/>
      <w:r w:rsidRPr="00C86A0D">
        <w:rPr>
          <w:rFonts w:ascii="Sylfaen" w:hAnsi="Sylfaen" w:cs="Sylfaen"/>
          <w:sz w:val="18"/>
          <w:szCs w:val="18"/>
        </w:rPr>
        <w:t>არ</w:t>
      </w:r>
      <w:proofErr w:type="spellEnd"/>
      <w:r w:rsidRPr="00C86A0D">
        <w:rPr>
          <w:rFonts w:cstheme="majorHAnsi"/>
          <w:sz w:val="18"/>
          <w:szCs w:val="18"/>
        </w:rPr>
        <w:t xml:space="preserve"> </w:t>
      </w:r>
      <w:proofErr w:type="spellStart"/>
      <w:r w:rsidRPr="00C86A0D">
        <w:rPr>
          <w:rFonts w:ascii="Sylfaen" w:hAnsi="Sylfaen" w:cs="Sylfaen"/>
          <w:sz w:val="18"/>
          <w:szCs w:val="18"/>
        </w:rPr>
        <w:t>დაეთანხმა</w:t>
      </w:r>
      <w:proofErr w:type="spellEnd"/>
      <w:r w:rsidRPr="00C86A0D">
        <w:rPr>
          <w:rFonts w:cstheme="majorHAnsi"/>
          <w:sz w:val="18"/>
          <w:szCs w:val="18"/>
        </w:rPr>
        <w:t xml:space="preserve"> </w:t>
      </w:r>
      <w:proofErr w:type="spellStart"/>
      <w:r w:rsidRPr="00C86A0D">
        <w:rPr>
          <w:rFonts w:ascii="Sylfaen" w:hAnsi="Sylfaen" w:cs="Sylfaen"/>
          <w:sz w:val="18"/>
          <w:szCs w:val="18"/>
        </w:rPr>
        <w:t>მენარდის</w:t>
      </w:r>
      <w:proofErr w:type="spellEnd"/>
      <w:r w:rsidRPr="00C86A0D">
        <w:rPr>
          <w:rFonts w:cstheme="majorHAnsi"/>
          <w:sz w:val="18"/>
          <w:szCs w:val="18"/>
        </w:rPr>
        <w:t xml:space="preserve"> </w:t>
      </w:r>
      <w:proofErr w:type="spellStart"/>
      <w:r w:rsidRPr="00C86A0D">
        <w:rPr>
          <w:rFonts w:ascii="Sylfaen" w:hAnsi="Sylfaen" w:cs="Sylfaen"/>
          <w:sz w:val="18"/>
          <w:szCs w:val="18"/>
        </w:rPr>
        <w:t>მიერ</w:t>
      </w:r>
      <w:proofErr w:type="spellEnd"/>
      <w:r w:rsidRPr="00C86A0D">
        <w:rPr>
          <w:rFonts w:cstheme="majorHAnsi"/>
          <w:sz w:val="18"/>
          <w:szCs w:val="18"/>
        </w:rPr>
        <w:t xml:space="preserve"> </w:t>
      </w:r>
      <w:proofErr w:type="spellStart"/>
      <w:r w:rsidRPr="00C86A0D">
        <w:rPr>
          <w:rFonts w:ascii="Sylfaen" w:hAnsi="Sylfaen" w:cs="Sylfaen"/>
          <w:sz w:val="18"/>
          <w:szCs w:val="18"/>
        </w:rPr>
        <w:t>უამინდობის</w:t>
      </w:r>
      <w:proofErr w:type="spellEnd"/>
      <w:r w:rsidRPr="00C86A0D">
        <w:rPr>
          <w:rFonts w:cstheme="majorHAnsi"/>
          <w:sz w:val="18"/>
          <w:szCs w:val="18"/>
        </w:rPr>
        <w:t xml:space="preserve"> </w:t>
      </w:r>
      <w:proofErr w:type="spellStart"/>
      <w:r w:rsidRPr="00C86A0D">
        <w:rPr>
          <w:rFonts w:ascii="Sylfaen" w:hAnsi="Sylfaen" w:cs="Sylfaen"/>
          <w:sz w:val="18"/>
          <w:szCs w:val="18"/>
        </w:rPr>
        <w:t>მიზეზით</w:t>
      </w:r>
      <w:proofErr w:type="spellEnd"/>
      <w:r w:rsidRPr="00C86A0D">
        <w:rPr>
          <w:rFonts w:cstheme="majorHAnsi"/>
          <w:sz w:val="18"/>
          <w:szCs w:val="18"/>
        </w:rPr>
        <w:t xml:space="preserve"> </w:t>
      </w:r>
      <w:proofErr w:type="spellStart"/>
      <w:r w:rsidRPr="00C86A0D">
        <w:rPr>
          <w:rFonts w:ascii="Sylfaen" w:hAnsi="Sylfaen" w:cs="Sylfaen"/>
          <w:sz w:val="18"/>
          <w:szCs w:val="18"/>
        </w:rPr>
        <w:t>სამუშაოების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შეჩერების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საჭიროებას</w:t>
      </w:r>
      <w:proofErr w:type="spellEnd"/>
      <w:r w:rsidRPr="00C86A0D">
        <w:rPr>
          <w:rFonts w:cstheme="majorHAnsi"/>
          <w:sz w:val="18"/>
          <w:szCs w:val="18"/>
        </w:rPr>
        <w:t xml:space="preserve">, </w:t>
      </w:r>
      <w:proofErr w:type="spellStart"/>
      <w:r w:rsidRPr="00C86A0D">
        <w:rPr>
          <w:rFonts w:ascii="Sylfaen" w:hAnsi="Sylfaen" w:cs="Sylfaen"/>
          <w:sz w:val="18"/>
          <w:szCs w:val="18"/>
        </w:rPr>
        <w:t>მაშინ</w:t>
      </w:r>
      <w:proofErr w:type="spellEnd"/>
      <w:r w:rsidRPr="00C86A0D">
        <w:rPr>
          <w:rFonts w:cstheme="majorHAnsi"/>
          <w:sz w:val="18"/>
          <w:szCs w:val="18"/>
        </w:rPr>
        <w:t xml:space="preserve"> </w:t>
      </w:r>
      <w:proofErr w:type="spellStart"/>
      <w:r w:rsidRPr="00C86A0D">
        <w:rPr>
          <w:rFonts w:ascii="Sylfaen" w:hAnsi="Sylfaen" w:cs="Sylfaen"/>
          <w:sz w:val="18"/>
          <w:szCs w:val="18"/>
        </w:rPr>
        <w:t>დამკვეთი</w:t>
      </w:r>
      <w:proofErr w:type="spellEnd"/>
      <w:r w:rsidRPr="00C86A0D">
        <w:rPr>
          <w:rFonts w:cstheme="majorHAnsi"/>
          <w:sz w:val="18"/>
          <w:szCs w:val="18"/>
        </w:rPr>
        <w:t xml:space="preserve"> </w:t>
      </w:r>
      <w:proofErr w:type="spellStart"/>
      <w:r w:rsidRPr="00C86A0D">
        <w:rPr>
          <w:rFonts w:ascii="Sylfaen" w:hAnsi="Sylfaen" w:cs="Sylfaen"/>
          <w:sz w:val="18"/>
          <w:szCs w:val="18"/>
        </w:rPr>
        <w:t>მიმართავს</w:t>
      </w:r>
      <w:proofErr w:type="spellEnd"/>
      <w:r w:rsidRPr="00C86A0D">
        <w:rPr>
          <w:rFonts w:cstheme="majorHAnsi"/>
          <w:sz w:val="18"/>
          <w:szCs w:val="18"/>
        </w:rPr>
        <w:t xml:space="preserve"> </w:t>
      </w:r>
      <w:proofErr w:type="spellStart"/>
      <w:r w:rsidRPr="00C86A0D">
        <w:rPr>
          <w:rFonts w:ascii="Sylfaen" w:hAnsi="Sylfaen" w:cs="Sylfaen"/>
          <w:sz w:val="18"/>
          <w:szCs w:val="18"/>
        </w:rPr>
        <w:t>სსიპ</w:t>
      </w:r>
      <w:proofErr w:type="spellEnd"/>
      <w:r w:rsidRPr="00C86A0D">
        <w:rPr>
          <w:rFonts w:cstheme="majorHAnsi"/>
          <w:sz w:val="18"/>
          <w:szCs w:val="18"/>
        </w:rPr>
        <w:t xml:space="preserve"> „</w:t>
      </w:r>
      <w:proofErr w:type="spellStart"/>
      <w:r w:rsidRPr="00C86A0D">
        <w:rPr>
          <w:rFonts w:ascii="Sylfaen" w:hAnsi="Sylfaen" w:cs="Sylfaen"/>
          <w:sz w:val="18"/>
          <w:szCs w:val="18"/>
        </w:rPr>
        <w:t>ლევან</w:t>
      </w:r>
      <w:proofErr w:type="spellEnd"/>
      <w:r w:rsidRPr="00C86A0D">
        <w:rPr>
          <w:rFonts w:cstheme="majorHAnsi"/>
          <w:sz w:val="18"/>
          <w:szCs w:val="18"/>
        </w:rPr>
        <w:t xml:space="preserve"> </w:t>
      </w:r>
      <w:proofErr w:type="spellStart"/>
      <w:r w:rsidRPr="00C86A0D">
        <w:rPr>
          <w:rFonts w:ascii="Sylfaen" w:hAnsi="Sylfaen" w:cs="Sylfaen"/>
          <w:sz w:val="18"/>
          <w:szCs w:val="18"/>
        </w:rPr>
        <w:t>სამხარაულის</w:t>
      </w:r>
      <w:proofErr w:type="spellEnd"/>
      <w:r w:rsidRPr="00C86A0D">
        <w:rPr>
          <w:rFonts w:cstheme="majorHAnsi"/>
          <w:sz w:val="18"/>
          <w:szCs w:val="18"/>
        </w:rPr>
        <w:t xml:space="preserve"> </w:t>
      </w:r>
      <w:proofErr w:type="spellStart"/>
      <w:r w:rsidRPr="00C86A0D">
        <w:rPr>
          <w:rFonts w:ascii="Sylfaen" w:hAnsi="Sylfaen" w:cs="Sylfaen"/>
          <w:sz w:val="18"/>
          <w:szCs w:val="18"/>
        </w:rPr>
        <w:t>სახელობის</w:t>
      </w:r>
      <w:proofErr w:type="spellEnd"/>
      <w:r w:rsidRPr="00C86A0D">
        <w:rPr>
          <w:rFonts w:cstheme="majorHAnsi"/>
          <w:sz w:val="18"/>
          <w:szCs w:val="18"/>
        </w:rPr>
        <w:t xml:space="preserve"> </w:t>
      </w:r>
      <w:proofErr w:type="spellStart"/>
      <w:r w:rsidRPr="00C86A0D">
        <w:rPr>
          <w:rFonts w:ascii="Sylfaen" w:hAnsi="Sylfaen" w:cs="Sylfaen"/>
          <w:sz w:val="18"/>
          <w:szCs w:val="18"/>
        </w:rPr>
        <w:t>სასამართლო</w:t>
      </w:r>
      <w:proofErr w:type="spellEnd"/>
      <w:r w:rsidRPr="00C86A0D">
        <w:rPr>
          <w:rFonts w:cstheme="majorHAnsi"/>
          <w:sz w:val="18"/>
          <w:szCs w:val="18"/>
        </w:rPr>
        <w:t xml:space="preserve"> </w:t>
      </w:r>
      <w:proofErr w:type="spellStart"/>
      <w:r w:rsidRPr="00C86A0D">
        <w:rPr>
          <w:rFonts w:ascii="Sylfaen" w:hAnsi="Sylfaen" w:cs="Sylfaen"/>
          <w:sz w:val="18"/>
          <w:szCs w:val="18"/>
        </w:rPr>
        <w:t>ექსპერტიზის</w:t>
      </w:r>
      <w:proofErr w:type="spellEnd"/>
      <w:r w:rsidRPr="00C86A0D">
        <w:rPr>
          <w:rFonts w:cstheme="majorHAnsi"/>
          <w:sz w:val="18"/>
          <w:szCs w:val="18"/>
        </w:rPr>
        <w:t xml:space="preserve"> </w:t>
      </w:r>
      <w:proofErr w:type="spellStart"/>
      <w:r w:rsidRPr="00C86A0D">
        <w:rPr>
          <w:rFonts w:ascii="Sylfaen" w:hAnsi="Sylfaen" w:cs="Sylfaen"/>
          <w:sz w:val="18"/>
          <w:szCs w:val="18"/>
        </w:rPr>
        <w:t>ეროვნული</w:t>
      </w:r>
      <w:proofErr w:type="spellEnd"/>
      <w:r w:rsidRPr="00C86A0D">
        <w:rPr>
          <w:rFonts w:cstheme="majorHAnsi"/>
          <w:sz w:val="18"/>
          <w:szCs w:val="18"/>
        </w:rPr>
        <w:t xml:space="preserve"> </w:t>
      </w:r>
      <w:proofErr w:type="spellStart"/>
      <w:proofErr w:type="gramStart"/>
      <w:r w:rsidRPr="00C86A0D">
        <w:rPr>
          <w:rFonts w:ascii="Sylfaen" w:hAnsi="Sylfaen" w:cs="Sylfaen"/>
          <w:sz w:val="18"/>
          <w:szCs w:val="18"/>
        </w:rPr>
        <w:t>ბიუროს</w:t>
      </w:r>
      <w:proofErr w:type="spellEnd"/>
      <w:r w:rsidRPr="00C86A0D">
        <w:rPr>
          <w:rFonts w:cstheme="majorHAnsi"/>
          <w:sz w:val="18"/>
          <w:szCs w:val="18"/>
        </w:rPr>
        <w:t>“</w:t>
      </w:r>
      <w:r w:rsidR="00D36BEA">
        <w:rPr>
          <w:rFonts w:ascii="Sylfaen" w:hAnsi="Sylfaen" w:cstheme="majorHAnsi"/>
          <w:sz w:val="18"/>
          <w:szCs w:val="18"/>
          <w:lang w:val="ka-GE"/>
        </w:rPr>
        <w:t xml:space="preserve"> </w:t>
      </w:r>
      <w:proofErr w:type="spellStart"/>
      <w:r w:rsidRPr="00C86A0D">
        <w:rPr>
          <w:rFonts w:ascii="Sylfaen" w:hAnsi="Sylfaen" w:cs="Sylfaen"/>
          <w:sz w:val="18"/>
          <w:szCs w:val="18"/>
        </w:rPr>
        <w:t>ან</w:t>
      </w:r>
      <w:proofErr w:type="spellEnd"/>
      <w:proofErr w:type="gramEnd"/>
      <w:r w:rsidRPr="00C86A0D">
        <w:rPr>
          <w:rFonts w:cstheme="majorHAnsi"/>
          <w:sz w:val="18"/>
          <w:szCs w:val="18"/>
        </w:rPr>
        <w:t xml:space="preserve"> </w:t>
      </w:r>
      <w:proofErr w:type="spellStart"/>
      <w:r w:rsidRPr="00C86A0D">
        <w:rPr>
          <w:rFonts w:ascii="Sylfaen" w:hAnsi="Sylfaen" w:cs="Sylfaen"/>
          <w:sz w:val="18"/>
          <w:szCs w:val="18"/>
        </w:rPr>
        <w:t>აკრედიტირებულ</w:t>
      </w:r>
      <w:proofErr w:type="spellEnd"/>
      <w:r w:rsidRPr="00C86A0D">
        <w:rPr>
          <w:rFonts w:cstheme="majorHAnsi"/>
          <w:sz w:val="18"/>
          <w:szCs w:val="18"/>
        </w:rPr>
        <w:t xml:space="preserve"> </w:t>
      </w:r>
      <w:proofErr w:type="spellStart"/>
      <w:r w:rsidRPr="00C86A0D">
        <w:rPr>
          <w:rFonts w:ascii="Sylfaen" w:hAnsi="Sylfaen" w:cs="Sylfaen"/>
          <w:sz w:val="18"/>
          <w:szCs w:val="18"/>
        </w:rPr>
        <w:t>საექსპერტო</w:t>
      </w:r>
      <w:proofErr w:type="spellEnd"/>
      <w:r w:rsidRPr="00C86A0D">
        <w:rPr>
          <w:rFonts w:cstheme="majorHAnsi"/>
          <w:sz w:val="18"/>
          <w:szCs w:val="18"/>
        </w:rPr>
        <w:t xml:space="preserve"> </w:t>
      </w:r>
      <w:proofErr w:type="spellStart"/>
      <w:r w:rsidRPr="00C86A0D">
        <w:rPr>
          <w:rFonts w:ascii="Sylfaen" w:hAnsi="Sylfaen" w:cs="Sylfaen"/>
          <w:sz w:val="18"/>
          <w:szCs w:val="18"/>
        </w:rPr>
        <w:t>დაწესებულებას</w:t>
      </w:r>
      <w:proofErr w:type="spellEnd"/>
      <w:r w:rsidRPr="00C86A0D">
        <w:rPr>
          <w:rFonts w:cstheme="majorHAnsi"/>
          <w:sz w:val="18"/>
          <w:szCs w:val="18"/>
        </w:rPr>
        <w:t xml:space="preserve">, </w:t>
      </w:r>
      <w:proofErr w:type="spellStart"/>
      <w:r w:rsidRPr="00C86A0D">
        <w:rPr>
          <w:rFonts w:ascii="Sylfaen" w:hAnsi="Sylfaen" w:cs="Sylfaen"/>
          <w:sz w:val="18"/>
          <w:szCs w:val="18"/>
        </w:rPr>
        <w:t>ან</w:t>
      </w:r>
      <w:proofErr w:type="spellEnd"/>
      <w:r w:rsidRPr="00C86A0D">
        <w:rPr>
          <w:rFonts w:cstheme="majorHAnsi"/>
          <w:sz w:val="18"/>
          <w:szCs w:val="18"/>
        </w:rPr>
        <w:t xml:space="preserve"> </w:t>
      </w:r>
      <w:proofErr w:type="spellStart"/>
      <w:r w:rsidRPr="00C86A0D">
        <w:rPr>
          <w:rFonts w:ascii="Sylfaen" w:hAnsi="Sylfaen" w:cs="Sylfaen"/>
          <w:sz w:val="18"/>
          <w:szCs w:val="18"/>
        </w:rPr>
        <w:t>დამოუკიდებელ</w:t>
      </w:r>
      <w:proofErr w:type="spellEnd"/>
      <w:r w:rsidRPr="00C86A0D">
        <w:rPr>
          <w:rFonts w:cstheme="majorHAnsi"/>
          <w:sz w:val="18"/>
          <w:szCs w:val="18"/>
        </w:rPr>
        <w:t xml:space="preserve"> </w:t>
      </w:r>
      <w:proofErr w:type="spellStart"/>
      <w:r w:rsidRPr="00C86A0D">
        <w:rPr>
          <w:rFonts w:ascii="Sylfaen" w:hAnsi="Sylfaen" w:cs="Sylfaen"/>
          <w:sz w:val="18"/>
          <w:szCs w:val="18"/>
        </w:rPr>
        <w:t>ექსპერტს</w:t>
      </w:r>
      <w:proofErr w:type="spellEnd"/>
      <w:r w:rsidR="00D36BEA">
        <w:rPr>
          <w:rFonts w:cstheme="majorHAnsi"/>
          <w:sz w:val="18"/>
          <w:szCs w:val="18"/>
        </w:rPr>
        <w:t>.</w:t>
      </w:r>
      <w:r w:rsidRPr="00C86A0D">
        <w:rPr>
          <w:rFonts w:cstheme="majorHAnsi"/>
          <w:sz w:val="18"/>
          <w:szCs w:val="18"/>
        </w:rPr>
        <w:t xml:space="preserve"> </w:t>
      </w:r>
      <w:proofErr w:type="spellStart"/>
      <w:r w:rsidRPr="00C86A0D">
        <w:rPr>
          <w:rFonts w:ascii="Sylfaen" w:hAnsi="Sylfaen" w:cs="Sylfaen"/>
          <w:sz w:val="18"/>
          <w:szCs w:val="18"/>
        </w:rPr>
        <w:t>ექსპერტიზის</w:t>
      </w:r>
      <w:proofErr w:type="spellEnd"/>
      <w:r w:rsidRPr="00C86A0D">
        <w:rPr>
          <w:rFonts w:cstheme="majorHAnsi"/>
          <w:sz w:val="18"/>
          <w:szCs w:val="18"/>
        </w:rPr>
        <w:t xml:space="preserve"> </w:t>
      </w:r>
      <w:proofErr w:type="spellStart"/>
      <w:r w:rsidRPr="00C86A0D">
        <w:rPr>
          <w:rFonts w:ascii="Sylfaen" w:hAnsi="Sylfaen" w:cs="Sylfaen"/>
          <w:sz w:val="18"/>
          <w:szCs w:val="18"/>
        </w:rPr>
        <w:t>ხარჯებს</w:t>
      </w:r>
      <w:proofErr w:type="spellEnd"/>
      <w:r w:rsidRPr="00C86A0D">
        <w:rPr>
          <w:rFonts w:cstheme="majorHAnsi"/>
          <w:sz w:val="18"/>
          <w:szCs w:val="18"/>
        </w:rPr>
        <w:t xml:space="preserve"> </w:t>
      </w:r>
      <w:proofErr w:type="spellStart"/>
      <w:r w:rsidRPr="00C86A0D">
        <w:rPr>
          <w:rFonts w:ascii="Sylfaen" w:hAnsi="Sylfaen" w:cs="Sylfaen"/>
          <w:sz w:val="18"/>
          <w:szCs w:val="18"/>
        </w:rPr>
        <w:t>აანაზღაურებს</w:t>
      </w:r>
      <w:proofErr w:type="spellEnd"/>
      <w:r w:rsidRPr="00C86A0D">
        <w:rPr>
          <w:rFonts w:cstheme="majorHAnsi"/>
          <w:sz w:val="18"/>
          <w:szCs w:val="18"/>
        </w:rPr>
        <w:t xml:space="preserve"> </w:t>
      </w:r>
      <w:proofErr w:type="spellStart"/>
      <w:r w:rsidRPr="00C86A0D">
        <w:rPr>
          <w:rFonts w:ascii="Sylfaen" w:hAnsi="Sylfaen" w:cs="Sylfaen"/>
          <w:sz w:val="18"/>
          <w:szCs w:val="18"/>
        </w:rPr>
        <w:t>მხარე</w:t>
      </w:r>
      <w:proofErr w:type="spellEnd"/>
      <w:r w:rsidRPr="00C86A0D">
        <w:rPr>
          <w:rFonts w:cstheme="majorHAnsi"/>
          <w:sz w:val="18"/>
          <w:szCs w:val="18"/>
        </w:rPr>
        <w:t xml:space="preserve">, </w:t>
      </w:r>
      <w:proofErr w:type="spellStart"/>
      <w:r w:rsidRPr="00C86A0D">
        <w:rPr>
          <w:rFonts w:ascii="Sylfaen" w:hAnsi="Sylfaen" w:cs="Sylfaen"/>
          <w:sz w:val="18"/>
          <w:szCs w:val="18"/>
        </w:rPr>
        <w:t>რომლის</w:t>
      </w:r>
      <w:proofErr w:type="spellEnd"/>
      <w:r w:rsidRPr="00C86A0D">
        <w:rPr>
          <w:rFonts w:cstheme="majorHAnsi"/>
          <w:sz w:val="18"/>
          <w:szCs w:val="18"/>
        </w:rPr>
        <w:t xml:space="preserve"> </w:t>
      </w:r>
      <w:proofErr w:type="spellStart"/>
      <w:r w:rsidRPr="00C86A0D">
        <w:rPr>
          <w:rFonts w:ascii="Sylfaen" w:hAnsi="Sylfaen" w:cs="Sylfaen"/>
          <w:sz w:val="18"/>
          <w:szCs w:val="18"/>
        </w:rPr>
        <w:t>პოზიციის</w:t>
      </w:r>
      <w:proofErr w:type="spellEnd"/>
      <w:r w:rsidRPr="00C86A0D">
        <w:rPr>
          <w:rFonts w:cstheme="majorHAnsi"/>
          <w:sz w:val="18"/>
          <w:szCs w:val="18"/>
        </w:rPr>
        <w:t xml:space="preserve"> </w:t>
      </w:r>
      <w:proofErr w:type="spellStart"/>
      <w:r w:rsidRPr="00C86A0D">
        <w:rPr>
          <w:rFonts w:ascii="Sylfaen" w:hAnsi="Sylfaen" w:cs="Sylfaen"/>
          <w:sz w:val="18"/>
          <w:szCs w:val="18"/>
        </w:rPr>
        <w:t>საწინააღმდეგო</w:t>
      </w:r>
      <w:proofErr w:type="spellEnd"/>
      <w:r w:rsidRPr="00C86A0D">
        <w:rPr>
          <w:rFonts w:cstheme="majorHAnsi"/>
          <w:sz w:val="18"/>
          <w:szCs w:val="18"/>
        </w:rPr>
        <w:t xml:space="preserve"> </w:t>
      </w:r>
      <w:proofErr w:type="spellStart"/>
      <w:r w:rsidRPr="00C86A0D">
        <w:rPr>
          <w:rFonts w:ascii="Sylfaen" w:hAnsi="Sylfaen" w:cs="Sylfaen"/>
          <w:sz w:val="18"/>
          <w:szCs w:val="18"/>
        </w:rPr>
        <w:t>დასკვნასაც</w:t>
      </w:r>
      <w:proofErr w:type="spellEnd"/>
      <w:r w:rsidRPr="00C86A0D">
        <w:rPr>
          <w:rFonts w:cstheme="majorHAnsi"/>
          <w:sz w:val="18"/>
          <w:szCs w:val="18"/>
        </w:rPr>
        <w:t xml:space="preserve"> </w:t>
      </w:r>
      <w:proofErr w:type="spellStart"/>
      <w:r w:rsidRPr="00C86A0D">
        <w:rPr>
          <w:rFonts w:ascii="Sylfaen" w:hAnsi="Sylfaen" w:cs="Sylfaen"/>
          <w:sz w:val="18"/>
          <w:szCs w:val="18"/>
        </w:rPr>
        <w:t>გასცემს</w:t>
      </w:r>
      <w:proofErr w:type="spellEnd"/>
      <w:r w:rsidRPr="00C86A0D">
        <w:rPr>
          <w:rFonts w:cstheme="majorHAnsi"/>
          <w:sz w:val="18"/>
          <w:szCs w:val="18"/>
        </w:rPr>
        <w:t xml:space="preserve"> </w:t>
      </w:r>
      <w:proofErr w:type="spellStart"/>
      <w:r w:rsidRPr="00C86A0D">
        <w:rPr>
          <w:rFonts w:ascii="Sylfaen" w:hAnsi="Sylfaen" w:cs="Sylfaen"/>
          <w:sz w:val="18"/>
          <w:szCs w:val="18"/>
        </w:rPr>
        <w:t>ექსპერტიზა</w:t>
      </w:r>
      <w:proofErr w:type="spellEnd"/>
      <w:r w:rsidRPr="00C86A0D">
        <w:rPr>
          <w:rFonts w:cstheme="majorHAnsi"/>
          <w:sz w:val="18"/>
          <w:szCs w:val="18"/>
        </w:rPr>
        <w:t xml:space="preserve">. </w:t>
      </w:r>
      <w:proofErr w:type="spellStart"/>
      <w:r w:rsidRPr="00C86A0D">
        <w:rPr>
          <w:rFonts w:ascii="Sylfaen" w:hAnsi="Sylfaen" w:cs="Sylfaen"/>
          <w:sz w:val="18"/>
          <w:szCs w:val="18"/>
        </w:rPr>
        <w:t>თუ</w:t>
      </w:r>
      <w:proofErr w:type="spellEnd"/>
      <w:r w:rsidRPr="00C86A0D">
        <w:rPr>
          <w:rFonts w:cstheme="majorHAnsi"/>
          <w:sz w:val="18"/>
          <w:szCs w:val="18"/>
        </w:rPr>
        <w:t xml:space="preserve"> </w:t>
      </w:r>
      <w:proofErr w:type="spellStart"/>
      <w:r w:rsidRPr="00C86A0D">
        <w:rPr>
          <w:rFonts w:ascii="Sylfaen" w:hAnsi="Sylfaen" w:cs="Sylfaen"/>
          <w:sz w:val="18"/>
          <w:szCs w:val="18"/>
        </w:rPr>
        <w:t>დასკვნის</w:t>
      </w:r>
      <w:proofErr w:type="spellEnd"/>
      <w:r w:rsidRPr="00C86A0D">
        <w:rPr>
          <w:rFonts w:cstheme="majorHAnsi"/>
          <w:sz w:val="18"/>
          <w:szCs w:val="18"/>
        </w:rPr>
        <w:t xml:space="preserve"> </w:t>
      </w:r>
      <w:proofErr w:type="spellStart"/>
      <w:r w:rsidRPr="00C86A0D">
        <w:rPr>
          <w:rFonts w:ascii="Sylfaen" w:hAnsi="Sylfaen" w:cs="Sylfaen"/>
          <w:sz w:val="18"/>
          <w:szCs w:val="18"/>
        </w:rPr>
        <w:t>საფუძველზე</w:t>
      </w:r>
      <w:proofErr w:type="spellEnd"/>
      <w:r w:rsidRPr="00C86A0D">
        <w:rPr>
          <w:rFonts w:cstheme="majorHAnsi"/>
          <w:sz w:val="18"/>
          <w:szCs w:val="18"/>
        </w:rPr>
        <w:t xml:space="preserve"> </w:t>
      </w:r>
      <w:proofErr w:type="spellStart"/>
      <w:r w:rsidRPr="00C86A0D">
        <w:rPr>
          <w:rFonts w:ascii="Sylfaen" w:hAnsi="Sylfaen" w:cs="Sylfaen"/>
          <w:sz w:val="18"/>
          <w:szCs w:val="18"/>
        </w:rPr>
        <w:t>დადგინდება</w:t>
      </w:r>
      <w:proofErr w:type="spellEnd"/>
      <w:r w:rsidRPr="00C86A0D">
        <w:rPr>
          <w:rFonts w:cstheme="majorHAnsi"/>
          <w:sz w:val="18"/>
          <w:szCs w:val="18"/>
        </w:rPr>
        <w:t xml:space="preserve">, </w:t>
      </w:r>
      <w:proofErr w:type="spellStart"/>
      <w:r w:rsidRPr="00C86A0D">
        <w:rPr>
          <w:rFonts w:ascii="Sylfaen" w:hAnsi="Sylfaen" w:cs="Sylfaen"/>
          <w:sz w:val="18"/>
          <w:szCs w:val="18"/>
        </w:rPr>
        <w:t>რომ</w:t>
      </w:r>
      <w:proofErr w:type="spellEnd"/>
      <w:r w:rsidRPr="00C86A0D">
        <w:rPr>
          <w:rFonts w:cstheme="majorHAnsi"/>
          <w:sz w:val="18"/>
          <w:szCs w:val="18"/>
        </w:rPr>
        <w:t xml:space="preserve"> </w:t>
      </w:r>
      <w:proofErr w:type="spellStart"/>
      <w:r w:rsidRPr="00C86A0D">
        <w:rPr>
          <w:rFonts w:ascii="Sylfaen" w:hAnsi="Sylfaen" w:cs="Sylfaen"/>
          <w:sz w:val="18"/>
          <w:szCs w:val="18"/>
        </w:rPr>
        <w:t>არსებობდა</w:t>
      </w:r>
      <w:proofErr w:type="spellEnd"/>
      <w:r w:rsidRPr="00C86A0D">
        <w:rPr>
          <w:rFonts w:cstheme="majorHAnsi"/>
          <w:sz w:val="18"/>
          <w:szCs w:val="18"/>
        </w:rPr>
        <w:t xml:space="preserve"> </w:t>
      </w:r>
      <w:proofErr w:type="spellStart"/>
      <w:r w:rsidRPr="00C86A0D">
        <w:rPr>
          <w:rFonts w:ascii="Sylfaen" w:hAnsi="Sylfaen" w:cs="Sylfaen"/>
          <w:sz w:val="18"/>
          <w:szCs w:val="18"/>
        </w:rPr>
        <w:t>სამუშაოს</w:t>
      </w:r>
      <w:proofErr w:type="spellEnd"/>
      <w:r w:rsidRPr="00C86A0D">
        <w:rPr>
          <w:rFonts w:cstheme="majorHAnsi"/>
          <w:sz w:val="18"/>
          <w:szCs w:val="18"/>
        </w:rPr>
        <w:t xml:space="preserve"> </w:t>
      </w:r>
      <w:proofErr w:type="spellStart"/>
      <w:r w:rsidRPr="00C86A0D">
        <w:rPr>
          <w:rFonts w:ascii="Sylfaen" w:hAnsi="Sylfaen" w:cs="Sylfaen"/>
          <w:sz w:val="18"/>
          <w:szCs w:val="18"/>
        </w:rPr>
        <w:t>გაგრძელების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შესაძლებლობა</w:t>
      </w:r>
      <w:proofErr w:type="spellEnd"/>
      <w:r w:rsidRPr="00C86A0D">
        <w:rPr>
          <w:rFonts w:cstheme="majorHAnsi"/>
          <w:sz w:val="18"/>
          <w:szCs w:val="18"/>
        </w:rPr>
        <w:t xml:space="preserve">, </w:t>
      </w:r>
      <w:proofErr w:type="spellStart"/>
      <w:r w:rsidRPr="00C86A0D">
        <w:rPr>
          <w:rFonts w:ascii="Sylfaen" w:hAnsi="Sylfaen" w:cs="Sylfaen"/>
          <w:sz w:val="18"/>
          <w:szCs w:val="18"/>
        </w:rPr>
        <w:t>დამკვეთის</w:t>
      </w:r>
      <w:proofErr w:type="spellEnd"/>
      <w:r w:rsidRPr="00C86A0D">
        <w:rPr>
          <w:rFonts w:cstheme="majorHAnsi"/>
          <w:sz w:val="18"/>
          <w:szCs w:val="18"/>
        </w:rPr>
        <w:t xml:space="preserve"> </w:t>
      </w:r>
      <w:proofErr w:type="spellStart"/>
      <w:r w:rsidRPr="00C86A0D">
        <w:rPr>
          <w:rFonts w:ascii="Sylfaen" w:hAnsi="Sylfaen" w:cs="Sylfaen"/>
          <w:sz w:val="18"/>
          <w:szCs w:val="18"/>
        </w:rPr>
        <w:t>მოთხოვნის</w:t>
      </w:r>
      <w:proofErr w:type="spellEnd"/>
      <w:r w:rsidRPr="00C86A0D">
        <w:rPr>
          <w:rFonts w:cstheme="majorHAnsi"/>
          <w:sz w:val="18"/>
          <w:szCs w:val="18"/>
        </w:rPr>
        <w:t xml:space="preserve"> </w:t>
      </w:r>
      <w:proofErr w:type="spellStart"/>
      <w:r w:rsidRPr="00C86A0D">
        <w:rPr>
          <w:rFonts w:ascii="Sylfaen" w:hAnsi="Sylfaen" w:cs="Sylfaen"/>
          <w:sz w:val="18"/>
          <w:szCs w:val="18"/>
        </w:rPr>
        <w:t>შემთხვევაში</w:t>
      </w:r>
      <w:proofErr w:type="spellEnd"/>
      <w:r w:rsidRPr="00C86A0D">
        <w:rPr>
          <w:rFonts w:cstheme="majorHAnsi"/>
          <w:sz w:val="18"/>
          <w:szCs w:val="18"/>
        </w:rPr>
        <w:t xml:space="preserve">, </w:t>
      </w:r>
      <w:r w:rsidR="00D36BEA">
        <w:rPr>
          <w:rFonts w:ascii="Sylfaen" w:hAnsi="Sylfaen" w:cs="Sylfaen"/>
          <w:sz w:val="18"/>
          <w:szCs w:val="18"/>
          <w:lang w:val="ka-GE"/>
        </w:rPr>
        <w:t>მენარდეს</w:t>
      </w:r>
      <w:r w:rsidRPr="00C86A0D">
        <w:rPr>
          <w:rFonts w:cstheme="majorHAnsi"/>
          <w:sz w:val="18"/>
          <w:szCs w:val="18"/>
        </w:rPr>
        <w:t xml:space="preserve"> </w:t>
      </w:r>
      <w:proofErr w:type="spellStart"/>
      <w:r w:rsidRPr="00C86A0D">
        <w:rPr>
          <w:rFonts w:ascii="Sylfaen" w:hAnsi="Sylfaen" w:cs="Sylfaen"/>
          <w:sz w:val="18"/>
          <w:szCs w:val="18"/>
        </w:rPr>
        <w:t>დაეკისრება</w:t>
      </w:r>
      <w:proofErr w:type="spellEnd"/>
      <w:r w:rsidRPr="00C86A0D">
        <w:rPr>
          <w:rFonts w:cstheme="majorHAnsi"/>
          <w:sz w:val="18"/>
          <w:szCs w:val="18"/>
        </w:rPr>
        <w:t xml:space="preserve"> </w:t>
      </w:r>
      <w:proofErr w:type="spellStart"/>
      <w:r w:rsidRPr="00C86A0D">
        <w:rPr>
          <w:rFonts w:ascii="Sylfaen" w:hAnsi="Sylfaen" w:cs="Sylfaen"/>
          <w:sz w:val="18"/>
          <w:szCs w:val="18"/>
        </w:rPr>
        <w:t>ხელშეკრულებით</w:t>
      </w:r>
      <w:proofErr w:type="spellEnd"/>
      <w:r w:rsidRPr="00C86A0D">
        <w:rPr>
          <w:rFonts w:cstheme="majorHAnsi"/>
          <w:sz w:val="18"/>
          <w:szCs w:val="18"/>
        </w:rPr>
        <w:t xml:space="preserve"> </w:t>
      </w:r>
      <w:proofErr w:type="spellStart"/>
      <w:r w:rsidRPr="00C86A0D">
        <w:rPr>
          <w:rFonts w:ascii="Sylfaen" w:hAnsi="Sylfaen" w:cs="Sylfaen"/>
          <w:sz w:val="18"/>
          <w:szCs w:val="18"/>
        </w:rPr>
        <w:t>გათვალისწინებული</w:t>
      </w:r>
      <w:proofErr w:type="spellEnd"/>
      <w:r w:rsidRPr="00C86A0D">
        <w:rPr>
          <w:rFonts w:cstheme="majorHAnsi"/>
          <w:sz w:val="18"/>
          <w:szCs w:val="18"/>
        </w:rPr>
        <w:t xml:space="preserve"> </w:t>
      </w:r>
      <w:proofErr w:type="spellStart"/>
      <w:r w:rsidRPr="00C86A0D">
        <w:rPr>
          <w:rFonts w:ascii="Sylfaen" w:hAnsi="Sylfaen" w:cs="Sylfaen"/>
          <w:sz w:val="18"/>
          <w:szCs w:val="18"/>
        </w:rPr>
        <w:t>სანქციები</w:t>
      </w:r>
      <w:proofErr w:type="spellEnd"/>
      <w:r w:rsidRPr="00C86A0D">
        <w:rPr>
          <w:rFonts w:cstheme="majorHAnsi"/>
          <w:sz w:val="18"/>
          <w:szCs w:val="18"/>
        </w:rPr>
        <w:t xml:space="preserve">. </w:t>
      </w:r>
      <w:proofErr w:type="spellStart"/>
      <w:r w:rsidRPr="00C86A0D">
        <w:rPr>
          <w:rFonts w:ascii="Sylfaen" w:hAnsi="Sylfaen" w:cs="Sylfaen"/>
          <w:sz w:val="18"/>
          <w:szCs w:val="18"/>
        </w:rPr>
        <w:t>ამასთან</w:t>
      </w:r>
      <w:proofErr w:type="spellEnd"/>
      <w:r w:rsidRPr="00C86A0D">
        <w:rPr>
          <w:rFonts w:cstheme="majorHAnsi"/>
          <w:sz w:val="18"/>
          <w:szCs w:val="18"/>
        </w:rPr>
        <w:t xml:space="preserve">, </w:t>
      </w:r>
      <w:r w:rsidR="00D36BEA">
        <w:rPr>
          <w:rFonts w:ascii="Sylfaen" w:hAnsi="Sylfaen" w:cs="Sylfaen"/>
          <w:sz w:val="18"/>
          <w:szCs w:val="18"/>
          <w:lang w:val="ka-GE"/>
        </w:rPr>
        <w:t>მენარდე</w:t>
      </w:r>
      <w:r w:rsidRPr="00C86A0D">
        <w:rPr>
          <w:rFonts w:cstheme="majorHAnsi"/>
          <w:sz w:val="18"/>
          <w:szCs w:val="18"/>
        </w:rPr>
        <w:t xml:space="preserve"> </w:t>
      </w:r>
      <w:proofErr w:type="spellStart"/>
      <w:r w:rsidRPr="00C86A0D">
        <w:rPr>
          <w:rFonts w:ascii="Sylfaen" w:hAnsi="Sylfaen" w:cs="Sylfaen"/>
          <w:sz w:val="18"/>
          <w:szCs w:val="18"/>
        </w:rPr>
        <w:t>ვალდებული</w:t>
      </w:r>
      <w:proofErr w:type="spellEnd"/>
      <w:r w:rsidRPr="00C86A0D">
        <w:rPr>
          <w:rFonts w:cstheme="majorHAnsi"/>
          <w:sz w:val="18"/>
          <w:szCs w:val="18"/>
        </w:rPr>
        <w:t xml:space="preserve"> </w:t>
      </w:r>
      <w:proofErr w:type="spellStart"/>
      <w:r w:rsidRPr="00C86A0D">
        <w:rPr>
          <w:rFonts w:ascii="Sylfaen" w:hAnsi="Sylfaen" w:cs="Sylfaen"/>
          <w:sz w:val="18"/>
          <w:szCs w:val="18"/>
        </w:rPr>
        <w:t>იქნება</w:t>
      </w:r>
      <w:proofErr w:type="spellEnd"/>
      <w:r w:rsidRPr="00C86A0D">
        <w:rPr>
          <w:rFonts w:cstheme="majorHAnsi"/>
          <w:sz w:val="18"/>
          <w:szCs w:val="18"/>
        </w:rPr>
        <w:t xml:space="preserve">, </w:t>
      </w:r>
      <w:proofErr w:type="spellStart"/>
      <w:r w:rsidRPr="00C86A0D">
        <w:rPr>
          <w:rFonts w:ascii="Sylfaen" w:hAnsi="Sylfaen" w:cs="Sylfaen"/>
          <w:sz w:val="18"/>
          <w:szCs w:val="18"/>
        </w:rPr>
        <w:t>აუნაზღაუროს</w:t>
      </w:r>
      <w:proofErr w:type="spellEnd"/>
      <w:r w:rsidRPr="00C86A0D">
        <w:rPr>
          <w:rFonts w:cstheme="majorHAnsi"/>
          <w:sz w:val="18"/>
          <w:szCs w:val="18"/>
        </w:rPr>
        <w:t xml:space="preserve"> </w:t>
      </w:r>
      <w:proofErr w:type="spellStart"/>
      <w:r w:rsidRPr="00C86A0D">
        <w:rPr>
          <w:rFonts w:ascii="Sylfaen" w:hAnsi="Sylfaen" w:cs="Sylfaen"/>
          <w:sz w:val="18"/>
          <w:szCs w:val="18"/>
        </w:rPr>
        <w:t>დამკვეთს</w:t>
      </w:r>
      <w:proofErr w:type="spellEnd"/>
      <w:r w:rsidRPr="00C86A0D">
        <w:rPr>
          <w:rFonts w:cstheme="majorHAnsi"/>
          <w:sz w:val="18"/>
          <w:szCs w:val="18"/>
        </w:rPr>
        <w:t xml:space="preserve"> </w:t>
      </w:r>
      <w:proofErr w:type="spellStart"/>
      <w:r w:rsidRPr="00C86A0D">
        <w:rPr>
          <w:rFonts w:ascii="Sylfaen" w:hAnsi="Sylfaen" w:cs="Sylfaen"/>
          <w:sz w:val="18"/>
          <w:szCs w:val="18"/>
        </w:rPr>
        <w:t>სამუშაოს</w:t>
      </w:r>
      <w:proofErr w:type="spellEnd"/>
      <w:r w:rsidRPr="00C86A0D">
        <w:rPr>
          <w:rFonts w:cstheme="majorHAnsi"/>
          <w:sz w:val="18"/>
          <w:szCs w:val="18"/>
        </w:rPr>
        <w:t xml:space="preserve"> </w:t>
      </w:r>
      <w:proofErr w:type="spellStart"/>
      <w:r w:rsidRPr="00C86A0D">
        <w:rPr>
          <w:rFonts w:ascii="Sylfaen" w:hAnsi="Sylfaen" w:cs="Sylfaen"/>
          <w:sz w:val="18"/>
          <w:szCs w:val="18"/>
        </w:rPr>
        <w:t>შეჩერებით</w:t>
      </w:r>
      <w:proofErr w:type="spellEnd"/>
      <w:r w:rsidRPr="00C86A0D">
        <w:rPr>
          <w:rFonts w:cstheme="majorHAnsi"/>
          <w:sz w:val="18"/>
          <w:szCs w:val="18"/>
        </w:rPr>
        <w:t xml:space="preserve"> </w:t>
      </w:r>
      <w:proofErr w:type="spellStart"/>
      <w:r w:rsidRPr="00C86A0D">
        <w:rPr>
          <w:rFonts w:ascii="Sylfaen" w:hAnsi="Sylfaen" w:cs="Sylfaen"/>
          <w:sz w:val="18"/>
          <w:szCs w:val="18"/>
        </w:rPr>
        <w:t>გამოწვეული</w:t>
      </w:r>
      <w:proofErr w:type="spellEnd"/>
      <w:r w:rsidRPr="00C86A0D">
        <w:rPr>
          <w:rFonts w:cstheme="majorHAnsi"/>
          <w:sz w:val="18"/>
          <w:szCs w:val="18"/>
        </w:rPr>
        <w:t xml:space="preserve"> </w:t>
      </w:r>
      <w:proofErr w:type="spellStart"/>
      <w:r w:rsidRPr="00C86A0D">
        <w:rPr>
          <w:rFonts w:ascii="Sylfaen" w:hAnsi="Sylfaen" w:cs="Sylfaen"/>
          <w:sz w:val="18"/>
          <w:szCs w:val="18"/>
        </w:rPr>
        <w:t>ზიანი</w:t>
      </w:r>
      <w:proofErr w:type="spellEnd"/>
      <w:r w:rsidRPr="00C86A0D">
        <w:rPr>
          <w:rFonts w:cstheme="majorHAnsi"/>
          <w:sz w:val="18"/>
          <w:szCs w:val="18"/>
        </w:rPr>
        <w:t xml:space="preserve"> (</w:t>
      </w:r>
      <w:proofErr w:type="spellStart"/>
      <w:r w:rsidRPr="00C86A0D">
        <w:rPr>
          <w:rFonts w:ascii="Sylfaen" w:hAnsi="Sylfaen" w:cs="Sylfaen"/>
          <w:sz w:val="18"/>
          <w:szCs w:val="18"/>
        </w:rPr>
        <w:t>არსებობის</w:t>
      </w:r>
      <w:proofErr w:type="spellEnd"/>
      <w:r w:rsidRPr="00C86A0D">
        <w:rPr>
          <w:rFonts w:cstheme="majorHAnsi"/>
          <w:sz w:val="18"/>
          <w:szCs w:val="18"/>
        </w:rPr>
        <w:t xml:space="preserve"> </w:t>
      </w:r>
      <w:proofErr w:type="spellStart"/>
      <w:r w:rsidRPr="00C86A0D">
        <w:rPr>
          <w:rFonts w:ascii="Sylfaen" w:hAnsi="Sylfaen" w:cs="Sylfaen"/>
          <w:sz w:val="18"/>
          <w:szCs w:val="18"/>
        </w:rPr>
        <w:t>შემთხვევაში</w:t>
      </w:r>
      <w:proofErr w:type="spellEnd"/>
      <w:r w:rsidRPr="00C86A0D">
        <w:rPr>
          <w:rFonts w:cstheme="majorHAnsi"/>
          <w:sz w:val="18"/>
          <w:szCs w:val="18"/>
        </w:rPr>
        <w:t xml:space="preserve">). </w:t>
      </w:r>
      <w:proofErr w:type="spellStart"/>
      <w:r w:rsidRPr="00C86A0D">
        <w:rPr>
          <w:rFonts w:ascii="Sylfaen" w:hAnsi="Sylfaen" w:cs="Sylfaen"/>
          <w:sz w:val="18"/>
          <w:szCs w:val="18"/>
        </w:rPr>
        <w:t>იმ</w:t>
      </w:r>
      <w:proofErr w:type="spellEnd"/>
      <w:r w:rsidRPr="00C86A0D">
        <w:rPr>
          <w:rFonts w:cstheme="majorHAnsi"/>
          <w:sz w:val="18"/>
          <w:szCs w:val="18"/>
        </w:rPr>
        <w:t xml:space="preserve"> </w:t>
      </w:r>
      <w:proofErr w:type="spellStart"/>
      <w:r w:rsidRPr="00C86A0D">
        <w:rPr>
          <w:rFonts w:ascii="Sylfaen" w:hAnsi="Sylfaen" w:cs="Sylfaen"/>
          <w:sz w:val="18"/>
          <w:szCs w:val="18"/>
        </w:rPr>
        <w:t>შემთხვევაში</w:t>
      </w:r>
      <w:proofErr w:type="spellEnd"/>
      <w:r w:rsidRPr="00C86A0D">
        <w:rPr>
          <w:rFonts w:cstheme="majorHAnsi"/>
          <w:sz w:val="18"/>
          <w:szCs w:val="18"/>
        </w:rPr>
        <w:t xml:space="preserve">, </w:t>
      </w:r>
      <w:proofErr w:type="spellStart"/>
      <w:r w:rsidRPr="00C86A0D">
        <w:rPr>
          <w:rFonts w:ascii="Sylfaen" w:hAnsi="Sylfaen" w:cs="Sylfaen"/>
          <w:sz w:val="18"/>
          <w:szCs w:val="18"/>
        </w:rPr>
        <w:t>თუ</w:t>
      </w:r>
      <w:proofErr w:type="spellEnd"/>
      <w:r w:rsidRPr="00C86A0D">
        <w:rPr>
          <w:rFonts w:cstheme="majorHAnsi"/>
          <w:sz w:val="18"/>
          <w:szCs w:val="18"/>
        </w:rPr>
        <w:t xml:space="preserve"> </w:t>
      </w:r>
      <w:proofErr w:type="spellStart"/>
      <w:r w:rsidRPr="00C86A0D">
        <w:rPr>
          <w:rFonts w:ascii="Sylfaen" w:hAnsi="Sylfaen" w:cs="Sylfaen"/>
          <w:sz w:val="18"/>
          <w:szCs w:val="18"/>
        </w:rPr>
        <w:t>დასკვნის</w:t>
      </w:r>
      <w:proofErr w:type="spellEnd"/>
      <w:r w:rsidRPr="00C86A0D">
        <w:rPr>
          <w:rFonts w:cstheme="majorHAnsi"/>
          <w:sz w:val="18"/>
          <w:szCs w:val="18"/>
        </w:rPr>
        <w:t xml:space="preserve"> </w:t>
      </w:r>
      <w:proofErr w:type="spellStart"/>
      <w:r w:rsidRPr="00C86A0D">
        <w:rPr>
          <w:rFonts w:ascii="Sylfaen" w:hAnsi="Sylfaen" w:cs="Sylfaen"/>
          <w:sz w:val="18"/>
          <w:szCs w:val="18"/>
        </w:rPr>
        <w:t>საფუძველზე</w:t>
      </w:r>
      <w:proofErr w:type="spellEnd"/>
      <w:r w:rsidRPr="00C86A0D">
        <w:rPr>
          <w:rFonts w:cstheme="majorHAnsi"/>
          <w:sz w:val="18"/>
          <w:szCs w:val="18"/>
        </w:rPr>
        <w:t xml:space="preserve"> </w:t>
      </w:r>
      <w:proofErr w:type="spellStart"/>
      <w:r w:rsidRPr="00C86A0D">
        <w:rPr>
          <w:rFonts w:ascii="Sylfaen" w:hAnsi="Sylfaen" w:cs="Sylfaen"/>
          <w:sz w:val="18"/>
          <w:szCs w:val="18"/>
        </w:rPr>
        <w:t>დადგინდება</w:t>
      </w:r>
      <w:proofErr w:type="spellEnd"/>
      <w:r w:rsidRPr="00C86A0D">
        <w:rPr>
          <w:rFonts w:cstheme="majorHAnsi"/>
          <w:sz w:val="18"/>
          <w:szCs w:val="18"/>
        </w:rPr>
        <w:t xml:space="preserve">, </w:t>
      </w:r>
      <w:proofErr w:type="spellStart"/>
      <w:r w:rsidRPr="00C86A0D">
        <w:rPr>
          <w:rFonts w:ascii="Sylfaen" w:hAnsi="Sylfaen" w:cs="Sylfaen"/>
          <w:sz w:val="18"/>
          <w:szCs w:val="18"/>
        </w:rPr>
        <w:t>რომ</w:t>
      </w:r>
      <w:proofErr w:type="spellEnd"/>
      <w:r w:rsidRPr="00C86A0D">
        <w:rPr>
          <w:rFonts w:cstheme="majorHAnsi"/>
          <w:sz w:val="18"/>
          <w:szCs w:val="18"/>
        </w:rPr>
        <w:t xml:space="preserve"> </w:t>
      </w:r>
      <w:proofErr w:type="spellStart"/>
      <w:r w:rsidRPr="00C86A0D">
        <w:rPr>
          <w:rFonts w:ascii="Sylfaen" w:hAnsi="Sylfaen" w:cs="Sylfaen"/>
          <w:sz w:val="18"/>
          <w:szCs w:val="18"/>
        </w:rPr>
        <w:t>არსებობდა</w:t>
      </w:r>
      <w:proofErr w:type="spellEnd"/>
      <w:r w:rsidRPr="00C86A0D">
        <w:rPr>
          <w:rFonts w:cstheme="majorHAnsi"/>
          <w:sz w:val="18"/>
          <w:szCs w:val="18"/>
        </w:rPr>
        <w:t xml:space="preserve"> </w:t>
      </w:r>
      <w:proofErr w:type="spellStart"/>
      <w:r w:rsidRPr="00C86A0D">
        <w:rPr>
          <w:rFonts w:ascii="Sylfaen" w:hAnsi="Sylfaen" w:cs="Sylfaen"/>
          <w:sz w:val="18"/>
          <w:szCs w:val="18"/>
        </w:rPr>
        <w:t>სამუშაოს</w:t>
      </w:r>
      <w:proofErr w:type="spellEnd"/>
      <w:r w:rsidRPr="00C86A0D">
        <w:rPr>
          <w:rFonts w:cstheme="majorHAnsi"/>
          <w:sz w:val="18"/>
          <w:szCs w:val="18"/>
        </w:rPr>
        <w:t xml:space="preserve"> </w:t>
      </w:r>
      <w:proofErr w:type="spellStart"/>
      <w:r w:rsidRPr="00C86A0D">
        <w:rPr>
          <w:rFonts w:ascii="Sylfaen" w:hAnsi="Sylfaen" w:cs="Sylfaen"/>
          <w:sz w:val="18"/>
          <w:szCs w:val="18"/>
        </w:rPr>
        <w:t>გაგრძელების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შესაძლებლობა</w:t>
      </w:r>
      <w:proofErr w:type="spellEnd"/>
      <w:r w:rsidRPr="00C86A0D">
        <w:rPr>
          <w:rFonts w:cstheme="majorHAnsi"/>
          <w:sz w:val="18"/>
          <w:szCs w:val="18"/>
        </w:rPr>
        <w:t xml:space="preserve">, </w:t>
      </w:r>
      <w:proofErr w:type="spellStart"/>
      <w:r w:rsidRPr="00C86A0D">
        <w:rPr>
          <w:rFonts w:ascii="Sylfaen" w:hAnsi="Sylfaen" w:cs="Sylfaen"/>
          <w:sz w:val="18"/>
          <w:szCs w:val="18"/>
        </w:rPr>
        <w:t>ასეთ</w:t>
      </w:r>
      <w:proofErr w:type="spellEnd"/>
      <w:r w:rsidRPr="00C86A0D">
        <w:rPr>
          <w:rFonts w:cstheme="majorHAnsi"/>
          <w:sz w:val="18"/>
          <w:szCs w:val="18"/>
        </w:rPr>
        <w:t xml:space="preserve"> </w:t>
      </w:r>
      <w:proofErr w:type="spellStart"/>
      <w:r w:rsidRPr="00C86A0D">
        <w:rPr>
          <w:rFonts w:ascii="Sylfaen" w:hAnsi="Sylfaen" w:cs="Sylfaen"/>
          <w:sz w:val="18"/>
          <w:szCs w:val="18"/>
        </w:rPr>
        <w:t>დროს</w:t>
      </w:r>
      <w:proofErr w:type="spellEnd"/>
      <w:r w:rsidRPr="00C86A0D">
        <w:rPr>
          <w:rFonts w:cstheme="majorHAnsi"/>
          <w:sz w:val="18"/>
          <w:szCs w:val="18"/>
        </w:rPr>
        <w:t xml:space="preserve">, </w:t>
      </w:r>
      <w:proofErr w:type="spellStart"/>
      <w:r w:rsidRPr="00C86A0D">
        <w:rPr>
          <w:rFonts w:ascii="Sylfaen" w:hAnsi="Sylfaen" w:cs="Sylfaen"/>
          <w:sz w:val="18"/>
          <w:szCs w:val="18"/>
        </w:rPr>
        <w:t>არ</w:t>
      </w:r>
      <w:proofErr w:type="spellEnd"/>
      <w:r w:rsidRPr="00C86A0D">
        <w:rPr>
          <w:rFonts w:cstheme="majorHAnsi"/>
          <w:sz w:val="18"/>
          <w:szCs w:val="18"/>
        </w:rPr>
        <w:t xml:space="preserve"> </w:t>
      </w:r>
      <w:proofErr w:type="spellStart"/>
      <w:r w:rsidRPr="00C86A0D">
        <w:rPr>
          <w:rFonts w:ascii="Sylfaen" w:hAnsi="Sylfaen" w:cs="Sylfaen"/>
          <w:sz w:val="18"/>
          <w:szCs w:val="18"/>
        </w:rPr>
        <w:t>განხორციელდება</w:t>
      </w:r>
      <w:proofErr w:type="spellEnd"/>
      <w:r w:rsidRPr="00C86A0D">
        <w:rPr>
          <w:rFonts w:cstheme="majorHAnsi"/>
          <w:sz w:val="18"/>
          <w:szCs w:val="18"/>
        </w:rPr>
        <w:t xml:space="preserve"> </w:t>
      </w:r>
      <w:proofErr w:type="spellStart"/>
      <w:r w:rsidRPr="00C86A0D">
        <w:rPr>
          <w:rFonts w:ascii="Sylfaen" w:hAnsi="Sylfaen" w:cs="Sylfaen"/>
          <w:sz w:val="18"/>
          <w:szCs w:val="18"/>
        </w:rPr>
        <w:t>სამუშაოს</w:t>
      </w:r>
      <w:proofErr w:type="spellEnd"/>
      <w:r w:rsidRPr="00C86A0D">
        <w:rPr>
          <w:rFonts w:cstheme="majorHAnsi"/>
          <w:sz w:val="18"/>
          <w:szCs w:val="18"/>
        </w:rPr>
        <w:t xml:space="preserve"> </w:t>
      </w:r>
      <w:proofErr w:type="spellStart"/>
      <w:r w:rsidRPr="00C86A0D">
        <w:rPr>
          <w:rFonts w:ascii="Sylfaen" w:hAnsi="Sylfaen" w:cs="Sylfaen"/>
          <w:sz w:val="18"/>
          <w:szCs w:val="18"/>
        </w:rPr>
        <w:t>შესრულების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ხელშეკრულების</w:t>
      </w:r>
      <w:proofErr w:type="spellEnd"/>
      <w:r w:rsidRPr="00C86A0D">
        <w:rPr>
          <w:rFonts w:cstheme="majorHAnsi"/>
          <w:sz w:val="18"/>
          <w:szCs w:val="18"/>
        </w:rPr>
        <w:t xml:space="preserve"> 5.1. </w:t>
      </w:r>
      <w:proofErr w:type="spellStart"/>
      <w:r w:rsidRPr="00C86A0D">
        <w:rPr>
          <w:rFonts w:ascii="Sylfaen" w:hAnsi="Sylfaen" w:cs="Sylfaen"/>
          <w:sz w:val="18"/>
          <w:szCs w:val="18"/>
        </w:rPr>
        <w:t>მუხლით</w:t>
      </w:r>
      <w:proofErr w:type="spellEnd"/>
      <w:r w:rsidRPr="00C86A0D">
        <w:rPr>
          <w:rFonts w:cstheme="majorHAnsi"/>
          <w:sz w:val="18"/>
          <w:szCs w:val="18"/>
        </w:rPr>
        <w:t xml:space="preserve"> </w:t>
      </w:r>
      <w:proofErr w:type="spellStart"/>
      <w:r w:rsidRPr="00C86A0D">
        <w:rPr>
          <w:rFonts w:ascii="Sylfaen" w:hAnsi="Sylfaen" w:cs="Sylfaen"/>
          <w:sz w:val="18"/>
          <w:szCs w:val="18"/>
        </w:rPr>
        <w:t>გათვალისწინებული</w:t>
      </w:r>
      <w:proofErr w:type="spellEnd"/>
      <w:r w:rsidRPr="00C86A0D">
        <w:rPr>
          <w:rFonts w:cstheme="majorHAnsi"/>
          <w:sz w:val="18"/>
          <w:szCs w:val="18"/>
        </w:rPr>
        <w:t xml:space="preserve"> </w:t>
      </w:r>
      <w:proofErr w:type="spellStart"/>
      <w:r w:rsidRPr="00C86A0D">
        <w:rPr>
          <w:rFonts w:ascii="Sylfaen" w:hAnsi="Sylfaen" w:cs="Sylfaen"/>
          <w:sz w:val="18"/>
          <w:szCs w:val="18"/>
        </w:rPr>
        <w:t>ვადის</w:t>
      </w:r>
      <w:proofErr w:type="spellEnd"/>
      <w:r w:rsidRPr="00C86A0D">
        <w:rPr>
          <w:rFonts w:cstheme="majorHAnsi"/>
          <w:sz w:val="18"/>
          <w:szCs w:val="18"/>
        </w:rPr>
        <w:t xml:space="preserve"> </w:t>
      </w:r>
      <w:proofErr w:type="spellStart"/>
      <w:r w:rsidRPr="00C86A0D">
        <w:rPr>
          <w:rFonts w:ascii="Sylfaen" w:hAnsi="Sylfaen" w:cs="Sylfaen"/>
          <w:sz w:val="18"/>
          <w:szCs w:val="18"/>
        </w:rPr>
        <w:t>გადაწევა</w:t>
      </w:r>
      <w:proofErr w:type="spellEnd"/>
      <w:r w:rsidRPr="00C86A0D">
        <w:rPr>
          <w:rFonts w:cstheme="majorHAnsi"/>
          <w:sz w:val="18"/>
          <w:szCs w:val="18"/>
        </w:rPr>
        <w:t xml:space="preserve"> </w:t>
      </w:r>
      <w:proofErr w:type="spellStart"/>
      <w:r w:rsidRPr="00C86A0D">
        <w:rPr>
          <w:rFonts w:ascii="Sylfaen" w:hAnsi="Sylfaen" w:cs="Sylfaen"/>
          <w:sz w:val="18"/>
          <w:szCs w:val="18"/>
        </w:rPr>
        <w:t>შეჩერებული</w:t>
      </w:r>
      <w:proofErr w:type="spellEnd"/>
      <w:r w:rsidRPr="00C86A0D">
        <w:rPr>
          <w:rFonts w:cstheme="majorHAnsi"/>
          <w:sz w:val="18"/>
          <w:szCs w:val="18"/>
        </w:rPr>
        <w:t xml:space="preserve"> </w:t>
      </w:r>
      <w:proofErr w:type="spellStart"/>
      <w:r w:rsidRPr="00C86A0D">
        <w:rPr>
          <w:rFonts w:ascii="Sylfaen" w:hAnsi="Sylfaen" w:cs="Sylfaen"/>
          <w:sz w:val="18"/>
          <w:szCs w:val="18"/>
        </w:rPr>
        <w:t>დღეების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პროპორციულად</w:t>
      </w:r>
      <w:proofErr w:type="spellEnd"/>
      <w:r w:rsidRPr="00C86A0D">
        <w:rPr>
          <w:rFonts w:cstheme="majorHAnsi"/>
          <w:sz w:val="18"/>
          <w:szCs w:val="18"/>
        </w:rPr>
        <w:t>.</w:t>
      </w:r>
    </w:p>
    <w:p w14:paraId="681A9672" w14:textId="6FF1A9F4" w:rsidR="00C86A0D" w:rsidRDefault="00D36BEA" w:rsidP="00185C20">
      <w:pPr>
        <w:pStyle w:val="ListParagraph"/>
        <w:numPr>
          <w:ilvl w:val="2"/>
          <w:numId w:val="13"/>
        </w:numPr>
        <w:jc w:val="both"/>
        <w:rPr>
          <w:rFonts w:cstheme="majorHAnsi"/>
          <w:sz w:val="18"/>
          <w:szCs w:val="18"/>
        </w:rPr>
      </w:pPr>
      <w:r>
        <w:rPr>
          <w:rFonts w:ascii="Sylfaen" w:hAnsi="Sylfaen" w:cs="Sylfaen"/>
          <w:sz w:val="18"/>
          <w:szCs w:val="18"/>
          <w:lang w:val="ka-GE"/>
        </w:rPr>
        <w:lastRenderedPageBreak/>
        <w:t>მენარდე</w:t>
      </w:r>
      <w:r w:rsidR="00A74260" w:rsidRPr="00C86A0D">
        <w:rPr>
          <w:rFonts w:cstheme="majorHAnsi"/>
          <w:sz w:val="18"/>
          <w:szCs w:val="18"/>
        </w:rPr>
        <w:t xml:space="preserve"> </w:t>
      </w:r>
      <w:proofErr w:type="spellStart"/>
      <w:r w:rsidR="00A74260" w:rsidRPr="00C86A0D">
        <w:rPr>
          <w:rFonts w:ascii="Sylfaen" w:hAnsi="Sylfaen" w:cs="Sylfaen"/>
          <w:sz w:val="18"/>
          <w:szCs w:val="18"/>
        </w:rPr>
        <w:t>ვალდებულია</w:t>
      </w:r>
      <w:proofErr w:type="spellEnd"/>
      <w:r w:rsidR="00A74260" w:rsidRPr="00C86A0D">
        <w:rPr>
          <w:rFonts w:cstheme="majorHAnsi"/>
          <w:sz w:val="18"/>
          <w:szCs w:val="18"/>
        </w:rPr>
        <w:t xml:space="preserve">, </w:t>
      </w:r>
      <w:proofErr w:type="spellStart"/>
      <w:r w:rsidR="00A74260" w:rsidRPr="00C86A0D">
        <w:rPr>
          <w:rFonts w:ascii="Sylfaen" w:hAnsi="Sylfaen" w:cs="Sylfaen"/>
          <w:sz w:val="18"/>
          <w:szCs w:val="18"/>
        </w:rPr>
        <w:t>პირველივე</w:t>
      </w:r>
      <w:proofErr w:type="spellEnd"/>
      <w:r w:rsidR="00A74260" w:rsidRPr="00C86A0D">
        <w:rPr>
          <w:rFonts w:cstheme="majorHAnsi"/>
          <w:sz w:val="18"/>
          <w:szCs w:val="18"/>
        </w:rPr>
        <w:t xml:space="preserve"> </w:t>
      </w:r>
      <w:proofErr w:type="spellStart"/>
      <w:r w:rsidR="00A74260" w:rsidRPr="00C86A0D">
        <w:rPr>
          <w:rFonts w:ascii="Sylfaen" w:hAnsi="Sylfaen" w:cs="Sylfaen"/>
          <w:sz w:val="18"/>
          <w:szCs w:val="18"/>
        </w:rPr>
        <w:t>საანგარიშო</w:t>
      </w:r>
      <w:proofErr w:type="spellEnd"/>
      <w:r w:rsidR="00A74260" w:rsidRPr="00C86A0D">
        <w:rPr>
          <w:rFonts w:cstheme="majorHAnsi"/>
          <w:sz w:val="18"/>
          <w:szCs w:val="18"/>
        </w:rPr>
        <w:t xml:space="preserve"> </w:t>
      </w:r>
      <w:proofErr w:type="spellStart"/>
      <w:r w:rsidR="00A74260" w:rsidRPr="00C86A0D">
        <w:rPr>
          <w:rFonts w:ascii="Sylfaen" w:hAnsi="Sylfaen" w:cs="Sylfaen"/>
          <w:sz w:val="18"/>
          <w:szCs w:val="18"/>
        </w:rPr>
        <w:t>პერიოდში</w:t>
      </w:r>
      <w:proofErr w:type="spellEnd"/>
      <w:r w:rsidR="00A74260" w:rsidRPr="00C86A0D">
        <w:rPr>
          <w:rFonts w:cstheme="majorHAnsi"/>
          <w:sz w:val="18"/>
          <w:szCs w:val="18"/>
        </w:rPr>
        <w:t xml:space="preserve"> </w:t>
      </w:r>
      <w:proofErr w:type="spellStart"/>
      <w:r w:rsidR="00A74260" w:rsidRPr="00C86A0D">
        <w:rPr>
          <w:rFonts w:ascii="Sylfaen" w:hAnsi="Sylfaen" w:cs="Sylfaen"/>
          <w:sz w:val="18"/>
          <w:szCs w:val="18"/>
        </w:rPr>
        <w:t>წარდგენილ</w:t>
      </w:r>
      <w:proofErr w:type="spellEnd"/>
      <w:r w:rsidR="00A74260" w:rsidRPr="00C86A0D">
        <w:rPr>
          <w:rFonts w:cstheme="majorHAnsi"/>
          <w:sz w:val="18"/>
          <w:szCs w:val="18"/>
        </w:rPr>
        <w:t xml:space="preserve"> </w:t>
      </w:r>
      <w:proofErr w:type="spellStart"/>
      <w:r w:rsidR="00A74260" w:rsidRPr="00C86A0D">
        <w:rPr>
          <w:rFonts w:ascii="Sylfaen" w:hAnsi="Sylfaen" w:cs="Sylfaen"/>
          <w:sz w:val="18"/>
          <w:szCs w:val="18"/>
        </w:rPr>
        <w:t>ფორმა</w:t>
      </w:r>
      <w:proofErr w:type="spellEnd"/>
      <w:r w:rsidR="00A74260" w:rsidRPr="00C86A0D">
        <w:rPr>
          <w:rFonts w:cstheme="majorHAnsi"/>
          <w:sz w:val="18"/>
          <w:szCs w:val="18"/>
        </w:rPr>
        <w:t xml:space="preserve"> N2-</w:t>
      </w:r>
      <w:r w:rsidR="00A74260" w:rsidRPr="00C86A0D">
        <w:rPr>
          <w:rFonts w:ascii="Sylfaen" w:hAnsi="Sylfaen" w:cs="Sylfaen"/>
          <w:sz w:val="18"/>
          <w:szCs w:val="18"/>
        </w:rPr>
        <w:t>ში</w:t>
      </w:r>
      <w:r w:rsidR="00A74260" w:rsidRPr="00C86A0D">
        <w:rPr>
          <w:rFonts w:cstheme="majorHAnsi"/>
          <w:sz w:val="18"/>
          <w:szCs w:val="18"/>
        </w:rPr>
        <w:t xml:space="preserve"> </w:t>
      </w:r>
      <w:proofErr w:type="spellStart"/>
      <w:r w:rsidR="00A74260" w:rsidRPr="00C86A0D">
        <w:rPr>
          <w:rFonts w:ascii="Sylfaen" w:hAnsi="Sylfaen" w:cs="Sylfaen"/>
          <w:sz w:val="18"/>
          <w:szCs w:val="18"/>
        </w:rPr>
        <w:t>ასახოს</w:t>
      </w:r>
      <w:proofErr w:type="spellEnd"/>
      <w:r w:rsidR="00A74260" w:rsidRPr="00C86A0D">
        <w:rPr>
          <w:rFonts w:cstheme="majorHAnsi"/>
          <w:sz w:val="18"/>
          <w:szCs w:val="18"/>
        </w:rPr>
        <w:t xml:space="preserve">  </w:t>
      </w:r>
      <w:proofErr w:type="spellStart"/>
      <w:r w:rsidR="00A74260" w:rsidRPr="00C86A0D">
        <w:rPr>
          <w:rFonts w:ascii="Sylfaen" w:hAnsi="Sylfaen" w:cs="Sylfaen"/>
          <w:sz w:val="18"/>
          <w:szCs w:val="18"/>
        </w:rPr>
        <w:t>მიმდინარე</w:t>
      </w:r>
      <w:proofErr w:type="spellEnd"/>
      <w:r w:rsidR="00A74260" w:rsidRPr="00C86A0D">
        <w:rPr>
          <w:rFonts w:cstheme="majorHAnsi"/>
          <w:sz w:val="18"/>
          <w:szCs w:val="18"/>
        </w:rPr>
        <w:t xml:space="preserve"> </w:t>
      </w:r>
      <w:proofErr w:type="spellStart"/>
      <w:r w:rsidR="00A74260" w:rsidRPr="00C86A0D">
        <w:rPr>
          <w:rFonts w:ascii="Sylfaen" w:hAnsi="Sylfaen" w:cs="Sylfaen"/>
          <w:sz w:val="18"/>
          <w:szCs w:val="18"/>
        </w:rPr>
        <w:t>თვეში</w:t>
      </w:r>
      <w:proofErr w:type="spellEnd"/>
      <w:r w:rsidR="00A74260" w:rsidRPr="00C86A0D">
        <w:rPr>
          <w:rFonts w:cstheme="majorHAnsi"/>
          <w:sz w:val="18"/>
          <w:szCs w:val="18"/>
        </w:rPr>
        <w:t xml:space="preserve"> </w:t>
      </w:r>
      <w:proofErr w:type="spellStart"/>
      <w:r w:rsidR="00A74260" w:rsidRPr="00C86A0D">
        <w:rPr>
          <w:rFonts w:ascii="Sylfaen" w:hAnsi="Sylfaen" w:cs="Sylfaen"/>
          <w:sz w:val="18"/>
          <w:szCs w:val="18"/>
        </w:rPr>
        <w:t>უამინდობის</w:t>
      </w:r>
      <w:proofErr w:type="spellEnd"/>
      <w:r w:rsidR="00A74260" w:rsidRPr="00C86A0D">
        <w:rPr>
          <w:rFonts w:cstheme="majorHAnsi"/>
          <w:sz w:val="18"/>
          <w:szCs w:val="18"/>
        </w:rPr>
        <w:t xml:space="preserve"> </w:t>
      </w:r>
      <w:proofErr w:type="spellStart"/>
      <w:r w:rsidR="00A74260" w:rsidRPr="00C86A0D">
        <w:rPr>
          <w:rFonts w:ascii="Sylfaen" w:hAnsi="Sylfaen" w:cs="Sylfaen"/>
          <w:sz w:val="18"/>
          <w:szCs w:val="18"/>
        </w:rPr>
        <w:t>ან</w:t>
      </w:r>
      <w:proofErr w:type="spellEnd"/>
      <w:r w:rsidR="00A74260" w:rsidRPr="00C86A0D">
        <w:rPr>
          <w:rFonts w:cstheme="majorHAnsi"/>
          <w:sz w:val="18"/>
          <w:szCs w:val="18"/>
        </w:rPr>
        <w:t xml:space="preserve"> </w:t>
      </w:r>
      <w:proofErr w:type="spellStart"/>
      <w:r w:rsidR="00A74260" w:rsidRPr="00C86A0D">
        <w:rPr>
          <w:rFonts w:ascii="Sylfaen" w:hAnsi="Sylfaen" w:cs="Sylfaen"/>
          <w:sz w:val="18"/>
          <w:szCs w:val="18"/>
        </w:rPr>
        <w:t>სხვა</w:t>
      </w:r>
      <w:proofErr w:type="spellEnd"/>
      <w:r w:rsidR="00A74260" w:rsidRPr="00C86A0D">
        <w:rPr>
          <w:rFonts w:cstheme="majorHAnsi"/>
          <w:sz w:val="18"/>
          <w:szCs w:val="18"/>
        </w:rPr>
        <w:t xml:space="preserve"> </w:t>
      </w:r>
      <w:proofErr w:type="spellStart"/>
      <w:r w:rsidR="00A74260" w:rsidRPr="00C86A0D">
        <w:rPr>
          <w:rFonts w:ascii="Sylfaen" w:hAnsi="Sylfaen" w:cs="Sylfaen"/>
          <w:sz w:val="18"/>
          <w:szCs w:val="18"/>
        </w:rPr>
        <w:t>ობიექტური</w:t>
      </w:r>
      <w:proofErr w:type="spellEnd"/>
      <w:r w:rsidR="00A74260" w:rsidRPr="00C86A0D">
        <w:rPr>
          <w:rFonts w:cstheme="majorHAnsi"/>
          <w:sz w:val="18"/>
          <w:szCs w:val="18"/>
        </w:rPr>
        <w:t xml:space="preserve"> </w:t>
      </w:r>
      <w:proofErr w:type="spellStart"/>
      <w:r w:rsidR="00A74260" w:rsidRPr="00C86A0D">
        <w:rPr>
          <w:rFonts w:ascii="Sylfaen" w:hAnsi="Sylfaen" w:cs="Sylfaen"/>
          <w:sz w:val="18"/>
          <w:szCs w:val="18"/>
        </w:rPr>
        <w:t>მიზეზით</w:t>
      </w:r>
      <w:proofErr w:type="spellEnd"/>
      <w:r w:rsidR="00A74260" w:rsidRPr="00C86A0D">
        <w:rPr>
          <w:rFonts w:cstheme="majorHAnsi"/>
          <w:sz w:val="18"/>
          <w:szCs w:val="18"/>
        </w:rPr>
        <w:t xml:space="preserve"> </w:t>
      </w:r>
      <w:proofErr w:type="spellStart"/>
      <w:r w:rsidR="00A74260" w:rsidRPr="00C86A0D">
        <w:rPr>
          <w:rFonts w:ascii="Sylfaen" w:hAnsi="Sylfaen" w:cs="Sylfaen"/>
          <w:sz w:val="18"/>
          <w:szCs w:val="18"/>
        </w:rPr>
        <w:t>შეჩერებული</w:t>
      </w:r>
      <w:proofErr w:type="spellEnd"/>
      <w:r w:rsidR="00A74260" w:rsidRPr="00C86A0D">
        <w:rPr>
          <w:rFonts w:cstheme="majorHAnsi"/>
          <w:sz w:val="18"/>
          <w:szCs w:val="18"/>
        </w:rPr>
        <w:t xml:space="preserve"> </w:t>
      </w:r>
      <w:proofErr w:type="spellStart"/>
      <w:r w:rsidR="00A74260" w:rsidRPr="00C86A0D">
        <w:rPr>
          <w:rFonts w:ascii="Sylfaen" w:hAnsi="Sylfaen" w:cs="Sylfaen"/>
          <w:sz w:val="18"/>
          <w:szCs w:val="18"/>
        </w:rPr>
        <w:t>სამუშაო</w:t>
      </w:r>
      <w:proofErr w:type="spellEnd"/>
      <w:r w:rsidR="00A74260" w:rsidRPr="00C86A0D">
        <w:rPr>
          <w:rFonts w:cstheme="majorHAnsi"/>
          <w:sz w:val="18"/>
          <w:szCs w:val="18"/>
        </w:rPr>
        <w:t xml:space="preserve"> </w:t>
      </w:r>
      <w:proofErr w:type="spellStart"/>
      <w:r w:rsidR="00A74260" w:rsidRPr="00C86A0D">
        <w:rPr>
          <w:rFonts w:ascii="Sylfaen" w:hAnsi="Sylfaen" w:cs="Sylfaen"/>
          <w:sz w:val="18"/>
          <w:szCs w:val="18"/>
        </w:rPr>
        <w:t>დღეების</w:t>
      </w:r>
      <w:proofErr w:type="spellEnd"/>
      <w:r w:rsidR="00A74260" w:rsidRPr="00C86A0D">
        <w:rPr>
          <w:rFonts w:cstheme="majorHAnsi"/>
          <w:sz w:val="18"/>
          <w:szCs w:val="18"/>
        </w:rPr>
        <w:t xml:space="preserve"> </w:t>
      </w:r>
      <w:proofErr w:type="spellStart"/>
      <w:r w:rsidR="00A74260" w:rsidRPr="00C86A0D">
        <w:rPr>
          <w:rFonts w:ascii="Sylfaen" w:hAnsi="Sylfaen" w:cs="Sylfaen"/>
          <w:sz w:val="18"/>
          <w:szCs w:val="18"/>
        </w:rPr>
        <w:t>ჯამი</w:t>
      </w:r>
      <w:proofErr w:type="spellEnd"/>
      <w:r w:rsidR="00A74260" w:rsidRPr="00C86A0D">
        <w:rPr>
          <w:rFonts w:cstheme="majorHAnsi"/>
          <w:sz w:val="18"/>
          <w:szCs w:val="18"/>
        </w:rPr>
        <w:t xml:space="preserve"> </w:t>
      </w:r>
      <w:proofErr w:type="spellStart"/>
      <w:r w:rsidR="00A74260" w:rsidRPr="00C86A0D">
        <w:rPr>
          <w:rFonts w:ascii="Sylfaen" w:hAnsi="Sylfaen" w:cs="Sylfaen"/>
          <w:sz w:val="18"/>
          <w:szCs w:val="18"/>
        </w:rPr>
        <w:t>და</w:t>
      </w:r>
      <w:proofErr w:type="spellEnd"/>
      <w:r w:rsidR="00A74260" w:rsidRPr="00C86A0D">
        <w:rPr>
          <w:rFonts w:cstheme="majorHAnsi"/>
          <w:sz w:val="18"/>
          <w:szCs w:val="18"/>
        </w:rPr>
        <w:t xml:space="preserve"> </w:t>
      </w:r>
      <w:proofErr w:type="spellStart"/>
      <w:r w:rsidR="00A74260" w:rsidRPr="00C86A0D">
        <w:rPr>
          <w:rFonts w:ascii="Sylfaen" w:hAnsi="Sylfaen" w:cs="Sylfaen"/>
          <w:sz w:val="18"/>
          <w:szCs w:val="18"/>
        </w:rPr>
        <w:t>წარუდგინოს</w:t>
      </w:r>
      <w:proofErr w:type="spellEnd"/>
      <w:r w:rsidR="00A74260" w:rsidRPr="00C86A0D">
        <w:rPr>
          <w:rFonts w:cstheme="majorHAnsi"/>
          <w:sz w:val="18"/>
          <w:szCs w:val="18"/>
        </w:rPr>
        <w:t xml:space="preserve"> </w:t>
      </w:r>
      <w:proofErr w:type="spellStart"/>
      <w:r w:rsidR="00A74260" w:rsidRPr="00C86A0D">
        <w:rPr>
          <w:rFonts w:ascii="Sylfaen" w:hAnsi="Sylfaen" w:cs="Sylfaen"/>
          <w:sz w:val="18"/>
          <w:szCs w:val="18"/>
        </w:rPr>
        <w:t>დამკვეთს</w:t>
      </w:r>
      <w:proofErr w:type="spellEnd"/>
      <w:r w:rsidR="00A74260" w:rsidRPr="00C86A0D">
        <w:rPr>
          <w:rFonts w:cstheme="majorHAnsi"/>
          <w:sz w:val="18"/>
          <w:szCs w:val="18"/>
        </w:rPr>
        <w:t xml:space="preserve"> </w:t>
      </w:r>
      <w:proofErr w:type="spellStart"/>
      <w:r w:rsidR="00A74260" w:rsidRPr="00C86A0D">
        <w:rPr>
          <w:rFonts w:ascii="Sylfaen" w:hAnsi="Sylfaen" w:cs="Sylfaen"/>
          <w:sz w:val="18"/>
          <w:szCs w:val="18"/>
        </w:rPr>
        <w:t>კორექტირებული</w:t>
      </w:r>
      <w:proofErr w:type="spellEnd"/>
      <w:r w:rsidR="00A74260" w:rsidRPr="00C86A0D">
        <w:rPr>
          <w:rFonts w:cstheme="majorHAnsi"/>
          <w:sz w:val="18"/>
          <w:szCs w:val="18"/>
        </w:rPr>
        <w:t xml:space="preserve"> </w:t>
      </w:r>
      <w:proofErr w:type="spellStart"/>
      <w:r w:rsidR="00A74260" w:rsidRPr="00C86A0D">
        <w:rPr>
          <w:rFonts w:ascii="Sylfaen" w:hAnsi="Sylfaen" w:cs="Sylfaen"/>
          <w:sz w:val="18"/>
          <w:szCs w:val="18"/>
        </w:rPr>
        <w:t>სამუშაოების</w:t>
      </w:r>
      <w:proofErr w:type="spellEnd"/>
      <w:r w:rsidR="00A74260" w:rsidRPr="00C86A0D">
        <w:rPr>
          <w:rFonts w:cstheme="majorHAnsi"/>
          <w:sz w:val="18"/>
          <w:szCs w:val="18"/>
        </w:rPr>
        <w:t xml:space="preserve"> </w:t>
      </w:r>
      <w:proofErr w:type="spellStart"/>
      <w:r w:rsidR="00A74260" w:rsidRPr="00C86A0D">
        <w:rPr>
          <w:rFonts w:ascii="Sylfaen" w:hAnsi="Sylfaen" w:cs="Sylfaen"/>
          <w:sz w:val="18"/>
          <w:szCs w:val="18"/>
        </w:rPr>
        <w:t>წარმოების</w:t>
      </w:r>
      <w:proofErr w:type="spellEnd"/>
      <w:r w:rsidR="00A74260" w:rsidRPr="00C86A0D">
        <w:rPr>
          <w:rFonts w:cstheme="majorHAnsi"/>
          <w:sz w:val="18"/>
          <w:szCs w:val="18"/>
        </w:rPr>
        <w:t xml:space="preserve"> </w:t>
      </w:r>
      <w:proofErr w:type="spellStart"/>
      <w:r w:rsidR="00A74260" w:rsidRPr="00C86A0D">
        <w:rPr>
          <w:rFonts w:ascii="Sylfaen" w:hAnsi="Sylfaen" w:cs="Sylfaen"/>
          <w:sz w:val="18"/>
          <w:szCs w:val="18"/>
        </w:rPr>
        <w:t>გრაფიკი</w:t>
      </w:r>
      <w:proofErr w:type="spellEnd"/>
      <w:r>
        <w:rPr>
          <w:rFonts w:cstheme="majorHAnsi"/>
          <w:sz w:val="18"/>
          <w:szCs w:val="18"/>
        </w:rPr>
        <w:t xml:space="preserve"> </w:t>
      </w:r>
      <w:r>
        <w:rPr>
          <w:rFonts w:ascii="Sylfaen" w:hAnsi="Sylfaen" w:cstheme="majorHAnsi"/>
          <w:sz w:val="18"/>
          <w:szCs w:val="18"/>
          <w:lang w:val="ka-GE"/>
        </w:rPr>
        <w:t>(</w:t>
      </w:r>
      <w:proofErr w:type="spellStart"/>
      <w:r w:rsidR="00A74260" w:rsidRPr="00C86A0D">
        <w:rPr>
          <w:rFonts w:ascii="Sylfaen" w:hAnsi="Sylfaen" w:cs="Sylfaen"/>
          <w:sz w:val="18"/>
          <w:szCs w:val="18"/>
        </w:rPr>
        <w:t>სამუშაოების</w:t>
      </w:r>
      <w:proofErr w:type="spellEnd"/>
      <w:r w:rsidR="00A74260" w:rsidRPr="00C86A0D">
        <w:rPr>
          <w:rFonts w:cstheme="majorHAnsi"/>
          <w:sz w:val="18"/>
          <w:szCs w:val="18"/>
        </w:rPr>
        <w:t xml:space="preserve"> </w:t>
      </w:r>
      <w:proofErr w:type="spellStart"/>
      <w:r w:rsidR="00A74260" w:rsidRPr="00C86A0D">
        <w:rPr>
          <w:rFonts w:ascii="Sylfaen" w:hAnsi="Sylfaen" w:cs="Sylfaen"/>
          <w:sz w:val="18"/>
          <w:szCs w:val="18"/>
        </w:rPr>
        <w:t>გადაწევაზე</w:t>
      </w:r>
      <w:proofErr w:type="spellEnd"/>
      <w:r>
        <w:rPr>
          <w:rFonts w:ascii="Sylfaen" w:hAnsi="Sylfaen" w:cstheme="majorHAnsi"/>
          <w:sz w:val="18"/>
          <w:szCs w:val="18"/>
          <w:lang w:val="ka-GE"/>
        </w:rPr>
        <w:t>)</w:t>
      </w:r>
      <w:r w:rsidR="00A74260" w:rsidRPr="00C86A0D">
        <w:rPr>
          <w:rFonts w:cstheme="majorHAnsi"/>
          <w:sz w:val="18"/>
          <w:szCs w:val="18"/>
        </w:rPr>
        <w:t xml:space="preserve">, </w:t>
      </w:r>
      <w:proofErr w:type="spellStart"/>
      <w:r w:rsidR="00A74260" w:rsidRPr="00C86A0D">
        <w:rPr>
          <w:rFonts w:ascii="Sylfaen" w:hAnsi="Sylfaen" w:cs="Sylfaen"/>
          <w:sz w:val="18"/>
          <w:szCs w:val="18"/>
        </w:rPr>
        <w:t>რომლის</w:t>
      </w:r>
      <w:proofErr w:type="spellEnd"/>
      <w:r w:rsidR="00A74260" w:rsidRPr="00C86A0D">
        <w:rPr>
          <w:rFonts w:cstheme="majorHAnsi"/>
          <w:sz w:val="18"/>
          <w:szCs w:val="18"/>
        </w:rPr>
        <w:t xml:space="preserve"> </w:t>
      </w:r>
      <w:proofErr w:type="spellStart"/>
      <w:r w:rsidR="00A74260" w:rsidRPr="00C86A0D">
        <w:rPr>
          <w:rFonts w:ascii="Sylfaen" w:hAnsi="Sylfaen" w:cs="Sylfaen"/>
          <w:sz w:val="18"/>
          <w:szCs w:val="18"/>
        </w:rPr>
        <w:t>წარუდგენლობის</w:t>
      </w:r>
      <w:proofErr w:type="spellEnd"/>
      <w:r w:rsidR="00A74260" w:rsidRPr="00C86A0D">
        <w:rPr>
          <w:rFonts w:cstheme="majorHAnsi"/>
          <w:sz w:val="18"/>
          <w:szCs w:val="18"/>
        </w:rPr>
        <w:t xml:space="preserve"> </w:t>
      </w:r>
      <w:proofErr w:type="spellStart"/>
      <w:r w:rsidR="00A74260" w:rsidRPr="00C86A0D">
        <w:rPr>
          <w:rFonts w:ascii="Sylfaen" w:hAnsi="Sylfaen" w:cs="Sylfaen"/>
          <w:sz w:val="18"/>
          <w:szCs w:val="18"/>
        </w:rPr>
        <w:t>შემთხვევაში</w:t>
      </w:r>
      <w:proofErr w:type="spellEnd"/>
      <w:r w:rsidR="00A74260" w:rsidRPr="00C86A0D">
        <w:rPr>
          <w:rFonts w:cstheme="majorHAnsi"/>
          <w:sz w:val="18"/>
          <w:szCs w:val="18"/>
        </w:rPr>
        <w:t xml:space="preserve">, </w:t>
      </w:r>
      <w:proofErr w:type="spellStart"/>
      <w:r w:rsidR="00A74260" w:rsidRPr="00C86A0D">
        <w:rPr>
          <w:rFonts w:ascii="Sylfaen" w:hAnsi="Sylfaen" w:cs="Sylfaen"/>
          <w:sz w:val="18"/>
          <w:szCs w:val="18"/>
        </w:rPr>
        <w:t>ჩამორჩენები</w:t>
      </w:r>
      <w:proofErr w:type="spellEnd"/>
      <w:r w:rsidR="00A74260" w:rsidRPr="00C86A0D">
        <w:rPr>
          <w:rFonts w:cstheme="majorHAnsi"/>
          <w:sz w:val="18"/>
          <w:szCs w:val="18"/>
        </w:rPr>
        <w:t xml:space="preserve"> </w:t>
      </w:r>
      <w:proofErr w:type="spellStart"/>
      <w:r w:rsidR="00A74260" w:rsidRPr="00C86A0D">
        <w:rPr>
          <w:rFonts w:ascii="Sylfaen" w:hAnsi="Sylfaen" w:cs="Sylfaen"/>
          <w:sz w:val="18"/>
          <w:szCs w:val="18"/>
        </w:rPr>
        <w:t>გრაფიკში</w:t>
      </w:r>
      <w:proofErr w:type="spellEnd"/>
      <w:r w:rsidR="00A74260" w:rsidRPr="00C86A0D">
        <w:rPr>
          <w:rFonts w:cstheme="majorHAnsi"/>
          <w:sz w:val="18"/>
          <w:szCs w:val="18"/>
        </w:rPr>
        <w:t xml:space="preserve"> </w:t>
      </w:r>
      <w:proofErr w:type="spellStart"/>
      <w:r w:rsidR="00A74260" w:rsidRPr="00C86A0D">
        <w:rPr>
          <w:rFonts w:ascii="Sylfaen" w:hAnsi="Sylfaen" w:cs="Sylfaen"/>
          <w:sz w:val="18"/>
          <w:szCs w:val="18"/>
        </w:rPr>
        <w:t>იქნება</w:t>
      </w:r>
      <w:proofErr w:type="spellEnd"/>
      <w:r w:rsidR="00A74260" w:rsidRPr="00C86A0D">
        <w:rPr>
          <w:rFonts w:cstheme="majorHAnsi"/>
          <w:sz w:val="18"/>
          <w:szCs w:val="18"/>
        </w:rPr>
        <w:t xml:space="preserve"> </w:t>
      </w:r>
      <w:proofErr w:type="spellStart"/>
      <w:r w:rsidR="00A74260" w:rsidRPr="00C86A0D">
        <w:rPr>
          <w:rFonts w:ascii="Sylfaen" w:hAnsi="Sylfaen" w:cs="Sylfaen"/>
          <w:sz w:val="18"/>
          <w:szCs w:val="18"/>
        </w:rPr>
        <w:t>ხელშეკრულების</w:t>
      </w:r>
      <w:proofErr w:type="spellEnd"/>
      <w:r w:rsidR="00A74260" w:rsidRPr="00C86A0D">
        <w:rPr>
          <w:rFonts w:cstheme="majorHAnsi"/>
          <w:sz w:val="18"/>
          <w:szCs w:val="18"/>
        </w:rPr>
        <w:t xml:space="preserve"> </w:t>
      </w:r>
      <w:proofErr w:type="spellStart"/>
      <w:r w:rsidR="00A74260" w:rsidRPr="00C86A0D">
        <w:rPr>
          <w:rFonts w:ascii="Sylfaen" w:hAnsi="Sylfaen" w:cs="Sylfaen"/>
          <w:sz w:val="18"/>
          <w:szCs w:val="18"/>
        </w:rPr>
        <w:t>დარღვევად</w:t>
      </w:r>
      <w:proofErr w:type="spellEnd"/>
      <w:r w:rsidR="00A74260" w:rsidRPr="00C86A0D">
        <w:rPr>
          <w:rFonts w:cstheme="majorHAnsi"/>
          <w:sz w:val="18"/>
          <w:szCs w:val="18"/>
        </w:rPr>
        <w:t xml:space="preserve"> </w:t>
      </w:r>
      <w:proofErr w:type="spellStart"/>
      <w:r w:rsidR="00A74260" w:rsidRPr="00C86A0D">
        <w:rPr>
          <w:rFonts w:ascii="Sylfaen" w:hAnsi="Sylfaen" w:cs="Sylfaen"/>
          <w:sz w:val="18"/>
          <w:szCs w:val="18"/>
        </w:rPr>
        <w:t>მიღებული</w:t>
      </w:r>
      <w:proofErr w:type="spellEnd"/>
      <w:r w:rsidR="00A74260" w:rsidRPr="00C86A0D">
        <w:rPr>
          <w:rFonts w:cstheme="majorHAnsi"/>
          <w:sz w:val="18"/>
          <w:szCs w:val="18"/>
        </w:rPr>
        <w:t xml:space="preserve"> </w:t>
      </w:r>
      <w:proofErr w:type="spellStart"/>
      <w:r w:rsidR="00A74260" w:rsidRPr="00C86A0D">
        <w:rPr>
          <w:rFonts w:ascii="Sylfaen" w:hAnsi="Sylfaen" w:cs="Sylfaen"/>
          <w:sz w:val="18"/>
          <w:szCs w:val="18"/>
        </w:rPr>
        <w:t>და</w:t>
      </w:r>
      <w:proofErr w:type="spellEnd"/>
      <w:r w:rsidR="00A74260" w:rsidRPr="00C86A0D">
        <w:rPr>
          <w:rFonts w:cstheme="majorHAnsi"/>
          <w:sz w:val="18"/>
          <w:szCs w:val="18"/>
        </w:rPr>
        <w:t xml:space="preserve"> </w:t>
      </w:r>
      <w:proofErr w:type="spellStart"/>
      <w:r w:rsidR="00A74260" w:rsidRPr="00C86A0D">
        <w:rPr>
          <w:rFonts w:ascii="Sylfaen" w:hAnsi="Sylfaen" w:cs="Sylfaen"/>
          <w:sz w:val="18"/>
          <w:szCs w:val="18"/>
        </w:rPr>
        <w:t>შესაბამისად</w:t>
      </w:r>
      <w:proofErr w:type="spellEnd"/>
      <w:r w:rsidR="00A74260" w:rsidRPr="00C86A0D">
        <w:rPr>
          <w:rFonts w:cstheme="majorHAnsi"/>
          <w:sz w:val="18"/>
          <w:szCs w:val="18"/>
        </w:rPr>
        <w:t xml:space="preserve"> </w:t>
      </w:r>
      <w:proofErr w:type="spellStart"/>
      <w:r w:rsidR="00A74260" w:rsidRPr="00C86A0D">
        <w:rPr>
          <w:rFonts w:ascii="Sylfaen" w:hAnsi="Sylfaen" w:cs="Sylfaen"/>
          <w:sz w:val="18"/>
          <w:szCs w:val="18"/>
        </w:rPr>
        <w:t>დაჯარიმდება</w:t>
      </w:r>
      <w:proofErr w:type="spellEnd"/>
      <w:r w:rsidR="00A74260" w:rsidRPr="00C86A0D">
        <w:rPr>
          <w:rFonts w:cstheme="majorHAnsi"/>
          <w:sz w:val="18"/>
          <w:szCs w:val="18"/>
        </w:rPr>
        <w:t xml:space="preserve"> </w:t>
      </w:r>
      <w:r>
        <w:rPr>
          <w:rFonts w:ascii="Sylfaen" w:hAnsi="Sylfaen" w:cs="Sylfaen"/>
          <w:sz w:val="18"/>
          <w:szCs w:val="18"/>
          <w:lang w:val="ka-GE"/>
        </w:rPr>
        <w:t>მენარდე.</w:t>
      </w:r>
    </w:p>
    <w:p w14:paraId="4C0A8434" w14:textId="6E54F89E" w:rsidR="00C86A0D" w:rsidRDefault="00A74260" w:rsidP="00185C20">
      <w:pPr>
        <w:pStyle w:val="ListParagraph"/>
        <w:numPr>
          <w:ilvl w:val="2"/>
          <w:numId w:val="13"/>
        </w:numPr>
        <w:jc w:val="both"/>
        <w:rPr>
          <w:rFonts w:cstheme="majorHAnsi"/>
          <w:sz w:val="18"/>
          <w:szCs w:val="18"/>
        </w:rPr>
      </w:pPr>
      <w:proofErr w:type="spellStart"/>
      <w:r w:rsidRPr="00C86A0D">
        <w:rPr>
          <w:rFonts w:ascii="Sylfaen" w:hAnsi="Sylfaen" w:cs="Sylfaen"/>
          <w:sz w:val="18"/>
          <w:szCs w:val="18"/>
        </w:rPr>
        <w:t>ხელშეკრულებით</w:t>
      </w:r>
      <w:proofErr w:type="spellEnd"/>
      <w:r w:rsidRPr="00C86A0D">
        <w:rPr>
          <w:rFonts w:cstheme="majorHAnsi"/>
          <w:sz w:val="18"/>
          <w:szCs w:val="18"/>
        </w:rPr>
        <w:t xml:space="preserve"> </w:t>
      </w:r>
      <w:proofErr w:type="spellStart"/>
      <w:r w:rsidRPr="00C86A0D">
        <w:rPr>
          <w:rFonts w:ascii="Sylfaen" w:hAnsi="Sylfaen" w:cs="Sylfaen"/>
          <w:sz w:val="18"/>
          <w:szCs w:val="18"/>
        </w:rPr>
        <w:t>გათვალისწინებული</w:t>
      </w:r>
      <w:proofErr w:type="spellEnd"/>
      <w:r w:rsidRPr="00C86A0D">
        <w:rPr>
          <w:rFonts w:cstheme="majorHAnsi"/>
          <w:sz w:val="18"/>
          <w:szCs w:val="18"/>
        </w:rPr>
        <w:t xml:space="preserve"> </w:t>
      </w:r>
      <w:proofErr w:type="spellStart"/>
      <w:r w:rsidRPr="00C86A0D">
        <w:rPr>
          <w:rFonts w:ascii="Sylfaen" w:hAnsi="Sylfaen" w:cs="Sylfaen"/>
          <w:sz w:val="18"/>
          <w:szCs w:val="18"/>
        </w:rPr>
        <w:t>სამუშაოების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დამთავრების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ვადა</w:t>
      </w:r>
      <w:proofErr w:type="spellEnd"/>
      <w:r w:rsidRPr="00C86A0D">
        <w:rPr>
          <w:rFonts w:cstheme="majorHAnsi"/>
          <w:sz w:val="18"/>
          <w:szCs w:val="18"/>
        </w:rPr>
        <w:t xml:space="preserve">, </w:t>
      </w:r>
      <w:proofErr w:type="spellStart"/>
      <w:r w:rsidRPr="00C86A0D">
        <w:rPr>
          <w:rFonts w:ascii="Sylfaen" w:hAnsi="Sylfaen" w:cs="Sylfaen"/>
          <w:sz w:val="18"/>
          <w:szCs w:val="18"/>
        </w:rPr>
        <w:t>მხარეთა</w:t>
      </w:r>
      <w:proofErr w:type="spellEnd"/>
      <w:r w:rsidRPr="00C86A0D">
        <w:rPr>
          <w:rFonts w:cstheme="majorHAnsi"/>
          <w:sz w:val="18"/>
          <w:szCs w:val="18"/>
        </w:rPr>
        <w:t xml:space="preserve"> </w:t>
      </w:r>
      <w:proofErr w:type="spellStart"/>
      <w:r w:rsidRPr="00C86A0D">
        <w:rPr>
          <w:rFonts w:ascii="Sylfaen" w:hAnsi="Sylfaen" w:cs="Sylfaen"/>
          <w:sz w:val="18"/>
          <w:szCs w:val="18"/>
        </w:rPr>
        <w:t>ორმხრივი</w:t>
      </w:r>
      <w:proofErr w:type="spellEnd"/>
      <w:r w:rsidRPr="00C86A0D">
        <w:rPr>
          <w:rFonts w:cstheme="majorHAnsi"/>
          <w:sz w:val="18"/>
          <w:szCs w:val="18"/>
        </w:rPr>
        <w:t xml:space="preserve"> </w:t>
      </w:r>
      <w:proofErr w:type="spellStart"/>
      <w:r w:rsidRPr="00C86A0D">
        <w:rPr>
          <w:rFonts w:ascii="Sylfaen" w:hAnsi="Sylfaen" w:cs="Sylfaen"/>
          <w:sz w:val="18"/>
          <w:szCs w:val="18"/>
        </w:rPr>
        <w:t>წერილობითი</w:t>
      </w:r>
      <w:proofErr w:type="spellEnd"/>
      <w:r w:rsidRPr="00C86A0D">
        <w:rPr>
          <w:rFonts w:cstheme="majorHAnsi"/>
          <w:sz w:val="18"/>
          <w:szCs w:val="18"/>
        </w:rPr>
        <w:t xml:space="preserve"> </w:t>
      </w:r>
      <w:proofErr w:type="spellStart"/>
      <w:r w:rsidRPr="00C86A0D">
        <w:rPr>
          <w:rFonts w:ascii="Sylfaen" w:hAnsi="Sylfaen" w:cs="Sylfaen"/>
          <w:sz w:val="18"/>
          <w:szCs w:val="18"/>
        </w:rPr>
        <w:t>შეთანხმებით</w:t>
      </w:r>
      <w:proofErr w:type="spellEnd"/>
      <w:r w:rsidR="00A4397C">
        <w:rPr>
          <w:rFonts w:cstheme="majorHAnsi"/>
          <w:sz w:val="18"/>
          <w:szCs w:val="18"/>
        </w:rPr>
        <w:t>,</w:t>
      </w:r>
      <w:r w:rsidRPr="00C86A0D">
        <w:rPr>
          <w:rFonts w:cstheme="majorHAnsi"/>
          <w:sz w:val="18"/>
          <w:szCs w:val="18"/>
        </w:rPr>
        <w:t xml:space="preserve"> </w:t>
      </w:r>
      <w:proofErr w:type="spellStart"/>
      <w:r w:rsidRPr="00C86A0D">
        <w:rPr>
          <w:rFonts w:ascii="Sylfaen" w:hAnsi="Sylfaen" w:cs="Sylfaen"/>
          <w:sz w:val="18"/>
          <w:szCs w:val="18"/>
        </w:rPr>
        <w:t>ასევე</w:t>
      </w:r>
      <w:proofErr w:type="spellEnd"/>
      <w:r w:rsidRPr="00C86A0D">
        <w:rPr>
          <w:rFonts w:cstheme="majorHAnsi"/>
          <w:sz w:val="18"/>
          <w:szCs w:val="18"/>
        </w:rPr>
        <w:t xml:space="preserve"> </w:t>
      </w:r>
      <w:proofErr w:type="spellStart"/>
      <w:r w:rsidRPr="00C86A0D">
        <w:rPr>
          <w:rFonts w:ascii="Sylfaen" w:hAnsi="Sylfaen" w:cs="Sylfaen"/>
          <w:sz w:val="18"/>
          <w:szCs w:val="18"/>
        </w:rPr>
        <w:t>გაიზრდება</w:t>
      </w:r>
      <w:proofErr w:type="spellEnd"/>
      <w:r w:rsidRPr="00C86A0D">
        <w:rPr>
          <w:rFonts w:cstheme="majorHAnsi"/>
          <w:sz w:val="18"/>
          <w:szCs w:val="18"/>
        </w:rPr>
        <w:t xml:space="preserve"> </w:t>
      </w:r>
      <w:proofErr w:type="spellStart"/>
      <w:r w:rsidRPr="00C86A0D">
        <w:rPr>
          <w:rFonts w:ascii="Sylfaen" w:hAnsi="Sylfaen" w:cs="Sylfaen"/>
          <w:sz w:val="18"/>
          <w:szCs w:val="18"/>
        </w:rPr>
        <w:t>იმ</w:t>
      </w:r>
      <w:proofErr w:type="spellEnd"/>
      <w:r w:rsidRPr="00C86A0D">
        <w:rPr>
          <w:rFonts w:cstheme="majorHAnsi"/>
          <w:sz w:val="18"/>
          <w:szCs w:val="18"/>
        </w:rPr>
        <w:t xml:space="preserve"> </w:t>
      </w:r>
      <w:proofErr w:type="spellStart"/>
      <w:r w:rsidRPr="00C86A0D">
        <w:rPr>
          <w:rFonts w:ascii="Sylfaen" w:hAnsi="Sylfaen" w:cs="Sylfaen"/>
          <w:sz w:val="18"/>
          <w:szCs w:val="18"/>
        </w:rPr>
        <w:t>შემთხვევაში</w:t>
      </w:r>
      <w:proofErr w:type="spellEnd"/>
      <w:r w:rsidRPr="00C86A0D">
        <w:rPr>
          <w:rFonts w:cstheme="majorHAnsi"/>
          <w:sz w:val="18"/>
          <w:szCs w:val="18"/>
        </w:rPr>
        <w:t xml:space="preserve">, </w:t>
      </w:r>
      <w:proofErr w:type="spellStart"/>
      <w:r w:rsidRPr="00C86A0D">
        <w:rPr>
          <w:rFonts w:ascii="Sylfaen" w:hAnsi="Sylfaen" w:cs="Sylfaen"/>
          <w:sz w:val="18"/>
          <w:szCs w:val="18"/>
        </w:rPr>
        <w:t>თუ</w:t>
      </w:r>
      <w:proofErr w:type="spellEnd"/>
      <w:r w:rsidRPr="00C86A0D">
        <w:rPr>
          <w:rFonts w:cstheme="majorHAnsi"/>
          <w:sz w:val="18"/>
          <w:szCs w:val="18"/>
        </w:rPr>
        <w:t xml:space="preserve"> </w:t>
      </w:r>
      <w:proofErr w:type="spellStart"/>
      <w:r w:rsidRPr="00C86A0D">
        <w:rPr>
          <w:rFonts w:ascii="Sylfaen" w:hAnsi="Sylfaen" w:cs="Sylfaen"/>
          <w:sz w:val="18"/>
          <w:szCs w:val="18"/>
        </w:rPr>
        <w:t>მენარდის</w:t>
      </w:r>
      <w:proofErr w:type="spellEnd"/>
      <w:r w:rsidRPr="00C86A0D">
        <w:rPr>
          <w:rFonts w:cstheme="majorHAnsi"/>
          <w:sz w:val="18"/>
          <w:szCs w:val="18"/>
        </w:rPr>
        <w:t xml:space="preserve"> </w:t>
      </w:r>
      <w:proofErr w:type="spellStart"/>
      <w:r w:rsidRPr="00C86A0D">
        <w:rPr>
          <w:rFonts w:ascii="Sylfaen" w:hAnsi="Sylfaen" w:cs="Sylfaen"/>
          <w:sz w:val="18"/>
          <w:szCs w:val="18"/>
        </w:rPr>
        <w:t>მიერ</w:t>
      </w:r>
      <w:proofErr w:type="spellEnd"/>
      <w:r w:rsidRPr="00C86A0D">
        <w:rPr>
          <w:rFonts w:cstheme="majorHAnsi"/>
          <w:sz w:val="18"/>
          <w:szCs w:val="18"/>
        </w:rPr>
        <w:t xml:space="preserve"> </w:t>
      </w:r>
      <w:proofErr w:type="spellStart"/>
      <w:r w:rsidRPr="00C86A0D">
        <w:rPr>
          <w:rFonts w:ascii="Sylfaen" w:hAnsi="Sylfaen" w:cs="Sylfaen"/>
          <w:sz w:val="18"/>
          <w:szCs w:val="18"/>
        </w:rPr>
        <w:t>შესრულდება</w:t>
      </w:r>
      <w:proofErr w:type="spellEnd"/>
      <w:r w:rsidRPr="00C86A0D">
        <w:rPr>
          <w:rFonts w:cstheme="majorHAnsi"/>
          <w:sz w:val="18"/>
          <w:szCs w:val="18"/>
        </w:rPr>
        <w:t xml:space="preserve"> </w:t>
      </w:r>
      <w:proofErr w:type="spellStart"/>
      <w:r w:rsidRPr="00C86A0D">
        <w:rPr>
          <w:rFonts w:ascii="Sylfaen" w:hAnsi="Sylfaen" w:cs="Sylfaen"/>
          <w:sz w:val="18"/>
          <w:szCs w:val="18"/>
        </w:rPr>
        <w:t>დამკვეთის</w:t>
      </w:r>
      <w:proofErr w:type="spellEnd"/>
      <w:r w:rsidRPr="00C86A0D">
        <w:rPr>
          <w:rFonts w:cstheme="majorHAnsi"/>
          <w:sz w:val="18"/>
          <w:szCs w:val="18"/>
        </w:rPr>
        <w:t xml:space="preserve"> </w:t>
      </w:r>
      <w:proofErr w:type="spellStart"/>
      <w:r w:rsidRPr="00C86A0D">
        <w:rPr>
          <w:rFonts w:ascii="Sylfaen" w:hAnsi="Sylfaen" w:cs="Sylfaen"/>
          <w:sz w:val="18"/>
          <w:szCs w:val="18"/>
        </w:rPr>
        <w:t>მიერ</w:t>
      </w:r>
      <w:proofErr w:type="spellEnd"/>
      <w:r w:rsidRPr="00C86A0D">
        <w:rPr>
          <w:rFonts w:cstheme="majorHAnsi"/>
          <w:sz w:val="18"/>
          <w:szCs w:val="18"/>
        </w:rPr>
        <w:t xml:space="preserve"> </w:t>
      </w:r>
      <w:proofErr w:type="spellStart"/>
      <w:r w:rsidRPr="00C86A0D">
        <w:rPr>
          <w:rFonts w:ascii="Sylfaen" w:hAnsi="Sylfaen" w:cs="Sylfaen"/>
          <w:sz w:val="18"/>
          <w:szCs w:val="18"/>
        </w:rPr>
        <w:t>შემოთავაზებული</w:t>
      </w:r>
      <w:proofErr w:type="spellEnd"/>
      <w:r w:rsidRPr="00C86A0D">
        <w:rPr>
          <w:rFonts w:cstheme="majorHAnsi"/>
          <w:sz w:val="18"/>
          <w:szCs w:val="18"/>
        </w:rPr>
        <w:t xml:space="preserve"> </w:t>
      </w:r>
      <w:proofErr w:type="spellStart"/>
      <w:r w:rsidRPr="00C86A0D">
        <w:rPr>
          <w:rFonts w:ascii="Sylfaen" w:hAnsi="Sylfaen" w:cs="Sylfaen"/>
          <w:sz w:val="18"/>
          <w:szCs w:val="18"/>
        </w:rPr>
        <w:t>სხვა</w:t>
      </w:r>
      <w:proofErr w:type="spellEnd"/>
      <w:r w:rsidRPr="00C86A0D">
        <w:rPr>
          <w:rFonts w:cstheme="majorHAnsi"/>
          <w:sz w:val="18"/>
          <w:szCs w:val="18"/>
        </w:rPr>
        <w:t xml:space="preserve"> </w:t>
      </w:r>
      <w:proofErr w:type="spellStart"/>
      <w:r w:rsidRPr="00C86A0D">
        <w:rPr>
          <w:rFonts w:ascii="Sylfaen" w:hAnsi="Sylfaen" w:cs="Sylfaen"/>
          <w:sz w:val="18"/>
          <w:szCs w:val="18"/>
        </w:rPr>
        <w:t>დამატებითი</w:t>
      </w:r>
      <w:proofErr w:type="spellEnd"/>
      <w:r w:rsidRPr="00C86A0D">
        <w:rPr>
          <w:rFonts w:cstheme="majorHAnsi"/>
          <w:sz w:val="18"/>
          <w:szCs w:val="18"/>
        </w:rPr>
        <w:t xml:space="preserve"> </w:t>
      </w:r>
      <w:proofErr w:type="spellStart"/>
      <w:r w:rsidRPr="00C86A0D">
        <w:rPr>
          <w:rFonts w:ascii="Sylfaen" w:hAnsi="Sylfaen" w:cs="Sylfaen"/>
          <w:sz w:val="18"/>
          <w:szCs w:val="18"/>
        </w:rPr>
        <w:t>სამუშაოები</w:t>
      </w:r>
      <w:proofErr w:type="spellEnd"/>
      <w:r w:rsidRPr="00C86A0D">
        <w:rPr>
          <w:rFonts w:cstheme="majorHAnsi"/>
          <w:sz w:val="18"/>
          <w:szCs w:val="18"/>
        </w:rPr>
        <w:t xml:space="preserve">, </w:t>
      </w:r>
      <w:proofErr w:type="spellStart"/>
      <w:r w:rsidRPr="00C86A0D">
        <w:rPr>
          <w:rFonts w:ascii="Sylfaen" w:hAnsi="Sylfaen" w:cs="Sylfaen"/>
          <w:sz w:val="18"/>
          <w:szCs w:val="18"/>
        </w:rPr>
        <w:t>ტექნიკური</w:t>
      </w:r>
      <w:proofErr w:type="spellEnd"/>
      <w:r w:rsidRPr="00C86A0D">
        <w:rPr>
          <w:rFonts w:cstheme="majorHAnsi"/>
          <w:sz w:val="18"/>
          <w:szCs w:val="18"/>
        </w:rPr>
        <w:t xml:space="preserve"> </w:t>
      </w:r>
      <w:proofErr w:type="spellStart"/>
      <w:r w:rsidRPr="00C86A0D">
        <w:rPr>
          <w:rFonts w:ascii="Sylfaen" w:hAnsi="Sylfaen" w:cs="Sylfaen"/>
          <w:sz w:val="18"/>
          <w:szCs w:val="18"/>
        </w:rPr>
        <w:t>ან</w:t>
      </w:r>
      <w:proofErr w:type="spellEnd"/>
      <w:r w:rsidRPr="00C86A0D">
        <w:rPr>
          <w:rFonts w:cstheme="majorHAnsi"/>
          <w:sz w:val="18"/>
          <w:szCs w:val="18"/>
        </w:rPr>
        <w:t xml:space="preserve"> </w:t>
      </w:r>
      <w:proofErr w:type="spellStart"/>
      <w:r w:rsidRPr="00C86A0D">
        <w:rPr>
          <w:rFonts w:ascii="Sylfaen" w:hAnsi="Sylfaen" w:cs="Sylfaen"/>
          <w:sz w:val="18"/>
          <w:szCs w:val="18"/>
        </w:rPr>
        <w:t>ტექნოლოგიური</w:t>
      </w:r>
      <w:proofErr w:type="spellEnd"/>
      <w:r w:rsidRPr="00C86A0D">
        <w:rPr>
          <w:rFonts w:cstheme="majorHAnsi"/>
          <w:sz w:val="18"/>
          <w:szCs w:val="18"/>
        </w:rPr>
        <w:t xml:space="preserve"> </w:t>
      </w:r>
      <w:proofErr w:type="spellStart"/>
      <w:r w:rsidRPr="00C86A0D">
        <w:rPr>
          <w:rFonts w:ascii="Sylfaen" w:hAnsi="Sylfaen" w:cs="Sylfaen"/>
          <w:sz w:val="18"/>
          <w:szCs w:val="18"/>
        </w:rPr>
        <w:t>ცვლილებები</w:t>
      </w:r>
      <w:proofErr w:type="spellEnd"/>
      <w:r w:rsidRPr="00C86A0D">
        <w:rPr>
          <w:rFonts w:cstheme="majorHAnsi"/>
          <w:sz w:val="18"/>
          <w:szCs w:val="18"/>
        </w:rPr>
        <w:t xml:space="preserve">, </w:t>
      </w:r>
      <w:proofErr w:type="spellStart"/>
      <w:r w:rsidRPr="00C86A0D">
        <w:rPr>
          <w:rFonts w:ascii="Sylfaen" w:hAnsi="Sylfaen" w:cs="Sylfaen"/>
          <w:sz w:val="18"/>
          <w:szCs w:val="18"/>
        </w:rPr>
        <w:t>რომლებიც</w:t>
      </w:r>
      <w:proofErr w:type="spellEnd"/>
      <w:r w:rsidRPr="00C86A0D">
        <w:rPr>
          <w:rFonts w:cstheme="majorHAnsi"/>
          <w:sz w:val="18"/>
          <w:szCs w:val="18"/>
        </w:rPr>
        <w:t xml:space="preserve"> </w:t>
      </w:r>
      <w:proofErr w:type="spellStart"/>
      <w:r w:rsidRPr="00C86A0D">
        <w:rPr>
          <w:rFonts w:ascii="Sylfaen" w:hAnsi="Sylfaen" w:cs="Sylfaen"/>
          <w:sz w:val="18"/>
          <w:szCs w:val="18"/>
        </w:rPr>
        <w:t>არ</w:t>
      </w:r>
      <w:proofErr w:type="spellEnd"/>
      <w:r w:rsidRPr="00C86A0D">
        <w:rPr>
          <w:rFonts w:cstheme="majorHAnsi"/>
          <w:sz w:val="18"/>
          <w:szCs w:val="18"/>
        </w:rPr>
        <w:t xml:space="preserve"> </w:t>
      </w:r>
      <w:proofErr w:type="spellStart"/>
      <w:r w:rsidRPr="00C86A0D">
        <w:rPr>
          <w:rFonts w:ascii="Sylfaen" w:hAnsi="Sylfaen" w:cs="Sylfaen"/>
          <w:sz w:val="18"/>
          <w:szCs w:val="18"/>
        </w:rPr>
        <w:t>არის</w:t>
      </w:r>
      <w:proofErr w:type="spellEnd"/>
      <w:r w:rsidRPr="00C86A0D">
        <w:rPr>
          <w:rFonts w:cstheme="majorHAnsi"/>
          <w:sz w:val="18"/>
          <w:szCs w:val="18"/>
        </w:rPr>
        <w:t xml:space="preserve"> </w:t>
      </w:r>
      <w:proofErr w:type="spellStart"/>
      <w:r w:rsidRPr="00C86A0D">
        <w:rPr>
          <w:rFonts w:ascii="Sylfaen" w:hAnsi="Sylfaen" w:cs="Sylfaen"/>
          <w:sz w:val="18"/>
          <w:szCs w:val="18"/>
        </w:rPr>
        <w:t>გათვალისწინებული</w:t>
      </w:r>
      <w:proofErr w:type="spellEnd"/>
      <w:r w:rsidRPr="00C86A0D">
        <w:rPr>
          <w:rFonts w:cstheme="majorHAnsi"/>
          <w:sz w:val="18"/>
          <w:szCs w:val="18"/>
        </w:rPr>
        <w:t xml:space="preserve"> </w:t>
      </w:r>
      <w:proofErr w:type="spellStart"/>
      <w:r w:rsidRPr="00C86A0D">
        <w:rPr>
          <w:rFonts w:ascii="Sylfaen" w:hAnsi="Sylfaen" w:cs="Sylfaen"/>
          <w:sz w:val="18"/>
          <w:szCs w:val="18"/>
        </w:rPr>
        <w:t>საპროექტო</w:t>
      </w:r>
      <w:proofErr w:type="spellEnd"/>
      <w:r w:rsidRPr="00C86A0D">
        <w:rPr>
          <w:rFonts w:cstheme="majorHAnsi"/>
          <w:sz w:val="18"/>
          <w:szCs w:val="18"/>
        </w:rPr>
        <w:t xml:space="preserve"> </w:t>
      </w:r>
      <w:proofErr w:type="spellStart"/>
      <w:r w:rsidRPr="00C86A0D">
        <w:rPr>
          <w:rFonts w:ascii="Sylfaen" w:hAnsi="Sylfaen" w:cs="Sylfaen"/>
          <w:sz w:val="18"/>
          <w:szCs w:val="18"/>
        </w:rPr>
        <w:t>დოკუმენტაციით</w:t>
      </w:r>
      <w:proofErr w:type="spellEnd"/>
      <w:r w:rsidRPr="00C86A0D">
        <w:rPr>
          <w:rFonts w:cstheme="majorHAnsi"/>
          <w:sz w:val="18"/>
          <w:szCs w:val="18"/>
        </w:rPr>
        <w:t xml:space="preserve"> </w:t>
      </w:r>
      <w:proofErr w:type="spellStart"/>
      <w:r w:rsidRPr="00C86A0D">
        <w:rPr>
          <w:rFonts w:ascii="Sylfaen" w:hAnsi="Sylfaen" w:cs="Sylfaen"/>
          <w:sz w:val="18"/>
          <w:szCs w:val="18"/>
        </w:rPr>
        <w:t>და</w:t>
      </w:r>
      <w:proofErr w:type="spellEnd"/>
      <w:r w:rsidRPr="00C86A0D">
        <w:rPr>
          <w:rFonts w:cstheme="majorHAnsi"/>
          <w:sz w:val="18"/>
          <w:szCs w:val="18"/>
        </w:rPr>
        <w:t xml:space="preserve"> </w:t>
      </w:r>
      <w:proofErr w:type="spellStart"/>
      <w:r w:rsidRPr="00C86A0D">
        <w:rPr>
          <w:rFonts w:ascii="Sylfaen" w:hAnsi="Sylfaen" w:cs="Sylfaen"/>
          <w:sz w:val="18"/>
          <w:szCs w:val="18"/>
        </w:rPr>
        <w:t>წინამდებარე</w:t>
      </w:r>
      <w:proofErr w:type="spellEnd"/>
      <w:r w:rsidRPr="00C86A0D">
        <w:rPr>
          <w:rFonts w:cstheme="majorHAnsi"/>
          <w:sz w:val="18"/>
          <w:szCs w:val="18"/>
        </w:rPr>
        <w:t xml:space="preserve"> </w:t>
      </w:r>
      <w:proofErr w:type="spellStart"/>
      <w:r w:rsidRPr="00C86A0D">
        <w:rPr>
          <w:rFonts w:ascii="Sylfaen" w:hAnsi="Sylfaen" w:cs="Sylfaen"/>
          <w:sz w:val="18"/>
          <w:szCs w:val="18"/>
        </w:rPr>
        <w:t>ხელშეკრულებით</w:t>
      </w:r>
      <w:proofErr w:type="spellEnd"/>
      <w:r w:rsidRPr="00C86A0D">
        <w:rPr>
          <w:rFonts w:cstheme="majorHAnsi"/>
          <w:sz w:val="18"/>
          <w:szCs w:val="18"/>
        </w:rPr>
        <w:t xml:space="preserve">. </w:t>
      </w:r>
      <w:proofErr w:type="spellStart"/>
      <w:r w:rsidRPr="00C86A0D">
        <w:rPr>
          <w:rFonts w:ascii="Sylfaen" w:hAnsi="Sylfaen" w:cs="Sylfaen"/>
          <w:sz w:val="18"/>
          <w:szCs w:val="18"/>
        </w:rPr>
        <w:t>ასეთ</w:t>
      </w:r>
      <w:proofErr w:type="spellEnd"/>
      <w:r w:rsidRPr="00C86A0D">
        <w:rPr>
          <w:rFonts w:cstheme="majorHAnsi"/>
          <w:sz w:val="18"/>
          <w:szCs w:val="18"/>
        </w:rPr>
        <w:t xml:space="preserve"> </w:t>
      </w:r>
      <w:proofErr w:type="spellStart"/>
      <w:r w:rsidRPr="00C86A0D">
        <w:rPr>
          <w:rFonts w:ascii="Sylfaen" w:hAnsi="Sylfaen" w:cs="Sylfaen"/>
          <w:sz w:val="18"/>
          <w:szCs w:val="18"/>
        </w:rPr>
        <w:t>შემთხვევაში</w:t>
      </w:r>
      <w:proofErr w:type="spellEnd"/>
      <w:r w:rsidRPr="00C86A0D">
        <w:rPr>
          <w:rFonts w:cstheme="majorHAnsi"/>
          <w:sz w:val="18"/>
          <w:szCs w:val="18"/>
        </w:rPr>
        <w:t xml:space="preserve"> </w:t>
      </w:r>
      <w:proofErr w:type="spellStart"/>
      <w:r w:rsidRPr="00C86A0D">
        <w:rPr>
          <w:rFonts w:ascii="Sylfaen" w:hAnsi="Sylfaen" w:cs="Sylfaen"/>
          <w:sz w:val="18"/>
          <w:szCs w:val="18"/>
        </w:rPr>
        <w:t>ვადის</w:t>
      </w:r>
      <w:proofErr w:type="spellEnd"/>
      <w:r w:rsidRPr="00C86A0D">
        <w:rPr>
          <w:rFonts w:cstheme="majorHAnsi"/>
          <w:sz w:val="18"/>
          <w:szCs w:val="18"/>
        </w:rPr>
        <w:t xml:space="preserve"> </w:t>
      </w:r>
      <w:proofErr w:type="spellStart"/>
      <w:r w:rsidRPr="00C86A0D">
        <w:rPr>
          <w:rFonts w:ascii="Sylfaen" w:hAnsi="Sylfaen" w:cs="Sylfaen"/>
          <w:sz w:val="18"/>
          <w:szCs w:val="18"/>
        </w:rPr>
        <w:t>გაზრდა</w:t>
      </w:r>
      <w:proofErr w:type="spellEnd"/>
      <w:r w:rsidRPr="00C86A0D">
        <w:rPr>
          <w:rFonts w:cstheme="majorHAnsi"/>
          <w:sz w:val="18"/>
          <w:szCs w:val="18"/>
        </w:rPr>
        <w:t xml:space="preserve"> </w:t>
      </w:r>
      <w:proofErr w:type="spellStart"/>
      <w:r w:rsidRPr="00C86A0D">
        <w:rPr>
          <w:rFonts w:ascii="Sylfaen" w:hAnsi="Sylfaen" w:cs="Sylfaen"/>
          <w:sz w:val="18"/>
          <w:szCs w:val="18"/>
        </w:rPr>
        <w:t>მოხდება</w:t>
      </w:r>
      <w:proofErr w:type="spellEnd"/>
      <w:r w:rsidRPr="00C86A0D">
        <w:rPr>
          <w:rFonts w:cstheme="majorHAnsi"/>
          <w:sz w:val="18"/>
          <w:szCs w:val="18"/>
        </w:rPr>
        <w:t xml:space="preserve"> </w:t>
      </w:r>
      <w:proofErr w:type="spellStart"/>
      <w:r w:rsidRPr="00C86A0D">
        <w:rPr>
          <w:rFonts w:ascii="Sylfaen" w:hAnsi="Sylfaen" w:cs="Sylfaen"/>
          <w:sz w:val="18"/>
          <w:szCs w:val="18"/>
        </w:rPr>
        <w:t>ამ</w:t>
      </w:r>
      <w:proofErr w:type="spellEnd"/>
      <w:r w:rsidRPr="00C86A0D">
        <w:rPr>
          <w:rFonts w:cstheme="majorHAnsi"/>
          <w:sz w:val="18"/>
          <w:szCs w:val="18"/>
        </w:rPr>
        <w:t xml:space="preserve"> </w:t>
      </w:r>
      <w:proofErr w:type="spellStart"/>
      <w:r w:rsidRPr="00C86A0D">
        <w:rPr>
          <w:rFonts w:ascii="Sylfaen" w:hAnsi="Sylfaen" w:cs="Sylfaen"/>
          <w:sz w:val="18"/>
          <w:szCs w:val="18"/>
        </w:rPr>
        <w:t>სამუშაოების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შესრულებისათვის</w:t>
      </w:r>
      <w:proofErr w:type="spellEnd"/>
      <w:r w:rsidRPr="00C86A0D">
        <w:rPr>
          <w:rFonts w:cstheme="majorHAnsi"/>
          <w:sz w:val="18"/>
          <w:szCs w:val="18"/>
        </w:rPr>
        <w:t xml:space="preserve"> </w:t>
      </w:r>
      <w:proofErr w:type="spellStart"/>
      <w:r w:rsidRPr="00C86A0D">
        <w:rPr>
          <w:rFonts w:ascii="Sylfaen" w:hAnsi="Sylfaen" w:cs="Sylfaen"/>
          <w:sz w:val="18"/>
          <w:szCs w:val="18"/>
        </w:rPr>
        <w:t>დამკვეთსა</w:t>
      </w:r>
      <w:proofErr w:type="spellEnd"/>
      <w:r w:rsidRPr="00C86A0D">
        <w:rPr>
          <w:rFonts w:cstheme="majorHAnsi"/>
          <w:sz w:val="18"/>
          <w:szCs w:val="18"/>
        </w:rPr>
        <w:t xml:space="preserve"> </w:t>
      </w:r>
      <w:proofErr w:type="spellStart"/>
      <w:r w:rsidRPr="00C86A0D">
        <w:rPr>
          <w:rFonts w:ascii="Sylfaen" w:hAnsi="Sylfaen" w:cs="Sylfaen"/>
          <w:sz w:val="18"/>
          <w:szCs w:val="18"/>
        </w:rPr>
        <w:t>და</w:t>
      </w:r>
      <w:proofErr w:type="spellEnd"/>
      <w:r w:rsidRPr="00C86A0D">
        <w:rPr>
          <w:rFonts w:cstheme="majorHAnsi"/>
          <w:sz w:val="18"/>
          <w:szCs w:val="18"/>
        </w:rPr>
        <w:t xml:space="preserve"> </w:t>
      </w:r>
      <w:r w:rsidR="00A4397C">
        <w:rPr>
          <w:rFonts w:ascii="Sylfaen" w:hAnsi="Sylfaen" w:cs="Sylfaen"/>
          <w:sz w:val="18"/>
          <w:szCs w:val="18"/>
          <w:lang w:val="ka-GE"/>
        </w:rPr>
        <w:t>მენარდეს</w:t>
      </w:r>
      <w:r w:rsidRPr="00C86A0D">
        <w:rPr>
          <w:rFonts w:cstheme="majorHAnsi"/>
          <w:sz w:val="18"/>
          <w:szCs w:val="18"/>
        </w:rPr>
        <w:t xml:space="preserve"> </w:t>
      </w:r>
      <w:proofErr w:type="spellStart"/>
      <w:r w:rsidRPr="00C86A0D">
        <w:rPr>
          <w:rFonts w:ascii="Sylfaen" w:hAnsi="Sylfaen" w:cs="Sylfaen"/>
          <w:sz w:val="18"/>
          <w:szCs w:val="18"/>
        </w:rPr>
        <w:t>შორის</w:t>
      </w:r>
      <w:proofErr w:type="spellEnd"/>
      <w:r w:rsidRPr="00C86A0D">
        <w:rPr>
          <w:rFonts w:cstheme="majorHAnsi"/>
          <w:sz w:val="18"/>
          <w:szCs w:val="18"/>
        </w:rPr>
        <w:t xml:space="preserve"> </w:t>
      </w:r>
      <w:proofErr w:type="spellStart"/>
      <w:r w:rsidRPr="00C86A0D">
        <w:rPr>
          <w:rFonts w:ascii="Sylfaen" w:hAnsi="Sylfaen" w:cs="Sylfaen"/>
          <w:sz w:val="18"/>
          <w:szCs w:val="18"/>
        </w:rPr>
        <w:t>წერილობითი</w:t>
      </w:r>
      <w:proofErr w:type="spellEnd"/>
      <w:r w:rsidRPr="00C86A0D">
        <w:rPr>
          <w:rFonts w:cstheme="majorHAnsi"/>
          <w:sz w:val="18"/>
          <w:szCs w:val="18"/>
        </w:rPr>
        <w:t xml:space="preserve"> </w:t>
      </w:r>
      <w:proofErr w:type="spellStart"/>
      <w:r w:rsidRPr="00C86A0D">
        <w:rPr>
          <w:rFonts w:ascii="Sylfaen" w:hAnsi="Sylfaen" w:cs="Sylfaen"/>
          <w:sz w:val="18"/>
          <w:szCs w:val="18"/>
        </w:rPr>
        <w:t>შეთანხმებით</w:t>
      </w:r>
      <w:proofErr w:type="spellEnd"/>
      <w:r w:rsidRPr="00C86A0D">
        <w:rPr>
          <w:rFonts w:cstheme="majorHAnsi"/>
          <w:sz w:val="18"/>
          <w:szCs w:val="18"/>
        </w:rPr>
        <w:t xml:space="preserve"> </w:t>
      </w:r>
      <w:proofErr w:type="spellStart"/>
      <w:r w:rsidRPr="00C86A0D">
        <w:rPr>
          <w:rFonts w:ascii="Sylfaen" w:hAnsi="Sylfaen" w:cs="Sylfaen"/>
          <w:sz w:val="18"/>
          <w:szCs w:val="18"/>
        </w:rPr>
        <w:t>და</w:t>
      </w:r>
      <w:proofErr w:type="spellEnd"/>
      <w:r w:rsidRPr="00C86A0D">
        <w:rPr>
          <w:rFonts w:cstheme="majorHAnsi"/>
          <w:sz w:val="18"/>
          <w:szCs w:val="18"/>
        </w:rPr>
        <w:t xml:space="preserve"> </w:t>
      </w:r>
      <w:proofErr w:type="spellStart"/>
      <w:r w:rsidRPr="00C86A0D">
        <w:rPr>
          <w:rFonts w:ascii="Sylfaen" w:hAnsi="Sylfaen" w:cs="Sylfaen"/>
          <w:sz w:val="18"/>
          <w:szCs w:val="18"/>
        </w:rPr>
        <w:t>რომელიც</w:t>
      </w:r>
      <w:proofErr w:type="spellEnd"/>
      <w:r w:rsidRPr="00C86A0D">
        <w:rPr>
          <w:rFonts w:cstheme="majorHAnsi"/>
          <w:sz w:val="18"/>
          <w:szCs w:val="18"/>
        </w:rPr>
        <w:t xml:space="preserve"> </w:t>
      </w:r>
      <w:proofErr w:type="spellStart"/>
      <w:r w:rsidRPr="00C86A0D">
        <w:rPr>
          <w:rFonts w:ascii="Sylfaen" w:hAnsi="Sylfaen" w:cs="Sylfaen"/>
          <w:sz w:val="18"/>
          <w:szCs w:val="18"/>
        </w:rPr>
        <w:t>უნდა</w:t>
      </w:r>
      <w:proofErr w:type="spellEnd"/>
      <w:r w:rsidRPr="00C86A0D">
        <w:rPr>
          <w:rFonts w:cstheme="majorHAnsi"/>
          <w:sz w:val="18"/>
          <w:szCs w:val="18"/>
        </w:rPr>
        <w:t xml:space="preserve"> </w:t>
      </w:r>
      <w:proofErr w:type="spellStart"/>
      <w:r w:rsidRPr="00C86A0D">
        <w:rPr>
          <w:rFonts w:ascii="Sylfaen" w:hAnsi="Sylfaen" w:cs="Sylfaen"/>
          <w:sz w:val="18"/>
          <w:szCs w:val="18"/>
        </w:rPr>
        <w:t>აისახოს</w:t>
      </w:r>
      <w:proofErr w:type="spellEnd"/>
      <w:r w:rsidRPr="00C86A0D">
        <w:rPr>
          <w:rFonts w:cstheme="majorHAnsi"/>
          <w:sz w:val="18"/>
          <w:szCs w:val="18"/>
        </w:rPr>
        <w:t xml:space="preserve"> </w:t>
      </w:r>
      <w:proofErr w:type="spellStart"/>
      <w:r w:rsidRPr="00C86A0D">
        <w:rPr>
          <w:rFonts w:ascii="Sylfaen" w:hAnsi="Sylfaen" w:cs="Sylfaen"/>
          <w:sz w:val="18"/>
          <w:szCs w:val="18"/>
        </w:rPr>
        <w:t>ხელშეკრულების</w:t>
      </w:r>
      <w:proofErr w:type="spellEnd"/>
      <w:r w:rsidRPr="00C86A0D">
        <w:rPr>
          <w:rFonts w:cstheme="majorHAnsi"/>
          <w:sz w:val="18"/>
          <w:szCs w:val="18"/>
        </w:rPr>
        <w:t xml:space="preserve"> </w:t>
      </w:r>
      <w:proofErr w:type="spellStart"/>
      <w:r w:rsidR="00CF6538">
        <w:rPr>
          <w:rFonts w:ascii="Sylfaen" w:hAnsi="Sylfaen" w:cstheme="majorHAnsi"/>
          <w:sz w:val="18"/>
          <w:szCs w:val="18"/>
        </w:rPr>
        <w:t>შესაბამის</w:t>
      </w:r>
      <w:proofErr w:type="spellEnd"/>
      <w:r w:rsidR="00CF6538">
        <w:rPr>
          <w:rFonts w:ascii="Sylfaen" w:hAnsi="Sylfaen" w:cstheme="majorHAnsi"/>
          <w:sz w:val="18"/>
          <w:szCs w:val="18"/>
        </w:rPr>
        <w:t xml:space="preserve"> </w:t>
      </w:r>
      <w:proofErr w:type="spellStart"/>
      <w:r w:rsidRPr="00C86A0D">
        <w:rPr>
          <w:rFonts w:ascii="Sylfaen" w:hAnsi="Sylfaen" w:cs="Sylfaen"/>
          <w:sz w:val="18"/>
          <w:szCs w:val="18"/>
        </w:rPr>
        <w:t>დანართ</w:t>
      </w:r>
      <w:r w:rsidR="00CF6538">
        <w:rPr>
          <w:rFonts w:ascii="Sylfaen" w:hAnsi="Sylfaen" w:cs="Sylfaen"/>
          <w:sz w:val="18"/>
          <w:szCs w:val="18"/>
        </w:rPr>
        <w:t>შ</w:t>
      </w:r>
      <w:r w:rsidRPr="00C86A0D">
        <w:rPr>
          <w:rFonts w:ascii="Sylfaen" w:hAnsi="Sylfaen" w:cs="Sylfaen"/>
          <w:sz w:val="18"/>
          <w:szCs w:val="18"/>
        </w:rPr>
        <w:t>ი</w:t>
      </w:r>
      <w:proofErr w:type="spellEnd"/>
      <w:r w:rsidRPr="00C86A0D">
        <w:rPr>
          <w:rFonts w:cstheme="majorHAnsi"/>
          <w:sz w:val="18"/>
          <w:szCs w:val="18"/>
        </w:rPr>
        <w:t>.</w:t>
      </w:r>
    </w:p>
    <w:p w14:paraId="3A435A16" w14:textId="1D7BA92E" w:rsidR="00C86A0D" w:rsidRDefault="00A74260" w:rsidP="00185C20">
      <w:pPr>
        <w:pStyle w:val="ListParagraph"/>
        <w:numPr>
          <w:ilvl w:val="1"/>
          <w:numId w:val="13"/>
        </w:numPr>
        <w:jc w:val="both"/>
        <w:rPr>
          <w:rFonts w:cstheme="majorHAnsi"/>
          <w:sz w:val="18"/>
          <w:szCs w:val="18"/>
        </w:rPr>
      </w:pPr>
      <w:proofErr w:type="spellStart"/>
      <w:r w:rsidRPr="00C86A0D">
        <w:rPr>
          <w:rFonts w:ascii="Sylfaen" w:hAnsi="Sylfaen" w:cs="Sylfaen"/>
          <w:sz w:val="18"/>
          <w:szCs w:val="18"/>
        </w:rPr>
        <w:t>თუ</w:t>
      </w:r>
      <w:proofErr w:type="spellEnd"/>
      <w:r w:rsidRPr="00C86A0D">
        <w:rPr>
          <w:rFonts w:cstheme="majorHAnsi"/>
          <w:sz w:val="18"/>
          <w:szCs w:val="18"/>
        </w:rPr>
        <w:t xml:space="preserve"> </w:t>
      </w:r>
      <w:r w:rsidR="00A4397C">
        <w:rPr>
          <w:rFonts w:ascii="Sylfaen" w:hAnsi="Sylfaen" w:cs="Sylfaen"/>
          <w:sz w:val="18"/>
          <w:szCs w:val="18"/>
          <w:lang w:val="ka-GE"/>
        </w:rPr>
        <w:t xml:space="preserve">მენარდე </w:t>
      </w:r>
      <w:r w:rsidRPr="00C86A0D">
        <w:rPr>
          <w:rFonts w:cstheme="majorHAnsi"/>
          <w:sz w:val="18"/>
          <w:szCs w:val="18"/>
        </w:rPr>
        <w:t xml:space="preserve">4.4.1. </w:t>
      </w:r>
      <w:proofErr w:type="spellStart"/>
      <w:r w:rsidRPr="00C86A0D">
        <w:rPr>
          <w:rFonts w:ascii="Sylfaen" w:hAnsi="Sylfaen" w:cs="Sylfaen"/>
          <w:sz w:val="18"/>
          <w:szCs w:val="18"/>
        </w:rPr>
        <w:t>მუხლით</w:t>
      </w:r>
      <w:proofErr w:type="spellEnd"/>
      <w:r w:rsidRPr="00C86A0D">
        <w:rPr>
          <w:rFonts w:cstheme="majorHAnsi"/>
          <w:sz w:val="18"/>
          <w:szCs w:val="18"/>
        </w:rPr>
        <w:t xml:space="preserve"> </w:t>
      </w:r>
      <w:proofErr w:type="spellStart"/>
      <w:r w:rsidRPr="00C86A0D">
        <w:rPr>
          <w:rFonts w:ascii="Sylfaen" w:hAnsi="Sylfaen" w:cs="Sylfaen"/>
          <w:sz w:val="18"/>
          <w:szCs w:val="18"/>
        </w:rPr>
        <w:t>გათვალისწინებული</w:t>
      </w:r>
      <w:proofErr w:type="spellEnd"/>
      <w:r w:rsidRPr="00C86A0D">
        <w:rPr>
          <w:rFonts w:cstheme="majorHAnsi"/>
          <w:sz w:val="18"/>
          <w:szCs w:val="18"/>
        </w:rPr>
        <w:t xml:space="preserve"> </w:t>
      </w:r>
      <w:proofErr w:type="spellStart"/>
      <w:r w:rsidRPr="00C86A0D">
        <w:rPr>
          <w:rFonts w:ascii="Sylfaen" w:hAnsi="Sylfaen" w:cs="Sylfaen"/>
          <w:sz w:val="18"/>
          <w:szCs w:val="18"/>
        </w:rPr>
        <w:t>წესით</w:t>
      </w:r>
      <w:proofErr w:type="spellEnd"/>
      <w:r w:rsidRPr="00C86A0D">
        <w:rPr>
          <w:rFonts w:cstheme="majorHAnsi"/>
          <w:sz w:val="18"/>
          <w:szCs w:val="18"/>
        </w:rPr>
        <w:t xml:space="preserve"> </w:t>
      </w:r>
      <w:proofErr w:type="spellStart"/>
      <w:r w:rsidRPr="00C86A0D">
        <w:rPr>
          <w:rFonts w:ascii="Sylfaen" w:hAnsi="Sylfaen" w:cs="Sylfaen"/>
          <w:sz w:val="18"/>
          <w:szCs w:val="18"/>
        </w:rPr>
        <w:t>შეაჩერებს</w:t>
      </w:r>
      <w:proofErr w:type="spellEnd"/>
      <w:r w:rsidRPr="00C86A0D">
        <w:rPr>
          <w:rFonts w:cstheme="majorHAnsi"/>
          <w:sz w:val="18"/>
          <w:szCs w:val="18"/>
        </w:rPr>
        <w:t xml:space="preserve"> </w:t>
      </w:r>
      <w:proofErr w:type="spellStart"/>
      <w:r w:rsidRPr="00C86A0D">
        <w:rPr>
          <w:rFonts w:ascii="Sylfaen" w:hAnsi="Sylfaen" w:cs="Sylfaen"/>
          <w:sz w:val="18"/>
          <w:szCs w:val="18"/>
        </w:rPr>
        <w:t>ობიექტზე</w:t>
      </w:r>
      <w:proofErr w:type="spellEnd"/>
      <w:r w:rsidRPr="00C86A0D">
        <w:rPr>
          <w:rFonts w:cstheme="majorHAnsi"/>
          <w:sz w:val="18"/>
          <w:szCs w:val="18"/>
        </w:rPr>
        <w:t xml:space="preserve"> </w:t>
      </w:r>
      <w:proofErr w:type="spellStart"/>
      <w:r w:rsidRPr="00C86A0D">
        <w:rPr>
          <w:rFonts w:ascii="Sylfaen" w:hAnsi="Sylfaen" w:cs="Sylfaen"/>
          <w:sz w:val="18"/>
          <w:szCs w:val="18"/>
        </w:rPr>
        <w:t>მიმდინარე</w:t>
      </w:r>
      <w:proofErr w:type="spellEnd"/>
      <w:r w:rsidRPr="00C86A0D">
        <w:rPr>
          <w:rFonts w:cstheme="majorHAnsi"/>
          <w:sz w:val="18"/>
          <w:szCs w:val="18"/>
        </w:rPr>
        <w:t xml:space="preserve"> </w:t>
      </w:r>
      <w:proofErr w:type="spellStart"/>
      <w:r w:rsidRPr="00C86A0D">
        <w:rPr>
          <w:rFonts w:ascii="Sylfaen" w:hAnsi="Sylfaen" w:cs="Sylfaen"/>
          <w:sz w:val="18"/>
          <w:szCs w:val="18"/>
        </w:rPr>
        <w:t>სამუშაოებს</w:t>
      </w:r>
      <w:proofErr w:type="spellEnd"/>
      <w:r w:rsidRPr="00C86A0D">
        <w:rPr>
          <w:rFonts w:cstheme="majorHAnsi"/>
          <w:sz w:val="18"/>
          <w:szCs w:val="18"/>
        </w:rPr>
        <w:t xml:space="preserve">, </w:t>
      </w:r>
      <w:proofErr w:type="spellStart"/>
      <w:r w:rsidRPr="00C86A0D">
        <w:rPr>
          <w:rFonts w:ascii="Sylfaen" w:hAnsi="Sylfaen" w:cs="Sylfaen"/>
          <w:sz w:val="18"/>
          <w:szCs w:val="18"/>
        </w:rPr>
        <w:t>ხელშეკრულებით</w:t>
      </w:r>
      <w:proofErr w:type="spellEnd"/>
      <w:r w:rsidRPr="00C86A0D">
        <w:rPr>
          <w:rFonts w:cstheme="majorHAnsi"/>
          <w:sz w:val="18"/>
          <w:szCs w:val="18"/>
        </w:rPr>
        <w:t xml:space="preserve"> </w:t>
      </w:r>
      <w:proofErr w:type="spellStart"/>
      <w:r w:rsidRPr="00C86A0D">
        <w:rPr>
          <w:rFonts w:ascii="Sylfaen" w:hAnsi="Sylfaen" w:cs="Sylfaen"/>
          <w:sz w:val="18"/>
          <w:szCs w:val="18"/>
        </w:rPr>
        <w:t>გათვალისწინებული</w:t>
      </w:r>
      <w:proofErr w:type="spellEnd"/>
      <w:r w:rsidRPr="00C86A0D">
        <w:rPr>
          <w:rFonts w:cstheme="majorHAnsi"/>
          <w:sz w:val="18"/>
          <w:szCs w:val="18"/>
        </w:rPr>
        <w:t xml:space="preserve"> </w:t>
      </w:r>
      <w:proofErr w:type="spellStart"/>
      <w:r w:rsidRPr="00C86A0D">
        <w:rPr>
          <w:rFonts w:ascii="Sylfaen" w:hAnsi="Sylfaen" w:cs="Sylfaen"/>
          <w:sz w:val="18"/>
          <w:szCs w:val="18"/>
        </w:rPr>
        <w:t>სამუშაოების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დამთავრების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ვადა</w:t>
      </w:r>
      <w:proofErr w:type="spellEnd"/>
      <w:r w:rsidR="00CF6538">
        <w:rPr>
          <w:rFonts w:ascii="Sylfaen" w:hAnsi="Sylfaen" w:cs="Sylfaen"/>
          <w:sz w:val="18"/>
          <w:szCs w:val="18"/>
        </w:rPr>
        <w:t xml:space="preserve"> </w:t>
      </w:r>
      <w:proofErr w:type="spellStart"/>
      <w:r w:rsidRPr="00C86A0D">
        <w:rPr>
          <w:rFonts w:ascii="Sylfaen" w:hAnsi="Sylfaen" w:cs="Sylfaen"/>
          <w:sz w:val="18"/>
          <w:szCs w:val="18"/>
        </w:rPr>
        <w:t>მხარეთა</w:t>
      </w:r>
      <w:proofErr w:type="spellEnd"/>
      <w:r w:rsidRPr="00C86A0D">
        <w:rPr>
          <w:rFonts w:cstheme="majorHAnsi"/>
          <w:sz w:val="18"/>
          <w:szCs w:val="18"/>
        </w:rPr>
        <w:t xml:space="preserve"> </w:t>
      </w:r>
      <w:proofErr w:type="spellStart"/>
      <w:r w:rsidRPr="00C86A0D">
        <w:rPr>
          <w:rFonts w:ascii="Sylfaen" w:hAnsi="Sylfaen" w:cs="Sylfaen"/>
          <w:sz w:val="18"/>
          <w:szCs w:val="18"/>
        </w:rPr>
        <w:t>ორმხრივი</w:t>
      </w:r>
      <w:proofErr w:type="spellEnd"/>
      <w:r w:rsidRPr="00C86A0D">
        <w:rPr>
          <w:rFonts w:cstheme="majorHAnsi"/>
          <w:sz w:val="18"/>
          <w:szCs w:val="18"/>
        </w:rPr>
        <w:t xml:space="preserve"> </w:t>
      </w:r>
      <w:proofErr w:type="spellStart"/>
      <w:r w:rsidRPr="00C86A0D">
        <w:rPr>
          <w:rFonts w:ascii="Sylfaen" w:hAnsi="Sylfaen" w:cs="Sylfaen"/>
          <w:sz w:val="18"/>
          <w:szCs w:val="18"/>
        </w:rPr>
        <w:t>წერილობითი</w:t>
      </w:r>
      <w:proofErr w:type="spellEnd"/>
      <w:r w:rsidRPr="00C86A0D">
        <w:rPr>
          <w:rFonts w:cstheme="majorHAnsi"/>
          <w:sz w:val="18"/>
          <w:szCs w:val="18"/>
        </w:rPr>
        <w:t xml:space="preserve"> </w:t>
      </w:r>
      <w:proofErr w:type="spellStart"/>
      <w:r w:rsidRPr="00C86A0D">
        <w:rPr>
          <w:rFonts w:ascii="Sylfaen" w:hAnsi="Sylfaen" w:cs="Sylfaen"/>
          <w:sz w:val="18"/>
          <w:szCs w:val="18"/>
        </w:rPr>
        <w:t>შეთანხმებით</w:t>
      </w:r>
      <w:proofErr w:type="spellEnd"/>
      <w:r w:rsidRPr="00C86A0D">
        <w:rPr>
          <w:rFonts w:cstheme="majorHAnsi"/>
          <w:sz w:val="18"/>
          <w:szCs w:val="18"/>
        </w:rPr>
        <w:t xml:space="preserve"> </w:t>
      </w:r>
      <w:proofErr w:type="spellStart"/>
      <w:r w:rsidRPr="00C86A0D">
        <w:rPr>
          <w:rFonts w:ascii="Sylfaen" w:hAnsi="Sylfaen" w:cs="Sylfaen"/>
          <w:sz w:val="18"/>
          <w:szCs w:val="18"/>
        </w:rPr>
        <w:t>გადაიწევა</w:t>
      </w:r>
      <w:proofErr w:type="spellEnd"/>
      <w:r w:rsidRPr="00C86A0D">
        <w:rPr>
          <w:rFonts w:cstheme="majorHAnsi"/>
          <w:sz w:val="18"/>
          <w:szCs w:val="18"/>
        </w:rPr>
        <w:t xml:space="preserve"> </w:t>
      </w:r>
      <w:proofErr w:type="spellStart"/>
      <w:r w:rsidRPr="00C86A0D">
        <w:rPr>
          <w:rFonts w:ascii="Sylfaen" w:hAnsi="Sylfaen" w:cs="Sylfaen"/>
          <w:sz w:val="18"/>
          <w:szCs w:val="18"/>
        </w:rPr>
        <w:t>შეჩერებული</w:t>
      </w:r>
      <w:proofErr w:type="spellEnd"/>
      <w:r w:rsidRPr="00C86A0D">
        <w:rPr>
          <w:rFonts w:cstheme="majorHAnsi"/>
          <w:sz w:val="18"/>
          <w:szCs w:val="18"/>
        </w:rPr>
        <w:t xml:space="preserve"> </w:t>
      </w:r>
      <w:proofErr w:type="spellStart"/>
      <w:r w:rsidRPr="00C86A0D">
        <w:rPr>
          <w:rFonts w:ascii="Sylfaen" w:hAnsi="Sylfaen" w:cs="Sylfaen"/>
          <w:sz w:val="18"/>
          <w:szCs w:val="18"/>
        </w:rPr>
        <w:t>დღეების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პროპორციულად</w:t>
      </w:r>
      <w:proofErr w:type="spellEnd"/>
      <w:r w:rsidRPr="00C86A0D">
        <w:rPr>
          <w:rFonts w:cstheme="majorHAnsi"/>
          <w:sz w:val="18"/>
          <w:szCs w:val="18"/>
        </w:rPr>
        <w:t xml:space="preserve">. </w:t>
      </w:r>
      <w:proofErr w:type="spellStart"/>
      <w:r w:rsidRPr="00C86A0D">
        <w:rPr>
          <w:rFonts w:ascii="Sylfaen" w:hAnsi="Sylfaen" w:cs="Sylfaen"/>
          <w:sz w:val="18"/>
          <w:szCs w:val="18"/>
        </w:rPr>
        <w:t>ამასთან</w:t>
      </w:r>
      <w:proofErr w:type="spellEnd"/>
      <w:r w:rsidRPr="00C86A0D">
        <w:rPr>
          <w:rFonts w:cstheme="majorHAnsi"/>
          <w:sz w:val="18"/>
          <w:szCs w:val="18"/>
        </w:rPr>
        <w:t xml:space="preserve">, </w:t>
      </w:r>
      <w:proofErr w:type="spellStart"/>
      <w:r w:rsidRPr="00C86A0D">
        <w:rPr>
          <w:rFonts w:ascii="Sylfaen" w:hAnsi="Sylfaen" w:cs="Sylfaen"/>
          <w:sz w:val="18"/>
          <w:szCs w:val="18"/>
        </w:rPr>
        <w:t>თუ</w:t>
      </w:r>
      <w:proofErr w:type="spellEnd"/>
      <w:r w:rsidRPr="00C86A0D">
        <w:rPr>
          <w:rFonts w:cstheme="majorHAnsi"/>
          <w:sz w:val="18"/>
          <w:szCs w:val="18"/>
        </w:rPr>
        <w:t xml:space="preserve"> </w:t>
      </w:r>
      <w:r w:rsidR="00A4397C">
        <w:rPr>
          <w:rFonts w:ascii="Sylfaen" w:hAnsi="Sylfaen" w:cs="Sylfaen"/>
          <w:sz w:val="18"/>
          <w:szCs w:val="18"/>
          <w:lang w:val="ka-GE"/>
        </w:rPr>
        <w:t>მენარდე</w:t>
      </w:r>
      <w:r w:rsidRPr="00C86A0D">
        <w:rPr>
          <w:rFonts w:cstheme="majorHAnsi"/>
          <w:sz w:val="18"/>
          <w:szCs w:val="18"/>
        </w:rPr>
        <w:t xml:space="preserve"> </w:t>
      </w:r>
      <w:proofErr w:type="spellStart"/>
      <w:r w:rsidRPr="00C86A0D">
        <w:rPr>
          <w:rFonts w:ascii="Sylfaen" w:hAnsi="Sylfaen" w:cs="Sylfaen"/>
          <w:sz w:val="18"/>
          <w:szCs w:val="18"/>
        </w:rPr>
        <w:t>დამკვეთის</w:t>
      </w:r>
      <w:proofErr w:type="spellEnd"/>
      <w:r w:rsidRPr="00C86A0D">
        <w:rPr>
          <w:rFonts w:cstheme="majorHAnsi"/>
          <w:sz w:val="18"/>
          <w:szCs w:val="18"/>
        </w:rPr>
        <w:t xml:space="preserve"> </w:t>
      </w:r>
      <w:proofErr w:type="spellStart"/>
      <w:r w:rsidRPr="00C86A0D">
        <w:rPr>
          <w:rFonts w:ascii="Sylfaen" w:hAnsi="Sylfaen" w:cs="Sylfaen"/>
          <w:sz w:val="18"/>
          <w:szCs w:val="18"/>
        </w:rPr>
        <w:t>მიერ</w:t>
      </w:r>
      <w:proofErr w:type="spellEnd"/>
      <w:r w:rsidRPr="00C86A0D">
        <w:rPr>
          <w:rFonts w:cstheme="majorHAnsi"/>
          <w:sz w:val="18"/>
          <w:szCs w:val="18"/>
        </w:rPr>
        <w:t xml:space="preserve"> </w:t>
      </w:r>
      <w:proofErr w:type="spellStart"/>
      <w:r w:rsidRPr="00C86A0D">
        <w:rPr>
          <w:rFonts w:ascii="Sylfaen" w:hAnsi="Sylfaen" w:cs="Sylfaen"/>
          <w:sz w:val="18"/>
          <w:szCs w:val="18"/>
        </w:rPr>
        <w:t>დავალიანების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გადახდიდან</w:t>
      </w:r>
      <w:proofErr w:type="spellEnd"/>
      <w:r w:rsidRPr="00C86A0D">
        <w:rPr>
          <w:rFonts w:cstheme="majorHAnsi"/>
          <w:sz w:val="18"/>
          <w:szCs w:val="18"/>
        </w:rPr>
        <w:t xml:space="preserve"> 5 </w:t>
      </w:r>
      <w:r w:rsidR="00A4397C">
        <w:rPr>
          <w:rFonts w:ascii="Sylfaen" w:hAnsi="Sylfaen" w:cstheme="majorHAnsi"/>
          <w:sz w:val="18"/>
          <w:szCs w:val="18"/>
          <w:lang w:val="ka-GE"/>
        </w:rPr>
        <w:t>(</w:t>
      </w:r>
      <w:proofErr w:type="spellStart"/>
      <w:r w:rsidRPr="00C86A0D">
        <w:rPr>
          <w:rFonts w:ascii="Sylfaen" w:hAnsi="Sylfaen" w:cs="Sylfaen"/>
          <w:sz w:val="18"/>
          <w:szCs w:val="18"/>
        </w:rPr>
        <w:t>ხუთი</w:t>
      </w:r>
      <w:proofErr w:type="spellEnd"/>
      <w:r w:rsidR="00A4397C">
        <w:rPr>
          <w:rFonts w:ascii="Sylfaen" w:hAnsi="Sylfaen" w:cs="Sylfaen"/>
          <w:sz w:val="18"/>
          <w:szCs w:val="18"/>
          <w:lang w:val="ka-GE"/>
        </w:rPr>
        <w:t>)</w:t>
      </w:r>
      <w:r w:rsidRPr="00C86A0D">
        <w:rPr>
          <w:rFonts w:cstheme="majorHAnsi"/>
          <w:sz w:val="18"/>
          <w:szCs w:val="18"/>
        </w:rPr>
        <w:t xml:space="preserve"> </w:t>
      </w:r>
      <w:proofErr w:type="spellStart"/>
      <w:r w:rsidRPr="00C86A0D">
        <w:rPr>
          <w:rFonts w:ascii="Sylfaen" w:hAnsi="Sylfaen" w:cs="Sylfaen"/>
          <w:sz w:val="18"/>
          <w:szCs w:val="18"/>
        </w:rPr>
        <w:t>სამუშაო</w:t>
      </w:r>
      <w:proofErr w:type="spellEnd"/>
      <w:r w:rsidRPr="00C86A0D">
        <w:rPr>
          <w:rFonts w:cstheme="majorHAnsi"/>
          <w:sz w:val="18"/>
          <w:szCs w:val="18"/>
        </w:rPr>
        <w:t xml:space="preserve"> </w:t>
      </w:r>
      <w:proofErr w:type="spellStart"/>
      <w:r w:rsidRPr="00C86A0D">
        <w:rPr>
          <w:rFonts w:ascii="Sylfaen" w:hAnsi="Sylfaen" w:cs="Sylfaen"/>
          <w:sz w:val="18"/>
          <w:szCs w:val="18"/>
        </w:rPr>
        <w:t>დღის</w:t>
      </w:r>
      <w:proofErr w:type="spellEnd"/>
      <w:r w:rsidRPr="00C86A0D">
        <w:rPr>
          <w:rFonts w:cstheme="majorHAnsi"/>
          <w:sz w:val="18"/>
          <w:szCs w:val="18"/>
        </w:rPr>
        <w:t xml:space="preserve"> </w:t>
      </w:r>
      <w:proofErr w:type="spellStart"/>
      <w:r w:rsidRPr="00C86A0D">
        <w:rPr>
          <w:rFonts w:ascii="Sylfaen" w:hAnsi="Sylfaen" w:cs="Sylfaen"/>
          <w:sz w:val="18"/>
          <w:szCs w:val="18"/>
        </w:rPr>
        <w:t>ვადაში</w:t>
      </w:r>
      <w:proofErr w:type="spellEnd"/>
      <w:r w:rsidRPr="00C86A0D">
        <w:rPr>
          <w:rFonts w:cstheme="majorHAnsi"/>
          <w:sz w:val="18"/>
          <w:szCs w:val="18"/>
        </w:rPr>
        <w:t xml:space="preserve"> </w:t>
      </w:r>
      <w:proofErr w:type="spellStart"/>
      <w:r w:rsidRPr="00C86A0D">
        <w:rPr>
          <w:rFonts w:ascii="Sylfaen" w:hAnsi="Sylfaen" w:cs="Sylfaen"/>
          <w:sz w:val="18"/>
          <w:szCs w:val="18"/>
        </w:rPr>
        <w:t>არ</w:t>
      </w:r>
      <w:proofErr w:type="spellEnd"/>
      <w:r w:rsidRPr="00C86A0D">
        <w:rPr>
          <w:rFonts w:cstheme="majorHAnsi"/>
          <w:sz w:val="18"/>
          <w:szCs w:val="18"/>
        </w:rPr>
        <w:t xml:space="preserve"> </w:t>
      </w:r>
      <w:proofErr w:type="spellStart"/>
      <w:r w:rsidRPr="00C86A0D">
        <w:rPr>
          <w:rFonts w:ascii="Sylfaen" w:hAnsi="Sylfaen" w:cs="Sylfaen"/>
          <w:sz w:val="18"/>
          <w:szCs w:val="18"/>
        </w:rPr>
        <w:t>განაახლებს</w:t>
      </w:r>
      <w:proofErr w:type="spellEnd"/>
      <w:r w:rsidRPr="00C86A0D">
        <w:rPr>
          <w:rFonts w:cstheme="majorHAnsi"/>
          <w:sz w:val="18"/>
          <w:szCs w:val="18"/>
        </w:rPr>
        <w:t xml:space="preserve"> </w:t>
      </w:r>
      <w:proofErr w:type="spellStart"/>
      <w:r w:rsidRPr="00C86A0D">
        <w:rPr>
          <w:rFonts w:ascii="Sylfaen" w:hAnsi="Sylfaen" w:cs="Sylfaen"/>
          <w:sz w:val="18"/>
          <w:szCs w:val="18"/>
        </w:rPr>
        <w:t>სამუშაოების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წარმოებას</w:t>
      </w:r>
      <w:proofErr w:type="spellEnd"/>
      <w:r w:rsidRPr="00C86A0D">
        <w:rPr>
          <w:rFonts w:cstheme="majorHAnsi"/>
          <w:sz w:val="18"/>
          <w:szCs w:val="18"/>
        </w:rPr>
        <w:t xml:space="preserve">, </w:t>
      </w:r>
      <w:proofErr w:type="spellStart"/>
      <w:r w:rsidRPr="00C86A0D">
        <w:rPr>
          <w:rFonts w:ascii="Sylfaen" w:hAnsi="Sylfaen" w:cs="Sylfaen"/>
          <w:sz w:val="18"/>
          <w:szCs w:val="18"/>
        </w:rPr>
        <w:t>ხელშეკრულებით</w:t>
      </w:r>
      <w:proofErr w:type="spellEnd"/>
      <w:r w:rsidRPr="00C86A0D">
        <w:rPr>
          <w:rFonts w:cstheme="majorHAnsi"/>
          <w:sz w:val="18"/>
          <w:szCs w:val="18"/>
        </w:rPr>
        <w:t xml:space="preserve"> </w:t>
      </w:r>
      <w:proofErr w:type="spellStart"/>
      <w:r w:rsidRPr="00C86A0D">
        <w:rPr>
          <w:rFonts w:ascii="Sylfaen" w:hAnsi="Sylfaen" w:cs="Sylfaen"/>
          <w:sz w:val="18"/>
          <w:szCs w:val="18"/>
        </w:rPr>
        <w:t>გათვალისწინებული</w:t>
      </w:r>
      <w:proofErr w:type="spellEnd"/>
      <w:r w:rsidRPr="00C86A0D">
        <w:rPr>
          <w:rFonts w:cstheme="majorHAnsi"/>
          <w:sz w:val="18"/>
          <w:szCs w:val="18"/>
        </w:rPr>
        <w:t xml:space="preserve"> </w:t>
      </w:r>
      <w:proofErr w:type="spellStart"/>
      <w:r w:rsidRPr="00C86A0D">
        <w:rPr>
          <w:rFonts w:ascii="Sylfaen" w:hAnsi="Sylfaen" w:cs="Sylfaen"/>
          <w:sz w:val="18"/>
          <w:szCs w:val="18"/>
        </w:rPr>
        <w:t>სამუშაოების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დამთავრების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ვადა</w:t>
      </w:r>
      <w:proofErr w:type="spellEnd"/>
      <w:r w:rsidRPr="00C86A0D">
        <w:rPr>
          <w:rFonts w:cstheme="majorHAnsi"/>
          <w:sz w:val="18"/>
          <w:szCs w:val="18"/>
        </w:rPr>
        <w:t xml:space="preserve"> </w:t>
      </w:r>
      <w:proofErr w:type="spellStart"/>
      <w:r w:rsidRPr="00C86A0D">
        <w:rPr>
          <w:rFonts w:ascii="Sylfaen" w:hAnsi="Sylfaen" w:cs="Sylfaen"/>
          <w:sz w:val="18"/>
          <w:szCs w:val="18"/>
        </w:rPr>
        <w:t>გადაიწევს</w:t>
      </w:r>
      <w:proofErr w:type="spellEnd"/>
      <w:r w:rsidRPr="00C86A0D">
        <w:rPr>
          <w:rFonts w:cstheme="majorHAnsi"/>
          <w:sz w:val="18"/>
          <w:szCs w:val="18"/>
        </w:rPr>
        <w:t xml:space="preserve"> </w:t>
      </w:r>
      <w:proofErr w:type="spellStart"/>
      <w:r w:rsidRPr="00C86A0D">
        <w:rPr>
          <w:rFonts w:ascii="Sylfaen" w:hAnsi="Sylfaen" w:cs="Sylfaen"/>
          <w:sz w:val="18"/>
          <w:szCs w:val="18"/>
        </w:rPr>
        <w:t>მხოლოდ</w:t>
      </w:r>
      <w:proofErr w:type="spellEnd"/>
      <w:r w:rsidRPr="00C86A0D">
        <w:rPr>
          <w:rFonts w:cstheme="majorHAnsi"/>
          <w:sz w:val="18"/>
          <w:szCs w:val="18"/>
        </w:rPr>
        <w:t xml:space="preserve"> </w:t>
      </w:r>
      <w:proofErr w:type="spellStart"/>
      <w:r w:rsidRPr="00C86A0D">
        <w:rPr>
          <w:rFonts w:ascii="Sylfaen" w:hAnsi="Sylfaen" w:cs="Sylfaen"/>
          <w:sz w:val="18"/>
          <w:szCs w:val="18"/>
        </w:rPr>
        <w:t>იმ</w:t>
      </w:r>
      <w:proofErr w:type="spellEnd"/>
      <w:r w:rsidR="00CF6538">
        <w:rPr>
          <w:rFonts w:ascii="Sylfaen" w:hAnsi="Sylfaen" w:cs="Sylfaen"/>
          <w:sz w:val="18"/>
          <w:szCs w:val="18"/>
        </w:rPr>
        <w:t xml:space="preserve"> </w:t>
      </w:r>
      <w:proofErr w:type="spellStart"/>
      <w:r w:rsidR="00CF6538" w:rsidRPr="00C86A0D">
        <w:rPr>
          <w:rFonts w:ascii="Sylfaen" w:hAnsi="Sylfaen" w:cs="Sylfaen"/>
          <w:sz w:val="18"/>
          <w:szCs w:val="18"/>
        </w:rPr>
        <w:t>დღეები</w:t>
      </w:r>
      <w:r w:rsidR="00CF6538">
        <w:rPr>
          <w:rFonts w:ascii="Sylfaen" w:hAnsi="Sylfaen" w:cs="Sylfaen"/>
          <w:sz w:val="18"/>
          <w:szCs w:val="18"/>
        </w:rPr>
        <w:t>ს</w:t>
      </w:r>
      <w:proofErr w:type="spellEnd"/>
      <w:r w:rsidR="00CF6538">
        <w:rPr>
          <w:rFonts w:ascii="Sylfaen" w:hAnsi="Sylfaen" w:cs="Sylfaen"/>
          <w:sz w:val="18"/>
          <w:szCs w:val="18"/>
        </w:rPr>
        <w:t xml:space="preserve"> </w:t>
      </w:r>
      <w:proofErr w:type="spellStart"/>
      <w:r w:rsidRPr="00C86A0D">
        <w:rPr>
          <w:rFonts w:ascii="Sylfaen" w:hAnsi="Sylfaen" w:cs="Sylfaen"/>
          <w:sz w:val="18"/>
          <w:szCs w:val="18"/>
        </w:rPr>
        <w:t>რაოდენობი</w:t>
      </w:r>
      <w:r w:rsidR="00CF6538">
        <w:rPr>
          <w:rFonts w:ascii="Sylfaen" w:hAnsi="Sylfaen" w:cs="Sylfaen"/>
          <w:sz w:val="18"/>
          <w:szCs w:val="18"/>
        </w:rPr>
        <w:t>თ</w:t>
      </w:r>
      <w:proofErr w:type="spellEnd"/>
      <w:r w:rsidRPr="00C86A0D">
        <w:rPr>
          <w:rFonts w:cstheme="majorHAnsi"/>
          <w:sz w:val="18"/>
          <w:szCs w:val="18"/>
        </w:rPr>
        <w:t xml:space="preserve">, </w:t>
      </w:r>
      <w:proofErr w:type="spellStart"/>
      <w:r w:rsidRPr="00C86A0D">
        <w:rPr>
          <w:rFonts w:ascii="Sylfaen" w:hAnsi="Sylfaen" w:cs="Sylfaen"/>
          <w:sz w:val="18"/>
          <w:szCs w:val="18"/>
        </w:rPr>
        <w:t>რაც</w:t>
      </w:r>
      <w:proofErr w:type="spellEnd"/>
      <w:r w:rsidRPr="00C86A0D">
        <w:rPr>
          <w:rFonts w:cstheme="majorHAnsi"/>
          <w:sz w:val="18"/>
          <w:szCs w:val="18"/>
        </w:rPr>
        <w:t xml:space="preserve"> </w:t>
      </w:r>
      <w:proofErr w:type="spellStart"/>
      <w:r w:rsidRPr="00C86A0D">
        <w:rPr>
          <w:rFonts w:ascii="Sylfaen" w:hAnsi="Sylfaen" w:cs="Sylfaen"/>
          <w:sz w:val="18"/>
          <w:szCs w:val="18"/>
        </w:rPr>
        <w:t>გავიდა</w:t>
      </w:r>
      <w:proofErr w:type="spellEnd"/>
      <w:r w:rsidRPr="00C86A0D">
        <w:rPr>
          <w:rFonts w:cstheme="majorHAnsi"/>
          <w:sz w:val="18"/>
          <w:szCs w:val="18"/>
        </w:rPr>
        <w:t xml:space="preserve"> </w:t>
      </w:r>
      <w:proofErr w:type="spellStart"/>
      <w:r w:rsidRPr="00C86A0D">
        <w:rPr>
          <w:rFonts w:ascii="Sylfaen" w:hAnsi="Sylfaen" w:cs="Sylfaen"/>
          <w:sz w:val="18"/>
          <w:szCs w:val="18"/>
        </w:rPr>
        <w:t>მენარდის</w:t>
      </w:r>
      <w:proofErr w:type="spellEnd"/>
      <w:r w:rsidRPr="00C86A0D">
        <w:rPr>
          <w:rFonts w:cstheme="majorHAnsi"/>
          <w:sz w:val="18"/>
          <w:szCs w:val="18"/>
        </w:rPr>
        <w:t xml:space="preserve"> </w:t>
      </w:r>
      <w:proofErr w:type="spellStart"/>
      <w:r w:rsidRPr="00C86A0D">
        <w:rPr>
          <w:rFonts w:ascii="Sylfaen" w:hAnsi="Sylfaen" w:cs="Sylfaen"/>
          <w:sz w:val="18"/>
          <w:szCs w:val="18"/>
        </w:rPr>
        <w:t>მიერ</w:t>
      </w:r>
      <w:proofErr w:type="spellEnd"/>
      <w:r w:rsidRPr="00C86A0D">
        <w:rPr>
          <w:rFonts w:cstheme="majorHAnsi"/>
          <w:sz w:val="18"/>
          <w:szCs w:val="18"/>
        </w:rPr>
        <w:t xml:space="preserve"> </w:t>
      </w:r>
      <w:proofErr w:type="spellStart"/>
      <w:r w:rsidRPr="00C86A0D">
        <w:rPr>
          <w:rFonts w:ascii="Sylfaen" w:hAnsi="Sylfaen" w:cs="Sylfaen"/>
          <w:sz w:val="18"/>
          <w:szCs w:val="18"/>
        </w:rPr>
        <w:t>სამუშაოს</w:t>
      </w:r>
      <w:proofErr w:type="spellEnd"/>
      <w:r w:rsidRPr="00C86A0D">
        <w:rPr>
          <w:rFonts w:cstheme="majorHAnsi"/>
          <w:sz w:val="18"/>
          <w:szCs w:val="18"/>
        </w:rPr>
        <w:t xml:space="preserve"> </w:t>
      </w:r>
      <w:proofErr w:type="spellStart"/>
      <w:r w:rsidRPr="00C86A0D">
        <w:rPr>
          <w:rFonts w:ascii="Sylfaen" w:hAnsi="Sylfaen" w:cs="Sylfaen"/>
          <w:sz w:val="18"/>
          <w:szCs w:val="18"/>
        </w:rPr>
        <w:t>შესრულების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შეჩერებიდან</w:t>
      </w:r>
      <w:proofErr w:type="spellEnd"/>
      <w:r w:rsidRPr="00C86A0D">
        <w:rPr>
          <w:rFonts w:cstheme="majorHAnsi"/>
          <w:sz w:val="18"/>
          <w:szCs w:val="18"/>
        </w:rPr>
        <w:t xml:space="preserve"> </w:t>
      </w:r>
      <w:proofErr w:type="spellStart"/>
      <w:r w:rsidRPr="00C86A0D">
        <w:rPr>
          <w:rFonts w:ascii="Sylfaen" w:hAnsi="Sylfaen" w:cs="Sylfaen"/>
          <w:sz w:val="18"/>
          <w:szCs w:val="18"/>
        </w:rPr>
        <w:t>დამკვეთის</w:t>
      </w:r>
      <w:proofErr w:type="spellEnd"/>
      <w:r w:rsidRPr="00C86A0D">
        <w:rPr>
          <w:rFonts w:cstheme="majorHAnsi"/>
          <w:sz w:val="18"/>
          <w:szCs w:val="18"/>
        </w:rPr>
        <w:t xml:space="preserve"> </w:t>
      </w:r>
      <w:proofErr w:type="spellStart"/>
      <w:r w:rsidRPr="00C86A0D">
        <w:rPr>
          <w:rFonts w:ascii="Sylfaen" w:hAnsi="Sylfaen" w:cs="Sylfaen"/>
          <w:sz w:val="18"/>
          <w:szCs w:val="18"/>
        </w:rPr>
        <w:t>მიერ</w:t>
      </w:r>
      <w:proofErr w:type="spellEnd"/>
      <w:r w:rsidRPr="00C86A0D">
        <w:rPr>
          <w:rFonts w:cstheme="majorHAnsi"/>
          <w:sz w:val="18"/>
          <w:szCs w:val="18"/>
        </w:rPr>
        <w:t xml:space="preserve"> </w:t>
      </w:r>
      <w:proofErr w:type="spellStart"/>
      <w:r w:rsidRPr="00C86A0D">
        <w:rPr>
          <w:rFonts w:ascii="Sylfaen" w:hAnsi="Sylfaen" w:cs="Sylfaen"/>
          <w:sz w:val="18"/>
          <w:szCs w:val="18"/>
        </w:rPr>
        <w:t>დავალიანების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დაფარვამდე</w:t>
      </w:r>
      <w:proofErr w:type="spellEnd"/>
      <w:r w:rsidRPr="00C86A0D">
        <w:rPr>
          <w:rFonts w:cstheme="majorHAnsi"/>
          <w:sz w:val="18"/>
          <w:szCs w:val="18"/>
        </w:rPr>
        <w:t>.</w:t>
      </w:r>
    </w:p>
    <w:p w14:paraId="62C6D411" w14:textId="4B2ED7EB" w:rsidR="004B6084" w:rsidRDefault="00A74260" w:rsidP="00185C20">
      <w:pPr>
        <w:pStyle w:val="ListParagraph"/>
        <w:numPr>
          <w:ilvl w:val="1"/>
          <w:numId w:val="13"/>
        </w:numPr>
        <w:jc w:val="both"/>
        <w:rPr>
          <w:rFonts w:cstheme="majorHAnsi"/>
          <w:sz w:val="18"/>
          <w:szCs w:val="18"/>
        </w:rPr>
      </w:pPr>
      <w:proofErr w:type="spellStart"/>
      <w:r w:rsidRPr="009E743E">
        <w:rPr>
          <w:rFonts w:ascii="Sylfaen" w:hAnsi="Sylfaen" w:cs="Sylfaen"/>
          <w:sz w:val="18"/>
          <w:szCs w:val="18"/>
        </w:rPr>
        <w:t>ხელშეკრულებით</w:t>
      </w:r>
      <w:proofErr w:type="spellEnd"/>
      <w:r w:rsidRPr="0026742B">
        <w:rPr>
          <w:rFonts w:cstheme="majorHAnsi"/>
          <w:sz w:val="18"/>
          <w:szCs w:val="18"/>
        </w:rPr>
        <w:t xml:space="preserve"> </w:t>
      </w:r>
      <w:proofErr w:type="spellStart"/>
      <w:r w:rsidRPr="0026742B">
        <w:rPr>
          <w:rFonts w:ascii="Sylfaen" w:hAnsi="Sylfaen" w:cs="Sylfaen"/>
          <w:sz w:val="18"/>
          <w:szCs w:val="18"/>
        </w:rPr>
        <w:t>გათვალისწინებული</w:t>
      </w:r>
      <w:proofErr w:type="spellEnd"/>
      <w:r w:rsidRPr="0026742B">
        <w:rPr>
          <w:rFonts w:cstheme="majorHAnsi"/>
          <w:sz w:val="18"/>
          <w:szCs w:val="18"/>
        </w:rPr>
        <w:t xml:space="preserve"> </w:t>
      </w:r>
      <w:proofErr w:type="spellStart"/>
      <w:r w:rsidRPr="0026742B">
        <w:rPr>
          <w:rFonts w:ascii="Sylfaen" w:hAnsi="Sylfaen" w:cs="Sylfaen"/>
          <w:sz w:val="18"/>
          <w:szCs w:val="18"/>
        </w:rPr>
        <w:t>სამუშაოების</w:t>
      </w:r>
      <w:proofErr w:type="spellEnd"/>
      <w:r w:rsidRPr="0026742B">
        <w:rPr>
          <w:rFonts w:cstheme="majorHAnsi"/>
          <w:sz w:val="18"/>
          <w:szCs w:val="18"/>
        </w:rPr>
        <w:t xml:space="preserve"> </w:t>
      </w:r>
      <w:proofErr w:type="spellStart"/>
      <w:r w:rsidRPr="0026742B">
        <w:rPr>
          <w:rFonts w:ascii="Sylfaen" w:hAnsi="Sylfaen" w:cs="Sylfaen"/>
          <w:sz w:val="18"/>
          <w:szCs w:val="18"/>
        </w:rPr>
        <w:t>დამთავრების</w:t>
      </w:r>
      <w:proofErr w:type="spellEnd"/>
      <w:r w:rsidRPr="0026742B">
        <w:rPr>
          <w:rFonts w:cstheme="majorHAnsi"/>
          <w:sz w:val="18"/>
          <w:szCs w:val="18"/>
        </w:rPr>
        <w:t xml:space="preserve"> </w:t>
      </w:r>
      <w:proofErr w:type="spellStart"/>
      <w:r w:rsidRPr="0026742B">
        <w:rPr>
          <w:rFonts w:ascii="Sylfaen" w:hAnsi="Sylfaen" w:cs="Sylfaen"/>
          <w:sz w:val="18"/>
          <w:szCs w:val="18"/>
        </w:rPr>
        <w:t>ვადა</w:t>
      </w:r>
      <w:proofErr w:type="spellEnd"/>
      <w:r w:rsidRPr="0026742B">
        <w:rPr>
          <w:rFonts w:cstheme="majorHAnsi"/>
          <w:sz w:val="18"/>
          <w:szCs w:val="18"/>
        </w:rPr>
        <w:t xml:space="preserve">, </w:t>
      </w:r>
      <w:proofErr w:type="spellStart"/>
      <w:r w:rsidRPr="0026742B">
        <w:rPr>
          <w:rFonts w:ascii="Sylfaen" w:hAnsi="Sylfaen" w:cs="Sylfaen"/>
          <w:sz w:val="18"/>
          <w:szCs w:val="18"/>
        </w:rPr>
        <w:t>მხარეთა</w:t>
      </w:r>
      <w:proofErr w:type="spellEnd"/>
      <w:r w:rsidRPr="0026742B">
        <w:rPr>
          <w:rFonts w:cstheme="majorHAnsi"/>
          <w:sz w:val="18"/>
          <w:szCs w:val="18"/>
        </w:rPr>
        <w:t xml:space="preserve"> </w:t>
      </w:r>
      <w:proofErr w:type="spellStart"/>
      <w:r w:rsidRPr="0026742B">
        <w:rPr>
          <w:rFonts w:ascii="Sylfaen" w:hAnsi="Sylfaen" w:cs="Sylfaen"/>
          <w:sz w:val="18"/>
          <w:szCs w:val="18"/>
        </w:rPr>
        <w:t>ორმხრივი</w:t>
      </w:r>
      <w:proofErr w:type="spellEnd"/>
      <w:r w:rsidRPr="0026742B">
        <w:rPr>
          <w:rFonts w:cstheme="majorHAnsi"/>
          <w:sz w:val="18"/>
          <w:szCs w:val="18"/>
        </w:rPr>
        <w:t xml:space="preserve"> </w:t>
      </w:r>
      <w:proofErr w:type="spellStart"/>
      <w:r w:rsidRPr="0026742B">
        <w:rPr>
          <w:rFonts w:ascii="Sylfaen" w:hAnsi="Sylfaen" w:cs="Sylfaen"/>
          <w:sz w:val="18"/>
          <w:szCs w:val="18"/>
        </w:rPr>
        <w:t>წერილობითი</w:t>
      </w:r>
      <w:proofErr w:type="spellEnd"/>
      <w:r w:rsidRPr="0026742B">
        <w:rPr>
          <w:rFonts w:cstheme="majorHAnsi"/>
          <w:sz w:val="18"/>
          <w:szCs w:val="18"/>
        </w:rPr>
        <w:t xml:space="preserve"> </w:t>
      </w:r>
      <w:proofErr w:type="spellStart"/>
      <w:r w:rsidRPr="0026742B">
        <w:rPr>
          <w:rFonts w:ascii="Sylfaen" w:hAnsi="Sylfaen" w:cs="Sylfaen"/>
          <w:sz w:val="18"/>
          <w:szCs w:val="18"/>
        </w:rPr>
        <w:t>შეთანხმებით</w:t>
      </w:r>
      <w:proofErr w:type="spellEnd"/>
      <w:r w:rsidRPr="0026742B">
        <w:rPr>
          <w:rFonts w:cstheme="majorHAnsi"/>
          <w:sz w:val="18"/>
          <w:szCs w:val="18"/>
        </w:rPr>
        <w:t xml:space="preserve">, </w:t>
      </w:r>
      <w:proofErr w:type="spellStart"/>
      <w:r w:rsidRPr="0026742B">
        <w:rPr>
          <w:rFonts w:ascii="Sylfaen" w:hAnsi="Sylfaen" w:cs="Sylfaen"/>
          <w:sz w:val="18"/>
          <w:szCs w:val="18"/>
        </w:rPr>
        <w:t>ასევე</w:t>
      </w:r>
      <w:proofErr w:type="spellEnd"/>
      <w:r w:rsidRPr="0026742B">
        <w:rPr>
          <w:rFonts w:cstheme="majorHAnsi"/>
          <w:sz w:val="18"/>
          <w:szCs w:val="18"/>
        </w:rPr>
        <w:t xml:space="preserve"> </w:t>
      </w:r>
      <w:proofErr w:type="spellStart"/>
      <w:r w:rsidRPr="0026742B">
        <w:rPr>
          <w:rFonts w:ascii="Sylfaen" w:hAnsi="Sylfaen" w:cs="Sylfaen"/>
          <w:sz w:val="18"/>
          <w:szCs w:val="18"/>
        </w:rPr>
        <w:t>გაიზრდება</w:t>
      </w:r>
      <w:proofErr w:type="spellEnd"/>
      <w:r w:rsidRPr="0026742B">
        <w:rPr>
          <w:rFonts w:cstheme="majorHAnsi"/>
          <w:sz w:val="18"/>
          <w:szCs w:val="18"/>
        </w:rPr>
        <w:t xml:space="preserve"> </w:t>
      </w:r>
      <w:proofErr w:type="spellStart"/>
      <w:r w:rsidRPr="0026742B">
        <w:rPr>
          <w:rFonts w:ascii="Sylfaen" w:hAnsi="Sylfaen" w:cs="Sylfaen"/>
          <w:sz w:val="18"/>
          <w:szCs w:val="18"/>
        </w:rPr>
        <w:t>იმ</w:t>
      </w:r>
      <w:proofErr w:type="spellEnd"/>
      <w:r w:rsidRPr="0026742B">
        <w:rPr>
          <w:rFonts w:cstheme="majorHAnsi"/>
          <w:sz w:val="18"/>
          <w:szCs w:val="18"/>
        </w:rPr>
        <w:t xml:space="preserve"> </w:t>
      </w:r>
      <w:proofErr w:type="spellStart"/>
      <w:r w:rsidRPr="0026742B">
        <w:rPr>
          <w:rFonts w:ascii="Sylfaen" w:hAnsi="Sylfaen" w:cs="Sylfaen"/>
          <w:sz w:val="18"/>
          <w:szCs w:val="18"/>
        </w:rPr>
        <w:t>შემთხვევაში</w:t>
      </w:r>
      <w:proofErr w:type="spellEnd"/>
      <w:r w:rsidRPr="0026742B">
        <w:rPr>
          <w:rFonts w:cstheme="majorHAnsi"/>
          <w:sz w:val="18"/>
          <w:szCs w:val="18"/>
        </w:rPr>
        <w:t xml:space="preserve">, </w:t>
      </w:r>
      <w:proofErr w:type="spellStart"/>
      <w:r w:rsidRPr="0026742B">
        <w:rPr>
          <w:rFonts w:ascii="Sylfaen" w:hAnsi="Sylfaen" w:cs="Sylfaen"/>
          <w:sz w:val="18"/>
          <w:szCs w:val="18"/>
        </w:rPr>
        <w:t>თუ</w:t>
      </w:r>
      <w:proofErr w:type="spellEnd"/>
      <w:r w:rsidRPr="0026742B">
        <w:rPr>
          <w:rFonts w:cstheme="majorHAnsi"/>
          <w:sz w:val="18"/>
          <w:szCs w:val="18"/>
        </w:rPr>
        <w:t xml:space="preserve"> </w:t>
      </w:r>
      <w:proofErr w:type="spellStart"/>
      <w:r w:rsidRPr="0026742B">
        <w:rPr>
          <w:rFonts w:ascii="Sylfaen" w:hAnsi="Sylfaen" w:cs="Sylfaen"/>
          <w:sz w:val="18"/>
          <w:szCs w:val="18"/>
        </w:rPr>
        <w:t>დამკვეთი</w:t>
      </w:r>
      <w:proofErr w:type="spellEnd"/>
      <w:r w:rsidRPr="0026742B">
        <w:rPr>
          <w:rFonts w:cstheme="majorHAnsi"/>
          <w:sz w:val="18"/>
          <w:szCs w:val="18"/>
        </w:rPr>
        <w:t xml:space="preserve"> </w:t>
      </w:r>
      <w:proofErr w:type="spellStart"/>
      <w:r w:rsidRPr="0026742B">
        <w:rPr>
          <w:rFonts w:ascii="Sylfaen" w:hAnsi="Sylfaen" w:cs="Sylfaen"/>
          <w:sz w:val="18"/>
          <w:szCs w:val="18"/>
        </w:rPr>
        <w:t>ვერ</w:t>
      </w:r>
      <w:proofErr w:type="spellEnd"/>
      <w:r w:rsidRPr="0026742B">
        <w:rPr>
          <w:rFonts w:cstheme="majorHAnsi"/>
          <w:sz w:val="18"/>
          <w:szCs w:val="18"/>
        </w:rPr>
        <w:t xml:space="preserve"> </w:t>
      </w:r>
      <w:proofErr w:type="spellStart"/>
      <w:r w:rsidRPr="0026742B">
        <w:rPr>
          <w:rFonts w:ascii="Sylfaen" w:hAnsi="Sylfaen" w:cs="Sylfaen"/>
          <w:sz w:val="18"/>
          <w:szCs w:val="18"/>
        </w:rPr>
        <w:t>უზრუნველყოფს</w:t>
      </w:r>
      <w:proofErr w:type="spellEnd"/>
      <w:r w:rsidRPr="0026742B">
        <w:rPr>
          <w:rFonts w:cstheme="majorHAnsi"/>
          <w:sz w:val="18"/>
          <w:szCs w:val="18"/>
        </w:rPr>
        <w:t xml:space="preserve"> </w:t>
      </w:r>
      <w:proofErr w:type="spellStart"/>
      <w:r w:rsidRPr="0026742B">
        <w:rPr>
          <w:rFonts w:ascii="Sylfaen" w:hAnsi="Sylfaen" w:cs="Sylfaen"/>
          <w:sz w:val="18"/>
          <w:szCs w:val="18"/>
        </w:rPr>
        <w:t>ამ</w:t>
      </w:r>
      <w:proofErr w:type="spellEnd"/>
      <w:r w:rsidRPr="0026742B">
        <w:rPr>
          <w:rFonts w:cstheme="majorHAnsi"/>
          <w:sz w:val="18"/>
          <w:szCs w:val="18"/>
        </w:rPr>
        <w:t xml:space="preserve"> </w:t>
      </w:r>
      <w:proofErr w:type="spellStart"/>
      <w:r w:rsidRPr="0026742B">
        <w:rPr>
          <w:rFonts w:ascii="Sylfaen" w:hAnsi="Sylfaen" w:cs="Sylfaen"/>
          <w:sz w:val="18"/>
          <w:szCs w:val="18"/>
        </w:rPr>
        <w:t>ხელშეკრულებით</w:t>
      </w:r>
      <w:proofErr w:type="spellEnd"/>
      <w:r w:rsidRPr="0026742B">
        <w:rPr>
          <w:rFonts w:cstheme="majorHAnsi"/>
          <w:sz w:val="18"/>
          <w:szCs w:val="18"/>
        </w:rPr>
        <w:t xml:space="preserve"> </w:t>
      </w:r>
      <w:proofErr w:type="spellStart"/>
      <w:r w:rsidRPr="0026742B">
        <w:rPr>
          <w:rFonts w:ascii="Sylfaen" w:hAnsi="Sylfaen" w:cs="Sylfaen"/>
          <w:sz w:val="18"/>
          <w:szCs w:val="18"/>
        </w:rPr>
        <w:t>მასზე</w:t>
      </w:r>
      <w:proofErr w:type="spellEnd"/>
      <w:r w:rsidRPr="0026742B">
        <w:rPr>
          <w:rFonts w:cstheme="majorHAnsi"/>
          <w:sz w:val="18"/>
          <w:szCs w:val="18"/>
        </w:rPr>
        <w:t xml:space="preserve"> </w:t>
      </w:r>
      <w:proofErr w:type="spellStart"/>
      <w:r w:rsidRPr="0026742B">
        <w:rPr>
          <w:rFonts w:ascii="Sylfaen" w:hAnsi="Sylfaen" w:cs="Sylfaen"/>
          <w:sz w:val="18"/>
          <w:szCs w:val="18"/>
        </w:rPr>
        <w:t>ნაკისრი</w:t>
      </w:r>
      <w:proofErr w:type="spellEnd"/>
      <w:r w:rsidRPr="0026742B">
        <w:rPr>
          <w:rFonts w:cstheme="majorHAnsi"/>
          <w:sz w:val="18"/>
          <w:szCs w:val="18"/>
        </w:rPr>
        <w:t xml:space="preserve"> </w:t>
      </w:r>
      <w:proofErr w:type="spellStart"/>
      <w:r w:rsidRPr="0026742B">
        <w:rPr>
          <w:rFonts w:ascii="Sylfaen" w:hAnsi="Sylfaen" w:cs="Sylfaen"/>
          <w:sz w:val="18"/>
          <w:szCs w:val="18"/>
        </w:rPr>
        <w:t>რომელიმე</w:t>
      </w:r>
      <w:proofErr w:type="spellEnd"/>
      <w:r w:rsidRPr="0026742B">
        <w:rPr>
          <w:rFonts w:cstheme="majorHAnsi"/>
          <w:sz w:val="18"/>
          <w:szCs w:val="18"/>
        </w:rPr>
        <w:t xml:space="preserve"> </w:t>
      </w:r>
      <w:proofErr w:type="spellStart"/>
      <w:r w:rsidRPr="0026742B">
        <w:rPr>
          <w:rFonts w:ascii="Sylfaen" w:hAnsi="Sylfaen" w:cs="Sylfaen"/>
          <w:sz w:val="18"/>
          <w:szCs w:val="18"/>
        </w:rPr>
        <w:t>ისეთი</w:t>
      </w:r>
      <w:proofErr w:type="spellEnd"/>
      <w:r w:rsidRPr="0026742B">
        <w:rPr>
          <w:rFonts w:cstheme="majorHAnsi"/>
          <w:sz w:val="18"/>
          <w:szCs w:val="18"/>
        </w:rPr>
        <w:t xml:space="preserve"> </w:t>
      </w:r>
      <w:proofErr w:type="spellStart"/>
      <w:r w:rsidRPr="0026742B">
        <w:rPr>
          <w:rFonts w:ascii="Sylfaen" w:hAnsi="Sylfaen" w:cs="Sylfaen"/>
          <w:sz w:val="18"/>
          <w:szCs w:val="18"/>
        </w:rPr>
        <w:t>ვალდებულების</w:t>
      </w:r>
      <w:proofErr w:type="spellEnd"/>
      <w:r w:rsidRPr="0026742B">
        <w:rPr>
          <w:rFonts w:cstheme="majorHAnsi"/>
          <w:sz w:val="18"/>
          <w:szCs w:val="18"/>
        </w:rPr>
        <w:t xml:space="preserve"> </w:t>
      </w:r>
      <w:proofErr w:type="spellStart"/>
      <w:r w:rsidRPr="0026742B">
        <w:rPr>
          <w:rFonts w:ascii="Sylfaen" w:hAnsi="Sylfaen" w:cs="Sylfaen"/>
          <w:sz w:val="18"/>
          <w:szCs w:val="18"/>
        </w:rPr>
        <w:t>შესრულებას</w:t>
      </w:r>
      <w:proofErr w:type="spellEnd"/>
      <w:r w:rsidRPr="0026742B">
        <w:rPr>
          <w:rFonts w:cstheme="majorHAnsi"/>
          <w:sz w:val="18"/>
          <w:szCs w:val="18"/>
        </w:rPr>
        <w:t xml:space="preserve">, </w:t>
      </w:r>
      <w:proofErr w:type="spellStart"/>
      <w:r w:rsidRPr="0026742B">
        <w:rPr>
          <w:rFonts w:ascii="Sylfaen" w:hAnsi="Sylfaen" w:cs="Sylfaen"/>
          <w:sz w:val="18"/>
          <w:szCs w:val="18"/>
        </w:rPr>
        <w:t>რომლის</w:t>
      </w:r>
      <w:proofErr w:type="spellEnd"/>
      <w:r w:rsidRPr="0026742B">
        <w:rPr>
          <w:rFonts w:cstheme="majorHAnsi"/>
          <w:sz w:val="18"/>
          <w:szCs w:val="18"/>
        </w:rPr>
        <w:t xml:space="preserve"> </w:t>
      </w:r>
      <w:proofErr w:type="spellStart"/>
      <w:r w:rsidRPr="0026742B">
        <w:rPr>
          <w:rFonts w:ascii="Sylfaen" w:hAnsi="Sylfaen" w:cs="Sylfaen"/>
          <w:sz w:val="18"/>
          <w:szCs w:val="18"/>
        </w:rPr>
        <w:t>შეუსრულებლობის</w:t>
      </w:r>
      <w:proofErr w:type="spellEnd"/>
      <w:r w:rsidRPr="0026742B">
        <w:rPr>
          <w:rFonts w:cstheme="majorHAnsi"/>
          <w:sz w:val="18"/>
          <w:szCs w:val="18"/>
        </w:rPr>
        <w:t xml:space="preserve"> </w:t>
      </w:r>
      <w:proofErr w:type="spellStart"/>
      <w:r w:rsidRPr="0026742B">
        <w:rPr>
          <w:rFonts w:ascii="Sylfaen" w:hAnsi="Sylfaen" w:cs="Sylfaen"/>
          <w:sz w:val="18"/>
          <w:szCs w:val="18"/>
        </w:rPr>
        <w:t>გამო</w:t>
      </w:r>
      <w:proofErr w:type="spellEnd"/>
      <w:r w:rsidRPr="0026742B">
        <w:rPr>
          <w:rFonts w:cstheme="majorHAnsi"/>
          <w:sz w:val="18"/>
          <w:szCs w:val="18"/>
        </w:rPr>
        <w:t xml:space="preserve"> </w:t>
      </w:r>
      <w:r w:rsidR="00A4397C">
        <w:rPr>
          <w:rFonts w:ascii="Sylfaen" w:hAnsi="Sylfaen" w:cs="Sylfaen"/>
          <w:sz w:val="18"/>
          <w:szCs w:val="18"/>
          <w:lang w:val="ka-GE"/>
        </w:rPr>
        <w:t>მენარდე</w:t>
      </w:r>
      <w:r w:rsidRPr="0026742B">
        <w:rPr>
          <w:rFonts w:cstheme="majorHAnsi"/>
          <w:sz w:val="18"/>
          <w:szCs w:val="18"/>
        </w:rPr>
        <w:t xml:space="preserve"> </w:t>
      </w:r>
      <w:proofErr w:type="spellStart"/>
      <w:r w:rsidRPr="0026742B">
        <w:rPr>
          <w:rFonts w:ascii="Sylfaen" w:hAnsi="Sylfaen" w:cs="Sylfaen"/>
          <w:sz w:val="18"/>
          <w:szCs w:val="18"/>
        </w:rPr>
        <w:t>მოკლებული</w:t>
      </w:r>
      <w:proofErr w:type="spellEnd"/>
      <w:r w:rsidRPr="0026742B">
        <w:rPr>
          <w:rFonts w:cstheme="majorHAnsi"/>
          <w:sz w:val="18"/>
          <w:szCs w:val="18"/>
        </w:rPr>
        <w:t xml:space="preserve"> </w:t>
      </w:r>
      <w:proofErr w:type="spellStart"/>
      <w:r w:rsidRPr="0026742B">
        <w:rPr>
          <w:rFonts w:ascii="Sylfaen" w:hAnsi="Sylfaen" w:cs="Sylfaen"/>
          <w:sz w:val="18"/>
          <w:szCs w:val="18"/>
        </w:rPr>
        <w:t>იქნება</w:t>
      </w:r>
      <w:proofErr w:type="spellEnd"/>
      <w:r w:rsidRPr="0026742B">
        <w:rPr>
          <w:rFonts w:cstheme="majorHAnsi"/>
          <w:sz w:val="18"/>
          <w:szCs w:val="18"/>
        </w:rPr>
        <w:t xml:space="preserve"> </w:t>
      </w:r>
      <w:proofErr w:type="spellStart"/>
      <w:r w:rsidRPr="0026742B">
        <w:rPr>
          <w:rFonts w:ascii="Sylfaen" w:hAnsi="Sylfaen" w:cs="Sylfaen"/>
          <w:sz w:val="18"/>
          <w:szCs w:val="18"/>
        </w:rPr>
        <w:t>შესაძლებლობას</w:t>
      </w:r>
      <w:proofErr w:type="spellEnd"/>
      <w:r w:rsidRPr="0026742B">
        <w:rPr>
          <w:rFonts w:cstheme="majorHAnsi"/>
          <w:sz w:val="18"/>
          <w:szCs w:val="18"/>
        </w:rPr>
        <w:t xml:space="preserve">, </w:t>
      </w:r>
      <w:proofErr w:type="spellStart"/>
      <w:r w:rsidRPr="0026742B">
        <w:rPr>
          <w:rFonts w:ascii="Sylfaen" w:hAnsi="Sylfaen" w:cs="Sylfaen"/>
          <w:sz w:val="18"/>
          <w:szCs w:val="18"/>
        </w:rPr>
        <w:t>აწარმოოს</w:t>
      </w:r>
      <w:proofErr w:type="spellEnd"/>
      <w:r w:rsidRPr="0026742B">
        <w:rPr>
          <w:rFonts w:cstheme="majorHAnsi"/>
          <w:sz w:val="18"/>
          <w:szCs w:val="18"/>
        </w:rPr>
        <w:t xml:space="preserve"> </w:t>
      </w:r>
      <w:proofErr w:type="spellStart"/>
      <w:r w:rsidRPr="0026742B">
        <w:rPr>
          <w:rFonts w:ascii="Sylfaen" w:hAnsi="Sylfaen" w:cs="Sylfaen"/>
          <w:sz w:val="18"/>
          <w:szCs w:val="18"/>
        </w:rPr>
        <w:t>და</w:t>
      </w:r>
      <w:proofErr w:type="spellEnd"/>
      <w:r w:rsidRPr="0026742B">
        <w:rPr>
          <w:rFonts w:cstheme="majorHAnsi"/>
          <w:sz w:val="18"/>
          <w:szCs w:val="18"/>
        </w:rPr>
        <w:t xml:space="preserve"> </w:t>
      </w:r>
      <w:proofErr w:type="spellStart"/>
      <w:r w:rsidRPr="0026742B">
        <w:rPr>
          <w:rFonts w:ascii="Sylfaen" w:hAnsi="Sylfaen" w:cs="Sylfaen"/>
          <w:sz w:val="18"/>
          <w:szCs w:val="18"/>
        </w:rPr>
        <w:t>შეთანხმებულ</w:t>
      </w:r>
      <w:proofErr w:type="spellEnd"/>
      <w:r w:rsidRPr="0026742B">
        <w:rPr>
          <w:rFonts w:cstheme="majorHAnsi"/>
          <w:sz w:val="18"/>
          <w:szCs w:val="18"/>
        </w:rPr>
        <w:t xml:space="preserve"> </w:t>
      </w:r>
      <w:proofErr w:type="spellStart"/>
      <w:r w:rsidRPr="0026742B">
        <w:rPr>
          <w:rFonts w:ascii="Sylfaen" w:hAnsi="Sylfaen" w:cs="Sylfaen"/>
          <w:sz w:val="18"/>
          <w:szCs w:val="18"/>
        </w:rPr>
        <w:t>დროში</w:t>
      </w:r>
      <w:proofErr w:type="spellEnd"/>
      <w:r w:rsidRPr="0026742B">
        <w:rPr>
          <w:rFonts w:cstheme="majorHAnsi"/>
          <w:sz w:val="18"/>
          <w:szCs w:val="18"/>
        </w:rPr>
        <w:t xml:space="preserve"> </w:t>
      </w:r>
      <w:proofErr w:type="spellStart"/>
      <w:r w:rsidRPr="0026742B">
        <w:rPr>
          <w:rFonts w:ascii="Sylfaen" w:hAnsi="Sylfaen" w:cs="Sylfaen"/>
          <w:sz w:val="18"/>
          <w:szCs w:val="18"/>
        </w:rPr>
        <w:t>დაასრულოს</w:t>
      </w:r>
      <w:proofErr w:type="spellEnd"/>
      <w:r w:rsidRPr="0026742B">
        <w:rPr>
          <w:rFonts w:cstheme="majorHAnsi"/>
          <w:sz w:val="18"/>
          <w:szCs w:val="18"/>
        </w:rPr>
        <w:t xml:space="preserve"> </w:t>
      </w:r>
      <w:proofErr w:type="spellStart"/>
      <w:r w:rsidRPr="0026742B">
        <w:rPr>
          <w:rFonts w:ascii="Sylfaen" w:hAnsi="Sylfaen" w:cs="Sylfaen"/>
          <w:sz w:val="18"/>
          <w:szCs w:val="18"/>
        </w:rPr>
        <w:t>სამუშაოები</w:t>
      </w:r>
      <w:proofErr w:type="spellEnd"/>
      <w:r w:rsidRPr="0026742B">
        <w:rPr>
          <w:rFonts w:cstheme="majorHAnsi"/>
          <w:sz w:val="18"/>
          <w:szCs w:val="18"/>
        </w:rPr>
        <w:t xml:space="preserve">. </w:t>
      </w:r>
      <w:r w:rsidR="00A4397C">
        <w:rPr>
          <w:rFonts w:ascii="Sylfaen" w:hAnsi="Sylfaen" w:cs="Sylfaen"/>
          <w:sz w:val="18"/>
          <w:szCs w:val="18"/>
          <w:lang w:val="ka-GE"/>
        </w:rPr>
        <w:t>მენარდე</w:t>
      </w:r>
      <w:r w:rsidRPr="0026742B">
        <w:rPr>
          <w:rFonts w:cstheme="majorHAnsi"/>
          <w:sz w:val="18"/>
          <w:szCs w:val="18"/>
        </w:rPr>
        <w:t xml:space="preserve"> </w:t>
      </w:r>
      <w:proofErr w:type="spellStart"/>
      <w:r w:rsidRPr="0026742B">
        <w:rPr>
          <w:rFonts w:ascii="Sylfaen" w:hAnsi="Sylfaen" w:cs="Sylfaen"/>
          <w:sz w:val="18"/>
          <w:szCs w:val="18"/>
        </w:rPr>
        <w:t>აღნიშნული</w:t>
      </w:r>
      <w:proofErr w:type="spellEnd"/>
      <w:r w:rsidRPr="0026742B">
        <w:rPr>
          <w:rFonts w:cstheme="majorHAnsi"/>
          <w:sz w:val="18"/>
          <w:szCs w:val="18"/>
        </w:rPr>
        <w:t xml:space="preserve"> </w:t>
      </w:r>
      <w:proofErr w:type="spellStart"/>
      <w:r w:rsidRPr="0026742B">
        <w:rPr>
          <w:rFonts w:ascii="Sylfaen" w:hAnsi="Sylfaen" w:cs="Sylfaen"/>
          <w:sz w:val="18"/>
          <w:szCs w:val="18"/>
        </w:rPr>
        <w:t>გარემოების</w:t>
      </w:r>
      <w:proofErr w:type="spellEnd"/>
      <w:r w:rsidRPr="0026742B">
        <w:rPr>
          <w:rFonts w:cstheme="majorHAnsi"/>
          <w:sz w:val="18"/>
          <w:szCs w:val="18"/>
        </w:rPr>
        <w:t xml:space="preserve"> </w:t>
      </w:r>
      <w:proofErr w:type="spellStart"/>
      <w:r w:rsidRPr="0026742B">
        <w:rPr>
          <w:rFonts w:ascii="Sylfaen" w:hAnsi="Sylfaen" w:cs="Sylfaen"/>
          <w:sz w:val="18"/>
          <w:szCs w:val="18"/>
        </w:rPr>
        <w:t>დადგომის</w:t>
      </w:r>
      <w:proofErr w:type="spellEnd"/>
      <w:r w:rsidRPr="0026742B">
        <w:rPr>
          <w:rFonts w:cstheme="majorHAnsi"/>
          <w:sz w:val="18"/>
          <w:szCs w:val="18"/>
        </w:rPr>
        <w:t xml:space="preserve"> </w:t>
      </w:r>
      <w:proofErr w:type="spellStart"/>
      <w:r w:rsidRPr="0026742B">
        <w:rPr>
          <w:rFonts w:ascii="Sylfaen" w:hAnsi="Sylfaen" w:cs="Sylfaen"/>
          <w:sz w:val="18"/>
          <w:szCs w:val="18"/>
        </w:rPr>
        <w:t>შესახებ</w:t>
      </w:r>
      <w:proofErr w:type="spellEnd"/>
      <w:r w:rsidRPr="0026742B">
        <w:rPr>
          <w:rFonts w:cstheme="majorHAnsi"/>
          <w:sz w:val="18"/>
          <w:szCs w:val="18"/>
        </w:rPr>
        <w:t xml:space="preserve"> </w:t>
      </w:r>
      <w:proofErr w:type="spellStart"/>
      <w:r w:rsidRPr="0026742B">
        <w:rPr>
          <w:rFonts w:ascii="Sylfaen" w:hAnsi="Sylfaen" w:cs="Sylfaen"/>
          <w:sz w:val="18"/>
          <w:szCs w:val="18"/>
        </w:rPr>
        <w:t>წერილობით</w:t>
      </w:r>
      <w:proofErr w:type="spellEnd"/>
      <w:r w:rsidRPr="0026742B">
        <w:rPr>
          <w:rFonts w:cstheme="majorHAnsi"/>
          <w:sz w:val="18"/>
          <w:szCs w:val="18"/>
        </w:rPr>
        <w:t xml:space="preserve"> </w:t>
      </w:r>
      <w:proofErr w:type="spellStart"/>
      <w:r w:rsidRPr="0026742B">
        <w:rPr>
          <w:rFonts w:ascii="Sylfaen" w:hAnsi="Sylfaen" w:cs="Sylfaen"/>
          <w:sz w:val="18"/>
          <w:szCs w:val="18"/>
        </w:rPr>
        <w:t>აცნობებს</w:t>
      </w:r>
      <w:proofErr w:type="spellEnd"/>
      <w:r w:rsidRPr="0026742B">
        <w:rPr>
          <w:rFonts w:cstheme="majorHAnsi"/>
          <w:sz w:val="18"/>
          <w:szCs w:val="18"/>
        </w:rPr>
        <w:t xml:space="preserve"> </w:t>
      </w:r>
      <w:proofErr w:type="spellStart"/>
      <w:r w:rsidRPr="0026742B">
        <w:rPr>
          <w:rFonts w:ascii="Sylfaen" w:hAnsi="Sylfaen" w:cs="Sylfaen"/>
          <w:sz w:val="18"/>
          <w:szCs w:val="18"/>
        </w:rPr>
        <w:t>დამკვეთს</w:t>
      </w:r>
      <w:proofErr w:type="spellEnd"/>
      <w:r w:rsidRPr="0026742B">
        <w:rPr>
          <w:rFonts w:cstheme="majorHAnsi"/>
          <w:sz w:val="18"/>
          <w:szCs w:val="18"/>
        </w:rPr>
        <w:t xml:space="preserve">. </w:t>
      </w:r>
      <w:proofErr w:type="spellStart"/>
      <w:r w:rsidRPr="0026742B">
        <w:rPr>
          <w:rFonts w:ascii="Sylfaen" w:hAnsi="Sylfaen" w:cs="Sylfaen"/>
          <w:sz w:val="18"/>
          <w:szCs w:val="18"/>
        </w:rPr>
        <w:t>ასეთი</w:t>
      </w:r>
      <w:proofErr w:type="spellEnd"/>
      <w:r w:rsidRPr="0026742B">
        <w:rPr>
          <w:rFonts w:cstheme="majorHAnsi"/>
          <w:sz w:val="18"/>
          <w:szCs w:val="18"/>
        </w:rPr>
        <w:t xml:space="preserve"> </w:t>
      </w:r>
      <w:proofErr w:type="spellStart"/>
      <w:r w:rsidRPr="0026742B">
        <w:rPr>
          <w:rFonts w:ascii="Sylfaen" w:hAnsi="Sylfaen" w:cs="Sylfaen"/>
          <w:sz w:val="18"/>
          <w:szCs w:val="18"/>
        </w:rPr>
        <w:t>შეტყობინების</w:t>
      </w:r>
      <w:proofErr w:type="spellEnd"/>
      <w:r w:rsidRPr="0026742B">
        <w:rPr>
          <w:rFonts w:cstheme="majorHAnsi"/>
          <w:sz w:val="18"/>
          <w:szCs w:val="18"/>
        </w:rPr>
        <w:t xml:space="preserve"> </w:t>
      </w:r>
      <w:proofErr w:type="spellStart"/>
      <w:r w:rsidRPr="0026742B">
        <w:rPr>
          <w:rFonts w:ascii="Sylfaen" w:hAnsi="Sylfaen" w:cs="Sylfaen"/>
          <w:sz w:val="18"/>
          <w:szCs w:val="18"/>
        </w:rPr>
        <w:t>არ</w:t>
      </w:r>
      <w:proofErr w:type="spellEnd"/>
      <w:r w:rsidRPr="0026742B">
        <w:rPr>
          <w:rFonts w:cstheme="majorHAnsi"/>
          <w:sz w:val="18"/>
          <w:szCs w:val="18"/>
        </w:rPr>
        <w:t xml:space="preserve"> </w:t>
      </w:r>
      <w:proofErr w:type="spellStart"/>
      <w:r w:rsidRPr="0026742B">
        <w:rPr>
          <w:rFonts w:ascii="Sylfaen" w:hAnsi="Sylfaen" w:cs="Sylfaen"/>
          <w:sz w:val="18"/>
          <w:szCs w:val="18"/>
        </w:rPr>
        <w:t>გაგზავნის</w:t>
      </w:r>
      <w:proofErr w:type="spellEnd"/>
      <w:r w:rsidRPr="0026742B">
        <w:rPr>
          <w:rFonts w:cstheme="majorHAnsi"/>
          <w:sz w:val="18"/>
          <w:szCs w:val="18"/>
        </w:rPr>
        <w:t xml:space="preserve"> </w:t>
      </w:r>
      <w:proofErr w:type="spellStart"/>
      <w:r w:rsidRPr="0026742B">
        <w:rPr>
          <w:rFonts w:ascii="Sylfaen" w:hAnsi="Sylfaen" w:cs="Sylfaen"/>
          <w:sz w:val="18"/>
          <w:szCs w:val="18"/>
        </w:rPr>
        <w:t>შემთხვევაში</w:t>
      </w:r>
      <w:proofErr w:type="spellEnd"/>
      <w:r w:rsidRPr="0026742B">
        <w:rPr>
          <w:rFonts w:cstheme="majorHAnsi"/>
          <w:sz w:val="18"/>
          <w:szCs w:val="18"/>
        </w:rPr>
        <w:t xml:space="preserve">, </w:t>
      </w:r>
      <w:r w:rsidR="00A4397C">
        <w:rPr>
          <w:rFonts w:ascii="Sylfaen" w:hAnsi="Sylfaen" w:cs="Sylfaen"/>
          <w:sz w:val="18"/>
          <w:szCs w:val="18"/>
          <w:lang w:val="ka-GE"/>
        </w:rPr>
        <w:t>მენარდე</w:t>
      </w:r>
      <w:r w:rsidRPr="0026742B">
        <w:rPr>
          <w:rFonts w:cstheme="majorHAnsi"/>
          <w:sz w:val="18"/>
          <w:szCs w:val="18"/>
        </w:rPr>
        <w:t xml:space="preserve"> </w:t>
      </w:r>
      <w:proofErr w:type="spellStart"/>
      <w:r w:rsidRPr="0026742B">
        <w:rPr>
          <w:rFonts w:ascii="Sylfaen" w:hAnsi="Sylfaen" w:cs="Sylfaen"/>
          <w:sz w:val="18"/>
          <w:szCs w:val="18"/>
        </w:rPr>
        <w:t>არ</w:t>
      </w:r>
      <w:proofErr w:type="spellEnd"/>
      <w:r w:rsidRPr="0026742B">
        <w:rPr>
          <w:rFonts w:cstheme="majorHAnsi"/>
          <w:sz w:val="18"/>
          <w:szCs w:val="18"/>
        </w:rPr>
        <w:t xml:space="preserve"> </w:t>
      </w:r>
      <w:proofErr w:type="spellStart"/>
      <w:r w:rsidRPr="0026742B">
        <w:rPr>
          <w:rFonts w:ascii="Sylfaen" w:hAnsi="Sylfaen" w:cs="Sylfaen"/>
          <w:sz w:val="18"/>
          <w:szCs w:val="18"/>
        </w:rPr>
        <w:t>თავისუფლდება</w:t>
      </w:r>
      <w:proofErr w:type="spellEnd"/>
      <w:r w:rsidRPr="0026742B">
        <w:rPr>
          <w:rFonts w:cstheme="majorHAnsi"/>
          <w:sz w:val="18"/>
          <w:szCs w:val="18"/>
        </w:rPr>
        <w:t xml:space="preserve"> </w:t>
      </w:r>
      <w:proofErr w:type="spellStart"/>
      <w:r w:rsidRPr="0026742B">
        <w:rPr>
          <w:rFonts w:ascii="Sylfaen" w:hAnsi="Sylfaen" w:cs="Sylfaen"/>
          <w:sz w:val="18"/>
          <w:szCs w:val="18"/>
        </w:rPr>
        <w:t>ხელშეკრულებით</w:t>
      </w:r>
      <w:proofErr w:type="spellEnd"/>
      <w:r w:rsidRPr="0026742B">
        <w:rPr>
          <w:rFonts w:cstheme="majorHAnsi"/>
          <w:sz w:val="18"/>
          <w:szCs w:val="18"/>
        </w:rPr>
        <w:t xml:space="preserve"> </w:t>
      </w:r>
      <w:proofErr w:type="spellStart"/>
      <w:r w:rsidRPr="0026742B">
        <w:rPr>
          <w:rFonts w:ascii="Sylfaen" w:hAnsi="Sylfaen" w:cs="Sylfaen"/>
          <w:sz w:val="18"/>
          <w:szCs w:val="18"/>
        </w:rPr>
        <w:t>გათვალისწინებული</w:t>
      </w:r>
      <w:proofErr w:type="spellEnd"/>
      <w:r w:rsidRPr="0026742B">
        <w:rPr>
          <w:rFonts w:cstheme="majorHAnsi"/>
          <w:sz w:val="18"/>
          <w:szCs w:val="18"/>
        </w:rPr>
        <w:t xml:space="preserve"> </w:t>
      </w:r>
      <w:proofErr w:type="spellStart"/>
      <w:r w:rsidRPr="0026742B">
        <w:rPr>
          <w:rFonts w:ascii="Sylfaen" w:hAnsi="Sylfaen" w:cs="Sylfaen"/>
          <w:sz w:val="18"/>
          <w:szCs w:val="18"/>
        </w:rPr>
        <w:t>ვალდებულებების</w:t>
      </w:r>
      <w:proofErr w:type="spellEnd"/>
      <w:r w:rsidRPr="0026742B">
        <w:rPr>
          <w:rFonts w:cstheme="majorHAnsi"/>
          <w:sz w:val="18"/>
          <w:szCs w:val="18"/>
        </w:rPr>
        <w:t xml:space="preserve"> </w:t>
      </w:r>
      <w:proofErr w:type="spellStart"/>
      <w:r w:rsidRPr="0026742B">
        <w:rPr>
          <w:rFonts w:ascii="Sylfaen" w:hAnsi="Sylfaen" w:cs="Sylfaen"/>
          <w:sz w:val="18"/>
          <w:szCs w:val="18"/>
        </w:rPr>
        <w:t>შესრულებისგან</w:t>
      </w:r>
      <w:proofErr w:type="spellEnd"/>
      <w:r w:rsidRPr="0026742B">
        <w:rPr>
          <w:rFonts w:cstheme="majorHAnsi"/>
          <w:sz w:val="18"/>
          <w:szCs w:val="18"/>
        </w:rPr>
        <w:t>.</w:t>
      </w:r>
    </w:p>
    <w:p w14:paraId="00C284D8" w14:textId="4DBD45FB" w:rsidR="004B6084" w:rsidRDefault="00A74260" w:rsidP="00185C20">
      <w:pPr>
        <w:pStyle w:val="ListParagraph"/>
        <w:numPr>
          <w:ilvl w:val="1"/>
          <w:numId w:val="13"/>
        </w:numPr>
        <w:jc w:val="both"/>
        <w:rPr>
          <w:rFonts w:cstheme="majorHAnsi"/>
          <w:sz w:val="18"/>
          <w:szCs w:val="18"/>
        </w:rPr>
      </w:pPr>
      <w:proofErr w:type="spellStart"/>
      <w:r w:rsidRPr="0026742B">
        <w:rPr>
          <w:rFonts w:ascii="Sylfaen" w:hAnsi="Sylfaen" w:cs="Sylfaen"/>
          <w:sz w:val="18"/>
          <w:szCs w:val="18"/>
        </w:rPr>
        <w:t>თუ</w:t>
      </w:r>
      <w:proofErr w:type="spellEnd"/>
      <w:r w:rsidRPr="0026742B">
        <w:rPr>
          <w:rFonts w:cstheme="majorHAnsi"/>
          <w:sz w:val="18"/>
          <w:szCs w:val="18"/>
        </w:rPr>
        <w:t xml:space="preserve"> </w:t>
      </w:r>
      <w:proofErr w:type="spellStart"/>
      <w:r w:rsidRPr="0026742B">
        <w:rPr>
          <w:rFonts w:ascii="Sylfaen" w:hAnsi="Sylfaen" w:cs="Sylfaen"/>
          <w:sz w:val="18"/>
          <w:szCs w:val="18"/>
        </w:rPr>
        <w:t>ადგილი</w:t>
      </w:r>
      <w:proofErr w:type="spellEnd"/>
      <w:r w:rsidRPr="0026742B">
        <w:rPr>
          <w:rFonts w:cstheme="majorHAnsi"/>
          <w:sz w:val="18"/>
          <w:szCs w:val="18"/>
        </w:rPr>
        <w:t xml:space="preserve"> </w:t>
      </w:r>
      <w:proofErr w:type="spellStart"/>
      <w:r w:rsidRPr="0026742B">
        <w:rPr>
          <w:rFonts w:ascii="Sylfaen" w:hAnsi="Sylfaen" w:cs="Sylfaen"/>
          <w:sz w:val="18"/>
          <w:szCs w:val="18"/>
        </w:rPr>
        <w:t>ექნება</w:t>
      </w:r>
      <w:proofErr w:type="spellEnd"/>
      <w:r w:rsidRPr="0026742B">
        <w:rPr>
          <w:rFonts w:cstheme="majorHAnsi"/>
          <w:sz w:val="18"/>
          <w:szCs w:val="18"/>
        </w:rPr>
        <w:t xml:space="preserve"> 5.1.</w:t>
      </w:r>
      <w:r w:rsidR="00846B8F">
        <w:rPr>
          <w:rFonts w:cstheme="majorHAnsi"/>
          <w:sz w:val="18"/>
          <w:szCs w:val="18"/>
          <w:lang w:val="ka-GE"/>
        </w:rPr>
        <w:t>2</w:t>
      </w:r>
      <w:r w:rsidRPr="0026742B">
        <w:rPr>
          <w:rFonts w:cstheme="majorHAnsi"/>
          <w:sz w:val="18"/>
          <w:szCs w:val="18"/>
        </w:rPr>
        <w:t>, 5.1.</w:t>
      </w:r>
      <w:r w:rsidR="00846B8F">
        <w:rPr>
          <w:rFonts w:cstheme="majorHAnsi"/>
          <w:sz w:val="18"/>
          <w:szCs w:val="18"/>
          <w:lang w:val="ka-GE"/>
        </w:rPr>
        <w:t>4</w:t>
      </w:r>
      <w:r w:rsidRPr="0026742B">
        <w:rPr>
          <w:rFonts w:cstheme="majorHAnsi"/>
          <w:sz w:val="18"/>
          <w:szCs w:val="18"/>
        </w:rPr>
        <w:t xml:space="preserve">, 5.2. </w:t>
      </w:r>
      <w:proofErr w:type="spellStart"/>
      <w:r w:rsidRPr="0026742B">
        <w:rPr>
          <w:rFonts w:ascii="Sylfaen" w:hAnsi="Sylfaen" w:cs="Sylfaen"/>
          <w:sz w:val="18"/>
          <w:szCs w:val="18"/>
        </w:rPr>
        <w:t>და</w:t>
      </w:r>
      <w:proofErr w:type="spellEnd"/>
      <w:r w:rsidRPr="0026742B">
        <w:rPr>
          <w:rFonts w:cstheme="majorHAnsi"/>
          <w:sz w:val="18"/>
          <w:szCs w:val="18"/>
        </w:rPr>
        <w:t xml:space="preserve"> 5.3</w:t>
      </w:r>
      <w:r w:rsidR="00A4397C">
        <w:rPr>
          <w:rFonts w:ascii="Sylfaen" w:hAnsi="Sylfaen" w:cstheme="majorHAnsi"/>
          <w:sz w:val="18"/>
          <w:szCs w:val="18"/>
          <w:lang w:val="ka-GE"/>
        </w:rPr>
        <w:t xml:space="preserve"> </w:t>
      </w:r>
      <w:proofErr w:type="spellStart"/>
      <w:r w:rsidRPr="0026742B">
        <w:rPr>
          <w:rFonts w:ascii="Sylfaen" w:hAnsi="Sylfaen" w:cs="Sylfaen"/>
          <w:sz w:val="18"/>
          <w:szCs w:val="18"/>
        </w:rPr>
        <w:t>მუხლებით</w:t>
      </w:r>
      <w:proofErr w:type="spellEnd"/>
      <w:r w:rsidRPr="0026742B">
        <w:rPr>
          <w:rFonts w:cstheme="majorHAnsi"/>
          <w:sz w:val="18"/>
          <w:szCs w:val="18"/>
        </w:rPr>
        <w:t xml:space="preserve"> </w:t>
      </w:r>
      <w:proofErr w:type="spellStart"/>
      <w:r w:rsidRPr="0026742B">
        <w:rPr>
          <w:rFonts w:ascii="Sylfaen" w:hAnsi="Sylfaen" w:cs="Sylfaen"/>
          <w:sz w:val="18"/>
          <w:szCs w:val="18"/>
        </w:rPr>
        <w:t>გათვალისწინებული</w:t>
      </w:r>
      <w:proofErr w:type="spellEnd"/>
      <w:r w:rsidRPr="0026742B">
        <w:rPr>
          <w:rFonts w:cstheme="majorHAnsi"/>
          <w:sz w:val="18"/>
          <w:szCs w:val="18"/>
        </w:rPr>
        <w:t xml:space="preserve"> </w:t>
      </w:r>
      <w:proofErr w:type="spellStart"/>
      <w:r w:rsidRPr="0026742B">
        <w:rPr>
          <w:rFonts w:ascii="Sylfaen" w:hAnsi="Sylfaen" w:cs="Sylfaen"/>
          <w:sz w:val="18"/>
          <w:szCs w:val="18"/>
        </w:rPr>
        <w:t>გარემოებების</w:t>
      </w:r>
      <w:proofErr w:type="spellEnd"/>
      <w:r w:rsidRPr="0026742B">
        <w:rPr>
          <w:rFonts w:cstheme="majorHAnsi"/>
          <w:sz w:val="18"/>
          <w:szCs w:val="18"/>
        </w:rPr>
        <w:t xml:space="preserve"> </w:t>
      </w:r>
      <w:proofErr w:type="spellStart"/>
      <w:r w:rsidRPr="0026742B">
        <w:rPr>
          <w:rFonts w:ascii="Sylfaen" w:hAnsi="Sylfaen" w:cs="Sylfaen"/>
          <w:sz w:val="18"/>
          <w:szCs w:val="18"/>
        </w:rPr>
        <w:t>გამო</w:t>
      </w:r>
      <w:proofErr w:type="spellEnd"/>
      <w:r w:rsidRPr="0026742B">
        <w:rPr>
          <w:rFonts w:cstheme="majorHAnsi"/>
          <w:sz w:val="18"/>
          <w:szCs w:val="18"/>
        </w:rPr>
        <w:t xml:space="preserve"> </w:t>
      </w:r>
      <w:proofErr w:type="spellStart"/>
      <w:r w:rsidRPr="0026742B">
        <w:rPr>
          <w:rFonts w:ascii="Sylfaen" w:hAnsi="Sylfaen" w:cs="Sylfaen"/>
          <w:sz w:val="18"/>
          <w:szCs w:val="18"/>
        </w:rPr>
        <w:t>სამუშაოების</w:t>
      </w:r>
      <w:proofErr w:type="spellEnd"/>
      <w:r w:rsidRPr="0026742B">
        <w:rPr>
          <w:rFonts w:cstheme="majorHAnsi"/>
          <w:sz w:val="18"/>
          <w:szCs w:val="18"/>
        </w:rPr>
        <w:t xml:space="preserve"> </w:t>
      </w:r>
      <w:proofErr w:type="spellStart"/>
      <w:r w:rsidRPr="0026742B">
        <w:rPr>
          <w:rFonts w:ascii="Sylfaen" w:hAnsi="Sylfaen" w:cs="Sylfaen"/>
          <w:sz w:val="18"/>
          <w:szCs w:val="18"/>
        </w:rPr>
        <w:t>წარმოების</w:t>
      </w:r>
      <w:proofErr w:type="spellEnd"/>
      <w:r w:rsidRPr="0026742B">
        <w:rPr>
          <w:rFonts w:cstheme="majorHAnsi"/>
          <w:sz w:val="18"/>
          <w:szCs w:val="18"/>
        </w:rPr>
        <w:t xml:space="preserve"> </w:t>
      </w:r>
      <w:proofErr w:type="spellStart"/>
      <w:r w:rsidRPr="0026742B">
        <w:rPr>
          <w:rFonts w:ascii="Sylfaen" w:hAnsi="Sylfaen" w:cs="Sylfaen"/>
          <w:sz w:val="18"/>
          <w:szCs w:val="18"/>
        </w:rPr>
        <w:t>შეჩერებას</w:t>
      </w:r>
      <w:proofErr w:type="spellEnd"/>
      <w:r w:rsidRPr="0026742B">
        <w:rPr>
          <w:rFonts w:cstheme="majorHAnsi"/>
          <w:sz w:val="18"/>
          <w:szCs w:val="18"/>
        </w:rPr>
        <w:t xml:space="preserve">, </w:t>
      </w:r>
      <w:proofErr w:type="spellStart"/>
      <w:r w:rsidRPr="0026742B">
        <w:rPr>
          <w:rFonts w:ascii="Sylfaen" w:hAnsi="Sylfaen" w:cs="Sylfaen"/>
          <w:sz w:val="18"/>
          <w:szCs w:val="18"/>
        </w:rPr>
        <w:t>მაშინ</w:t>
      </w:r>
      <w:proofErr w:type="spellEnd"/>
      <w:r w:rsidRPr="0026742B">
        <w:rPr>
          <w:rFonts w:cstheme="majorHAnsi"/>
          <w:sz w:val="18"/>
          <w:szCs w:val="18"/>
        </w:rPr>
        <w:t xml:space="preserve"> </w:t>
      </w:r>
      <w:r w:rsidR="00A4397C">
        <w:rPr>
          <w:rFonts w:ascii="Sylfaen" w:hAnsi="Sylfaen" w:cs="Sylfaen"/>
          <w:sz w:val="18"/>
          <w:szCs w:val="18"/>
          <w:lang w:val="ka-GE"/>
        </w:rPr>
        <w:t>მენარდე</w:t>
      </w:r>
      <w:r w:rsidRPr="0026742B">
        <w:rPr>
          <w:rFonts w:cstheme="majorHAnsi"/>
          <w:sz w:val="18"/>
          <w:szCs w:val="18"/>
        </w:rPr>
        <w:t xml:space="preserve"> </w:t>
      </w:r>
      <w:proofErr w:type="spellStart"/>
      <w:r w:rsidRPr="0026742B">
        <w:rPr>
          <w:rFonts w:ascii="Sylfaen" w:hAnsi="Sylfaen" w:cs="Sylfaen"/>
          <w:sz w:val="18"/>
          <w:szCs w:val="18"/>
        </w:rPr>
        <w:t>ვალდებული</w:t>
      </w:r>
      <w:proofErr w:type="spellEnd"/>
      <w:r w:rsidRPr="0026742B">
        <w:rPr>
          <w:rFonts w:cstheme="majorHAnsi"/>
          <w:sz w:val="18"/>
          <w:szCs w:val="18"/>
        </w:rPr>
        <w:t xml:space="preserve"> </w:t>
      </w:r>
      <w:proofErr w:type="spellStart"/>
      <w:r w:rsidRPr="0026742B">
        <w:rPr>
          <w:rFonts w:ascii="Sylfaen" w:hAnsi="Sylfaen" w:cs="Sylfaen"/>
          <w:sz w:val="18"/>
          <w:szCs w:val="18"/>
        </w:rPr>
        <w:t>იქნება</w:t>
      </w:r>
      <w:proofErr w:type="spellEnd"/>
      <w:r w:rsidRPr="0026742B">
        <w:rPr>
          <w:rFonts w:cstheme="majorHAnsi"/>
          <w:sz w:val="18"/>
          <w:szCs w:val="18"/>
        </w:rPr>
        <w:t xml:space="preserve"> </w:t>
      </w:r>
      <w:proofErr w:type="spellStart"/>
      <w:r w:rsidRPr="0026742B">
        <w:rPr>
          <w:rFonts w:ascii="Sylfaen" w:hAnsi="Sylfaen" w:cs="Sylfaen"/>
          <w:sz w:val="18"/>
          <w:szCs w:val="18"/>
        </w:rPr>
        <w:t>ასეთი</w:t>
      </w:r>
      <w:proofErr w:type="spellEnd"/>
      <w:r w:rsidRPr="0026742B">
        <w:rPr>
          <w:rFonts w:cstheme="majorHAnsi"/>
          <w:sz w:val="18"/>
          <w:szCs w:val="18"/>
        </w:rPr>
        <w:t xml:space="preserve"> </w:t>
      </w:r>
      <w:proofErr w:type="spellStart"/>
      <w:r w:rsidRPr="0026742B">
        <w:rPr>
          <w:rFonts w:ascii="Sylfaen" w:hAnsi="Sylfaen" w:cs="Sylfaen"/>
          <w:sz w:val="18"/>
          <w:szCs w:val="18"/>
        </w:rPr>
        <w:t>შეჩერებიდან</w:t>
      </w:r>
      <w:proofErr w:type="spellEnd"/>
      <w:r w:rsidR="00A4397C">
        <w:rPr>
          <w:rFonts w:cstheme="majorHAnsi"/>
          <w:sz w:val="18"/>
          <w:szCs w:val="18"/>
        </w:rPr>
        <w:t xml:space="preserve"> - 3 </w:t>
      </w:r>
      <w:r w:rsidR="00A4397C">
        <w:rPr>
          <w:rFonts w:ascii="Sylfaen" w:hAnsi="Sylfaen" w:cstheme="majorHAnsi"/>
          <w:sz w:val="18"/>
          <w:szCs w:val="18"/>
          <w:lang w:val="ka-GE"/>
        </w:rPr>
        <w:t>(</w:t>
      </w:r>
      <w:proofErr w:type="spellStart"/>
      <w:r w:rsidRPr="0026742B">
        <w:rPr>
          <w:rFonts w:ascii="Sylfaen" w:hAnsi="Sylfaen" w:cs="Sylfaen"/>
          <w:sz w:val="18"/>
          <w:szCs w:val="18"/>
        </w:rPr>
        <w:t>სამი</w:t>
      </w:r>
      <w:proofErr w:type="spellEnd"/>
      <w:r w:rsidR="00A4397C">
        <w:rPr>
          <w:rFonts w:ascii="Sylfaen" w:hAnsi="Sylfaen" w:cstheme="majorHAnsi"/>
          <w:sz w:val="18"/>
          <w:szCs w:val="18"/>
          <w:lang w:val="ka-GE"/>
        </w:rPr>
        <w:t>)</w:t>
      </w:r>
      <w:r w:rsidRPr="0026742B">
        <w:rPr>
          <w:rFonts w:cstheme="majorHAnsi"/>
          <w:sz w:val="18"/>
          <w:szCs w:val="18"/>
        </w:rPr>
        <w:t xml:space="preserve"> </w:t>
      </w:r>
      <w:proofErr w:type="spellStart"/>
      <w:r w:rsidRPr="0026742B">
        <w:rPr>
          <w:rFonts w:ascii="Sylfaen" w:hAnsi="Sylfaen" w:cs="Sylfaen"/>
          <w:sz w:val="18"/>
          <w:szCs w:val="18"/>
        </w:rPr>
        <w:t>კალენდარული</w:t>
      </w:r>
      <w:proofErr w:type="spellEnd"/>
      <w:r w:rsidRPr="0026742B">
        <w:rPr>
          <w:rFonts w:cstheme="majorHAnsi"/>
          <w:sz w:val="18"/>
          <w:szCs w:val="18"/>
        </w:rPr>
        <w:t xml:space="preserve"> </w:t>
      </w:r>
      <w:proofErr w:type="spellStart"/>
      <w:r w:rsidRPr="0026742B">
        <w:rPr>
          <w:rFonts w:ascii="Sylfaen" w:hAnsi="Sylfaen" w:cs="Sylfaen"/>
          <w:sz w:val="18"/>
          <w:szCs w:val="18"/>
        </w:rPr>
        <w:t>დღის</w:t>
      </w:r>
      <w:proofErr w:type="spellEnd"/>
      <w:r w:rsidRPr="0026742B">
        <w:rPr>
          <w:rFonts w:cstheme="majorHAnsi"/>
          <w:sz w:val="18"/>
          <w:szCs w:val="18"/>
        </w:rPr>
        <w:t xml:space="preserve"> </w:t>
      </w:r>
      <w:proofErr w:type="spellStart"/>
      <w:r w:rsidRPr="0026742B">
        <w:rPr>
          <w:rFonts w:ascii="Sylfaen" w:hAnsi="Sylfaen" w:cs="Sylfaen"/>
          <w:sz w:val="18"/>
          <w:szCs w:val="18"/>
        </w:rPr>
        <w:t>ვადაში</w:t>
      </w:r>
      <w:proofErr w:type="spellEnd"/>
      <w:r w:rsidRPr="0026742B">
        <w:rPr>
          <w:rFonts w:cstheme="majorHAnsi"/>
          <w:sz w:val="18"/>
          <w:szCs w:val="18"/>
        </w:rPr>
        <w:t xml:space="preserve"> </w:t>
      </w:r>
      <w:proofErr w:type="spellStart"/>
      <w:r w:rsidRPr="0026742B">
        <w:rPr>
          <w:rFonts w:ascii="Sylfaen" w:hAnsi="Sylfaen" w:cs="Sylfaen"/>
          <w:sz w:val="18"/>
          <w:szCs w:val="18"/>
        </w:rPr>
        <w:t>დამკვეთს</w:t>
      </w:r>
      <w:proofErr w:type="spellEnd"/>
      <w:r w:rsidRPr="0026742B">
        <w:rPr>
          <w:rFonts w:cstheme="majorHAnsi"/>
          <w:sz w:val="18"/>
          <w:szCs w:val="18"/>
        </w:rPr>
        <w:t xml:space="preserve"> </w:t>
      </w:r>
      <w:proofErr w:type="spellStart"/>
      <w:r w:rsidRPr="0026742B">
        <w:rPr>
          <w:rFonts w:ascii="Sylfaen" w:hAnsi="Sylfaen" w:cs="Sylfaen"/>
          <w:sz w:val="18"/>
          <w:szCs w:val="18"/>
        </w:rPr>
        <w:t>აცნობოს</w:t>
      </w:r>
      <w:proofErr w:type="spellEnd"/>
      <w:r w:rsidRPr="0026742B">
        <w:rPr>
          <w:rFonts w:cstheme="majorHAnsi"/>
          <w:sz w:val="18"/>
          <w:szCs w:val="18"/>
        </w:rPr>
        <w:t>/</w:t>
      </w:r>
      <w:proofErr w:type="spellStart"/>
      <w:r w:rsidRPr="0026742B">
        <w:rPr>
          <w:rFonts w:ascii="Sylfaen" w:hAnsi="Sylfaen" w:cs="Sylfaen"/>
          <w:sz w:val="18"/>
          <w:szCs w:val="18"/>
        </w:rPr>
        <w:t>გაუგზავნოს</w:t>
      </w:r>
      <w:proofErr w:type="spellEnd"/>
      <w:r w:rsidRPr="0026742B">
        <w:rPr>
          <w:rFonts w:cstheme="majorHAnsi"/>
          <w:sz w:val="18"/>
          <w:szCs w:val="18"/>
        </w:rPr>
        <w:t xml:space="preserve"> </w:t>
      </w:r>
      <w:proofErr w:type="spellStart"/>
      <w:r w:rsidRPr="0026742B">
        <w:rPr>
          <w:rFonts w:ascii="Sylfaen" w:hAnsi="Sylfaen" w:cs="Sylfaen"/>
          <w:sz w:val="18"/>
          <w:szCs w:val="18"/>
        </w:rPr>
        <w:t>წერილობითი</w:t>
      </w:r>
      <w:proofErr w:type="spellEnd"/>
      <w:r w:rsidRPr="0026742B">
        <w:rPr>
          <w:rFonts w:cstheme="majorHAnsi"/>
          <w:sz w:val="18"/>
          <w:szCs w:val="18"/>
        </w:rPr>
        <w:t xml:space="preserve"> </w:t>
      </w:r>
      <w:proofErr w:type="spellStart"/>
      <w:r w:rsidRPr="0026742B">
        <w:rPr>
          <w:rFonts w:ascii="Sylfaen" w:hAnsi="Sylfaen" w:cs="Sylfaen"/>
          <w:sz w:val="18"/>
          <w:szCs w:val="18"/>
        </w:rPr>
        <w:t>შეტყობინება</w:t>
      </w:r>
      <w:proofErr w:type="spellEnd"/>
      <w:r w:rsidRPr="0026742B">
        <w:rPr>
          <w:rFonts w:cstheme="majorHAnsi"/>
          <w:sz w:val="18"/>
          <w:szCs w:val="18"/>
        </w:rPr>
        <w:t xml:space="preserve"> </w:t>
      </w:r>
      <w:proofErr w:type="spellStart"/>
      <w:r w:rsidRPr="0026742B">
        <w:rPr>
          <w:rFonts w:ascii="Sylfaen" w:hAnsi="Sylfaen" w:cs="Sylfaen"/>
          <w:sz w:val="18"/>
          <w:szCs w:val="18"/>
        </w:rPr>
        <w:t>შეჩერების</w:t>
      </w:r>
      <w:proofErr w:type="spellEnd"/>
      <w:r w:rsidRPr="0026742B">
        <w:rPr>
          <w:rFonts w:cstheme="majorHAnsi"/>
          <w:sz w:val="18"/>
          <w:szCs w:val="18"/>
        </w:rPr>
        <w:t xml:space="preserve"> </w:t>
      </w:r>
      <w:proofErr w:type="spellStart"/>
      <w:r w:rsidRPr="0026742B">
        <w:rPr>
          <w:rFonts w:ascii="Sylfaen" w:hAnsi="Sylfaen" w:cs="Sylfaen"/>
          <w:sz w:val="18"/>
          <w:szCs w:val="18"/>
        </w:rPr>
        <w:t>საფუძვლის</w:t>
      </w:r>
      <w:proofErr w:type="spellEnd"/>
      <w:r w:rsidRPr="0026742B">
        <w:rPr>
          <w:rFonts w:cstheme="majorHAnsi"/>
          <w:sz w:val="18"/>
          <w:szCs w:val="18"/>
        </w:rPr>
        <w:t xml:space="preserve"> </w:t>
      </w:r>
      <w:proofErr w:type="spellStart"/>
      <w:r w:rsidRPr="0026742B">
        <w:rPr>
          <w:rFonts w:ascii="Sylfaen" w:hAnsi="Sylfaen" w:cs="Sylfaen"/>
          <w:sz w:val="18"/>
          <w:szCs w:val="18"/>
        </w:rPr>
        <w:t>მითითებით</w:t>
      </w:r>
      <w:proofErr w:type="spellEnd"/>
      <w:r w:rsidRPr="0026742B">
        <w:rPr>
          <w:rFonts w:cstheme="majorHAnsi"/>
          <w:sz w:val="18"/>
          <w:szCs w:val="18"/>
        </w:rPr>
        <w:t>.</w:t>
      </w:r>
    </w:p>
    <w:p w14:paraId="63251B5F" w14:textId="56B18149" w:rsidR="00C86A0D" w:rsidRDefault="00A74260" w:rsidP="00185C20">
      <w:pPr>
        <w:pStyle w:val="ListParagraph"/>
        <w:numPr>
          <w:ilvl w:val="1"/>
          <w:numId w:val="13"/>
        </w:numPr>
        <w:jc w:val="both"/>
        <w:rPr>
          <w:rFonts w:cstheme="majorHAnsi"/>
          <w:sz w:val="18"/>
          <w:szCs w:val="18"/>
        </w:rPr>
      </w:pPr>
      <w:proofErr w:type="spellStart"/>
      <w:r w:rsidRPr="0026742B">
        <w:rPr>
          <w:rFonts w:ascii="Sylfaen" w:hAnsi="Sylfaen" w:cs="Sylfaen"/>
          <w:sz w:val="18"/>
          <w:szCs w:val="18"/>
        </w:rPr>
        <w:t>ხელშეკრულებით</w:t>
      </w:r>
      <w:proofErr w:type="spellEnd"/>
      <w:r w:rsidRPr="0026742B">
        <w:rPr>
          <w:rFonts w:cstheme="majorHAnsi"/>
          <w:sz w:val="18"/>
          <w:szCs w:val="18"/>
        </w:rPr>
        <w:t xml:space="preserve"> </w:t>
      </w:r>
      <w:proofErr w:type="spellStart"/>
      <w:r w:rsidRPr="0026742B">
        <w:rPr>
          <w:rFonts w:ascii="Sylfaen" w:hAnsi="Sylfaen" w:cs="Sylfaen"/>
          <w:sz w:val="18"/>
          <w:szCs w:val="18"/>
        </w:rPr>
        <w:t>განსაზღვრული</w:t>
      </w:r>
      <w:proofErr w:type="spellEnd"/>
      <w:r w:rsidRPr="0026742B">
        <w:rPr>
          <w:rFonts w:cstheme="majorHAnsi"/>
          <w:sz w:val="18"/>
          <w:szCs w:val="18"/>
        </w:rPr>
        <w:t xml:space="preserve"> </w:t>
      </w:r>
      <w:proofErr w:type="spellStart"/>
      <w:r w:rsidRPr="0026742B">
        <w:rPr>
          <w:rFonts w:ascii="Sylfaen" w:hAnsi="Sylfaen" w:cs="Sylfaen"/>
          <w:sz w:val="18"/>
          <w:szCs w:val="18"/>
        </w:rPr>
        <w:t>სამუშაოები</w:t>
      </w:r>
      <w:proofErr w:type="spellEnd"/>
      <w:r w:rsidRPr="0026742B">
        <w:rPr>
          <w:rFonts w:cstheme="majorHAnsi"/>
          <w:sz w:val="18"/>
          <w:szCs w:val="18"/>
        </w:rPr>
        <w:t xml:space="preserve"> </w:t>
      </w:r>
      <w:proofErr w:type="spellStart"/>
      <w:r w:rsidRPr="0026742B">
        <w:rPr>
          <w:rFonts w:ascii="Sylfaen" w:hAnsi="Sylfaen" w:cs="Sylfaen"/>
          <w:sz w:val="18"/>
          <w:szCs w:val="18"/>
        </w:rPr>
        <w:t>ითვლება</w:t>
      </w:r>
      <w:proofErr w:type="spellEnd"/>
      <w:r w:rsidRPr="0026742B">
        <w:rPr>
          <w:rFonts w:cstheme="majorHAnsi"/>
          <w:sz w:val="18"/>
          <w:szCs w:val="18"/>
        </w:rPr>
        <w:t xml:space="preserve"> </w:t>
      </w:r>
      <w:proofErr w:type="spellStart"/>
      <w:r w:rsidRPr="0026742B">
        <w:rPr>
          <w:rFonts w:ascii="Sylfaen" w:hAnsi="Sylfaen" w:cs="Sylfaen"/>
          <w:sz w:val="18"/>
          <w:szCs w:val="18"/>
        </w:rPr>
        <w:t>დასრულებულად</w:t>
      </w:r>
      <w:proofErr w:type="spellEnd"/>
      <w:r w:rsidRPr="0026742B">
        <w:rPr>
          <w:rFonts w:cstheme="majorHAnsi"/>
          <w:sz w:val="18"/>
          <w:szCs w:val="18"/>
        </w:rPr>
        <w:t xml:space="preserve"> </w:t>
      </w:r>
      <w:proofErr w:type="spellStart"/>
      <w:r w:rsidRPr="0026742B">
        <w:rPr>
          <w:rFonts w:ascii="Sylfaen" w:hAnsi="Sylfaen" w:cs="Sylfaen"/>
          <w:sz w:val="18"/>
          <w:szCs w:val="18"/>
        </w:rPr>
        <w:t>და</w:t>
      </w:r>
      <w:proofErr w:type="spellEnd"/>
      <w:r w:rsidRPr="0026742B">
        <w:rPr>
          <w:rFonts w:cstheme="majorHAnsi"/>
          <w:sz w:val="18"/>
          <w:szCs w:val="18"/>
        </w:rPr>
        <w:t xml:space="preserve"> </w:t>
      </w:r>
      <w:proofErr w:type="spellStart"/>
      <w:r w:rsidRPr="0026742B">
        <w:rPr>
          <w:rFonts w:ascii="Sylfaen" w:hAnsi="Sylfaen" w:cs="Sylfaen"/>
          <w:sz w:val="18"/>
          <w:szCs w:val="18"/>
        </w:rPr>
        <w:t>ჩაბარებულად</w:t>
      </w:r>
      <w:proofErr w:type="spellEnd"/>
      <w:r w:rsidR="00F4347A">
        <w:rPr>
          <w:rFonts w:ascii="Sylfaen" w:hAnsi="Sylfaen" w:cs="Sylfaen"/>
          <w:sz w:val="18"/>
          <w:szCs w:val="18"/>
          <w:lang w:val="ka-GE"/>
        </w:rPr>
        <w:t xml:space="preserve"> </w:t>
      </w:r>
      <w:proofErr w:type="spellStart"/>
      <w:r w:rsidRPr="0026742B">
        <w:rPr>
          <w:rFonts w:ascii="Sylfaen" w:hAnsi="Sylfaen" w:cs="Sylfaen"/>
          <w:sz w:val="18"/>
          <w:szCs w:val="18"/>
        </w:rPr>
        <w:t>სამუშაოების</w:t>
      </w:r>
      <w:proofErr w:type="spellEnd"/>
      <w:r w:rsidRPr="0026742B">
        <w:rPr>
          <w:rFonts w:cstheme="majorHAnsi"/>
          <w:sz w:val="18"/>
          <w:szCs w:val="18"/>
        </w:rPr>
        <w:t xml:space="preserve"> </w:t>
      </w:r>
      <w:proofErr w:type="spellStart"/>
      <w:r w:rsidRPr="0026742B">
        <w:rPr>
          <w:rFonts w:ascii="Sylfaen" w:hAnsi="Sylfaen" w:cs="Sylfaen"/>
          <w:sz w:val="18"/>
          <w:szCs w:val="18"/>
        </w:rPr>
        <w:t>მიღების</w:t>
      </w:r>
      <w:proofErr w:type="spellEnd"/>
      <w:r w:rsidRPr="0026742B">
        <w:rPr>
          <w:rFonts w:cstheme="majorHAnsi"/>
          <w:sz w:val="18"/>
          <w:szCs w:val="18"/>
        </w:rPr>
        <w:t xml:space="preserve"> </w:t>
      </w:r>
      <w:proofErr w:type="spellStart"/>
      <w:r w:rsidRPr="0026742B">
        <w:rPr>
          <w:rFonts w:ascii="Sylfaen" w:hAnsi="Sylfaen" w:cs="Sylfaen"/>
          <w:sz w:val="18"/>
          <w:szCs w:val="18"/>
        </w:rPr>
        <w:t>შესახებ</w:t>
      </w:r>
      <w:proofErr w:type="spellEnd"/>
      <w:r w:rsidR="00A4397C">
        <w:rPr>
          <w:rFonts w:ascii="Sylfaen" w:hAnsi="Sylfaen" w:cs="Sylfaen"/>
          <w:sz w:val="18"/>
          <w:szCs w:val="18"/>
          <w:lang w:val="ka-GE"/>
        </w:rPr>
        <w:t xml:space="preserve"> </w:t>
      </w:r>
      <w:proofErr w:type="spellStart"/>
      <w:r w:rsidRPr="0026742B">
        <w:rPr>
          <w:rFonts w:ascii="Sylfaen" w:hAnsi="Sylfaen" w:cs="Sylfaen"/>
          <w:sz w:val="18"/>
          <w:szCs w:val="18"/>
        </w:rPr>
        <w:t>საბოლოო</w:t>
      </w:r>
      <w:proofErr w:type="spellEnd"/>
      <w:r w:rsidRPr="0026742B">
        <w:rPr>
          <w:rFonts w:cstheme="majorHAnsi"/>
          <w:sz w:val="18"/>
          <w:szCs w:val="18"/>
        </w:rPr>
        <w:t xml:space="preserve"> </w:t>
      </w:r>
      <w:proofErr w:type="spellStart"/>
      <w:r w:rsidRPr="0026742B">
        <w:rPr>
          <w:rFonts w:ascii="Sylfaen" w:hAnsi="Sylfaen" w:cs="Sylfaen"/>
          <w:sz w:val="18"/>
          <w:szCs w:val="18"/>
        </w:rPr>
        <w:t>მიღება</w:t>
      </w:r>
      <w:r w:rsidRPr="0026742B">
        <w:rPr>
          <w:rFonts w:cstheme="majorHAnsi"/>
          <w:sz w:val="18"/>
          <w:szCs w:val="18"/>
        </w:rPr>
        <w:t>-</w:t>
      </w:r>
      <w:r w:rsidRPr="0026742B">
        <w:rPr>
          <w:rFonts w:ascii="Sylfaen" w:hAnsi="Sylfaen" w:cs="Sylfaen"/>
          <w:sz w:val="18"/>
          <w:szCs w:val="18"/>
        </w:rPr>
        <w:t>ჩაბარების</w:t>
      </w:r>
      <w:proofErr w:type="spellEnd"/>
      <w:r w:rsidRPr="0026742B">
        <w:rPr>
          <w:rFonts w:cstheme="majorHAnsi"/>
          <w:sz w:val="18"/>
          <w:szCs w:val="18"/>
        </w:rPr>
        <w:t xml:space="preserve"> </w:t>
      </w:r>
      <w:proofErr w:type="spellStart"/>
      <w:r w:rsidRPr="0026742B">
        <w:rPr>
          <w:rFonts w:ascii="Sylfaen" w:hAnsi="Sylfaen" w:cs="Sylfaen"/>
          <w:sz w:val="18"/>
          <w:szCs w:val="18"/>
        </w:rPr>
        <w:t>აქტის</w:t>
      </w:r>
      <w:proofErr w:type="spellEnd"/>
      <w:r w:rsidR="00A4397C">
        <w:rPr>
          <w:rFonts w:cstheme="majorHAnsi"/>
          <w:sz w:val="18"/>
          <w:szCs w:val="18"/>
        </w:rPr>
        <w:t xml:space="preserve"> </w:t>
      </w:r>
      <w:r w:rsidR="00A4397C">
        <w:rPr>
          <w:rFonts w:ascii="Sylfaen" w:hAnsi="Sylfaen" w:cstheme="majorHAnsi"/>
          <w:sz w:val="18"/>
          <w:szCs w:val="18"/>
          <w:lang w:val="ka-GE"/>
        </w:rPr>
        <w:t>(</w:t>
      </w:r>
      <w:proofErr w:type="spellStart"/>
      <w:r w:rsidRPr="0026742B">
        <w:rPr>
          <w:rFonts w:ascii="Sylfaen" w:hAnsi="Sylfaen" w:cs="Sylfaen"/>
          <w:sz w:val="18"/>
          <w:szCs w:val="18"/>
        </w:rPr>
        <w:t>საბოლოო</w:t>
      </w:r>
      <w:proofErr w:type="spellEnd"/>
      <w:r w:rsidRPr="0026742B">
        <w:rPr>
          <w:rFonts w:cstheme="majorHAnsi"/>
          <w:sz w:val="18"/>
          <w:szCs w:val="18"/>
        </w:rPr>
        <w:t xml:space="preserve"> </w:t>
      </w:r>
      <w:proofErr w:type="spellStart"/>
      <w:r w:rsidRPr="0026742B">
        <w:rPr>
          <w:rFonts w:ascii="Sylfaen" w:hAnsi="Sylfaen" w:cs="Sylfaen"/>
          <w:sz w:val="18"/>
          <w:szCs w:val="18"/>
        </w:rPr>
        <w:t>ფორმა</w:t>
      </w:r>
      <w:proofErr w:type="spellEnd"/>
      <w:r w:rsidR="00A4397C">
        <w:rPr>
          <w:rFonts w:cstheme="majorHAnsi"/>
          <w:sz w:val="18"/>
          <w:szCs w:val="18"/>
        </w:rPr>
        <w:t xml:space="preserve"> N2</w:t>
      </w:r>
      <w:r w:rsidR="00A4397C">
        <w:rPr>
          <w:rFonts w:ascii="Sylfaen" w:hAnsi="Sylfaen" w:cstheme="majorHAnsi"/>
          <w:sz w:val="18"/>
          <w:szCs w:val="18"/>
          <w:lang w:val="ka-GE"/>
        </w:rPr>
        <w:t>)</w:t>
      </w:r>
      <w:r w:rsidRPr="0026742B">
        <w:rPr>
          <w:rFonts w:cstheme="majorHAnsi"/>
          <w:sz w:val="18"/>
          <w:szCs w:val="18"/>
        </w:rPr>
        <w:t xml:space="preserve"> </w:t>
      </w:r>
      <w:proofErr w:type="spellStart"/>
      <w:r w:rsidRPr="0026742B">
        <w:rPr>
          <w:rFonts w:ascii="Sylfaen" w:hAnsi="Sylfaen" w:cs="Sylfaen"/>
          <w:sz w:val="18"/>
          <w:szCs w:val="18"/>
        </w:rPr>
        <w:t>ხელშეკრულებით</w:t>
      </w:r>
      <w:proofErr w:type="spellEnd"/>
      <w:r w:rsidRPr="0026742B">
        <w:rPr>
          <w:rFonts w:cstheme="majorHAnsi"/>
          <w:sz w:val="18"/>
          <w:szCs w:val="18"/>
        </w:rPr>
        <w:t xml:space="preserve"> </w:t>
      </w:r>
      <w:proofErr w:type="spellStart"/>
      <w:r w:rsidRPr="0026742B">
        <w:rPr>
          <w:rFonts w:ascii="Sylfaen" w:hAnsi="Sylfaen" w:cs="Sylfaen"/>
          <w:sz w:val="18"/>
          <w:szCs w:val="18"/>
        </w:rPr>
        <w:t>დადგენილი</w:t>
      </w:r>
      <w:proofErr w:type="spellEnd"/>
      <w:r w:rsidRPr="0026742B">
        <w:rPr>
          <w:rFonts w:cstheme="majorHAnsi"/>
          <w:sz w:val="18"/>
          <w:szCs w:val="18"/>
        </w:rPr>
        <w:t xml:space="preserve"> </w:t>
      </w:r>
      <w:proofErr w:type="spellStart"/>
      <w:r w:rsidRPr="0026742B">
        <w:rPr>
          <w:rFonts w:ascii="Sylfaen" w:hAnsi="Sylfaen" w:cs="Sylfaen"/>
          <w:sz w:val="18"/>
          <w:szCs w:val="18"/>
        </w:rPr>
        <w:t>წესით</w:t>
      </w:r>
      <w:proofErr w:type="spellEnd"/>
      <w:r w:rsidRPr="0026742B">
        <w:rPr>
          <w:rFonts w:cstheme="majorHAnsi"/>
          <w:sz w:val="18"/>
          <w:szCs w:val="18"/>
        </w:rPr>
        <w:t xml:space="preserve"> </w:t>
      </w:r>
      <w:proofErr w:type="spellStart"/>
      <w:r w:rsidRPr="0026742B">
        <w:rPr>
          <w:rFonts w:ascii="Sylfaen" w:hAnsi="Sylfaen" w:cs="Sylfaen"/>
          <w:sz w:val="18"/>
          <w:szCs w:val="18"/>
        </w:rPr>
        <w:t>დამკვეთის</w:t>
      </w:r>
      <w:proofErr w:type="spellEnd"/>
      <w:r w:rsidRPr="0026742B">
        <w:rPr>
          <w:rFonts w:cstheme="majorHAnsi"/>
          <w:sz w:val="18"/>
          <w:szCs w:val="18"/>
        </w:rPr>
        <w:t xml:space="preserve"> </w:t>
      </w:r>
      <w:proofErr w:type="spellStart"/>
      <w:r w:rsidRPr="0026742B">
        <w:rPr>
          <w:rFonts w:ascii="Sylfaen" w:hAnsi="Sylfaen" w:cs="Sylfaen"/>
          <w:sz w:val="18"/>
          <w:szCs w:val="18"/>
        </w:rPr>
        <w:t>მიერ</w:t>
      </w:r>
      <w:proofErr w:type="spellEnd"/>
      <w:r w:rsidRPr="0026742B">
        <w:rPr>
          <w:rFonts w:cstheme="majorHAnsi"/>
          <w:sz w:val="18"/>
          <w:szCs w:val="18"/>
        </w:rPr>
        <w:t xml:space="preserve"> </w:t>
      </w:r>
      <w:proofErr w:type="spellStart"/>
      <w:r w:rsidRPr="0026742B">
        <w:rPr>
          <w:rFonts w:ascii="Sylfaen" w:hAnsi="Sylfaen" w:cs="Sylfaen"/>
          <w:sz w:val="18"/>
          <w:szCs w:val="18"/>
        </w:rPr>
        <w:t>ხელმოწერის</w:t>
      </w:r>
      <w:proofErr w:type="spellEnd"/>
      <w:r w:rsidRPr="0026742B">
        <w:rPr>
          <w:rFonts w:cstheme="majorHAnsi"/>
          <w:sz w:val="18"/>
          <w:szCs w:val="18"/>
        </w:rPr>
        <w:t xml:space="preserve"> </w:t>
      </w:r>
      <w:proofErr w:type="spellStart"/>
      <w:r w:rsidRPr="0026742B">
        <w:rPr>
          <w:rFonts w:ascii="Sylfaen" w:hAnsi="Sylfaen" w:cs="Sylfaen"/>
          <w:sz w:val="18"/>
          <w:szCs w:val="18"/>
        </w:rPr>
        <w:t>შემდეგ</w:t>
      </w:r>
      <w:proofErr w:type="spellEnd"/>
      <w:r w:rsidRPr="0026742B">
        <w:rPr>
          <w:rFonts w:cstheme="majorHAnsi"/>
          <w:sz w:val="18"/>
          <w:szCs w:val="18"/>
        </w:rPr>
        <w:t>.</w:t>
      </w:r>
    </w:p>
    <w:p w14:paraId="5A32D2DF" w14:textId="077EAF72" w:rsidR="004B6084" w:rsidRPr="00717704" w:rsidRDefault="00A74260" w:rsidP="00185C20">
      <w:pPr>
        <w:pStyle w:val="ListParagraph"/>
        <w:numPr>
          <w:ilvl w:val="1"/>
          <w:numId w:val="13"/>
        </w:numPr>
        <w:jc w:val="both"/>
        <w:rPr>
          <w:rFonts w:cstheme="majorHAnsi"/>
          <w:sz w:val="18"/>
          <w:szCs w:val="18"/>
        </w:rPr>
      </w:pPr>
      <w:proofErr w:type="spellStart"/>
      <w:r w:rsidRPr="00A009C6">
        <w:rPr>
          <w:rFonts w:ascii="Sylfaen" w:hAnsi="Sylfaen" w:cs="Sylfaen"/>
          <w:sz w:val="18"/>
          <w:szCs w:val="18"/>
        </w:rPr>
        <w:t>მენარედე</w:t>
      </w:r>
      <w:proofErr w:type="spellEnd"/>
      <w:r w:rsidRPr="00A009C6">
        <w:rPr>
          <w:rFonts w:cstheme="majorHAnsi"/>
          <w:sz w:val="18"/>
          <w:szCs w:val="18"/>
        </w:rPr>
        <w:t xml:space="preserve"> </w:t>
      </w:r>
      <w:proofErr w:type="spellStart"/>
      <w:r w:rsidRPr="00A009C6">
        <w:rPr>
          <w:rFonts w:ascii="Sylfaen" w:hAnsi="Sylfaen" w:cs="Sylfaen"/>
          <w:sz w:val="18"/>
          <w:szCs w:val="18"/>
        </w:rPr>
        <w:t>ვალდებულია</w:t>
      </w:r>
      <w:proofErr w:type="spellEnd"/>
      <w:r w:rsidRPr="00A009C6">
        <w:rPr>
          <w:rFonts w:cstheme="majorHAnsi"/>
          <w:sz w:val="18"/>
          <w:szCs w:val="18"/>
        </w:rPr>
        <w:t xml:space="preserve"> </w:t>
      </w:r>
      <w:proofErr w:type="spellStart"/>
      <w:r w:rsidRPr="00A009C6">
        <w:rPr>
          <w:rFonts w:ascii="Sylfaen" w:hAnsi="Sylfaen" w:cs="Sylfaen"/>
          <w:sz w:val="18"/>
          <w:szCs w:val="18"/>
        </w:rPr>
        <w:t>უზრუნველყოს</w:t>
      </w:r>
      <w:proofErr w:type="spellEnd"/>
      <w:r w:rsidRPr="00A009C6">
        <w:rPr>
          <w:rFonts w:cstheme="majorHAnsi"/>
          <w:sz w:val="18"/>
          <w:szCs w:val="18"/>
        </w:rPr>
        <w:t xml:space="preserve"> </w:t>
      </w:r>
      <w:proofErr w:type="spellStart"/>
      <w:r w:rsidRPr="00A009C6">
        <w:rPr>
          <w:rFonts w:ascii="Sylfaen" w:hAnsi="Sylfaen" w:cs="Sylfaen"/>
          <w:sz w:val="18"/>
          <w:szCs w:val="18"/>
        </w:rPr>
        <w:t>პირადად</w:t>
      </w:r>
      <w:proofErr w:type="spellEnd"/>
      <w:r w:rsidRPr="00A009C6">
        <w:rPr>
          <w:rFonts w:cstheme="majorHAnsi"/>
          <w:sz w:val="18"/>
          <w:szCs w:val="18"/>
        </w:rPr>
        <w:t xml:space="preserve"> </w:t>
      </w:r>
      <w:proofErr w:type="spellStart"/>
      <w:r w:rsidRPr="00A009C6">
        <w:rPr>
          <w:rFonts w:ascii="Sylfaen" w:hAnsi="Sylfaen" w:cs="Sylfaen"/>
          <w:sz w:val="18"/>
          <w:szCs w:val="18"/>
        </w:rPr>
        <w:t>და</w:t>
      </w:r>
      <w:proofErr w:type="spellEnd"/>
      <w:r w:rsidRPr="00A009C6">
        <w:rPr>
          <w:rFonts w:cstheme="majorHAnsi"/>
          <w:sz w:val="18"/>
          <w:szCs w:val="18"/>
        </w:rPr>
        <w:t xml:space="preserve"> </w:t>
      </w:r>
      <w:r w:rsidR="00A009C6">
        <w:rPr>
          <w:rFonts w:ascii="Sylfaen" w:hAnsi="Sylfaen" w:cs="Sylfaen"/>
          <w:sz w:val="18"/>
          <w:szCs w:val="18"/>
          <w:lang w:val="ka-GE"/>
        </w:rPr>
        <w:t xml:space="preserve">სამშენებლო </w:t>
      </w:r>
      <w:proofErr w:type="spellStart"/>
      <w:r w:rsidRPr="00A009C6">
        <w:rPr>
          <w:rFonts w:ascii="Sylfaen" w:hAnsi="Sylfaen" w:cs="Sylfaen"/>
          <w:sz w:val="18"/>
          <w:szCs w:val="18"/>
        </w:rPr>
        <w:t>მოედანზე</w:t>
      </w:r>
      <w:proofErr w:type="spellEnd"/>
      <w:r w:rsidRPr="00A009C6">
        <w:rPr>
          <w:rFonts w:cstheme="majorHAnsi"/>
          <w:sz w:val="18"/>
          <w:szCs w:val="18"/>
        </w:rPr>
        <w:t xml:space="preserve"> </w:t>
      </w:r>
      <w:proofErr w:type="spellStart"/>
      <w:r w:rsidRPr="00A009C6">
        <w:rPr>
          <w:rFonts w:ascii="Sylfaen" w:hAnsi="Sylfaen" w:cs="Sylfaen"/>
          <w:sz w:val="18"/>
          <w:szCs w:val="18"/>
        </w:rPr>
        <w:t>დასაქმებული</w:t>
      </w:r>
      <w:proofErr w:type="spellEnd"/>
      <w:r w:rsidRPr="00A009C6">
        <w:rPr>
          <w:rFonts w:cstheme="majorHAnsi"/>
          <w:sz w:val="18"/>
          <w:szCs w:val="18"/>
        </w:rPr>
        <w:t xml:space="preserve"> </w:t>
      </w:r>
      <w:proofErr w:type="spellStart"/>
      <w:r w:rsidRPr="00A009C6">
        <w:rPr>
          <w:rFonts w:ascii="Sylfaen" w:hAnsi="Sylfaen" w:cs="Sylfaen"/>
          <w:sz w:val="18"/>
          <w:szCs w:val="18"/>
        </w:rPr>
        <w:t>პირების</w:t>
      </w:r>
      <w:proofErr w:type="spellEnd"/>
      <w:r w:rsidRPr="00A009C6">
        <w:rPr>
          <w:rFonts w:cstheme="majorHAnsi"/>
          <w:sz w:val="18"/>
          <w:szCs w:val="18"/>
        </w:rPr>
        <w:t xml:space="preserve"> </w:t>
      </w:r>
      <w:proofErr w:type="spellStart"/>
      <w:r w:rsidRPr="00A009C6">
        <w:rPr>
          <w:rFonts w:ascii="Sylfaen" w:hAnsi="Sylfaen" w:cs="Sylfaen"/>
          <w:sz w:val="18"/>
          <w:szCs w:val="18"/>
        </w:rPr>
        <w:t>მხრიდან</w:t>
      </w:r>
      <w:proofErr w:type="spellEnd"/>
      <w:r w:rsidRPr="00A009C6">
        <w:rPr>
          <w:rFonts w:cstheme="majorHAnsi"/>
          <w:sz w:val="18"/>
          <w:szCs w:val="18"/>
        </w:rPr>
        <w:t xml:space="preserve"> </w:t>
      </w:r>
      <w:proofErr w:type="spellStart"/>
      <w:r w:rsidRPr="00A009C6">
        <w:rPr>
          <w:rFonts w:ascii="Sylfaen" w:hAnsi="Sylfaen" w:cs="Sylfaen"/>
          <w:sz w:val="18"/>
          <w:szCs w:val="18"/>
        </w:rPr>
        <w:t>მესამე</w:t>
      </w:r>
      <w:proofErr w:type="spellEnd"/>
      <w:r w:rsidRPr="00A009C6">
        <w:rPr>
          <w:rFonts w:cstheme="majorHAnsi"/>
          <w:sz w:val="18"/>
          <w:szCs w:val="18"/>
        </w:rPr>
        <w:t xml:space="preserve"> </w:t>
      </w:r>
      <w:proofErr w:type="spellStart"/>
      <w:r w:rsidRPr="00A009C6">
        <w:rPr>
          <w:rFonts w:ascii="Sylfaen" w:hAnsi="Sylfaen" w:cs="Sylfaen"/>
          <w:sz w:val="18"/>
          <w:szCs w:val="18"/>
        </w:rPr>
        <w:t>პირთა</w:t>
      </w:r>
      <w:proofErr w:type="spellEnd"/>
      <w:r w:rsidR="00A4397C">
        <w:rPr>
          <w:rFonts w:cstheme="majorHAnsi"/>
          <w:sz w:val="18"/>
          <w:szCs w:val="18"/>
        </w:rPr>
        <w:t xml:space="preserve"> </w:t>
      </w:r>
      <w:r w:rsidR="00A4397C">
        <w:rPr>
          <w:rFonts w:ascii="Sylfaen" w:hAnsi="Sylfaen" w:cstheme="majorHAnsi"/>
          <w:sz w:val="18"/>
          <w:szCs w:val="18"/>
          <w:lang w:val="ka-GE"/>
        </w:rPr>
        <w:t>(</w:t>
      </w:r>
      <w:proofErr w:type="spellStart"/>
      <w:r w:rsidRPr="00A009C6">
        <w:rPr>
          <w:rFonts w:ascii="Sylfaen" w:hAnsi="Sylfaen" w:cs="Sylfaen"/>
          <w:sz w:val="18"/>
          <w:szCs w:val="18"/>
        </w:rPr>
        <w:t>მათ</w:t>
      </w:r>
      <w:proofErr w:type="spellEnd"/>
      <w:r w:rsidRPr="00A009C6">
        <w:rPr>
          <w:rFonts w:cstheme="majorHAnsi"/>
          <w:sz w:val="18"/>
          <w:szCs w:val="18"/>
        </w:rPr>
        <w:t xml:space="preserve"> </w:t>
      </w:r>
      <w:proofErr w:type="spellStart"/>
      <w:r w:rsidRPr="00A009C6">
        <w:rPr>
          <w:rFonts w:ascii="Sylfaen" w:hAnsi="Sylfaen" w:cs="Sylfaen"/>
          <w:sz w:val="18"/>
          <w:szCs w:val="18"/>
        </w:rPr>
        <w:t>შორის</w:t>
      </w:r>
      <w:proofErr w:type="spellEnd"/>
      <w:r w:rsidRPr="00A009C6">
        <w:rPr>
          <w:rFonts w:cstheme="majorHAnsi"/>
          <w:sz w:val="18"/>
          <w:szCs w:val="18"/>
        </w:rPr>
        <w:t xml:space="preserve">: </w:t>
      </w:r>
      <w:proofErr w:type="spellStart"/>
      <w:r w:rsidRPr="00A009C6">
        <w:rPr>
          <w:rFonts w:ascii="Sylfaen" w:hAnsi="Sylfaen" w:cs="Sylfaen"/>
          <w:sz w:val="18"/>
          <w:szCs w:val="18"/>
        </w:rPr>
        <w:t>დამკვეთის</w:t>
      </w:r>
      <w:proofErr w:type="spellEnd"/>
      <w:r w:rsidRPr="00A009C6">
        <w:rPr>
          <w:rFonts w:cstheme="majorHAnsi"/>
          <w:sz w:val="18"/>
          <w:szCs w:val="18"/>
        </w:rPr>
        <w:t xml:space="preserve"> </w:t>
      </w:r>
      <w:proofErr w:type="spellStart"/>
      <w:r w:rsidRPr="00A009C6">
        <w:rPr>
          <w:rFonts w:ascii="Sylfaen" w:hAnsi="Sylfaen" w:cs="Sylfaen"/>
          <w:sz w:val="18"/>
          <w:szCs w:val="18"/>
        </w:rPr>
        <w:t>პოტენციური</w:t>
      </w:r>
      <w:proofErr w:type="spellEnd"/>
      <w:r w:rsidRPr="00A009C6">
        <w:rPr>
          <w:rFonts w:cstheme="majorHAnsi"/>
          <w:sz w:val="18"/>
          <w:szCs w:val="18"/>
        </w:rPr>
        <w:t xml:space="preserve"> </w:t>
      </w:r>
      <w:proofErr w:type="spellStart"/>
      <w:r w:rsidRPr="00A009C6">
        <w:rPr>
          <w:rFonts w:ascii="Sylfaen" w:hAnsi="Sylfaen" w:cs="Sylfaen"/>
          <w:sz w:val="18"/>
          <w:szCs w:val="18"/>
        </w:rPr>
        <w:t>ან</w:t>
      </w:r>
      <w:proofErr w:type="spellEnd"/>
      <w:r w:rsidRPr="00A009C6">
        <w:rPr>
          <w:rFonts w:cstheme="majorHAnsi"/>
          <w:sz w:val="18"/>
          <w:szCs w:val="18"/>
        </w:rPr>
        <w:t xml:space="preserve"> </w:t>
      </w:r>
      <w:proofErr w:type="spellStart"/>
      <w:r w:rsidRPr="00A009C6">
        <w:rPr>
          <w:rFonts w:ascii="Sylfaen" w:hAnsi="Sylfaen" w:cs="Sylfaen"/>
          <w:sz w:val="18"/>
          <w:szCs w:val="18"/>
        </w:rPr>
        <w:t>არსებული</w:t>
      </w:r>
      <w:proofErr w:type="spellEnd"/>
      <w:r w:rsidRPr="00A009C6">
        <w:rPr>
          <w:rFonts w:cstheme="majorHAnsi"/>
          <w:sz w:val="18"/>
          <w:szCs w:val="18"/>
        </w:rPr>
        <w:t xml:space="preserve"> </w:t>
      </w:r>
      <w:proofErr w:type="spellStart"/>
      <w:r w:rsidRPr="00A009C6">
        <w:rPr>
          <w:rFonts w:ascii="Sylfaen" w:hAnsi="Sylfaen" w:cs="Sylfaen"/>
          <w:sz w:val="18"/>
          <w:szCs w:val="18"/>
        </w:rPr>
        <w:t>კლიენტები</w:t>
      </w:r>
      <w:proofErr w:type="spellEnd"/>
      <w:r w:rsidRPr="00A009C6">
        <w:rPr>
          <w:rFonts w:cstheme="majorHAnsi"/>
          <w:sz w:val="18"/>
          <w:szCs w:val="18"/>
        </w:rPr>
        <w:t xml:space="preserve">, </w:t>
      </w:r>
      <w:proofErr w:type="spellStart"/>
      <w:r w:rsidRPr="00A009C6">
        <w:rPr>
          <w:rFonts w:ascii="Sylfaen" w:hAnsi="Sylfaen" w:cs="Sylfaen"/>
          <w:sz w:val="18"/>
          <w:szCs w:val="18"/>
        </w:rPr>
        <w:t>მეზობელი</w:t>
      </w:r>
      <w:proofErr w:type="spellEnd"/>
      <w:r w:rsidRPr="00A009C6">
        <w:rPr>
          <w:rFonts w:cstheme="majorHAnsi"/>
          <w:sz w:val="18"/>
          <w:szCs w:val="18"/>
        </w:rPr>
        <w:t xml:space="preserve"> </w:t>
      </w:r>
      <w:proofErr w:type="spellStart"/>
      <w:r w:rsidRPr="00A009C6">
        <w:rPr>
          <w:rFonts w:ascii="Sylfaen" w:hAnsi="Sylfaen" w:cs="Sylfaen"/>
          <w:sz w:val="18"/>
          <w:szCs w:val="18"/>
        </w:rPr>
        <w:t>ნაკვეთების</w:t>
      </w:r>
      <w:proofErr w:type="spellEnd"/>
      <w:r w:rsidR="00A4397C">
        <w:rPr>
          <w:rFonts w:ascii="Sylfaen" w:hAnsi="Sylfaen" w:cs="Sylfaen"/>
          <w:sz w:val="18"/>
          <w:szCs w:val="18"/>
          <w:lang w:val="ka-GE"/>
        </w:rPr>
        <w:t xml:space="preserve"> </w:t>
      </w:r>
      <w:proofErr w:type="spellStart"/>
      <w:r w:rsidRPr="00A009C6">
        <w:rPr>
          <w:rFonts w:ascii="Sylfaen" w:hAnsi="Sylfaen" w:cs="Sylfaen"/>
          <w:sz w:val="18"/>
          <w:szCs w:val="18"/>
        </w:rPr>
        <w:t>მესაკუთრეები</w:t>
      </w:r>
      <w:proofErr w:type="spellEnd"/>
      <w:r w:rsidRPr="00A009C6">
        <w:rPr>
          <w:rFonts w:cstheme="majorHAnsi"/>
          <w:sz w:val="18"/>
          <w:szCs w:val="18"/>
        </w:rPr>
        <w:t xml:space="preserve"> </w:t>
      </w:r>
      <w:proofErr w:type="spellStart"/>
      <w:r w:rsidRPr="00A009C6">
        <w:rPr>
          <w:rFonts w:ascii="Sylfaen" w:hAnsi="Sylfaen" w:cs="Sylfaen"/>
          <w:sz w:val="18"/>
          <w:szCs w:val="18"/>
        </w:rPr>
        <w:t>და</w:t>
      </w:r>
      <w:proofErr w:type="spellEnd"/>
      <w:r w:rsidRPr="00A009C6">
        <w:rPr>
          <w:rFonts w:cstheme="majorHAnsi"/>
          <w:sz w:val="18"/>
          <w:szCs w:val="18"/>
        </w:rPr>
        <w:t xml:space="preserve"> </w:t>
      </w:r>
      <w:proofErr w:type="spellStart"/>
      <w:r w:rsidRPr="00A009C6">
        <w:rPr>
          <w:rFonts w:ascii="Sylfaen" w:hAnsi="Sylfaen" w:cs="Sylfaen"/>
          <w:sz w:val="18"/>
          <w:szCs w:val="18"/>
        </w:rPr>
        <w:t>ა</w:t>
      </w:r>
      <w:r w:rsidRPr="00A009C6">
        <w:rPr>
          <w:rFonts w:cstheme="majorHAnsi"/>
          <w:sz w:val="18"/>
          <w:szCs w:val="18"/>
        </w:rPr>
        <w:t>.</w:t>
      </w:r>
      <w:r w:rsidRPr="00A009C6">
        <w:rPr>
          <w:rFonts w:ascii="Sylfaen" w:hAnsi="Sylfaen" w:cs="Sylfaen"/>
          <w:sz w:val="18"/>
          <w:szCs w:val="18"/>
        </w:rPr>
        <w:t>შ</w:t>
      </w:r>
      <w:proofErr w:type="spellEnd"/>
      <w:r w:rsidR="00A4397C">
        <w:rPr>
          <w:rFonts w:cstheme="majorHAnsi"/>
          <w:sz w:val="18"/>
          <w:szCs w:val="18"/>
        </w:rPr>
        <w:t>.</w:t>
      </w:r>
      <w:r w:rsidR="00A4397C">
        <w:rPr>
          <w:rFonts w:ascii="Sylfaen" w:hAnsi="Sylfaen" w:cstheme="majorHAnsi"/>
          <w:sz w:val="18"/>
          <w:szCs w:val="18"/>
          <w:lang w:val="ka-GE"/>
        </w:rPr>
        <w:t>)</w:t>
      </w:r>
      <w:r w:rsidRPr="00A009C6">
        <w:rPr>
          <w:rFonts w:cstheme="majorHAnsi"/>
          <w:sz w:val="18"/>
          <w:szCs w:val="18"/>
        </w:rPr>
        <w:t xml:space="preserve"> </w:t>
      </w:r>
      <w:proofErr w:type="spellStart"/>
      <w:r w:rsidRPr="00A009C6">
        <w:rPr>
          <w:rFonts w:ascii="Sylfaen" w:hAnsi="Sylfaen" w:cs="Sylfaen"/>
          <w:sz w:val="18"/>
          <w:szCs w:val="18"/>
        </w:rPr>
        <w:t>მიმართ</w:t>
      </w:r>
      <w:proofErr w:type="spellEnd"/>
      <w:r w:rsidRPr="00A009C6">
        <w:rPr>
          <w:rFonts w:cstheme="majorHAnsi"/>
          <w:sz w:val="18"/>
          <w:szCs w:val="18"/>
        </w:rPr>
        <w:t xml:space="preserve"> </w:t>
      </w:r>
      <w:proofErr w:type="spellStart"/>
      <w:r w:rsidRPr="00A009C6">
        <w:rPr>
          <w:rFonts w:ascii="Sylfaen" w:hAnsi="Sylfaen" w:cs="Sylfaen"/>
          <w:sz w:val="18"/>
          <w:szCs w:val="18"/>
        </w:rPr>
        <w:t>ნებისმიერი</w:t>
      </w:r>
      <w:proofErr w:type="spellEnd"/>
      <w:r w:rsidRPr="00A009C6">
        <w:rPr>
          <w:rFonts w:cstheme="majorHAnsi"/>
          <w:sz w:val="18"/>
          <w:szCs w:val="18"/>
        </w:rPr>
        <w:t xml:space="preserve"> </w:t>
      </w:r>
      <w:proofErr w:type="spellStart"/>
      <w:r w:rsidRPr="00A009C6">
        <w:rPr>
          <w:rFonts w:ascii="Sylfaen" w:hAnsi="Sylfaen" w:cs="Sylfaen"/>
          <w:sz w:val="18"/>
          <w:szCs w:val="18"/>
        </w:rPr>
        <w:t>სახის</w:t>
      </w:r>
      <w:proofErr w:type="spellEnd"/>
      <w:r w:rsidRPr="00A009C6">
        <w:rPr>
          <w:rFonts w:cstheme="majorHAnsi"/>
          <w:sz w:val="18"/>
          <w:szCs w:val="18"/>
        </w:rPr>
        <w:t xml:space="preserve"> </w:t>
      </w:r>
      <w:proofErr w:type="spellStart"/>
      <w:r w:rsidRPr="00A009C6">
        <w:rPr>
          <w:rFonts w:ascii="Sylfaen" w:hAnsi="Sylfaen" w:cs="Sylfaen"/>
          <w:sz w:val="18"/>
          <w:szCs w:val="18"/>
        </w:rPr>
        <w:t>ინფორმაციის</w:t>
      </w:r>
      <w:proofErr w:type="spellEnd"/>
      <w:r w:rsidRPr="00A009C6">
        <w:rPr>
          <w:rFonts w:cstheme="majorHAnsi"/>
          <w:sz w:val="18"/>
          <w:szCs w:val="18"/>
        </w:rPr>
        <w:t xml:space="preserve"> </w:t>
      </w:r>
      <w:proofErr w:type="spellStart"/>
      <w:r w:rsidRPr="00A009C6">
        <w:rPr>
          <w:rFonts w:ascii="Sylfaen" w:hAnsi="Sylfaen" w:cs="Sylfaen"/>
          <w:sz w:val="18"/>
          <w:szCs w:val="18"/>
        </w:rPr>
        <w:t>ან</w:t>
      </w:r>
      <w:proofErr w:type="spellEnd"/>
      <w:r w:rsidRPr="00A009C6">
        <w:rPr>
          <w:rFonts w:cstheme="majorHAnsi"/>
          <w:sz w:val="18"/>
          <w:szCs w:val="18"/>
        </w:rPr>
        <w:t xml:space="preserve"> </w:t>
      </w:r>
      <w:proofErr w:type="spellStart"/>
      <w:r w:rsidRPr="00A009C6">
        <w:rPr>
          <w:rFonts w:ascii="Sylfaen" w:hAnsi="Sylfaen" w:cs="Sylfaen"/>
          <w:sz w:val="18"/>
          <w:szCs w:val="18"/>
        </w:rPr>
        <w:t>დეზინფორმაციის</w:t>
      </w:r>
      <w:proofErr w:type="spellEnd"/>
      <w:r w:rsidR="00A4397C">
        <w:rPr>
          <w:rFonts w:ascii="Sylfaen" w:hAnsi="Sylfaen" w:cs="Sylfaen"/>
          <w:sz w:val="18"/>
          <w:szCs w:val="18"/>
          <w:lang w:val="ka-GE"/>
        </w:rPr>
        <w:t xml:space="preserve"> </w:t>
      </w:r>
      <w:proofErr w:type="spellStart"/>
      <w:r w:rsidRPr="00A009C6">
        <w:rPr>
          <w:rFonts w:ascii="Sylfaen" w:hAnsi="Sylfaen" w:cs="Sylfaen"/>
          <w:sz w:val="18"/>
          <w:szCs w:val="18"/>
        </w:rPr>
        <w:t>გაუვრცელებლობა</w:t>
      </w:r>
      <w:proofErr w:type="spellEnd"/>
      <w:r w:rsidRPr="00A009C6">
        <w:rPr>
          <w:rFonts w:cstheme="majorHAnsi"/>
          <w:sz w:val="18"/>
          <w:szCs w:val="18"/>
        </w:rPr>
        <w:t xml:space="preserve">, </w:t>
      </w:r>
      <w:proofErr w:type="spellStart"/>
      <w:r w:rsidRPr="00A009C6">
        <w:rPr>
          <w:rFonts w:ascii="Sylfaen" w:hAnsi="Sylfaen" w:cs="Sylfaen"/>
          <w:sz w:val="18"/>
          <w:szCs w:val="18"/>
        </w:rPr>
        <w:t>მათ</w:t>
      </w:r>
      <w:proofErr w:type="spellEnd"/>
      <w:r w:rsidRPr="00A009C6">
        <w:rPr>
          <w:rFonts w:cstheme="majorHAnsi"/>
          <w:sz w:val="18"/>
          <w:szCs w:val="18"/>
        </w:rPr>
        <w:t xml:space="preserve"> </w:t>
      </w:r>
      <w:proofErr w:type="spellStart"/>
      <w:r w:rsidRPr="00A009C6">
        <w:rPr>
          <w:rFonts w:ascii="Sylfaen" w:hAnsi="Sylfaen" w:cs="Sylfaen"/>
          <w:sz w:val="18"/>
          <w:szCs w:val="18"/>
        </w:rPr>
        <w:t>შორის</w:t>
      </w:r>
      <w:proofErr w:type="spellEnd"/>
      <w:r w:rsidRPr="00A009C6">
        <w:rPr>
          <w:rFonts w:cstheme="majorHAnsi"/>
          <w:sz w:val="18"/>
          <w:szCs w:val="18"/>
        </w:rPr>
        <w:t xml:space="preserve"> </w:t>
      </w:r>
      <w:proofErr w:type="spellStart"/>
      <w:r w:rsidRPr="00A009C6">
        <w:rPr>
          <w:rFonts w:ascii="Sylfaen" w:hAnsi="Sylfaen" w:cs="Sylfaen"/>
          <w:sz w:val="18"/>
          <w:szCs w:val="18"/>
        </w:rPr>
        <w:t>ინფორმაცია</w:t>
      </w:r>
      <w:proofErr w:type="spellEnd"/>
      <w:r w:rsidRPr="00A009C6">
        <w:rPr>
          <w:rFonts w:cstheme="majorHAnsi"/>
          <w:sz w:val="18"/>
          <w:szCs w:val="18"/>
        </w:rPr>
        <w:t xml:space="preserve"> </w:t>
      </w:r>
      <w:proofErr w:type="spellStart"/>
      <w:r w:rsidRPr="00A009C6">
        <w:rPr>
          <w:rFonts w:ascii="Sylfaen" w:hAnsi="Sylfaen" w:cs="Sylfaen"/>
          <w:sz w:val="18"/>
          <w:szCs w:val="18"/>
        </w:rPr>
        <w:t>მშენებლობის</w:t>
      </w:r>
      <w:proofErr w:type="spellEnd"/>
      <w:r w:rsidRPr="00A009C6">
        <w:rPr>
          <w:rFonts w:cstheme="majorHAnsi"/>
          <w:sz w:val="18"/>
          <w:szCs w:val="18"/>
        </w:rPr>
        <w:t xml:space="preserve"> </w:t>
      </w:r>
      <w:proofErr w:type="spellStart"/>
      <w:r w:rsidRPr="00A009C6">
        <w:rPr>
          <w:rFonts w:ascii="Sylfaen" w:hAnsi="Sylfaen" w:cs="Sylfaen"/>
          <w:sz w:val="18"/>
          <w:szCs w:val="18"/>
        </w:rPr>
        <w:t>მიმდინარეობაზე</w:t>
      </w:r>
      <w:proofErr w:type="spellEnd"/>
      <w:r w:rsidRPr="00A009C6">
        <w:rPr>
          <w:rFonts w:cstheme="majorHAnsi"/>
          <w:sz w:val="18"/>
          <w:szCs w:val="18"/>
        </w:rPr>
        <w:t xml:space="preserve">, </w:t>
      </w:r>
      <w:proofErr w:type="spellStart"/>
      <w:r w:rsidRPr="00A009C6">
        <w:rPr>
          <w:rFonts w:ascii="Sylfaen" w:hAnsi="Sylfaen" w:cs="Sylfaen"/>
          <w:sz w:val="18"/>
          <w:szCs w:val="18"/>
        </w:rPr>
        <w:t>ვადებზე</w:t>
      </w:r>
      <w:proofErr w:type="spellEnd"/>
      <w:r w:rsidRPr="00A009C6">
        <w:rPr>
          <w:rFonts w:cstheme="majorHAnsi"/>
          <w:sz w:val="18"/>
          <w:szCs w:val="18"/>
        </w:rPr>
        <w:t xml:space="preserve">, </w:t>
      </w:r>
      <w:proofErr w:type="spellStart"/>
      <w:r w:rsidRPr="00A009C6">
        <w:rPr>
          <w:rFonts w:ascii="Sylfaen" w:hAnsi="Sylfaen" w:cs="Sylfaen"/>
          <w:sz w:val="18"/>
          <w:szCs w:val="18"/>
        </w:rPr>
        <w:t>მასალებზე</w:t>
      </w:r>
      <w:proofErr w:type="spellEnd"/>
      <w:r w:rsidRPr="00A009C6">
        <w:rPr>
          <w:rFonts w:cstheme="majorHAnsi"/>
          <w:sz w:val="18"/>
          <w:szCs w:val="18"/>
        </w:rPr>
        <w:t xml:space="preserve"> </w:t>
      </w:r>
      <w:proofErr w:type="spellStart"/>
      <w:r w:rsidRPr="00A009C6">
        <w:rPr>
          <w:rFonts w:ascii="Sylfaen" w:hAnsi="Sylfaen" w:cs="Sylfaen"/>
          <w:sz w:val="18"/>
          <w:szCs w:val="18"/>
        </w:rPr>
        <w:t>და</w:t>
      </w:r>
      <w:proofErr w:type="spellEnd"/>
      <w:r w:rsidRPr="00A009C6">
        <w:rPr>
          <w:rFonts w:cstheme="majorHAnsi"/>
          <w:sz w:val="18"/>
          <w:szCs w:val="18"/>
        </w:rPr>
        <w:t xml:space="preserve"> </w:t>
      </w:r>
      <w:proofErr w:type="spellStart"/>
      <w:r w:rsidRPr="00A009C6">
        <w:rPr>
          <w:rFonts w:ascii="Sylfaen" w:hAnsi="Sylfaen" w:cs="Sylfaen"/>
          <w:sz w:val="18"/>
          <w:szCs w:val="18"/>
        </w:rPr>
        <w:t>ა</w:t>
      </w:r>
      <w:r w:rsidRPr="00A009C6">
        <w:rPr>
          <w:rFonts w:cstheme="majorHAnsi"/>
          <w:sz w:val="18"/>
          <w:szCs w:val="18"/>
        </w:rPr>
        <w:t>.</w:t>
      </w:r>
      <w:r w:rsidRPr="00A009C6">
        <w:rPr>
          <w:rFonts w:ascii="Sylfaen" w:hAnsi="Sylfaen" w:cs="Sylfaen"/>
          <w:sz w:val="18"/>
          <w:szCs w:val="18"/>
        </w:rPr>
        <w:t>შ</w:t>
      </w:r>
      <w:proofErr w:type="spellEnd"/>
      <w:r w:rsidRPr="00A009C6">
        <w:rPr>
          <w:rFonts w:cstheme="majorHAnsi"/>
          <w:sz w:val="18"/>
          <w:szCs w:val="18"/>
        </w:rPr>
        <w:t>.</w:t>
      </w:r>
    </w:p>
    <w:p w14:paraId="148A3DF8" w14:textId="77777777" w:rsidR="00717704" w:rsidRDefault="00717704" w:rsidP="00717704">
      <w:pPr>
        <w:pStyle w:val="ListParagraph"/>
        <w:jc w:val="both"/>
        <w:rPr>
          <w:rFonts w:cstheme="majorHAnsi"/>
          <w:sz w:val="18"/>
          <w:szCs w:val="18"/>
          <w:lang w:val="ru-RU"/>
        </w:rPr>
      </w:pPr>
    </w:p>
    <w:p w14:paraId="17C5E803" w14:textId="77777777" w:rsidR="00717704" w:rsidRPr="00717704" w:rsidRDefault="00717704" w:rsidP="00717704">
      <w:pPr>
        <w:pStyle w:val="ListParagraph"/>
        <w:jc w:val="both"/>
        <w:rPr>
          <w:rFonts w:cstheme="majorHAnsi"/>
          <w:sz w:val="18"/>
          <w:szCs w:val="18"/>
        </w:rPr>
      </w:pPr>
    </w:p>
    <w:p w14:paraId="56053CE0" w14:textId="77777777" w:rsidR="00521466" w:rsidRPr="00C86A0D" w:rsidRDefault="00521466" w:rsidP="00521466">
      <w:pPr>
        <w:pStyle w:val="ListParagraph"/>
        <w:numPr>
          <w:ilvl w:val="0"/>
          <w:numId w:val="13"/>
        </w:numPr>
        <w:rPr>
          <w:rFonts w:cstheme="majorHAnsi"/>
          <w:b/>
          <w:bCs/>
        </w:rPr>
      </w:pPr>
      <w:r>
        <w:rPr>
          <w:rFonts w:ascii="Sylfaen" w:hAnsi="Sylfaen" w:cstheme="majorHAnsi"/>
          <w:sz w:val="18"/>
          <w:szCs w:val="18"/>
          <w:lang w:val="ka-GE"/>
        </w:rPr>
        <w:t xml:space="preserve">  </w:t>
      </w:r>
      <w:proofErr w:type="spellStart"/>
      <w:r w:rsidRPr="00C86A0D">
        <w:rPr>
          <w:rFonts w:ascii="Sylfaen" w:hAnsi="Sylfaen" w:cs="Sylfaen"/>
          <w:b/>
          <w:bCs/>
        </w:rPr>
        <w:t>მასალების</w:t>
      </w:r>
      <w:proofErr w:type="spellEnd"/>
      <w:r w:rsidRPr="00C86A0D">
        <w:rPr>
          <w:rFonts w:cstheme="majorHAnsi"/>
          <w:b/>
          <w:bCs/>
        </w:rPr>
        <w:t xml:space="preserve"> </w:t>
      </w:r>
      <w:proofErr w:type="spellStart"/>
      <w:r w:rsidRPr="00C86A0D">
        <w:rPr>
          <w:rFonts w:ascii="Sylfaen" w:hAnsi="Sylfaen" w:cs="Sylfaen"/>
          <w:b/>
          <w:bCs/>
        </w:rPr>
        <w:t>შეძენა</w:t>
      </w:r>
      <w:proofErr w:type="spellEnd"/>
    </w:p>
    <w:p w14:paraId="21FD3618" w14:textId="6AD47271" w:rsidR="00521466" w:rsidRPr="0031445B" w:rsidRDefault="00521466" w:rsidP="00521466">
      <w:pPr>
        <w:pStyle w:val="ListParagraph"/>
        <w:numPr>
          <w:ilvl w:val="1"/>
          <w:numId w:val="13"/>
        </w:numPr>
        <w:rPr>
          <w:rFonts w:cstheme="majorHAnsi"/>
          <w:sz w:val="18"/>
          <w:szCs w:val="18"/>
        </w:rPr>
      </w:pPr>
      <w:proofErr w:type="spellStart"/>
      <w:r w:rsidRPr="0031445B">
        <w:rPr>
          <w:rFonts w:ascii="Sylfaen" w:hAnsi="Sylfaen" w:cs="Sylfaen"/>
          <w:sz w:val="18"/>
          <w:szCs w:val="18"/>
        </w:rPr>
        <w:t>სამუშაოების</w:t>
      </w:r>
      <w:proofErr w:type="spellEnd"/>
      <w:r w:rsidRPr="0031445B">
        <w:rPr>
          <w:rFonts w:cstheme="majorHAnsi"/>
          <w:sz w:val="18"/>
          <w:szCs w:val="18"/>
        </w:rPr>
        <w:t xml:space="preserve"> </w:t>
      </w:r>
      <w:proofErr w:type="spellStart"/>
      <w:r w:rsidRPr="0031445B">
        <w:rPr>
          <w:rFonts w:ascii="Sylfaen" w:hAnsi="Sylfaen" w:cs="Sylfaen"/>
          <w:sz w:val="18"/>
          <w:szCs w:val="18"/>
        </w:rPr>
        <w:t>წარმოების</w:t>
      </w:r>
      <w:proofErr w:type="spellEnd"/>
      <w:r w:rsidRPr="0031445B">
        <w:rPr>
          <w:rFonts w:cstheme="majorHAnsi"/>
          <w:sz w:val="18"/>
          <w:szCs w:val="18"/>
        </w:rPr>
        <w:t xml:space="preserve"> </w:t>
      </w:r>
      <w:proofErr w:type="spellStart"/>
      <w:r w:rsidRPr="0031445B">
        <w:rPr>
          <w:rFonts w:ascii="Sylfaen" w:hAnsi="Sylfaen" w:cs="Sylfaen"/>
          <w:sz w:val="18"/>
          <w:szCs w:val="18"/>
        </w:rPr>
        <w:t>დროს</w:t>
      </w:r>
      <w:proofErr w:type="spellEnd"/>
      <w:r w:rsidR="00DF2732">
        <w:rPr>
          <w:rFonts w:ascii="Sylfaen" w:hAnsi="Sylfaen" w:cs="Sylfaen"/>
          <w:sz w:val="18"/>
          <w:szCs w:val="18"/>
        </w:rPr>
        <w:t xml:space="preserve"> </w:t>
      </w:r>
      <w:proofErr w:type="spellStart"/>
      <w:r w:rsidR="00DF2732" w:rsidRPr="0031445B">
        <w:rPr>
          <w:rFonts w:ascii="Sylfaen" w:hAnsi="Sylfaen" w:cs="Sylfaen"/>
          <w:sz w:val="18"/>
          <w:szCs w:val="18"/>
        </w:rPr>
        <w:t>დამკვეთი</w:t>
      </w:r>
      <w:proofErr w:type="spellEnd"/>
      <w:r w:rsidR="00DF2732">
        <w:rPr>
          <w:rFonts w:ascii="Sylfaen" w:hAnsi="Sylfaen" w:cs="Sylfaen"/>
          <w:sz w:val="18"/>
          <w:szCs w:val="18"/>
        </w:rPr>
        <w:t xml:space="preserve"> </w:t>
      </w:r>
      <w:proofErr w:type="spellStart"/>
      <w:r w:rsidRPr="0031445B">
        <w:rPr>
          <w:rFonts w:ascii="Sylfaen" w:hAnsi="Sylfaen" w:cs="Sylfaen"/>
          <w:sz w:val="18"/>
          <w:szCs w:val="18"/>
        </w:rPr>
        <w:t>განახორციელებს</w:t>
      </w:r>
      <w:proofErr w:type="spellEnd"/>
      <w:r w:rsidRPr="0031445B">
        <w:rPr>
          <w:rFonts w:cstheme="majorHAnsi"/>
          <w:sz w:val="18"/>
          <w:szCs w:val="18"/>
        </w:rPr>
        <w:t xml:space="preserve"> </w:t>
      </w:r>
      <w:proofErr w:type="spellStart"/>
      <w:r w:rsidRPr="0031445B">
        <w:rPr>
          <w:rFonts w:ascii="Sylfaen" w:hAnsi="Sylfaen" w:cs="Sylfaen"/>
          <w:sz w:val="18"/>
          <w:szCs w:val="18"/>
        </w:rPr>
        <w:t>შემდეგი</w:t>
      </w:r>
      <w:proofErr w:type="spellEnd"/>
      <w:r w:rsidRPr="0031445B">
        <w:rPr>
          <w:rFonts w:cstheme="majorHAnsi"/>
          <w:sz w:val="18"/>
          <w:szCs w:val="18"/>
        </w:rPr>
        <w:t xml:space="preserve"> </w:t>
      </w:r>
      <w:proofErr w:type="spellStart"/>
      <w:r w:rsidRPr="0031445B">
        <w:rPr>
          <w:rFonts w:ascii="Sylfaen" w:hAnsi="Sylfaen" w:cs="Sylfaen"/>
          <w:sz w:val="18"/>
          <w:szCs w:val="18"/>
        </w:rPr>
        <w:t>მასალების</w:t>
      </w:r>
      <w:proofErr w:type="spellEnd"/>
      <w:r w:rsidR="00B709C9">
        <w:rPr>
          <w:rFonts w:ascii="Sylfaen" w:hAnsi="Sylfaen" w:cs="Sylfaen"/>
          <w:sz w:val="18"/>
          <w:szCs w:val="18"/>
        </w:rPr>
        <w:t xml:space="preserve"> </w:t>
      </w:r>
      <w:r w:rsidRPr="0031445B">
        <w:rPr>
          <w:rFonts w:cstheme="majorHAnsi"/>
          <w:sz w:val="18"/>
          <w:szCs w:val="18"/>
        </w:rPr>
        <w:t>(</w:t>
      </w:r>
      <w:proofErr w:type="spellStart"/>
      <w:r w:rsidRPr="0031445B">
        <w:rPr>
          <w:rFonts w:ascii="Sylfaen" w:hAnsi="Sylfaen" w:cs="Sylfaen"/>
          <w:sz w:val="18"/>
          <w:szCs w:val="18"/>
        </w:rPr>
        <w:t>შემდგომში</w:t>
      </w:r>
      <w:proofErr w:type="spellEnd"/>
      <w:r w:rsidRPr="0031445B">
        <w:rPr>
          <w:rFonts w:cstheme="majorHAnsi"/>
          <w:sz w:val="18"/>
          <w:szCs w:val="18"/>
        </w:rPr>
        <w:t xml:space="preserve"> „</w:t>
      </w:r>
      <w:proofErr w:type="spellStart"/>
      <w:proofErr w:type="gramStart"/>
      <w:r w:rsidRPr="0031445B">
        <w:rPr>
          <w:rFonts w:ascii="Sylfaen" w:hAnsi="Sylfaen" w:cs="Sylfaen"/>
          <w:sz w:val="18"/>
          <w:szCs w:val="18"/>
        </w:rPr>
        <w:t>მასალა</w:t>
      </w:r>
      <w:proofErr w:type="spellEnd"/>
      <w:r w:rsidRPr="0031445B">
        <w:rPr>
          <w:rFonts w:cstheme="majorHAnsi"/>
          <w:sz w:val="18"/>
          <w:szCs w:val="18"/>
        </w:rPr>
        <w:t>“</w:t>
      </w:r>
      <w:proofErr w:type="gramEnd"/>
      <w:r w:rsidRPr="0031445B">
        <w:rPr>
          <w:rFonts w:cstheme="majorHAnsi"/>
          <w:sz w:val="18"/>
          <w:szCs w:val="18"/>
        </w:rPr>
        <w:t xml:space="preserve">) </w:t>
      </w:r>
      <w:proofErr w:type="spellStart"/>
      <w:r w:rsidRPr="0031445B">
        <w:rPr>
          <w:rFonts w:ascii="Sylfaen" w:hAnsi="Sylfaen" w:cs="Sylfaen"/>
          <w:sz w:val="18"/>
          <w:szCs w:val="18"/>
        </w:rPr>
        <w:t>შეძენას</w:t>
      </w:r>
      <w:proofErr w:type="spellEnd"/>
      <w:r w:rsidRPr="00917F20">
        <w:rPr>
          <w:rFonts w:ascii="Sylfaen" w:hAnsi="Sylfaen" w:cs="Sylfaen"/>
          <w:sz w:val="18"/>
          <w:szCs w:val="18"/>
          <w:lang w:val="ka-GE"/>
        </w:rPr>
        <w:t xml:space="preserve"> (</w:t>
      </w:r>
      <w:proofErr w:type="spellStart"/>
      <w:r w:rsidRPr="0031445B">
        <w:rPr>
          <w:rFonts w:ascii="Sylfaen" w:hAnsi="Sylfaen"/>
          <w:sz w:val="18"/>
          <w:szCs w:val="18"/>
        </w:rPr>
        <w:t>დანართის</w:t>
      </w:r>
      <w:proofErr w:type="spellEnd"/>
      <w:r w:rsidRPr="0031445B">
        <w:rPr>
          <w:rFonts w:ascii="Sylfaen" w:hAnsi="Sylfaen"/>
          <w:sz w:val="18"/>
          <w:szCs w:val="18"/>
        </w:rPr>
        <w:t xml:space="preserve"> </w:t>
      </w:r>
      <w:proofErr w:type="spellStart"/>
      <w:r w:rsidRPr="0031445B">
        <w:rPr>
          <w:rFonts w:ascii="Sylfaen" w:hAnsi="Sylfaen"/>
          <w:sz w:val="18"/>
          <w:szCs w:val="18"/>
        </w:rPr>
        <w:t>სახით</w:t>
      </w:r>
      <w:proofErr w:type="spellEnd"/>
      <w:r w:rsidRPr="0031445B">
        <w:rPr>
          <w:rFonts w:ascii="Sylfaen" w:hAnsi="Sylfaen"/>
          <w:sz w:val="18"/>
          <w:szCs w:val="18"/>
        </w:rPr>
        <w:t xml:space="preserve"> </w:t>
      </w:r>
      <w:proofErr w:type="spellStart"/>
      <w:r w:rsidRPr="0031445B">
        <w:rPr>
          <w:rFonts w:ascii="Sylfaen" w:hAnsi="Sylfaen"/>
          <w:sz w:val="18"/>
          <w:szCs w:val="18"/>
        </w:rPr>
        <w:t>დაერთვება</w:t>
      </w:r>
      <w:proofErr w:type="spellEnd"/>
      <w:r w:rsidRPr="0031445B">
        <w:rPr>
          <w:rFonts w:ascii="Sylfaen" w:hAnsi="Sylfaen"/>
          <w:sz w:val="18"/>
          <w:szCs w:val="18"/>
        </w:rPr>
        <w:t xml:space="preserve"> </w:t>
      </w:r>
      <w:proofErr w:type="spellStart"/>
      <w:r w:rsidRPr="0031445B">
        <w:rPr>
          <w:rFonts w:ascii="Sylfaen" w:hAnsi="Sylfaen"/>
          <w:sz w:val="18"/>
          <w:szCs w:val="18"/>
        </w:rPr>
        <w:t>ხელშეკრულებას</w:t>
      </w:r>
      <w:proofErr w:type="spellEnd"/>
      <w:r w:rsidRPr="0031445B">
        <w:rPr>
          <w:rFonts w:ascii="Sylfaen" w:hAnsi="Sylfaen"/>
          <w:sz w:val="18"/>
          <w:szCs w:val="18"/>
        </w:rPr>
        <w:t xml:space="preserve"> </w:t>
      </w:r>
      <w:proofErr w:type="spellStart"/>
      <w:r w:rsidRPr="0031445B">
        <w:rPr>
          <w:rFonts w:ascii="Sylfaen" w:hAnsi="Sylfaen"/>
          <w:sz w:val="18"/>
          <w:szCs w:val="18"/>
        </w:rPr>
        <w:t>მათი</w:t>
      </w:r>
      <w:proofErr w:type="spellEnd"/>
      <w:r w:rsidRPr="0031445B">
        <w:rPr>
          <w:rFonts w:ascii="Sylfaen" w:hAnsi="Sylfaen"/>
          <w:sz w:val="18"/>
          <w:szCs w:val="18"/>
        </w:rPr>
        <w:t xml:space="preserve"> </w:t>
      </w:r>
      <w:proofErr w:type="spellStart"/>
      <w:r w:rsidRPr="0031445B">
        <w:rPr>
          <w:rFonts w:ascii="Sylfaen" w:hAnsi="Sylfaen"/>
          <w:sz w:val="18"/>
          <w:szCs w:val="18"/>
        </w:rPr>
        <w:t>არსებობის</w:t>
      </w:r>
      <w:proofErr w:type="spellEnd"/>
      <w:r w:rsidRPr="0031445B">
        <w:rPr>
          <w:rFonts w:ascii="Sylfaen" w:hAnsi="Sylfaen"/>
          <w:sz w:val="18"/>
          <w:szCs w:val="18"/>
        </w:rPr>
        <w:t xml:space="preserve"> </w:t>
      </w:r>
      <w:proofErr w:type="spellStart"/>
      <w:r w:rsidRPr="0031445B">
        <w:rPr>
          <w:rFonts w:ascii="Sylfaen" w:hAnsi="Sylfaen"/>
          <w:sz w:val="18"/>
          <w:szCs w:val="18"/>
        </w:rPr>
        <w:t>შემთხვევაში</w:t>
      </w:r>
      <w:proofErr w:type="spellEnd"/>
      <w:r w:rsidRPr="0031445B">
        <w:rPr>
          <w:rFonts w:ascii="Sylfaen" w:hAnsi="Sylfaen" w:cs="Sylfaen"/>
          <w:sz w:val="18"/>
          <w:szCs w:val="18"/>
          <w:lang w:val="ka-GE"/>
        </w:rPr>
        <w:t>)</w:t>
      </w:r>
      <w:r>
        <w:rPr>
          <w:rFonts w:ascii="Sylfaen" w:hAnsi="Sylfaen" w:cstheme="majorHAnsi"/>
          <w:sz w:val="18"/>
          <w:szCs w:val="18"/>
          <w:lang w:val="ka-GE"/>
        </w:rPr>
        <w:t>.</w:t>
      </w:r>
      <w:r w:rsidRPr="0031445B">
        <w:rPr>
          <w:rFonts w:cstheme="majorHAnsi"/>
          <w:sz w:val="18"/>
          <w:szCs w:val="18"/>
        </w:rPr>
        <w:t xml:space="preserve"> </w:t>
      </w:r>
    </w:p>
    <w:p w14:paraId="0A10EC99" w14:textId="4FD46855" w:rsidR="00521466" w:rsidRDefault="00521466" w:rsidP="00521466">
      <w:pPr>
        <w:pStyle w:val="ListParagraph"/>
        <w:numPr>
          <w:ilvl w:val="1"/>
          <w:numId w:val="13"/>
        </w:numPr>
        <w:rPr>
          <w:rFonts w:cstheme="majorHAnsi"/>
          <w:sz w:val="18"/>
          <w:szCs w:val="18"/>
        </w:rPr>
      </w:pPr>
      <w:proofErr w:type="spellStart"/>
      <w:r w:rsidRPr="00C86A0D">
        <w:rPr>
          <w:rFonts w:ascii="Sylfaen" w:hAnsi="Sylfaen" w:cs="Sylfaen"/>
          <w:sz w:val="18"/>
          <w:szCs w:val="18"/>
        </w:rPr>
        <w:t>წინამდებარე</w:t>
      </w:r>
      <w:proofErr w:type="spellEnd"/>
      <w:r w:rsidRPr="00C86A0D">
        <w:rPr>
          <w:rFonts w:cstheme="majorHAnsi"/>
          <w:sz w:val="18"/>
          <w:szCs w:val="18"/>
        </w:rPr>
        <w:t xml:space="preserve"> </w:t>
      </w:r>
      <w:proofErr w:type="spellStart"/>
      <w:r w:rsidRPr="00C86A0D">
        <w:rPr>
          <w:rFonts w:ascii="Sylfaen" w:hAnsi="Sylfaen" w:cs="Sylfaen"/>
          <w:sz w:val="18"/>
          <w:szCs w:val="18"/>
        </w:rPr>
        <w:t>ხელშეკრულების</w:t>
      </w:r>
      <w:proofErr w:type="spellEnd"/>
      <w:r w:rsidRPr="00C86A0D">
        <w:rPr>
          <w:rFonts w:cstheme="majorHAnsi"/>
          <w:sz w:val="18"/>
          <w:szCs w:val="18"/>
        </w:rPr>
        <w:t xml:space="preserve"> 6.1. </w:t>
      </w:r>
      <w:proofErr w:type="spellStart"/>
      <w:r w:rsidRPr="00C86A0D">
        <w:rPr>
          <w:rFonts w:ascii="Sylfaen" w:hAnsi="Sylfaen" w:cs="Sylfaen"/>
          <w:sz w:val="18"/>
          <w:szCs w:val="18"/>
        </w:rPr>
        <w:t>მუხლით</w:t>
      </w:r>
      <w:proofErr w:type="spellEnd"/>
      <w:r w:rsidRPr="00C86A0D">
        <w:rPr>
          <w:rFonts w:cstheme="majorHAnsi"/>
          <w:sz w:val="18"/>
          <w:szCs w:val="18"/>
        </w:rPr>
        <w:t xml:space="preserve"> </w:t>
      </w:r>
      <w:proofErr w:type="spellStart"/>
      <w:r w:rsidRPr="00C86A0D">
        <w:rPr>
          <w:rFonts w:ascii="Sylfaen" w:hAnsi="Sylfaen" w:cs="Sylfaen"/>
          <w:sz w:val="18"/>
          <w:szCs w:val="18"/>
        </w:rPr>
        <w:t>განსაზღვრული</w:t>
      </w:r>
      <w:proofErr w:type="spellEnd"/>
      <w:r w:rsidRPr="00C86A0D">
        <w:rPr>
          <w:rFonts w:cstheme="majorHAnsi"/>
          <w:sz w:val="18"/>
          <w:szCs w:val="18"/>
        </w:rPr>
        <w:t xml:space="preserve"> </w:t>
      </w:r>
      <w:proofErr w:type="spellStart"/>
      <w:r w:rsidRPr="00C86A0D">
        <w:rPr>
          <w:rFonts w:ascii="Sylfaen" w:hAnsi="Sylfaen" w:cs="Sylfaen"/>
          <w:sz w:val="18"/>
          <w:szCs w:val="18"/>
        </w:rPr>
        <w:t>მასალის</w:t>
      </w:r>
      <w:proofErr w:type="spellEnd"/>
      <w:r w:rsidRPr="00C86A0D">
        <w:rPr>
          <w:rFonts w:cstheme="majorHAnsi"/>
          <w:sz w:val="18"/>
          <w:szCs w:val="18"/>
        </w:rPr>
        <w:t xml:space="preserve"> </w:t>
      </w:r>
      <w:proofErr w:type="spellStart"/>
      <w:r w:rsidRPr="00C86A0D">
        <w:rPr>
          <w:rFonts w:ascii="Sylfaen" w:hAnsi="Sylfaen" w:cs="Sylfaen"/>
          <w:sz w:val="18"/>
          <w:szCs w:val="18"/>
        </w:rPr>
        <w:t>სახეობა</w:t>
      </w:r>
      <w:proofErr w:type="spellEnd"/>
      <w:r w:rsidRPr="00C86A0D">
        <w:rPr>
          <w:rFonts w:cstheme="majorHAnsi"/>
          <w:sz w:val="18"/>
          <w:szCs w:val="18"/>
        </w:rPr>
        <w:t xml:space="preserve"> </w:t>
      </w:r>
      <w:proofErr w:type="spellStart"/>
      <w:r w:rsidRPr="00C86A0D">
        <w:rPr>
          <w:rFonts w:ascii="Sylfaen" w:hAnsi="Sylfaen" w:cs="Sylfaen"/>
          <w:sz w:val="18"/>
          <w:szCs w:val="18"/>
        </w:rPr>
        <w:t>და</w:t>
      </w:r>
      <w:proofErr w:type="spellEnd"/>
      <w:r w:rsidRPr="00C86A0D">
        <w:rPr>
          <w:rFonts w:cstheme="majorHAnsi"/>
          <w:sz w:val="18"/>
          <w:szCs w:val="18"/>
        </w:rPr>
        <w:t xml:space="preserve"> </w:t>
      </w:r>
      <w:proofErr w:type="spellStart"/>
      <w:r w:rsidRPr="00C86A0D">
        <w:rPr>
          <w:rFonts w:ascii="Sylfaen" w:hAnsi="Sylfaen" w:cs="Sylfaen"/>
          <w:sz w:val="18"/>
          <w:szCs w:val="18"/>
        </w:rPr>
        <w:t>ხარისხი</w:t>
      </w:r>
      <w:proofErr w:type="spellEnd"/>
      <w:r w:rsidRPr="00C86A0D">
        <w:rPr>
          <w:rFonts w:cstheme="majorHAnsi"/>
          <w:sz w:val="18"/>
          <w:szCs w:val="18"/>
        </w:rPr>
        <w:t xml:space="preserve"> </w:t>
      </w:r>
      <w:proofErr w:type="spellStart"/>
      <w:r w:rsidRPr="00C86A0D">
        <w:rPr>
          <w:rFonts w:ascii="Sylfaen" w:hAnsi="Sylfaen" w:cs="Sylfaen"/>
          <w:sz w:val="18"/>
          <w:szCs w:val="18"/>
        </w:rPr>
        <w:t>უნდა</w:t>
      </w:r>
      <w:proofErr w:type="spellEnd"/>
      <w:r w:rsidRPr="00C86A0D">
        <w:rPr>
          <w:rFonts w:cstheme="majorHAnsi"/>
          <w:sz w:val="18"/>
          <w:szCs w:val="18"/>
        </w:rPr>
        <w:t xml:space="preserve"> </w:t>
      </w:r>
      <w:proofErr w:type="spellStart"/>
      <w:r w:rsidRPr="00C86A0D">
        <w:rPr>
          <w:rFonts w:ascii="Sylfaen" w:hAnsi="Sylfaen" w:cs="Sylfaen"/>
          <w:sz w:val="18"/>
          <w:szCs w:val="18"/>
        </w:rPr>
        <w:t>შეესაბამებოდეს</w:t>
      </w:r>
      <w:proofErr w:type="spellEnd"/>
      <w:r w:rsidRPr="00C86A0D">
        <w:rPr>
          <w:rFonts w:cstheme="majorHAnsi"/>
          <w:sz w:val="18"/>
          <w:szCs w:val="18"/>
        </w:rPr>
        <w:t xml:space="preserve"> </w:t>
      </w:r>
      <w:proofErr w:type="spellStart"/>
      <w:r w:rsidRPr="00C86A0D">
        <w:rPr>
          <w:rFonts w:ascii="Sylfaen" w:hAnsi="Sylfaen" w:cs="Sylfaen"/>
          <w:sz w:val="18"/>
          <w:szCs w:val="18"/>
        </w:rPr>
        <w:t>საპროექტო</w:t>
      </w:r>
      <w:proofErr w:type="spellEnd"/>
      <w:r w:rsidRPr="00C86A0D">
        <w:rPr>
          <w:rFonts w:cstheme="majorHAnsi"/>
          <w:sz w:val="18"/>
          <w:szCs w:val="18"/>
        </w:rPr>
        <w:t xml:space="preserve"> </w:t>
      </w:r>
      <w:proofErr w:type="spellStart"/>
      <w:r w:rsidRPr="00C86A0D">
        <w:rPr>
          <w:rFonts w:ascii="Sylfaen" w:hAnsi="Sylfaen" w:cs="Sylfaen"/>
          <w:sz w:val="18"/>
          <w:szCs w:val="18"/>
        </w:rPr>
        <w:t>დოკუმენტაციით</w:t>
      </w:r>
      <w:proofErr w:type="spellEnd"/>
      <w:r w:rsidRPr="00C86A0D">
        <w:rPr>
          <w:rFonts w:cstheme="majorHAnsi"/>
          <w:sz w:val="18"/>
          <w:szCs w:val="18"/>
        </w:rPr>
        <w:t xml:space="preserve"> </w:t>
      </w:r>
      <w:proofErr w:type="spellStart"/>
      <w:r w:rsidRPr="00C86A0D">
        <w:rPr>
          <w:rFonts w:ascii="Sylfaen" w:hAnsi="Sylfaen" w:cs="Sylfaen"/>
          <w:sz w:val="18"/>
          <w:szCs w:val="18"/>
        </w:rPr>
        <w:t>განსაზღვრულ</w:t>
      </w:r>
      <w:proofErr w:type="spellEnd"/>
      <w:r w:rsidRPr="00C86A0D">
        <w:rPr>
          <w:rFonts w:cstheme="majorHAnsi"/>
          <w:sz w:val="18"/>
          <w:szCs w:val="18"/>
        </w:rPr>
        <w:t xml:space="preserve"> </w:t>
      </w:r>
      <w:proofErr w:type="spellStart"/>
      <w:r w:rsidRPr="00C86A0D">
        <w:rPr>
          <w:rFonts w:ascii="Sylfaen" w:hAnsi="Sylfaen" w:cs="Sylfaen"/>
          <w:sz w:val="18"/>
          <w:szCs w:val="18"/>
        </w:rPr>
        <w:t>სახეობას</w:t>
      </w:r>
      <w:proofErr w:type="spellEnd"/>
      <w:r w:rsidRPr="00C86A0D">
        <w:rPr>
          <w:rFonts w:cstheme="majorHAnsi"/>
          <w:sz w:val="18"/>
          <w:szCs w:val="18"/>
        </w:rPr>
        <w:t xml:space="preserve"> </w:t>
      </w:r>
      <w:proofErr w:type="spellStart"/>
      <w:r w:rsidRPr="00C86A0D">
        <w:rPr>
          <w:rFonts w:ascii="Sylfaen" w:hAnsi="Sylfaen" w:cs="Sylfaen"/>
          <w:sz w:val="18"/>
          <w:szCs w:val="18"/>
        </w:rPr>
        <w:t>და</w:t>
      </w:r>
      <w:proofErr w:type="spellEnd"/>
      <w:r w:rsidRPr="00C86A0D">
        <w:rPr>
          <w:rFonts w:cstheme="majorHAnsi"/>
          <w:sz w:val="18"/>
          <w:szCs w:val="18"/>
        </w:rPr>
        <w:t xml:space="preserve"> </w:t>
      </w:r>
      <w:proofErr w:type="spellStart"/>
      <w:r w:rsidRPr="00C86A0D">
        <w:rPr>
          <w:rFonts w:ascii="Sylfaen" w:hAnsi="Sylfaen" w:cs="Sylfaen"/>
          <w:sz w:val="18"/>
          <w:szCs w:val="18"/>
        </w:rPr>
        <w:t>საქართველოში</w:t>
      </w:r>
      <w:proofErr w:type="spellEnd"/>
      <w:r w:rsidRPr="00C86A0D">
        <w:rPr>
          <w:rFonts w:cstheme="majorHAnsi"/>
          <w:sz w:val="18"/>
          <w:szCs w:val="18"/>
        </w:rPr>
        <w:t xml:space="preserve"> </w:t>
      </w:r>
      <w:proofErr w:type="spellStart"/>
      <w:r w:rsidRPr="00C86A0D">
        <w:rPr>
          <w:rFonts w:ascii="Sylfaen" w:hAnsi="Sylfaen" w:cs="Sylfaen"/>
          <w:sz w:val="18"/>
          <w:szCs w:val="18"/>
        </w:rPr>
        <w:t>მოქმედი</w:t>
      </w:r>
      <w:proofErr w:type="spellEnd"/>
      <w:r w:rsidR="00B709C9">
        <w:rPr>
          <w:rFonts w:ascii="Sylfaen" w:hAnsi="Sylfaen" w:cs="Sylfaen"/>
          <w:sz w:val="18"/>
          <w:szCs w:val="18"/>
        </w:rPr>
        <w:t xml:space="preserve"> </w:t>
      </w:r>
      <w:proofErr w:type="spellStart"/>
      <w:r w:rsidRPr="00C86A0D">
        <w:rPr>
          <w:rFonts w:ascii="Sylfaen" w:hAnsi="Sylfaen" w:cs="Sylfaen"/>
          <w:sz w:val="18"/>
          <w:szCs w:val="18"/>
        </w:rPr>
        <w:t>ნორმებით</w:t>
      </w:r>
      <w:proofErr w:type="spellEnd"/>
      <w:r w:rsidRPr="00C86A0D">
        <w:rPr>
          <w:rFonts w:cstheme="majorHAnsi"/>
          <w:sz w:val="18"/>
          <w:szCs w:val="18"/>
        </w:rPr>
        <w:t xml:space="preserve"> </w:t>
      </w:r>
      <w:proofErr w:type="spellStart"/>
      <w:r w:rsidRPr="00C86A0D">
        <w:rPr>
          <w:rFonts w:ascii="Sylfaen" w:hAnsi="Sylfaen" w:cs="Sylfaen"/>
          <w:sz w:val="18"/>
          <w:szCs w:val="18"/>
        </w:rPr>
        <w:t>გათვალისწინებულ</w:t>
      </w:r>
      <w:proofErr w:type="spellEnd"/>
      <w:r w:rsidRPr="00C86A0D">
        <w:rPr>
          <w:rFonts w:cstheme="majorHAnsi"/>
          <w:sz w:val="18"/>
          <w:szCs w:val="18"/>
        </w:rPr>
        <w:t xml:space="preserve"> </w:t>
      </w:r>
      <w:proofErr w:type="spellStart"/>
      <w:r w:rsidRPr="00C86A0D">
        <w:rPr>
          <w:rFonts w:ascii="Sylfaen" w:hAnsi="Sylfaen" w:cs="Sylfaen"/>
          <w:sz w:val="18"/>
          <w:szCs w:val="18"/>
        </w:rPr>
        <w:t>ასეთი</w:t>
      </w:r>
      <w:proofErr w:type="spellEnd"/>
      <w:r w:rsidRPr="00C86A0D">
        <w:rPr>
          <w:rFonts w:cstheme="majorHAnsi"/>
          <w:sz w:val="18"/>
          <w:szCs w:val="18"/>
        </w:rPr>
        <w:t xml:space="preserve"> </w:t>
      </w:r>
      <w:proofErr w:type="spellStart"/>
      <w:r w:rsidRPr="00C86A0D">
        <w:rPr>
          <w:rFonts w:ascii="Sylfaen" w:hAnsi="Sylfaen" w:cs="Sylfaen"/>
          <w:sz w:val="18"/>
          <w:szCs w:val="18"/>
        </w:rPr>
        <w:t>სახეობის</w:t>
      </w:r>
      <w:proofErr w:type="spellEnd"/>
      <w:r w:rsidRPr="00C86A0D">
        <w:rPr>
          <w:rFonts w:cstheme="majorHAnsi"/>
          <w:sz w:val="18"/>
          <w:szCs w:val="18"/>
        </w:rPr>
        <w:t xml:space="preserve"> </w:t>
      </w:r>
      <w:proofErr w:type="spellStart"/>
      <w:r w:rsidRPr="00C86A0D">
        <w:rPr>
          <w:rFonts w:ascii="Sylfaen" w:hAnsi="Sylfaen" w:cs="Sylfaen"/>
          <w:sz w:val="18"/>
          <w:szCs w:val="18"/>
        </w:rPr>
        <w:t>მასალაზე</w:t>
      </w:r>
      <w:proofErr w:type="spellEnd"/>
      <w:r w:rsidRPr="00C86A0D">
        <w:rPr>
          <w:rFonts w:cstheme="majorHAnsi"/>
          <w:sz w:val="18"/>
          <w:szCs w:val="18"/>
        </w:rPr>
        <w:t xml:space="preserve"> </w:t>
      </w:r>
      <w:proofErr w:type="spellStart"/>
      <w:r w:rsidRPr="00C86A0D">
        <w:rPr>
          <w:rFonts w:ascii="Sylfaen" w:hAnsi="Sylfaen" w:cs="Sylfaen"/>
          <w:sz w:val="18"/>
          <w:szCs w:val="18"/>
        </w:rPr>
        <w:t>არსებულ</w:t>
      </w:r>
      <w:proofErr w:type="spellEnd"/>
      <w:r w:rsidRPr="00C86A0D">
        <w:rPr>
          <w:rFonts w:cstheme="majorHAnsi"/>
          <w:sz w:val="18"/>
          <w:szCs w:val="18"/>
        </w:rPr>
        <w:t xml:space="preserve"> </w:t>
      </w:r>
      <w:proofErr w:type="spellStart"/>
      <w:r w:rsidRPr="00C86A0D">
        <w:rPr>
          <w:rFonts w:ascii="Sylfaen" w:hAnsi="Sylfaen" w:cs="Sylfaen"/>
          <w:sz w:val="18"/>
          <w:szCs w:val="18"/>
        </w:rPr>
        <w:t>ხარისხობრივ</w:t>
      </w:r>
      <w:proofErr w:type="spellEnd"/>
      <w:r w:rsidRPr="00C86A0D">
        <w:rPr>
          <w:rFonts w:cstheme="majorHAnsi"/>
          <w:sz w:val="18"/>
          <w:szCs w:val="18"/>
        </w:rPr>
        <w:t xml:space="preserve"> </w:t>
      </w:r>
      <w:proofErr w:type="spellStart"/>
      <w:r w:rsidRPr="00C86A0D">
        <w:rPr>
          <w:rFonts w:ascii="Sylfaen" w:hAnsi="Sylfaen" w:cs="Sylfaen"/>
          <w:sz w:val="18"/>
          <w:szCs w:val="18"/>
        </w:rPr>
        <w:t>მოთხოვნებს</w:t>
      </w:r>
      <w:proofErr w:type="spellEnd"/>
      <w:r w:rsidRPr="00C86A0D">
        <w:rPr>
          <w:rFonts w:cstheme="majorHAnsi"/>
          <w:sz w:val="18"/>
          <w:szCs w:val="18"/>
        </w:rPr>
        <w:t xml:space="preserve"> </w:t>
      </w:r>
      <w:proofErr w:type="spellStart"/>
      <w:r w:rsidRPr="00C86A0D">
        <w:rPr>
          <w:rFonts w:ascii="Sylfaen" w:hAnsi="Sylfaen" w:cs="Sylfaen"/>
          <w:sz w:val="18"/>
          <w:szCs w:val="18"/>
        </w:rPr>
        <w:t>და</w:t>
      </w:r>
      <w:proofErr w:type="spellEnd"/>
      <w:r w:rsidRPr="00C86A0D">
        <w:rPr>
          <w:rFonts w:cstheme="majorHAnsi"/>
          <w:sz w:val="18"/>
          <w:szCs w:val="18"/>
        </w:rPr>
        <w:t xml:space="preserve"> </w:t>
      </w:r>
      <w:proofErr w:type="spellStart"/>
      <w:r w:rsidRPr="00C86A0D">
        <w:rPr>
          <w:rFonts w:ascii="Sylfaen" w:hAnsi="Sylfaen" w:cs="Sylfaen"/>
          <w:sz w:val="18"/>
          <w:szCs w:val="18"/>
        </w:rPr>
        <w:t>სტანდარტებს</w:t>
      </w:r>
      <w:proofErr w:type="spellEnd"/>
      <w:r w:rsidRPr="00C86A0D">
        <w:rPr>
          <w:rFonts w:cstheme="majorHAnsi"/>
          <w:sz w:val="18"/>
          <w:szCs w:val="18"/>
        </w:rPr>
        <w:t>.</w:t>
      </w:r>
    </w:p>
    <w:p w14:paraId="46514DB3" w14:textId="105AD830" w:rsidR="00521466" w:rsidRDefault="00521466" w:rsidP="00521466">
      <w:pPr>
        <w:pStyle w:val="ListParagraph"/>
        <w:numPr>
          <w:ilvl w:val="1"/>
          <w:numId w:val="13"/>
        </w:numPr>
        <w:rPr>
          <w:rFonts w:cstheme="majorHAnsi"/>
          <w:sz w:val="18"/>
          <w:szCs w:val="18"/>
        </w:rPr>
      </w:pPr>
      <w:proofErr w:type="spellStart"/>
      <w:r w:rsidRPr="00C86A0D">
        <w:rPr>
          <w:rFonts w:ascii="Sylfaen" w:hAnsi="Sylfaen" w:cs="Sylfaen"/>
          <w:sz w:val="18"/>
          <w:szCs w:val="18"/>
        </w:rPr>
        <w:lastRenderedPageBreak/>
        <w:t>წინამდებარე</w:t>
      </w:r>
      <w:proofErr w:type="spellEnd"/>
      <w:r w:rsidRPr="00C86A0D">
        <w:rPr>
          <w:rFonts w:cstheme="majorHAnsi"/>
          <w:sz w:val="18"/>
          <w:szCs w:val="18"/>
        </w:rPr>
        <w:t xml:space="preserve"> </w:t>
      </w:r>
      <w:proofErr w:type="spellStart"/>
      <w:r w:rsidRPr="00C86A0D">
        <w:rPr>
          <w:rFonts w:ascii="Sylfaen" w:hAnsi="Sylfaen" w:cs="Sylfaen"/>
          <w:sz w:val="18"/>
          <w:szCs w:val="18"/>
        </w:rPr>
        <w:t>ხელშეკრულების</w:t>
      </w:r>
      <w:proofErr w:type="spellEnd"/>
      <w:r w:rsidRPr="00C86A0D">
        <w:rPr>
          <w:rFonts w:cstheme="majorHAnsi"/>
          <w:sz w:val="18"/>
          <w:szCs w:val="18"/>
        </w:rPr>
        <w:t xml:space="preserve"> 6.1. </w:t>
      </w:r>
      <w:proofErr w:type="spellStart"/>
      <w:r w:rsidRPr="00C86A0D">
        <w:rPr>
          <w:rFonts w:ascii="Sylfaen" w:hAnsi="Sylfaen" w:cs="Sylfaen"/>
          <w:sz w:val="18"/>
          <w:szCs w:val="18"/>
        </w:rPr>
        <w:t>მუხლით</w:t>
      </w:r>
      <w:proofErr w:type="spellEnd"/>
      <w:r w:rsidRPr="00C86A0D">
        <w:rPr>
          <w:rFonts w:cstheme="majorHAnsi"/>
          <w:sz w:val="18"/>
          <w:szCs w:val="18"/>
        </w:rPr>
        <w:t xml:space="preserve"> </w:t>
      </w:r>
      <w:proofErr w:type="spellStart"/>
      <w:r w:rsidRPr="00C86A0D">
        <w:rPr>
          <w:rFonts w:ascii="Sylfaen" w:hAnsi="Sylfaen" w:cs="Sylfaen"/>
          <w:sz w:val="18"/>
          <w:szCs w:val="18"/>
        </w:rPr>
        <w:t>განსაზღვრული</w:t>
      </w:r>
      <w:proofErr w:type="spellEnd"/>
      <w:r w:rsidRPr="00C86A0D">
        <w:rPr>
          <w:rFonts w:cstheme="majorHAnsi"/>
          <w:sz w:val="18"/>
          <w:szCs w:val="18"/>
        </w:rPr>
        <w:t xml:space="preserve"> </w:t>
      </w:r>
      <w:proofErr w:type="spellStart"/>
      <w:r w:rsidRPr="00C86A0D">
        <w:rPr>
          <w:rFonts w:ascii="Sylfaen" w:hAnsi="Sylfaen" w:cs="Sylfaen"/>
          <w:sz w:val="18"/>
          <w:szCs w:val="18"/>
        </w:rPr>
        <w:t>მასალის</w:t>
      </w:r>
      <w:proofErr w:type="spellEnd"/>
      <w:r w:rsidRPr="00C86A0D">
        <w:rPr>
          <w:rFonts w:cstheme="majorHAnsi"/>
          <w:sz w:val="18"/>
          <w:szCs w:val="18"/>
        </w:rPr>
        <w:t xml:space="preserve"> </w:t>
      </w:r>
      <w:proofErr w:type="spellStart"/>
      <w:r w:rsidRPr="00C86A0D">
        <w:rPr>
          <w:rFonts w:ascii="Sylfaen" w:hAnsi="Sylfaen" w:cs="Sylfaen"/>
          <w:sz w:val="18"/>
          <w:szCs w:val="18"/>
        </w:rPr>
        <w:t>ხარისხის</w:t>
      </w:r>
      <w:proofErr w:type="spellEnd"/>
      <w:r w:rsidRPr="00C86A0D">
        <w:rPr>
          <w:rFonts w:cstheme="majorHAnsi"/>
          <w:sz w:val="18"/>
          <w:szCs w:val="18"/>
        </w:rPr>
        <w:t xml:space="preserve"> </w:t>
      </w:r>
      <w:proofErr w:type="spellStart"/>
      <w:r w:rsidRPr="00C86A0D">
        <w:rPr>
          <w:rFonts w:ascii="Sylfaen" w:hAnsi="Sylfaen" w:cs="Sylfaen"/>
          <w:sz w:val="18"/>
          <w:szCs w:val="18"/>
        </w:rPr>
        <w:t>ნაკლთან</w:t>
      </w:r>
      <w:proofErr w:type="spellEnd"/>
      <w:r w:rsidRPr="00C86A0D">
        <w:rPr>
          <w:rFonts w:cstheme="majorHAnsi"/>
          <w:sz w:val="18"/>
          <w:szCs w:val="18"/>
        </w:rPr>
        <w:t xml:space="preserve"> </w:t>
      </w:r>
      <w:proofErr w:type="spellStart"/>
      <w:r w:rsidRPr="00C86A0D">
        <w:rPr>
          <w:rFonts w:ascii="Sylfaen" w:hAnsi="Sylfaen" w:cs="Sylfaen"/>
          <w:sz w:val="18"/>
          <w:szCs w:val="18"/>
        </w:rPr>
        <w:t>დაკავშირებით</w:t>
      </w:r>
      <w:proofErr w:type="spellEnd"/>
      <w:r w:rsidRPr="00C86A0D">
        <w:rPr>
          <w:rFonts w:cstheme="majorHAnsi"/>
          <w:sz w:val="18"/>
          <w:szCs w:val="18"/>
        </w:rPr>
        <w:t xml:space="preserve"> </w:t>
      </w:r>
      <w:proofErr w:type="spellStart"/>
      <w:r w:rsidRPr="00C86A0D">
        <w:rPr>
          <w:rFonts w:ascii="Sylfaen" w:hAnsi="Sylfaen" w:cs="Sylfaen"/>
          <w:sz w:val="18"/>
          <w:szCs w:val="18"/>
        </w:rPr>
        <w:t>შეტყობინების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ვალდებულება</w:t>
      </w:r>
      <w:proofErr w:type="spellEnd"/>
      <w:r w:rsidRPr="00C86A0D">
        <w:rPr>
          <w:rFonts w:cstheme="majorHAnsi"/>
          <w:sz w:val="18"/>
          <w:szCs w:val="18"/>
        </w:rPr>
        <w:t xml:space="preserve"> </w:t>
      </w:r>
      <w:proofErr w:type="spellStart"/>
      <w:r w:rsidRPr="00C86A0D">
        <w:rPr>
          <w:rFonts w:ascii="Sylfaen" w:hAnsi="Sylfaen" w:cs="Sylfaen"/>
          <w:sz w:val="18"/>
          <w:szCs w:val="18"/>
        </w:rPr>
        <w:t>სრულად</w:t>
      </w:r>
      <w:proofErr w:type="spellEnd"/>
      <w:r w:rsidRPr="00C86A0D">
        <w:rPr>
          <w:rFonts w:cstheme="majorHAnsi"/>
          <w:sz w:val="18"/>
          <w:szCs w:val="18"/>
        </w:rPr>
        <w:t xml:space="preserve"> </w:t>
      </w:r>
      <w:proofErr w:type="spellStart"/>
      <w:r w:rsidRPr="00C86A0D">
        <w:rPr>
          <w:rFonts w:ascii="Sylfaen" w:hAnsi="Sylfaen" w:cs="Sylfaen"/>
          <w:sz w:val="18"/>
          <w:szCs w:val="18"/>
        </w:rPr>
        <w:t>ეკისრება</w:t>
      </w:r>
      <w:proofErr w:type="spellEnd"/>
      <w:r w:rsidRPr="00C86A0D">
        <w:rPr>
          <w:rFonts w:cstheme="majorHAnsi"/>
          <w:sz w:val="18"/>
          <w:szCs w:val="18"/>
        </w:rPr>
        <w:t xml:space="preserve"> </w:t>
      </w:r>
      <w:proofErr w:type="spellStart"/>
      <w:r w:rsidR="00B709C9">
        <w:rPr>
          <w:rFonts w:ascii="Sylfaen" w:hAnsi="Sylfaen" w:cs="Sylfaen"/>
          <w:sz w:val="18"/>
          <w:szCs w:val="18"/>
        </w:rPr>
        <w:t>მენარდეს</w:t>
      </w:r>
      <w:proofErr w:type="spellEnd"/>
      <w:r w:rsidR="00B709C9">
        <w:rPr>
          <w:rFonts w:cstheme="majorHAnsi"/>
          <w:sz w:val="18"/>
          <w:szCs w:val="18"/>
        </w:rPr>
        <w:t>.</w:t>
      </w:r>
    </w:p>
    <w:p w14:paraId="381E94A2" w14:textId="4D1EB4ED" w:rsidR="00521466" w:rsidRDefault="00521466" w:rsidP="00521466">
      <w:pPr>
        <w:pStyle w:val="ListParagraph"/>
        <w:numPr>
          <w:ilvl w:val="1"/>
          <w:numId w:val="13"/>
        </w:numPr>
        <w:rPr>
          <w:rFonts w:cstheme="majorHAnsi"/>
          <w:sz w:val="18"/>
          <w:szCs w:val="18"/>
        </w:rPr>
      </w:pPr>
      <w:proofErr w:type="spellStart"/>
      <w:r w:rsidRPr="00C86A0D">
        <w:rPr>
          <w:rFonts w:ascii="Sylfaen" w:hAnsi="Sylfaen" w:cs="Sylfaen"/>
          <w:sz w:val="18"/>
          <w:szCs w:val="18"/>
        </w:rPr>
        <w:t>ხელშეკრულების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სხვა</w:t>
      </w:r>
      <w:proofErr w:type="spellEnd"/>
      <w:r w:rsidRPr="00C86A0D">
        <w:rPr>
          <w:rFonts w:cstheme="majorHAnsi"/>
          <w:sz w:val="18"/>
          <w:szCs w:val="18"/>
        </w:rPr>
        <w:t xml:space="preserve"> </w:t>
      </w:r>
      <w:proofErr w:type="spellStart"/>
      <w:r w:rsidRPr="00C86A0D">
        <w:rPr>
          <w:rFonts w:ascii="Sylfaen" w:hAnsi="Sylfaen" w:cs="Sylfaen"/>
          <w:sz w:val="18"/>
          <w:szCs w:val="18"/>
        </w:rPr>
        <w:t>დანართებთან</w:t>
      </w:r>
      <w:proofErr w:type="spellEnd"/>
      <w:r w:rsidRPr="00C86A0D">
        <w:rPr>
          <w:rFonts w:cstheme="majorHAnsi"/>
          <w:sz w:val="18"/>
          <w:szCs w:val="18"/>
        </w:rPr>
        <w:t xml:space="preserve"> </w:t>
      </w:r>
      <w:proofErr w:type="spellStart"/>
      <w:r w:rsidRPr="00C86A0D">
        <w:rPr>
          <w:rFonts w:ascii="Sylfaen" w:hAnsi="Sylfaen" w:cs="Sylfaen"/>
          <w:sz w:val="18"/>
          <w:szCs w:val="18"/>
        </w:rPr>
        <w:t>ერთად</w:t>
      </w:r>
      <w:proofErr w:type="spellEnd"/>
      <w:r w:rsidRPr="00C86A0D">
        <w:rPr>
          <w:rFonts w:cstheme="majorHAnsi"/>
          <w:sz w:val="18"/>
          <w:szCs w:val="18"/>
        </w:rPr>
        <w:t xml:space="preserve"> </w:t>
      </w:r>
      <w:proofErr w:type="spellStart"/>
      <w:r w:rsidR="00B709C9">
        <w:rPr>
          <w:rFonts w:ascii="Sylfaen" w:hAnsi="Sylfaen" w:cs="Sylfaen"/>
          <w:sz w:val="18"/>
          <w:szCs w:val="18"/>
        </w:rPr>
        <w:t>მენარდე</w:t>
      </w:r>
      <w:proofErr w:type="spellEnd"/>
      <w:r w:rsidR="00B709C9">
        <w:rPr>
          <w:rFonts w:ascii="Sylfaen" w:hAnsi="Sylfaen" w:cs="Sylfaen"/>
          <w:sz w:val="18"/>
          <w:szCs w:val="18"/>
        </w:rPr>
        <w:t xml:space="preserve"> </w:t>
      </w:r>
      <w:proofErr w:type="spellStart"/>
      <w:r w:rsidRPr="00C86A0D">
        <w:rPr>
          <w:rFonts w:ascii="Sylfaen" w:hAnsi="Sylfaen" w:cs="Sylfaen"/>
          <w:sz w:val="18"/>
          <w:szCs w:val="18"/>
        </w:rPr>
        <w:t>ვალდებულია</w:t>
      </w:r>
      <w:proofErr w:type="spellEnd"/>
      <w:r w:rsidRPr="00C86A0D">
        <w:rPr>
          <w:rFonts w:cstheme="majorHAnsi"/>
          <w:sz w:val="18"/>
          <w:szCs w:val="18"/>
        </w:rPr>
        <w:t xml:space="preserve"> </w:t>
      </w:r>
      <w:proofErr w:type="spellStart"/>
      <w:r w:rsidRPr="00C86A0D">
        <w:rPr>
          <w:rFonts w:ascii="Sylfaen" w:hAnsi="Sylfaen" w:cs="Sylfaen"/>
          <w:sz w:val="18"/>
          <w:szCs w:val="18"/>
        </w:rPr>
        <w:t>წარმოადგინოს</w:t>
      </w:r>
      <w:proofErr w:type="spellEnd"/>
      <w:r w:rsidRPr="00C86A0D">
        <w:rPr>
          <w:rFonts w:cstheme="majorHAnsi"/>
          <w:sz w:val="18"/>
          <w:szCs w:val="18"/>
        </w:rPr>
        <w:t xml:space="preserve"> </w:t>
      </w:r>
      <w:proofErr w:type="spellStart"/>
      <w:r w:rsidRPr="00C86A0D">
        <w:rPr>
          <w:rFonts w:ascii="Sylfaen" w:hAnsi="Sylfaen" w:cs="Sylfaen"/>
          <w:sz w:val="18"/>
          <w:szCs w:val="18"/>
        </w:rPr>
        <w:t>შესასყიდი</w:t>
      </w:r>
      <w:proofErr w:type="spellEnd"/>
      <w:r w:rsidRPr="00C86A0D">
        <w:rPr>
          <w:rFonts w:cstheme="majorHAnsi"/>
          <w:sz w:val="18"/>
          <w:szCs w:val="18"/>
        </w:rPr>
        <w:t xml:space="preserve"> </w:t>
      </w:r>
      <w:proofErr w:type="spellStart"/>
      <w:r w:rsidRPr="00C86A0D">
        <w:rPr>
          <w:rFonts w:ascii="Sylfaen" w:hAnsi="Sylfaen" w:cs="Sylfaen"/>
          <w:sz w:val="18"/>
          <w:szCs w:val="18"/>
        </w:rPr>
        <w:t>ძირითადი</w:t>
      </w:r>
      <w:proofErr w:type="spellEnd"/>
      <w:r w:rsidRPr="00C86A0D">
        <w:rPr>
          <w:rFonts w:cstheme="majorHAnsi"/>
          <w:sz w:val="18"/>
          <w:szCs w:val="18"/>
        </w:rPr>
        <w:t xml:space="preserve"> </w:t>
      </w:r>
      <w:proofErr w:type="spellStart"/>
      <w:r w:rsidRPr="00C86A0D">
        <w:rPr>
          <w:rFonts w:ascii="Sylfaen" w:hAnsi="Sylfaen" w:cs="Sylfaen"/>
          <w:sz w:val="18"/>
          <w:szCs w:val="18"/>
        </w:rPr>
        <w:t>მასალების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წარმოშობისა</w:t>
      </w:r>
      <w:proofErr w:type="spellEnd"/>
      <w:r w:rsidRPr="00C86A0D">
        <w:rPr>
          <w:rFonts w:cstheme="majorHAnsi"/>
          <w:sz w:val="18"/>
          <w:szCs w:val="18"/>
        </w:rPr>
        <w:t xml:space="preserve"> </w:t>
      </w:r>
      <w:proofErr w:type="spellStart"/>
      <w:r w:rsidRPr="00C86A0D">
        <w:rPr>
          <w:rFonts w:ascii="Sylfaen" w:hAnsi="Sylfaen" w:cs="Sylfaen"/>
          <w:sz w:val="18"/>
          <w:szCs w:val="18"/>
        </w:rPr>
        <w:t>და</w:t>
      </w:r>
      <w:proofErr w:type="spellEnd"/>
      <w:r w:rsidRPr="00C86A0D">
        <w:rPr>
          <w:rFonts w:cstheme="majorHAnsi"/>
          <w:sz w:val="18"/>
          <w:szCs w:val="18"/>
        </w:rPr>
        <w:t xml:space="preserve"> </w:t>
      </w:r>
      <w:proofErr w:type="spellStart"/>
      <w:r w:rsidRPr="00C86A0D">
        <w:rPr>
          <w:rFonts w:ascii="Sylfaen" w:hAnsi="Sylfaen" w:cs="Sylfaen"/>
          <w:sz w:val="18"/>
          <w:szCs w:val="18"/>
        </w:rPr>
        <w:t>ხარისხის</w:t>
      </w:r>
      <w:proofErr w:type="spellEnd"/>
      <w:r w:rsidRPr="00C86A0D">
        <w:rPr>
          <w:rFonts w:cstheme="majorHAnsi"/>
          <w:sz w:val="18"/>
          <w:szCs w:val="18"/>
        </w:rPr>
        <w:t xml:space="preserve"> </w:t>
      </w:r>
      <w:proofErr w:type="spellStart"/>
      <w:r w:rsidRPr="00C86A0D">
        <w:rPr>
          <w:rFonts w:ascii="Sylfaen" w:hAnsi="Sylfaen" w:cs="Sylfaen"/>
          <w:sz w:val="18"/>
          <w:szCs w:val="18"/>
        </w:rPr>
        <w:t>სერთიფიკატები</w:t>
      </w:r>
      <w:proofErr w:type="spellEnd"/>
      <w:r w:rsidRPr="00C86A0D">
        <w:rPr>
          <w:rFonts w:cstheme="majorHAnsi"/>
          <w:sz w:val="18"/>
          <w:szCs w:val="18"/>
        </w:rPr>
        <w:t xml:space="preserve">, </w:t>
      </w:r>
      <w:proofErr w:type="spellStart"/>
      <w:r w:rsidRPr="00C86A0D">
        <w:rPr>
          <w:rFonts w:ascii="Sylfaen" w:hAnsi="Sylfaen" w:cs="Sylfaen"/>
          <w:sz w:val="18"/>
          <w:szCs w:val="18"/>
        </w:rPr>
        <w:t>რომელთა</w:t>
      </w:r>
      <w:proofErr w:type="spellEnd"/>
      <w:r w:rsidRPr="00C86A0D">
        <w:rPr>
          <w:rFonts w:cstheme="majorHAnsi"/>
          <w:sz w:val="18"/>
          <w:szCs w:val="18"/>
        </w:rPr>
        <w:t xml:space="preserve"> </w:t>
      </w:r>
      <w:proofErr w:type="spellStart"/>
      <w:r w:rsidRPr="00C86A0D">
        <w:rPr>
          <w:rFonts w:ascii="Sylfaen" w:hAnsi="Sylfaen" w:cs="Sylfaen"/>
          <w:sz w:val="18"/>
          <w:szCs w:val="18"/>
        </w:rPr>
        <w:t>მონაცემები</w:t>
      </w:r>
      <w:proofErr w:type="spellEnd"/>
      <w:r w:rsidRPr="00C86A0D">
        <w:rPr>
          <w:rFonts w:cstheme="majorHAnsi"/>
          <w:sz w:val="18"/>
          <w:szCs w:val="18"/>
        </w:rPr>
        <w:t xml:space="preserve"> </w:t>
      </w:r>
      <w:proofErr w:type="spellStart"/>
      <w:r w:rsidRPr="00C86A0D">
        <w:rPr>
          <w:rFonts w:ascii="Sylfaen" w:hAnsi="Sylfaen" w:cs="Sylfaen"/>
          <w:sz w:val="18"/>
          <w:szCs w:val="18"/>
        </w:rPr>
        <w:t>უნდა</w:t>
      </w:r>
      <w:proofErr w:type="spellEnd"/>
      <w:r w:rsidRPr="00C86A0D">
        <w:rPr>
          <w:rFonts w:cstheme="majorHAnsi"/>
          <w:sz w:val="18"/>
          <w:szCs w:val="18"/>
        </w:rPr>
        <w:t xml:space="preserve"> </w:t>
      </w:r>
      <w:proofErr w:type="spellStart"/>
      <w:r w:rsidRPr="00C86A0D">
        <w:rPr>
          <w:rFonts w:ascii="Sylfaen" w:hAnsi="Sylfaen" w:cs="Sylfaen"/>
          <w:sz w:val="18"/>
          <w:szCs w:val="18"/>
        </w:rPr>
        <w:t>შეესაბამებოდეს</w:t>
      </w:r>
      <w:proofErr w:type="spellEnd"/>
      <w:r w:rsidRPr="00C86A0D">
        <w:rPr>
          <w:rFonts w:cstheme="majorHAnsi"/>
          <w:sz w:val="18"/>
          <w:szCs w:val="18"/>
        </w:rPr>
        <w:t xml:space="preserve"> </w:t>
      </w:r>
      <w:proofErr w:type="spellStart"/>
      <w:r w:rsidRPr="00C86A0D">
        <w:rPr>
          <w:rFonts w:ascii="Sylfaen" w:hAnsi="Sylfaen" w:cs="Sylfaen"/>
          <w:sz w:val="18"/>
          <w:szCs w:val="18"/>
        </w:rPr>
        <w:t>საქართველოში</w:t>
      </w:r>
      <w:proofErr w:type="spellEnd"/>
      <w:r w:rsidRPr="00C86A0D">
        <w:rPr>
          <w:rFonts w:cstheme="majorHAnsi"/>
          <w:sz w:val="18"/>
          <w:szCs w:val="18"/>
        </w:rPr>
        <w:t xml:space="preserve"> </w:t>
      </w:r>
      <w:proofErr w:type="spellStart"/>
      <w:r w:rsidRPr="00C86A0D">
        <w:rPr>
          <w:rFonts w:ascii="Sylfaen" w:hAnsi="Sylfaen" w:cs="Sylfaen"/>
          <w:sz w:val="18"/>
          <w:szCs w:val="18"/>
        </w:rPr>
        <w:t>მოქმედ</w:t>
      </w:r>
      <w:proofErr w:type="spellEnd"/>
      <w:r w:rsidRPr="00C86A0D">
        <w:rPr>
          <w:rFonts w:cstheme="majorHAnsi"/>
          <w:sz w:val="18"/>
          <w:szCs w:val="18"/>
        </w:rPr>
        <w:t xml:space="preserve"> </w:t>
      </w:r>
      <w:proofErr w:type="spellStart"/>
      <w:r w:rsidRPr="00C86A0D">
        <w:rPr>
          <w:rFonts w:ascii="Sylfaen" w:hAnsi="Sylfaen" w:cs="Sylfaen"/>
          <w:sz w:val="18"/>
          <w:szCs w:val="18"/>
        </w:rPr>
        <w:t>სტანდარტებს</w:t>
      </w:r>
      <w:proofErr w:type="spellEnd"/>
      <w:r w:rsidRPr="00C86A0D">
        <w:rPr>
          <w:rFonts w:cstheme="majorHAnsi"/>
          <w:sz w:val="18"/>
          <w:szCs w:val="18"/>
        </w:rPr>
        <w:t>.</w:t>
      </w:r>
    </w:p>
    <w:p w14:paraId="0838E512" w14:textId="71A79823" w:rsidR="00521466" w:rsidRDefault="00B709C9" w:rsidP="00521466">
      <w:pPr>
        <w:pStyle w:val="ListParagraph"/>
        <w:numPr>
          <w:ilvl w:val="1"/>
          <w:numId w:val="13"/>
        </w:numPr>
        <w:rPr>
          <w:rFonts w:cstheme="majorHAnsi"/>
          <w:sz w:val="18"/>
          <w:szCs w:val="18"/>
        </w:rPr>
      </w:pPr>
      <w:proofErr w:type="spellStart"/>
      <w:r>
        <w:rPr>
          <w:rFonts w:ascii="Sylfaen" w:hAnsi="Sylfaen" w:cs="Sylfaen"/>
          <w:sz w:val="18"/>
          <w:szCs w:val="18"/>
        </w:rPr>
        <w:t>მენარდე</w:t>
      </w:r>
      <w:proofErr w:type="spellEnd"/>
      <w:r>
        <w:rPr>
          <w:rFonts w:ascii="Sylfaen" w:hAnsi="Sylfaen" w:cs="Sylfaen"/>
          <w:sz w:val="18"/>
          <w:szCs w:val="18"/>
        </w:rPr>
        <w:t xml:space="preserve"> </w:t>
      </w:r>
      <w:proofErr w:type="spellStart"/>
      <w:r w:rsidR="00521466" w:rsidRPr="00C86A0D">
        <w:rPr>
          <w:rFonts w:ascii="Sylfaen" w:hAnsi="Sylfaen" w:cs="Sylfaen"/>
          <w:sz w:val="18"/>
          <w:szCs w:val="18"/>
        </w:rPr>
        <w:t>ვალდებულია</w:t>
      </w:r>
      <w:proofErr w:type="spellEnd"/>
      <w:r w:rsidR="00521466" w:rsidRPr="00C86A0D">
        <w:rPr>
          <w:rFonts w:cstheme="majorHAnsi"/>
          <w:sz w:val="18"/>
          <w:szCs w:val="18"/>
        </w:rPr>
        <w:t xml:space="preserve"> </w:t>
      </w:r>
      <w:proofErr w:type="spellStart"/>
      <w:r w:rsidR="00521466" w:rsidRPr="00C86A0D">
        <w:rPr>
          <w:rFonts w:ascii="Sylfaen" w:hAnsi="Sylfaen" w:cs="Sylfaen"/>
          <w:sz w:val="18"/>
          <w:szCs w:val="18"/>
        </w:rPr>
        <w:t>დადგენილი</w:t>
      </w:r>
      <w:proofErr w:type="spellEnd"/>
      <w:r w:rsidR="00521466" w:rsidRPr="00C86A0D">
        <w:rPr>
          <w:rFonts w:cstheme="majorHAnsi"/>
          <w:sz w:val="18"/>
          <w:szCs w:val="18"/>
        </w:rPr>
        <w:t xml:space="preserve"> </w:t>
      </w:r>
      <w:proofErr w:type="spellStart"/>
      <w:r w:rsidR="00521466" w:rsidRPr="00C86A0D">
        <w:rPr>
          <w:rFonts w:ascii="Sylfaen" w:hAnsi="Sylfaen" w:cs="Sylfaen"/>
          <w:sz w:val="18"/>
          <w:szCs w:val="18"/>
        </w:rPr>
        <w:t>წესით</w:t>
      </w:r>
      <w:proofErr w:type="spellEnd"/>
      <w:r w:rsidR="00521466" w:rsidRPr="00C86A0D">
        <w:rPr>
          <w:rFonts w:cstheme="majorHAnsi"/>
          <w:sz w:val="18"/>
          <w:szCs w:val="18"/>
        </w:rPr>
        <w:t xml:space="preserve"> </w:t>
      </w:r>
      <w:proofErr w:type="spellStart"/>
      <w:r w:rsidR="00521466" w:rsidRPr="00C86A0D">
        <w:rPr>
          <w:rFonts w:ascii="Sylfaen" w:hAnsi="Sylfaen" w:cs="Sylfaen"/>
          <w:sz w:val="18"/>
          <w:szCs w:val="18"/>
        </w:rPr>
        <w:t>აკონტროლოს</w:t>
      </w:r>
      <w:proofErr w:type="spellEnd"/>
      <w:r w:rsidR="00521466" w:rsidRPr="00C86A0D">
        <w:rPr>
          <w:rFonts w:cstheme="majorHAnsi"/>
          <w:sz w:val="18"/>
          <w:szCs w:val="18"/>
        </w:rPr>
        <w:t xml:space="preserve"> </w:t>
      </w:r>
      <w:proofErr w:type="spellStart"/>
      <w:r w:rsidR="00521466" w:rsidRPr="00C86A0D">
        <w:rPr>
          <w:rFonts w:ascii="Sylfaen" w:hAnsi="Sylfaen" w:cs="Sylfaen"/>
          <w:sz w:val="18"/>
          <w:szCs w:val="18"/>
        </w:rPr>
        <w:t>ბეტონის</w:t>
      </w:r>
      <w:proofErr w:type="spellEnd"/>
      <w:r w:rsidR="00521466" w:rsidRPr="00C86A0D">
        <w:rPr>
          <w:rFonts w:cstheme="majorHAnsi"/>
          <w:sz w:val="18"/>
          <w:szCs w:val="18"/>
        </w:rPr>
        <w:t xml:space="preserve"> </w:t>
      </w:r>
      <w:proofErr w:type="spellStart"/>
      <w:r w:rsidR="00521466" w:rsidRPr="00C86A0D">
        <w:rPr>
          <w:rFonts w:ascii="Sylfaen" w:hAnsi="Sylfaen" w:cs="Sylfaen"/>
          <w:sz w:val="18"/>
          <w:szCs w:val="18"/>
        </w:rPr>
        <w:t>ხარისხი</w:t>
      </w:r>
      <w:proofErr w:type="spellEnd"/>
      <w:r w:rsidR="00521466" w:rsidRPr="00C86A0D">
        <w:rPr>
          <w:rFonts w:cstheme="majorHAnsi"/>
          <w:sz w:val="18"/>
          <w:szCs w:val="18"/>
        </w:rPr>
        <w:t xml:space="preserve">, </w:t>
      </w:r>
      <w:proofErr w:type="spellStart"/>
      <w:r w:rsidR="00521466" w:rsidRPr="00C86A0D">
        <w:rPr>
          <w:rFonts w:ascii="Sylfaen" w:hAnsi="Sylfaen" w:cs="Sylfaen"/>
          <w:sz w:val="18"/>
          <w:szCs w:val="18"/>
        </w:rPr>
        <w:t>კერძოდ</w:t>
      </w:r>
      <w:proofErr w:type="spellEnd"/>
      <w:r w:rsidR="002C2804">
        <w:rPr>
          <w:rFonts w:cstheme="majorHAnsi"/>
          <w:sz w:val="18"/>
          <w:szCs w:val="18"/>
        </w:rPr>
        <w:t xml:space="preserve">: </w:t>
      </w:r>
      <w:proofErr w:type="spellStart"/>
      <w:r w:rsidR="00521466" w:rsidRPr="00C86A0D">
        <w:rPr>
          <w:rFonts w:ascii="Sylfaen" w:hAnsi="Sylfaen" w:cs="Sylfaen"/>
          <w:sz w:val="18"/>
          <w:szCs w:val="18"/>
        </w:rPr>
        <w:t>უზრუნველყოს</w:t>
      </w:r>
      <w:proofErr w:type="spellEnd"/>
      <w:r w:rsidR="00521466" w:rsidRPr="00C86A0D">
        <w:rPr>
          <w:rFonts w:cstheme="majorHAnsi"/>
          <w:sz w:val="18"/>
          <w:szCs w:val="18"/>
        </w:rPr>
        <w:t xml:space="preserve"> </w:t>
      </w:r>
      <w:r w:rsidR="00521466">
        <w:rPr>
          <w:rFonts w:ascii="Sylfaen" w:hAnsi="Sylfaen" w:cs="Sylfaen"/>
          <w:sz w:val="18"/>
          <w:szCs w:val="18"/>
          <w:lang w:val="ka-GE"/>
        </w:rPr>
        <w:t xml:space="preserve">სამშენებლო </w:t>
      </w:r>
      <w:proofErr w:type="spellStart"/>
      <w:r w:rsidR="00521466" w:rsidRPr="00C86A0D">
        <w:rPr>
          <w:rFonts w:ascii="Sylfaen" w:hAnsi="Sylfaen" w:cs="Sylfaen"/>
          <w:sz w:val="18"/>
          <w:szCs w:val="18"/>
        </w:rPr>
        <w:t>მოედანზე</w:t>
      </w:r>
      <w:proofErr w:type="spellEnd"/>
      <w:r w:rsidR="00521466" w:rsidRPr="00C86A0D">
        <w:rPr>
          <w:rFonts w:cstheme="majorHAnsi"/>
          <w:sz w:val="18"/>
          <w:szCs w:val="18"/>
        </w:rPr>
        <w:t xml:space="preserve"> </w:t>
      </w:r>
      <w:proofErr w:type="spellStart"/>
      <w:r w:rsidR="00521466" w:rsidRPr="00C86A0D">
        <w:rPr>
          <w:rFonts w:ascii="Sylfaen" w:hAnsi="Sylfaen" w:cs="Sylfaen"/>
          <w:sz w:val="18"/>
          <w:szCs w:val="18"/>
        </w:rPr>
        <w:t>მიწოდებული</w:t>
      </w:r>
      <w:proofErr w:type="spellEnd"/>
      <w:r w:rsidR="00521466" w:rsidRPr="00C86A0D">
        <w:rPr>
          <w:rFonts w:cstheme="majorHAnsi"/>
          <w:sz w:val="18"/>
          <w:szCs w:val="18"/>
        </w:rPr>
        <w:t xml:space="preserve"> </w:t>
      </w:r>
      <w:proofErr w:type="spellStart"/>
      <w:r w:rsidR="00521466" w:rsidRPr="00C86A0D">
        <w:rPr>
          <w:rFonts w:ascii="Sylfaen" w:hAnsi="Sylfaen" w:cs="Sylfaen"/>
          <w:sz w:val="18"/>
          <w:szCs w:val="18"/>
        </w:rPr>
        <w:t>ბეტონის</w:t>
      </w:r>
      <w:proofErr w:type="spellEnd"/>
      <w:r w:rsidR="00521466" w:rsidRPr="00C86A0D">
        <w:rPr>
          <w:rFonts w:cstheme="majorHAnsi"/>
          <w:sz w:val="18"/>
          <w:szCs w:val="18"/>
        </w:rPr>
        <w:t xml:space="preserve"> </w:t>
      </w:r>
      <w:proofErr w:type="spellStart"/>
      <w:r w:rsidR="00521466" w:rsidRPr="00C86A0D">
        <w:rPr>
          <w:rFonts w:ascii="Sylfaen" w:hAnsi="Sylfaen" w:cs="Sylfaen"/>
          <w:sz w:val="18"/>
          <w:szCs w:val="18"/>
        </w:rPr>
        <w:t>ყოველი</w:t>
      </w:r>
      <w:proofErr w:type="spellEnd"/>
      <w:r w:rsidR="00521466" w:rsidRPr="00C86A0D">
        <w:rPr>
          <w:rFonts w:cstheme="majorHAnsi"/>
          <w:sz w:val="18"/>
          <w:szCs w:val="18"/>
        </w:rPr>
        <w:t xml:space="preserve"> </w:t>
      </w:r>
      <w:proofErr w:type="spellStart"/>
      <w:r w:rsidR="00521466" w:rsidRPr="00C86A0D">
        <w:rPr>
          <w:rFonts w:ascii="Sylfaen" w:hAnsi="Sylfaen" w:cs="Sylfaen"/>
          <w:sz w:val="18"/>
          <w:szCs w:val="18"/>
        </w:rPr>
        <w:t>პარტიიდან</w:t>
      </w:r>
      <w:proofErr w:type="spellEnd"/>
      <w:r w:rsidR="00521466" w:rsidRPr="00C86A0D">
        <w:rPr>
          <w:rFonts w:cstheme="majorHAnsi"/>
          <w:sz w:val="18"/>
          <w:szCs w:val="18"/>
        </w:rPr>
        <w:t xml:space="preserve"> (</w:t>
      </w:r>
      <w:proofErr w:type="spellStart"/>
      <w:r w:rsidR="00521466" w:rsidRPr="00C86A0D">
        <w:rPr>
          <w:rFonts w:ascii="Sylfaen" w:hAnsi="Sylfaen" w:cs="Sylfaen"/>
          <w:sz w:val="18"/>
          <w:szCs w:val="18"/>
        </w:rPr>
        <w:t>ერთ</w:t>
      </w:r>
      <w:proofErr w:type="spellEnd"/>
      <w:r w:rsidR="00521466" w:rsidRPr="00C86A0D">
        <w:rPr>
          <w:rFonts w:cstheme="majorHAnsi"/>
          <w:sz w:val="18"/>
          <w:szCs w:val="18"/>
        </w:rPr>
        <w:t xml:space="preserve"> </w:t>
      </w:r>
      <w:proofErr w:type="spellStart"/>
      <w:r w:rsidR="00521466" w:rsidRPr="00C86A0D">
        <w:rPr>
          <w:rFonts w:ascii="Sylfaen" w:hAnsi="Sylfaen" w:cs="Sylfaen"/>
          <w:sz w:val="18"/>
          <w:szCs w:val="18"/>
        </w:rPr>
        <w:t>ჯერზე</w:t>
      </w:r>
      <w:proofErr w:type="spellEnd"/>
      <w:r w:rsidR="00521466" w:rsidRPr="00C86A0D">
        <w:rPr>
          <w:rFonts w:cstheme="majorHAnsi"/>
          <w:sz w:val="18"/>
          <w:szCs w:val="18"/>
        </w:rPr>
        <w:t xml:space="preserve"> </w:t>
      </w:r>
      <w:proofErr w:type="spellStart"/>
      <w:r w:rsidR="00521466" w:rsidRPr="00C86A0D">
        <w:rPr>
          <w:rFonts w:ascii="Sylfaen" w:hAnsi="Sylfaen" w:cs="Sylfaen"/>
          <w:sz w:val="18"/>
          <w:szCs w:val="18"/>
        </w:rPr>
        <w:t>მოწოდებული</w:t>
      </w:r>
      <w:proofErr w:type="spellEnd"/>
      <w:r w:rsidR="00521466" w:rsidRPr="00C86A0D">
        <w:rPr>
          <w:rFonts w:cstheme="majorHAnsi"/>
          <w:sz w:val="18"/>
          <w:szCs w:val="18"/>
        </w:rPr>
        <w:t xml:space="preserve"> </w:t>
      </w:r>
      <w:proofErr w:type="spellStart"/>
      <w:r w:rsidR="00521466" w:rsidRPr="00C86A0D">
        <w:rPr>
          <w:rFonts w:ascii="Sylfaen" w:hAnsi="Sylfaen" w:cs="Sylfaen"/>
          <w:sz w:val="18"/>
          <w:szCs w:val="18"/>
        </w:rPr>
        <w:t>პროდუქციის</w:t>
      </w:r>
      <w:proofErr w:type="spellEnd"/>
      <w:r w:rsidR="00521466" w:rsidRPr="00C86A0D">
        <w:rPr>
          <w:rFonts w:cstheme="majorHAnsi"/>
          <w:sz w:val="18"/>
          <w:szCs w:val="18"/>
        </w:rPr>
        <w:t xml:space="preserve"> </w:t>
      </w:r>
      <w:proofErr w:type="spellStart"/>
      <w:r w:rsidR="00521466" w:rsidRPr="00C86A0D">
        <w:rPr>
          <w:rFonts w:ascii="Sylfaen" w:hAnsi="Sylfaen" w:cs="Sylfaen"/>
          <w:sz w:val="18"/>
          <w:szCs w:val="18"/>
        </w:rPr>
        <w:t>მოცულობიდან</w:t>
      </w:r>
      <w:proofErr w:type="spellEnd"/>
      <w:r w:rsidR="00521466" w:rsidRPr="00C86A0D">
        <w:rPr>
          <w:rFonts w:cstheme="majorHAnsi"/>
          <w:sz w:val="18"/>
          <w:szCs w:val="18"/>
        </w:rPr>
        <w:t xml:space="preserve">) </w:t>
      </w:r>
      <w:proofErr w:type="spellStart"/>
      <w:r w:rsidR="00521466" w:rsidRPr="00C86A0D">
        <w:rPr>
          <w:rFonts w:ascii="Sylfaen" w:hAnsi="Sylfaen" w:cs="Sylfaen"/>
          <w:sz w:val="18"/>
          <w:szCs w:val="18"/>
        </w:rPr>
        <w:t>მომწოდებლის</w:t>
      </w:r>
      <w:proofErr w:type="spellEnd"/>
      <w:r w:rsidR="00521466" w:rsidRPr="00C86A0D">
        <w:rPr>
          <w:rFonts w:cstheme="majorHAnsi"/>
          <w:sz w:val="18"/>
          <w:szCs w:val="18"/>
        </w:rPr>
        <w:t xml:space="preserve"> </w:t>
      </w:r>
      <w:proofErr w:type="spellStart"/>
      <w:r w:rsidR="00521466" w:rsidRPr="00C86A0D">
        <w:rPr>
          <w:rFonts w:ascii="Sylfaen" w:hAnsi="Sylfaen" w:cs="Sylfaen"/>
          <w:sz w:val="18"/>
          <w:szCs w:val="18"/>
        </w:rPr>
        <w:t>მიერ</w:t>
      </w:r>
      <w:proofErr w:type="spellEnd"/>
      <w:r w:rsidR="00521466" w:rsidRPr="00C86A0D">
        <w:rPr>
          <w:rFonts w:cstheme="majorHAnsi"/>
          <w:sz w:val="18"/>
          <w:szCs w:val="18"/>
        </w:rPr>
        <w:t xml:space="preserve"> </w:t>
      </w:r>
      <w:proofErr w:type="spellStart"/>
      <w:r w:rsidR="00521466" w:rsidRPr="00C86A0D">
        <w:rPr>
          <w:rFonts w:ascii="Sylfaen" w:hAnsi="Sylfaen" w:cs="Sylfaen"/>
          <w:sz w:val="18"/>
          <w:szCs w:val="18"/>
        </w:rPr>
        <w:t>შესაბამისი</w:t>
      </w:r>
      <w:proofErr w:type="spellEnd"/>
      <w:r w:rsidR="00521466" w:rsidRPr="00C86A0D">
        <w:rPr>
          <w:rFonts w:cstheme="majorHAnsi"/>
          <w:sz w:val="18"/>
          <w:szCs w:val="18"/>
        </w:rPr>
        <w:t xml:space="preserve"> </w:t>
      </w:r>
      <w:proofErr w:type="spellStart"/>
      <w:r w:rsidR="00521466" w:rsidRPr="00C86A0D">
        <w:rPr>
          <w:rFonts w:ascii="Sylfaen" w:hAnsi="Sylfaen" w:cs="Sylfaen"/>
          <w:sz w:val="18"/>
          <w:szCs w:val="18"/>
        </w:rPr>
        <w:t>რაოდენობის</w:t>
      </w:r>
      <w:proofErr w:type="spellEnd"/>
      <w:r w:rsidR="00521466" w:rsidRPr="00C86A0D">
        <w:rPr>
          <w:rFonts w:cstheme="majorHAnsi"/>
          <w:sz w:val="18"/>
          <w:szCs w:val="18"/>
        </w:rPr>
        <w:t xml:space="preserve"> </w:t>
      </w:r>
      <w:proofErr w:type="spellStart"/>
      <w:r w:rsidR="00521466" w:rsidRPr="00C86A0D">
        <w:rPr>
          <w:rFonts w:ascii="Sylfaen" w:hAnsi="Sylfaen" w:cs="Sylfaen"/>
          <w:sz w:val="18"/>
          <w:szCs w:val="18"/>
        </w:rPr>
        <w:t>სინჯების</w:t>
      </w:r>
      <w:proofErr w:type="spellEnd"/>
      <w:r w:rsidR="00521466" w:rsidRPr="00C86A0D">
        <w:rPr>
          <w:rFonts w:cstheme="majorHAnsi"/>
          <w:sz w:val="18"/>
          <w:szCs w:val="18"/>
        </w:rPr>
        <w:t xml:space="preserve"> </w:t>
      </w:r>
      <w:proofErr w:type="spellStart"/>
      <w:r w:rsidR="00521466" w:rsidRPr="00C86A0D">
        <w:rPr>
          <w:rFonts w:ascii="Sylfaen" w:hAnsi="Sylfaen" w:cs="Sylfaen"/>
          <w:sz w:val="18"/>
          <w:szCs w:val="18"/>
        </w:rPr>
        <w:t>აღება</w:t>
      </w:r>
      <w:proofErr w:type="spellEnd"/>
      <w:r w:rsidR="00521466" w:rsidRPr="00C86A0D">
        <w:rPr>
          <w:rFonts w:cstheme="majorHAnsi"/>
          <w:sz w:val="18"/>
          <w:szCs w:val="18"/>
        </w:rPr>
        <w:t xml:space="preserve"> (</w:t>
      </w:r>
      <w:proofErr w:type="spellStart"/>
      <w:r w:rsidR="00521466" w:rsidRPr="00C86A0D">
        <w:rPr>
          <w:rFonts w:ascii="Sylfaen" w:hAnsi="Sylfaen" w:cs="Sylfaen"/>
          <w:sz w:val="18"/>
          <w:szCs w:val="18"/>
        </w:rPr>
        <w:t>არანაკლებ</w:t>
      </w:r>
      <w:proofErr w:type="spellEnd"/>
      <w:r w:rsidR="00521466" w:rsidRPr="00C86A0D">
        <w:rPr>
          <w:rFonts w:cstheme="majorHAnsi"/>
          <w:sz w:val="18"/>
          <w:szCs w:val="18"/>
        </w:rPr>
        <w:t xml:space="preserve"> 2 </w:t>
      </w:r>
      <w:proofErr w:type="spellStart"/>
      <w:r w:rsidR="00521466" w:rsidRPr="00C86A0D">
        <w:rPr>
          <w:rFonts w:ascii="Sylfaen" w:hAnsi="Sylfaen" w:cs="Sylfaen"/>
          <w:sz w:val="18"/>
          <w:szCs w:val="18"/>
        </w:rPr>
        <w:t>ცალი</w:t>
      </w:r>
      <w:proofErr w:type="spellEnd"/>
      <w:r w:rsidR="00521466" w:rsidRPr="00C86A0D">
        <w:rPr>
          <w:rFonts w:cstheme="majorHAnsi"/>
          <w:sz w:val="18"/>
          <w:szCs w:val="18"/>
        </w:rPr>
        <w:t>).</w:t>
      </w:r>
    </w:p>
    <w:p w14:paraId="09B88B54" w14:textId="5090E668" w:rsidR="00521466" w:rsidRPr="00C86A0D" w:rsidRDefault="00521466" w:rsidP="00521466">
      <w:pPr>
        <w:ind w:left="360"/>
        <w:rPr>
          <w:rFonts w:ascii="Sylfaen" w:hAnsi="Sylfaen" w:cstheme="majorHAnsi"/>
          <w:sz w:val="18"/>
          <w:szCs w:val="18"/>
          <w:lang w:val="ka-GE"/>
        </w:rPr>
      </w:pPr>
      <w:r w:rsidRPr="00C86A0D">
        <w:rPr>
          <w:rFonts w:ascii="Sylfaen" w:hAnsi="Sylfaen" w:cstheme="majorHAnsi"/>
          <w:sz w:val="18"/>
          <w:szCs w:val="18"/>
          <w:lang w:val="ka-GE"/>
        </w:rPr>
        <w:t>6.5.1.</w:t>
      </w:r>
      <w:r w:rsidRPr="00C86A0D">
        <w:rPr>
          <w:rFonts w:cstheme="majorHAnsi"/>
          <w:sz w:val="18"/>
          <w:szCs w:val="18"/>
        </w:rPr>
        <w:t xml:space="preserve"> </w:t>
      </w:r>
      <w:proofErr w:type="spellStart"/>
      <w:r w:rsidR="00355002">
        <w:rPr>
          <w:rFonts w:ascii="Sylfaen" w:hAnsi="Sylfaen" w:cs="Sylfaen"/>
          <w:sz w:val="18"/>
          <w:szCs w:val="18"/>
        </w:rPr>
        <w:t>მენარდე</w:t>
      </w:r>
      <w:proofErr w:type="spellEnd"/>
      <w:r w:rsidR="00355002">
        <w:rPr>
          <w:rFonts w:ascii="Sylfaen" w:hAnsi="Sylfaen" w:cs="Sylfaen"/>
          <w:sz w:val="18"/>
          <w:szCs w:val="18"/>
        </w:rPr>
        <w:t xml:space="preserve"> </w:t>
      </w:r>
      <w:proofErr w:type="spellStart"/>
      <w:r w:rsidRPr="00C86A0D">
        <w:rPr>
          <w:rFonts w:ascii="Sylfaen" w:hAnsi="Sylfaen" w:cs="Sylfaen"/>
          <w:sz w:val="18"/>
          <w:szCs w:val="18"/>
        </w:rPr>
        <w:t>ვალდებულია</w:t>
      </w:r>
      <w:proofErr w:type="spellEnd"/>
      <w:r w:rsidRPr="00C86A0D">
        <w:rPr>
          <w:rFonts w:cstheme="majorHAnsi"/>
          <w:sz w:val="18"/>
          <w:szCs w:val="18"/>
        </w:rPr>
        <w:t xml:space="preserve"> </w:t>
      </w:r>
      <w:proofErr w:type="spellStart"/>
      <w:r w:rsidRPr="00C86A0D">
        <w:rPr>
          <w:rFonts w:ascii="Sylfaen" w:hAnsi="Sylfaen" w:cs="Sylfaen"/>
          <w:sz w:val="18"/>
          <w:szCs w:val="18"/>
        </w:rPr>
        <w:t>ყოველ</w:t>
      </w:r>
      <w:proofErr w:type="spellEnd"/>
      <w:r w:rsidRPr="00C86A0D">
        <w:rPr>
          <w:rFonts w:cstheme="majorHAnsi"/>
          <w:sz w:val="18"/>
          <w:szCs w:val="18"/>
        </w:rPr>
        <w:t xml:space="preserve"> </w:t>
      </w:r>
      <w:proofErr w:type="spellStart"/>
      <w:r w:rsidRPr="00C86A0D">
        <w:rPr>
          <w:rFonts w:ascii="Sylfaen" w:hAnsi="Sylfaen" w:cs="Sylfaen"/>
          <w:sz w:val="18"/>
          <w:szCs w:val="18"/>
        </w:rPr>
        <w:t>ჯერზე</w:t>
      </w:r>
      <w:proofErr w:type="spellEnd"/>
      <w:r w:rsidR="00355002">
        <w:rPr>
          <w:rFonts w:ascii="Sylfaen" w:hAnsi="Sylfaen" w:cs="Sylfaen"/>
          <w:sz w:val="18"/>
          <w:szCs w:val="18"/>
        </w:rPr>
        <w:t xml:space="preserve">, </w:t>
      </w:r>
      <w:proofErr w:type="spellStart"/>
      <w:r w:rsidRPr="00C86A0D">
        <w:rPr>
          <w:rFonts w:ascii="Sylfaen" w:hAnsi="Sylfaen" w:cs="Sylfaen"/>
          <w:sz w:val="18"/>
          <w:szCs w:val="18"/>
        </w:rPr>
        <w:t>წინასწარ</w:t>
      </w:r>
      <w:proofErr w:type="spellEnd"/>
      <w:r w:rsidRPr="00C86A0D">
        <w:rPr>
          <w:rFonts w:cstheme="majorHAnsi"/>
          <w:sz w:val="18"/>
          <w:szCs w:val="18"/>
        </w:rPr>
        <w:t xml:space="preserve">, </w:t>
      </w:r>
      <w:proofErr w:type="spellStart"/>
      <w:r w:rsidRPr="00C86A0D">
        <w:rPr>
          <w:rFonts w:ascii="Sylfaen" w:hAnsi="Sylfaen" w:cs="Sylfaen"/>
          <w:sz w:val="18"/>
          <w:szCs w:val="18"/>
        </w:rPr>
        <w:t>ერთი</w:t>
      </w:r>
      <w:proofErr w:type="spellEnd"/>
      <w:r w:rsidRPr="00C86A0D">
        <w:rPr>
          <w:rFonts w:cstheme="majorHAnsi"/>
          <w:sz w:val="18"/>
          <w:szCs w:val="18"/>
        </w:rPr>
        <w:t xml:space="preserve"> </w:t>
      </w:r>
      <w:proofErr w:type="spellStart"/>
      <w:r w:rsidRPr="00C86A0D">
        <w:rPr>
          <w:rFonts w:ascii="Sylfaen" w:hAnsi="Sylfaen" w:cs="Sylfaen"/>
          <w:sz w:val="18"/>
          <w:szCs w:val="18"/>
        </w:rPr>
        <w:t>თვით</w:t>
      </w:r>
      <w:proofErr w:type="spellEnd"/>
      <w:r w:rsidRPr="00C86A0D">
        <w:rPr>
          <w:rFonts w:cstheme="majorHAnsi"/>
          <w:sz w:val="18"/>
          <w:szCs w:val="18"/>
        </w:rPr>
        <w:t xml:space="preserve"> </w:t>
      </w:r>
      <w:proofErr w:type="spellStart"/>
      <w:r w:rsidRPr="00C86A0D">
        <w:rPr>
          <w:rFonts w:ascii="Sylfaen" w:hAnsi="Sylfaen" w:cs="Sylfaen"/>
          <w:sz w:val="18"/>
          <w:szCs w:val="18"/>
        </w:rPr>
        <w:t>ადრე</w:t>
      </w:r>
      <w:proofErr w:type="spellEnd"/>
      <w:r w:rsidRPr="00C86A0D">
        <w:rPr>
          <w:rFonts w:cstheme="majorHAnsi"/>
          <w:sz w:val="18"/>
          <w:szCs w:val="18"/>
        </w:rPr>
        <w:t xml:space="preserve"> </w:t>
      </w:r>
      <w:proofErr w:type="spellStart"/>
      <w:r w:rsidRPr="00C86A0D">
        <w:rPr>
          <w:rFonts w:ascii="Sylfaen" w:hAnsi="Sylfaen" w:cs="Sylfaen"/>
          <w:sz w:val="18"/>
          <w:szCs w:val="18"/>
        </w:rPr>
        <w:t>წარუდგინოს</w:t>
      </w:r>
      <w:proofErr w:type="spellEnd"/>
      <w:r w:rsidRPr="00C86A0D">
        <w:rPr>
          <w:rFonts w:cstheme="majorHAnsi"/>
          <w:sz w:val="18"/>
          <w:szCs w:val="18"/>
        </w:rPr>
        <w:t xml:space="preserve"> </w:t>
      </w:r>
      <w:proofErr w:type="spellStart"/>
      <w:r w:rsidRPr="00C86A0D">
        <w:rPr>
          <w:rFonts w:ascii="Sylfaen" w:hAnsi="Sylfaen" w:cs="Sylfaen"/>
          <w:sz w:val="18"/>
          <w:szCs w:val="18"/>
        </w:rPr>
        <w:t>დამკვეთს</w:t>
      </w:r>
      <w:proofErr w:type="spellEnd"/>
      <w:r w:rsidRPr="00C86A0D">
        <w:rPr>
          <w:rFonts w:cstheme="majorHAnsi"/>
          <w:sz w:val="18"/>
          <w:szCs w:val="18"/>
        </w:rPr>
        <w:t xml:space="preserve"> </w:t>
      </w:r>
      <w:proofErr w:type="spellStart"/>
      <w:r w:rsidRPr="00C86A0D">
        <w:rPr>
          <w:rFonts w:ascii="Sylfaen" w:hAnsi="Sylfaen" w:cs="Sylfaen"/>
          <w:sz w:val="18"/>
          <w:szCs w:val="18"/>
        </w:rPr>
        <w:t>ბეტონის</w:t>
      </w:r>
      <w:proofErr w:type="spellEnd"/>
      <w:r w:rsidRPr="00C86A0D">
        <w:rPr>
          <w:rFonts w:cstheme="majorHAnsi"/>
          <w:sz w:val="18"/>
          <w:szCs w:val="18"/>
        </w:rPr>
        <w:t xml:space="preserve"> </w:t>
      </w:r>
      <w:proofErr w:type="spellStart"/>
      <w:r w:rsidRPr="00C86A0D">
        <w:rPr>
          <w:rFonts w:ascii="Sylfaen" w:hAnsi="Sylfaen" w:cs="Sylfaen"/>
          <w:sz w:val="18"/>
          <w:szCs w:val="18"/>
        </w:rPr>
        <w:t>ჩასხმების</w:t>
      </w:r>
      <w:proofErr w:type="spellEnd"/>
      <w:r w:rsidRPr="00C86A0D">
        <w:rPr>
          <w:rFonts w:cstheme="majorHAnsi"/>
          <w:sz w:val="18"/>
          <w:szCs w:val="18"/>
        </w:rPr>
        <w:t xml:space="preserve"> 1 (</w:t>
      </w:r>
      <w:proofErr w:type="spellStart"/>
      <w:r w:rsidRPr="00C86A0D">
        <w:rPr>
          <w:rFonts w:ascii="Sylfaen" w:hAnsi="Sylfaen" w:cs="Sylfaen"/>
          <w:sz w:val="18"/>
          <w:szCs w:val="18"/>
        </w:rPr>
        <w:t>ერთი</w:t>
      </w:r>
      <w:proofErr w:type="spellEnd"/>
      <w:r w:rsidRPr="00C86A0D">
        <w:rPr>
          <w:rFonts w:cstheme="majorHAnsi"/>
          <w:sz w:val="18"/>
          <w:szCs w:val="18"/>
        </w:rPr>
        <w:t xml:space="preserve">) </w:t>
      </w:r>
      <w:proofErr w:type="spellStart"/>
      <w:r w:rsidRPr="00C86A0D">
        <w:rPr>
          <w:rFonts w:ascii="Sylfaen" w:hAnsi="Sylfaen" w:cs="Sylfaen"/>
          <w:sz w:val="18"/>
          <w:szCs w:val="18"/>
        </w:rPr>
        <w:t>თვიანი</w:t>
      </w:r>
      <w:proofErr w:type="spellEnd"/>
      <w:r w:rsidRPr="00C86A0D">
        <w:rPr>
          <w:rFonts w:cstheme="majorHAnsi"/>
          <w:sz w:val="18"/>
          <w:szCs w:val="18"/>
        </w:rPr>
        <w:t xml:space="preserve"> </w:t>
      </w:r>
      <w:proofErr w:type="spellStart"/>
      <w:r w:rsidRPr="00C86A0D">
        <w:rPr>
          <w:rFonts w:ascii="Sylfaen" w:hAnsi="Sylfaen" w:cs="Sylfaen"/>
          <w:sz w:val="18"/>
          <w:szCs w:val="18"/>
        </w:rPr>
        <w:t>გრაფიკი</w:t>
      </w:r>
      <w:proofErr w:type="spellEnd"/>
      <w:r w:rsidRPr="00C86A0D">
        <w:rPr>
          <w:rFonts w:cstheme="majorHAnsi"/>
          <w:sz w:val="18"/>
          <w:szCs w:val="18"/>
        </w:rPr>
        <w:t xml:space="preserve"> (</w:t>
      </w:r>
      <w:proofErr w:type="spellStart"/>
      <w:r w:rsidRPr="00C86A0D">
        <w:rPr>
          <w:rFonts w:ascii="Sylfaen" w:hAnsi="Sylfaen" w:cs="Sylfaen"/>
          <w:sz w:val="18"/>
          <w:szCs w:val="18"/>
        </w:rPr>
        <w:t>ჩასხმის</w:t>
      </w:r>
      <w:proofErr w:type="spellEnd"/>
      <w:r w:rsidRPr="00C86A0D">
        <w:rPr>
          <w:rFonts w:cstheme="majorHAnsi"/>
          <w:sz w:val="18"/>
          <w:szCs w:val="18"/>
        </w:rPr>
        <w:t xml:space="preserve"> </w:t>
      </w:r>
      <w:proofErr w:type="spellStart"/>
      <w:r w:rsidRPr="00C86A0D">
        <w:rPr>
          <w:rFonts w:ascii="Sylfaen" w:hAnsi="Sylfaen" w:cs="Sylfaen"/>
          <w:sz w:val="18"/>
          <w:szCs w:val="18"/>
        </w:rPr>
        <w:t>დაწყების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დღისა</w:t>
      </w:r>
      <w:proofErr w:type="spellEnd"/>
      <w:r w:rsidRPr="00C86A0D">
        <w:rPr>
          <w:rFonts w:cstheme="majorHAnsi"/>
          <w:sz w:val="18"/>
          <w:szCs w:val="18"/>
        </w:rPr>
        <w:t xml:space="preserve"> </w:t>
      </w:r>
      <w:proofErr w:type="spellStart"/>
      <w:r w:rsidRPr="00C86A0D">
        <w:rPr>
          <w:rFonts w:ascii="Sylfaen" w:hAnsi="Sylfaen" w:cs="Sylfaen"/>
          <w:sz w:val="18"/>
          <w:szCs w:val="18"/>
        </w:rPr>
        <w:t>და</w:t>
      </w:r>
      <w:proofErr w:type="spellEnd"/>
      <w:r w:rsidRPr="00C86A0D">
        <w:rPr>
          <w:rFonts w:cstheme="majorHAnsi"/>
          <w:sz w:val="18"/>
          <w:szCs w:val="18"/>
        </w:rPr>
        <w:t xml:space="preserve"> </w:t>
      </w:r>
      <w:proofErr w:type="spellStart"/>
      <w:r w:rsidRPr="00C86A0D">
        <w:rPr>
          <w:rFonts w:ascii="Sylfaen" w:hAnsi="Sylfaen" w:cs="Sylfaen"/>
          <w:sz w:val="18"/>
          <w:szCs w:val="18"/>
        </w:rPr>
        <w:t>დროის</w:t>
      </w:r>
      <w:proofErr w:type="spellEnd"/>
      <w:r w:rsidRPr="00C86A0D">
        <w:rPr>
          <w:rFonts w:cstheme="majorHAnsi"/>
          <w:sz w:val="18"/>
          <w:szCs w:val="18"/>
        </w:rPr>
        <w:t>/</w:t>
      </w:r>
      <w:proofErr w:type="spellStart"/>
      <w:r w:rsidRPr="00C86A0D">
        <w:rPr>
          <w:rFonts w:ascii="Sylfaen" w:hAnsi="Sylfaen" w:cs="Sylfaen"/>
          <w:sz w:val="18"/>
          <w:szCs w:val="18"/>
        </w:rPr>
        <w:t>საათის</w:t>
      </w:r>
      <w:proofErr w:type="spellEnd"/>
      <w:r w:rsidRPr="00C86A0D">
        <w:rPr>
          <w:rFonts w:cstheme="majorHAnsi"/>
          <w:sz w:val="18"/>
          <w:szCs w:val="18"/>
        </w:rPr>
        <w:t xml:space="preserve"> </w:t>
      </w:r>
      <w:proofErr w:type="spellStart"/>
      <w:r w:rsidRPr="00C86A0D">
        <w:rPr>
          <w:rFonts w:ascii="Sylfaen" w:hAnsi="Sylfaen" w:cs="Sylfaen"/>
          <w:sz w:val="18"/>
          <w:szCs w:val="18"/>
        </w:rPr>
        <w:t>მითითებით</w:t>
      </w:r>
      <w:proofErr w:type="spellEnd"/>
      <w:r w:rsidRPr="00C86A0D">
        <w:rPr>
          <w:rFonts w:cstheme="majorHAnsi"/>
          <w:sz w:val="18"/>
          <w:szCs w:val="18"/>
        </w:rPr>
        <w:t>).</w:t>
      </w:r>
    </w:p>
    <w:p w14:paraId="07C5DA4E" w14:textId="69371D7F" w:rsidR="00521466" w:rsidRDefault="00521466" w:rsidP="00521466">
      <w:pPr>
        <w:pStyle w:val="ListParagraph"/>
        <w:numPr>
          <w:ilvl w:val="1"/>
          <w:numId w:val="13"/>
        </w:numPr>
        <w:rPr>
          <w:rFonts w:cstheme="majorHAnsi"/>
          <w:sz w:val="18"/>
          <w:szCs w:val="18"/>
        </w:rPr>
      </w:pPr>
      <w:proofErr w:type="spellStart"/>
      <w:r w:rsidRPr="00C86A0D">
        <w:rPr>
          <w:rFonts w:ascii="Sylfaen" w:hAnsi="Sylfaen" w:cs="Sylfaen"/>
          <w:sz w:val="18"/>
          <w:szCs w:val="18"/>
        </w:rPr>
        <w:t>მხარეები</w:t>
      </w:r>
      <w:proofErr w:type="spellEnd"/>
      <w:r w:rsidRPr="00C86A0D">
        <w:rPr>
          <w:rFonts w:cstheme="majorHAnsi"/>
          <w:sz w:val="18"/>
          <w:szCs w:val="18"/>
        </w:rPr>
        <w:t xml:space="preserve"> </w:t>
      </w:r>
      <w:proofErr w:type="spellStart"/>
      <w:r w:rsidRPr="00C86A0D">
        <w:rPr>
          <w:rFonts w:ascii="Sylfaen" w:hAnsi="Sylfaen" w:cs="Sylfaen"/>
          <w:sz w:val="18"/>
          <w:szCs w:val="18"/>
        </w:rPr>
        <w:t>თანხმდებიან</w:t>
      </w:r>
      <w:proofErr w:type="spellEnd"/>
      <w:r w:rsidRPr="00C86A0D">
        <w:rPr>
          <w:rFonts w:cstheme="majorHAnsi"/>
          <w:sz w:val="18"/>
          <w:szCs w:val="18"/>
        </w:rPr>
        <w:t xml:space="preserve">, </w:t>
      </w:r>
      <w:proofErr w:type="spellStart"/>
      <w:r w:rsidRPr="00C86A0D">
        <w:rPr>
          <w:rFonts w:ascii="Sylfaen" w:hAnsi="Sylfaen" w:cs="Sylfaen"/>
          <w:sz w:val="18"/>
          <w:szCs w:val="18"/>
        </w:rPr>
        <w:t>რომ</w:t>
      </w:r>
      <w:proofErr w:type="spellEnd"/>
      <w:r w:rsidRPr="00C86A0D">
        <w:rPr>
          <w:rFonts w:cstheme="majorHAnsi"/>
          <w:sz w:val="18"/>
          <w:szCs w:val="18"/>
        </w:rPr>
        <w:t xml:space="preserve"> </w:t>
      </w:r>
      <w:proofErr w:type="spellStart"/>
      <w:r w:rsidRPr="00C86A0D">
        <w:rPr>
          <w:rFonts w:ascii="Sylfaen" w:hAnsi="Sylfaen" w:cs="Sylfaen"/>
          <w:sz w:val="18"/>
          <w:szCs w:val="18"/>
        </w:rPr>
        <w:t>ყოველ</w:t>
      </w:r>
      <w:proofErr w:type="spellEnd"/>
      <w:r w:rsidRPr="00C86A0D">
        <w:rPr>
          <w:rFonts w:cstheme="majorHAnsi"/>
          <w:sz w:val="18"/>
          <w:szCs w:val="18"/>
        </w:rPr>
        <w:t xml:space="preserve"> </w:t>
      </w:r>
      <w:proofErr w:type="spellStart"/>
      <w:r w:rsidRPr="00C86A0D">
        <w:rPr>
          <w:rFonts w:ascii="Sylfaen" w:hAnsi="Sylfaen" w:cs="Sylfaen"/>
          <w:sz w:val="18"/>
          <w:szCs w:val="18"/>
        </w:rPr>
        <w:t>ცალკეულ</w:t>
      </w:r>
      <w:proofErr w:type="spellEnd"/>
      <w:r w:rsidRPr="00C86A0D">
        <w:rPr>
          <w:rFonts w:cstheme="majorHAnsi"/>
          <w:sz w:val="18"/>
          <w:szCs w:val="18"/>
        </w:rPr>
        <w:t xml:space="preserve"> </w:t>
      </w:r>
      <w:proofErr w:type="spellStart"/>
      <w:r w:rsidRPr="00C86A0D">
        <w:rPr>
          <w:rFonts w:ascii="Sylfaen" w:hAnsi="Sylfaen" w:cs="Sylfaen"/>
          <w:sz w:val="18"/>
          <w:szCs w:val="18"/>
        </w:rPr>
        <w:t>საანგარიშო</w:t>
      </w:r>
      <w:proofErr w:type="spellEnd"/>
      <w:r w:rsidRPr="00C86A0D">
        <w:rPr>
          <w:rFonts w:cstheme="majorHAnsi"/>
          <w:sz w:val="18"/>
          <w:szCs w:val="18"/>
        </w:rPr>
        <w:t xml:space="preserve"> </w:t>
      </w:r>
      <w:proofErr w:type="spellStart"/>
      <w:r w:rsidRPr="00C86A0D">
        <w:rPr>
          <w:rFonts w:ascii="Sylfaen" w:hAnsi="Sylfaen" w:cs="Sylfaen"/>
          <w:sz w:val="18"/>
          <w:szCs w:val="18"/>
        </w:rPr>
        <w:t>პერიოდში</w:t>
      </w:r>
      <w:proofErr w:type="spellEnd"/>
      <w:r w:rsidRPr="00C86A0D">
        <w:rPr>
          <w:rFonts w:cstheme="majorHAnsi"/>
          <w:sz w:val="18"/>
          <w:szCs w:val="18"/>
        </w:rPr>
        <w:t xml:space="preserve"> </w:t>
      </w:r>
      <w:proofErr w:type="spellStart"/>
      <w:r w:rsidRPr="00C86A0D">
        <w:rPr>
          <w:rFonts w:ascii="Sylfaen" w:hAnsi="Sylfaen" w:cs="Sylfaen"/>
          <w:sz w:val="18"/>
          <w:szCs w:val="18"/>
        </w:rPr>
        <w:t>დამკვეთის</w:t>
      </w:r>
      <w:proofErr w:type="spellEnd"/>
      <w:r w:rsidRPr="00C86A0D">
        <w:rPr>
          <w:rFonts w:cstheme="majorHAnsi"/>
          <w:sz w:val="18"/>
          <w:szCs w:val="18"/>
        </w:rPr>
        <w:t xml:space="preserve"> </w:t>
      </w:r>
      <w:proofErr w:type="spellStart"/>
      <w:r w:rsidRPr="00C86A0D">
        <w:rPr>
          <w:rFonts w:ascii="Sylfaen" w:hAnsi="Sylfaen" w:cs="Sylfaen"/>
          <w:sz w:val="18"/>
          <w:szCs w:val="18"/>
        </w:rPr>
        <w:t>მიერ</w:t>
      </w:r>
      <w:proofErr w:type="spellEnd"/>
      <w:r w:rsidRPr="00C86A0D">
        <w:rPr>
          <w:rFonts w:cstheme="majorHAnsi"/>
          <w:sz w:val="18"/>
          <w:szCs w:val="18"/>
        </w:rPr>
        <w:t xml:space="preserve"> </w:t>
      </w:r>
      <w:proofErr w:type="spellStart"/>
      <w:r w:rsidRPr="00C86A0D">
        <w:rPr>
          <w:rFonts w:ascii="Sylfaen" w:hAnsi="Sylfaen" w:cs="Sylfaen"/>
          <w:sz w:val="18"/>
          <w:szCs w:val="18"/>
        </w:rPr>
        <w:t>შესყიდული</w:t>
      </w:r>
      <w:proofErr w:type="spellEnd"/>
      <w:r w:rsidRPr="00C86A0D">
        <w:rPr>
          <w:rFonts w:cstheme="majorHAnsi"/>
          <w:sz w:val="18"/>
          <w:szCs w:val="18"/>
        </w:rPr>
        <w:t xml:space="preserve"> </w:t>
      </w:r>
      <w:proofErr w:type="spellStart"/>
      <w:r w:rsidRPr="00C86A0D">
        <w:rPr>
          <w:rFonts w:ascii="Sylfaen" w:hAnsi="Sylfaen" w:cs="Sylfaen"/>
          <w:sz w:val="18"/>
          <w:szCs w:val="18"/>
        </w:rPr>
        <w:t>მასალების</w:t>
      </w:r>
      <w:proofErr w:type="spellEnd"/>
      <w:r w:rsidRPr="00C86A0D">
        <w:rPr>
          <w:rFonts w:cstheme="majorHAnsi"/>
          <w:sz w:val="18"/>
          <w:szCs w:val="18"/>
        </w:rPr>
        <w:t xml:space="preserve"> </w:t>
      </w:r>
      <w:r>
        <w:rPr>
          <w:rFonts w:ascii="Sylfaen" w:hAnsi="Sylfaen" w:cstheme="majorHAnsi"/>
          <w:sz w:val="18"/>
          <w:szCs w:val="18"/>
          <w:lang w:val="ka-GE"/>
        </w:rPr>
        <w:t xml:space="preserve">(მათი არსებობის შემთხვევაში) </w:t>
      </w:r>
      <w:proofErr w:type="spellStart"/>
      <w:r w:rsidRPr="00C86A0D">
        <w:rPr>
          <w:rFonts w:ascii="Sylfaen" w:hAnsi="Sylfaen" w:cs="Sylfaen"/>
          <w:sz w:val="18"/>
          <w:szCs w:val="18"/>
        </w:rPr>
        <w:t>სახარჯთაღრიცხვო</w:t>
      </w:r>
      <w:proofErr w:type="spellEnd"/>
      <w:r w:rsidRPr="00C86A0D">
        <w:rPr>
          <w:rFonts w:cstheme="majorHAnsi"/>
          <w:sz w:val="18"/>
          <w:szCs w:val="18"/>
        </w:rPr>
        <w:t xml:space="preserve"> </w:t>
      </w:r>
      <w:proofErr w:type="spellStart"/>
      <w:r w:rsidRPr="00C86A0D">
        <w:rPr>
          <w:rFonts w:ascii="Sylfaen" w:hAnsi="Sylfaen" w:cs="Sylfaen"/>
          <w:sz w:val="18"/>
          <w:szCs w:val="18"/>
        </w:rPr>
        <w:t>ღირებულებები</w:t>
      </w:r>
      <w:proofErr w:type="spellEnd"/>
      <w:r w:rsidRPr="00C86A0D">
        <w:rPr>
          <w:rFonts w:cstheme="majorHAnsi"/>
          <w:sz w:val="18"/>
          <w:szCs w:val="18"/>
        </w:rPr>
        <w:t xml:space="preserve"> (</w:t>
      </w:r>
      <w:proofErr w:type="spellStart"/>
      <w:r w:rsidRPr="00C86A0D">
        <w:rPr>
          <w:rFonts w:ascii="Sylfaen" w:hAnsi="Sylfaen" w:cs="Sylfaen"/>
          <w:sz w:val="18"/>
          <w:szCs w:val="18"/>
        </w:rPr>
        <w:t>დარიცხვების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გარეშე</w:t>
      </w:r>
      <w:proofErr w:type="spellEnd"/>
      <w:r w:rsidRPr="00C86A0D">
        <w:rPr>
          <w:rFonts w:cstheme="majorHAnsi"/>
          <w:sz w:val="18"/>
          <w:szCs w:val="18"/>
        </w:rPr>
        <w:t xml:space="preserve">) </w:t>
      </w:r>
      <w:proofErr w:type="spellStart"/>
      <w:r w:rsidRPr="00C86A0D">
        <w:rPr>
          <w:rFonts w:ascii="Sylfaen" w:hAnsi="Sylfaen" w:cs="Sylfaen"/>
          <w:sz w:val="18"/>
          <w:szCs w:val="18"/>
        </w:rPr>
        <w:t>გამოაკლდება</w:t>
      </w:r>
      <w:proofErr w:type="spellEnd"/>
      <w:r w:rsidRPr="00C86A0D">
        <w:rPr>
          <w:rFonts w:cstheme="majorHAnsi"/>
          <w:sz w:val="18"/>
          <w:szCs w:val="18"/>
        </w:rPr>
        <w:t xml:space="preserve"> </w:t>
      </w:r>
      <w:proofErr w:type="spellStart"/>
      <w:r w:rsidRPr="00C86A0D">
        <w:rPr>
          <w:rFonts w:ascii="Sylfaen" w:hAnsi="Sylfaen" w:cs="Sylfaen"/>
          <w:sz w:val="18"/>
          <w:szCs w:val="18"/>
        </w:rPr>
        <w:t>სამუშაოს</w:t>
      </w:r>
      <w:proofErr w:type="spellEnd"/>
      <w:r w:rsidRPr="00C86A0D">
        <w:rPr>
          <w:rFonts w:cstheme="majorHAnsi"/>
          <w:sz w:val="18"/>
          <w:szCs w:val="18"/>
        </w:rPr>
        <w:t xml:space="preserve"> </w:t>
      </w:r>
      <w:proofErr w:type="spellStart"/>
      <w:r w:rsidRPr="00C86A0D">
        <w:rPr>
          <w:rFonts w:ascii="Sylfaen" w:hAnsi="Sylfaen" w:cs="Sylfaen"/>
          <w:sz w:val="18"/>
          <w:szCs w:val="18"/>
        </w:rPr>
        <w:t>ეტაპის</w:t>
      </w:r>
      <w:proofErr w:type="spellEnd"/>
      <w:r w:rsidRPr="00C86A0D">
        <w:rPr>
          <w:rFonts w:cstheme="majorHAnsi"/>
          <w:sz w:val="18"/>
          <w:szCs w:val="18"/>
        </w:rPr>
        <w:t xml:space="preserve"> </w:t>
      </w:r>
      <w:proofErr w:type="spellStart"/>
      <w:r w:rsidRPr="00C86A0D">
        <w:rPr>
          <w:rFonts w:ascii="Sylfaen" w:hAnsi="Sylfaen" w:cs="Sylfaen"/>
          <w:sz w:val="18"/>
          <w:szCs w:val="18"/>
        </w:rPr>
        <w:t>ფორმა</w:t>
      </w:r>
      <w:proofErr w:type="spellEnd"/>
      <w:r w:rsidRPr="00C86A0D">
        <w:rPr>
          <w:rFonts w:cstheme="majorHAnsi"/>
          <w:sz w:val="18"/>
          <w:szCs w:val="18"/>
        </w:rPr>
        <w:t xml:space="preserve"> #2-</w:t>
      </w:r>
      <w:r w:rsidRPr="00C86A0D">
        <w:rPr>
          <w:rFonts w:ascii="Sylfaen" w:hAnsi="Sylfaen" w:cs="Sylfaen"/>
          <w:sz w:val="18"/>
          <w:szCs w:val="18"/>
        </w:rPr>
        <w:t>ით</w:t>
      </w:r>
      <w:r w:rsidRPr="00C86A0D">
        <w:rPr>
          <w:rFonts w:cstheme="majorHAnsi"/>
          <w:sz w:val="18"/>
          <w:szCs w:val="18"/>
        </w:rPr>
        <w:t xml:space="preserve"> </w:t>
      </w:r>
      <w:proofErr w:type="spellStart"/>
      <w:r w:rsidRPr="00C86A0D">
        <w:rPr>
          <w:rFonts w:ascii="Sylfaen" w:hAnsi="Sylfaen" w:cs="Sylfaen"/>
          <w:sz w:val="18"/>
          <w:szCs w:val="18"/>
        </w:rPr>
        <w:t>განსაზღვრულ</w:t>
      </w:r>
      <w:proofErr w:type="spellEnd"/>
      <w:r w:rsidRPr="00C86A0D">
        <w:rPr>
          <w:rFonts w:cstheme="majorHAnsi"/>
          <w:sz w:val="18"/>
          <w:szCs w:val="18"/>
        </w:rPr>
        <w:t xml:space="preserve"> </w:t>
      </w:r>
      <w:proofErr w:type="spellStart"/>
      <w:r w:rsidR="003377EA">
        <w:rPr>
          <w:rFonts w:ascii="Sylfaen" w:hAnsi="Sylfaen" w:cs="Sylfaen"/>
          <w:sz w:val="18"/>
          <w:szCs w:val="18"/>
        </w:rPr>
        <w:t>მენარდის</w:t>
      </w:r>
      <w:proofErr w:type="spellEnd"/>
      <w:r w:rsidR="003377EA">
        <w:rPr>
          <w:rFonts w:ascii="Sylfaen" w:hAnsi="Sylfaen" w:cs="Sylfaen"/>
          <w:sz w:val="18"/>
          <w:szCs w:val="18"/>
        </w:rPr>
        <w:t xml:space="preserve"> </w:t>
      </w:r>
      <w:proofErr w:type="spellStart"/>
      <w:r w:rsidRPr="00C86A0D">
        <w:rPr>
          <w:rFonts w:ascii="Sylfaen" w:hAnsi="Sylfaen" w:cs="Sylfaen"/>
          <w:sz w:val="18"/>
          <w:szCs w:val="18"/>
        </w:rPr>
        <w:t>მიერ</w:t>
      </w:r>
      <w:proofErr w:type="spellEnd"/>
      <w:r w:rsidR="003377EA">
        <w:rPr>
          <w:rFonts w:ascii="Sylfaen" w:hAnsi="Sylfaen" w:cs="Sylfaen"/>
          <w:sz w:val="18"/>
          <w:szCs w:val="18"/>
        </w:rPr>
        <w:t xml:space="preserve"> </w:t>
      </w:r>
      <w:proofErr w:type="spellStart"/>
      <w:r w:rsidRPr="00C86A0D">
        <w:rPr>
          <w:rFonts w:ascii="Sylfaen" w:hAnsi="Sylfaen" w:cs="Sylfaen"/>
          <w:sz w:val="18"/>
          <w:szCs w:val="18"/>
        </w:rPr>
        <w:t>შესრულებული</w:t>
      </w:r>
      <w:proofErr w:type="spellEnd"/>
      <w:r w:rsidRPr="00C86A0D">
        <w:rPr>
          <w:rFonts w:cstheme="majorHAnsi"/>
          <w:sz w:val="18"/>
          <w:szCs w:val="18"/>
        </w:rPr>
        <w:t xml:space="preserve"> </w:t>
      </w:r>
      <w:proofErr w:type="spellStart"/>
      <w:r w:rsidRPr="00C86A0D">
        <w:rPr>
          <w:rFonts w:ascii="Sylfaen" w:hAnsi="Sylfaen" w:cs="Sylfaen"/>
          <w:sz w:val="18"/>
          <w:szCs w:val="18"/>
        </w:rPr>
        <w:t>სამუშაოს</w:t>
      </w:r>
      <w:proofErr w:type="spellEnd"/>
      <w:r w:rsidRPr="00C86A0D">
        <w:rPr>
          <w:rFonts w:cstheme="majorHAnsi"/>
          <w:sz w:val="18"/>
          <w:szCs w:val="18"/>
        </w:rPr>
        <w:t xml:space="preserve"> </w:t>
      </w:r>
      <w:proofErr w:type="spellStart"/>
      <w:r w:rsidRPr="00C86A0D">
        <w:rPr>
          <w:rFonts w:ascii="Sylfaen" w:hAnsi="Sylfaen" w:cs="Sylfaen"/>
          <w:sz w:val="18"/>
          <w:szCs w:val="18"/>
        </w:rPr>
        <w:t>ღირებულებას</w:t>
      </w:r>
      <w:proofErr w:type="spellEnd"/>
      <w:r w:rsidRPr="00C86A0D">
        <w:rPr>
          <w:rFonts w:cstheme="majorHAnsi"/>
          <w:sz w:val="18"/>
          <w:szCs w:val="18"/>
        </w:rPr>
        <w:t>.</w:t>
      </w:r>
    </w:p>
    <w:p w14:paraId="4C548C12" w14:textId="55C3FDF1" w:rsidR="00521466" w:rsidRDefault="00521466" w:rsidP="00521466">
      <w:pPr>
        <w:pStyle w:val="ListParagraph"/>
        <w:numPr>
          <w:ilvl w:val="1"/>
          <w:numId w:val="13"/>
        </w:numPr>
        <w:rPr>
          <w:rFonts w:cstheme="majorHAnsi"/>
          <w:sz w:val="18"/>
          <w:szCs w:val="18"/>
        </w:rPr>
      </w:pPr>
      <w:proofErr w:type="spellStart"/>
      <w:r w:rsidRPr="00C86A0D">
        <w:rPr>
          <w:rFonts w:ascii="Sylfaen" w:hAnsi="Sylfaen" w:cs="Sylfaen"/>
          <w:sz w:val="18"/>
          <w:szCs w:val="18"/>
        </w:rPr>
        <w:t>მხარეები</w:t>
      </w:r>
      <w:proofErr w:type="spellEnd"/>
      <w:r w:rsidRPr="00C86A0D">
        <w:rPr>
          <w:rFonts w:cstheme="majorHAnsi"/>
          <w:sz w:val="18"/>
          <w:szCs w:val="18"/>
        </w:rPr>
        <w:t xml:space="preserve"> </w:t>
      </w:r>
      <w:proofErr w:type="spellStart"/>
      <w:r w:rsidRPr="00C86A0D">
        <w:rPr>
          <w:rFonts w:ascii="Sylfaen" w:hAnsi="Sylfaen" w:cs="Sylfaen"/>
          <w:sz w:val="18"/>
          <w:szCs w:val="18"/>
        </w:rPr>
        <w:t>თანხმდებიან</w:t>
      </w:r>
      <w:proofErr w:type="spellEnd"/>
      <w:r w:rsidRPr="00C86A0D">
        <w:rPr>
          <w:rFonts w:cstheme="majorHAnsi"/>
          <w:sz w:val="18"/>
          <w:szCs w:val="18"/>
        </w:rPr>
        <w:t xml:space="preserve"> </w:t>
      </w:r>
      <w:proofErr w:type="spellStart"/>
      <w:r w:rsidRPr="00C86A0D">
        <w:rPr>
          <w:rFonts w:ascii="Sylfaen" w:hAnsi="Sylfaen" w:cs="Sylfaen"/>
          <w:sz w:val="18"/>
          <w:szCs w:val="18"/>
        </w:rPr>
        <w:t>მასზედ</w:t>
      </w:r>
      <w:proofErr w:type="spellEnd"/>
      <w:r w:rsidRPr="00C86A0D">
        <w:rPr>
          <w:rFonts w:cstheme="majorHAnsi"/>
          <w:sz w:val="18"/>
          <w:szCs w:val="18"/>
        </w:rPr>
        <w:t xml:space="preserve">, </w:t>
      </w:r>
      <w:proofErr w:type="spellStart"/>
      <w:r w:rsidRPr="00C86A0D">
        <w:rPr>
          <w:rFonts w:ascii="Sylfaen" w:hAnsi="Sylfaen" w:cs="Sylfaen"/>
          <w:sz w:val="18"/>
          <w:szCs w:val="18"/>
        </w:rPr>
        <w:t>რომ</w:t>
      </w:r>
      <w:proofErr w:type="spellEnd"/>
      <w:r w:rsidRPr="00C86A0D">
        <w:rPr>
          <w:rFonts w:cstheme="majorHAnsi"/>
          <w:sz w:val="18"/>
          <w:szCs w:val="18"/>
        </w:rPr>
        <w:t xml:space="preserve"> </w:t>
      </w:r>
      <w:proofErr w:type="spellStart"/>
      <w:r w:rsidRPr="00C86A0D">
        <w:rPr>
          <w:rFonts w:ascii="Sylfaen" w:hAnsi="Sylfaen" w:cs="Sylfaen"/>
          <w:sz w:val="18"/>
          <w:szCs w:val="18"/>
        </w:rPr>
        <w:t>თუ</w:t>
      </w:r>
      <w:proofErr w:type="spellEnd"/>
      <w:r w:rsidRPr="00C86A0D">
        <w:rPr>
          <w:rFonts w:cstheme="majorHAnsi"/>
          <w:sz w:val="18"/>
          <w:szCs w:val="18"/>
        </w:rPr>
        <w:t xml:space="preserve"> </w:t>
      </w:r>
      <w:proofErr w:type="spellStart"/>
      <w:r w:rsidRPr="00C86A0D">
        <w:rPr>
          <w:rFonts w:ascii="Sylfaen" w:hAnsi="Sylfaen" w:cs="Sylfaen"/>
          <w:sz w:val="18"/>
          <w:szCs w:val="18"/>
        </w:rPr>
        <w:t>წინამდებარე</w:t>
      </w:r>
      <w:proofErr w:type="spellEnd"/>
      <w:r w:rsidRPr="00C86A0D">
        <w:rPr>
          <w:rFonts w:cstheme="majorHAnsi"/>
          <w:sz w:val="18"/>
          <w:szCs w:val="18"/>
        </w:rPr>
        <w:t xml:space="preserve"> </w:t>
      </w:r>
      <w:proofErr w:type="spellStart"/>
      <w:r w:rsidRPr="00C86A0D">
        <w:rPr>
          <w:rFonts w:ascii="Sylfaen" w:hAnsi="Sylfaen" w:cs="Sylfaen"/>
          <w:sz w:val="18"/>
          <w:szCs w:val="18"/>
        </w:rPr>
        <w:t>ხელშეკრულებით</w:t>
      </w:r>
      <w:proofErr w:type="spellEnd"/>
      <w:r w:rsidRPr="00C86A0D">
        <w:rPr>
          <w:rFonts w:cstheme="majorHAnsi"/>
          <w:sz w:val="18"/>
          <w:szCs w:val="18"/>
        </w:rPr>
        <w:t xml:space="preserve"> </w:t>
      </w:r>
      <w:proofErr w:type="spellStart"/>
      <w:r w:rsidRPr="00C86A0D">
        <w:rPr>
          <w:rFonts w:ascii="Sylfaen" w:hAnsi="Sylfaen" w:cs="Sylfaen"/>
          <w:sz w:val="18"/>
          <w:szCs w:val="18"/>
        </w:rPr>
        <w:t>სხვა</w:t>
      </w:r>
      <w:proofErr w:type="spellEnd"/>
      <w:r w:rsidRPr="00C86A0D">
        <w:rPr>
          <w:rFonts w:cstheme="majorHAnsi"/>
          <w:sz w:val="18"/>
          <w:szCs w:val="18"/>
        </w:rPr>
        <w:t xml:space="preserve"> </w:t>
      </w:r>
      <w:proofErr w:type="spellStart"/>
      <w:r w:rsidRPr="00C86A0D">
        <w:rPr>
          <w:rFonts w:ascii="Sylfaen" w:hAnsi="Sylfaen" w:cs="Sylfaen"/>
          <w:sz w:val="18"/>
          <w:szCs w:val="18"/>
        </w:rPr>
        <w:t>რამ</w:t>
      </w:r>
      <w:proofErr w:type="spellEnd"/>
      <w:r w:rsidRPr="00C86A0D">
        <w:rPr>
          <w:rFonts w:cstheme="majorHAnsi"/>
          <w:sz w:val="18"/>
          <w:szCs w:val="18"/>
        </w:rPr>
        <w:t xml:space="preserve"> </w:t>
      </w:r>
      <w:proofErr w:type="spellStart"/>
      <w:r w:rsidRPr="00C86A0D">
        <w:rPr>
          <w:rFonts w:ascii="Sylfaen" w:hAnsi="Sylfaen" w:cs="Sylfaen"/>
          <w:sz w:val="18"/>
          <w:szCs w:val="18"/>
        </w:rPr>
        <w:t>არ</w:t>
      </w:r>
      <w:proofErr w:type="spellEnd"/>
      <w:r w:rsidRPr="00C86A0D">
        <w:rPr>
          <w:rFonts w:cstheme="majorHAnsi"/>
          <w:sz w:val="18"/>
          <w:szCs w:val="18"/>
        </w:rPr>
        <w:t xml:space="preserve"> </w:t>
      </w:r>
      <w:proofErr w:type="spellStart"/>
      <w:r w:rsidRPr="00C86A0D">
        <w:rPr>
          <w:rFonts w:ascii="Sylfaen" w:hAnsi="Sylfaen" w:cs="Sylfaen"/>
          <w:sz w:val="18"/>
          <w:szCs w:val="18"/>
        </w:rPr>
        <w:t>არის</w:t>
      </w:r>
      <w:proofErr w:type="spellEnd"/>
      <w:r w:rsidRPr="00C86A0D">
        <w:rPr>
          <w:rFonts w:cstheme="majorHAnsi"/>
          <w:sz w:val="18"/>
          <w:szCs w:val="18"/>
        </w:rPr>
        <w:t xml:space="preserve"> </w:t>
      </w:r>
      <w:proofErr w:type="spellStart"/>
      <w:r w:rsidRPr="00C86A0D">
        <w:rPr>
          <w:rFonts w:ascii="Sylfaen" w:hAnsi="Sylfaen" w:cs="Sylfaen"/>
          <w:sz w:val="18"/>
          <w:szCs w:val="18"/>
        </w:rPr>
        <w:t>გათვალისწინებული</w:t>
      </w:r>
      <w:proofErr w:type="spellEnd"/>
      <w:r w:rsidRPr="00C86A0D">
        <w:rPr>
          <w:rFonts w:cstheme="majorHAnsi"/>
          <w:sz w:val="18"/>
          <w:szCs w:val="18"/>
        </w:rPr>
        <w:t xml:space="preserve"> </w:t>
      </w:r>
      <w:proofErr w:type="spellStart"/>
      <w:r w:rsidRPr="00C86A0D">
        <w:rPr>
          <w:rFonts w:ascii="Sylfaen" w:hAnsi="Sylfaen" w:cs="Sylfaen"/>
          <w:sz w:val="18"/>
          <w:szCs w:val="18"/>
        </w:rPr>
        <w:t>და</w:t>
      </w:r>
      <w:proofErr w:type="spellEnd"/>
      <w:r w:rsidRPr="00C86A0D">
        <w:rPr>
          <w:rFonts w:cstheme="majorHAnsi"/>
          <w:sz w:val="18"/>
          <w:szCs w:val="18"/>
        </w:rPr>
        <w:t xml:space="preserve"> </w:t>
      </w:r>
      <w:proofErr w:type="spellStart"/>
      <w:r w:rsidRPr="00C86A0D">
        <w:rPr>
          <w:rFonts w:ascii="Sylfaen" w:hAnsi="Sylfaen" w:cs="Sylfaen"/>
          <w:sz w:val="18"/>
          <w:szCs w:val="18"/>
        </w:rPr>
        <w:t>იმ</w:t>
      </w:r>
      <w:proofErr w:type="spellEnd"/>
      <w:r w:rsidRPr="00C86A0D">
        <w:rPr>
          <w:rFonts w:cstheme="majorHAnsi"/>
          <w:sz w:val="18"/>
          <w:szCs w:val="18"/>
        </w:rPr>
        <w:t xml:space="preserve"> </w:t>
      </w:r>
      <w:proofErr w:type="spellStart"/>
      <w:r w:rsidRPr="00C86A0D">
        <w:rPr>
          <w:rFonts w:ascii="Sylfaen" w:hAnsi="Sylfaen" w:cs="Sylfaen"/>
          <w:sz w:val="18"/>
          <w:szCs w:val="18"/>
        </w:rPr>
        <w:t>შემთხვევაში</w:t>
      </w:r>
      <w:proofErr w:type="spellEnd"/>
      <w:r w:rsidRPr="00C86A0D">
        <w:rPr>
          <w:rFonts w:cstheme="majorHAnsi"/>
          <w:sz w:val="18"/>
          <w:szCs w:val="18"/>
        </w:rPr>
        <w:t xml:space="preserve">, </w:t>
      </w:r>
      <w:proofErr w:type="spellStart"/>
      <w:r w:rsidRPr="00C86A0D">
        <w:rPr>
          <w:rFonts w:ascii="Sylfaen" w:hAnsi="Sylfaen" w:cs="Sylfaen"/>
          <w:sz w:val="18"/>
          <w:szCs w:val="18"/>
        </w:rPr>
        <w:t>თუ</w:t>
      </w:r>
      <w:proofErr w:type="spellEnd"/>
      <w:r w:rsidRPr="00C86A0D">
        <w:rPr>
          <w:rFonts w:cstheme="majorHAnsi"/>
          <w:sz w:val="18"/>
          <w:szCs w:val="18"/>
        </w:rPr>
        <w:t xml:space="preserve"> </w:t>
      </w:r>
      <w:proofErr w:type="spellStart"/>
      <w:r w:rsidRPr="00C86A0D">
        <w:rPr>
          <w:rFonts w:ascii="Sylfaen" w:hAnsi="Sylfaen" w:cs="Sylfaen"/>
          <w:sz w:val="18"/>
          <w:szCs w:val="18"/>
        </w:rPr>
        <w:t>ამ</w:t>
      </w:r>
      <w:proofErr w:type="spellEnd"/>
      <w:r w:rsidRPr="00C86A0D">
        <w:rPr>
          <w:rFonts w:cstheme="majorHAnsi"/>
          <w:sz w:val="18"/>
          <w:szCs w:val="18"/>
        </w:rPr>
        <w:t xml:space="preserve">  </w:t>
      </w:r>
      <w:proofErr w:type="spellStart"/>
      <w:r w:rsidRPr="00C86A0D">
        <w:rPr>
          <w:rFonts w:ascii="Sylfaen" w:hAnsi="Sylfaen" w:cs="Sylfaen"/>
          <w:sz w:val="18"/>
          <w:szCs w:val="18"/>
        </w:rPr>
        <w:t>ხელშეკრულებით</w:t>
      </w:r>
      <w:proofErr w:type="spellEnd"/>
      <w:r w:rsidR="00107698">
        <w:rPr>
          <w:rFonts w:ascii="Sylfaen" w:hAnsi="Sylfaen" w:cs="Sylfaen"/>
          <w:sz w:val="18"/>
          <w:szCs w:val="18"/>
        </w:rPr>
        <w:t xml:space="preserve"> </w:t>
      </w:r>
      <w:proofErr w:type="spellStart"/>
      <w:r w:rsidRPr="00C86A0D">
        <w:rPr>
          <w:rFonts w:ascii="Sylfaen" w:hAnsi="Sylfaen" w:cs="Sylfaen"/>
          <w:sz w:val="18"/>
          <w:szCs w:val="18"/>
        </w:rPr>
        <w:t>განსაზღვრული</w:t>
      </w:r>
      <w:proofErr w:type="spellEnd"/>
      <w:r w:rsidRPr="00C86A0D">
        <w:rPr>
          <w:rFonts w:cstheme="majorHAnsi"/>
          <w:sz w:val="18"/>
          <w:szCs w:val="18"/>
        </w:rPr>
        <w:t xml:space="preserve"> </w:t>
      </w:r>
      <w:proofErr w:type="spellStart"/>
      <w:r w:rsidRPr="00C86A0D">
        <w:rPr>
          <w:rFonts w:ascii="Sylfaen" w:hAnsi="Sylfaen" w:cs="Sylfaen"/>
          <w:sz w:val="18"/>
          <w:szCs w:val="18"/>
        </w:rPr>
        <w:t>სამუშაოების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რომელიმე</w:t>
      </w:r>
      <w:proofErr w:type="spellEnd"/>
      <w:r w:rsidRPr="00C86A0D">
        <w:rPr>
          <w:rFonts w:cstheme="majorHAnsi"/>
          <w:sz w:val="18"/>
          <w:szCs w:val="18"/>
        </w:rPr>
        <w:t xml:space="preserve"> </w:t>
      </w:r>
      <w:proofErr w:type="spellStart"/>
      <w:r w:rsidRPr="00C86A0D">
        <w:rPr>
          <w:rFonts w:ascii="Sylfaen" w:hAnsi="Sylfaen" w:cs="Sylfaen"/>
          <w:sz w:val="18"/>
          <w:szCs w:val="18"/>
        </w:rPr>
        <w:t>ნაწილს</w:t>
      </w:r>
      <w:proofErr w:type="spellEnd"/>
      <w:r w:rsidRPr="00C86A0D">
        <w:rPr>
          <w:rFonts w:cstheme="majorHAnsi"/>
          <w:sz w:val="18"/>
          <w:szCs w:val="18"/>
        </w:rPr>
        <w:t xml:space="preserve"> </w:t>
      </w:r>
      <w:proofErr w:type="spellStart"/>
      <w:r w:rsidRPr="00C86A0D">
        <w:rPr>
          <w:rFonts w:ascii="Sylfaen" w:hAnsi="Sylfaen" w:cs="Sylfaen"/>
          <w:sz w:val="18"/>
          <w:szCs w:val="18"/>
        </w:rPr>
        <w:t>დამკვეთი</w:t>
      </w:r>
      <w:proofErr w:type="spellEnd"/>
      <w:r w:rsidRPr="00C86A0D">
        <w:rPr>
          <w:rFonts w:cstheme="majorHAnsi"/>
          <w:sz w:val="18"/>
          <w:szCs w:val="18"/>
        </w:rPr>
        <w:t xml:space="preserve"> </w:t>
      </w:r>
      <w:proofErr w:type="spellStart"/>
      <w:r w:rsidRPr="00C86A0D">
        <w:rPr>
          <w:rFonts w:ascii="Sylfaen" w:hAnsi="Sylfaen" w:cs="Sylfaen"/>
          <w:sz w:val="18"/>
          <w:szCs w:val="18"/>
        </w:rPr>
        <w:t>ასრულებს</w:t>
      </w:r>
      <w:proofErr w:type="spellEnd"/>
      <w:r w:rsidRPr="00C86A0D">
        <w:rPr>
          <w:rFonts w:cstheme="majorHAnsi"/>
          <w:sz w:val="18"/>
          <w:szCs w:val="18"/>
        </w:rPr>
        <w:t xml:space="preserve"> </w:t>
      </w:r>
      <w:proofErr w:type="spellStart"/>
      <w:r w:rsidRPr="00C86A0D">
        <w:rPr>
          <w:rFonts w:ascii="Sylfaen" w:hAnsi="Sylfaen" w:cs="Sylfaen"/>
          <w:sz w:val="18"/>
          <w:szCs w:val="18"/>
        </w:rPr>
        <w:t>თავად</w:t>
      </w:r>
      <w:proofErr w:type="spellEnd"/>
      <w:r w:rsidRPr="00C86A0D">
        <w:rPr>
          <w:rFonts w:cstheme="majorHAnsi"/>
          <w:sz w:val="18"/>
          <w:szCs w:val="18"/>
        </w:rPr>
        <w:t xml:space="preserve"> </w:t>
      </w:r>
      <w:proofErr w:type="spellStart"/>
      <w:r w:rsidRPr="00C86A0D">
        <w:rPr>
          <w:rFonts w:ascii="Sylfaen" w:hAnsi="Sylfaen" w:cs="Sylfaen"/>
          <w:sz w:val="18"/>
          <w:szCs w:val="18"/>
        </w:rPr>
        <w:t>ან</w:t>
      </w:r>
      <w:proofErr w:type="spellEnd"/>
      <w:r w:rsidRPr="00C86A0D">
        <w:rPr>
          <w:rFonts w:cstheme="majorHAnsi"/>
          <w:sz w:val="18"/>
          <w:szCs w:val="18"/>
        </w:rPr>
        <w:t>/</w:t>
      </w:r>
      <w:proofErr w:type="spellStart"/>
      <w:r w:rsidRPr="00C86A0D">
        <w:rPr>
          <w:rFonts w:ascii="Sylfaen" w:hAnsi="Sylfaen" w:cs="Sylfaen"/>
          <w:sz w:val="18"/>
          <w:szCs w:val="18"/>
        </w:rPr>
        <w:t>და</w:t>
      </w:r>
      <w:proofErr w:type="spellEnd"/>
      <w:r w:rsidRPr="00C86A0D">
        <w:rPr>
          <w:rFonts w:cstheme="majorHAnsi"/>
          <w:sz w:val="18"/>
          <w:szCs w:val="18"/>
        </w:rPr>
        <w:t xml:space="preserve"> </w:t>
      </w:r>
      <w:proofErr w:type="spellStart"/>
      <w:r w:rsidRPr="00C86A0D">
        <w:rPr>
          <w:rFonts w:ascii="Sylfaen" w:hAnsi="Sylfaen" w:cs="Sylfaen"/>
          <w:sz w:val="18"/>
          <w:szCs w:val="18"/>
        </w:rPr>
        <w:t>მესამე</w:t>
      </w:r>
      <w:proofErr w:type="spellEnd"/>
      <w:r w:rsidRPr="00C86A0D">
        <w:rPr>
          <w:rFonts w:cstheme="majorHAnsi"/>
          <w:sz w:val="18"/>
          <w:szCs w:val="18"/>
        </w:rPr>
        <w:t xml:space="preserve"> </w:t>
      </w:r>
      <w:proofErr w:type="spellStart"/>
      <w:r w:rsidRPr="00C86A0D">
        <w:rPr>
          <w:rFonts w:ascii="Sylfaen" w:hAnsi="Sylfaen" w:cs="Sylfaen"/>
          <w:sz w:val="18"/>
          <w:szCs w:val="18"/>
        </w:rPr>
        <w:t>პირების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მეშვეობით</w:t>
      </w:r>
      <w:proofErr w:type="spellEnd"/>
      <w:r w:rsidRPr="00C86A0D">
        <w:rPr>
          <w:rFonts w:cstheme="majorHAnsi"/>
          <w:sz w:val="18"/>
          <w:szCs w:val="18"/>
        </w:rPr>
        <w:t xml:space="preserve">, </w:t>
      </w:r>
      <w:proofErr w:type="spellStart"/>
      <w:r w:rsidRPr="00C86A0D">
        <w:rPr>
          <w:rFonts w:ascii="Sylfaen" w:hAnsi="Sylfaen" w:cs="Sylfaen"/>
          <w:sz w:val="18"/>
          <w:szCs w:val="18"/>
        </w:rPr>
        <w:t>შესაბამისად</w:t>
      </w:r>
      <w:proofErr w:type="spellEnd"/>
      <w:r w:rsidR="00107698">
        <w:rPr>
          <w:rFonts w:ascii="Sylfaen" w:hAnsi="Sylfaen" w:cs="Sylfaen"/>
          <w:sz w:val="18"/>
          <w:szCs w:val="18"/>
        </w:rPr>
        <w:t xml:space="preserve"> </w:t>
      </w:r>
      <w:proofErr w:type="spellStart"/>
      <w:r w:rsidRPr="00C86A0D">
        <w:rPr>
          <w:rFonts w:ascii="Sylfaen" w:hAnsi="Sylfaen" w:cs="Sylfaen"/>
          <w:sz w:val="18"/>
          <w:szCs w:val="18"/>
        </w:rPr>
        <w:t>აღნიშნული</w:t>
      </w:r>
      <w:proofErr w:type="spellEnd"/>
      <w:r w:rsidRPr="00C86A0D">
        <w:rPr>
          <w:rFonts w:cstheme="majorHAnsi"/>
          <w:sz w:val="18"/>
          <w:szCs w:val="18"/>
        </w:rPr>
        <w:t xml:space="preserve"> </w:t>
      </w:r>
      <w:proofErr w:type="spellStart"/>
      <w:r w:rsidRPr="00C86A0D">
        <w:rPr>
          <w:rFonts w:ascii="Sylfaen" w:hAnsi="Sylfaen" w:cs="Sylfaen"/>
          <w:sz w:val="18"/>
          <w:szCs w:val="18"/>
        </w:rPr>
        <w:t>სამუშაოების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შესასრულებლად</w:t>
      </w:r>
      <w:proofErr w:type="spellEnd"/>
      <w:r w:rsidRPr="00C86A0D">
        <w:rPr>
          <w:rFonts w:cstheme="majorHAnsi"/>
          <w:sz w:val="18"/>
          <w:szCs w:val="18"/>
        </w:rPr>
        <w:t xml:space="preserve"> </w:t>
      </w:r>
      <w:proofErr w:type="spellStart"/>
      <w:r w:rsidRPr="00C86A0D">
        <w:rPr>
          <w:rFonts w:ascii="Sylfaen" w:hAnsi="Sylfaen" w:cs="Sylfaen"/>
          <w:sz w:val="18"/>
          <w:szCs w:val="18"/>
        </w:rPr>
        <w:t>საჭირო</w:t>
      </w:r>
      <w:proofErr w:type="spellEnd"/>
      <w:r w:rsidRPr="00C86A0D">
        <w:rPr>
          <w:rFonts w:cstheme="majorHAnsi"/>
          <w:sz w:val="18"/>
          <w:szCs w:val="18"/>
        </w:rPr>
        <w:t xml:space="preserve"> </w:t>
      </w:r>
      <w:proofErr w:type="spellStart"/>
      <w:r w:rsidRPr="00C86A0D">
        <w:rPr>
          <w:rFonts w:ascii="Sylfaen" w:hAnsi="Sylfaen" w:cs="Sylfaen"/>
          <w:sz w:val="18"/>
          <w:szCs w:val="18"/>
        </w:rPr>
        <w:t>მასალების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შეძენას</w:t>
      </w:r>
      <w:proofErr w:type="spellEnd"/>
      <w:r w:rsidRPr="00C86A0D">
        <w:rPr>
          <w:rFonts w:cstheme="majorHAnsi"/>
          <w:sz w:val="18"/>
          <w:szCs w:val="18"/>
        </w:rPr>
        <w:t xml:space="preserve"> </w:t>
      </w:r>
      <w:proofErr w:type="spellStart"/>
      <w:r w:rsidRPr="00C86A0D">
        <w:rPr>
          <w:rFonts w:ascii="Sylfaen" w:hAnsi="Sylfaen" w:cs="Sylfaen"/>
          <w:sz w:val="18"/>
          <w:szCs w:val="18"/>
        </w:rPr>
        <w:t>ახორციელებს</w:t>
      </w:r>
      <w:proofErr w:type="spellEnd"/>
      <w:r w:rsidRPr="00C86A0D">
        <w:rPr>
          <w:rFonts w:cstheme="majorHAnsi"/>
          <w:sz w:val="18"/>
          <w:szCs w:val="18"/>
        </w:rPr>
        <w:t xml:space="preserve"> </w:t>
      </w:r>
      <w:proofErr w:type="spellStart"/>
      <w:r w:rsidRPr="00C86A0D">
        <w:rPr>
          <w:rFonts w:ascii="Sylfaen" w:hAnsi="Sylfaen" w:cs="Sylfaen"/>
          <w:sz w:val="18"/>
          <w:szCs w:val="18"/>
        </w:rPr>
        <w:t>თავად</w:t>
      </w:r>
      <w:proofErr w:type="spellEnd"/>
      <w:r w:rsidRPr="00C86A0D">
        <w:rPr>
          <w:rFonts w:cstheme="majorHAnsi"/>
          <w:sz w:val="18"/>
          <w:szCs w:val="18"/>
        </w:rPr>
        <w:t xml:space="preserve"> </w:t>
      </w:r>
      <w:proofErr w:type="spellStart"/>
      <w:r w:rsidRPr="00C86A0D">
        <w:rPr>
          <w:rFonts w:ascii="Sylfaen" w:hAnsi="Sylfaen" w:cs="Sylfaen"/>
          <w:sz w:val="18"/>
          <w:szCs w:val="18"/>
        </w:rPr>
        <w:t>დამკვეთი</w:t>
      </w:r>
      <w:proofErr w:type="spellEnd"/>
      <w:r w:rsidRPr="00C86A0D">
        <w:rPr>
          <w:rFonts w:cstheme="majorHAnsi"/>
          <w:sz w:val="18"/>
          <w:szCs w:val="18"/>
        </w:rPr>
        <w:t xml:space="preserve">, </w:t>
      </w:r>
      <w:proofErr w:type="spellStart"/>
      <w:r w:rsidRPr="00C86A0D">
        <w:rPr>
          <w:rFonts w:ascii="Sylfaen" w:hAnsi="Sylfaen" w:cs="Sylfaen"/>
          <w:sz w:val="18"/>
          <w:szCs w:val="18"/>
        </w:rPr>
        <w:t>შესაბამისად</w:t>
      </w:r>
      <w:proofErr w:type="spellEnd"/>
      <w:r w:rsidRPr="00C86A0D">
        <w:rPr>
          <w:rFonts w:cstheme="majorHAnsi"/>
          <w:sz w:val="18"/>
          <w:szCs w:val="18"/>
        </w:rPr>
        <w:t xml:space="preserve">, </w:t>
      </w:r>
      <w:proofErr w:type="spellStart"/>
      <w:r w:rsidRPr="00C86A0D">
        <w:rPr>
          <w:rFonts w:ascii="Sylfaen" w:hAnsi="Sylfaen" w:cs="Sylfaen"/>
          <w:sz w:val="18"/>
          <w:szCs w:val="18"/>
        </w:rPr>
        <w:t>დამკვეთის</w:t>
      </w:r>
      <w:proofErr w:type="spellEnd"/>
      <w:r w:rsidRPr="00C86A0D">
        <w:rPr>
          <w:rFonts w:cstheme="majorHAnsi"/>
          <w:sz w:val="18"/>
          <w:szCs w:val="18"/>
        </w:rPr>
        <w:t xml:space="preserve"> </w:t>
      </w:r>
      <w:proofErr w:type="spellStart"/>
      <w:r w:rsidRPr="00C86A0D">
        <w:rPr>
          <w:rFonts w:ascii="Sylfaen" w:hAnsi="Sylfaen" w:cs="Sylfaen"/>
          <w:sz w:val="18"/>
          <w:szCs w:val="18"/>
        </w:rPr>
        <w:t>მოწოდებული</w:t>
      </w:r>
      <w:proofErr w:type="spellEnd"/>
      <w:r w:rsidRPr="00C86A0D">
        <w:rPr>
          <w:rFonts w:cstheme="majorHAnsi"/>
          <w:sz w:val="18"/>
          <w:szCs w:val="18"/>
        </w:rPr>
        <w:t xml:space="preserve"> </w:t>
      </w:r>
      <w:proofErr w:type="spellStart"/>
      <w:r w:rsidRPr="00C86A0D">
        <w:rPr>
          <w:rFonts w:ascii="Sylfaen" w:hAnsi="Sylfaen" w:cs="Sylfaen"/>
          <w:sz w:val="18"/>
          <w:szCs w:val="18"/>
        </w:rPr>
        <w:t>მასალის</w:t>
      </w:r>
      <w:proofErr w:type="spellEnd"/>
      <w:r w:rsidRPr="00C86A0D">
        <w:rPr>
          <w:rFonts w:cstheme="majorHAnsi"/>
          <w:sz w:val="18"/>
          <w:szCs w:val="18"/>
        </w:rPr>
        <w:t xml:space="preserve"> </w:t>
      </w:r>
      <w:proofErr w:type="spellStart"/>
      <w:r w:rsidRPr="00C86A0D">
        <w:rPr>
          <w:rFonts w:ascii="Sylfaen" w:hAnsi="Sylfaen" w:cs="Sylfaen"/>
          <w:sz w:val="18"/>
          <w:szCs w:val="18"/>
        </w:rPr>
        <w:t>და</w:t>
      </w:r>
      <w:proofErr w:type="spellEnd"/>
      <w:r w:rsidRPr="00C86A0D">
        <w:rPr>
          <w:rFonts w:cstheme="majorHAnsi"/>
          <w:sz w:val="18"/>
          <w:szCs w:val="18"/>
        </w:rPr>
        <w:t xml:space="preserve"> </w:t>
      </w:r>
      <w:proofErr w:type="spellStart"/>
      <w:r w:rsidRPr="00C86A0D">
        <w:rPr>
          <w:rFonts w:ascii="Sylfaen" w:hAnsi="Sylfaen" w:cs="Sylfaen"/>
          <w:sz w:val="18"/>
          <w:szCs w:val="18"/>
        </w:rPr>
        <w:t>მის</w:t>
      </w:r>
      <w:proofErr w:type="spellEnd"/>
      <w:r w:rsidRPr="00C86A0D">
        <w:rPr>
          <w:rFonts w:cstheme="majorHAnsi"/>
          <w:sz w:val="18"/>
          <w:szCs w:val="18"/>
        </w:rPr>
        <w:t xml:space="preserve"> </w:t>
      </w:r>
      <w:proofErr w:type="spellStart"/>
      <w:r w:rsidRPr="00C86A0D">
        <w:rPr>
          <w:rFonts w:ascii="Sylfaen" w:hAnsi="Sylfaen" w:cs="Sylfaen"/>
          <w:sz w:val="18"/>
          <w:szCs w:val="18"/>
        </w:rPr>
        <w:t>მიერ</w:t>
      </w:r>
      <w:proofErr w:type="spellEnd"/>
      <w:r w:rsidRPr="00C86A0D">
        <w:rPr>
          <w:rFonts w:cstheme="majorHAnsi"/>
          <w:sz w:val="18"/>
          <w:szCs w:val="18"/>
        </w:rPr>
        <w:t xml:space="preserve"> </w:t>
      </w:r>
      <w:proofErr w:type="spellStart"/>
      <w:r w:rsidRPr="00C86A0D">
        <w:rPr>
          <w:rFonts w:ascii="Sylfaen" w:hAnsi="Sylfaen" w:cs="Sylfaen"/>
          <w:sz w:val="18"/>
          <w:szCs w:val="18"/>
        </w:rPr>
        <w:t>შესრულებული</w:t>
      </w:r>
      <w:proofErr w:type="spellEnd"/>
      <w:r w:rsidRPr="00C86A0D">
        <w:rPr>
          <w:rFonts w:cstheme="majorHAnsi"/>
          <w:sz w:val="18"/>
          <w:szCs w:val="18"/>
        </w:rPr>
        <w:t xml:space="preserve"> </w:t>
      </w:r>
      <w:proofErr w:type="spellStart"/>
      <w:r w:rsidRPr="00C86A0D">
        <w:rPr>
          <w:rFonts w:ascii="Sylfaen" w:hAnsi="Sylfaen" w:cs="Sylfaen"/>
          <w:sz w:val="18"/>
          <w:szCs w:val="18"/>
        </w:rPr>
        <w:t>სამუშაოს</w:t>
      </w:r>
      <w:proofErr w:type="spellEnd"/>
      <w:r w:rsidRPr="00C86A0D">
        <w:rPr>
          <w:rFonts w:cstheme="majorHAnsi"/>
          <w:sz w:val="18"/>
          <w:szCs w:val="18"/>
        </w:rPr>
        <w:t xml:space="preserve"> </w:t>
      </w:r>
      <w:proofErr w:type="spellStart"/>
      <w:r w:rsidRPr="00C86A0D">
        <w:rPr>
          <w:rFonts w:ascii="Sylfaen" w:hAnsi="Sylfaen" w:cs="Sylfaen"/>
          <w:sz w:val="18"/>
          <w:szCs w:val="18"/>
        </w:rPr>
        <w:t>ხარისხთან</w:t>
      </w:r>
      <w:proofErr w:type="spellEnd"/>
      <w:r w:rsidRPr="00C86A0D">
        <w:rPr>
          <w:rFonts w:cstheme="majorHAnsi"/>
          <w:sz w:val="18"/>
          <w:szCs w:val="18"/>
        </w:rPr>
        <w:t xml:space="preserve"> </w:t>
      </w:r>
      <w:proofErr w:type="spellStart"/>
      <w:r w:rsidRPr="00C86A0D">
        <w:rPr>
          <w:rFonts w:ascii="Sylfaen" w:hAnsi="Sylfaen" w:cs="Sylfaen"/>
          <w:sz w:val="18"/>
          <w:szCs w:val="18"/>
        </w:rPr>
        <w:t>დაკავშირებით</w:t>
      </w:r>
      <w:proofErr w:type="spellEnd"/>
      <w:r w:rsidRPr="00C86A0D">
        <w:rPr>
          <w:rFonts w:cstheme="majorHAnsi"/>
          <w:sz w:val="18"/>
          <w:szCs w:val="18"/>
        </w:rPr>
        <w:t xml:space="preserve"> </w:t>
      </w:r>
      <w:proofErr w:type="spellStart"/>
      <w:r w:rsidRPr="00C86A0D">
        <w:rPr>
          <w:rFonts w:ascii="Sylfaen" w:hAnsi="Sylfaen" w:cs="Sylfaen"/>
          <w:sz w:val="18"/>
          <w:szCs w:val="18"/>
        </w:rPr>
        <w:t>პასუხისმგებლობა</w:t>
      </w:r>
      <w:proofErr w:type="spellEnd"/>
      <w:r w:rsidRPr="00C86A0D">
        <w:rPr>
          <w:rFonts w:cstheme="majorHAnsi"/>
          <w:sz w:val="18"/>
          <w:szCs w:val="18"/>
        </w:rPr>
        <w:t xml:space="preserve"> </w:t>
      </w:r>
      <w:proofErr w:type="spellStart"/>
      <w:r w:rsidRPr="00C86A0D">
        <w:rPr>
          <w:rFonts w:ascii="Sylfaen" w:hAnsi="Sylfaen" w:cs="Sylfaen"/>
          <w:sz w:val="18"/>
          <w:szCs w:val="18"/>
        </w:rPr>
        <w:t>ეკისრება</w:t>
      </w:r>
      <w:proofErr w:type="spellEnd"/>
      <w:r w:rsidRPr="00C86A0D">
        <w:rPr>
          <w:rFonts w:cstheme="majorHAnsi"/>
          <w:sz w:val="18"/>
          <w:szCs w:val="18"/>
        </w:rPr>
        <w:t xml:space="preserve"> </w:t>
      </w:r>
      <w:proofErr w:type="spellStart"/>
      <w:r w:rsidRPr="00C86A0D">
        <w:rPr>
          <w:rFonts w:ascii="Sylfaen" w:hAnsi="Sylfaen" w:cs="Sylfaen"/>
          <w:sz w:val="18"/>
          <w:szCs w:val="18"/>
        </w:rPr>
        <w:t>დამკვეთს</w:t>
      </w:r>
      <w:proofErr w:type="spellEnd"/>
      <w:r w:rsidRPr="00C86A0D">
        <w:rPr>
          <w:rFonts w:cstheme="majorHAnsi"/>
          <w:sz w:val="18"/>
          <w:szCs w:val="18"/>
        </w:rPr>
        <w:t xml:space="preserve"> (</w:t>
      </w:r>
      <w:proofErr w:type="spellStart"/>
      <w:r w:rsidRPr="00C86A0D">
        <w:rPr>
          <w:rFonts w:ascii="Sylfaen" w:hAnsi="Sylfaen" w:cs="Sylfaen"/>
          <w:sz w:val="18"/>
          <w:szCs w:val="18"/>
        </w:rPr>
        <w:t>ასეთის</w:t>
      </w:r>
      <w:proofErr w:type="spellEnd"/>
      <w:r w:rsidRPr="00C86A0D">
        <w:rPr>
          <w:rFonts w:cstheme="majorHAnsi"/>
          <w:sz w:val="18"/>
          <w:szCs w:val="18"/>
        </w:rPr>
        <w:t xml:space="preserve"> </w:t>
      </w:r>
      <w:proofErr w:type="spellStart"/>
      <w:r w:rsidRPr="00C86A0D">
        <w:rPr>
          <w:rFonts w:ascii="Sylfaen" w:hAnsi="Sylfaen" w:cs="Sylfaen"/>
          <w:sz w:val="18"/>
          <w:szCs w:val="18"/>
        </w:rPr>
        <w:t>არსებობის</w:t>
      </w:r>
      <w:proofErr w:type="spellEnd"/>
      <w:r w:rsidRPr="00C86A0D">
        <w:rPr>
          <w:rFonts w:cstheme="majorHAnsi"/>
          <w:sz w:val="18"/>
          <w:szCs w:val="18"/>
        </w:rPr>
        <w:t xml:space="preserve"> </w:t>
      </w:r>
      <w:proofErr w:type="spellStart"/>
      <w:r w:rsidRPr="00C86A0D">
        <w:rPr>
          <w:rFonts w:ascii="Sylfaen" w:hAnsi="Sylfaen" w:cs="Sylfaen"/>
          <w:sz w:val="18"/>
          <w:szCs w:val="18"/>
        </w:rPr>
        <w:t>შემთხვევაში</w:t>
      </w:r>
      <w:proofErr w:type="spellEnd"/>
      <w:r w:rsidRPr="00C86A0D">
        <w:rPr>
          <w:rFonts w:cstheme="majorHAnsi"/>
          <w:sz w:val="18"/>
          <w:szCs w:val="18"/>
        </w:rPr>
        <w:t xml:space="preserve">), </w:t>
      </w:r>
      <w:proofErr w:type="spellStart"/>
      <w:r w:rsidRPr="00C86A0D">
        <w:rPr>
          <w:rFonts w:ascii="Sylfaen" w:hAnsi="Sylfaen" w:cs="Sylfaen"/>
          <w:sz w:val="18"/>
          <w:szCs w:val="18"/>
        </w:rPr>
        <w:t>გარდა</w:t>
      </w:r>
      <w:proofErr w:type="spellEnd"/>
      <w:r w:rsidRPr="00C86A0D">
        <w:rPr>
          <w:rFonts w:cstheme="majorHAnsi"/>
          <w:sz w:val="18"/>
          <w:szCs w:val="18"/>
        </w:rPr>
        <w:t xml:space="preserve"> </w:t>
      </w:r>
      <w:proofErr w:type="spellStart"/>
      <w:r w:rsidRPr="00C86A0D">
        <w:rPr>
          <w:rFonts w:ascii="Sylfaen" w:hAnsi="Sylfaen" w:cs="Sylfaen"/>
          <w:sz w:val="18"/>
          <w:szCs w:val="18"/>
        </w:rPr>
        <w:t>ხელშეკრულების</w:t>
      </w:r>
      <w:proofErr w:type="spellEnd"/>
      <w:r w:rsidRPr="00C86A0D">
        <w:rPr>
          <w:rFonts w:cstheme="majorHAnsi"/>
          <w:sz w:val="18"/>
          <w:szCs w:val="18"/>
        </w:rPr>
        <w:t xml:space="preserve">  6.3. </w:t>
      </w:r>
      <w:proofErr w:type="spellStart"/>
      <w:r w:rsidRPr="00C86A0D">
        <w:rPr>
          <w:rFonts w:ascii="Sylfaen" w:hAnsi="Sylfaen" w:cs="Sylfaen"/>
          <w:sz w:val="18"/>
          <w:szCs w:val="18"/>
        </w:rPr>
        <w:t>მუხლით</w:t>
      </w:r>
      <w:proofErr w:type="spellEnd"/>
      <w:r w:rsidRPr="00C86A0D">
        <w:rPr>
          <w:rFonts w:cstheme="majorHAnsi"/>
          <w:sz w:val="18"/>
          <w:szCs w:val="18"/>
        </w:rPr>
        <w:t xml:space="preserve"> </w:t>
      </w:r>
      <w:proofErr w:type="spellStart"/>
      <w:r w:rsidRPr="00C86A0D">
        <w:rPr>
          <w:rFonts w:ascii="Sylfaen" w:hAnsi="Sylfaen" w:cs="Sylfaen"/>
          <w:sz w:val="18"/>
          <w:szCs w:val="18"/>
        </w:rPr>
        <w:t>განსაზღვრული</w:t>
      </w:r>
      <w:proofErr w:type="spellEnd"/>
      <w:r w:rsidRPr="00C86A0D">
        <w:rPr>
          <w:rFonts w:cstheme="majorHAnsi"/>
          <w:sz w:val="18"/>
          <w:szCs w:val="18"/>
        </w:rPr>
        <w:t xml:space="preserve"> </w:t>
      </w:r>
      <w:proofErr w:type="spellStart"/>
      <w:r w:rsidRPr="00C86A0D">
        <w:rPr>
          <w:rFonts w:ascii="Sylfaen" w:hAnsi="Sylfaen" w:cs="Sylfaen"/>
          <w:sz w:val="18"/>
          <w:szCs w:val="18"/>
        </w:rPr>
        <w:t>პირობისა</w:t>
      </w:r>
      <w:proofErr w:type="spellEnd"/>
      <w:r w:rsidRPr="00C86A0D">
        <w:rPr>
          <w:rFonts w:cstheme="majorHAnsi"/>
          <w:sz w:val="18"/>
          <w:szCs w:val="18"/>
        </w:rPr>
        <w:t>.</w:t>
      </w:r>
      <w:r w:rsidR="00107698">
        <w:rPr>
          <w:rFonts w:cstheme="majorHAnsi"/>
          <w:sz w:val="18"/>
          <w:szCs w:val="18"/>
        </w:rPr>
        <w:t xml:space="preserve"> </w:t>
      </w:r>
      <w:proofErr w:type="spellStart"/>
      <w:r w:rsidRPr="00C86A0D">
        <w:rPr>
          <w:rFonts w:ascii="Sylfaen" w:hAnsi="Sylfaen" w:cs="Sylfaen"/>
          <w:sz w:val="18"/>
          <w:szCs w:val="18"/>
        </w:rPr>
        <w:t>დამკვეთი</w:t>
      </w:r>
      <w:proofErr w:type="spellEnd"/>
      <w:r w:rsidR="00107698">
        <w:rPr>
          <w:rFonts w:ascii="Sylfaen" w:hAnsi="Sylfaen" w:cs="Sylfaen"/>
          <w:sz w:val="18"/>
          <w:szCs w:val="18"/>
        </w:rPr>
        <w:t xml:space="preserve"> </w:t>
      </w:r>
      <w:proofErr w:type="spellStart"/>
      <w:r w:rsidRPr="00C86A0D">
        <w:rPr>
          <w:rFonts w:ascii="Sylfaen" w:hAnsi="Sylfaen" w:cs="Sylfaen"/>
          <w:sz w:val="18"/>
          <w:szCs w:val="18"/>
        </w:rPr>
        <w:t>თვითონ</w:t>
      </w:r>
      <w:proofErr w:type="spellEnd"/>
      <w:r w:rsidRPr="00C86A0D">
        <w:rPr>
          <w:rFonts w:cstheme="majorHAnsi"/>
          <w:sz w:val="18"/>
          <w:szCs w:val="18"/>
        </w:rPr>
        <w:t xml:space="preserve"> </w:t>
      </w:r>
      <w:proofErr w:type="spellStart"/>
      <w:r w:rsidRPr="00C86A0D">
        <w:rPr>
          <w:rFonts w:ascii="Sylfaen" w:hAnsi="Sylfaen" w:cs="Sylfaen"/>
          <w:sz w:val="18"/>
          <w:szCs w:val="18"/>
        </w:rPr>
        <w:t>გამოვა</w:t>
      </w:r>
      <w:proofErr w:type="spellEnd"/>
      <w:r w:rsidRPr="00C86A0D">
        <w:rPr>
          <w:rFonts w:cstheme="majorHAnsi"/>
          <w:sz w:val="18"/>
          <w:szCs w:val="18"/>
        </w:rPr>
        <w:t xml:space="preserve"> </w:t>
      </w:r>
      <w:proofErr w:type="spellStart"/>
      <w:r w:rsidRPr="00C86A0D">
        <w:rPr>
          <w:rFonts w:ascii="Sylfaen" w:hAnsi="Sylfaen" w:cs="Sylfaen"/>
          <w:sz w:val="18"/>
          <w:szCs w:val="18"/>
        </w:rPr>
        <w:t>მოპასუხედ</w:t>
      </w:r>
      <w:proofErr w:type="spellEnd"/>
      <w:r w:rsidRPr="00C86A0D">
        <w:rPr>
          <w:rFonts w:cstheme="majorHAnsi"/>
          <w:sz w:val="18"/>
          <w:szCs w:val="18"/>
        </w:rPr>
        <w:t xml:space="preserve"> </w:t>
      </w:r>
      <w:proofErr w:type="spellStart"/>
      <w:r w:rsidRPr="00C86A0D">
        <w:rPr>
          <w:rFonts w:ascii="Sylfaen" w:hAnsi="Sylfaen" w:cs="Sylfaen"/>
          <w:sz w:val="18"/>
          <w:szCs w:val="18"/>
        </w:rPr>
        <w:t>და</w:t>
      </w:r>
      <w:proofErr w:type="spellEnd"/>
      <w:r w:rsidRPr="00C86A0D">
        <w:rPr>
          <w:rFonts w:cstheme="majorHAnsi"/>
          <w:sz w:val="18"/>
          <w:szCs w:val="18"/>
        </w:rPr>
        <w:t xml:space="preserve"> </w:t>
      </w:r>
      <w:proofErr w:type="spellStart"/>
      <w:r w:rsidRPr="00C86A0D">
        <w:rPr>
          <w:rFonts w:ascii="Sylfaen" w:hAnsi="Sylfaen" w:cs="Sylfaen"/>
          <w:sz w:val="18"/>
          <w:szCs w:val="18"/>
        </w:rPr>
        <w:t>აგებს</w:t>
      </w:r>
      <w:proofErr w:type="spellEnd"/>
      <w:r w:rsidRPr="00C86A0D">
        <w:rPr>
          <w:rFonts w:cstheme="majorHAnsi"/>
          <w:sz w:val="18"/>
          <w:szCs w:val="18"/>
        </w:rPr>
        <w:t xml:space="preserve"> </w:t>
      </w:r>
      <w:proofErr w:type="spellStart"/>
      <w:r w:rsidRPr="00C86A0D">
        <w:rPr>
          <w:rFonts w:ascii="Sylfaen" w:hAnsi="Sylfaen" w:cs="Sylfaen"/>
          <w:sz w:val="18"/>
          <w:szCs w:val="18"/>
        </w:rPr>
        <w:t>პასუხს</w:t>
      </w:r>
      <w:proofErr w:type="spellEnd"/>
      <w:r w:rsidRPr="00C86A0D">
        <w:rPr>
          <w:rFonts w:cstheme="majorHAnsi"/>
          <w:sz w:val="18"/>
          <w:szCs w:val="18"/>
        </w:rPr>
        <w:t xml:space="preserve"> </w:t>
      </w:r>
      <w:proofErr w:type="spellStart"/>
      <w:r w:rsidRPr="00C86A0D">
        <w:rPr>
          <w:rFonts w:ascii="Sylfaen" w:hAnsi="Sylfaen" w:cs="Sylfaen"/>
          <w:sz w:val="18"/>
          <w:szCs w:val="18"/>
        </w:rPr>
        <w:t>ყველა</w:t>
      </w:r>
      <w:proofErr w:type="spellEnd"/>
      <w:r w:rsidRPr="00C86A0D">
        <w:rPr>
          <w:rFonts w:cstheme="majorHAnsi"/>
          <w:sz w:val="18"/>
          <w:szCs w:val="18"/>
        </w:rPr>
        <w:t xml:space="preserve"> </w:t>
      </w:r>
      <w:proofErr w:type="spellStart"/>
      <w:r w:rsidRPr="00C86A0D">
        <w:rPr>
          <w:rFonts w:ascii="Sylfaen" w:hAnsi="Sylfaen" w:cs="Sylfaen"/>
          <w:sz w:val="18"/>
          <w:szCs w:val="18"/>
        </w:rPr>
        <w:t>ისეთ</w:t>
      </w:r>
      <w:proofErr w:type="spellEnd"/>
      <w:r w:rsidRPr="00C86A0D">
        <w:rPr>
          <w:rFonts w:cstheme="majorHAnsi"/>
          <w:sz w:val="18"/>
          <w:szCs w:val="18"/>
        </w:rPr>
        <w:t xml:space="preserve"> </w:t>
      </w:r>
      <w:proofErr w:type="spellStart"/>
      <w:r w:rsidRPr="00C86A0D">
        <w:rPr>
          <w:rFonts w:ascii="Sylfaen" w:hAnsi="Sylfaen" w:cs="Sylfaen"/>
          <w:sz w:val="18"/>
          <w:szCs w:val="18"/>
        </w:rPr>
        <w:t>შემთხვევაში</w:t>
      </w:r>
      <w:proofErr w:type="spellEnd"/>
      <w:r w:rsidRPr="00C86A0D">
        <w:rPr>
          <w:rFonts w:cstheme="majorHAnsi"/>
          <w:sz w:val="18"/>
          <w:szCs w:val="18"/>
        </w:rPr>
        <w:t>,</w:t>
      </w:r>
      <w:r w:rsidR="00107698">
        <w:rPr>
          <w:rFonts w:cstheme="majorHAnsi"/>
          <w:sz w:val="18"/>
          <w:szCs w:val="18"/>
        </w:rPr>
        <w:t xml:space="preserve"> </w:t>
      </w:r>
      <w:proofErr w:type="spellStart"/>
      <w:r w:rsidRPr="00C86A0D">
        <w:rPr>
          <w:rFonts w:ascii="Sylfaen" w:hAnsi="Sylfaen" w:cs="Sylfaen"/>
          <w:sz w:val="18"/>
          <w:szCs w:val="18"/>
        </w:rPr>
        <w:t>როდესაც</w:t>
      </w:r>
      <w:proofErr w:type="spellEnd"/>
      <w:r w:rsidRPr="00C86A0D">
        <w:rPr>
          <w:rFonts w:cstheme="majorHAnsi"/>
          <w:sz w:val="18"/>
          <w:szCs w:val="18"/>
        </w:rPr>
        <w:t xml:space="preserve"> </w:t>
      </w:r>
      <w:proofErr w:type="spellStart"/>
      <w:r w:rsidRPr="00C86A0D">
        <w:rPr>
          <w:rFonts w:ascii="Sylfaen" w:hAnsi="Sylfaen" w:cs="Sylfaen"/>
          <w:sz w:val="18"/>
          <w:szCs w:val="18"/>
        </w:rPr>
        <w:t>ნებისმიერი</w:t>
      </w:r>
      <w:proofErr w:type="spellEnd"/>
      <w:r w:rsidRPr="00C86A0D">
        <w:rPr>
          <w:rFonts w:cstheme="majorHAnsi"/>
          <w:sz w:val="18"/>
          <w:szCs w:val="18"/>
        </w:rPr>
        <w:t xml:space="preserve"> </w:t>
      </w:r>
      <w:proofErr w:type="spellStart"/>
      <w:r w:rsidRPr="00C86A0D">
        <w:rPr>
          <w:rFonts w:ascii="Sylfaen" w:hAnsi="Sylfaen" w:cs="Sylfaen"/>
          <w:sz w:val="18"/>
          <w:szCs w:val="18"/>
        </w:rPr>
        <w:t>მესამე</w:t>
      </w:r>
      <w:proofErr w:type="spellEnd"/>
      <w:r w:rsidRPr="00C86A0D">
        <w:rPr>
          <w:rFonts w:cstheme="majorHAnsi"/>
          <w:sz w:val="18"/>
          <w:szCs w:val="18"/>
        </w:rPr>
        <w:t xml:space="preserve"> </w:t>
      </w:r>
      <w:proofErr w:type="spellStart"/>
      <w:r w:rsidRPr="00C86A0D">
        <w:rPr>
          <w:rFonts w:ascii="Sylfaen" w:hAnsi="Sylfaen" w:cs="Sylfaen"/>
          <w:sz w:val="18"/>
          <w:szCs w:val="18"/>
        </w:rPr>
        <w:t>პირი</w:t>
      </w:r>
      <w:proofErr w:type="spellEnd"/>
      <w:r w:rsidRPr="00C86A0D">
        <w:rPr>
          <w:rFonts w:cstheme="majorHAnsi"/>
          <w:sz w:val="18"/>
          <w:szCs w:val="18"/>
        </w:rPr>
        <w:t xml:space="preserve"> </w:t>
      </w:r>
      <w:proofErr w:type="spellStart"/>
      <w:r w:rsidRPr="00C86A0D">
        <w:rPr>
          <w:rFonts w:ascii="Sylfaen" w:hAnsi="Sylfaen" w:cs="Sylfaen"/>
          <w:sz w:val="18"/>
          <w:szCs w:val="18"/>
        </w:rPr>
        <w:t>წამოაყენებს</w:t>
      </w:r>
      <w:proofErr w:type="spellEnd"/>
      <w:r w:rsidRPr="00C86A0D">
        <w:rPr>
          <w:rFonts w:cstheme="majorHAnsi"/>
          <w:sz w:val="18"/>
          <w:szCs w:val="18"/>
        </w:rPr>
        <w:t xml:space="preserve"> </w:t>
      </w:r>
      <w:proofErr w:type="spellStart"/>
      <w:r w:rsidRPr="00C86A0D">
        <w:rPr>
          <w:rFonts w:ascii="Sylfaen" w:hAnsi="Sylfaen" w:cs="Sylfaen"/>
          <w:sz w:val="18"/>
          <w:szCs w:val="18"/>
        </w:rPr>
        <w:t>რაიმე</w:t>
      </w:r>
      <w:proofErr w:type="spellEnd"/>
      <w:r w:rsidRPr="00C86A0D">
        <w:rPr>
          <w:rFonts w:cstheme="majorHAnsi"/>
          <w:sz w:val="18"/>
          <w:szCs w:val="18"/>
        </w:rPr>
        <w:t xml:space="preserve"> </w:t>
      </w:r>
      <w:proofErr w:type="spellStart"/>
      <w:r w:rsidRPr="00C86A0D">
        <w:rPr>
          <w:rFonts w:ascii="Sylfaen" w:hAnsi="Sylfaen" w:cs="Sylfaen"/>
          <w:sz w:val="18"/>
          <w:szCs w:val="18"/>
        </w:rPr>
        <w:t>მოთხოვნას</w:t>
      </w:r>
      <w:proofErr w:type="spellEnd"/>
      <w:r w:rsidRPr="00C86A0D">
        <w:rPr>
          <w:rFonts w:cstheme="majorHAnsi"/>
          <w:sz w:val="18"/>
          <w:szCs w:val="18"/>
        </w:rPr>
        <w:t xml:space="preserve"> </w:t>
      </w:r>
      <w:proofErr w:type="spellStart"/>
      <w:r w:rsidRPr="00C86A0D">
        <w:rPr>
          <w:rFonts w:ascii="Sylfaen" w:hAnsi="Sylfaen" w:cs="Sylfaen"/>
          <w:sz w:val="18"/>
          <w:szCs w:val="18"/>
        </w:rPr>
        <w:t>ან</w:t>
      </w:r>
      <w:proofErr w:type="spellEnd"/>
      <w:r w:rsidRPr="00C86A0D">
        <w:rPr>
          <w:rFonts w:cstheme="majorHAnsi"/>
          <w:sz w:val="18"/>
          <w:szCs w:val="18"/>
        </w:rPr>
        <w:t>/</w:t>
      </w:r>
      <w:proofErr w:type="spellStart"/>
      <w:r w:rsidRPr="00C86A0D">
        <w:rPr>
          <w:rFonts w:ascii="Sylfaen" w:hAnsi="Sylfaen" w:cs="Sylfaen"/>
          <w:sz w:val="18"/>
          <w:szCs w:val="18"/>
        </w:rPr>
        <w:t>და</w:t>
      </w:r>
      <w:proofErr w:type="spellEnd"/>
      <w:r w:rsidRPr="00C86A0D">
        <w:rPr>
          <w:rFonts w:cstheme="majorHAnsi"/>
          <w:sz w:val="18"/>
          <w:szCs w:val="18"/>
        </w:rPr>
        <w:t xml:space="preserve"> </w:t>
      </w:r>
      <w:proofErr w:type="spellStart"/>
      <w:r w:rsidRPr="00C86A0D">
        <w:rPr>
          <w:rFonts w:ascii="Sylfaen" w:hAnsi="Sylfaen" w:cs="Sylfaen"/>
          <w:sz w:val="18"/>
          <w:szCs w:val="18"/>
        </w:rPr>
        <w:t>პრეტენზიას</w:t>
      </w:r>
      <w:proofErr w:type="spellEnd"/>
      <w:r w:rsidR="00170927">
        <w:rPr>
          <w:rFonts w:ascii="Sylfaen" w:hAnsi="Sylfaen" w:cs="Sylfaen"/>
          <w:sz w:val="18"/>
          <w:szCs w:val="18"/>
        </w:rPr>
        <w:t xml:space="preserve"> </w:t>
      </w:r>
      <w:proofErr w:type="spellStart"/>
      <w:r w:rsidRPr="00C86A0D">
        <w:rPr>
          <w:rFonts w:ascii="Sylfaen" w:hAnsi="Sylfaen" w:cs="Sylfaen"/>
          <w:sz w:val="18"/>
          <w:szCs w:val="18"/>
        </w:rPr>
        <w:t>დამკვეთის</w:t>
      </w:r>
      <w:proofErr w:type="spellEnd"/>
      <w:r w:rsidRPr="00C86A0D">
        <w:rPr>
          <w:rFonts w:cstheme="majorHAnsi"/>
          <w:sz w:val="18"/>
          <w:szCs w:val="18"/>
        </w:rPr>
        <w:t xml:space="preserve"> </w:t>
      </w:r>
      <w:proofErr w:type="spellStart"/>
      <w:r w:rsidRPr="00C86A0D">
        <w:rPr>
          <w:rFonts w:ascii="Sylfaen" w:hAnsi="Sylfaen" w:cs="Sylfaen"/>
          <w:sz w:val="18"/>
          <w:szCs w:val="18"/>
        </w:rPr>
        <w:t>მიერ</w:t>
      </w:r>
      <w:proofErr w:type="spellEnd"/>
      <w:r w:rsidRPr="00C86A0D">
        <w:rPr>
          <w:rFonts w:cstheme="majorHAnsi"/>
          <w:sz w:val="18"/>
          <w:szCs w:val="18"/>
        </w:rPr>
        <w:t xml:space="preserve"> </w:t>
      </w:r>
      <w:proofErr w:type="spellStart"/>
      <w:r w:rsidRPr="00C86A0D">
        <w:rPr>
          <w:rFonts w:ascii="Sylfaen" w:hAnsi="Sylfaen" w:cs="Sylfaen"/>
          <w:sz w:val="18"/>
          <w:szCs w:val="18"/>
        </w:rPr>
        <w:t>შესრულებული</w:t>
      </w:r>
      <w:proofErr w:type="spellEnd"/>
      <w:r w:rsidRPr="00C86A0D">
        <w:rPr>
          <w:rFonts w:cstheme="majorHAnsi"/>
          <w:sz w:val="18"/>
          <w:szCs w:val="18"/>
        </w:rPr>
        <w:t xml:space="preserve"> </w:t>
      </w:r>
      <w:proofErr w:type="spellStart"/>
      <w:r w:rsidRPr="00C86A0D">
        <w:rPr>
          <w:rFonts w:ascii="Sylfaen" w:hAnsi="Sylfaen" w:cs="Sylfaen"/>
          <w:sz w:val="18"/>
          <w:szCs w:val="18"/>
        </w:rPr>
        <w:t>სამუშაოების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ხარისთან</w:t>
      </w:r>
      <w:proofErr w:type="spellEnd"/>
      <w:r w:rsidRPr="00C86A0D">
        <w:rPr>
          <w:rFonts w:cstheme="majorHAnsi"/>
          <w:sz w:val="18"/>
          <w:szCs w:val="18"/>
        </w:rPr>
        <w:t xml:space="preserve"> </w:t>
      </w:r>
      <w:proofErr w:type="spellStart"/>
      <w:r w:rsidRPr="00C86A0D">
        <w:rPr>
          <w:rFonts w:ascii="Sylfaen" w:hAnsi="Sylfaen" w:cs="Sylfaen"/>
          <w:sz w:val="18"/>
          <w:szCs w:val="18"/>
        </w:rPr>
        <w:t>დაკავშირებით</w:t>
      </w:r>
      <w:proofErr w:type="spellEnd"/>
      <w:r w:rsidRPr="00C86A0D">
        <w:rPr>
          <w:rFonts w:cstheme="majorHAnsi"/>
          <w:sz w:val="18"/>
          <w:szCs w:val="18"/>
        </w:rPr>
        <w:t xml:space="preserve"> </w:t>
      </w:r>
      <w:proofErr w:type="spellStart"/>
      <w:r w:rsidRPr="00C86A0D">
        <w:rPr>
          <w:rFonts w:ascii="Sylfaen" w:hAnsi="Sylfaen" w:cs="Sylfaen"/>
          <w:sz w:val="18"/>
          <w:szCs w:val="18"/>
        </w:rPr>
        <w:t>ან</w:t>
      </w:r>
      <w:proofErr w:type="spellEnd"/>
      <w:r w:rsidRPr="00C86A0D">
        <w:rPr>
          <w:rFonts w:cstheme="majorHAnsi"/>
          <w:sz w:val="18"/>
          <w:szCs w:val="18"/>
        </w:rPr>
        <w:t>/</w:t>
      </w:r>
      <w:proofErr w:type="spellStart"/>
      <w:r w:rsidRPr="00C86A0D">
        <w:rPr>
          <w:rFonts w:ascii="Sylfaen" w:hAnsi="Sylfaen" w:cs="Sylfaen"/>
          <w:sz w:val="18"/>
          <w:szCs w:val="18"/>
        </w:rPr>
        <w:t>და</w:t>
      </w:r>
      <w:proofErr w:type="spellEnd"/>
      <w:r w:rsidRPr="00C86A0D">
        <w:rPr>
          <w:rFonts w:cstheme="majorHAnsi"/>
          <w:sz w:val="18"/>
          <w:szCs w:val="18"/>
        </w:rPr>
        <w:t xml:space="preserve"> </w:t>
      </w:r>
      <w:proofErr w:type="spellStart"/>
      <w:r w:rsidRPr="00C86A0D">
        <w:rPr>
          <w:rFonts w:ascii="Sylfaen" w:hAnsi="Sylfaen" w:cs="Sylfaen"/>
          <w:sz w:val="18"/>
          <w:szCs w:val="18"/>
        </w:rPr>
        <w:t>მისგან</w:t>
      </w:r>
      <w:proofErr w:type="spellEnd"/>
      <w:r w:rsidRPr="00C86A0D">
        <w:rPr>
          <w:rFonts w:cstheme="majorHAnsi"/>
          <w:sz w:val="18"/>
          <w:szCs w:val="18"/>
        </w:rPr>
        <w:t xml:space="preserve"> </w:t>
      </w:r>
      <w:proofErr w:type="spellStart"/>
      <w:r w:rsidRPr="00C86A0D">
        <w:rPr>
          <w:rFonts w:ascii="Sylfaen" w:hAnsi="Sylfaen" w:cs="Sylfaen"/>
          <w:sz w:val="18"/>
          <w:szCs w:val="18"/>
        </w:rPr>
        <w:t>გამომდინარე</w:t>
      </w:r>
      <w:proofErr w:type="spellEnd"/>
      <w:r w:rsidRPr="00C86A0D">
        <w:rPr>
          <w:rFonts w:cstheme="majorHAnsi"/>
          <w:sz w:val="18"/>
          <w:szCs w:val="18"/>
        </w:rPr>
        <w:t>.</w:t>
      </w:r>
    </w:p>
    <w:p w14:paraId="628E6F0B" w14:textId="3B1066CE" w:rsidR="00521466" w:rsidRPr="00C86A0D" w:rsidRDefault="00521466" w:rsidP="00521466">
      <w:pPr>
        <w:pStyle w:val="ListParagraph"/>
        <w:numPr>
          <w:ilvl w:val="1"/>
          <w:numId w:val="13"/>
        </w:numPr>
        <w:rPr>
          <w:rFonts w:cstheme="majorHAnsi"/>
          <w:sz w:val="18"/>
          <w:szCs w:val="18"/>
        </w:rPr>
      </w:pPr>
      <w:proofErr w:type="spellStart"/>
      <w:r w:rsidRPr="00C86A0D">
        <w:rPr>
          <w:rFonts w:ascii="Sylfaen" w:hAnsi="Sylfaen" w:cs="Sylfaen"/>
          <w:sz w:val="18"/>
          <w:szCs w:val="18"/>
        </w:rPr>
        <w:t>ხელშეკრულების</w:t>
      </w:r>
      <w:proofErr w:type="spellEnd"/>
      <w:r w:rsidRPr="00C86A0D">
        <w:rPr>
          <w:rFonts w:cstheme="majorHAnsi"/>
          <w:sz w:val="18"/>
          <w:szCs w:val="18"/>
        </w:rPr>
        <w:t xml:space="preserve"> 6.6. </w:t>
      </w:r>
      <w:proofErr w:type="spellStart"/>
      <w:r w:rsidRPr="00C86A0D">
        <w:rPr>
          <w:rFonts w:ascii="Sylfaen" w:hAnsi="Sylfaen" w:cs="Sylfaen"/>
          <w:sz w:val="18"/>
          <w:szCs w:val="18"/>
        </w:rPr>
        <w:t>მუხლით</w:t>
      </w:r>
      <w:proofErr w:type="spellEnd"/>
      <w:r w:rsidRPr="00C86A0D">
        <w:rPr>
          <w:rFonts w:cstheme="majorHAnsi"/>
          <w:sz w:val="18"/>
          <w:szCs w:val="18"/>
        </w:rPr>
        <w:t xml:space="preserve"> </w:t>
      </w:r>
      <w:proofErr w:type="spellStart"/>
      <w:r w:rsidRPr="00C86A0D">
        <w:rPr>
          <w:rFonts w:ascii="Sylfaen" w:hAnsi="Sylfaen" w:cs="Sylfaen"/>
          <w:sz w:val="18"/>
          <w:szCs w:val="18"/>
        </w:rPr>
        <w:t>განსაზღვრულ</w:t>
      </w:r>
      <w:proofErr w:type="spellEnd"/>
      <w:r w:rsidR="00170927">
        <w:rPr>
          <w:rFonts w:ascii="Sylfaen" w:hAnsi="Sylfaen" w:cs="Sylfaen"/>
          <w:sz w:val="18"/>
          <w:szCs w:val="18"/>
        </w:rPr>
        <w:t xml:space="preserve"> </w:t>
      </w:r>
      <w:proofErr w:type="spellStart"/>
      <w:r w:rsidRPr="00C86A0D">
        <w:rPr>
          <w:rFonts w:ascii="Sylfaen" w:hAnsi="Sylfaen" w:cs="Sylfaen"/>
          <w:sz w:val="18"/>
          <w:szCs w:val="18"/>
        </w:rPr>
        <w:t>შემთხვევაში</w:t>
      </w:r>
      <w:proofErr w:type="spellEnd"/>
      <w:r w:rsidRPr="00C86A0D">
        <w:rPr>
          <w:rFonts w:cstheme="majorHAnsi"/>
          <w:sz w:val="18"/>
          <w:szCs w:val="18"/>
        </w:rPr>
        <w:t>,</w:t>
      </w:r>
      <w:r w:rsidR="00170927">
        <w:rPr>
          <w:rFonts w:cstheme="majorHAnsi"/>
          <w:sz w:val="18"/>
          <w:szCs w:val="18"/>
        </w:rPr>
        <w:t xml:space="preserve"> </w:t>
      </w:r>
      <w:proofErr w:type="spellStart"/>
      <w:r w:rsidRPr="00C86A0D">
        <w:rPr>
          <w:rFonts w:ascii="Sylfaen" w:hAnsi="Sylfaen" w:cs="Sylfaen"/>
          <w:sz w:val="18"/>
          <w:szCs w:val="18"/>
        </w:rPr>
        <w:t>დამკვეთი</w:t>
      </w:r>
      <w:proofErr w:type="spellEnd"/>
      <w:r w:rsidRPr="00C86A0D">
        <w:rPr>
          <w:rFonts w:cstheme="majorHAnsi"/>
          <w:sz w:val="18"/>
          <w:szCs w:val="18"/>
        </w:rPr>
        <w:t xml:space="preserve"> </w:t>
      </w:r>
      <w:proofErr w:type="spellStart"/>
      <w:r w:rsidRPr="00C86A0D">
        <w:rPr>
          <w:rFonts w:ascii="Sylfaen" w:hAnsi="Sylfaen" w:cs="Sylfaen"/>
          <w:sz w:val="18"/>
          <w:szCs w:val="18"/>
        </w:rPr>
        <w:t>გააფორმებს</w:t>
      </w:r>
      <w:proofErr w:type="spellEnd"/>
      <w:r w:rsidRPr="00C86A0D">
        <w:rPr>
          <w:rFonts w:cstheme="majorHAnsi"/>
          <w:sz w:val="18"/>
          <w:szCs w:val="18"/>
        </w:rPr>
        <w:t xml:space="preserve"> </w:t>
      </w:r>
      <w:proofErr w:type="spellStart"/>
      <w:r w:rsidRPr="00C86A0D">
        <w:rPr>
          <w:rFonts w:ascii="Sylfaen" w:hAnsi="Sylfaen" w:cs="Sylfaen"/>
          <w:sz w:val="18"/>
          <w:szCs w:val="18"/>
        </w:rPr>
        <w:t>ხელშეკრულებას</w:t>
      </w:r>
      <w:proofErr w:type="spellEnd"/>
      <w:r w:rsidRPr="00C86A0D">
        <w:rPr>
          <w:rFonts w:cstheme="majorHAnsi"/>
          <w:sz w:val="18"/>
          <w:szCs w:val="18"/>
        </w:rPr>
        <w:t xml:space="preserve"> </w:t>
      </w:r>
      <w:proofErr w:type="spellStart"/>
      <w:r w:rsidRPr="00C86A0D">
        <w:rPr>
          <w:rFonts w:ascii="Sylfaen" w:hAnsi="Sylfaen" w:cs="Sylfaen"/>
          <w:sz w:val="18"/>
          <w:szCs w:val="18"/>
        </w:rPr>
        <w:t>მის</w:t>
      </w:r>
      <w:proofErr w:type="spellEnd"/>
      <w:r w:rsidRPr="00C86A0D">
        <w:rPr>
          <w:rFonts w:cstheme="majorHAnsi"/>
          <w:sz w:val="18"/>
          <w:szCs w:val="18"/>
        </w:rPr>
        <w:t xml:space="preserve"> (</w:t>
      </w:r>
      <w:proofErr w:type="spellStart"/>
      <w:r w:rsidRPr="00C86A0D">
        <w:rPr>
          <w:rFonts w:ascii="Sylfaen" w:hAnsi="Sylfaen" w:cs="Sylfaen"/>
          <w:sz w:val="18"/>
          <w:szCs w:val="18"/>
        </w:rPr>
        <w:t>დამკვეთის</w:t>
      </w:r>
      <w:proofErr w:type="spellEnd"/>
      <w:r w:rsidRPr="00C86A0D">
        <w:rPr>
          <w:rFonts w:cstheme="majorHAnsi"/>
          <w:sz w:val="18"/>
          <w:szCs w:val="18"/>
        </w:rPr>
        <w:t xml:space="preserve">) </w:t>
      </w:r>
      <w:proofErr w:type="spellStart"/>
      <w:r w:rsidRPr="00C86A0D">
        <w:rPr>
          <w:rFonts w:ascii="Sylfaen" w:hAnsi="Sylfaen" w:cs="Sylfaen"/>
          <w:sz w:val="18"/>
          <w:szCs w:val="18"/>
        </w:rPr>
        <w:t>მიერ</w:t>
      </w:r>
      <w:proofErr w:type="spellEnd"/>
      <w:r w:rsidRPr="00C86A0D">
        <w:rPr>
          <w:rFonts w:cstheme="majorHAnsi"/>
          <w:sz w:val="18"/>
          <w:szCs w:val="18"/>
        </w:rPr>
        <w:t xml:space="preserve"> </w:t>
      </w:r>
      <w:proofErr w:type="spellStart"/>
      <w:r w:rsidRPr="00C86A0D">
        <w:rPr>
          <w:rFonts w:ascii="Sylfaen" w:hAnsi="Sylfaen" w:cs="Sylfaen"/>
          <w:sz w:val="18"/>
          <w:szCs w:val="18"/>
        </w:rPr>
        <w:t>გამოცხადებულ</w:t>
      </w:r>
      <w:proofErr w:type="spellEnd"/>
      <w:r w:rsidRPr="00C86A0D">
        <w:rPr>
          <w:rFonts w:cstheme="majorHAnsi"/>
          <w:sz w:val="18"/>
          <w:szCs w:val="18"/>
        </w:rPr>
        <w:t xml:space="preserve"> </w:t>
      </w:r>
      <w:proofErr w:type="spellStart"/>
      <w:r w:rsidRPr="00C86A0D">
        <w:rPr>
          <w:rFonts w:ascii="Sylfaen" w:hAnsi="Sylfaen" w:cs="Sylfaen"/>
          <w:sz w:val="18"/>
          <w:szCs w:val="18"/>
        </w:rPr>
        <w:t>ტენდერში</w:t>
      </w:r>
      <w:proofErr w:type="spellEnd"/>
      <w:r w:rsidRPr="00C86A0D">
        <w:rPr>
          <w:rFonts w:cstheme="majorHAnsi"/>
          <w:sz w:val="18"/>
          <w:szCs w:val="18"/>
        </w:rPr>
        <w:t xml:space="preserve"> </w:t>
      </w:r>
      <w:proofErr w:type="spellStart"/>
      <w:r w:rsidRPr="00C86A0D">
        <w:rPr>
          <w:rFonts w:ascii="Sylfaen" w:hAnsi="Sylfaen" w:cs="Sylfaen"/>
          <w:sz w:val="18"/>
          <w:szCs w:val="18"/>
        </w:rPr>
        <w:t>გამარჯვებულად</w:t>
      </w:r>
      <w:proofErr w:type="spellEnd"/>
      <w:r w:rsidRPr="00C86A0D">
        <w:rPr>
          <w:rFonts w:cstheme="majorHAnsi"/>
          <w:sz w:val="18"/>
          <w:szCs w:val="18"/>
        </w:rPr>
        <w:t xml:space="preserve"> </w:t>
      </w:r>
      <w:proofErr w:type="spellStart"/>
      <w:r w:rsidRPr="00C86A0D">
        <w:rPr>
          <w:rFonts w:ascii="Sylfaen" w:hAnsi="Sylfaen" w:cs="Sylfaen"/>
          <w:sz w:val="18"/>
          <w:szCs w:val="18"/>
        </w:rPr>
        <w:t>გამოვლენილ</w:t>
      </w:r>
      <w:proofErr w:type="spellEnd"/>
      <w:r w:rsidRPr="00C86A0D">
        <w:rPr>
          <w:rFonts w:cstheme="majorHAnsi"/>
          <w:sz w:val="18"/>
          <w:szCs w:val="18"/>
        </w:rPr>
        <w:t xml:space="preserve"> </w:t>
      </w:r>
      <w:proofErr w:type="spellStart"/>
      <w:r w:rsidRPr="00C86A0D">
        <w:rPr>
          <w:rFonts w:ascii="Sylfaen" w:hAnsi="Sylfaen" w:cs="Sylfaen"/>
          <w:sz w:val="18"/>
          <w:szCs w:val="18"/>
        </w:rPr>
        <w:t>შესაბამისი</w:t>
      </w:r>
      <w:proofErr w:type="spellEnd"/>
      <w:r w:rsidRPr="00C86A0D">
        <w:rPr>
          <w:rFonts w:cstheme="majorHAnsi"/>
          <w:sz w:val="18"/>
          <w:szCs w:val="18"/>
        </w:rPr>
        <w:t xml:space="preserve"> </w:t>
      </w:r>
      <w:proofErr w:type="spellStart"/>
      <w:r w:rsidRPr="00C86A0D">
        <w:rPr>
          <w:rFonts w:ascii="Sylfaen" w:hAnsi="Sylfaen" w:cs="Sylfaen"/>
          <w:sz w:val="18"/>
          <w:szCs w:val="18"/>
        </w:rPr>
        <w:t>აქტივის</w:t>
      </w:r>
      <w:proofErr w:type="spellEnd"/>
      <w:r w:rsidRPr="00C86A0D">
        <w:rPr>
          <w:rFonts w:cstheme="majorHAnsi"/>
          <w:sz w:val="18"/>
          <w:szCs w:val="18"/>
        </w:rPr>
        <w:t>/</w:t>
      </w:r>
      <w:proofErr w:type="spellStart"/>
      <w:r w:rsidRPr="00C86A0D">
        <w:rPr>
          <w:rFonts w:ascii="Sylfaen" w:hAnsi="Sylfaen" w:cs="Sylfaen"/>
          <w:sz w:val="18"/>
          <w:szCs w:val="18"/>
        </w:rPr>
        <w:t>მომსახურების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მიმწოდებელთან</w:t>
      </w:r>
      <w:proofErr w:type="spellEnd"/>
      <w:r w:rsidR="00170927">
        <w:rPr>
          <w:rFonts w:ascii="Sylfaen" w:hAnsi="Sylfaen" w:cs="Sylfaen"/>
          <w:sz w:val="18"/>
          <w:szCs w:val="18"/>
        </w:rPr>
        <w:t xml:space="preserve"> </w:t>
      </w:r>
      <w:proofErr w:type="spellStart"/>
      <w:r w:rsidRPr="00C86A0D">
        <w:rPr>
          <w:rFonts w:ascii="Sylfaen" w:hAnsi="Sylfaen" w:cs="Sylfaen"/>
          <w:sz w:val="18"/>
          <w:szCs w:val="18"/>
        </w:rPr>
        <w:t>ტენდერის</w:t>
      </w:r>
      <w:proofErr w:type="spellEnd"/>
      <w:r w:rsidRPr="00C86A0D">
        <w:rPr>
          <w:rFonts w:cstheme="majorHAnsi"/>
          <w:sz w:val="18"/>
          <w:szCs w:val="18"/>
        </w:rPr>
        <w:t xml:space="preserve"> </w:t>
      </w:r>
      <w:proofErr w:type="spellStart"/>
      <w:r w:rsidRPr="00C86A0D">
        <w:rPr>
          <w:rFonts w:ascii="Sylfaen" w:hAnsi="Sylfaen" w:cs="Sylfaen"/>
          <w:sz w:val="18"/>
          <w:szCs w:val="18"/>
        </w:rPr>
        <w:t>პირობების</w:t>
      </w:r>
      <w:proofErr w:type="spellEnd"/>
      <w:r w:rsidRPr="00C86A0D">
        <w:rPr>
          <w:rFonts w:cstheme="majorHAnsi"/>
          <w:sz w:val="18"/>
          <w:szCs w:val="18"/>
        </w:rPr>
        <w:t xml:space="preserve"> </w:t>
      </w:r>
      <w:proofErr w:type="spellStart"/>
      <w:r w:rsidRPr="00C86A0D">
        <w:rPr>
          <w:rFonts w:ascii="Sylfaen" w:hAnsi="Sylfaen" w:cs="Sylfaen"/>
          <w:sz w:val="18"/>
          <w:szCs w:val="18"/>
        </w:rPr>
        <w:t>გათვალისწინებით</w:t>
      </w:r>
      <w:proofErr w:type="spellEnd"/>
      <w:r w:rsidRPr="00C86A0D">
        <w:rPr>
          <w:rFonts w:cstheme="majorHAnsi"/>
          <w:sz w:val="18"/>
          <w:szCs w:val="18"/>
        </w:rPr>
        <w:t>.</w:t>
      </w:r>
    </w:p>
    <w:p w14:paraId="0D46F767" w14:textId="6E2C8EFF" w:rsidR="00521466" w:rsidRPr="00D73BDF" w:rsidRDefault="00521466" w:rsidP="00521466">
      <w:pPr>
        <w:rPr>
          <w:rFonts w:cstheme="majorHAnsi"/>
          <w:sz w:val="18"/>
          <w:szCs w:val="18"/>
        </w:rPr>
      </w:pPr>
      <w:r w:rsidRPr="00D73BDF">
        <w:rPr>
          <w:rFonts w:cstheme="majorHAnsi"/>
          <w:sz w:val="18"/>
          <w:szCs w:val="18"/>
        </w:rPr>
        <w:t xml:space="preserve"> </w:t>
      </w:r>
      <w:r w:rsidRPr="00D73BDF">
        <w:rPr>
          <w:rFonts w:ascii="Sylfaen" w:hAnsi="Sylfaen" w:cs="Sylfaen"/>
          <w:sz w:val="18"/>
          <w:szCs w:val="18"/>
        </w:rPr>
        <w:t>ა</w:t>
      </w:r>
      <w:r w:rsidRPr="00D73BDF">
        <w:rPr>
          <w:rFonts w:cstheme="majorHAnsi"/>
          <w:sz w:val="18"/>
          <w:szCs w:val="18"/>
        </w:rPr>
        <w:t xml:space="preserve">) </w:t>
      </w:r>
      <w:proofErr w:type="spellStart"/>
      <w:r w:rsidRPr="00D73BDF">
        <w:rPr>
          <w:rFonts w:ascii="Sylfaen" w:hAnsi="Sylfaen" w:cs="Sylfaen"/>
          <w:sz w:val="18"/>
          <w:szCs w:val="18"/>
        </w:rPr>
        <w:t>დამკვეთი</w:t>
      </w:r>
      <w:proofErr w:type="spellEnd"/>
      <w:r w:rsidRPr="00D73BDF">
        <w:rPr>
          <w:rFonts w:cstheme="majorHAnsi"/>
          <w:sz w:val="18"/>
          <w:szCs w:val="18"/>
        </w:rPr>
        <w:t xml:space="preserve"> </w:t>
      </w:r>
      <w:proofErr w:type="spellStart"/>
      <w:r w:rsidRPr="00D73BDF">
        <w:rPr>
          <w:rFonts w:ascii="Sylfaen" w:hAnsi="Sylfaen" w:cs="Sylfaen"/>
          <w:sz w:val="18"/>
          <w:szCs w:val="18"/>
        </w:rPr>
        <w:t>განახორციელებს</w:t>
      </w:r>
      <w:proofErr w:type="spellEnd"/>
      <w:r w:rsidRPr="00D73BDF">
        <w:rPr>
          <w:rFonts w:cstheme="majorHAnsi"/>
          <w:sz w:val="18"/>
          <w:szCs w:val="18"/>
        </w:rPr>
        <w:t xml:space="preserve"> </w:t>
      </w:r>
      <w:proofErr w:type="spellStart"/>
      <w:r w:rsidRPr="00D73BDF">
        <w:rPr>
          <w:rFonts w:ascii="Sylfaen" w:hAnsi="Sylfaen" w:cs="Sylfaen"/>
          <w:sz w:val="18"/>
          <w:szCs w:val="18"/>
        </w:rPr>
        <w:t>მიმწოდებლისათვის</w:t>
      </w:r>
      <w:proofErr w:type="spellEnd"/>
      <w:r w:rsidRPr="00D73BDF">
        <w:rPr>
          <w:rFonts w:cstheme="majorHAnsi"/>
          <w:sz w:val="18"/>
          <w:szCs w:val="18"/>
        </w:rPr>
        <w:t xml:space="preserve"> </w:t>
      </w:r>
      <w:proofErr w:type="spellStart"/>
      <w:r w:rsidRPr="00D73BDF">
        <w:rPr>
          <w:rFonts w:ascii="Sylfaen" w:hAnsi="Sylfaen" w:cs="Sylfaen"/>
          <w:sz w:val="18"/>
          <w:szCs w:val="18"/>
        </w:rPr>
        <w:t>აღნიშნული</w:t>
      </w:r>
      <w:proofErr w:type="spellEnd"/>
      <w:r w:rsidR="00E600E3">
        <w:rPr>
          <w:rFonts w:ascii="Sylfaen" w:hAnsi="Sylfaen" w:cs="Sylfaen"/>
          <w:sz w:val="18"/>
          <w:szCs w:val="18"/>
        </w:rPr>
        <w:t xml:space="preserve"> </w:t>
      </w:r>
      <w:proofErr w:type="spellStart"/>
      <w:r w:rsidRPr="00D73BDF">
        <w:rPr>
          <w:rFonts w:ascii="Sylfaen" w:hAnsi="Sylfaen" w:cs="Sylfaen"/>
          <w:sz w:val="18"/>
          <w:szCs w:val="18"/>
        </w:rPr>
        <w:t>ხელშეკრულებით</w:t>
      </w:r>
      <w:proofErr w:type="spellEnd"/>
      <w:r w:rsidRPr="00D73BDF">
        <w:rPr>
          <w:rFonts w:cstheme="majorHAnsi"/>
          <w:sz w:val="18"/>
          <w:szCs w:val="18"/>
        </w:rPr>
        <w:t xml:space="preserve"> </w:t>
      </w:r>
      <w:proofErr w:type="spellStart"/>
      <w:r w:rsidRPr="00D73BDF">
        <w:rPr>
          <w:rFonts w:ascii="Sylfaen" w:hAnsi="Sylfaen" w:cs="Sylfaen"/>
          <w:sz w:val="18"/>
          <w:szCs w:val="18"/>
        </w:rPr>
        <w:t>გათვალისწინებული</w:t>
      </w:r>
      <w:proofErr w:type="spellEnd"/>
      <w:r w:rsidRPr="00D73BDF">
        <w:rPr>
          <w:rFonts w:cstheme="majorHAnsi"/>
          <w:sz w:val="18"/>
          <w:szCs w:val="18"/>
        </w:rPr>
        <w:t xml:space="preserve"> </w:t>
      </w:r>
      <w:proofErr w:type="spellStart"/>
      <w:r w:rsidRPr="00D73BDF">
        <w:rPr>
          <w:rFonts w:ascii="Sylfaen" w:hAnsi="Sylfaen" w:cs="Sylfaen"/>
          <w:sz w:val="18"/>
          <w:szCs w:val="18"/>
        </w:rPr>
        <w:t>აქტივის</w:t>
      </w:r>
      <w:proofErr w:type="spellEnd"/>
      <w:r w:rsidRPr="00D73BDF">
        <w:rPr>
          <w:rFonts w:cstheme="majorHAnsi"/>
          <w:sz w:val="18"/>
          <w:szCs w:val="18"/>
        </w:rPr>
        <w:t>/</w:t>
      </w:r>
      <w:proofErr w:type="spellStart"/>
      <w:r w:rsidRPr="00D73BDF">
        <w:rPr>
          <w:rFonts w:ascii="Sylfaen" w:hAnsi="Sylfaen" w:cs="Sylfaen"/>
          <w:sz w:val="18"/>
          <w:szCs w:val="18"/>
        </w:rPr>
        <w:t>მომსახურების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ღირებულების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გადახდას</w:t>
      </w:r>
      <w:proofErr w:type="spellEnd"/>
      <w:r w:rsidRPr="00D73BDF">
        <w:rPr>
          <w:rFonts w:cstheme="majorHAnsi"/>
          <w:sz w:val="18"/>
          <w:szCs w:val="18"/>
        </w:rPr>
        <w:t xml:space="preserve">. </w:t>
      </w:r>
      <w:proofErr w:type="spellStart"/>
      <w:r w:rsidRPr="00D73BDF">
        <w:rPr>
          <w:rFonts w:ascii="Sylfaen" w:hAnsi="Sylfaen" w:cs="Sylfaen"/>
          <w:sz w:val="18"/>
          <w:szCs w:val="18"/>
        </w:rPr>
        <w:t>ხოლო</w:t>
      </w:r>
      <w:proofErr w:type="spellEnd"/>
      <w:r w:rsidRPr="00D73BDF">
        <w:rPr>
          <w:rFonts w:cstheme="majorHAnsi"/>
          <w:sz w:val="18"/>
          <w:szCs w:val="18"/>
        </w:rPr>
        <w:t xml:space="preserve"> </w:t>
      </w:r>
      <w:proofErr w:type="spellStart"/>
      <w:r w:rsidRPr="00D73BDF">
        <w:rPr>
          <w:rFonts w:ascii="Sylfaen" w:hAnsi="Sylfaen" w:cs="Sylfaen"/>
          <w:sz w:val="18"/>
          <w:szCs w:val="18"/>
        </w:rPr>
        <w:t>იმ</w:t>
      </w:r>
      <w:proofErr w:type="spellEnd"/>
      <w:r w:rsidRPr="00D73BDF">
        <w:rPr>
          <w:rFonts w:cstheme="majorHAnsi"/>
          <w:sz w:val="18"/>
          <w:szCs w:val="18"/>
        </w:rPr>
        <w:t xml:space="preserve"> </w:t>
      </w:r>
      <w:proofErr w:type="spellStart"/>
      <w:r w:rsidRPr="00D73BDF">
        <w:rPr>
          <w:rFonts w:ascii="Sylfaen" w:hAnsi="Sylfaen" w:cs="Sylfaen"/>
          <w:sz w:val="18"/>
          <w:szCs w:val="18"/>
        </w:rPr>
        <w:t>შემთხვევაში</w:t>
      </w:r>
      <w:proofErr w:type="spellEnd"/>
      <w:r w:rsidRPr="00D73BDF">
        <w:rPr>
          <w:rFonts w:cstheme="majorHAnsi"/>
          <w:sz w:val="18"/>
          <w:szCs w:val="18"/>
        </w:rPr>
        <w:t xml:space="preserve">, </w:t>
      </w:r>
      <w:proofErr w:type="spellStart"/>
      <w:r w:rsidRPr="00D73BDF">
        <w:rPr>
          <w:rFonts w:ascii="Sylfaen" w:hAnsi="Sylfaen" w:cs="Sylfaen"/>
          <w:sz w:val="18"/>
          <w:szCs w:val="18"/>
        </w:rPr>
        <w:t>თუ</w:t>
      </w:r>
      <w:proofErr w:type="spellEnd"/>
      <w:r w:rsidRPr="00D73BDF">
        <w:rPr>
          <w:rFonts w:cstheme="majorHAnsi"/>
          <w:sz w:val="18"/>
          <w:szCs w:val="18"/>
        </w:rPr>
        <w:t xml:space="preserve"> </w:t>
      </w:r>
      <w:proofErr w:type="spellStart"/>
      <w:r w:rsidRPr="00D73BDF">
        <w:rPr>
          <w:rFonts w:ascii="Sylfaen" w:hAnsi="Sylfaen" w:cs="Sylfaen"/>
          <w:sz w:val="18"/>
          <w:szCs w:val="18"/>
        </w:rPr>
        <w:t>წინამდებარე</w:t>
      </w:r>
      <w:proofErr w:type="spellEnd"/>
      <w:r w:rsidRPr="00D73BDF">
        <w:rPr>
          <w:rFonts w:cstheme="majorHAnsi"/>
          <w:sz w:val="18"/>
          <w:szCs w:val="18"/>
        </w:rPr>
        <w:t xml:space="preserve"> </w:t>
      </w:r>
      <w:proofErr w:type="spellStart"/>
      <w:r w:rsidRPr="00D73BDF">
        <w:rPr>
          <w:rFonts w:ascii="Sylfaen" w:hAnsi="Sylfaen" w:cs="Sylfaen"/>
          <w:sz w:val="18"/>
          <w:szCs w:val="18"/>
        </w:rPr>
        <w:t>ხელშეკრულებაზე</w:t>
      </w:r>
      <w:proofErr w:type="spellEnd"/>
      <w:r w:rsidRPr="00D73BDF">
        <w:rPr>
          <w:rFonts w:cstheme="majorHAnsi"/>
          <w:sz w:val="18"/>
          <w:szCs w:val="18"/>
        </w:rPr>
        <w:t xml:space="preserve"> </w:t>
      </w:r>
      <w:proofErr w:type="spellStart"/>
      <w:r w:rsidRPr="00D73BDF">
        <w:rPr>
          <w:rFonts w:ascii="Sylfaen" w:hAnsi="Sylfaen" w:cs="Sylfaen"/>
          <w:sz w:val="18"/>
          <w:szCs w:val="18"/>
        </w:rPr>
        <w:t>თანდართული</w:t>
      </w:r>
      <w:proofErr w:type="spellEnd"/>
      <w:r w:rsidRPr="00D73BDF">
        <w:rPr>
          <w:rFonts w:cstheme="majorHAnsi"/>
          <w:sz w:val="18"/>
          <w:szCs w:val="18"/>
        </w:rPr>
        <w:t xml:space="preserve"> </w:t>
      </w:r>
      <w:proofErr w:type="spellStart"/>
      <w:r w:rsidRPr="00D73BDF">
        <w:rPr>
          <w:rFonts w:ascii="Sylfaen" w:hAnsi="Sylfaen" w:cs="Sylfaen"/>
          <w:sz w:val="18"/>
          <w:szCs w:val="18"/>
        </w:rPr>
        <w:t>ხარჯთაღრიცხვით</w:t>
      </w:r>
      <w:proofErr w:type="spellEnd"/>
      <w:r w:rsidR="00E600E3">
        <w:rPr>
          <w:rFonts w:ascii="Sylfaen" w:hAnsi="Sylfaen" w:cs="Sylfaen"/>
          <w:sz w:val="18"/>
          <w:szCs w:val="18"/>
        </w:rPr>
        <w:t xml:space="preserve"> </w:t>
      </w:r>
      <w:proofErr w:type="spellStart"/>
      <w:r w:rsidRPr="00D73BDF">
        <w:rPr>
          <w:rFonts w:ascii="Sylfaen" w:hAnsi="Sylfaen" w:cs="Sylfaen"/>
          <w:sz w:val="18"/>
          <w:szCs w:val="18"/>
        </w:rPr>
        <w:t>გათვალისწინებული</w:t>
      </w:r>
      <w:proofErr w:type="spellEnd"/>
      <w:r w:rsidRPr="00D73BDF">
        <w:rPr>
          <w:rFonts w:cstheme="majorHAnsi"/>
          <w:sz w:val="18"/>
          <w:szCs w:val="18"/>
        </w:rPr>
        <w:t xml:space="preserve"> </w:t>
      </w:r>
      <w:proofErr w:type="spellStart"/>
      <w:r w:rsidRPr="00D73BDF">
        <w:rPr>
          <w:rFonts w:ascii="Sylfaen" w:hAnsi="Sylfaen" w:cs="Sylfaen"/>
          <w:sz w:val="18"/>
          <w:szCs w:val="18"/>
        </w:rPr>
        <w:t>იყო</w:t>
      </w:r>
      <w:proofErr w:type="spellEnd"/>
      <w:r w:rsidRPr="00D73BDF">
        <w:rPr>
          <w:rFonts w:cstheme="majorHAnsi"/>
          <w:sz w:val="18"/>
          <w:szCs w:val="18"/>
        </w:rPr>
        <w:t xml:space="preserve"> 6.6 </w:t>
      </w:r>
      <w:proofErr w:type="spellStart"/>
      <w:r w:rsidRPr="00D73BDF">
        <w:rPr>
          <w:rFonts w:ascii="Sylfaen" w:hAnsi="Sylfaen" w:cs="Sylfaen"/>
          <w:sz w:val="18"/>
          <w:szCs w:val="18"/>
        </w:rPr>
        <w:t>პუნქტში</w:t>
      </w:r>
      <w:proofErr w:type="spellEnd"/>
      <w:r w:rsidRPr="00D73BDF">
        <w:rPr>
          <w:rFonts w:cstheme="majorHAnsi"/>
          <w:sz w:val="18"/>
          <w:szCs w:val="18"/>
        </w:rPr>
        <w:t xml:space="preserve"> </w:t>
      </w:r>
      <w:proofErr w:type="spellStart"/>
      <w:r w:rsidRPr="00D73BDF">
        <w:rPr>
          <w:rFonts w:ascii="Sylfaen" w:hAnsi="Sylfaen" w:cs="Sylfaen"/>
          <w:sz w:val="18"/>
          <w:szCs w:val="18"/>
        </w:rPr>
        <w:t>ჩამოთვლილი</w:t>
      </w:r>
      <w:proofErr w:type="spellEnd"/>
      <w:r w:rsidRPr="00D73BDF">
        <w:rPr>
          <w:rFonts w:cstheme="majorHAnsi"/>
          <w:sz w:val="18"/>
          <w:szCs w:val="18"/>
        </w:rPr>
        <w:t xml:space="preserve"> </w:t>
      </w:r>
      <w:proofErr w:type="spellStart"/>
      <w:r w:rsidRPr="00D73BDF">
        <w:rPr>
          <w:rFonts w:ascii="Sylfaen" w:hAnsi="Sylfaen" w:cs="Sylfaen"/>
          <w:sz w:val="18"/>
          <w:szCs w:val="18"/>
        </w:rPr>
        <w:t>რომელიმე</w:t>
      </w:r>
      <w:proofErr w:type="spellEnd"/>
      <w:r w:rsidRPr="00D73BDF">
        <w:rPr>
          <w:rFonts w:cstheme="majorHAnsi"/>
          <w:sz w:val="18"/>
          <w:szCs w:val="18"/>
        </w:rPr>
        <w:t xml:space="preserve"> </w:t>
      </w:r>
      <w:proofErr w:type="spellStart"/>
      <w:r w:rsidRPr="00D73BDF">
        <w:rPr>
          <w:rFonts w:ascii="Sylfaen" w:hAnsi="Sylfaen" w:cs="Sylfaen"/>
          <w:sz w:val="18"/>
          <w:szCs w:val="18"/>
        </w:rPr>
        <w:t>აქტივი</w:t>
      </w:r>
      <w:proofErr w:type="spellEnd"/>
      <w:r w:rsidRPr="00D73BDF">
        <w:rPr>
          <w:rFonts w:cstheme="majorHAnsi"/>
          <w:sz w:val="18"/>
          <w:szCs w:val="18"/>
        </w:rPr>
        <w:t>/</w:t>
      </w:r>
      <w:proofErr w:type="spellStart"/>
      <w:r w:rsidRPr="00D73BDF">
        <w:rPr>
          <w:rFonts w:ascii="Sylfaen" w:hAnsi="Sylfaen" w:cs="Sylfaen"/>
          <w:sz w:val="18"/>
          <w:szCs w:val="18"/>
        </w:rPr>
        <w:t>მომსახურება</w:t>
      </w:r>
      <w:proofErr w:type="spellEnd"/>
      <w:r w:rsidRPr="00D73BDF">
        <w:rPr>
          <w:rFonts w:cstheme="majorHAnsi"/>
          <w:sz w:val="18"/>
          <w:szCs w:val="18"/>
        </w:rPr>
        <w:t>,</w:t>
      </w:r>
      <w:r w:rsidR="00477268">
        <w:rPr>
          <w:rFonts w:cstheme="majorHAnsi"/>
          <w:sz w:val="18"/>
          <w:szCs w:val="18"/>
        </w:rPr>
        <w:t xml:space="preserve"> </w:t>
      </w:r>
      <w:proofErr w:type="spellStart"/>
      <w:r w:rsidRPr="00D73BDF">
        <w:rPr>
          <w:rFonts w:ascii="Sylfaen" w:hAnsi="Sylfaen" w:cs="Sylfaen"/>
          <w:sz w:val="18"/>
          <w:szCs w:val="18"/>
        </w:rPr>
        <w:t>დამკვეთის</w:t>
      </w:r>
      <w:proofErr w:type="spellEnd"/>
      <w:r w:rsidRPr="00D73BDF">
        <w:rPr>
          <w:rFonts w:cstheme="majorHAnsi"/>
          <w:sz w:val="18"/>
          <w:szCs w:val="18"/>
        </w:rPr>
        <w:t xml:space="preserve"> </w:t>
      </w:r>
      <w:proofErr w:type="spellStart"/>
      <w:r w:rsidRPr="00D73BDF">
        <w:rPr>
          <w:rFonts w:ascii="Sylfaen" w:hAnsi="Sylfaen" w:cs="Sylfaen"/>
          <w:sz w:val="18"/>
          <w:szCs w:val="18"/>
        </w:rPr>
        <w:t>მიერ</w:t>
      </w:r>
      <w:proofErr w:type="spellEnd"/>
      <w:r w:rsidRPr="00D73BDF">
        <w:rPr>
          <w:rFonts w:cstheme="majorHAnsi"/>
          <w:sz w:val="18"/>
          <w:szCs w:val="18"/>
        </w:rPr>
        <w:t xml:space="preserve"> </w:t>
      </w:r>
      <w:proofErr w:type="spellStart"/>
      <w:r w:rsidRPr="00D73BDF">
        <w:rPr>
          <w:rFonts w:ascii="Sylfaen" w:hAnsi="Sylfaen" w:cs="Sylfaen"/>
          <w:sz w:val="18"/>
          <w:szCs w:val="18"/>
        </w:rPr>
        <w:t>აღნიშნული</w:t>
      </w:r>
      <w:proofErr w:type="spellEnd"/>
      <w:r w:rsidRPr="00D73BDF">
        <w:rPr>
          <w:rFonts w:cstheme="majorHAnsi"/>
          <w:sz w:val="18"/>
          <w:szCs w:val="18"/>
        </w:rPr>
        <w:t xml:space="preserve"> </w:t>
      </w:r>
      <w:proofErr w:type="spellStart"/>
      <w:r w:rsidRPr="00D73BDF">
        <w:rPr>
          <w:rFonts w:ascii="Sylfaen" w:hAnsi="Sylfaen" w:cs="Sylfaen"/>
          <w:sz w:val="18"/>
          <w:szCs w:val="18"/>
        </w:rPr>
        <w:t>აქტივის</w:t>
      </w:r>
      <w:proofErr w:type="spellEnd"/>
      <w:r w:rsidRPr="00D73BDF">
        <w:rPr>
          <w:rFonts w:cstheme="majorHAnsi"/>
          <w:sz w:val="18"/>
          <w:szCs w:val="18"/>
        </w:rPr>
        <w:t>/</w:t>
      </w:r>
      <w:proofErr w:type="spellStart"/>
      <w:r w:rsidRPr="00D73BDF">
        <w:rPr>
          <w:rFonts w:ascii="Sylfaen" w:hAnsi="Sylfaen" w:cs="Sylfaen"/>
          <w:sz w:val="18"/>
          <w:szCs w:val="18"/>
        </w:rPr>
        <w:t>მომსახურების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მიმწოდებლისათვის</w:t>
      </w:r>
      <w:proofErr w:type="spellEnd"/>
      <w:r w:rsidRPr="00D73BDF">
        <w:rPr>
          <w:rFonts w:cstheme="majorHAnsi"/>
          <w:sz w:val="18"/>
          <w:szCs w:val="18"/>
        </w:rPr>
        <w:t xml:space="preserve"> </w:t>
      </w:r>
      <w:proofErr w:type="spellStart"/>
      <w:r w:rsidRPr="00D73BDF">
        <w:rPr>
          <w:rFonts w:ascii="Sylfaen" w:hAnsi="Sylfaen" w:cs="Sylfaen"/>
          <w:sz w:val="18"/>
          <w:szCs w:val="18"/>
        </w:rPr>
        <w:t>გადახდილი</w:t>
      </w:r>
      <w:proofErr w:type="spellEnd"/>
      <w:r w:rsidRPr="00D73BDF">
        <w:rPr>
          <w:rFonts w:cstheme="majorHAnsi"/>
          <w:sz w:val="18"/>
          <w:szCs w:val="18"/>
        </w:rPr>
        <w:t xml:space="preserve"> </w:t>
      </w:r>
      <w:proofErr w:type="spellStart"/>
      <w:r w:rsidRPr="00D73BDF">
        <w:rPr>
          <w:rFonts w:ascii="Sylfaen" w:hAnsi="Sylfaen" w:cs="Sylfaen"/>
          <w:sz w:val="18"/>
          <w:szCs w:val="18"/>
        </w:rPr>
        <w:t>თანხები</w:t>
      </w:r>
      <w:proofErr w:type="spellEnd"/>
      <w:r w:rsidRPr="00D73BDF">
        <w:rPr>
          <w:rFonts w:cstheme="majorHAnsi"/>
          <w:sz w:val="18"/>
          <w:szCs w:val="18"/>
        </w:rPr>
        <w:t xml:space="preserve"> </w:t>
      </w:r>
      <w:proofErr w:type="spellStart"/>
      <w:r w:rsidRPr="00D73BDF">
        <w:rPr>
          <w:rFonts w:ascii="Sylfaen" w:hAnsi="Sylfaen" w:cs="Sylfaen"/>
          <w:sz w:val="18"/>
          <w:szCs w:val="18"/>
        </w:rPr>
        <w:t>გამოაკლდება</w:t>
      </w:r>
      <w:proofErr w:type="spellEnd"/>
      <w:r w:rsidRPr="00D73BDF">
        <w:rPr>
          <w:rFonts w:cstheme="majorHAnsi"/>
          <w:sz w:val="18"/>
          <w:szCs w:val="18"/>
        </w:rPr>
        <w:t xml:space="preserve"> </w:t>
      </w:r>
      <w:proofErr w:type="spellStart"/>
      <w:r w:rsidRPr="00D73BDF">
        <w:rPr>
          <w:rFonts w:ascii="Sylfaen" w:hAnsi="Sylfaen" w:cs="Sylfaen"/>
          <w:sz w:val="18"/>
          <w:szCs w:val="18"/>
        </w:rPr>
        <w:t>სამუშაოს</w:t>
      </w:r>
      <w:proofErr w:type="spellEnd"/>
      <w:r w:rsidRPr="00D73BDF">
        <w:rPr>
          <w:rFonts w:cstheme="majorHAnsi"/>
          <w:sz w:val="18"/>
          <w:szCs w:val="18"/>
        </w:rPr>
        <w:t xml:space="preserve"> </w:t>
      </w:r>
      <w:proofErr w:type="spellStart"/>
      <w:r w:rsidRPr="00D73BDF">
        <w:rPr>
          <w:rFonts w:ascii="Sylfaen" w:hAnsi="Sylfaen" w:cs="Sylfaen"/>
          <w:sz w:val="18"/>
          <w:szCs w:val="18"/>
        </w:rPr>
        <w:t>ეტაპის</w:t>
      </w:r>
      <w:proofErr w:type="spellEnd"/>
      <w:r w:rsidRPr="00D73BDF">
        <w:rPr>
          <w:rFonts w:cstheme="majorHAnsi"/>
          <w:sz w:val="18"/>
          <w:szCs w:val="18"/>
        </w:rPr>
        <w:t xml:space="preserve"> </w:t>
      </w:r>
      <w:proofErr w:type="spellStart"/>
      <w:r w:rsidRPr="00D73BDF">
        <w:rPr>
          <w:rFonts w:ascii="Sylfaen" w:hAnsi="Sylfaen" w:cs="Sylfaen"/>
          <w:sz w:val="18"/>
          <w:szCs w:val="18"/>
        </w:rPr>
        <w:t>ფორმა</w:t>
      </w:r>
      <w:proofErr w:type="spellEnd"/>
      <w:r w:rsidRPr="00D73BDF">
        <w:rPr>
          <w:rFonts w:cstheme="majorHAnsi"/>
          <w:sz w:val="18"/>
          <w:szCs w:val="18"/>
        </w:rPr>
        <w:t xml:space="preserve"> N2-</w:t>
      </w:r>
      <w:r w:rsidRPr="00D73BDF">
        <w:rPr>
          <w:rFonts w:ascii="Sylfaen" w:hAnsi="Sylfaen" w:cs="Sylfaen"/>
          <w:sz w:val="18"/>
          <w:szCs w:val="18"/>
        </w:rPr>
        <w:t>ით</w:t>
      </w:r>
      <w:r w:rsidRPr="00D73BDF">
        <w:rPr>
          <w:rFonts w:cstheme="majorHAnsi"/>
          <w:sz w:val="18"/>
          <w:szCs w:val="18"/>
        </w:rPr>
        <w:t xml:space="preserve"> </w:t>
      </w:r>
      <w:proofErr w:type="spellStart"/>
      <w:r w:rsidRPr="00D73BDF">
        <w:rPr>
          <w:rFonts w:ascii="Sylfaen" w:hAnsi="Sylfaen" w:cs="Sylfaen"/>
          <w:sz w:val="18"/>
          <w:szCs w:val="18"/>
        </w:rPr>
        <w:t>განსაზღვრულ</w:t>
      </w:r>
      <w:proofErr w:type="spellEnd"/>
      <w:r w:rsidR="00477268">
        <w:rPr>
          <w:rFonts w:ascii="Sylfaen" w:hAnsi="Sylfaen" w:cs="Sylfaen"/>
          <w:sz w:val="18"/>
          <w:szCs w:val="18"/>
        </w:rPr>
        <w:t xml:space="preserve"> </w:t>
      </w:r>
      <w:proofErr w:type="spellStart"/>
      <w:r w:rsidRPr="00D73BDF">
        <w:rPr>
          <w:rFonts w:ascii="Sylfaen" w:hAnsi="Sylfaen" w:cs="Sylfaen"/>
          <w:sz w:val="18"/>
          <w:szCs w:val="18"/>
        </w:rPr>
        <w:t>მენარდის</w:t>
      </w:r>
      <w:proofErr w:type="spellEnd"/>
      <w:r w:rsidRPr="00D73BDF">
        <w:rPr>
          <w:rFonts w:cstheme="majorHAnsi"/>
          <w:sz w:val="18"/>
          <w:szCs w:val="18"/>
        </w:rPr>
        <w:t xml:space="preserve"> </w:t>
      </w:r>
      <w:proofErr w:type="spellStart"/>
      <w:r w:rsidRPr="00D73BDF">
        <w:rPr>
          <w:rFonts w:ascii="Sylfaen" w:hAnsi="Sylfaen" w:cs="Sylfaen"/>
          <w:sz w:val="18"/>
          <w:szCs w:val="18"/>
        </w:rPr>
        <w:t>მიერ</w:t>
      </w:r>
      <w:proofErr w:type="spellEnd"/>
      <w:r w:rsidR="00477268">
        <w:rPr>
          <w:rFonts w:ascii="Sylfaen" w:hAnsi="Sylfaen" w:cs="Sylfaen"/>
          <w:sz w:val="18"/>
          <w:szCs w:val="18"/>
        </w:rPr>
        <w:t xml:space="preserve"> </w:t>
      </w:r>
      <w:proofErr w:type="spellStart"/>
      <w:r w:rsidRPr="00D73BDF">
        <w:rPr>
          <w:rFonts w:ascii="Sylfaen" w:hAnsi="Sylfaen" w:cs="Sylfaen"/>
          <w:sz w:val="18"/>
          <w:szCs w:val="18"/>
        </w:rPr>
        <w:t>შესრულებული</w:t>
      </w:r>
      <w:proofErr w:type="spellEnd"/>
      <w:r w:rsidRPr="00D73BDF">
        <w:rPr>
          <w:rFonts w:cstheme="majorHAnsi"/>
          <w:sz w:val="18"/>
          <w:szCs w:val="18"/>
        </w:rPr>
        <w:t xml:space="preserve"> </w:t>
      </w:r>
      <w:proofErr w:type="spellStart"/>
      <w:r w:rsidRPr="00D73BDF">
        <w:rPr>
          <w:rFonts w:ascii="Sylfaen" w:hAnsi="Sylfaen" w:cs="Sylfaen"/>
          <w:sz w:val="18"/>
          <w:szCs w:val="18"/>
        </w:rPr>
        <w:t>სამუშაოს</w:t>
      </w:r>
      <w:proofErr w:type="spellEnd"/>
      <w:r w:rsidR="00477268">
        <w:rPr>
          <w:rFonts w:ascii="Sylfaen" w:hAnsi="Sylfaen" w:cs="Sylfaen"/>
          <w:sz w:val="18"/>
          <w:szCs w:val="18"/>
        </w:rPr>
        <w:t xml:space="preserve"> </w:t>
      </w:r>
      <w:proofErr w:type="spellStart"/>
      <w:r w:rsidRPr="00D73BDF">
        <w:rPr>
          <w:rFonts w:ascii="Sylfaen" w:hAnsi="Sylfaen" w:cs="Sylfaen"/>
          <w:sz w:val="18"/>
          <w:szCs w:val="18"/>
        </w:rPr>
        <w:t>ღირებულებას</w:t>
      </w:r>
      <w:proofErr w:type="spellEnd"/>
      <w:r w:rsidRPr="00D73BDF">
        <w:rPr>
          <w:rFonts w:cstheme="majorHAnsi"/>
          <w:sz w:val="18"/>
          <w:szCs w:val="18"/>
        </w:rPr>
        <w:t xml:space="preserve"> </w:t>
      </w:r>
      <w:proofErr w:type="spellStart"/>
      <w:r w:rsidRPr="00D73BDF">
        <w:rPr>
          <w:rFonts w:ascii="Sylfaen" w:hAnsi="Sylfaen" w:cs="Sylfaen"/>
          <w:sz w:val="18"/>
          <w:szCs w:val="18"/>
        </w:rPr>
        <w:t>და</w:t>
      </w:r>
      <w:proofErr w:type="spellEnd"/>
      <w:r w:rsidRPr="00D73BDF">
        <w:rPr>
          <w:rFonts w:cstheme="majorHAnsi"/>
          <w:sz w:val="18"/>
          <w:szCs w:val="18"/>
        </w:rPr>
        <w:t xml:space="preserve"> </w:t>
      </w:r>
      <w:proofErr w:type="spellStart"/>
      <w:r w:rsidRPr="00D73BDF">
        <w:rPr>
          <w:rFonts w:ascii="Sylfaen" w:hAnsi="Sylfaen" w:cs="Sylfaen"/>
          <w:sz w:val="18"/>
          <w:szCs w:val="18"/>
        </w:rPr>
        <w:t>შესაბამისად</w:t>
      </w:r>
      <w:proofErr w:type="spellEnd"/>
      <w:r w:rsidRPr="00D73BDF">
        <w:rPr>
          <w:rFonts w:cstheme="majorHAnsi"/>
          <w:sz w:val="18"/>
          <w:szCs w:val="18"/>
        </w:rPr>
        <w:t xml:space="preserve"> </w:t>
      </w:r>
      <w:proofErr w:type="spellStart"/>
      <w:r w:rsidRPr="00D73BDF">
        <w:rPr>
          <w:rFonts w:ascii="Sylfaen" w:hAnsi="Sylfaen" w:cs="Sylfaen"/>
          <w:sz w:val="18"/>
          <w:szCs w:val="18"/>
        </w:rPr>
        <w:t>შეამცირებს</w:t>
      </w:r>
      <w:proofErr w:type="spellEnd"/>
      <w:r w:rsidRPr="00D73BDF">
        <w:rPr>
          <w:rFonts w:cstheme="majorHAnsi"/>
          <w:sz w:val="18"/>
          <w:szCs w:val="18"/>
        </w:rPr>
        <w:t xml:space="preserve"> </w:t>
      </w:r>
      <w:proofErr w:type="spellStart"/>
      <w:r w:rsidRPr="00D73BDF">
        <w:rPr>
          <w:rFonts w:ascii="Sylfaen" w:hAnsi="Sylfaen" w:cs="Sylfaen"/>
          <w:sz w:val="18"/>
          <w:szCs w:val="18"/>
        </w:rPr>
        <w:t>საერთო</w:t>
      </w:r>
      <w:proofErr w:type="spellEnd"/>
      <w:r w:rsidRPr="00D73BDF">
        <w:rPr>
          <w:rFonts w:cstheme="majorHAnsi"/>
          <w:sz w:val="18"/>
          <w:szCs w:val="18"/>
        </w:rPr>
        <w:t xml:space="preserve"> </w:t>
      </w:r>
      <w:proofErr w:type="spellStart"/>
      <w:r w:rsidRPr="00D73BDF">
        <w:rPr>
          <w:rFonts w:ascii="Sylfaen" w:hAnsi="Sylfaen" w:cs="Sylfaen"/>
          <w:sz w:val="18"/>
          <w:szCs w:val="18"/>
        </w:rPr>
        <w:t>ღირებულებას</w:t>
      </w:r>
      <w:proofErr w:type="spellEnd"/>
      <w:r w:rsidRPr="00D73BDF">
        <w:rPr>
          <w:rFonts w:cstheme="majorHAnsi"/>
          <w:sz w:val="18"/>
          <w:szCs w:val="18"/>
        </w:rPr>
        <w:t>;</w:t>
      </w:r>
    </w:p>
    <w:p w14:paraId="768DEE4D" w14:textId="4F5AA78D" w:rsidR="00521466" w:rsidRPr="00D73BDF" w:rsidRDefault="00521466" w:rsidP="00521466">
      <w:pPr>
        <w:rPr>
          <w:rFonts w:cstheme="majorHAnsi"/>
          <w:sz w:val="18"/>
          <w:szCs w:val="18"/>
        </w:rPr>
      </w:pPr>
      <w:r w:rsidRPr="00D73BDF">
        <w:rPr>
          <w:rFonts w:ascii="Sylfaen" w:hAnsi="Sylfaen" w:cs="Sylfaen"/>
          <w:sz w:val="18"/>
          <w:szCs w:val="18"/>
        </w:rPr>
        <w:t>ბ</w:t>
      </w:r>
      <w:r w:rsidRPr="00D73BDF">
        <w:rPr>
          <w:rFonts w:cstheme="majorHAnsi"/>
          <w:sz w:val="18"/>
          <w:szCs w:val="18"/>
        </w:rPr>
        <w:t>)</w:t>
      </w:r>
      <w:r w:rsidR="00E600E3">
        <w:rPr>
          <w:rFonts w:cstheme="majorHAnsi"/>
          <w:sz w:val="18"/>
          <w:szCs w:val="18"/>
        </w:rPr>
        <w:t xml:space="preserve"> </w:t>
      </w:r>
      <w:proofErr w:type="spellStart"/>
      <w:r w:rsidRPr="00D73BDF">
        <w:rPr>
          <w:rFonts w:ascii="Sylfaen" w:hAnsi="Sylfaen" w:cs="Sylfaen"/>
          <w:sz w:val="18"/>
          <w:szCs w:val="18"/>
        </w:rPr>
        <w:t>მიმწოდებლის</w:t>
      </w:r>
      <w:proofErr w:type="spellEnd"/>
      <w:r w:rsidR="00E600E3">
        <w:rPr>
          <w:rFonts w:ascii="Sylfaen" w:hAnsi="Sylfaen" w:cs="Sylfaen"/>
          <w:sz w:val="18"/>
          <w:szCs w:val="18"/>
        </w:rPr>
        <w:t xml:space="preserve"> </w:t>
      </w:r>
      <w:proofErr w:type="spellStart"/>
      <w:r w:rsidRPr="00D73BDF">
        <w:rPr>
          <w:rFonts w:ascii="Sylfaen" w:hAnsi="Sylfaen" w:cs="Sylfaen"/>
          <w:sz w:val="18"/>
          <w:szCs w:val="18"/>
        </w:rPr>
        <w:t>მიერ</w:t>
      </w:r>
      <w:proofErr w:type="spellEnd"/>
      <w:r w:rsidR="00E600E3">
        <w:rPr>
          <w:rFonts w:ascii="Sylfaen" w:hAnsi="Sylfaen" w:cs="Sylfaen"/>
          <w:sz w:val="18"/>
          <w:szCs w:val="18"/>
        </w:rPr>
        <w:t xml:space="preserve"> </w:t>
      </w:r>
      <w:proofErr w:type="spellStart"/>
      <w:r w:rsidRPr="00D73BDF">
        <w:rPr>
          <w:rFonts w:ascii="Sylfaen" w:hAnsi="Sylfaen" w:cs="Sylfaen"/>
          <w:sz w:val="18"/>
          <w:szCs w:val="18"/>
        </w:rPr>
        <w:t>ამ</w:t>
      </w:r>
      <w:proofErr w:type="spellEnd"/>
      <w:r w:rsidRPr="00D73BDF">
        <w:rPr>
          <w:rFonts w:cstheme="majorHAnsi"/>
          <w:sz w:val="18"/>
          <w:szCs w:val="18"/>
        </w:rPr>
        <w:t xml:space="preserve"> </w:t>
      </w:r>
      <w:proofErr w:type="spellStart"/>
      <w:r w:rsidRPr="00D73BDF">
        <w:rPr>
          <w:rFonts w:ascii="Sylfaen" w:hAnsi="Sylfaen" w:cs="Sylfaen"/>
          <w:sz w:val="18"/>
          <w:szCs w:val="18"/>
        </w:rPr>
        <w:t>მუხლით</w:t>
      </w:r>
      <w:proofErr w:type="spellEnd"/>
      <w:r w:rsidRPr="00D73BDF">
        <w:rPr>
          <w:rFonts w:cstheme="majorHAnsi"/>
          <w:sz w:val="18"/>
          <w:szCs w:val="18"/>
        </w:rPr>
        <w:t xml:space="preserve"> </w:t>
      </w:r>
      <w:proofErr w:type="spellStart"/>
      <w:r w:rsidRPr="00D73BDF">
        <w:rPr>
          <w:rFonts w:ascii="Sylfaen" w:hAnsi="Sylfaen" w:cs="Sylfaen"/>
          <w:sz w:val="18"/>
          <w:szCs w:val="18"/>
        </w:rPr>
        <w:t>გათვალისწინებული</w:t>
      </w:r>
      <w:proofErr w:type="spellEnd"/>
      <w:r w:rsidRPr="00D73BDF">
        <w:rPr>
          <w:rFonts w:cstheme="majorHAnsi"/>
          <w:sz w:val="18"/>
          <w:szCs w:val="18"/>
        </w:rPr>
        <w:t xml:space="preserve"> </w:t>
      </w:r>
      <w:proofErr w:type="spellStart"/>
      <w:r w:rsidRPr="00D73BDF">
        <w:rPr>
          <w:rFonts w:ascii="Sylfaen" w:hAnsi="Sylfaen" w:cs="Sylfaen"/>
          <w:sz w:val="18"/>
          <w:szCs w:val="18"/>
        </w:rPr>
        <w:t>აქტივის</w:t>
      </w:r>
      <w:proofErr w:type="spellEnd"/>
      <w:r w:rsidRPr="00D73BDF">
        <w:rPr>
          <w:rFonts w:cstheme="majorHAnsi"/>
          <w:sz w:val="18"/>
          <w:szCs w:val="18"/>
        </w:rPr>
        <w:t>/</w:t>
      </w:r>
      <w:proofErr w:type="spellStart"/>
      <w:r w:rsidRPr="00D73BDF">
        <w:rPr>
          <w:rFonts w:ascii="Sylfaen" w:hAnsi="Sylfaen" w:cs="Sylfaen"/>
          <w:sz w:val="18"/>
          <w:szCs w:val="18"/>
        </w:rPr>
        <w:t>მომსახურების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შესყიდვის</w:t>
      </w:r>
      <w:proofErr w:type="spellEnd"/>
      <w:r w:rsidR="00E600E3">
        <w:rPr>
          <w:rFonts w:ascii="Sylfaen" w:hAnsi="Sylfaen" w:cs="Sylfaen"/>
          <w:sz w:val="18"/>
          <w:szCs w:val="18"/>
        </w:rPr>
        <w:t xml:space="preserve"> </w:t>
      </w:r>
      <w:proofErr w:type="spellStart"/>
      <w:r w:rsidRPr="00D73BDF">
        <w:rPr>
          <w:rFonts w:ascii="Sylfaen" w:hAnsi="Sylfaen" w:cs="Sylfaen"/>
          <w:sz w:val="18"/>
          <w:szCs w:val="18"/>
        </w:rPr>
        <w:t>ხელშეკრულების</w:t>
      </w:r>
      <w:proofErr w:type="spellEnd"/>
      <w:r w:rsidR="00E600E3">
        <w:rPr>
          <w:rFonts w:ascii="Sylfaen" w:hAnsi="Sylfaen" w:cs="Sylfaen"/>
          <w:sz w:val="18"/>
          <w:szCs w:val="18"/>
        </w:rPr>
        <w:t xml:space="preserve"> </w:t>
      </w:r>
      <w:proofErr w:type="spellStart"/>
      <w:r w:rsidRPr="00D73BDF">
        <w:rPr>
          <w:rFonts w:ascii="Sylfaen" w:hAnsi="Sylfaen" w:cs="Sylfaen"/>
          <w:sz w:val="18"/>
          <w:szCs w:val="18"/>
        </w:rPr>
        <w:t>პირობების</w:t>
      </w:r>
      <w:proofErr w:type="spellEnd"/>
      <w:r w:rsidR="00E600E3">
        <w:rPr>
          <w:rFonts w:ascii="Sylfaen" w:hAnsi="Sylfaen" w:cs="Sylfaen"/>
          <w:sz w:val="18"/>
          <w:szCs w:val="18"/>
        </w:rPr>
        <w:t xml:space="preserve"> </w:t>
      </w:r>
      <w:proofErr w:type="spellStart"/>
      <w:r w:rsidRPr="00D73BDF">
        <w:rPr>
          <w:rFonts w:ascii="Sylfaen" w:hAnsi="Sylfaen" w:cs="Sylfaen"/>
          <w:sz w:val="18"/>
          <w:szCs w:val="18"/>
        </w:rPr>
        <w:t>დარღვევაზე</w:t>
      </w:r>
      <w:proofErr w:type="spellEnd"/>
      <w:r w:rsidRPr="00D73BDF">
        <w:rPr>
          <w:rFonts w:cstheme="majorHAnsi"/>
          <w:sz w:val="18"/>
          <w:szCs w:val="18"/>
        </w:rPr>
        <w:t xml:space="preserve"> </w:t>
      </w:r>
      <w:proofErr w:type="spellStart"/>
      <w:r w:rsidRPr="00D73BDF">
        <w:rPr>
          <w:rFonts w:ascii="Sylfaen" w:hAnsi="Sylfaen" w:cs="Sylfaen"/>
          <w:sz w:val="18"/>
          <w:szCs w:val="18"/>
        </w:rPr>
        <w:t>საჯარიმო</w:t>
      </w:r>
      <w:proofErr w:type="spellEnd"/>
      <w:r w:rsidRPr="00D73BDF">
        <w:rPr>
          <w:rFonts w:cstheme="majorHAnsi"/>
          <w:sz w:val="18"/>
          <w:szCs w:val="18"/>
        </w:rPr>
        <w:t xml:space="preserve"> </w:t>
      </w:r>
      <w:proofErr w:type="spellStart"/>
      <w:r w:rsidRPr="00D73BDF">
        <w:rPr>
          <w:rFonts w:ascii="Sylfaen" w:hAnsi="Sylfaen" w:cs="Sylfaen"/>
          <w:sz w:val="18"/>
          <w:szCs w:val="18"/>
        </w:rPr>
        <w:t>სანქციების</w:t>
      </w:r>
      <w:proofErr w:type="spellEnd"/>
      <w:r w:rsidRPr="00D73BDF">
        <w:rPr>
          <w:rFonts w:cstheme="majorHAnsi"/>
          <w:sz w:val="18"/>
          <w:szCs w:val="18"/>
        </w:rPr>
        <w:t>/</w:t>
      </w:r>
      <w:proofErr w:type="spellStart"/>
      <w:r w:rsidRPr="00D73BDF">
        <w:rPr>
          <w:rFonts w:ascii="Sylfaen" w:hAnsi="Sylfaen" w:cs="Sylfaen"/>
          <w:sz w:val="18"/>
          <w:szCs w:val="18"/>
        </w:rPr>
        <w:t>ზიანის</w:t>
      </w:r>
      <w:proofErr w:type="spellEnd"/>
      <w:r w:rsidRPr="00D73BDF">
        <w:rPr>
          <w:rFonts w:cstheme="majorHAnsi"/>
          <w:sz w:val="18"/>
          <w:szCs w:val="18"/>
        </w:rPr>
        <w:t xml:space="preserve"> </w:t>
      </w:r>
      <w:proofErr w:type="spellStart"/>
      <w:r w:rsidRPr="00D73BDF">
        <w:rPr>
          <w:rFonts w:ascii="Sylfaen" w:hAnsi="Sylfaen" w:cs="Sylfaen"/>
          <w:sz w:val="18"/>
          <w:szCs w:val="18"/>
        </w:rPr>
        <w:t>ანაზღაურების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მოთხოვნის</w:t>
      </w:r>
      <w:proofErr w:type="spellEnd"/>
      <w:r w:rsidRPr="00D73BDF">
        <w:rPr>
          <w:rFonts w:cstheme="majorHAnsi"/>
          <w:sz w:val="18"/>
          <w:szCs w:val="18"/>
        </w:rPr>
        <w:t xml:space="preserve"> </w:t>
      </w:r>
      <w:proofErr w:type="spellStart"/>
      <w:r w:rsidRPr="00D73BDF">
        <w:rPr>
          <w:rFonts w:ascii="Sylfaen" w:hAnsi="Sylfaen" w:cs="Sylfaen"/>
          <w:sz w:val="18"/>
          <w:szCs w:val="18"/>
        </w:rPr>
        <w:t>უფლება</w:t>
      </w:r>
      <w:proofErr w:type="spellEnd"/>
      <w:r w:rsidRPr="00D73BDF">
        <w:rPr>
          <w:rFonts w:cstheme="majorHAnsi"/>
          <w:sz w:val="18"/>
          <w:szCs w:val="18"/>
        </w:rPr>
        <w:t xml:space="preserve"> </w:t>
      </w:r>
      <w:proofErr w:type="spellStart"/>
      <w:r w:rsidRPr="00D73BDF">
        <w:rPr>
          <w:rFonts w:ascii="Sylfaen" w:hAnsi="Sylfaen" w:cs="Sylfaen"/>
          <w:sz w:val="18"/>
          <w:szCs w:val="18"/>
        </w:rPr>
        <w:t>გააჩნია</w:t>
      </w:r>
      <w:proofErr w:type="spellEnd"/>
      <w:r w:rsidRPr="00D73BDF">
        <w:rPr>
          <w:rFonts w:cstheme="majorHAnsi"/>
          <w:sz w:val="18"/>
          <w:szCs w:val="18"/>
        </w:rPr>
        <w:t xml:space="preserve"> </w:t>
      </w:r>
      <w:proofErr w:type="spellStart"/>
      <w:r w:rsidRPr="00D73BDF">
        <w:rPr>
          <w:rFonts w:ascii="Sylfaen" w:hAnsi="Sylfaen" w:cs="Sylfaen"/>
          <w:sz w:val="18"/>
          <w:szCs w:val="18"/>
        </w:rPr>
        <w:t>დამკვეთს</w:t>
      </w:r>
      <w:proofErr w:type="spellEnd"/>
      <w:r w:rsidRPr="00D73BDF">
        <w:rPr>
          <w:rFonts w:cstheme="majorHAnsi"/>
          <w:sz w:val="18"/>
          <w:szCs w:val="18"/>
        </w:rPr>
        <w:t xml:space="preserve"> </w:t>
      </w:r>
      <w:proofErr w:type="spellStart"/>
      <w:r w:rsidRPr="00D73BDF">
        <w:rPr>
          <w:rFonts w:ascii="Sylfaen" w:hAnsi="Sylfaen" w:cs="Sylfaen"/>
          <w:sz w:val="18"/>
          <w:szCs w:val="18"/>
        </w:rPr>
        <w:t>და</w:t>
      </w:r>
      <w:proofErr w:type="spellEnd"/>
      <w:r w:rsidRPr="00D73BDF">
        <w:rPr>
          <w:rFonts w:cstheme="majorHAnsi"/>
          <w:sz w:val="18"/>
          <w:szCs w:val="18"/>
        </w:rPr>
        <w:t xml:space="preserve"> </w:t>
      </w:r>
      <w:proofErr w:type="spellStart"/>
      <w:r w:rsidRPr="00D73BDF">
        <w:rPr>
          <w:rFonts w:ascii="Sylfaen" w:hAnsi="Sylfaen" w:cs="Sylfaen"/>
          <w:sz w:val="18"/>
          <w:szCs w:val="18"/>
        </w:rPr>
        <w:t>იგი</w:t>
      </w:r>
      <w:proofErr w:type="spellEnd"/>
      <w:r w:rsidRPr="00D73BDF">
        <w:rPr>
          <w:rFonts w:cstheme="majorHAnsi"/>
          <w:sz w:val="18"/>
          <w:szCs w:val="18"/>
        </w:rPr>
        <w:t xml:space="preserve"> </w:t>
      </w:r>
      <w:proofErr w:type="spellStart"/>
      <w:r w:rsidRPr="00D73BDF">
        <w:rPr>
          <w:rFonts w:ascii="Sylfaen" w:hAnsi="Sylfaen" w:cs="Sylfaen"/>
          <w:sz w:val="18"/>
          <w:szCs w:val="18"/>
        </w:rPr>
        <w:t>შემსრულებელთან</w:t>
      </w:r>
      <w:proofErr w:type="spellEnd"/>
      <w:r w:rsidRPr="00D73BDF">
        <w:rPr>
          <w:rFonts w:cstheme="majorHAnsi"/>
          <w:sz w:val="18"/>
          <w:szCs w:val="18"/>
        </w:rPr>
        <w:t>/</w:t>
      </w:r>
      <w:proofErr w:type="spellStart"/>
      <w:r w:rsidRPr="00D73BDF">
        <w:rPr>
          <w:rFonts w:ascii="Sylfaen" w:hAnsi="Sylfaen" w:cs="Sylfaen"/>
          <w:sz w:val="18"/>
          <w:szCs w:val="18"/>
        </w:rPr>
        <w:t>მიმწოდებელთან</w:t>
      </w:r>
      <w:proofErr w:type="spellEnd"/>
      <w:r w:rsidRPr="00D73BDF">
        <w:rPr>
          <w:rFonts w:cstheme="majorHAnsi"/>
          <w:sz w:val="18"/>
          <w:szCs w:val="18"/>
        </w:rPr>
        <w:t xml:space="preserve"> </w:t>
      </w:r>
      <w:proofErr w:type="spellStart"/>
      <w:r w:rsidRPr="00D73BDF">
        <w:rPr>
          <w:rFonts w:ascii="Sylfaen" w:hAnsi="Sylfaen" w:cs="Sylfaen"/>
          <w:sz w:val="18"/>
          <w:szCs w:val="18"/>
        </w:rPr>
        <w:t>რაიმე</w:t>
      </w:r>
      <w:proofErr w:type="spellEnd"/>
      <w:r w:rsidRPr="00D73BDF">
        <w:rPr>
          <w:rFonts w:cstheme="majorHAnsi"/>
          <w:sz w:val="18"/>
          <w:szCs w:val="18"/>
        </w:rPr>
        <w:t xml:space="preserve"> </w:t>
      </w:r>
      <w:proofErr w:type="spellStart"/>
      <w:r w:rsidRPr="00D73BDF">
        <w:rPr>
          <w:rFonts w:ascii="Sylfaen" w:hAnsi="Sylfaen" w:cs="Sylfaen"/>
          <w:sz w:val="18"/>
          <w:szCs w:val="18"/>
        </w:rPr>
        <w:t>დამატებითი</w:t>
      </w:r>
      <w:proofErr w:type="spellEnd"/>
      <w:r w:rsidRPr="00D73BDF">
        <w:rPr>
          <w:rFonts w:cstheme="majorHAnsi"/>
          <w:sz w:val="18"/>
          <w:szCs w:val="18"/>
        </w:rPr>
        <w:t xml:space="preserve"> </w:t>
      </w:r>
      <w:proofErr w:type="spellStart"/>
      <w:r w:rsidRPr="00D73BDF">
        <w:rPr>
          <w:rFonts w:ascii="Sylfaen" w:hAnsi="Sylfaen" w:cs="Sylfaen"/>
          <w:sz w:val="18"/>
          <w:szCs w:val="18"/>
        </w:rPr>
        <w:t>შეთანხმების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გარეშე</w:t>
      </w:r>
      <w:proofErr w:type="spellEnd"/>
      <w:r w:rsidRPr="00D73BDF">
        <w:rPr>
          <w:rFonts w:cstheme="majorHAnsi"/>
          <w:sz w:val="18"/>
          <w:szCs w:val="18"/>
        </w:rPr>
        <w:t xml:space="preserve">, </w:t>
      </w:r>
      <w:proofErr w:type="spellStart"/>
      <w:r w:rsidRPr="00D73BDF">
        <w:rPr>
          <w:rFonts w:ascii="Sylfaen" w:hAnsi="Sylfaen" w:cs="Sylfaen"/>
          <w:sz w:val="18"/>
          <w:szCs w:val="18"/>
        </w:rPr>
        <w:t>აღნიშნული</w:t>
      </w:r>
      <w:proofErr w:type="spellEnd"/>
      <w:r w:rsidRPr="00D73BDF">
        <w:rPr>
          <w:rFonts w:cstheme="majorHAnsi"/>
          <w:sz w:val="18"/>
          <w:szCs w:val="18"/>
        </w:rPr>
        <w:t xml:space="preserve">   </w:t>
      </w:r>
      <w:proofErr w:type="spellStart"/>
      <w:r w:rsidRPr="00D73BDF">
        <w:rPr>
          <w:rFonts w:ascii="Sylfaen" w:hAnsi="Sylfaen" w:cs="Sylfaen"/>
          <w:sz w:val="18"/>
          <w:szCs w:val="18"/>
        </w:rPr>
        <w:t>აქტივის</w:t>
      </w:r>
      <w:proofErr w:type="spellEnd"/>
      <w:r w:rsidRPr="00D73BDF">
        <w:rPr>
          <w:rFonts w:cstheme="majorHAnsi"/>
          <w:sz w:val="18"/>
          <w:szCs w:val="18"/>
        </w:rPr>
        <w:t>/</w:t>
      </w:r>
      <w:proofErr w:type="spellStart"/>
      <w:r w:rsidRPr="00D73BDF">
        <w:rPr>
          <w:rFonts w:ascii="Sylfaen" w:hAnsi="Sylfaen" w:cs="Sylfaen"/>
          <w:sz w:val="18"/>
          <w:szCs w:val="18"/>
        </w:rPr>
        <w:t>მომსახურების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შესყიდვის</w:t>
      </w:r>
      <w:proofErr w:type="spellEnd"/>
      <w:r w:rsidRPr="00D73BDF">
        <w:rPr>
          <w:rFonts w:cstheme="majorHAnsi"/>
          <w:sz w:val="18"/>
          <w:szCs w:val="18"/>
        </w:rPr>
        <w:t xml:space="preserve"> </w:t>
      </w:r>
      <w:proofErr w:type="spellStart"/>
      <w:r w:rsidRPr="00D73BDF">
        <w:rPr>
          <w:rFonts w:ascii="Sylfaen" w:hAnsi="Sylfaen" w:cs="Sylfaen"/>
          <w:sz w:val="18"/>
          <w:szCs w:val="18"/>
        </w:rPr>
        <w:t>ხელშეკრულების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ძალით</w:t>
      </w:r>
      <w:proofErr w:type="spellEnd"/>
      <w:r w:rsidRPr="00D73BDF">
        <w:rPr>
          <w:rFonts w:cstheme="majorHAnsi"/>
          <w:sz w:val="18"/>
          <w:szCs w:val="18"/>
        </w:rPr>
        <w:t>, </w:t>
      </w:r>
      <w:proofErr w:type="spellStart"/>
      <w:r w:rsidRPr="00D73BDF">
        <w:rPr>
          <w:rFonts w:ascii="Sylfaen" w:hAnsi="Sylfaen" w:cs="Sylfaen"/>
          <w:sz w:val="18"/>
          <w:szCs w:val="18"/>
        </w:rPr>
        <w:t>უფლებამოსილია</w:t>
      </w:r>
      <w:proofErr w:type="spellEnd"/>
      <w:r w:rsidR="00477268">
        <w:rPr>
          <w:rFonts w:ascii="Sylfaen" w:hAnsi="Sylfaen" w:cs="Sylfaen"/>
          <w:sz w:val="18"/>
          <w:szCs w:val="18"/>
        </w:rPr>
        <w:t xml:space="preserve"> </w:t>
      </w:r>
      <w:proofErr w:type="spellStart"/>
      <w:r w:rsidRPr="00D73BDF">
        <w:rPr>
          <w:rFonts w:ascii="Sylfaen" w:hAnsi="Sylfaen" w:cs="Sylfaen"/>
          <w:sz w:val="18"/>
          <w:szCs w:val="18"/>
        </w:rPr>
        <w:t>მოითხოვოს</w:t>
      </w:r>
      <w:proofErr w:type="spellEnd"/>
      <w:r w:rsidR="00E600E3">
        <w:rPr>
          <w:rFonts w:ascii="Sylfaen" w:hAnsi="Sylfaen" w:cs="Sylfaen"/>
          <w:sz w:val="18"/>
          <w:szCs w:val="18"/>
        </w:rPr>
        <w:t xml:space="preserve"> </w:t>
      </w:r>
      <w:proofErr w:type="spellStart"/>
      <w:r w:rsidRPr="00D73BDF">
        <w:rPr>
          <w:rFonts w:ascii="Sylfaen" w:hAnsi="Sylfaen" w:cs="Sylfaen"/>
          <w:sz w:val="18"/>
          <w:szCs w:val="18"/>
        </w:rPr>
        <w:t>მიმწოდებლისგან</w:t>
      </w:r>
      <w:proofErr w:type="spellEnd"/>
      <w:r w:rsidR="00E600E3">
        <w:rPr>
          <w:rFonts w:ascii="Sylfaen" w:hAnsi="Sylfaen" w:cs="Sylfaen"/>
          <w:sz w:val="18"/>
          <w:szCs w:val="18"/>
        </w:rPr>
        <w:t xml:space="preserve"> </w:t>
      </w:r>
      <w:proofErr w:type="spellStart"/>
      <w:r w:rsidRPr="00D73BDF">
        <w:rPr>
          <w:rFonts w:ascii="Sylfaen" w:hAnsi="Sylfaen" w:cs="Sylfaen"/>
          <w:sz w:val="18"/>
          <w:szCs w:val="18"/>
        </w:rPr>
        <w:t>ჯარიმის</w:t>
      </w:r>
      <w:proofErr w:type="spellEnd"/>
      <w:r w:rsidRPr="00D73BDF">
        <w:rPr>
          <w:rFonts w:cstheme="majorHAnsi"/>
          <w:sz w:val="18"/>
          <w:szCs w:val="18"/>
        </w:rPr>
        <w:t>/</w:t>
      </w:r>
      <w:proofErr w:type="spellStart"/>
      <w:r w:rsidRPr="00D73BDF">
        <w:rPr>
          <w:rFonts w:ascii="Sylfaen" w:hAnsi="Sylfaen" w:cs="Sylfaen"/>
          <w:sz w:val="18"/>
          <w:szCs w:val="18"/>
        </w:rPr>
        <w:t>პირგასამტეხლოს</w:t>
      </w:r>
      <w:proofErr w:type="spellEnd"/>
      <w:r w:rsidRPr="00D73BDF">
        <w:rPr>
          <w:rFonts w:cstheme="majorHAnsi"/>
          <w:sz w:val="18"/>
          <w:szCs w:val="18"/>
        </w:rPr>
        <w:t xml:space="preserve"> </w:t>
      </w:r>
      <w:proofErr w:type="spellStart"/>
      <w:r w:rsidRPr="00D73BDF">
        <w:rPr>
          <w:rFonts w:ascii="Sylfaen" w:hAnsi="Sylfaen" w:cs="Sylfaen"/>
          <w:sz w:val="18"/>
          <w:szCs w:val="18"/>
        </w:rPr>
        <w:t>თანხის</w:t>
      </w:r>
      <w:proofErr w:type="spellEnd"/>
      <w:r w:rsidRPr="00D73BDF">
        <w:rPr>
          <w:rFonts w:cstheme="majorHAnsi"/>
          <w:sz w:val="18"/>
          <w:szCs w:val="18"/>
        </w:rPr>
        <w:t xml:space="preserve"> </w:t>
      </w:r>
      <w:proofErr w:type="spellStart"/>
      <w:r w:rsidRPr="00D73BDF">
        <w:rPr>
          <w:rFonts w:ascii="Sylfaen" w:hAnsi="Sylfaen" w:cs="Sylfaen"/>
          <w:sz w:val="18"/>
          <w:szCs w:val="18"/>
        </w:rPr>
        <w:t>უშუალოდ</w:t>
      </w:r>
      <w:proofErr w:type="spellEnd"/>
      <w:r w:rsidRPr="00D73BDF">
        <w:rPr>
          <w:rFonts w:cstheme="majorHAnsi"/>
          <w:sz w:val="18"/>
          <w:szCs w:val="18"/>
        </w:rPr>
        <w:t xml:space="preserve"> </w:t>
      </w:r>
      <w:proofErr w:type="spellStart"/>
      <w:r w:rsidRPr="00D73BDF">
        <w:rPr>
          <w:rFonts w:ascii="Sylfaen" w:hAnsi="Sylfaen" w:cs="Sylfaen"/>
          <w:sz w:val="18"/>
          <w:szCs w:val="18"/>
        </w:rPr>
        <w:t>მისთვის</w:t>
      </w:r>
      <w:proofErr w:type="spellEnd"/>
      <w:r w:rsidRPr="00D73BDF">
        <w:rPr>
          <w:rFonts w:cstheme="majorHAnsi"/>
          <w:sz w:val="18"/>
          <w:szCs w:val="18"/>
        </w:rPr>
        <w:t xml:space="preserve"> (</w:t>
      </w:r>
      <w:proofErr w:type="spellStart"/>
      <w:r w:rsidRPr="00D73BDF">
        <w:rPr>
          <w:rFonts w:ascii="Sylfaen" w:hAnsi="Sylfaen" w:cs="Sylfaen"/>
          <w:sz w:val="18"/>
          <w:szCs w:val="18"/>
        </w:rPr>
        <w:t>დამკვეთისათვის</w:t>
      </w:r>
      <w:proofErr w:type="spellEnd"/>
      <w:r w:rsidRPr="00D73BDF">
        <w:rPr>
          <w:rFonts w:cstheme="majorHAnsi"/>
          <w:sz w:val="18"/>
          <w:szCs w:val="18"/>
        </w:rPr>
        <w:t xml:space="preserve">) </w:t>
      </w:r>
      <w:proofErr w:type="spellStart"/>
      <w:r w:rsidRPr="00D73BDF">
        <w:rPr>
          <w:rFonts w:ascii="Sylfaen" w:hAnsi="Sylfaen" w:cs="Sylfaen"/>
          <w:sz w:val="18"/>
          <w:szCs w:val="18"/>
        </w:rPr>
        <w:t>გადახდა</w:t>
      </w:r>
      <w:proofErr w:type="spellEnd"/>
      <w:r w:rsidRPr="00D73BDF">
        <w:rPr>
          <w:rFonts w:cstheme="majorHAnsi"/>
          <w:sz w:val="18"/>
          <w:szCs w:val="18"/>
        </w:rPr>
        <w:t>;</w:t>
      </w:r>
    </w:p>
    <w:p w14:paraId="49CE91B4" w14:textId="5580A9A7" w:rsidR="00477268" w:rsidRDefault="00521466" w:rsidP="00521466">
      <w:pPr>
        <w:rPr>
          <w:rFonts w:cstheme="majorHAnsi"/>
          <w:sz w:val="18"/>
          <w:szCs w:val="18"/>
        </w:rPr>
      </w:pPr>
      <w:r w:rsidRPr="00D73BDF">
        <w:rPr>
          <w:rFonts w:ascii="Sylfaen" w:hAnsi="Sylfaen" w:cs="Sylfaen"/>
          <w:sz w:val="18"/>
          <w:szCs w:val="18"/>
        </w:rPr>
        <w:t>გ</w:t>
      </w:r>
      <w:r w:rsidRPr="00D73BDF">
        <w:rPr>
          <w:rFonts w:cstheme="majorHAnsi"/>
          <w:sz w:val="18"/>
          <w:szCs w:val="18"/>
        </w:rPr>
        <w:t xml:space="preserve">) </w:t>
      </w:r>
      <w:proofErr w:type="spellStart"/>
      <w:r w:rsidR="00FF24B9">
        <w:rPr>
          <w:rFonts w:ascii="Sylfaen" w:hAnsi="Sylfaen" w:cs="Sylfaen"/>
          <w:sz w:val="18"/>
          <w:szCs w:val="18"/>
        </w:rPr>
        <w:t>მენარდე</w:t>
      </w:r>
      <w:proofErr w:type="spellEnd"/>
      <w:r w:rsidR="00FF24B9">
        <w:rPr>
          <w:rFonts w:ascii="Sylfaen" w:hAnsi="Sylfaen" w:cs="Sylfaen"/>
          <w:sz w:val="18"/>
          <w:szCs w:val="18"/>
        </w:rPr>
        <w:t xml:space="preserve"> </w:t>
      </w:r>
      <w:proofErr w:type="spellStart"/>
      <w:r w:rsidRPr="00D73BDF">
        <w:rPr>
          <w:rFonts w:ascii="Sylfaen" w:hAnsi="Sylfaen" w:cs="Sylfaen"/>
          <w:sz w:val="18"/>
          <w:szCs w:val="18"/>
        </w:rPr>
        <w:t>პასუხისმგებელი</w:t>
      </w:r>
      <w:proofErr w:type="spellEnd"/>
      <w:r w:rsidRPr="00D73BDF">
        <w:rPr>
          <w:rFonts w:cstheme="majorHAnsi"/>
          <w:sz w:val="18"/>
          <w:szCs w:val="18"/>
        </w:rPr>
        <w:t xml:space="preserve"> </w:t>
      </w:r>
      <w:proofErr w:type="spellStart"/>
      <w:r w:rsidRPr="00D73BDF">
        <w:rPr>
          <w:rFonts w:ascii="Sylfaen" w:hAnsi="Sylfaen" w:cs="Sylfaen"/>
          <w:sz w:val="18"/>
          <w:szCs w:val="18"/>
        </w:rPr>
        <w:t>იქნება</w:t>
      </w:r>
      <w:proofErr w:type="spellEnd"/>
      <w:r w:rsidRPr="00D73BDF">
        <w:rPr>
          <w:rFonts w:cstheme="majorHAnsi"/>
          <w:sz w:val="18"/>
          <w:szCs w:val="18"/>
        </w:rPr>
        <w:t xml:space="preserve"> </w:t>
      </w:r>
      <w:proofErr w:type="spellStart"/>
      <w:r w:rsidRPr="00D73BDF">
        <w:rPr>
          <w:rFonts w:ascii="Sylfaen" w:hAnsi="Sylfaen" w:cs="Sylfaen"/>
          <w:sz w:val="18"/>
          <w:szCs w:val="18"/>
        </w:rPr>
        <w:t>ლოჯისტიკაზე</w:t>
      </w:r>
      <w:proofErr w:type="spellEnd"/>
      <w:r w:rsidRPr="00D73BDF">
        <w:rPr>
          <w:rFonts w:cstheme="majorHAnsi"/>
          <w:sz w:val="18"/>
          <w:szCs w:val="18"/>
        </w:rPr>
        <w:t xml:space="preserve">, </w:t>
      </w:r>
      <w:proofErr w:type="spellStart"/>
      <w:r w:rsidRPr="00D73BDF">
        <w:rPr>
          <w:rFonts w:ascii="Sylfaen" w:hAnsi="Sylfaen" w:cs="Sylfaen"/>
          <w:sz w:val="18"/>
          <w:szCs w:val="18"/>
        </w:rPr>
        <w:t>აგრეთვე</w:t>
      </w:r>
      <w:proofErr w:type="spellEnd"/>
      <w:r w:rsidRPr="00D73BDF">
        <w:rPr>
          <w:rFonts w:cstheme="majorHAnsi"/>
          <w:sz w:val="18"/>
          <w:szCs w:val="18"/>
        </w:rPr>
        <w:t xml:space="preserve"> </w:t>
      </w:r>
      <w:proofErr w:type="spellStart"/>
      <w:r w:rsidRPr="00D73BDF">
        <w:rPr>
          <w:rFonts w:ascii="Sylfaen" w:hAnsi="Sylfaen" w:cs="Sylfaen"/>
          <w:sz w:val="18"/>
          <w:szCs w:val="18"/>
        </w:rPr>
        <w:t>ობიექტისა</w:t>
      </w:r>
      <w:proofErr w:type="spellEnd"/>
      <w:r w:rsidRPr="00D73BDF">
        <w:rPr>
          <w:rFonts w:cstheme="majorHAnsi"/>
          <w:sz w:val="18"/>
          <w:szCs w:val="18"/>
        </w:rPr>
        <w:t xml:space="preserve"> </w:t>
      </w:r>
      <w:proofErr w:type="spellStart"/>
      <w:r w:rsidRPr="00D73BDF">
        <w:rPr>
          <w:rFonts w:ascii="Sylfaen" w:hAnsi="Sylfaen" w:cs="Sylfaen"/>
          <w:sz w:val="18"/>
          <w:szCs w:val="18"/>
        </w:rPr>
        <w:t>და</w:t>
      </w:r>
      <w:proofErr w:type="spellEnd"/>
      <w:r w:rsidRPr="00D73BDF">
        <w:rPr>
          <w:rFonts w:cstheme="majorHAnsi"/>
          <w:sz w:val="18"/>
          <w:szCs w:val="18"/>
        </w:rPr>
        <w:t xml:space="preserve"> </w:t>
      </w:r>
      <w:proofErr w:type="spellStart"/>
      <w:r w:rsidRPr="00D73BDF">
        <w:rPr>
          <w:rFonts w:ascii="Sylfaen" w:hAnsi="Sylfaen" w:cs="Sylfaen"/>
          <w:sz w:val="18"/>
          <w:szCs w:val="18"/>
        </w:rPr>
        <w:t>მიმწოდებლის</w:t>
      </w:r>
      <w:proofErr w:type="spellEnd"/>
      <w:r w:rsidRPr="00D73BDF">
        <w:rPr>
          <w:rFonts w:cstheme="majorHAnsi"/>
          <w:sz w:val="18"/>
          <w:szCs w:val="18"/>
        </w:rPr>
        <w:t xml:space="preserve"> </w:t>
      </w:r>
      <w:proofErr w:type="spellStart"/>
      <w:r w:rsidRPr="00D73BDF">
        <w:rPr>
          <w:rFonts w:ascii="Sylfaen" w:hAnsi="Sylfaen" w:cs="Sylfaen"/>
          <w:sz w:val="18"/>
          <w:szCs w:val="18"/>
        </w:rPr>
        <w:t>მიერ</w:t>
      </w:r>
      <w:proofErr w:type="spellEnd"/>
      <w:r w:rsidRPr="00D73BDF">
        <w:rPr>
          <w:rFonts w:cstheme="majorHAnsi"/>
          <w:sz w:val="18"/>
          <w:szCs w:val="18"/>
        </w:rPr>
        <w:t xml:space="preserve"> </w:t>
      </w:r>
      <w:proofErr w:type="spellStart"/>
      <w:r w:rsidRPr="00D73BDF">
        <w:rPr>
          <w:rFonts w:ascii="Sylfaen" w:hAnsi="Sylfaen" w:cs="Sylfaen"/>
          <w:sz w:val="18"/>
          <w:szCs w:val="18"/>
        </w:rPr>
        <w:t>ობიექტზე</w:t>
      </w:r>
      <w:proofErr w:type="spellEnd"/>
      <w:r w:rsidRPr="00D73BDF">
        <w:rPr>
          <w:rFonts w:cstheme="majorHAnsi"/>
          <w:sz w:val="18"/>
          <w:szCs w:val="18"/>
        </w:rPr>
        <w:t xml:space="preserve"> </w:t>
      </w:r>
      <w:proofErr w:type="spellStart"/>
      <w:r w:rsidRPr="00D73BDF">
        <w:rPr>
          <w:rFonts w:ascii="Sylfaen" w:hAnsi="Sylfaen" w:cs="Sylfaen"/>
          <w:sz w:val="18"/>
          <w:szCs w:val="18"/>
        </w:rPr>
        <w:t>მიწოდებული</w:t>
      </w:r>
      <w:proofErr w:type="spellEnd"/>
      <w:r w:rsidRPr="00D73BDF">
        <w:rPr>
          <w:rFonts w:cstheme="majorHAnsi"/>
          <w:sz w:val="18"/>
          <w:szCs w:val="18"/>
        </w:rPr>
        <w:t>/</w:t>
      </w:r>
      <w:proofErr w:type="spellStart"/>
      <w:r w:rsidRPr="00D73BDF">
        <w:rPr>
          <w:rFonts w:ascii="Sylfaen" w:hAnsi="Sylfaen" w:cs="Sylfaen"/>
          <w:sz w:val="18"/>
          <w:szCs w:val="18"/>
        </w:rPr>
        <w:t>დასაწყობებული</w:t>
      </w:r>
      <w:proofErr w:type="spellEnd"/>
      <w:r w:rsidRPr="00D73BDF">
        <w:rPr>
          <w:rFonts w:cstheme="majorHAnsi"/>
          <w:sz w:val="18"/>
          <w:szCs w:val="18"/>
        </w:rPr>
        <w:t xml:space="preserve"> </w:t>
      </w:r>
      <w:proofErr w:type="spellStart"/>
      <w:r w:rsidRPr="00D73BDF">
        <w:rPr>
          <w:rFonts w:ascii="Sylfaen" w:hAnsi="Sylfaen" w:cs="Sylfaen"/>
          <w:sz w:val="18"/>
          <w:szCs w:val="18"/>
        </w:rPr>
        <w:t>აქტივის</w:t>
      </w:r>
      <w:proofErr w:type="spellEnd"/>
      <w:r w:rsidRPr="00D73BDF">
        <w:rPr>
          <w:rFonts w:cstheme="majorHAnsi"/>
          <w:sz w:val="18"/>
          <w:szCs w:val="18"/>
        </w:rPr>
        <w:t>/</w:t>
      </w:r>
      <w:proofErr w:type="spellStart"/>
      <w:r w:rsidRPr="00D73BDF">
        <w:rPr>
          <w:rFonts w:ascii="Sylfaen" w:hAnsi="Sylfaen" w:cs="Sylfaen"/>
          <w:sz w:val="18"/>
          <w:szCs w:val="18"/>
        </w:rPr>
        <w:t>მომსახურების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დაცვაზე</w:t>
      </w:r>
      <w:proofErr w:type="spellEnd"/>
      <w:r w:rsidRPr="00D73BDF">
        <w:rPr>
          <w:rFonts w:cstheme="majorHAnsi"/>
          <w:sz w:val="18"/>
          <w:szCs w:val="18"/>
        </w:rPr>
        <w:t xml:space="preserve"> </w:t>
      </w:r>
      <w:proofErr w:type="spellStart"/>
      <w:r w:rsidRPr="00D73BDF">
        <w:rPr>
          <w:rFonts w:ascii="Sylfaen" w:hAnsi="Sylfaen" w:cs="Sylfaen"/>
          <w:sz w:val="18"/>
          <w:szCs w:val="18"/>
        </w:rPr>
        <w:t>და</w:t>
      </w:r>
      <w:proofErr w:type="spellEnd"/>
      <w:r w:rsidRPr="00D73BDF">
        <w:rPr>
          <w:rFonts w:cstheme="majorHAnsi"/>
          <w:sz w:val="18"/>
          <w:szCs w:val="18"/>
        </w:rPr>
        <w:t xml:space="preserve"> </w:t>
      </w:r>
      <w:proofErr w:type="spellStart"/>
      <w:r w:rsidRPr="00D73BDF">
        <w:rPr>
          <w:rFonts w:ascii="Sylfaen" w:hAnsi="Sylfaen" w:cs="Sylfaen"/>
          <w:sz w:val="18"/>
          <w:szCs w:val="18"/>
        </w:rPr>
        <w:t>აღნიშნულისათვის</w:t>
      </w:r>
      <w:proofErr w:type="spellEnd"/>
      <w:r w:rsidRPr="00D73BDF">
        <w:rPr>
          <w:rFonts w:cstheme="majorHAnsi"/>
          <w:sz w:val="18"/>
          <w:szCs w:val="18"/>
        </w:rPr>
        <w:t xml:space="preserve"> </w:t>
      </w:r>
      <w:proofErr w:type="spellStart"/>
      <w:r w:rsidRPr="00D73BDF">
        <w:rPr>
          <w:rFonts w:ascii="Sylfaen" w:hAnsi="Sylfaen" w:cs="Sylfaen"/>
          <w:sz w:val="18"/>
          <w:szCs w:val="18"/>
        </w:rPr>
        <w:t>იგი</w:t>
      </w:r>
      <w:proofErr w:type="spellEnd"/>
      <w:r w:rsidRPr="00D73BDF">
        <w:rPr>
          <w:rFonts w:cstheme="majorHAnsi"/>
          <w:sz w:val="18"/>
          <w:szCs w:val="18"/>
        </w:rPr>
        <w:t xml:space="preserve"> </w:t>
      </w:r>
      <w:proofErr w:type="spellStart"/>
      <w:r w:rsidRPr="00D73BDF">
        <w:rPr>
          <w:rFonts w:ascii="Sylfaen" w:hAnsi="Sylfaen" w:cs="Sylfaen"/>
          <w:sz w:val="18"/>
          <w:szCs w:val="18"/>
        </w:rPr>
        <w:t>ანაზღაურების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სახით</w:t>
      </w:r>
      <w:proofErr w:type="spellEnd"/>
      <w:r w:rsidRPr="00D73BDF">
        <w:rPr>
          <w:rFonts w:cstheme="majorHAnsi"/>
          <w:sz w:val="18"/>
          <w:szCs w:val="18"/>
        </w:rPr>
        <w:t xml:space="preserve"> </w:t>
      </w:r>
      <w:proofErr w:type="spellStart"/>
      <w:r w:rsidRPr="00D73BDF">
        <w:rPr>
          <w:rFonts w:ascii="Sylfaen" w:hAnsi="Sylfaen" w:cs="Sylfaen"/>
          <w:sz w:val="18"/>
          <w:szCs w:val="18"/>
        </w:rPr>
        <w:t>მიიღებს</w:t>
      </w:r>
      <w:proofErr w:type="spellEnd"/>
      <w:r w:rsidRPr="00D73BDF">
        <w:rPr>
          <w:rFonts w:cstheme="majorHAnsi"/>
          <w:sz w:val="18"/>
          <w:szCs w:val="18"/>
        </w:rPr>
        <w:t xml:space="preserve"> </w:t>
      </w:r>
      <w:proofErr w:type="spellStart"/>
      <w:r w:rsidRPr="00D73BDF">
        <w:rPr>
          <w:rFonts w:ascii="Sylfaen" w:hAnsi="Sylfaen" w:cs="Sylfaen"/>
          <w:sz w:val="18"/>
          <w:szCs w:val="18"/>
        </w:rPr>
        <w:t>დამკვეთისაგან</w:t>
      </w:r>
      <w:proofErr w:type="spellEnd"/>
      <w:r w:rsidR="00477268">
        <w:rPr>
          <w:rFonts w:ascii="Sylfaen" w:hAnsi="Sylfaen" w:cs="Sylfaen"/>
          <w:sz w:val="18"/>
          <w:szCs w:val="18"/>
        </w:rPr>
        <w:t xml:space="preserve"> </w:t>
      </w:r>
      <w:proofErr w:type="spellStart"/>
      <w:r w:rsidRPr="00D73BDF">
        <w:rPr>
          <w:rFonts w:ascii="Sylfaen" w:hAnsi="Sylfaen" w:cs="Sylfaen"/>
          <w:sz w:val="18"/>
          <w:szCs w:val="18"/>
        </w:rPr>
        <w:t>ამ</w:t>
      </w:r>
      <w:proofErr w:type="spellEnd"/>
      <w:r w:rsidRPr="00D73BDF">
        <w:rPr>
          <w:rFonts w:cstheme="majorHAnsi"/>
          <w:sz w:val="18"/>
          <w:szCs w:val="18"/>
        </w:rPr>
        <w:t xml:space="preserve"> </w:t>
      </w:r>
      <w:proofErr w:type="spellStart"/>
      <w:r w:rsidRPr="00D73BDF">
        <w:rPr>
          <w:rFonts w:ascii="Sylfaen" w:hAnsi="Sylfaen" w:cs="Sylfaen"/>
          <w:sz w:val="18"/>
          <w:szCs w:val="18"/>
        </w:rPr>
        <w:t>მუხლით</w:t>
      </w:r>
      <w:proofErr w:type="spellEnd"/>
      <w:r w:rsidRPr="00D73BDF">
        <w:rPr>
          <w:rFonts w:cstheme="majorHAnsi"/>
          <w:sz w:val="18"/>
          <w:szCs w:val="18"/>
        </w:rPr>
        <w:t xml:space="preserve"> </w:t>
      </w:r>
      <w:proofErr w:type="spellStart"/>
      <w:r w:rsidRPr="00D73BDF">
        <w:rPr>
          <w:rFonts w:ascii="Sylfaen" w:hAnsi="Sylfaen" w:cs="Sylfaen"/>
          <w:sz w:val="18"/>
          <w:szCs w:val="18"/>
        </w:rPr>
        <w:t>გათვალისწინებული</w:t>
      </w:r>
      <w:proofErr w:type="spellEnd"/>
      <w:r w:rsidRPr="00D73BDF">
        <w:rPr>
          <w:rFonts w:cstheme="majorHAnsi"/>
          <w:sz w:val="18"/>
          <w:szCs w:val="18"/>
        </w:rPr>
        <w:t xml:space="preserve"> </w:t>
      </w:r>
      <w:proofErr w:type="spellStart"/>
      <w:r w:rsidRPr="00D73BDF">
        <w:rPr>
          <w:rFonts w:ascii="Sylfaen" w:hAnsi="Sylfaen" w:cs="Sylfaen"/>
          <w:sz w:val="18"/>
          <w:szCs w:val="18"/>
        </w:rPr>
        <w:t>აქტივის</w:t>
      </w:r>
      <w:proofErr w:type="spellEnd"/>
      <w:r w:rsidRPr="00D73BDF">
        <w:rPr>
          <w:rFonts w:cstheme="majorHAnsi"/>
          <w:sz w:val="18"/>
          <w:szCs w:val="18"/>
        </w:rPr>
        <w:t>/</w:t>
      </w:r>
      <w:proofErr w:type="spellStart"/>
      <w:r w:rsidRPr="00D73BDF">
        <w:rPr>
          <w:rFonts w:ascii="Sylfaen" w:hAnsi="Sylfaen" w:cs="Sylfaen"/>
          <w:sz w:val="18"/>
          <w:szCs w:val="18"/>
        </w:rPr>
        <w:t>მომსახურების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შესყიდვის</w:t>
      </w:r>
      <w:proofErr w:type="spellEnd"/>
      <w:r w:rsidRPr="00D73BDF">
        <w:rPr>
          <w:rFonts w:cstheme="majorHAnsi"/>
          <w:sz w:val="18"/>
          <w:szCs w:val="18"/>
        </w:rPr>
        <w:t xml:space="preserve"> </w:t>
      </w:r>
      <w:proofErr w:type="spellStart"/>
      <w:r w:rsidRPr="00D73BDF">
        <w:rPr>
          <w:rFonts w:ascii="Sylfaen" w:hAnsi="Sylfaen" w:cs="Sylfaen"/>
          <w:sz w:val="18"/>
          <w:szCs w:val="18"/>
        </w:rPr>
        <w:t>ხელშეკრულებით</w:t>
      </w:r>
      <w:proofErr w:type="spellEnd"/>
      <w:r w:rsidRPr="00D73BDF">
        <w:rPr>
          <w:rFonts w:cstheme="majorHAnsi"/>
          <w:sz w:val="18"/>
          <w:szCs w:val="18"/>
        </w:rPr>
        <w:t xml:space="preserve"> </w:t>
      </w:r>
      <w:proofErr w:type="spellStart"/>
      <w:r w:rsidRPr="00D73BDF">
        <w:rPr>
          <w:rFonts w:ascii="Sylfaen" w:hAnsi="Sylfaen" w:cs="Sylfaen"/>
          <w:sz w:val="18"/>
          <w:szCs w:val="18"/>
        </w:rPr>
        <w:t>გათვალისწინებული</w:t>
      </w:r>
      <w:proofErr w:type="spellEnd"/>
      <w:r w:rsidRPr="00D73BDF">
        <w:rPr>
          <w:rFonts w:cstheme="majorHAnsi"/>
          <w:sz w:val="18"/>
          <w:szCs w:val="18"/>
        </w:rPr>
        <w:t xml:space="preserve"> </w:t>
      </w:r>
      <w:proofErr w:type="spellStart"/>
      <w:r w:rsidRPr="00D73BDF">
        <w:rPr>
          <w:rFonts w:ascii="Sylfaen" w:hAnsi="Sylfaen" w:cs="Sylfaen"/>
          <w:sz w:val="18"/>
          <w:szCs w:val="18"/>
        </w:rPr>
        <w:t>აქტივის</w:t>
      </w:r>
      <w:proofErr w:type="spellEnd"/>
      <w:r w:rsidRPr="00D73BDF">
        <w:rPr>
          <w:rFonts w:cstheme="majorHAnsi"/>
          <w:sz w:val="18"/>
          <w:szCs w:val="18"/>
        </w:rPr>
        <w:t>/</w:t>
      </w:r>
      <w:proofErr w:type="spellStart"/>
      <w:r w:rsidRPr="00D73BDF">
        <w:rPr>
          <w:rFonts w:ascii="Sylfaen" w:hAnsi="Sylfaen" w:cs="Sylfaen"/>
          <w:sz w:val="18"/>
          <w:szCs w:val="18"/>
        </w:rPr>
        <w:t>მომსახურების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ღირებულების</w:t>
      </w:r>
      <w:proofErr w:type="spellEnd"/>
      <w:r w:rsidRPr="00D73BDF">
        <w:rPr>
          <w:rFonts w:cstheme="majorHAnsi"/>
          <w:sz w:val="18"/>
          <w:szCs w:val="18"/>
        </w:rPr>
        <w:t>/</w:t>
      </w:r>
      <w:proofErr w:type="spellStart"/>
      <w:r w:rsidRPr="00D73BDF">
        <w:rPr>
          <w:rFonts w:ascii="Sylfaen" w:hAnsi="Sylfaen" w:cs="Sylfaen"/>
          <w:sz w:val="18"/>
          <w:szCs w:val="18"/>
        </w:rPr>
        <w:t>ფასის</w:t>
      </w:r>
      <w:proofErr w:type="spellEnd"/>
      <w:r w:rsidRPr="00D73BDF">
        <w:rPr>
          <w:rFonts w:cstheme="majorHAnsi"/>
          <w:sz w:val="18"/>
          <w:szCs w:val="18"/>
        </w:rPr>
        <w:t xml:space="preserve"> - 1 (</w:t>
      </w:r>
      <w:proofErr w:type="spellStart"/>
      <w:r w:rsidRPr="00D73BDF">
        <w:rPr>
          <w:rFonts w:ascii="Sylfaen" w:hAnsi="Sylfaen" w:cs="Sylfaen"/>
          <w:sz w:val="18"/>
          <w:szCs w:val="18"/>
        </w:rPr>
        <w:t>ერთი</w:t>
      </w:r>
      <w:proofErr w:type="spellEnd"/>
      <w:r w:rsidRPr="00D73BDF">
        <w:rPr>
          <w:rFonts w:cstheme="majorHAnsi"/>
          <w:sz w:val="18"/>
          <w:szCs w:val="18"/>
        </w:rPr>
        <w:t>) %-</w:t>
      </w:r>
      <w:proofErr w:type="gramStart"/>
      <w:r w:rsidRPr="00D73BDF">
        <w:rPr>
          <w:rFonts w:ascii="Sylfaen" w:hAnsi="Sylfaen" w:cs="Sylfaen"/>
          <w:sz w:val="18"/>
          <w:szCs w:val="18"/>
        </w:rPr>
        <w:t>ს</w:t>
      </w:r>
      <w:r w:rsidRPr="00D73BDF">
        <w:rPr>
          <w:rFonts w:cstheme="majorHAnsi"/>
          <w:sz w:val="18"/>
          <w:szCs w:val="18"/>
        </w:rPr>
        <w:t xml:space="preserve">  </w:t>
      </w:r>
      <w:proofErr w:type="spellStart"/>
      <w:r w:rsidRPr="00D73BDF">
        <w:rPr>
          <w:rFonts w:ascii="Sylfaen" w:hAnsi="Sylfaen" w:cs="Sylfaen"/>
          <w:sz w:val="18"/>
          <w:szCs w:val="18"/>
        </w:rPr>
        <w:t>და</w:t>
      </w:r>
      <w:proofErr w:type="spellEnd"/>
      <w:proofErr w:type="gramEnd"/>
      <w:r w:rsidRPr="00D73BDF">
        <w:rPr>
          <w:rFonts w:cstheme="majorHAnsi"/>
          <w:sz w:val="18"/>
          <w:szCs w:val="18"/>
        </w:rPr>
        <w:t xml:space="preserve"> </w:t>
      </w:r>
      <w:proofErr w:type="spellStart"/>
      <w:r w:rsidRPr="00D73BDF">
        <w:rPr>
          <w:rFonts w:ascii="Sylfaen" w:hAnsi="Sylfaen" w:cs="Sylfaen"/>
          <w:sz w:val="18"/>
          <w:szCs w:val="18"/>
        </w:rPr>
        <w:t>მოგების</w:t>
      </w:r>
      <w:proofErr w:type="spellEnd"/>
      <w:r w:rsidRPr="00D73BDF">
        <w:rPr>
          <w:rFonts w:cstheme="majorHAnsi"/>
          <w:sz w:val="18"/>
          <w:szCs w:val="18"/>
        </w:rPr>
        <w:t xml:space="preserve"> - 1 (</w:t>
      </w:r>
      <w:proofErr w:type="spellStart"/>
      <w:r w:rsidRPr="00D73BDF">
        <w:rPr>
          <w:rFonts w:ascii="Sylfaen" w:hAnsi="Sylfaen" w:cs="Sylfaen"/>
          <w:sz w:val="18"/>
          <w:szCs w:val="18"/>
        </w:rPr>
        <w:t>ერთი</w:t>
      </w:r>
      <w:proofErr w:type="spellEnd"/>
      <w:r w:rsidRPr="00D73BDF">
        <w:rPr>
          <w:rFonts w:cstheme="majorHAnsi"/>
          <w:sz w:val="18"/>
          <w:szCs w:val="18"/>
        </w:rPr>
        <w:t>)%-</w:t>
      </w:r>
      <w:r w:rsidRPr="00D73BDF">
        <w:rPr>
          <w:rFonts w:ascii="Sylfaen" w:hAnsi="Sylfaen" w:cs="Sylfaen"/>
          <w:sz w:val="18"/>
          <w:szCs w:val="18"/>
        </w:rPr>
        <w:t>ს</w:t>
      </w:r>
      <w:r w:rsidRPr="00D73BDF">
        <w:rPr>
          <w:rFonts w:cstheme="majorHAnsi"/>
          <w:sz w:val="18"/>
          <w:szCs w:val="18"/>
        </w:rPr>
        <w:t>.</w:t>
      </w:r>
    </w:p>
    <w:p w14:paraId="05216CCF" w14:textId="12485E0A" w:rsidR="00521466" w:rsidRPr="00D73BDF" w:rsidRDefault="00521466" w:rsidP="00521466">
      <w:pPr>
        <w:rPr>
          <w:rFonts w:cstheme="majorHAnsi"/>
          <w:sz w:val="18"/>
          <w:szCs w:val="18"/>
        </w:rPr>
      </w:pPr>
      <w:r w:rsidRPr="00D73BDF">
        <w:rPr>
          <w:rFonts w:ascii="Sylfaen" w:hAnsi="Sylfaen" w:cs="Sylfaen"/>
          <w:sz w:val="18"/>
          <w:szCs w:val="18"/>
        </w:rPr>
        <w:lastRenderedPageBreak/>
        <w:t>დ</w:t>
      </w:r>
      <w:r w:rsidRPr="00D73BDF">
        <w:rPr>
          <w:rFonts w:cstheme="majorHAnsi"/>
          <w:sz w:val="18"/>
          <w:szCs w:val="18"/>
        </w:rPr>
        <w:t xml:space="preserve">) </w:t>
      </w:r>
      <w:proofErr w:type="spellStart"/>
      <w:r w:rsidR="00FF24B9">
        <w:rPr>
          <w:rFonts w:ascii="Sylfaen" w:hAnsi="Sylfaen" w:cs="Sylfaen"/>
          <w:sz w:val="18"/>
          <w:szCs w:val="18"/>
        </w:rPr>
        <w:t>მენარდე</w:t>
      </w:r>
      <w:proofErr w:type="spellEnd"/>
      <w:r w:rsidR="00FF24B9">
        <w:rPr>
          <w:rFonts w:ascii="Sylfaen" w:hAnsi="Sylfaen" w:cs="Sylfaen"/>
          <w:sz w:val="18"/>
          <w:szCs w:val="18"/>
        </w:rPr>
        <w:t xml:space="preserve"> </w:t>
      </w:r>
      <w:proofErr w:type="spellStart"/>
      <w:r w:rsidRPr="00D73BDF">
        <w:rPr>
          <w:rFonts w:ascii="Sylfaen" w:hAnsi="Sylfaen" w:cs="Sylfaen"/>
          <w:sz w:val="18"/>
          <w:szCs w:val="18"/>
        </w:rPr>
        <w:t>სრულად</w:t>
      </w:r>
      <w:proofErr w:type="spellEnd"/>
      <w:r w:rsidRPr="00D73BDF">
        <w:rPr>
          <w:rFonts w:cstheme="majorHAnsi"/>
          <w:sz w:val="18"/>
          <w:szCs w:val="18"/>
        </w:rPr>
        <w:t xml:space="preserve"> </w:t>
      </w:r>
      <w:proofErr w:type="spellStart"/>
      <w:r w:rsidRPr="00D73BDF">
        <w:rPr>
          <w:rFonts w:ascii="Sylfaen" w:hAnsi="Sylfaen" w:cs="Sylfaen"/>
          <w:sz w:val="18"/>
          <w:szCs w:val="18"/>
        </w:rPr>
        <w:t>იქნება</w:t>
      </w:r>
      <w:proofErr w:type="spellEnd"/>
      <w:r w:rsidRPr="00D73BDF">
        <w:rPr>
          <w:rFonts w:cstheme="majorHAnsi"/>
          <w:sz w:val="18"/>
          <w:szCs w:val="18"/>
        </w:rPr>
        <w:t xml:space="preserve"> </w:t>
      </w:r>
      <w:proofErr w:type="spellStart"/>
      <w:r w:rsidRPr="00D73BDF">
        <w:rPr>
          <w:rFonts w:ascii="Sylfaen" w:hAnsi="Sylfaen" w:cs="Sylfaen"/>
          <w:sz w:val="18"/>
          <w:szCs w:val="18"/>
        </w:rPr>
        <w:t>პასუხისმგებელი</w:t>
      </w:r>
      <w:proofErr w:type="spellEnd"/>
      <w:r w:rsidRPr="00D73BDF">
        <w:rPr>
          <w:rFonts w:cstheme="majorHAnsi"/>
          <w:sz w:val="18"/>
          <w:szCs w:val="18"/>
        </w:rPr>
        <w:t xml:space="preserve"> </w:t>
      </w:r>
      <w:proofErr w:type="spellStart"/>
      <w:r w:rsidRPr="00D73BDF">
        <w:rPr>
          <w:rFonts w:ascii="Sylfaen" w:hAnsi="Sylfaen" w:cs="Sylfaen"/>
          <w:sz w:val="18"/>
          <w:szCs w:val="18"/>
        </w:rPr>
        <w:t>აღნიშნული</w:t>
      </w:r>
      <w:proofErr w:type="spellEnd"/>
      <w:r w:rsidRPr="00D73BDF">
        <w:rPr>
          <w:rFonts w:cstheme="majorHAnsi"/>
          <w:sz w:val="18"/>
          <w:szCs w:val="18"/>
        </w:rPr>
        <w:t xml:space="preserve"> </w:t>
      </w:r>
      <w:proofErr w:type="spellStart"/>
      <w:r w:rsidRPr="00D73BDF">
        <w:rPr>
          <w:rFonts w:ascii="Sylfaen" w:hAnsi="Sylfaen" w:cs="Sylfaen"/>
          <w:sz w:val="18"/>
          <w:szCs w:val="18"/>
        </w:rPr>
        <w:t>აქტივის</w:t>
      </w:r>
      <w:proofErr w:type="spellEnd"/>
      <w:r w:rsidRPr="00D73BDF">
        <w:rPr>
          <w:rFonts w:cstheme="majorHAnsi"/>
          <w:sz w:val="18"/>
          <w:szCs w:val="18"/>
        </w:rPr>
        <w:t>/</w:t>
      </w:r>
      <w:proofErr w:type="spellStart"/>
      <w:r w:rsidRPr="00D73BDF">
        <w:rPr>
          <w:rFonts w:ascii="Sylfaen" w:hAnsi="Sylfaen" w:cs="Sylfaen"/>
          <w:sz w:val="18"/>
          <w:szCs w:val="18"/>
        </w:rPr>
        <w:t>მომსახურების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შესყიდვის</w:t>
      </w:r>
      <w:proofErr w:type="spellEnd"/>
      <w:r w:rsidRPr="00D73BDF">
        <w:rPr>
          <w:rFonts w:cstheme="majorHAnsi"/>
          <w:sz w:val="18"/>
          <w:szCs w:val="18"/>
        </w:rPr>
        <w:t xml:space="preserve"> </w:t>
      </w:r>
      <w:proofErr w:type="spellStart"/>
      <w:r w:rsidRPr="00D73BDF">
        <w:rPr>
          <w:rFonts w:ascii="Sylfaen" w:hAnsi="Sylfaen" w:cs="Sylfaen"/>
          <w:sz w:val="18"/>
          <w:szCs w:val="18"/>
        </w:rPr>
        <w:t>ხელშეკრულებით</w:t>
      </w:r>
      <w:proofErr w:type="spellEnd"/>
      <w:r w:rsidRPr="00D73BDF">
        <w:rPr>
          <w:rFonts w:cstheme="majorHAnsi"/>
          <w:sz w:val="18"/>
          <w:szCs w:val="18"/>
        </w:rPr>
        <w:t xml:space="preserve"> </w:t>
      </w:r>
      <w:proofErr w:type="spellStart"/>
      <w:r w:rsidRPr="00D73BDF">
        <w:rPr>
          <w:rFonts w:ascii="Sylfaen" w:hAnsi="Sylfaen" w:cs="Sylfaen"/>
          <w:sz w:val="18"/>
          <w:szCs w:val="18"/>
        </w:rPr>
        <w:t>გათვალისწინებულ</w:t>
      </w:r>
      <w:proofErr w:type="spellEnd"/>
      <w:r w:rsidRPr="00D73BDF">
        <w:rPr>
          <w:rFonts w:cstheme="majorHAnsi"/>
          <w:sz w:val="18"/>
          <w:szCs w:val="18"/>
        </w:rPr>
        <w:t xml:space="preserve"> </w:t>
      </w:r>
      <w:proofErr w:type="spellStart"/>
      <w:r w:rsidRPr="00D73BDF">
        <w:rPr>
          <w:rFonts w:ascii="Sylfaen" w:hAnsi="Sylfaen" w:cs="Sylfaen"/>
          <w:sz w:val="18"/>
          <w:szCs w:val="18"/>
        </w:rPr>
        <w:t>აქტივის</w:t>
      </w:r>
      <w:proofErr w:type="spellEnd"/>
      <w:r w:rsidRPr="00D73BDF">
        <w:rPr>
          <w:rFonts w:cstheme="majorHAnsi"/>
          <w:sz w:val="18"/>
          <w:szCs w:val="18"/>
        </w:rPr>
        <w:t>/</w:t>
      </w:r>
      <w:proofErr w:type="spellStart"/>
      <w:r w:rsidRPr="00D73BDF">
        <w:rPr>
          <w:rFonts w:ascii="Sylfaen" w:hAnsi="Sylfaen" w:cs="Sylfaen"/>
          <w:sz w:val="18"/>
          <w:szCs w:val="18"/>
        </w:rPr>
        <w:t>მომსახურების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მიმწოდებლისთვის</w:t>
      </w:r>
      <w:proofErr w:type="spellEnd"/>
      <w:r w:rsidRPr="00D73BDF">
        <w:rPr>
          <w:rFonts w:cstheme="majorHAnsi"/>
          <w:sz w:val="18"/>
          <w:szCs w:val="18"/>
        </w:rPr>
        <w:t xml:space="preserve"> </w:t>
      </w:r>
      <w:proofErr w:type="spellStart"/>
      <w:r w:rsidRPr="00D73BDF">
        <w:rPr>
          <w:rFonts w:ascii="Sylfaen" w:hAnsi="Sylfaen" w:cs="Sylfaen"/>
          <w:sz w:val="18"/>
          <w:szCs w:val="18"/>
        </w:rPr>
        <w:t>მიყენებულ</w:t>
      </w:r>
      <w:proofErr w:type="spellEnd"/>
      <w:r w:rsidRPr="00D73BDF">
        <w:rPr>
          <w:rFonts w:cstheme="majorHAnsi"/>
          <w:sz w:val="18"/>
          <w:szCs w:val="18"/>
        </w:rPr>
        <w:t xml:space="preserve"> </w:t>
      </w:r>
      <w:proofErr w:type="spellStart"/>
      <w:r w:rsidRPr="00D73BDF">
        <w:rPr>
          <w:rFonts w:ascii="Sylfaen" w:hAnsi="Sylfaen" w:cs="Sylfaen"/>
          <w:sz w:val="18"/>
          <w:szCs w:val="18"/>
        </w:rPr>
        <w:t>ნებისმიერ</w:t>
      </w:r>
      <w:proofErr w:type="spellEnd"/>
      <w:r w:rsidRPr="00D73BDF">
        <w:rPr>
          <w:rFonts w:cstheme="majorHAnsi"/>
          <w:sz w:val="18"/>
          <w:szCs w:val="18"/>
        </w:rPr>
        <w:t xml:space="preserve"> </w:t>
      </w:r>
      <w:proofErr w:type="spellStart"/>
      <w:r w:rsidRPr="00D73BDF">
        <w:rPr>
          <w:rFonts w:ascii="Sylfaen" w:hAnsi="Sylfaen" w:cs="Sylfaen"/>
          <w:sz w:val="18"/>
          <w:szCs w:val="18"/>
        </w:rPr>
        <w:t>ზიანზე</w:t>
      </w:r>
      <w:proofErr w:type="spellEnd"/>
      <w:r w:rsidRPr="00D73BDF">
        <w:rPr>
          <w:rFonts w:cstheme="majorHAnsi"/>
          <w:sz w:val="18"/>
          <w:szCs w:val="18"/>
        </w:rPr>
        <w:t xml:space="preserve">, </w:t>
      </w:r>
      <w:proofErr w:type="spellStart"/>
      <w:r w:rsidRPr="00D73BDF">
        <w:rPr>
          <w:rFonts w:ascii="Sylfaen" w:hAnsi="Sylfaen" w:cs="Sylfaen"/>
          <w:sz w:val="18"/>
          <w:szCs w:val="18"/>
        </w:rPr>
        <w:t>რომელიც</w:t>
      </w:r>
      <w:proofErr w:type="spellEnd"/>
      <w:r w:rsidRPr="00D73BDF">
        <w:rPr>
          <w:rFonts w:cstheme="majorHAnsi"/>
          <w:sz w:val="18"/>
          <w:szCs w:val="18"/>
        </w:rPr>
        <w:t xml:space="preserve"> </w:t>
      </w:r>
      <w:proofErr w:type="spellStart"/>
      <w:r w:rsidRPr="00D73BDF">
        <w:rPr>
          <w:rFonts w:ascii="Sylfaen" w:hAnsi="Sylfaen" w:cs="Sylfaen"/>
          <w:sz w:val="18"/>
          <w:szCs w:val="18"/>
        </w:rPr>
        <w:t>გამოწვეული</w:t>
      </w:r>
      <w:proofErr w:type="spellEnd"/>
      <w:r w:rsidRPr="00D73BDF">
        <w:rPr>
          <w:rFonts w:cstheme="majorHAnsi"/>
          <w:sz w:val="18"/>
          <w:szCs w:val="18"/>
        </w:rPr>
        <w:t xml:space="preserve"> </w:t>
      </w:r>
      <w:proofErr w:type="spellStart"/>
      <w:r w:rsidRPr="00D73BDF">
        <w:rPr>
          <w:rFonts w:ascii="Sylfaen" w:hAnsi="Sylfaen" w:cs="Sylfaen"/>
          <w:sz w:val="18"/>
          <w:szCs w:val="18"/>
        </w:rPr>
        <w:t>იქნება</w:t>
      </w:r>
      <w:proofErr w:type="spellEnd"/>
      <w:r w:rsidRPr="00D73BDF">
        <w:rPr>
          <w:rFonts w:cstheme="majorHAnsi"/>
          <w:sz w:val="18"/>
          <w:szCs w:val="18"/>
        </w:rPr>
        <w:t xml:space="preserve"> </w:t>
      </w:r>
      <w:proofErr w:type="spellStart"/>
      <w:r w:rsidRPr="005C6D37">
        <w:rPr>
          <w:rFonts w:ascii="Sylfaen" w:hAnsi="Sylfaen" w:cs="Sylfaen"/>
          <w:sz w:val="18"/>
          <w:szCs w:val="18"/>
        </w:rPr>
        <w:t>მენარდის</w:t>
      </w:r>
      <w:proofErr w:type="spellEnd"/>
      <w:r w:rsidRPr="00D73BDF">
        <w:rPr>
          <w:rFonts w:cstheme="majorHAnsi"/>
          <w:sz w:val="18"/>
          <w:szCs w:val="18"/>
        </w:rPr>
        <w:t xml:space="preserve"> </w:t>
      </w:r>
      <w:proofErr w:type="spellStart"/>
      <w:r w:rsidRPr="00D73BDF">
        <w:rPr>
          <w:rFonts w:ascii="Sylfaen" w:hAnsi="Sylfaen" w:cs="Sylfaen"/>
          <w:sz w:val="18"/>
          <w:szCs w:val="18"/>
        </w:rPr>
        <w:t>მიერ</w:t>
      </w:r>
      <w:proofErr w:type="spellEnd"/>
      <w:r w:rsidRPr="00D73BDF">
        <w:rPr>
          <w:rFonts w:cstheme="majorHAnsi"/>
          <w:sz w:val="18"/>
          <w:szCs w:val="18"/>
        </w:rPr>
        <w:t xml:space="preserve"> </w:t>
      </w:r>
      <w:proofErr w:type="spellStart"/>
      <w:r w:rsidRPr="00D73BDF">
        <w:rPr>
          <w:rFonts w:ascii="Sylfaen" w:hAnsi="Sylfaen" w:cs="Sylfaen"/>
          <w:sz w:val="18"/>
          <w:szCs w:val="18"/>
        </w:rPr>
        <w:t>წინამდებარე</w:t>
      </w:r>
      <w:proofErr w:type="spellEnd"/>
      <w:r w:rsidRPr="00D73BDF">
        <w:rPr>
          <w:rFonts w:cstheme="majorHAnsi"/>
          <w:sz w:val="18"/>
          <w:szCs w:val="18"/>
        </w:rPr>
        <w:t xml:space="preserve"> </w:t>
      </w:r>
      <w:proofErr w:type="spellStart"/>
      <w:r w:rsidRPr="00D73BDF">
        <w:rPr>
          <w:rFonts w:ascii="Sylfaen" w:hAnsi="Sylfaen" w:cs="Sylfaen"/>
          <w:sz w:val="18"/>
          <w:szCs w:val="18"/>
        </w:rPr>
        <w:t>ხელშეკრულებით</w:t>
      </w:r>
      <w:proofErr w:type="spellEnd"/>
      <w:r w:rsidRPr="00D73BDF">
        <w:rPr>
          <w:rFonts w:cstheme="majorHAnsi"/>
          <w:sz w:val="18"/>
          <w:szCs w:val="18"/>
        </w:rPr>
        <w:t xml:space="preserve"> </w:t>
      </w:r>
      <w:proofErr w:type="spellStart"/>
      <w:r w:rsidRPr="00D73BDF">
        <w:rPr>
          <w:rFonts w:ascii="Sylfaen" w:hAnsi="Sylfaen" w:cs="Sylfaen"/>
          <w:sz w:val="18"/>
          <w:szCs w:val="18"/>
        </w:rPr>
        <w:t>ნაკისრი</w:t>
      </w:r>
      <w:proofErr w:type="spellEnd"/>
      <w:r w:rsidRPr="00D73BDF">
        <w:rPr>
          <w:rFonts w:cstheme="majorHAnsi"/>
          <w:sz w:val="18"/>
          <w:szCs w:val="18"/>
        </w:rPr>
        <w:t xml:space="preserve"> </w:t>
      </w:r>
      <w:proofErr w:type="spellStart"/>
      <w:r w:rsidRPr="00D73BDF">
        <w:rPr>
          <w:rFonts w:ascii="Sylfaen" w:hAnsi="Sylfaen" w:cs="Sylfaen"/>
          <w:sz w:val="18"/>
          <w:szCs w:val="18"/>
        </w:rPr>
        <w:t>ვალდებულებების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მათ</w:t>
      </w:r>
      <w:proofErr w:type="spellEnd"/>
      <w:r w:rsidRPr="00D73BDF">
        <w:rPr>
          <w:rFonts w:cstheme="majorHAnsi"/>
          <w:sz w:val="18"/>
          <w:szCs w:val="18"/>
        </w:rPr>
        <w:t xml:space="preserve"> </w:t>
      </w:r>
      <w:proofErr w:type="spellStart"/>
      <w:r w:rsidRPr="00D73BDF">
        <w:rPr>
          <w:rFonts w:ascii="Sylfaen" w:hAnsi="Sylfaen" w:cs="Sylfaen"/>
          <w:sz w:val="18"/>
          <w:szCs w:val="18"/>
        </w:rPr>
        <w:t>შორის</w:t>
      </w:r>
      <w:proofErr w:type="spellEnd"/>
      <w:r w:rsidRPr="00D73BDF">
        <w:rPr>
          <w:rFonts w:cstheme="majorHAnsi"/>
          <w:sz w:val="18"/>
          <w:szCs w:val="18"/>
        </w:rPr>
        <w:t xml:space="preserve">, </w:t>
      </w:r>
      <w:proofErr w:type="spellStart"/>
      <w:r w:rsidRPr="00D73BDF">
        <w:rPr>
          <w:rFonts w:ascii="Sylfaen" w:hAnsi="Sylfaen" w:cs="Sylfaen"/>
          <w:sz w:val="18"/>
          <w:szCs w:val="18"/>
        </w:rPr>
        <w:t>აღნიშნული</w:t>
      </w:r>
      <w:proofErr w:type="spellEnd"/>
      <w:r w:rsidRPr="00D73BDF">
        <w:rPr>
          <w:rFonts w:cstheme="majorHAnsi"/>
          <w:sz w:val="18"/>
          <w:szCs w:val="18"/>
        </w:rPr>
        <w:t xml:space="preserve"> </w:t>
      </w:r>
      <w:proofErr w:type="spellStart"/>
      <w:r w:rsidRPr="00D73BDF">
        <w:rPr>
          <w:rFonts w:ascii="Sylfaen" w:hAnsi="Sylfaen" w:cs="Sylfaen"/>
          <w:sz w:val="18"/>
          <w:szCs w:val="18"/>
        </w:rPr>
        <w:t>ხელშეკრულების</w:t>
      </w:r>
      <w:proofErr w:type="spellEnd"/>
      <w:r w:rsidRPr="00D73BDF">
        <w:rPr>
          <w:rFonts w:cstheme="majorHAnsi"/>
          <w:sz w:val="18"/>
          <w:szCs w:val="18"/>
        </w:rPr>
        <w:t xml:space="preserve"> 3.3.</w:t>
      </w:r>
      <w:r>
        <w:rPr>
          <w:rFonts w:ascii="Sylfaen" w:hAnsi="Sylfaen" w:cstheme="majorHAnsi"/>
          <w:sz w:val="18"/>
          <w:szCs w:val="18"/>
          <w:lang w:val="ka-GE"/>
        </w:rPr>
        <w:t>8</w:t>
      </w:r>
      <w:r w:rsidRPr="00D73BDF">
        <w:rPr>
          <w:rFonts w:cstheme="majorHAnsi"/>
          <w:sz w:val="18"/>
          <w:szCs w:val="18"/>
        </w:rPr>
        <w:t xml:space="preserve"> </w:t>
      </w:r>
      <w:proofErr w:type="spellStart"/>
      <w:r w:rsidRPr="00D73BDF">
        <w:rPr>
          <w:rFonts w:ascii="Sylfaen" w:hAnsi="Sylfaen" w:cs="Sylfaen"/>
          <w:sz w:val="18"/>
          <w:szCs w:val="18"/>
        </w:rPr>
        <w:t>მუხლის</w:t>
      </w:r>
      <w:proofErr w:type="spellEnd"/>
      <w:r w:rsidRPr="00D73BDF">
        <w:rPr>
          <w:rFonts w:cstheme="majorHAnsi"/>
          <w:sz w:val="18"/>
          <w:szCs w:val="18"/>
        </w:rPr>
        <w:t xml:space="preserve"> </w:t>
      </w:r>
      <w:proofErr w:type="spellStart"/>
      <w:r w:rsidRPr="00D73BDF">
        <w:rPr>
          <w:rFonts w:ascii="Sylfaen" w:hAnsi="Sylfaen" w:cs="Sylfaen"/>
          <w:sz w:val="18"/>
          <w:szCs w:val="18"/>
        </w:rPr>
        <w:t>ან</w:t>
      </w:r>
      <w:proofErr w:type="spellEnd"/>
      <w:r w:rsidRPr="00D73BDF">
        <w:rPr>
          <w:rFonts w:cstheme="majorHAnsi"/>
          <w:sz w:val="18"/>
          <w:szCs w:val="18"/>
        </w:rPr>
        <w:t>/</w:t>
      </w:r>
      <w:proofErr w:type="spellStart"/>
      <w:r w:rsidRPr="00D73BDF">
        <w:rPr>
          <w:rFonts w:ascii="Sylfaen" w:hAnsi="Sylfaen" w:cs="Sylfaen"/>
          <w:sz w:val="18"/>
          <w:szCs w:val="18"/>
        </w:rPr>
        <w:t>და</w:t>
      </w:r>
      <w:proofErr w:type="spellEnd"/>
      <w:r w:rsidRPr="00D73BDF">
        <w:rPr>
          <w:rFonts w:cstheme="majorHAnsi"/>
          <w:sz w:val="18"/>
          <w:szCs w:val="18"/>
        </w:rPr>
        <w:t xml:space="preserve"> 6.7. </w:t>
      </w:r>
      <w:proofErr w:type="spellStart"/>
      <w:r w:rsidRPr="00D73BDF">
        <w:rPr>
          <w:rFonts w:ascii="Sylfaen" w:hAnsi="Sylfaen" w:cs="Sylfaen"/>
          <w:sz w:val="18"/>
          <w:szCs w:val="18"/>
        </w:rPr>
        <w:t>მუხლის</w:t>
      </w:r>
      <w:proofErr w:type="spellEnd"/>
      <w:r w:rsidRPr="00D73BDF">
        <w:rPr>
          <w:rFonts w:cstheme="majorHAnsi"/>
          <w:sz w:val="18"/>
          <w:szCs w:val="18"/>
        </w:rPr>
        <w:t xml:space="preserve"> „</w:t>
      </w:r>
      <w:proofErr w:type="gramStart"/>
      <w:r w:rsidRPr="00D73BDF">
        <w:rPr>
          <w:rFonts w:ascii="Sylfaen" w:hAnsi="Sylfaen" w:cs="Sylfaen"/>
          <w:sz w:val="18"/>
          <w:szCs w:val="18"/>
        </w:rPr>
        <w:t>გ</w:t>
      </w:r>
      <w:r w:rsidRPr="00D73BDF">
        <w:rPr>
          <w:rFonts w:cstheme="majorHAnsi"/>
          <w:sz w:val="18"/>
          <w:szCs w:val="18"/>
        </w:rPr>
        <w:t>“</w:t>
      </w:r>
      <w:r w:rsidR="005C6D37">
        <w:rPr>
          <w:rFonts w:cstheme="majorHAnsi"/>
          <w:sz w:val="18"/>
          <w:szCs w:val="18"/>
        </w:rPr>
        <w:t xml:space="preserve"> </w:t>
      </w:r>
      <w:proofErr w:type="spellStart"/>
      <w:r w:rsidRPr="00D73BDF">
        <w:rPr>
          <w:rFonts w:ascii="Sylfaen" w:hAnsi="Sylfaen" w:cs="Sylfaen"/>
          <w:sz w:val="18"/>
          <w:szCs w:val="18"/>
        </w:rPr>
        <w:t>ქვეპუნქტით</w:t>
      </w:r>
      <w:proofErr w:type="spellEnd"/>
      <w:proofErr w:type="gramEnd"/>
      <w:r w:rsidR="005C6D37">
        <w:rPr>
          <w:rFonts w:ascii="Sylfaen" w:hAnsi="Sylfaen" w:cs="Sylfaen"/>
          <w:sz w:val="18"/>
          <w:szCs w:val="18"/>
        </w:rPr>
        <w:t xml:space="preserve"> </w:t>
      </w:r>
      <w:proofErr w:type="spellStart"/>
      <w:r w:rsidRPr="00D73BDF">
        <w:rPr>
          <w:rFonts w:ascii="Sylfaen" w:hAnsi="Sylfaen" w:cs="Sylfaen"/>
          <w:sz w:val="18"/>
          <w:szCs w:val="18"/>
        </w:rPr>
        <w:t>გათვალისწინებული</w:t>
      </w:r>
      <w:proofErr w:type="spellEnd"/>
      <w:r w:rsidRPr="00D73BDF">
        <w:rPr>
          <w:rFonts w:cstheme="majorHAnsi"/>
          <w:sz w:val="18"/>
          <w:szCs w:val="18"/>
        </w:rPr>
        <w:t xml:space="preserve"> </w:t>
      </w:r>
      <w:proofErr w:type="spellStart"/>
      <w:r w:rsidRPr="00D73BDF">
        <w:rPr>
          <w:rFonts w:ascii="Sylfaen" w:hAnsi="Sylfaen" w:cs="Sylfaen"/>
          <w:sz w:val="18"/>
          <w:szCs w:val="18"/>
        </w:rPr>
        <w:t>დაცვის</w:t>
      </w:r>
      <w:proofErr w:type="spellEnd"/>
      <w:r w:rsidRPr="00D73BDF">
        <w:rPr>
          <w:rFonts w:cstheme="majorHAnsi"/>
          <w:sz w:val="18"/>
          <w:szCs w:val="18"/>
        </w:rPr>
        <w:t xml:space="preserve"> </w:t>
      </w:r>
      <w:proofErr w:type="spellStart"/>
      <w:r w:rsidRPr="00D73BDF">
        <w:rPr>
          <w:rFonts w:ascii="Sylfaen" w:hAnsi="Sylfaen" w:cs="Sylfaen"/>
          <w:sz w:val="18"/>
          <w:szCs w:val="18"/>
        </w:rPr>
        <w:t>ვალდებულების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შეუსრულებლობით</w:t>
      </w:r>
      <w:proofErr w:type="spellEnd"/>
      <w:r w:rsidRPr="00D73BDF">
        <w:rPr>
          <w:rFonts w:cstheme="majorHAnsi"/>
          <w:sz w:val="18"/>
          <w:szCs w:val="18"/>
        </w:rPr>
        <w:t>/</w:t>
      </w:r>
      <w:proofErr w:type="spellStart"/>
      <w:r w:rsidRPr="00D73BDF">
        <w:rPr>
          <w:rFonts w:ascii="Sylfaen" w:hAnsi="Sylfaen" w:cs="Sylfaen"/>
          <w:sz w:val="18"/>
          <w:szCs w:val="18"/>
        </w:rPr>
        <w:t>არაჯეროვნად</w:t>
      </w:r>
      <w:proofErr w:type="spellEnd"/>
      <w:r w:rsidRPr="00D73BDF">
        <w:rPr>
          <w:rFonts w:cstheme="majorHAnsi"/>
          <w:sz w:val="18"/>
          <w:szCs w:val="18"/>
        </w:rPr>
        <w:t xml:space="preserve"> </w:t>
      </w:r>
      <w:proofErr w:type="spellStart"/>
      <w:r w:rsidRPr="00D73BDF">
        <w:rPr>
          <w:rFonts w:ascii="Sylfaen" w:hAnsi="Sylfaen" w:cs="Sylfaen"/>
          <w:sz w:val="18"/>
          <w:szCs w:val="18"/>
        </w:rPr>
        <w:t>შესრულებით</w:t>
      </w:r>
      <w:proofErr w:type="spellEnd"/>
      <w:r w:rsidRPr="00D73BDF">
        <w:rPr>
          <w:rFonts w:cstheme="majorHAnsi"/>
          <w:sz w:val="18"/>
          <w:szCs w:val="18"/>
        </w:rPr>
        <w:t xml:space="preserve"> </w:t>
      </w:r>
      <w:proofErr w:type="spellStart"/>
      <w:r w:rsidRPr="00D73BDF">
        <w:rPr>
          <w:rFonts w:ascii="Sylfaen" w:hAnsi="Sylfaen" w:cs="Sylfaen"/>
          <w:sz w:val="18"/>
          <w:szCs w:val="18"/>
        </w:rPr>
        <w:t>და</w:t>
      </w:r>
      <w:proofErr w:type="spellEnd"/>
      <w:r w:rsidRPr="00D73BDF">
        <w:rPr>
          <w:rFonts w:cstheme="majorHAnsi"/>
          <w:sz w:val="18"/>
          <w:szCs w:val="18"/>
        </w:rPr>
        <w:t xml:space="preserve"> </w:t>
      </w:r>
      <w:proofErr w:type="spellStart"/>
      <w:r w:rsidRPr="00D73BDF">
        <w:rPr>
          <w:rFonts w:ascii="Sylfaen" w:hAnsi="Sylfaen" w:cs="Sylfaen"/>
          <w:sz w:val="18"/>
          <w:szCs w:val="18"/>
        </w:rPr>
        <w:t>ამდენად</w:t>
      </w:r>
      <w:proofErr w:type="spellEnd"/>
      <w:r w:rsidRPr="00D73BDF">
        <w:rPr>
          <w:rFonts w:cstheme="majorHAnsi"/>
          <w:sz w:val="18"/>
          <w:szCs w:val="18"/>
        </w:rPr>
        <w:t xml:space="preserve">, </w:t>
      </w:r>
      <w:proofErr w:type="spellStart"/>
      <w:r w:rsidRPr="00D73BDF">
        <w:rPr>
          <w:rFonts w:ascii="Sylfaen" w:hAnsi="Sylfaen" w:cs="Sylfaen"/>
          <w:sz w:val="18"/>
          <w:szCs w:val="18"/>
        </w:rPr>
        <w:t>ზიანის</w:t>
      </w:r>
      <w:proofErr w:type="spellEnd"/>
      <w:r w:rsidRPr="00D73BDF">
        <w:rPr>
          <w:rFonts w:cstheme="majorHAnsi"/>
          <w:sz w:val="18"/>
          <w:szCs w:val="18"/>
        </w:rPr>
        <w:t xml:space="preserve"> </w:t>
      </w:r>
      <w:proofErr w:type="spellStart"/>
      <w:r w:rsidRPr="00D73BDF">
        <w:rPr>
          <w:rFonts w:ascii="Sylfaen" w:hAnsi="Sylfaen" w:cs="Sylfaen"/>
          <w:sz w:val="18"/>
          <w:szCs w:val="18"/>
        </w:rPr>
        <w:t>შემთხვევაში</w:t>
      </w:r>
      <w:proofErr w:type="spellEnd"/>
      <w:r w:rsidRPr="00D73BDF">
        <w:rPr>
          <w:rFonts w:cstheme="majorHAnsi"/>
          <w:sz w:val="18"/>
          <w:szCs w:val="18"/>
        </w:rPr>
        <w:t xml:space="preserve">, </w:t>
      </w:r>
      <w:proofErr w:type="spellStart"/>
      <w:r w:rsidRPr="00D73BDF">
        <w:rPr>
          <w:rFonts w:ascii="Sylfaen" w:hAnsi="Sylfaen" w:cs="Sylfaen"/>
          <w:sz w:val="18"/>
          <w:szCs w:val="18"/>
        </w:rPr>
        <w:t>მიმწოდებლის</w:t>
      </w:r>
      <w:proofErr w:type="spellEnd"/>
      <w:r w:rsidRPr="00D73BDF">
        <w:rPr>
          <w:rFonts w:cstheme="majorHAnsi"/>
          <w:sz w:val="18"/>
          <w:szCs w:val="18"/>
        </w:rPr>
        <w:t xml:space="preserve"> </w:t>
      </w:r>
      <w:proofErr w:type="spellStart"/>
      <w:r w:rsidRPr="00D73BDF">
        <w:rPr>
          <w:rFonts w:ascii="Sylfaen" w:hAnsi="Sylfaen" w:cs="Sylfaen"/>
          <w:sz w:val="18"/>
          <w:szCs w:val="18"/>
        </w:rPr>
        <w:t>მოთხოვნის</w:t>
      </w:r>
      <w:proofErr w:type="spellEnd"/>
      <w:r w:rsidRPr="00D73BDF">
        <w:rPr>
          <w:rFonts w:cstheme="majorHAnsi"/>
          <w:sz w:val="18"/>
          <w:szCs w:val="18"/>
        </w:rPr>
        <w:t xml:space="preserve"> </w:t>
      </w:r>
      <w:proofErr w:type="spellStart"/>
      <w:r w:rsidRPr="00D73BDF">
        <w:rPr>
          <w:rFonts w:ascii="Sylfaen" w:hAnsi="Sylfaen" w:cs="Sylfaen"/>
          <w:sz w:val="18"/>
          <w:szCs w:val="18"/>
        </w:rPr>
        <w:t>არსებობისას</w:t>
      </w:r>
      <w:proofErr w:type="spellEnd"/>
      <w:r w:rsidRPr="00D73BDF">
        <w:rPr>
          <w:rFonts w:cstheme="majorHAnsi"/>
          <w:sz w:val="18"/>
          <w:szCs w:val="18"/>
        </w:rPr>
        <w:t xml:space="preserve">, </w:t>
      </w:r>
      <w:proofErr w:type="spellStart"/>
      <w:r w:rsidRPr="00D73BDF">
        <w:rPr>
          <w:rFonts w:ascii="Sylfaen" w:hAnsi="Sylfaen" w:cs="Sylfaen"/>
          <w:sz w:val="18"/>
          <w:szCs w:val="18"/>
        </w:rPr>
        <w:t>მიმწოდებელი</w:t>
      </w:r>
      <w:proofErr w:type="spellEnd"/>
      <w:r w:rsidRPr="00D73BDF">
        <w:rPr>
          <w:rFonts w:cstheme="majorHAnsi"/>
          <w:sz w:val="18"/>
          <w:szCs w:val="18"/>
        </w:rPr>
        <w:t xml:space="preserve"> </w:t>
      </w:r>
      <w:proofErr w:type="spellStart"/>
      <w:r w:rsidRPr="00D73BDF">
        <w:rPr>
          <w:rFonts w:ascii="Sylfaen" w:hAnsi="Sylfaen" w:cs="Sylfaen"/>
          <w:sz w:val="18"/>
          <w:szCs w:val="18"/>
        </w:rPr>
        <w:t>ანაზღაურების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მოთხოვნას</w:t>
      </w:r>
      <w:proofErr w:type="spellEnd"/>
      <w:r w:rsidRPr="00D73BDF">
        <w:rPr>
          <w:rFonts w:cstheme="majorHAnsi"/>
          <w:sz w:val="18"/>
          <w:szCs w:val="18"/>
        </w:rPr>
        <w:t xml:space="preserve"> </w:t>
      </w:r>
      <w:proofErr w:type="spellStart"/>
      <w:r w:rsidRPr="00D73BDF">
        <w:rPr>
          <w:rFonts w:ascii="Sylfaen" w:hAnsi="Sylfaen" w:cs="Sylfaen"/>
          <w:sz w:val="18"/>
          <w:szCs w:val="18"/>
        </w:rPr>
        <w:t>წაუყენებს</w:t>
      </w:r>
      <w:proofErr w:type="spellEnd"/>
      <w:r w:rsidRPr="00D73BDF">
        <w:rPr>
          <w:rFonts w:cstheme="majorHAnsi"/>
          <w:sz w:val="18"/>
          <w:szCs w:val="18"/>
        </w:rPr>
        <w:t xml:space="preserve"> </w:t>
      </w:r>
      <w:proofErr w:type="spellStart"/>
      <w:r w:rsidRPr="00D73BDF">
        <w:rPr>
          <w:rFonts w:ascii="Sylfaen" w:hAnsi="Sylfaen" w:cs="Sylfaen"/>
          <w:sz w:val="18"/>
          <w:szCs w:val="18"/>
        </w:rPr>
        <w:t>უშუალოდ</w:t>
      </w:r>
      <w:proofErr w:type="spellEnd"/>
      <w:r w:rsidRPr="00D73BDF">
        <w:rPr>
          <w:rFonts w:cstheme="majorHAnsi"/>
          <w:sz w:val="18"/>
          <w:szCs w:val="18"/>
        </w:rPr>
        <w:t xml:space="preserve"> </w:t>
      </w:r>
      <w:proofErr w:type="spellStart"/>
      <w:r w:rsidRPr="00D73BDF">
        <w:rPr>
          <w:rFonts w:ascii="Sylfaen" w:hAnsi="Sylfaen" w:cs="Sylfaen"/>
          <w:sz w:val="18"/>
          <w:szCs w:val="18"/>
        </w:rPr>
        <w:t>შემსრულებელს</w:t>
      </w:r>
      <w:proofErr w:type="spellEnd"/>
      <w:r w:rsidRPr="00D73BDF">
        <w:rPr>
          <w:rFonts w:cstheme="majorHAnsi"/>
          <w:sz w:val="18"/>
          <w:szCs w:val="18"/>
        </w:rPr>
        <w:t xml:space="preserve"> </w:t>
      </w:r>
      <w:proofErr w:type="spellStart"/>
      <w:r w:rsidRPr="00D73BDF">
        <w:rPr>
          <w:rFonts w:ascii="Sylfaen" w:hAnsi="Sylfaen" w:cs="Sylfaen"/>
          <w:sz w:val="18"/>
          <w:szCs w:val="18"/>
        </w:rPr>
        <w:t>და</w:t>
      </w:r>
      <w:proofErr w:type="spellEnd"/>
      <w:r w:rsidRPr="00D73BDF">
        <w:rPr>
          <w:rFonts w:cstheme="majorHAnsi"/>
          <w:sz w:val="18"/>
          <w:szCs w:val="18"/>
        </w:rPr>
        <w:t xml:space="preserve"> </w:t>
      </w:r>
      <w:proofErr w:type="spellStart"/>
      <w:r w:rsidRPr="00D73BDF">
        <w:rPr>
          <w:rFonts w:ascii="Sylfaen" w:hAnsi="Sylfaen" w:cs="Sylfaen"/>
          <w:sz w:val="18"/>
          <w:szCs w:val="18"/>
        </w:rPr>
        <w:t>არა</w:t>
      </w:r>
      <w:proofErr w:type="spellEnd"/>
      <w:r w:rsidRPr="00D73BDF">
        <w:rPr>
          <w:rFonts w:cstheme="majorHAnsi"/>
          <w:sz w:val="18"/>
          <w:szCs w:val="18"/>
        </w:rPr>
        <w:t xml:space="preserve"> </w:t>
      </w:r>
      <w:proofErr w:type="spellStart"/>
      <w:r w:rsidRPr="00D73BDF">
        <w:rPr>
          <w:rFonts w:ascii="Sylfaen" w:hAnsi="Sylfaen" w:cs="Sylfaen"/>
          <w:sz w:val="18"/>
          <w:szCs w:val="18"/>
        </w:rPr>
        <w:t>დამკვეთს</w:t>
      </w:r>
      <w:proofErr w:type="spellEnd"/>
      <w:r w:rsidRPr="00D73BDF">
        <w:rPr>
          <w:rFonts w:cstheme="majorHAnsi"/>
          <w:sz w:val="18"/>
          <w:szCs w:val="18"/>
        </w:rPr>
        <w:t xml:space="preserve">, </w:t>
      </w:r>
      <w:proofErr w:type="spellStart"/>
      <w:r w:rsidRPr="00D73BDF">
        <w:rPr>
          <w:rFonts w:ascii="Sylfaen" w:hAnsi="Sylfaen" w:cs="Sylfaen"/>
          <w:sz w:val="18"/>
          <w:szCs w:val="18"/>
        </w:rPr>
        <w:t>რაზეც</w:t>
      </w:r>
      <w:proofErr w:type="spellEnd"/>
      <w:r w:rsidRPr="00D73BDF">
        <w:rPr>
          <w:rFonts w:cstheme="majorHAnsi"/>
          <w:sz w:val="18"/>
          <w:szCs w:val="18"/>
        </w:rPr>
        <w:t xml:space="preserve"> </w:t>
      </w:r>
      <w:proofErr w:type="spellStart"/>
      <w:r w:rsidRPr="00D73BDF">
        <w:rPr>
          <w:rFonts w:ascii="Sylfaen" w:hAnsi="Sylfaen" w:cs="Sylfaen"/>
          <w:sz w:val="18"/>
          <w:szCs w:val="18"/>
        </w:rPr>
        <w:t>შემსრულებელი</w:t>
      </w:r>
      <w:proofErr w:type="spellEnd"/>
      <w:r w:rsidRPr="00D73BDF">
        <w:rPr>
          <w:rFonts w:cstheme="majorHAnsi"/>
          <w:sz w:val="18"/>
          <w:szCs w:val="18"/>
        </w:rPr>
        <w:t xml:space="preserve"> </w:t>
      </w:r>
      <w:proofErr w:type="spellStart"/>
      <w:r w:rsidRPr="00D73BDF">
        <w:rPr>
          <w:rFonts w:ascii="Sylfaen" w:hAnsi="Sylfaen" w:cs="Sylfaen"/>
          <w:sz w:val="18"/>
          <w:szCs w:val="18"/>
        </w:rPr>
        <w:t>წინასწარ</w:t>
      </w:r>
      <w:proofErr w:type="spellEnd"/>
      <w:r w:rsidRPr="00D73BDF">
        <w:rPr>
          <w:rFonts w:cstheme="majorHAnsi"/>
          <w:sz w:val="18"/>
          <w:szCs w:val="18"/>
        </w:rPr>
        <w:t xml:space="preserve">, </w:t>
      </w:r>
      <w:proofErr w:type="spellStart"/>
      <w:r w:rsidRPr="00D73BDF">
        <w:rPr>
          <w:rFonts w:ascii="Sylfaen" w:hAnsi="Sylfaen" w:cs="Sylfaen"/>
          <w:sz w:val="18"/>
          <w:szCs w:val="18"/>
        </w:rPr>
        <w:t>ამ</w:t>
      </w:r>
      <w:proofErr w:type="spellEnd"/>
      <w:r w:rsidRPr="00D73BDF">
        <w:rPr>
          <w:rFonts w:cstheme="majorHAnsi"/>
          <w:sz w:val="18"/>
          <w:szCs w:val="18"/>
        </w:rPr>
        <w:t xml:space="preserve"> </w:t>
      </w:r>
      <w:proofErr w:type="spellStart"/>
      <w:r w:rsidRPr="00D73BDF">
        <w:rPr>
          <w:rFonts w:ascii="Sylfaen" w:hAnsi="Sylfaen" w:cs="Sylfaen"/>
          <w:sz w:val="18"/>
          <w:szCs w:val="18"/>
        </w:rPr>
        <w:t>ხელშეკრულებაზე</w:t>
      </w:r>
      <w:proofErr w:type="spellEnd"/>
      <w:r w:rsidRPr="00D73BDF">
        <w:rPr>
          <w:rFonts w:cstheme="majorHAnsi"/>
          <w:sz w:val="18"/>
          <w:szCs w:val="18"/>
        </w:rPr>
        <w:t xml:space="preserve"> </w:t>
      </w:r>
      <w:proofErr w:type="spellStart"/>
      <w:r w:rsidRPr="00D73BDF">
        <w:rPr>
          <w:rFonts w:ascii="Sylfaen" w:hAnsi="Sylfaen" w:cs="Sylfaen"/>
          <w:sz w:val="18"/>
          <w:szCs w:val="18"/>
        </w:rPr>
        <w:t>ხელმოწერით</w:t>
      </w:r>
      <w:proofErr w:type="spellEnd"/>
      <w:r w:rsidRPr="00D73BDF">
        <w:rPr>
          <w:rFonts w:cstheme="majorHAnsi"/>
          <w:sz w:val="18"/>
          <w:szCs w:val="18"/>
        </w:rPr>
        <w:t xml:space="preserve">, </w:t>
      </w:r>
      <w:proofErr w:type="spellStart"/>
      <w:r w:rsidRPr="00D73BDF">
        <w:rPr>
          <w:rFonts w:ascii="Sylfaen" w:hAnsi="Sylfaen" w:cs="Sylfaen"/>
          <w:sz w:val="18"/>
          <w:szCs w:val="18"/>
        </w:rPr>
        <w:t>აცხადებს</w:t>
      </w:r>
      <w:proofErr w:type="spellEnd"/>
      <w:r w:rsidRPr="00D73BDF">
        <w:rPr>
          <w:rFonts w:cstheme="majorHAnsi"/>
          <w:sz w:val="18"/>
          <w:szCs w:val="18"/>
        </w:rPr>
        <w:t xml:space="preserve"> </w:t>
      </w:r>
      <w:proofErr w:type="spellStart"/>
      <w:r w:rsidRPr="00D73BDF">
        <w:rPr>
          <w:rFonts w:ascii="Sylfaen" w:hAnsi="Sylfaen" w:cs="Sylfaen"/>
          <w:sz w:val="18"/>
          <w:szCs w:val="18"/>
        </w:rPr>
        <w:t>თანხმობას</w:t>
      </w:r>
      <w:proofErr w:type="spellEnd"/>
      <w:r w:rsidRPr="00D73BDF">
        <w:rPr>
          <w:rFonts w:cstheme="majorHAnsi"/>
          <w:sz w:val="18"/>
          <w:szCs w:val="18"/>
        </w:rPr>
        <w:t>.</w:t>
      </w:r>
    </w:p>
    <w:p w14:paraId="221D658F" w14:textId="6E57F559" w:rsidR="004869AE" w:rsidRPr="00A009C6" w:rsidRDefault="004869AE" w:rsidP="00521466">
      <w:pPr>
        <w:pStyle w:val="ListParagraph"/>
        <w:ind w:left="644"/>
        <w:jc w:val="both"/>
        <w:rPr>
          <w:rFonts w:cstheme="majorHAnsi"/>
          <w:sz w:val="18"/>
          <w:szCs w:val="18"/>
        </w:rPr>
      </w:pPr>
    </w:p>
    <w:p w14:paraId="013A9640" w14:textId="77777777" w:rsidR="004B6084" w:rsidRPr="00521466" w:rsidRDefault="004B6084" w:rsidP="00185C20">
      <w:pPr>
        <w:jc w:val="both"/>
        <w:rPr>
          <w:rFonts w:ascii="Sylfaen" w:hAnsi="Sylfaen" w:cstheme="majorHAnsi"/>
          <w:sz w:val="18"/>
          <w:szCs w:val="18"/>
          <w:lang w:val="ka-GE"/>
        </w:rPr>
      </w:pPr>
    </w:p>
    <w:p w14:paraId="3FA2CAE6" w14:textId="31B3CB4B" w:rsidR="004B6084" w:rsidRPr="000A1DB5" w:rsidRDefault="00CD0375" w:rsidP="00185C20">
      <w:pPr>
        <w:pStyle w:val="ListParagraph"/>
        <w:numPr>
          <w:ilvl w:val="0"/>
          <w:numId w:val="13"/>
        </w:numPr>
        <w:jc w:val="both"/>
        <w:rPr>
          <w:rFonts w:cstheme="majorHAnsi"/>
          <w:b/>
          <w:bCs/>
          <w:u w:val="single"/>
        </w:rPr>
      </w:pPr>
      <w:r>
        <w:rPr>
          <w:rFonts w:ascii="Sylfaen" w:hAnsi="Sylfaen" w:cs="Sylfaen"/>
          <w:b/>
          <w:bCs/>
          <w:u w:val="single"/>
          <w:lang w:val="ka-GE"/>
        </w:rPr>
        <w:t>შესრულებული სამუშაოების</w:t>
      </w:r>
      <w:r w:rsidRPr="000A1DB5">
        <w:rPr>
          <w:rFonts w:cstheme="majorHAnsi"/>
          <w:b/>
          <w:bCs/>
          <w:u w:val="single"/>
        </w:rPr>
        <w:t xml:space="preserve"> </w:t>
      </w:r>
      <w:proofErr w:type="spellStart"/>
      <w:r w:rsidR="00A74260" w:rsidRPr="000A1DB5">
        <w:rPr>
          <w:rFonts w:ascii="Sylfaen" w:hAnsi="Sylfaen" w:cs="Sylfaen"/>
          <w:b/>
          <w:bCs/>
          <w:u w:val="single"/>
        </w:rPr>
        <w:t>ხარისხი</w:t>
      </w:r>
      <w:proofErr w:type="spellEnd"/>
    </w:p>
    <w:p w14:paraId="44B42EEF" w14:textId="77777777" w:rsidR="00624E10" w:rsidRPr="006B35E7" w:rsidRDefault="00624E10" w:rsidP="00624E10">
      <w:pPr>
        <w:pStyle w:val="ListParagraph"/>
        <w:numPr>
          <w:ilvl w:val="1"/>
          <w:numId w:val="13"/>
        </w:numPr>
        <w:ind w:left="1070"/>
        <w:jc w:val="both"/>
        <w:rPr>
          <w:rFonts w:cstheme="majorHAnsi"/>
          <w:sz w:val="18"/>
          <w:szCs w:val="18"/>
        </w:rPr>
      </w:pPr>
      <w:r>
        <w:rPr>
          <w:rFonts w:ascii="Sylfaen" w:hAnsi="Sylfaen" w:cs="Sylfaen"/>
          <w:bCs/>
          <w:sz w:val="18"/>
          <w:szCs w:val="18"/>
          <w:lang w:val="ka-GE"/>
        </w:rPr>
        <w:t>მენარდე</w:t>
      </w:r>
      <w:r w:rsidRPr="006B35E7">
        <w:rPr>
          <w:rFonts w:cstheme="majorHAnsi"/>
          <w:bCs/>
          <w:sz w:val="18"/>
          <w:szCs w:val="18"/>
        </w:rPr>
        <w:t xml:space="preserve"> </w:t>
      </w:r>
      <w:proofErr w:type="spellStart"/>
      <w:r w:rsidRPr="006B35E7">
        <w:rPr>
          <w:rFonts w:ascii="Sylfaen" w:hAnsi="Sylfaen" w:cs="Sylfaen"/>
          <w:sz w:val="18"/>
          <w:szCs w:val="18"/>
        </w:rPr>
        <w:t>ვალდებულია</w:t>
      </w:r>
      <w:proofErr w:type="spellEnd"/>
      <w:r w:rsidRPr="006B35E7">
        <w:rPr>
          <w:rFonts w:cstheme="majorHAnsi"/>
          <w:sz w:val="18"/>
          <w:szCs w:val="18"/>
        </w:rPr>
        <w:t xml:space="preserve"> </w:t>
      </w:r>
      <w:proofErr w:type="spellStart"/>
      <w:r w:rsidRPr="006B35E7">
        <w:rPr>
          <w:rFonts w:ascii="Sylfaen" w:hAnsi="Sylfaen" w:cs="Sylfaen"/>
          <w:sz w:val="18"/>
          <w:szCs w:val="18"/>
        </w:rPr>
        <w:t>დამკვეთს</w:t>
      </w:r>
      <w:proofErr w:type="spellEnd"/>
      <w:r w:rsidRPr="006B35E7">
        <w:rPr>
          <w:rFonts w:cstheme="majorHAnsi"/>
          <w:sz w:val="18"/>
          <w:szCs w:val="18"/>
        </w:rPr>
        <w:t xml:space="preserve"> </w:t>
      </w:r>
      <w:proofErr w:type="spellStart"/>
      <w:r w:rsidRPr="006B35E7">
        <w:rPr>
          <w:rFonts w:ascii="Sylfaen" w:hAnsi="Sylfaen" w:cs="Sylfaen"/>
          <w:sz w:val="18"/>
          <w:szCs w:val="18"/>
        </w:rPr>
        <w:t>ჩააბაროს</w:t>
      </w:r>
      <w:proofErr w:type="spellEnd"/>
      <w:r w:rsidRPr="006B35E7">
        <w:rPr>
          <w:rFonts w:cstheme="majorHAnsi"/>
          <w:sz w:val="18"/>
          <w:szCs w:val="18"/>
        </w:rPr>
        <w:t xml:space="preserve"> </w:t>
      </w:r>
      <w:proofErr w:type="spellStart"/>
      <w:r w:rsidRPr="006B35E7">
        <w:rPr>
          <w:rFonts w:ascii="Sylfaen" w:hAnsi="Sylfaen" w:cs="Sylfaen"/>
          <w:sz w:val="18"/>
          <w:szCs w:val="18"/>
        </w:rPr>
        <w:t>ნივთობრივად</w:t>
      </w:r>
      <w:proofErr w:type="spellEnd"/>
      <w:r w:rsidRPr="006B35E7">
        <w:rPr>
          <w:rFonts w:cstheme="majorHAnsi"/>
          <w:sz w:val="18"/>
          <w:szCs w:val="18"/>
        </w:rPr>
        <w:t xml:space="preserve"> </w:t>
      </w:r>
      <w:proofErr w:type="spellStart"/>
      <w:r w:rsidRPr="006B35E7">
        <w:rPr>
          <w:rFonts w:ascii="Sylfaen" w:hAnsi="Sylfaen" w:cs="Sylfaen"/>
          <w:sz w:val="18"/>
          <w:szCs w:val="18"/>
        </w:rPr>
        <w:t>და</w:t>
      </w:r>
      <w:proofErr w:type="spellEnd"/>
      <w:r w:rsidRPr="006B35E7">
        <w:rPr>
          <w:rFonts w:cstheme="majorHAnsi"/>
          <w:sz w:val="18"/>
          <w:szCs w:val="18"/>
        </w:rPr>
        <w:t xml:space="preserve"> </w:t>
      </w:r>
      <w:proofErr w:type="spellStart"/>
      <w:r w:rsidRPr="006B35E7">
        <w:rPr>
          <w:rFonts w:ascii="Sylfaen" w:hAnsi="Sylfaen" w:cs="Sylfaen"/>
          <w:sz w:val="18"/>
          <w:szCs w:val="18"/>
        </w:rPr>
        <w:t>უფლებრივად</w:t>
      </w:r>
      <w:proofErr w:type="spellEnd"/>
      <w:r w:rsidRPr="006B35E7">
        <w:rPr>
          <w:rFonts w:cstheme="majorHAnsi"/>
          <w:sz w:val="18"/>
          <w:szCs w:val="18"/>
        </w:rPr>
        <w:t xml:space="preserve"> </w:t>
      </w:r>
      <w:proofErr w:type="spellStart"/>
      <w:r w:rsidRPr="006B35E7">
        <w:rPr>
          <w:rFonts w:ascii="Sylfaen" w:hAnsi="Sylfaen" w:cs="Sylfaen"/>
          <w:sz w:val="18"/>
          <w:szCs w:val="18"/>
        </w:rPr>
        <w:t>უნაკლო</w:t>
      </w:r>
      <w:proofErr w:type="spellEnd"/>
      <w:r w:rsidRPr="006B35E7">
        <w:rPr>
          <w:rFonts w:cstheme="majorHAnsi"/>
          <w:sz w:val="18"/>
          <w:szCs w:val="18"/>
        </w:rPr>
        <w:t xml:space="preserve"> </w:t>
      </w:r>
      <w:proofErr w:type="spellStart"/>
      <w:r w:rsidRPr="006B35E7">
        <w:rPr>
          <w:rFonts w:ascii="Sylfaen" w:hAnsi="Sylfaen" w:cs="Sylfaen"/>
          <w:sz w:val="18"/>
          <w:szCs w:val="18"/>
        </w:rPr>
        <w:t>ნივთი</w:t>
      </w:r>
      <w:proofErr w:type="spellEnd"/>
      <w:r>
        <w:rPr>
          <w:rFonts w:cstheme="majorHAnsi"/>
          <w:sz w:val="18"/>
          <w:szCs w:val="18"/>
        </w:rPr>
        <w:t xml:space="preserve"> </w:t>
      </w:r>
      <w:r>
        <w:rPr>
          <w:rFonts w:ascii="Sylfaen" w:hAnsi="Sylfaen" w:cstheme="majorHAnsi"/>
          <w:sz w:val="18"/>
          <w:szCs w:val="18"/>
          <w:lang w:val="ka-GE"/>
        </w:rPr>
        <w:t>(</w:t>
      </w:r>
      <w:r w:rsidRPr="006B35E7">
        <w:rPr>
          <w:rFonts w:ascii="Sylfaen" w:hAnsi="Sylfaen" w:cs="Sylfaen"/>
          <w:sz w:val="18"/>
          <w:szCs w:val="18"/>
          <w:lang w:val="ka-GE"/>
        </w:rPr>
        <w:t>დაკისრებული ვალდებულება</w:t>
      </w:r>
      <w:r>
        <w:rPr>
          <w:rFonts w:ascii="Sylfaen" w:hAnsi="Sylfaen" w:cstheme="majorHAnsi"/>
          <w:sz w:val="18"/>
          <w:szCs w:val="18"/>
          <w:lang w:val="ka-GE"/>
        </w:rPr>
        <w:t>)</w:t>
      </w:r>
      <w:r w:rsidRPr="006B35E7">
        <w:rPr>
          <w:rFonts w:cstheme="majorHAnsi"/>
          <w:sz w:val="18"/>
          <w:szCs w:val="18"/>
        </w:rPr>
        <w:t>.</w:t>
      </w:r>
    </w:p>
    <w:p w14:paraId="4F79648F" w14:textId="46DACDFB" w:rsidR="00624E10" w:rsidRDefault="00624E10" w:rsidP="00624E10">
      <w:pPr>
        <w:pStyle w:val="ListParagraph"/>
        <w:numPr>
          <w:ilvl w:val="1"/>
          <w:numId w:val="13"/>
        </w:numPr>
        <w:ind w:left="1070"/>
        <w:jc w:val="both"/>
        <w:rPr>
          <w:rFonts w:cstheme="majorHAnsi"/>
          <w:sz w:val="18"/>
          <w:szCs w:val="18"/>
        </w:rPr>
      </w:pPr>
      <w:r>
        <w:rPr>
          <w:rFonts w:ascii="Sylfaen" w:hAnsi="Sylfaen" w:cs="Sylfaen"/>
          <w:sz w:val="18"/>
          <w:szCs w:val="18"/>
          <w:lang w:val="ka-GE"/>
        </w:rPr>
        <w:t>შესასრულებელი სამუშაო</w:t>
      </w:r>
      <w:r w:rsidRPr="000A1DB5">
        <w:rPr>
          <w:rFonts w:cstheme="majorHAnsi"/>
          <w:sz w:val="18"/>
          <w:szCs w:val="18"/>
        </w:rPr>
        <w:t xml:space="preserve"> </w:t>
      </w:r>
      <w:proofErr w:type="spellStart"/>
      <w:r w:rsidRPr="000A1DB5">
        <w:rPr>
          <w:rFonts w:ascii="Sylfaen" w:hAnsi="Sylfaen" w:cs="Sylfaen"/>
          <w:sz w:val="18"/>
          <w:szCs w:val="18"/>
        </w:rPr>
        <w:t>ნივთობრივად</w:t>
      </w:r>
      <w:proofErr w:type="spellEnd"/>
      <w:r w:rsidRPr="000A1DB5">
        <w:rPr>
          <w:rFonts w:cstheme="majorHAnsi"/>
          <w:sz w:val="18"/>
          <w:szCs w:val="18"/>
        </w:rPr>
        <w:t xml:space="preserve"> </w:t>
      </w:r>
      <w:proofErr w:type="spellStart"/>
      <w:r w:rsidRPr="000A1DB5">
        <w:rPr>
          <w:rFonts w:ascii="Sylfaen" w:hAnsi="Sylfaen" w:cs="Sylfaen"/>
          <w:sz w:val="18"/>
          <w:szCs w:val="18"/>
        </w:rPr>
        <w:t>უნაკლოა</w:t>
      </w:r>
      <w:proofErr w:type="spellEnd"/>
      <w:r w:rsidRPr="000A1DB5">
        <w:rPr>
          <w:rFonts w:cstheme="majorHAnsi"/>
          <w:sz w:val="18"/>
          <w:szCs w:val="18"/>
        </w:rPr>
        <w:t xml:space="preserve">, </w:t>
      </w:r>
      <w:proofErr w:type="spellStart"/>
      <w:r w:rsidRPr="000A1DB5">
        <w:rPr>
          <w:rFonts w:ascii="Sylfaen" w:hAnsi="Sylfaen" w:cs="Sylfaen"/>
          <w:sz w:val="18"/>
          <w:szCs w:val="18"/>
        </w:rPr>
        <w:t>თუ</w:t>
      </w:r>
      <w:proofErr w:type="spellEnd"/>
      <w:r w:rsidRPr="000A1DB5">
        <w:rPr>
          <w:rFonts w:cstheme="majorHAnsi"/>
          <w:sz w:val="18"/>
          <w:szCs w:val="18"/>
        </w:rPr>
        <w:t xml:space="preserve"> </w:t>
      </w:r>
      <w:proofErr w:type="spellStart"/>
      <w:r w:rsidRPr="000A1DB5">
        <w:rPr>
          <w:rFonts w:ascii="Sylfaen" w:hAnsi="Sylfaen" w:cs="Sylfaen"/>
          <w:sz w:val="18"/>
          <w:szCs w:val="18"/>
        </w:rPr>
        <w:t>იგი</w:t>
      </w:r>
      <w:proofErr w:type="spellEnd"/>
      <w:r w:rsidRPr="000A1DB5">
        <w:rPr>
          <w:rFonts w:cstheme="majorHAnsi"/>
          <w:sz w:val="18"/>
          <w:szCs w:val="18"/>
        </w:rPr>
        <w:t xml:space="preserve"> </w:t>
      </w:r>
      <w:proofErr w:type="spellStart"/>
      <w:r w:rsidRPr="000A1DB5">
        <w:rPr>
          <w:rFonts w:ascii="Sylfaen" w:hAnsi="Sylfaen" w:cs="Sylfaen"/>
          <w:sz w:val="18"/>
          <w:szCs w:val="18"/>
        </w:rPr>
        <w:t>შესრულებულია</w:t>
      </w:r>
      <w:proofErr w:type="spellEnd"/>
      <w:r w:rsidRPr="000A1DB5">
        <w:rPr>
          <w:rFonts w:cstheme="majorHAnsi"/>
          <w:sz w:val="18"/>
          <w:szCs w:val="18"/>
        </w:rPr>
        <w:t xml:space="preserve"> </w:t>
      </w:r>
      <w:proofErr w:type="spellStart"/>
      <w:r w:rsidRPr="000A1DB5">
        <w:rPr>
          <w:rFonts w:ascii="Sylfaen" w:hAnsi="Sylfaen" w:cs="Sylfaen"/>
          <w:sz w:val="18"/>
          <w:szCs w:val="18"/>
        </w:rPr>
        <w:t>ხარჯთაღრიცხვისა</w:t>
      </w:r>
      <w:proofErr w:type="spellEnd"/>
      <w:r w:rsidRPr="000A1DB5">
        <w:rPr>
          <w:rFonts w:cstheme="majorHAnsi"/>
          <w:sz w:val="18"/>
          <w:szCs w:val="18"/>
        </w:rPr>
        <w:t xml:space="preserve"> </w:t>
      </w:r>
      <w:proofErr w:type="spellStart"/>
      <w:r w:rsidRPr="000A1DB5">
        <w:rPr>
          <w:rFonts w:ascii="Sylfaen" w:hAnsi="Sylfaen" w:cs="Sylfaen"/>
          <w:sz w:val="18"/>
          <w:szCs w:val="18"/>
        </w:rPr>
        <w:t>და</w:t>
      </w:r>
      <w:proofErr w:type="spellEnd"/>
      <w:r w:rsidRPr="000A1DB5">
        <w:rPr>
          <w:rFonts w:cstheme="majorHAnsi"/>
          <w:sz w:val="18"/>
          <w:szCs w:val="18"/>
        </w:rPr>
        <w:t xml:space="preserve"> </w:t>
      </w:r>
      <w:proofErr w:type="spellStart"/>
      <w:r w:rsidRPr="000A1DB5">
        <w:rPr>
          <w:rFonts w:ascii="Sylfaen" w:hAnsi="Sylfaen" w:cs="Sylfaen"/>
          <w:sz w:val="18"/>
          <w:szCs w:val="18"/>
        </w:rPr>
        <w:t>საპროექტო</w:t>
      </w:r>
      <w:proofErr w:type="spellEnd"/>
      <w:r w:rsidR="00276902">
        <w:rPr>
          <w:rFonts w:ascii="Sylfaen" w:hAnsi="Sylfaen" w:cs="Sylfaen"/>
          <w:sz w:val="18"/>
          <w:szCs w:val="18"/>
          <w:lang w:val="ru-RU"/>
        </w:rPr>
        <w:t xml:space="preserve"> </w:t>
      </w:r>
      <w:proofErr w:type="spellStart"/>
      <w:r w:rsidRPr="000A1DB5">
        <w:rPr>
          <w:rFonts w:ascii="Sylfaen" w:hAnsi="Sylfaen" w:cs="Sylfaen"/>
          <w:sz w:val="18"/>
          <w:szCs w:val="18"/>
        </w:rPr>
        <w:t>დოკუმენტაციის</w:t>
      </w:r>
      <w:proofErr w:type="spellEnd"/>
      <w:r w:rsidRPr="000A1DB5">
        <w:rPr>
          <w:rFonts w:cstheme="majorHAnsi"/>
          <w:sz w:val="18"/>
          <w:szCs w:val="18"/>
        </w:rPr>
        <w:t xml:space="preserve"> </w:t>
      </w:r>
      <w:proofErr w:type="spellStart"/>
      <w:r w:rsidRPr="000A1DB5">
        <w:rPr>
          <w:rFonts w:ascii="Sylfaen" w:hAnsi="Sylfaen" w:cs="Sylfaen"/>
          <w:sz w:val="18"/>
          <w:szCs w:val="18"/>
        </w:rPr>
        <w:t>შესაბამისად</w:t>
      </w:r>
      <w:proofErr w:type="spellEnd"/>
      <w:r w:rsidRPr="000A1DB5">
        <w:rPr>
          <w:rFonts w:cstheme="majorHAnsi"/>
          <w:sz w:val="18"/>
          <w:szCs w:val="18"/>
        </w:rPr>
        <w:t xml:space="preserve"> </w:t>
      </w:r>
      <w:proofErr w:type="spellStart"/>
      <w:r w:rsidRPr="000A1DB5">
        <w:rPr>
          <w:rFonts w:ascii="Sylfaen" w:hAnsi="Sylfaen" w:cs="Sylfaen"/>
          <w:sz w:val="18"/>
          <w:szCs w:val="18"/>
        </w:rPr>
        <w:t>და</w:t>
      </w:r>
      <w:proofErr w:type="spellEnd"/>
      <w:r w:rsidRPr="000A1DB5">
        <w:rPr>
          <w:rFonts w:cstheme="majorHAnsi"/>
          <w:sz w:val="18"/>
          <w:szCs w:val="18"/>
        </w:rPr>
        <w:t xml:space="preserve"> </w:t>
      </w:r>
      <w:proofErr w:type="spellStart"/>
      <w:r w:rsidRPr="000A1DB5">
        <w:rPr>
          <w:rFonts w:ascii="Sylfaen" w:hAnsi="Sylfaen" w:cs="Sylfaen"/>
          <w:sz w:val="18"/>
          <w:szCs w:val="18"/>
        </w:rPr>
        <w:t>შესრულებული</w:t>
      </w:r>
      <w:proofErr w:type="spellEnd"/>
      <w:r w:rsidRPr="000A1DB5">
        <w:rPr>
          <w:rFonts w:cstheme="majorHAnsi"/>
          <w:sz w:val="18"/>
          <w:szCs w:val="18"/>
        </w:rPr>
        <w:t xml:space="preserve"> </w:t>
      </w:r>
      <w:proofErr w:type="spellStart"/>
      <w:r w:rsidRPr="000A1DB5">
        <w:rPr>
          <w:rFonts w:ascii="Sylfaen" w:hAnsi="Sylfaen" w:cs="Sylfaen"/>
          <w:sz w:val="18"/>
          <w:szCs w:val="18"/>
        </w:rPr>
        <w:t>სამუშაო</w:t>
      </w:r>
      <w:proofErr w:type="spellEnd"/>
      <w:r w:rsidRPr="000A1DB5">
        <w:rPr>
          <w:rFonts w:cstheme="majorHAnsi"/>
          <w:sz w:val="18"/>
          <w:szCs w:val="18"/>
        </w:rPr>
        <w:t xml:space="preserve"> </w:t>
      </w:r>
      <w:proofErr w:type="spellStart"/>
      <w:r w:rsidRPr="000A1DB5">
        <w:rPr>
          <w:rFonts w:ascii="Sylfaen" w:hAnsi="Sylfaen" w:cs="Sylfaen"/>
          <w:sz w:val="18"/>
          <w:szCs w:val="18"/>
        </w:rPr>
        <w:t>შეესაბამება</w:t>
      </w:r>
      <w:proofErr w:type="spellEnd"/>
      <w:r w:rsidRPr="000A1DB5">
        <w:rPr>
          <w:rFonts w:cstheme="majorHAnsi"/>
          <w:sz w:val="18"/>
          <w:szCs w:val="18"/>
        </w:rPr>
        <w:t xml:space="preserve"> </w:t>
      </w:r>
      <w:proofErr w:type="spellStart"/>
      <w:r w:rsidRPr="000A1DB5">
        <w:rPr>
          <w:rFonts w:ascii="Sylfaen" w:hAnsi="Sylfaen" w:cs="Sylfaen"/>
          <w:sz w:val="18"/>
          <w:szCs w:val="18"/>
        </w:rPr>
        <w:t>საქართველოს</w:t>
      </w:r>
      <w:proofErr w:type="spellEnd"/>
      <w:r w:rsidRPr="000A1DB5">
        <w:rPr>
          <w:rFonts w:cstheme="majorHAnsi"/>
          <w:sz w:val="18"/>
          <w:szCs w:val="18"/>
        </w:rPr>
        <w:t xml:space="preserve"> </w:t>
      </w:r>
      <w:proofErr w:type="spellStart"/>
      <w:r w:rsidRPr="000A1DB5">
        <w:rPr>
          <w:rFonts w:ascii="Sylfaen" w:hAnsi="Sylfaen" w:cs="Sylfaen"/>
          <w:sz w:val="18"/>
          <w:szCs w:val="18"/>
        </w:rPr>
        <w:t>მოქმედი</w:t>
      </w:r>
      <w:proofErr w:type="spellEnd"/>
      <w:r w:rsidRPr="000A1DB5">
        <w:rPr>
          <w:rFonts w:cstheme="majorHAnsi"/>
          <w:sz w:val="18"/>
          <w:szCs w:val="18"/>
        </w:rPr>
        <w:t xml:space="preserve"> </w:t>
      </w:r>
      <w:proofErr w:type="spellStart"/>
      <w:r w:rsidRPr="000A1DB5">
        <w:rPr>
          <w:rFonts w:ascii="Sylfaen" w:hAnsi="Sylfaen" w:cs="Sylfaen"/>
          <w:sz w:val="18"/>
          <w:szCs w:val="18"/>
        </w:rPr>
        <w:t>კანონმდებლობით</w:t>
      </w:r>
      <w:proofErr w:type="spellEnd"/>
      <w:r w:rsidRPr="000A1DB5">
        <w:rPr>
          <w:rFonts w:cstheme="majorHAnsi"/>
          <w:sz w:val="18"/>
          <w:szCs w:val="18"/>
        </w:rPr>
        <w:t xml:space="preserve"> </w:t>
      </w:r>
      <w:proofErr w:type="spellStart"/>
      <w:r w:rsidRPr="000A1DB5">
        <w:rPr>
          <w:rFonts w:ascii="Sylfaen" w:hAnsi="Sylfaen" w:cs="Sylfaen"/>
          <w:sz w:val="18"/>
          <w:szCs w:val="18"/>
        </w:rPr>
        <w:t>გათვალისწინებულ</w:t>
      </w:r>
      <w:proofErr w:type="spellEnd"/>
      <w:r w:rsidRPr="000A1DB5">
        <w:rPr>
          <w:rFonts w:cstheme="majorHAnsi"/>
          <w:sz w:val="18"/>
          <w:szCs w:val="18"/>
        </w:rPr>
        <w:t xml:space="preserve"> </w:t>
      </w:r>
      <w:r>
        <w:rPr>
          <w:rFonts w:ascii="Sylfaen" w:hAnsi="Sylfaen" w:cs="Sylfaen"/>
          <w:sz w:val="18"/>
          <w:szCs w:val="18"/>
          <w:lang w:val="ka-GE"/>
        </w:rPr>
        <w:t>სამშენებლო</w:t>
      </w:r>
      <w:r w:rsidRPr="000A1DB5">
        <w:rPr>
          <w:rFonts w:cstheme="majorHAnsi"/>
          <w:sz w:val="18"/>
          <w:szCs w:val="18"/>
        </w:rPr>
        <w:t xml:space="preserve"> </w:t>
      </w:r>
      <w:proofErr w:type="spellStart"/>
      <w:r w:rsidRPr="000A1DB5">
        <w:rPr>
          <w:rFonts w:ascii="Sylfaen" w:hAnsi="Sylfaen" w:cs="Sylfaen"/>
          <w:sz w:val="18"/>
          <w:szCs w:val="18"/>
        </w:rPr>
        <w:t>ნორმებს</w:t>
      </w:r>
      <w:proofErr w:type="spellEnd"/>
      <w:r w:rsidRPr="000A1DB5">
        <w:rPr>
          <w:rFonts w:cstheme="majorHAnsi"/>
          <w:sz w:val="18"/>
          <w:szCs w:val="18"/>
        </w:rPr>
        <w:t>.</w:t>
      </w:r>
    </w:p>
    <w:p w14:paraId="7F13B02A" w14:textId="7F9EE276" w:rsidR="00624E10" w:rsidRPr="0043468A" w:rsidRDefault="00624E10" w:rsidP="00624E10">
      <w:pPr>
        <w:pStyle w:val="ListParagraph"/>
        <w:numPr>
          <w:ilvl w:val="1"/>
          <w:numId w:val="13"/>
        </w:numPr>
        <w:ind w:left="1070"/>
        <w:jc w:val="both"/>
        <w:rPr>
          <w:rFonts w:cstheme="majorHAnsi"/>
          <w:sz w:val="18"/>
          <w:szCs w:val="18"/>
        </w:rPr>
      </w:pPr>
      <w:proofErr w:type="spellStart"/>
      <w:r w:rsidRPr="000A1DB5">
        <w:rPr>
          <w:rFonts w:ascii="Sylfaen" w:hAnsi="Sylfaen" w:cs="Sylfaen"/>
          <w:sz w:val="18"/>
          <w:szCs w:val="18"/>
        </w:rPr>
        <w:t>სამუშაოების</w:t>
      </w:r>
      <w:proofErr w:type="spellEnd"/>
      <w:r w:rsidRPr="000A1DB5">
        <w:rPr>
          <w:rFonts w:cstheme="majorHAnsi"/>
          <w:sz w:val="18"/>
          <w:szCs w:val="18"/>
        </w:rPr>
        <w:t xml:space="preserve"> </w:t>
      </w:r>
      <w:proofErr w:type="spellStart"/>
      <w:r w:rsidRPr="000A1DB5">
        <w:rPr>
          <w:rFonts w:ascii="Sylfaen" w:hAnsi="Sylfaen" w:cs="Sylfaen"/>
          <w:sz w:val="18"/>
          <w:szCs w:val="18"/>
        </w:rPr>
        <w:t>ხარისხზე</w:t>
      </w:r>
      <w:proofErr w:type="spellEnd"/>
      <w:r w:rsidRPr="000A1DB5">
        <w:rPr>
          <w:rFonts w:cstheme="majorHAnsi"/>
          <w:sz w:val="18"/>
          <w:szCs w:val="18"/>
        </w:rPr>
        <w:t xml:space="preserve"> </w:t>
      </w:r>
      <w:proofErr w:type="spellStart"/>
      <w:r w:rsidRPr="000A1DB5">
        <w:rPr>
          <w:rFonts w:ascii="Sylfaen" w:hAnsi="Sylfaen" w:cs="Sylfaen"/>
          <w:sz w:val="18"/>
          <w:szCs w:val="18"/>
        </w:rPr>
        <w:t>პასუხისმგებლობა</w:t>
      </w:r>
      <w:proofErr w:type="spellEnd"/>
      <w:r w:rsidRPr="000A1DB5">
        <w:rPr>
          <w:rFonts w:cstheme="majorHAnsi"/>
          <w:sz w:val="18"/>
          <w:szCs w:val="18"/>
        </w:rPr>
        <w:t xml:space="preserve"> </w:t>
      </w:r>
      <w:proofErr w:type="spellStart"/>
      <w:r w:rsidRPr="000A1DB5">
        <w:rPr>
          <w:rFonts w:ascii="Sylfaen" w:hAnsi="Sylfaen" w:cs="Sylfaen"/>
          <w:sz w:val="18"/>
          <w:szCs w:val="18"/>
        </w:rPr>
        <w:t>სრულად</w:t>
      </w:r>
      <w:proofErr w:type="spellEnd"/>
      <w:r w:rsidRPr="000A1DB5">
        <w:rPr>
          <w:rFonts w:cstheme="majorHAnsi"/>
          <w:sz w:val="18"/>
          <w:szCs w:val="18"/>
        </w:rPr>
        <w:t xml:space="preserve"> </w:t>
      </w:r>
      <w:proofErr w:type="spellStart"/>
      <w:r w:rsidRPr="000A1DB5">
        <w:rPr>
          <w:rFonts w:ascii="Sylfaen" w:hAnsi="Sylfaen" w:cs="Sylfaen"/>
          <w:sz w:val="18"/>
          <w:szCs w:val="18"/>
        </w:rPr>
        <w:t>ეკისრება</w:t>
      </w:r>
      <w:proofErr w:type="spellEnd"/>
      <w:r w:rsidRPr="000A1DB5">
        <w:rPr>
          <w:rFonts w:cstheme="majorHAnsi"/>
          <w:sz w:val="18"/>
          <w:szCs w:val="18"/>
        </w:rPr>
        <w:t xml:space="preserve"> </w:t>
      </w:r>
      <w:r>
        <w:rPr>
          <w:rFonts w:ascii="Sylfaen" w:hAnsi="Sylfaen" w:cs="Sylfaen"/>
          <w:sz w:val="18"/>
          <w:szCs w:val="18"/>
          <w:lang w:val="ka-GE"/>
        </w:rPr>
        <w:t>მენარდეს</w:t>
      </w:r>
      <w:r w:rsidRPr="000A1DB5">
        <w:rPr>
          <w:rFonts w:cstheme="majorHAnsi"/>
          <w:sz w:val="18"/>
          <w:szCs w:val="18"/>
        </w:rPr>
        <w:t>.</w:t>
      </w:r>
      <w:r>
        <w:rPr>
          <w:rFonts w:cstheme="majorHAnsi"/>
          <w:sz w:val="18"/>
          <w:szCs w:val="18"/>
        </w:rPr>
        <w:t xml:space="preserve"> </w:t>
      </w:r>
      <w:r>
        <w:rPr>
          <w:rFonts w:ascii="Sylfaen" w:hAnsi="Sylfaen" w:cs="Sylfaen"/>
          <w:sz w:val="18"/>
          <w:szCs w:val="18"/>
          <w:lang w:val="ka-GE"/>
        </w:rPr>
        <w:t xml:space="preserve">მენარდის </w:t>
      </w:r>
      <w:proofErr w:type="spellStart"/>
      <w:r w:rsidRPr="000A1DB5">
        <w:rPr>
          <w:rFonts w:ascii="Sylfaen" w:hAnsi="Sylfaen" w:cs="Sylfaen"/>
          <w:sz w:val="18"/>
          <w:szCs w:val="18"/>
        </w:rPr>
        <w:t>მიერ</w:t>
      </w:r>
      <w:proofErr w:type="spellEnd"/>
      <w:r w:rsidRPr="000A1DB5">
        <w:rPr>
          <w:rFonts w:ascii="Sylfaen" w:hAnsi="Sylfaen" w:cs="Sylfaen"/>
          <w:sz w:val="18"/>
          <w:szCs w:val="18"/>
        </w:rPr>
        <w:t xml:space="preserve"> </w:t>
      </w:r>
      <w:proofErr w:type="spellStart"/>
      <w:r w:rsidRPr="000A1DB5">
        <w:rPr>
          <w:rFonts w:ascii="Sylfaen" w:hAnsi="Sylfaen" w:cs="Sylfaen"/>
          <w:sz w:val="18"/>
          <w:szCs w:val="18"/>
        </w:rPr>
        <w:t>შესრულებულ</w:t>
      </w:r>
      <w:proofErr w:type="spellEnd"/>
      <w:r>
        <w:rPr>
          <w:rFonts w:ascii="Sylfaen" w:hAnsi="Sylfaen" w:cs="Sylfaen"/>
          <w:sz w:val="18"/>
          <w:szCs w:val="18"/>
          <w:lang w:val="ka-GE"/>
        </w:rPr>
        <w:t xml:space="preserve">ი </w:t>
      </w:r>
      <w:proofErr w:type="spellStart"/>
      <w:r w:rsidRPr="000A1DB5">
        <w:rPr>
          <w:rFonts w:ascii="Sylfaen" w:hAnsi="Sylfaen" w:cs="Sylfaen"/>
          <w:sz w:val="18"/>
          <w:szCs w:val="18"/>
        </w:rPr>
        <w:t>სამუშაოებზე</w:t>
      </w:r>
      <w:proofErr w:type="spellEnd"/>
      <w:r w:rsidRPr="000A1DB5">
        <w:rPr>
          <w:rFonts w:ascii="Sylfaen" w:hAnsi="Sylfaen" w:cs="Sylfaen"/>
          <w:sz w:val="18"/>
          <w:szCs w:val="18"/>
        </w:rPr>
        <w:t xml:space="preserve">, </w:t>
      </w:r>
      <w:proofErr w:type="spellStart"/>
      <w:r w:rsidRPr="000A1DB5">
        <w:rPr>
          <w:rFonts w:ascii="Sylfaen" w:hAnsi="Sylfaen" w:cs="Sylfaen"/>
          <w:sz w:val="18"/>
          <w:szCs w:val="18"/>
        </w:rPr>
        <w:t>სამუშაოების</w:t>
      </w:r>
      <w:proofErr w:type="spellEnd"/>
      <w:r w:rsidRPr="000A1DB5">
        <w:rPr>
          <w:rFonts w:ascii="Sylfaen" w:hAnsi="Sylfaen" w:cs="Sylfaen"/>
          <w:sz w:val="18"/>
          <w:szCs w:val="18"/>
        </w:rPr>
        <w:t xml:space="preserve"> </w:t>
      </w:r>
      <w:proofErr w:type="spellStart"/>
      <w:r w:rsidRPr="000A1DB5">
        <w:rPr>
          <w:rFonts w:ascii="Sylfaen" w:hAnsi="Sylfaen" w:cs="Sylfaen"/>
          <w:sz w:val="18"/>
          <w:szCs w:val="18"/>
        </w:rPr>
        <w:t>დასრულების</w:t>
      </w:r>
      <w:proofErr w:type="spellEnd"/>
      <w:r w:rsidRPr="000A1DB5">
        <w:rPr>
          <w:rFonts w:ascii="Sylfaen" w:hAnsi="Sylfaen" w:cs="Sylfaen"/>
          <w:sz w:val="18"/>
          <w:szCs w:val="18"/>
        </w:rPr>
        <w:t xml:space="preserve"> </w:t>
      </w:r>
      <w:proofErr w:type="spellStart"/>
      <w:r w:rsidRPr="000A1DB5">
        <w:rPr>
          <w:rFonts w:ascii="Sylfaen" w:hAnsi="Sylfaen" w:cs="Sylfaen"/>
          <w:sz w:val="18"/>
          <w:szCs w:val="18"/>
        </w:rPr>
        <w:t>მომენტიდან</w:t>
      </w:r>
      <w:proofErr w:type="spellEnd"/>
      <w:r w:rsidRPr="000A1DB5">
        <w:rPr>
          <w:rFonts w:ascii="Sylfaen" w:hAnsi="Sylfaen" w:cs="Sylfaen"/>
          <w:sz w:val="18"/>
          <w:szCs w:val="18"/>
        </w:rPr>
        <w:t xml:space="preserve"> </w:t>
      </w:r>
      <w:proofErr w:type="spellStart"/>
      <w:r w:rsidRPr="000A1DB5">
        <w:rPr>
          <w:rFonts w:ascii="Sylfaen" w:hAnsi="Sylfaen" w:cs="Sylfaen"/>
          <w:sz w:val="18"/>
          <w:szCs w:val="18"/>
        </w:rPr>
        <w:t>ვრცელდება</w:t>
      </w:r>
      <w:proofErr w:type="spellEnd"/>
      <w:r w:rsidRPr="000A1DB5">
        <w:rPr>
          <w:rFonts w:ascii="Sylfaen" w:hAnsi="Sylfaen" w:cs="Sylfaen"/>
          <w:sz w:val="18"/>
          <w:szCs w:val="18"/>
        </w:rPr>
        <w:t xml:space="preserve"> </w:t>
      </w:r>
      <w:proofErr w:type="spellStart"/>
      <w:r w:rsidRPr="000A1DB5">
        <w:rPr>
          <w:rFonts w:ascii="Sylfaen" w:hAnsi="Sylfaen" w:cs="Sylfaen"/>
          <w:sz w:val="18"/>
          <w:szCs w:val="18"/>
        </w:rPr>
        <w:t>საგარანტიო</w:t>
      </w:r>
      <w:proofErr w:type="spellEnd"/>
      <w:r w:rsidRPr="000A1DB5">
        <w:rPr>
          <w:rFonts w:ascii="Sylfaen" w:hAnsi="Sylfaen" w:cs="Sylfaen"/>
          <w:sz w:val="18"/>
          <w:szCs w:val="18"/>
        </w:rPr>
        <w:t xml:space="preserve"> </w:t>
      </w:r>
      <w:proofErr w:type="spellStart"/>
      <w:r w:rsidRPr="000A1DB5">
        <w:rPr>
          <w:rFonts w:ascii="Sylfaen" w:hAnsi="Sylfaen" w:cs="Sylfaen"/>
          <w:sz w:val="18"/>
          <w:szCs w:val="18"/>
        </w:rPr>
        <w:t>ვადა</w:t>
      </w:r>
      <w:proofErr w:type="spellEnd"/>
      <w:r w:rsidRPr="000A1DB5">
        <w:rPr>
          <w:rFonts w:ascii="Sylfaen" w:hAnsi="Sylfaen" w:cs="Sylfaen"/>
          <w:sz w:val="18"/>
          <w:szCs w:val="18"/>
        </w:rPr>
        <w:t xml:space="preserve">, </w:t>
      </w:r>
      <w:proofErr w:type="spellStart"/>
      <w:r w:rsidRPr="000A1DB5">
        <w:rPr>
          <w:rFonts w:ascii="Sylfaen" w:hAnsi="Sylfaen" w:cs="Sylfaen"/>
          <w:sz w:val="18"/>
          <w:szCs w:val="18"/>
        </w:rPr>
        <w:t>რომელიც</w:t>
      </w:r>
      <w:proofErr w:type="spellEnd"/>
      <w:r w:rsidRPr="000A1DB5">
        <w:rPr>
          <w:rFonts w:ascii="Sylfaen" w:hAnsi="Sylfaen" w:cs="Sylfaen"/>
          <w:sz w:val="18"/>
          <w:szCs w:val="18"/>
        </w:rPr>
        <w:t xml:space="preserve"> </w:t>
      </w:r>
      <w:proofErr w:type="spellStart"/>
      <w:r w:rsidRPr="000A1DB5">
        <w:rPr>
          <w:rFonts w:ascii="Sylfaen" w:hAnsi="Sylfaen" w:cs="Sylfaen"/>
          <w:sz w:val="18"/>
          <w:szCs w:val="18"/>
        </w:rPr>
        <w:t>შეადგენს</w:t>
      </w:r>
      <w:proofErr w:type="spellEnd"/>
      <w:r w:rsidRPr="000A1DB5">
        <w:rPr>
          <w:rFonts w:ascii="Sylfaen" w:hAnsi="Sylfaen" w:cs="Sylfaen"/>
          <w:sz w:val="18"/>
          <w:szCs w:val="18"/>
        </w:rPr>
        <w:t xml:space="preserve"> </w:t>
      </w:r>
      <w:r>
        <w:rPr>
          <w:rFonts w:ascii="Sylfaen" w:hAnsi="Sylfaen" w:cs="Sylfaen"/>
          <w:sz w:val="18"/>
          <w:szCs w:val="18"/>
        </w:rPr>
        <w:t>50</w:t>
      </w:r>
      <w:r w:rsidRPr="000A1DB5">
        <w:rPr>
          <w:rFonts w:ascii="Sylfaen" w:hAnsi="Sylfaen" w:cs="Sylfaen"/>
          <w:sz w:val="18"/>
          <w:szCs w:val="18"/>
        </w:rPr>
        <w:t xml:space="preserve"> (</w:t>
      </w:r>
      <w:proofErr w:type="spellStart"/>
      <w:r>
        <w:rPr>
          <w:rFonts w:ascii="Sylfaen" w:hAnsi="Sylfaen" w:cs="Sylfaen"/>
          <w:sz w:val="18"/>
          <w:szCs w:val="18"/>
        </w:rPr>
        <w:t>ორმოცდა</w:t>
      </w:r>
      <w:r w:rsidRPr="000A1DB5">
        <w:rPr>
          <w:rFonts w:ascii="Sylfaen" w:hAnsi="Sylfaen" w:cs="Sylfaen"/>
          <w:sz w:val="18"/>
          <w:szCs w:val="18"/>
        </w:rPr>
        <w:t>ათი</w:t>
      </w:r>
      <w:proofErr w:type="spellEnd"/>
      <w:r w:rsidRPr="000A1DB5">
        <w:rPr>
          <w:rFonts w:ascii="Sylfaen" w:hAnsi="Sylfaen" w:cs="Sylfaen"/>
          <w:sz w:val="18"/>
          <w:szCs w:val="18"/>
        </w:rPr>
        <w:t xml:space="preserve">) </w:t>
      </w:r>
      <w:proofErr w:type="spellStart"/>
      <w:r w:rsidRPr="000A1DB5">
        <w:rPr>
          <w:rFonts w:ascii="Sylfaen" w:hAnsi="Sylfaen" w:cs="Sylfaen"/>
          <w:sz w:val="18"/>
          <w:szCs w:val="18"/>
        </w:rPr>
        <w:t>წელს</w:t>
      </w:r>
      <w:proofErr w:type="spellEnd"/>
      <w:r w:rsidRPr="000A1DB5">
        <w:rPr>
          <w:rFonts w:ascii="Sylfaen" w:hAnsi="Sylfaen" w:cs="Sylfaen"/>
          <w:sz w:val="18"/>
          <w:szCs w:val="18"/>
        </w:rPr>
        <w:t xml:space="preserve">, </w:t>
      </w:r>
      <w:proofErr w:type="spellStart"/>
      <w:r w:rsidRPr="000A1DB5">
        <w:rPr>
          <w:rFonts w:ascii="Sylfaen" w:hAnsi="Sylfaen" w:cs="Sylfaen"/>
          <w:sz w:val="18"/>
          <w:szCs w:val="18"/>
        </w:rPr>
        <w:t>თუ</w:t>
      </w:r>
      <w:proofErr w:type="spellEnd"/>
      <w:r w:rsidRPr="000A1DB5">
        <w:rPr>
          <w:rFonts w:ascii="Sylfaen" w:hAnsi="Sylfaen" w:cs="Sylfaen"/>
          <w:sz w:val="18"/>
          <w:szCs w:val="18"/>
        </w:rPr>
        <w:t xml:space="preserve"> </w:t>
      </w:r>
      <w:proofErr w:type="spellStart"/>
      <w:r w:rsidRPr="000A1DB5">
        <w:rPr>
          <w:rFonts w:ascii="Sylfaen" w:hAnsi="Sylfaen" w:cs="Sylfaen"/>
          <w:sz w:val="18"/>
          <w:szCs w:val="18"/>
        </w:rPr>
        <w:t>საქართველოს</w:t>
      </w:r>
      <w:proofErr w:type="spellEnd"/>
      <w:r w:rsidRPr="000A1DB5">
        <w:rPr>
          <w:rFonts w:ascii="Sylfaen" w:hAnsi="Sylfaen" w:cs="Sylfaen"/>
          <w:sz w:val="18"/>
          <w:szCs w:val="18"/>
        </w:rPr>
        <w:t xml:space="preserve"> </w:t>
      </w:r>
      <w:proofErr w:type="spellStart"/>
      <w:r w:rsidRPr="000A1DB5">
        <w:rPr>
          <w:rFonts w:ascii="Sylfaen" w:hAnsi="Sylfaen" w:cs="Sylfaen"/>
          <w:sz w:val="18"/>
          <w:szCs w:val="18"/>
        </w:rPr>
        <w:t>კანონმდებლობით</w:t>
      </w:r>
      <w:proofErr w:type="spellEnd"/>
      <w:r w:rsidRPr="000A1DB5">
        <w:rPr>
          <w:rFonts w:ascii="Sylfaen" w:hAnsi="Sylfaen" w:cs="Sylfaen"/>
          <w:sz w:val="18"/>
          <w:szCs w:val="18"/>
        </w:rPr>
        <w:t xml:space="preserve"> </w:t>
      </w:r>
      <w:proofErr w:type="spellStart"/>
      <w:r w:rsidRPr="000A1DB5">
        <w:rPr>
          <w:rFonts w:ascii="Sylfaen" w:hAnsi="Sylfaen" w:cs="Sylfaen"/>
          <w:sz w:val="18"/>
          <w:szCs w:val="18"/>
        </w:rPr>
        <w:t>უფრო</w:t>
      </w:r>
      <w:proofErr w:type="spellEnd"/>
      <w:r w:rsidRPr="000A1DB5">
        <w:rPr>
          <w:rFonts w:ascii="Sylfaen" w:hAnsi="Sylfaen" w:cs="Sylfaen"/>
          <w:sz w:val="18"/>
          <w:szCs w:val="18"/>
        </w:rPr>
        <w:t xml:space="preserve"> </w:t>
      </w:r>
      <w:proofErr w:type="spellStart"/>
      <w:r w:rsidRPr="000A1DB5">
        <w:rPr>
          <w:rFonts w:ascii="Sylfaen" w:hAnsi="Sylfaen" w:cs="Sylfaen"/>
          <w:sz w:val="18"/>
          <w:szCs w:val="18"/>
        </w:rPr>
        <w:t>მეტი</w:t>
      </w:r>
      <w:proofErr w:type="spellEnd"/>
      <w:r w:rsidRPr="000A1DB5">
        <w:rPr>
          <w:rFonts w:ascii="Sylfaen" w:hAnsi="Sylfaen" w:cs="Sylfaen"/>
          <w:sz w:val="18"/>
          <w:szCs w:val="18"/>
        </w:rPr>
        <w:t xml:space="preserve"> </w:t>
      </w:r>
      <w:proofErr w:type="spellStart"/>
      <w:r w:rsidRPr="000A1DB5">
        <w:rPr>
          <w:rFonts w:ascii="Sylfaen" w:hAnsi="Sylfaen" w:cs="Sylfaen"/>
          <w:sz w:val="18"/>
          <w:szCs w:val="18"/>
        </w:rPr>
        <w:t>ვადა</w:t>
      </w:r>
      <w:proofErr w:type="spellEnd"/>
      <w:r w:rsidRPr="000A1DB5">
        <w:rPr>
          <w:rFonts w:ascii="Sylfaen" w:hAnsi="Sylfaen" w:cs="Sylfaen"/>
          <w:sz w:val="18"/>
          <w:szCs w:val="18"/>
        </w:rPr>
        <w:t xml:space="preserve"> </w:t>
      </w:r>
      <w:proofErr w:type="spellStart"/>
      <w:r w:rsidRPr="000A1DB5">
        <w:rPr>
          <w:rFonts w:ascii="Sylfaen" w:hAnsi="Sylfaen" w:cs="Sylfaen"/>
          <w:sz w:val="18"/>
          <w:szCs w:val="18"/>
        </w:rPr>
        <w:t>არ</w:t>
      </w:r>
      <w:proofErr w:type="spellEnd"/>
      <w:r w:rsidRPr="000A1DB5">
        <w:rPr>
          <w:rFonts w:ascii="Sylfaen" w:hAnsi="Sylfaen" w:cs="Sylfaen"/>
          <w:sz w:val="18"/>
          <w:szCs w:val="18"/>
        </w:rPr>
        <w:t xml:space="preserve"> </w:t>
      </w:r>
      <w:proofErr w:type="spellStart"/>
      <w:r w:rsidRPr="000A1DB5">
        <w:rPr>
          <w:rFonts w:ascii="Sylfaen" w:hAnsi="Sylfaen" w:cs="Sylfaen"/>
          <w:sz w:val="18"/>
          <w:szCs w:val="18"/>
        </w:rPr>
        <w:t>იქნება</w:t>
      </w:r>
      <w:proofErr w:type="spellEnd"/>
      <w:r w:rsidRPr="000A1DB5">
        <w:rPr>
          <w:rFonts w:ascii="Sylfaen" w:hAnsi="Sylfaen" w:cs="Sylfaen"/>
          <w:sz w:val="18"/>
          <w:szCs w:val="18"/>
        </w:rPr>
        <w:t xml:space="preserve"> </w:t>
      </w:r>
      <w:proofErr w:type="spellStart"/>
      <w:r w:rsidRPr="000A1DB5">
        <w:rPr>
          <w:rFonts w:ascii="Sylfaen" w:hAnsi="Sylfaen" w:cs="Sylfaen"/>
          <w:sz w:val="18"/>
          <w:szCs w:val="18"/>
        </w:rPr>
        <w:t>გათვალისწინებული</w:t>
      </w:r>
      <w:proofErr w:type="spellEnd"/>
      <w:r w:rsidRPr="000A1DB5">
        <w:rPr>
          <w:rFonts w:ascii="Sylfaen" w:hAnsi="Sylfaen" w:cs="Sylfaen"/>
          <w:sz w:val="18"/>
          <w:szCs w:val="18"/>
        </w:rPr>
        <w:t xml:space="preserve">. </w:t>
      </w:r>
      <w:proofErr w:type="spellStart"/>
      <w:r w:rsidRPr="000A1DB5">
        <w:rPr>
          <w:rFonts w:ascii="Sylfaen" w:hAnsi="Sylfaen" w:cs="Sylfaen"/>
          <w:sz w:val="18"/>
          <w:szCs w:val="18"/>
        </w:rPr>
        <w:t>ამ</w:t>
      </w:r>
      <w:proofErr w:type="spellEnd"/>
      <w:r w:rsidRPr="000A1DB5">
        <w:rPr>
          <w:rFonts w:ascii="Sylfaen" w:hAnsi="Sylfaen" w:cs="Sylfaen"/>
          <w:sz w:val="18"/>
          <w:szCs w:val="18"/>
        </w:rPr>
        <w:t xml:space="preserve"> </w:t>
      </w:r>
      <w:proofErr w:type="spellStart"/>
      <w:r w:rsidRPr="000A1DB5">
        <w:rPr>
          <w:rFonts w:ascii="Sylfaen" w:hAnsi="Sylfaen" w:cs="Sylfaen"/>
          <w:sz w:val="18"/>
          <w:szCs w:val="18"/>
        </w:rPr>
        <w:t>უკანასკნელ</w:t>
      </w:r>
      <w:proofErr w:type="spellEnd"/>
      <w:r w:rsidRPr="000A1DB5">
        <w:rPr>
          <w:rFonts w:ascii="Sylfaen" w:hAnsi="Sylfaen" w:cs="Sylfaen"/>
          <w:sz w:val="18"/>
          <w:szCs w:val="18"/>
        </w:rPr>
        <w:t xml:space="preserve"> </w:t>
      </w:r>
      <w:proofErr w:type="spellStart"/>
      <w:r w:rsidRPr="000A1DB5">
        <w:rPr>
          <w:rFonts w:ascii="Sylfaen" w:hAnsi="Sylfaen" w:cs="Sylfaen"/>
          <w:sz w:val="18"/>
          <w:szCs w:val="18"/>
        </w:rPr>
        <w:t>შემთხვევაში</w:t>
      </w:r>
      <w:proofErr w:type="spellEnd"/>
      <w:r w:rsidRPr="000A1DB5">
        <w:rPr>
          <w:rFonts w:ascii="Sylfaen" w:hAnsi="Sylfaen" w:cs="Sylfaen"/>
          <w:sz w:val="18"/>
          <w:szCs w:val="18"/>
        </w:rPr>
        <w:t xml:space="preserve"> </w:t>
      </w:r>
      <w:proofErr w:type="spellStart"/>
      <w:r w:rsidRPr="000A1DB5">
        <w:rPr>
          <w:rFonts w:ascii="Sylfaen" w:hAnsi="Sylfaen" w:cs="Sylfaen"/>
          <w:sz w:val="18"/>
          <w:szCs w:val="18"/>
        </w:rPr>
        <w:t>იმოქმედებს</w:t>
      </w:r>
      <w:proofErr w:type="spellEnd"/>
      <w:r w:rsidRPr="000A1DB5">
        <w:rPr>
          <w:rFonts w:ascii="Sylfaen" w:hAnsi="Sylfaen" w:cs="Sylfaen"/>
          <w:sz w:val="18"/>
          <w:szCs w:val="18"/>
        </w:rPr>
        <w:t xml:space="preserve"> </w:t>
      </w:r>
      <w:proofErr w:type="spellStart"/>
      <w:r w:rsidRPr="000A1DB5">
        <w:rPr>
          <w:rFonts w:ascii="Sylfaen" w:hAnsi="Sylfaen" w:cs="Sylfaen"/>
          <w:sz w:val="18"/>
          <w:szCs w:val="18"/>
        </w:rPr>
        <w:t>საქართველოს</w:t>
      </w:r>
      <w:proofErr w:type="spellEnd"/>
      <w:r w:rsidRPr="000A1DB5">
        <w:rPr>
          <w:rFonts w:ascii="Sylfaen" w:hAnsi="Sylfaen" w:cs="Sylfaen"/>
          <w:sz w:val="18"/>
          <w:szCs w:val="18"/>
        </w:rPr>
        <w:t xml:space="preserve"> </w:t>
      </w:r>
      <w:proofErr w:type="spellStart"/>
      <w:r w:rsidRPr="000A1DB5">
        <w:rPr>
          <w:rFonts w:ascii="Sylfaen" w:hAnsi="Sylfaen" w:cs="Sylfaen"/>
          <w:sz w:val="18"/>
          <w:szCs w:val="18"/>
        </w:rPr>
        <w:t>კანონმდებლობით</w:t>
      </w:r>
      <w:proofErr w:type="spellEnd"/>
      <w:r w:rsidRPr="000A1DB5">
        <w:rPr>
          <w:rFonts w:ascii="Sylfaen" w:hAnsi="Sylfaen" w:cs="Sylfaen"/>
          <w:sz w:val="18"/>
          <w:szCs w:val="18"/>
        </w:rPr>
        <w:t xml:space="preserve"> </w:t>
      </w:r>
      <w:proofErr w:type="spellStart"/>
      <w:r w:rsidRPr="000A1DB5">
        <w:rPr>
          <w:rFonts w:ascii="Sylfaen" w:hAnsi="Sylfaen" w:cs="Sylfaen"/>
          <w:sz w:val="18"/>
          <w:szCs w:val="18"/>
        </w:rPr>
        <w:t>განსაზღვრული</w:t>
      </w:r>
      <w:proofErr w:type="spellEnd"/>
      <w:r w:rsidRPr="000A1DB5">
        <w:rPr>
          <w:rFonts w:ascii="Sylfaen" w:hAnsi="Sylfaen" w:cs="Sylfaen"/>
          <w:sz w:val="18"/>
          <w:szCs w:val="18"/>
        </w:rPr>
        <w:t xml:space="preserve"> </w:t>
      </w:r>
      <w:proofErr w:type="spellStart"/>
      <w:r w:rsidRPr="000A1DB5">
        <w:rPr>
          <w:rFonts w:ascii="Sylfaen" w:hAnsi="Sylfaen" w:cs="Sylfaen"/>
          <w:sz w:val="18"/>
          <w:szCs w:val="18"/>
        </w:rPr>
        <w:t>საგარანტიო</w:t>
      </w:r>
      <w:proofErr w:type="spellEnd"/>
      <w:r w:rsidRPr="000A1DB5">
        <w:rPr>
          <w:rFonts w:ascii="Sylfaen" w:hAnsi="Sylfaen" w:cs="Sylfaen"/>
          <w:sz w:val="18"/>
          <w:szCs w:val="18"/>
        </w:rPr>
        <w:t xml:space="preserve"> </w:t>
      </w:r>
      <w:proofErr w:type="spellStart"/>
      <w:r w:rsidRPr="000A1DB5">
        <w:rPr>
          <w:rFonts w:ascii="Sylfaen" w:hAnsi="Sylfaen" w:cs="Sylfaen"/>
          <w:sz w:val="18"/>
          <w:szCs w:val="18"/>
        </w:rPr>
        <w:t>ვადა</w:t>
      </w:r>
      <w:proofErr w:type="spellEnd"/>
      <w:r w:rsidRPr="000A1DB5">
        <w:rPr>
          <w:rFonts w:ascii="Sylfaen" w:hAnsi="Sylfaen" w:cs="Sylfaen"/>
          <w:sz w:val="18"/>
          <w:szCs w:val="18"/>
        </w:rPr>
        <w:t>.</w:t>
      </w:r>
      <w:r>
        <w:rPr>
          <w:rFonts w:ascii="Sylfaen" w:hAnsi="Sylfaen" w:cs="Sylfaen"/>
          <w:sz w:val="18"/>
          <w:szCs w:val="18"/>
        </w:rPr>
        <w:t xml:space="preserve"> </w:t>
      </w:r>
      <w:proofErr w:type="spellStart"/>
      <w:r w:rsidRPr="000A1DB5">
        <w:rPr>
          <w:rFonts w:ascii="Sylfaen" w:hAnsi="Sylfaen" w:cs="Sylfaen"/>
          <w:sz w:val="18"/>
          <w:szCs w:val="18"/>
        </w:rPr>
        <w:t>საგარანტიო</w:t>
      </w:r>
      <w:proofErr w:type="spellEnd"/>
      <w:r w:rsidRPr="000A1DB5">
        <w:rPr>
          <w:rFonts w:ascii="Sylfaen" w:hAnsi="Sylfaen" w:cs="Sylfaen"/>
          <w:sz w:val="18"/>
          <w:szCs w:val="18"/>
        </w:rPr>
        <w:t xml:space="preserve"> </w:t>
      </w:r>
      <w:proofErr w:type="spellStart"/>
      <w:r w:rsidRPr="000A1DB5">
        <w:rPr>
          <w:rFonts w:ascii="Sylfaen" w:hAnsi="Sylfaen" w:cs="Sylfaen"/>
          <w:sz w:val="18"/>
          <w:szCs w:val="18"/>
        </w:rPr>
        <w:t>ვადა</w:t>
      </w:r>
      <w:proofErr w:type="spellEnd"/>
      <w:r w:rsidRPr="000A1DB5">
        <w:rPr>
          <w:rFonts w:ascii="Sylfaen" w:hAnsi="Sylfaen" w:cs="Sylfaen"/>
          <w:sz w:val="18"/>
          <w:szCs w:val="18"/>
        </w:rPr>
        <w:t xml:space="preserve"> </w:t>
      </w:r>
      <w:proofErr w:type="spellStart"/>
      <w:proofErr w:type="gramStart"/>
      <w:r w:rsidRPr="000A1DB5">
        <w:rPr>
          <w:rFonts w:ascii="Sylfaen" w:hAnsi="Sylfaen" w:cs="Sylfaen"/>
          <w:sz w:val="18"/>
          <w:szCs w:val="18"/>
        </w:rPr>
        <w:t>ვრცელდება</w:t>
      </w:r>
      <w:proofErr w:type="spellEnd"/>
      <w:r w:rsidRPr="000A1DB5">
        <w:rPr>
          <w:rFonts w:ascii="Sylfaen" w:hAnsi="Sylfaen" w:cs="Sylfaen"/>
          <w:sz w:val="18"/>
          <w:szCs w:val="18"/>
        </w:rPr>
        <w:t xml:space="preserve">  </w:t>
      </w:r>
      <w:r w:rsidR="00A54507">
        <w:rPr>
          <w:rFonts w:ascii="Sylfaen" w:hAnsi="Sylfaen" w:cs="Sylfaen"/>
          <w:sz w:val="18"/>
          <w:szCs w:val="18"/>
          <w:lang w:val="ka-GE"/>
        </w:rPr>
        <w:t>აუზის</w:t>
      </w:r>
      <w:proofErr w:type="gramEnd"/>
      <w:r w:rsidR="00A54507">
        <w:rPr>
          <w:rFonts w:ascii="Sylfaen" w:hAnsi="Sylfaen" w:cs="Sylfaen"/>
          <w:sz w:val="18"/>
          <w:szCs w:val="18"/>
          <w:lang w:val="ka-GE"/>
        </w:rPr>
        <w:t xml:space="preserve"> კონსტრუქციულ ნაწილზე და მის მონტაჟის</w:t>
      </w:r>
      <w:r w:rsidRPr="000A1DB5">
        <w:rPr>
          <w:rFonts w:ascii="Sylfaen" w:hAnsi="Sylfaen" w:cs="Sylfaen"/>
          <w:sz w:val="18"/>
          <w:szCs w:val="18"/>
        </w:rPr>
        <w:t xml:space="preserve"> </w:t>
      </w:r>
      <w:proofErr w:type="spellStart"/>
      <w:r w:rsidRPr="000A1DB5">
        <w:rPr>
          <w:rFonts w:ascii="Sylfaen" w:hAnsi="Sylfaen" w:cs="Sylfaen"/>
          <w:sz w:val="18"/>
          <w:szCs w:val="18"/>
        </w:rPr>
        <w:t>ხარისხზე</w:t>
      </w:r>
      <w:proofErr w:type="spellEnd"/>
      <w:r w:rsidRPr="000A1DB5">
        <w:rPr>
          <w:rFonts w:ascii="Sylfaen" w:hAnsi="Sylfaen" w:cs="Sylfaen"/>
          <w:sz w:val="18"/>
          <w:szCs w:val="18"/>
        </w:rPr>
        <w:t xml:space="preserve">, </w:t>
      </w:r>
      <w:proofErr w:type="spellStart"/>
      <w:r w:rsidRPr="000A1DB5">
        <w:rPr>
          <w:rFonts w:ascii="Sylfaen" w:hAnsi="Sylfaen" w:cs="Sylfaen"/>
          <w:sz w:val="18"/>
          <w:szCs w:val="18"/>
        </w:rPr>
        <w:t>მათ</w:t>
      </w:r>
      <w:proofErr w:type="spellEnd"/>
      <w:r w:rsidRPr="000A1DB5">
        <w:rPr>
          <w:rFonts w:ascii="Sylfaen" w:hAnsi="Sylfaen" w:cs="Sylfaen"/>
          <w:sz w:val="18"/>
          <w:szCs w:val="18"/>
        </w:rPr>
        <w:t xml:space="preserve"> </w:t>
      </w:r>
      <w:proofErr w:type="spellStart"/>
      <w:r w:rsidRPr="000A1DB5">
        <w:rPr>
          <w:rFonts w:ascii="Sylfaen" w:hAnsi="Sylfaen" w:cs="Sylfaen"/>
          <w:sz w:val="18"/>
          <w:szCs w:val="18"/>
        </w:rPr>
        <w:t>მდგრადობასა</w:t>
      </w:r>
      <w:proofErr w:type="spellEnd"/>
      <w:r w:rsidRPr="000A1DB5">
        <w:rPr>
          <w:rFonts w:ascii="Sylfaen" w:hAnsi="Sylfaen" w:cs="Sylfaen"/>
          <w:sz w:val="18"/>
          <w:szCs w:val="18"/>
        </w:rPr>
        <w:t xml:space="preserve"> </w:t>
      </w:r>
      <w:proofErr w:type="spellStart"/>
      <w:r w:rsidRPr="000A1DB5">
        <w:rPr>
          <w:rFonts w:ascii="Sylfaen" w:hAnsi="Sylfaen" w:cs="Sylfaen"/>
          <w:sz w:val="18"/>
          <w:szCs w:val="18"/>
        </w:rPr>
        <w:t>და</w:t>
      </w:r>
      <w:proofErr w:type="spellEnd"/>
      <w:r w:rsidRPr="000A1DB5">
        <w:rPr>
          <w:rFonts w:ascii="Sylfaen" w:hAnsi="Sylfaen" w:cs="Sylfaen"/>
          <w:sz w:val="18"/>
          <w:szCs w:val="18"/>
        </w:rPr>
        <w:t xml:space="preserve"> </w:t>
      </w:r>
      <w:proofErr w:type="spellStart"/>
      <w:r w:rsidRPr="000A1DB5">
        <w:rPr>
          <w:rFonts w:ascii="Sylfaen" w:hAnsi="Sylfaen" w:cs="Sylfaen"/>
          <w:sz w:val="18"/>
          <w:szCs w:val="18"/>
        </w:rPr>
        <w:t>სიმყარეზე</w:t>
      </w:r>
      <w:proofErr w:type="spellEnd"/>
      <w:r w:rsidRPr="000A1DB5">
        <w:rPr>
          <w:rFonts w:ascii="Sylfaen" w:hAnsi="Sylfaen" w:cs="Sylfaen"/>
          <w:sz w:val="18"/>
          <w:szCs w:val="18"/>
        </w:rPr>
        <w:t>.</w:t>
      </w:r>
      <w:r>
        <w:rPr>
          <w:rFonts w:ascii="Sylfaen" w:hAnsi="Sylfaen" w:cs="Sylfaen"/>
          <w:sz w:val="18"/>
          <w:szCs w:val="18"/>
        </w:rPr>
        <w:t xml:space="preserve"> </w:t>
      </w:r>
      <w:proofErr w:type="spellStart"/>
      <w:r w:rsidRPr="000A1DB5">
        <w:rPr>
          <w:rFonts w:ascii="Sylfaen" w:hAnsi="Sylfaen" w:cs="Sylfaen"/>
          <w:sz w:val="18"/>
          <w:szCs w:val="18"/>
        </w:rPr>
        <w:t>ყოველგვარი</w:t>
      </w:r>
      <w:proofErr w:type="spellEnd"/>
      <w:r w:rsidRPr="000A1DB5">
        <w:rPr>
          <w:rFonts w:ascii="Sylfaen" w:hAnsi="Sylfaen" w:cs="Sylfaen"/>
          <w:sz w:val="18"/>
          <w:szCs w:val="18"/>
        </w:rPr>
        <w:t xml:space="preserve"> </w:t>
      </w:r>
      <w:proofErr w:type="spellStart"/>
      <w:r w:rsidRPr="000A1DB5">
        <w:rPr>
          <w:rFonts w:ascii="Sylfaen" w:hAnsi="Sylfaen" w:cs="Sylfaen"/>
          <w:sz w:val="18"/>
          <w:szCs w:val="18"/>
        </w:rPr>
        <w:t>გაურკვევლობის</w:t>
      </w:r>
      <w:proofErr w:type="spellEnd"/>
      <w:r w:rsidRPr="000A1DB5">
        <w:rPr>
          <w:rFonts w:ascii="Sylfaen" w:hAnsi="Sylfaen" w:cs="Sylfaen"/>
          <w:sz w:val="18"/>
          <w:szCs w:val="18"/>
        </w:rPr>
        <w:t xml:space="preserve"> </w:t>
      </w:r>
      <w:proofErr w:type="spellStart"/>
      <w:r w:rsidRPr="000A1DB5">
        <w:rPr>
          <w:rFonts w:ascii="Sylfaen" w:hAnsi="Sylfaen" w:cs="Sylfaen"/>
          <w:sz w:val="18"/>
          <w:szCs w:val="18"/>
        </w:rPr>
        <w:t>თავიდან</w:t>
      </w:r>
      <w:proofErr w:type="spellEnd"/>
      <w:r w:rsidRPr="000A1DB5">
        <w:rPr>
          <w:rFonts w:ascii="Sylfaen" w:hAnsi="Sylfaen" w:cs="Sylfaen"/>
          <w:sz w:val="18"/>
          <w:szCs w:val="18"/>
        </w:rPr>
        <w:t xml:space="preserve"> </w:t>
      </w:r>
      <w:proofErr w:type="spellStart"/>
      <w:r w:rsidRPr="000A1DB5">
        <w:rPr>
          <w:rFonts w:ascii="Sylfaen" w:hAnsi="Sylfaen" w:cs="Sylfaen"/>
          <w:sz w:val="18"/>
          <w:szCs w:val="18"/>
        </w:rPr>
        <w:t>ასაცილებლად</w:t>
      </w:r>
      <w:proofErr w:type="spellEnd"/>
      <w:r w:rsidRPr="000A1DB5">
        <w:rPr>
          <w:rFonts w:ascii="Sylfaen" w:hAnsi="Sylfaen" w:cs="Sylfaen"/>
          <w:sz w:val="18"/>
          <w:szCs w:val="18"/>
        </w:rPr>
        <w:t xml:space="preserve">, </w:t>
      </w:r>
      <w:proofErr w:type="spellStart"/>
      <w:r w:rsidRPr="000A1DB5">
        <w:rPr>
          <w:rFonts w:ascii="Sylfaen" w:hAnsi="Sylfaen" w:cs="Sylfaen"/>
          <w:sz w:val="18"/>
          <w:szCs w:val="18"/>
        </w:rPr>
        <w:t>მხარეები</w:t>
      </w:r>
      <w:proofErr w:type="spellEnd"/>
      <w:r w:rsidRPr="000A1DB5">
        <w:rPr>
          <w:rFonts w:ascii="Sylfaen" w:hAnsi="Sylfaen" w:cs="Sylfaen"/>
          <w:sz w:val="18"/>
          <w:szCs w:val="18"/>
        </w:rPr>
        <w:t xml:space="preserve"> </w:t>
      </w:r>
      <w:proofErr w:type="spellStart"/>
      <w:r w:rsidRPr="000A1DB5">
        <w:rPr>
          <w:rFonts w:ascii="Sylfaen" w:hAnsi="Sylfaen" w:cs="Sylfaen"/>
          <w:sz w:val="18"/>
          <w:szCs w:val="18"/>
        </w:rPr>
        <w:t>ადასტურებენ</w:t>
      </w:r>
      <w:proofErr w:type="spellEnd"/>
      <w:r w:rsidRPr="000A1DB5">
        <w:rPr>
          <w:rFonts w:ascii="Sylfaen" w:hAnsi="Sylfaen" w:cs="Sylfaen"/>
          <w:sz w:val="18"/>
          <w:szCs w:val="18"/>
        </w:rPr>
        <w:t xml:space="preserve">, </w:t>
      </w:r>
      <w:proofErr w:type="spellStart"/>
      <w:r w:rsidRPr="000A1DB5">
        <w:rPr>
          <w:rFonts w:ascii="Sylfaen" w:hAnsi="Sylfaen" w:cs="Sylfaen"/>
          <w:sz w:val="18"/>
          <w:szCs w:val="18"/>
        </w:rPr>
        <w:t>რომ</w:t>
      </w:r>
      <w:proofErr w:type="spellEnd"/>
      <w:r w:rsidRPr="000A1DB5">
        <w:rPr>
          <w:rFonts w:ascii="Sylfaen" w:hAnsi="Sylfaen" w:cs="Sylfaen"/>
          <w:sz w:val="18"/>
          <w:szCs w:val="18"/>
        </w:rPr>
        <w:t xml:space="preserve"> </w:t>
      </w:r>
      <w:proofErr w:type="spellStart"/>
      <w:r w:rsidRPr="000A1DB5">
        <w:rPr>
          <w:rFonts w:ascii="Sylfaen" w:hAnsi="Sylfaen" w:cs="Sylfaen"/>
          <w:sz w:val="18"/>
          <w:szCs w:val="18"/>
        </w:rPr>
        <w:t>საგარანტიო</w:t>
      </w:r>
      <w:proofErr w:type="spellEnd"/>
      <w:r w:rsidRPr="000A1DB5">
        <w:rPr>
          <w:rFonts w:ascii="Sylfaen" w:hAnsi="Sylfaen" w:cs="Sylfaen"/>
          <w:sz w:val="18"/>
          <w:szCs w:val="18"/>
        </w:rPr>
        <w:t xml:space="preserve"> </w:t>
      </w:r>
      <w:proofErr w:type="spellStart"/>
      <w:r w:rsidRPr="000A1DB5">
        <w:rPr>
          <w:rFonts w:ascii="Sylfaen" w:hAnsi="Sylfaen" w:cs="Sylfaen"/>
          <w:sz w:val="18"/>
          <w:szCs w:val="18"/>
        </w:rPr>
        <w:t>ვადა</w:t>
      </w:r>
      <w:proofErr w:type="spellEnd"/>
      <w:r w:rsidRPr="000A1DB5">
        <w:rPr>
          <w:rFonts w:ascii="Sylfaen" w:hAnsi="Sylfaen" w:cs="Sylfaen"/>
          <w:sz w:val="18"/>
          <w:szCs w:val="18"/>
        </w:rPr>
        <w:t xml:space="preserve"> </w:t>
      </w:r>
      <w:proofErr w:type="spellStart"/>
      <w:r w:rsidRPr="000A1DB5">
        <w:rPr>
          <w:rFonts w:ascii="Sylfaen" w:hAnsi="Sylfaen" w:cs="Sylfaen"/>
          <w:sz w:val="18"/>
          <w:szCs w:val="18"/>
        </w:rPr>
        <w:t>ვრცელდება</w:t>
      </w:r>
      <w:proofErr w:type="spellEnd"/>
      <w:r w:rsidRPr="000A1DB5">
        <w:rPr>
          <w:rFonts w:ascii="Sylfaen" w:hAnsi="Sylfaen" w:cs="Sylfaen"/>
          <w:sz w:val="18"/>
          <w:szCs w:val="18"/>
        </w:rPr>
        <w:t xml:space="preserve"> </w:t>
      </w:r>
      <w:r>
        <w:rPr>
          <w:rFonts w:ascii="Sylfaen" w:hAnsi="Sylfaen" w:cs="Sylfaen"/>
          <w:sz w:val="18"/>
          <w:szCs w:val="18"/>
          <w:lang w:val="ka-GE"/>
        </w:rPr>
        <w:t>მენარდის</w:t>
      </w:r>
      <w:r w:rsidRPr="000A1DB5">
        <w:rPr>
          <w:rFonts w:ascii="Sylfaen" w:hAnsi="Sylfaen" w:cs="Sylfaen"/>
          <w:sz w:val="18"/>
          <w:szCs w:val="18"/>
        </w:rPr>
        <w:t xml:space="preserve"> </w:t>
      </w:r>
      <w:proofErr w:type="spellStart"/>
      <w:r w:rsidRPr="000A1DB5">
        <w:rPr>
          <w:rFonts w:ascii="Sylfaen" w:hAnsi="Sylfaen" w:cs="Sylfaen"/>
          <w:sz w:val="18"/>
          <w:szCs w:val="18"/>
        </w:rPr>
        <w:t>მიერ</w:t>
      </w:r>
      <w:proofErr w:type="spellEnd"/>
      <w:r w:rsidRPr="000A1DB5">
        <w:rPr>
          <w:rFonts w:ascii="Sylfaen" w:hAnsi="Sylfaen" w:cs="Sylfaen"/>
          <w:sz w:val="18"/>
          <w:szCs w:val="18"/>
        </w:rPr>
        <w:t xml:space="preserve"> </w:t>
      </w:r>
      <w:proofErr w:type="spellStart"/>
      <w:r w:rsidRPr="000A1DB5">
        <w:rPr>
          <w:rFonts w:ascii="Sylfaen" w:hAnsi="Sylfaen" w:cs="Sylfaen"/>
          <w:sz w:val="18"/>
          <w:szCs w:val="18"/>
        </w:rPr>
        <w:t>სამუშაოს</w:t>
      </w:r>
      <w:proofErr w:type="spellEnd"/>
      <w:r w:rsidRPr="000A1DB5">
        <w:rPr>
          <w:rFonts w:ascii="Sylfaen" w:hAnsi="Sylfaen" w:cs="Sylfaen"/>
          <w:sz w:val="18"/>
          <w:szCs w:val="18"/>
        </w:rPr>
        <w:t xml:space="preserve"> </w:t>
      </w:r>
      <w:proofErr w:type="spellStart"/>
      <w:r w:rsidRPr="000A1DB5">
        <w:rPr>
          <w:rFonts w:ascii="Sylfaen" w:hAnsi="Sylfaen" w:cs="Sylfaen"/>
          <w:sz w:val="18"/>
          <w:szCs w:val="18"/>
        </w:rPr>
        <w:t>სრულად</w:t>
      </w:r>
      <w:proofErr w:type="spellEnd"/>
      <w:r w:rsidRPr="000A1DB5">
        <w:rPr>
          <w:rFonts w:ascii="Sylfaen" w:hAnsi="Sylfaen" w:cs="Sylfaen"/>
          <w:sz w:val="18"/>
          <w:szCs w:val="18"/>
        </w:rPr>
        <w:t>/</w:t>
      </w:r>
      <w:proofErr w:type="spellStart"/>
      <w:r w:rsidRPr="000A1DB5">
        <w:rPr>
          <w:rFonts w:ascii="Sylfaen" w:hAnsi="Sylfaen" w:cs="Sylfaen"/>
          <w:sz w:val="18"/>
          <w:szCs w:val="18"/>
        </w:rPr>
        <w:t>ნაწილობრივ</w:t>
      </w:r>
      <w:proofErr w:type="spellEnd"/>
      <w:r w:rsidRPr="000A1DB5">
        <w:rPr>
          <w:rFonts w:ascii="Sylfaen" w:hAnsi="Sylfaen" w:cs="Sylfaen"/>
          <w:sz w:val="18"/>
          <w:szCs w:val="18"/>
        </w:rPr>
        <w:t xml:space="preserve"> </w:t>
      </w:r>
      <w:proofErr w:type="spellStart"/>
      <w:r w:rsidRPr="000A1DB5">
        <w:rPr>
          <w:rFonts w:ascii="Sylfaen" w:hAnsi="Sylfaen" w:cs="Sylfaen"/>
          <w:sz w:val="18"/>
          <w:szCs w:val="18"/>
        </w:rPr>
        <w:t>შესრულების</w:t>
      </w:r>
      <w:proofErr w:type="spellEnd"/>
      <w:r w:rsidRPr="000A1DB5">
        <w:rPr>
          <w:rFonts w:ascii="Sylfaen" w:hAnsi="Sylfaen" w:cs="Sylfaen"/>
          <w:sz w:val="18"/>
          <w:szCs w:val="18"/>
        </w:rPr>
        <w:t xml:space="preserve"> </w:t>
      </w:r>
      <w:proofErr w:type="spellStart"/>
      <w:r w:rsidRPr="000A1DB5">
        <w:rPr>
          <w:rFonts w:ascii="Sylfaen" w:hAnsi="Sylfaen" w:cs="Sylfaen"/>
          <w:sz w:val="18"/>
          <w:szCs w:val="18"/>
        </w:rPr>
        <w:t>შედეგად</w:t>
      </w:r>
      <w:proofErr w:type="spellEnd"/>
      <w:r w:rsidRPr="000A1DB5">
        <w:rPr>
          <w:rFonts w:ascii="Sylfaen" w:hAnsi="Sylfaen" w:cs="Sylfaen"/>
          <w:sz w:val="18"/>
          <w:szCs w:val="18"/>
        </w:rPr>
        <w:t xml:space="preserve"> </w:t>
      </w:r>
      <w:proofErr w:type="spellStart"/>
      <w:r w:rsidRPr="000A1DB5">
        <w:rPr>
          <w:rFonts w:ascii="Sylfaen" w:hAnsi="Sylfaen" w:cs="Sylfaen"/>
          <w:sz w:val="18"/>
          <w:szCs w:val="18"/>
        </w:rPr>
        <w:t>დამდგარ</w:t>
      </w:r>
      <w:proofErr w:type="spellEnd"/>
      <w:r w:rsidRPr="000A1DB5">
        <w:rPr>
          <w:rFonts w:ascii="Sylfaen" w:hAnsi="Sylfaen" w:cs="Sylfaen"/>
          <w:sz w:val="18"/>
          <w:szCs w:val="18"/>
        </w:rPr>
        <w:t xml:space="preserve"> </w:t>
      </w:r>
      <w:proofErr w:type="spellStart"/>
      <w:r w:rsidRPr="000A1DB5">
        <w:rPr>
          <w:rFonts w:ascii="Sylfaen" w:hAnsi="Sylfaen" w:cs="Sylfaen"/>
          <w:sz w:val="18"/>
          <w:szCs w:val="18"/>
        </w:rPr>
        <w:t>ნებისმიერ</w:t>
      </w:r>
      <w:proofErr w:type="spellEnd"/>
      <w:r w:rsidRPr="000A1DB5">
        <w:rPr>
          <w:rFonts w:ascii="Sylfaen" w:hAnsi="Sylfaen" w:cs="Sylfaen"/>
          <w:sz w:val="18"/>
          <w:szCs w:val="18"/>
        </w:rPr>
        <w:t xml:space="preserve"> </w:t>
      </w:r>
      <w:proofErr w:type="spellStart"/>
      <w:r w:rsidRPr="000A1DB5">
        <w:rPr>
          <w:rFonts w:ascii="Sylfaen" w:hAnsi="Sylfaen" w:cs="Sylfaen"/>
          <w:sz w:val="18"/>
          <w:szCs w:val="18"/>
        </w:rPr>
        <w:t>ზიანზე</w:t>
      </w:r>
      <w:proofErr w:type="spellEnd"/>
      <w:r w:rsidRPr="000A1DB5">
        <w:rPr>
          <w:rFonts w:ascii="Sylfaen" w:hAnsi="Sylfaen" w:cs="Sylfaen"/>
          <w:sz w:val="18"/>
          <w:szCs w:val="18"/>
        </w:rPr>
        <w:t xml:space="preserve"> </w:t>
      </w:r>
      <w:proofErr w:type="spellStart"/>
      <w:r w:rsidRPr="000A1DB5">
        <w:rPr>
          <w:rFonts w:ascii="Sylfaen" w:hAnsi="Sylfaen" w:cs="Sylfaen"/>
          <w:sz w:val="18"/>
          <w:szCs w:val="18"/>
        </w:rPr>
        <w:t>ან</w:t>
      </w:r>
      <w:proofErr w:type="spellEnd"/>
      <w:r w:rsidRPr="000A1DB5">
        <w:rPr>
          <w:rFonts w:ascii="Sylfaen" w:hAnsi="Sylfaen" w:cs="Sylfaen"/>
          <w:sz w:val="18"/>
          <w:szCs w:val="18"/>
        </w:rPr>
        <w:t>/</w:t>
      </w:r>
      <w:proofErr w:type="spellStart"/>
      <w:r w:rsidRPr="000A1DB5">
        <w:rPr>
          <w:rFonts w:ascii="Sylfaen" w:hAnsi="Sylfaen" w:cs="Sylfaen"/>
          <w:sz w:val="18"/>
          <w:szCs w:val="18"/>
        </w:rPr>
        <w:t>და</w:t>
      </w:r>
      <w:proofErr w:type="spellEnd"/>
      <w:r w:rsidRPr="000A1DB5">
        <w:rPr>
          <w:rFonts w:ascii="Sylfaen" w:hAnsi="Sylfaen" w:cs="Sylfaen"/>
          <w:sz w:val="18"/>
          <w:szCs w:val="18"/>
        </w:rPr>
        <w:t xml:space="preserve"> </w:t>
      </w:r>
      <w:proofErr w:type="spellStart"/>
      <w:r w:rsidRPr="000A1DB5">
        <w:rPr>
          <w:rFonts w:ascii="Sylfaen" w:hAnsi="Sylfaen" w:cs="Sylfaen"/>
          <w:sz w:val="18"/>
          <w:szCs w:val="18"/>
        </w:rPr>
        <w:t>ზარალზე</w:t>
      </w:r>
      <w:proofErr w:type="spellEnd"/>
      <w:r w:rsidRPr="000A1DB5">
        <w:rPr>
          <w:rFonts w:ascii="Sylfaen" w:hAnsi="Sylfaen" w:cs="Sylfaen"/>
          <w:sz w:val="18"/>
          <w:szCs w:val="18"/>
        </w:rPr>
        <w:t xml:space="preserve">, </w:t>
      </w:r>
      <w:proofErr w:type="spellStart"/>
      <w:r w:rsidRPr="000A1DB5">
        <w:rPr>
          <w:rFonts w:ascii="Sylfaen" w:hAnsi="Sylfaen" w:cs="Sylfaen"/>
          <w:sz w:val="18"/>
          <w:szCs w:val="18"/>
        </w:rPr>
        <w:t>მათ</w:t>
      </w:r>
      <w:proofErr w:type="spellEnd"/>
      <w:r w:rsidRPr="000A1DB5">
        <w:rPr>
          <w:rFonts w:ascii="Sylfaen" w:hAnsi="Sylfaen" w:cs="Sylfaen"/>
          <w:sz w:val="18"/>
          <w:szCs w:val="18"/>
        </w:rPr>
        <w:t xml:space="preserve"> </w:t>
      </w:r>
      <w:proofErr w:type="spellStart"/>
      <w:r w:rsidRPr="000A1DB5">
        <w:rPr>
          <w:rFonts w:ascii="Sylfaen" w:hAnsi="Sylfaen" w:cs="Sylfaen"/>
          <w:sz w:val="18"/>
          <w:szCs w:val="18"/>
        </w:rPr>
        <w:t>შორის</w:t>
      </w:r>
      <w:proofErr w:type="spellEnd"/>
      <w:r w:rsidRPr="000A1DB5">
        <w:rPr>
          <w:rFonts w:ascii="Sylfaen" w:hAnsi="Sylfaen" w:cs="Sylfaen"/>
          <w:sz w:val="18"/>
          <w:szCs w:val="18"/>
        </w:rPr>
        <w:t xml:space="preserve"> </w:t>
      </w:r>
      <w:r w:rsidR="00A54507">
        <w:rPr>
          <w:rFonts w:ascii="Sylfaen" w:hAnsi="Sylfaen" w:cs="Sylfaen"/>
          <w:sz w:val="18"/>
          <w:szCs w:val="18"/>
          <w:lang w:val="ka-GE"/>
        </w:rPr>
        <w:t>კონსტრუქციული ნაწილის</w:t>
      </w:r>
      <w:r w:rsidRPr="000A1DB5">
        <w:rPr>
          <w:rFonts w:ascii="Sylfaen" w:hAnsi="Sylfaen" w:cs="Sylfaen"/>
          <w:sz w:val="18"/>
          <w:szCs w:val="18"/>
        </w:rPr>
        <w:t xml:space="preserve">, </w:t>
      </w:r>
      <w:proofErr w:type="spellStart"/>
      <w:r w:rsidRPr="000A1DB5">
        <w:rPr>
          <w:rFonts w:ascii="Sylfaen" w:hAnsi="Sylfaen" w:cs="Sylfaen"/>
          <w:sz w:val="18"/>
          <w:szCs w:val="18"/>
        </w:rPr>
        <w:t>მდგრადობის</w:t>
      </w:r>
      <w:proofErr w:type="spellEnd"/>
      <w:r w:rsidRPr="000A1DB5">
        <w:rPr>
          <w:rFonts w:ascii="Sylfaen" w:hAnsi="Sylfaen" w:cs="Sylfaen"/>
          <w:sz w:val="18"/>
          <w:szCs w:val="18"/>
        </w:rPr>
        <w:t xml:space="preserve">, </w:t>
      </w:r>
      <w:proofErr w:type="spellStart"/>
      <w:r w:rsidRPr="000A1DB5">
        <w:rPr>
          <w:rFonts w:ascii="Sylfaen" w:hAnsi="Sylfaen" w:cs="Sylfaen"/>
          <w:sz w:val="18"/>
          <w:szCs w:val="18"/>
        </w:rPr>
        <w:t>ფარული</w:t>
      </w:r>
      <w:proofErr w:type="spellEnd"/>
      <w:r w:rsidRPr="000A1DB5">
        <w:rPr>
          <w:rFonts w:ascii="Sylfaen" w:hAnsi="Sylfaen" w:cs="Sylfaen"/>
          <w:sz w:val="18"/>
          <w:szCs w:val="18"/>
        </w:rPr>
        <w:t xml:space="preserve"> </w:t>
      </w:r>
      <w:proofErr w:type="spellStart"/>
      <w:r w:rsidRPr="000A1DB5">
        <w:rPr>
          <w:rFonts w:ascii="Sylfaen" w:hAnsi="Sylfaen" w:cs="Sylfaen"/>
          <w:sz w:val="18"/>
          <w:szCs w:val="18"/>
        </w:rPr>
        <w:t>ნაკლის</w:t>
      </w:r>
      <w:proofErr w:type="spellEnd"/>
      <w:r w:rsidRPr="000A1DB5">
        <w:rPr>
          <w:rFonts w:ascii="Sylfaen" w:hAnsi="Sylfaen" w:cs="Sylfaen"/>
          <w:sz w:val="18"/>
          <w:szCs w:val="18"/>
        </w:rPr>
        <w:t xml:space="preserve"> </w:t>
      </w:r>
      <w:proofErr w:type="spellStart"/>
      <w:r w:rsidRPr="000A1DB5">
        <w:rPr>
          <w:rFonts w:ascii="Sylfaen" w:hAnsi="Sylfaen" w:cs="Sylfaen"/>
          <w:sz w:val="18"/>
          <w:szCs w:val="18"/>
        </w:rPr>
        <w:t>ან</w:t>
      </w:r>
      <w:proofErr w:type="spellEnd"/>
      <w:r w:rsidRPr="000A1DB5">
        <w:rPr>
          <w:rFonts w:ascii="Sylfaen" w:hAnsi="Sylfaen" w:cs="Sylfaen"/>
          <w:sz w:val="18"/>
          <w:szCs w:val="18"/>
        </w:rPr>
        <w:t xml:space="preserve"> </w:t>
      </w:r>
      <w:proofErr w:type="spellStart"/>
      <w:r w:rsidRPr="000A1DB5">
        <w:rPr>
          <w:rFonts w:ascii="Sylfaen" w:hAnsi="Sylfaen" w:cs="Sylfaen"/>
          <w:sz w:val="18"/>
          <w:szCs w:val="18"/>
        </w:rPr>
        <w:t>სხვა</w:t>
      </w:r>
      <w:proofErr w:type="spellEnd"/>
      <w:r w:rsidRPr="000A1DB5">
        <w:rPr>
          <w:rFonts w:ascii="Sylfaen" w:hAnsi="Sylfaen" w:cs="Sylfaen"/>
          <w:sz w:val="18"/>
          <w:szCs w:val="18"/>
        </w:rPr>
        <w:t xml:space="preserve"> </w:t>
      </w:r>
      <w:proofErr w:type="spellStart"/>
      <w:r w:rsidRPr="000A1DB5">
        <w:rPr>
          <w:rFonts w:ascii="Sylfaen" w:hAnsi="Sylfaen" w:cs="Sylfaen"/>
          <w:sz w:val="18"/>
          <w:szCs w:val="18"/>
        </w:rPr>
        <w:t>ხარვეზის</w:t>
      </w:r>
      <w:proofErr w:type="spellEnd"/>
      <w:r w:rsidRPr="000A1DB5">
        <w:rPr>
          <w:rFonts w:ascii="Sylfaen" w:hAnsi="Sylfaen" w:cs="Sylfaen"/>
          <w:sz w:val="18"/>
          <w:szCs w:val="18"/>
        </w:rPr>
        <w:t xml:space="preserve"> </w:t>
      </w:r>
      <w:proofErr w:type="spellStart"/>
      <w:r w:rsidRPr="000A1DB5">
        <w:rPr>
          <w:rFonts w:ascii="Sylfaen" w:hAnsi="Sylfaen" w:cs="Sylfaen"/>
          <w:sz w:val="18"/>
          <w:szCs w:val="18"/>
        </w:rPr>
        <w:t>გამო</w:t>
      </w:r>
      <w:proofErr w:type="spellEnd"/>
      <w:r w:rsidRPr="000A1DB5">
        <w:rPr>
          <w:rFonts w:ascii="Sylfaen" w:hAnsi="Sylfaen" w:cs="Sylfaen"/>
          <w:sz w:val="18"/>
          <w:szCs w:val="18"/>
        </w:rPr>
        <w:t xml:space="preserve"> </w:t>
      </w:r>
      <w:proofErr w:type="spellStart"/>
      <w:r w:rsidRPr="000A1DB5">
        <w:rPr>
          <w:rFonts w:ascii="Sylfaen" w:hAnsi="Sylfaen" w:cs="Sylfaen"/>
          <w:sz w:val="18"/>
          <w:szCs w:val="18"/>
        </w:rPr>
        <w:t>დამდგარ</w:t>
      </w:r>
      <w:proofErr w:type="spellEnd"/>
      <w:r w:rsidRPr="000A1DB5">
        <w:rPr>
          <w:rFonts w:ascii="Sylfaen" w:hAnsi="Sylfaen" w:cs="Sylfaen"/>
          <w:sz w:val="18"/>
          <w:szCs w:val="18"/>
        </w:rPr>
        <w:t xml:space="preserve"> </w:t>
      </w:r>
      <w:proofErr w:type="spellStart"/>
      <w:r w:rsidRPr="000A1DB5">
        <w:rPr>
          <w:rFonts w:ascii="Sylfaen" w:hAnsi="Sylfaen" w:cs="Sylfaen"/>
          <w:sz w:val="18"/>
          <w:szCs w:val="18"/>
        </w:rPr>
        <w:t>ზიანზე</w:t>
      </w:r>
      <w:proofErr w:type="spellEnd"/>
      <w:r w:rsidRPr="000A1DB5">
        <w:rPr>
          <w:rFonts w:ascii="Sylfaen" w:hAnsi="Sylfaen" w:cs="Sylfaen"/>
          <w:sz w:val="18"/>
          <w:szCs w:val="18"/>
        </w:rPr>
        <w:t xml:space="preserve"> </w:t>
      </w:r>
      <w:proofErr w:type="spellStart"/>
      <w:r w:rsidRPr="000A1DB5">
        <w:rPr>
          <w:rFonts w:ascii="Sylfaen" w:hAnsi="Sylfaen" w:cs="Sylfaen"/>
          <w:sz w:val="18"/>
          <w:szCs w:val="18"/>
        </w:rPr>
        <w:t>ან</w:t>
      </w:r>
      <w:proofErr w:type="spellEnd"/>
      <w:r w:rsidRPr="000A1DB5">
        <w:rPr>
          <w:rFonts w:ascii="Sylfaen" w:hAnsi="Sylfaen" w:cs="Sylfaen"/>
          <w:sz w:val="18"/>
          <w:szCs w:val="18"/>
        </w:rPr>
        <w:t>/</w:t>
      </w:r>
      <w:proofErr w:type="spellStart"/>
      <w:r w:rsidRPr="000A1DB5">
        <w:rPr>
          <w:rFonts w:ascii="Sylfaen" w:hAnsi="Sylfaen" w:cs="Sylfaen"/>
          <w:sz w:val="18"/>
          <w:szCs w:val="18"/>
        </w:rPr>
        <w:t>და</w:t>
      </w:r>
      <w:proofErr w:type="spellEnd"/>
      <w:r w:rsidRPr="000A1DB5">
        <w:rPr>
          <w:rFonts w:ascii="Sylfaen" w:hAnsi="Sylfaen" w:cs="Sylfaen"/>
          <w:sz w:val="18"/>
          <w:szCs w:val="18"/>
        </w:rPr>
        <w:t xml:space="preserve"> </w:t>
      </w:r>
      <w:proofErr w:type="spellStart"/>
      <w:r w:rsidRPr="000A1DB5">
        <w:rPr>
          <w:rFonts w:ascii="Sylfaen" w:hAnsi="Sylfaen" w:cs="Sylfaen"/>
          <w:sz w:val="18"/>
          <w:szCs w:val="18"/>
        </w:rPr>
        <w:t>ზარალზე</w:t>
      </w:r>
      <w:proofErr w:type="spellEnd"/>
      <w:r w:rsidRPr="000A1DB5">
        <w:rPr>
          <w:rFonts w:ascii="Sylfaen" w:hAnsi="Sylfaen" w:cs="Sylfaen"/>
          <w:sz w:val="18"/>
          <w:szCs w:val="18"/>
        </w:rPr>
        <w:t xml:space="preserve">, </w:t>
      </w:r>
      <w:proofErr w:type="spellStart"/>
      <w:r w:rsidRPr="000A1DB5">
        <w:rPr>
          <w:rFonts w:ascii="Sylfaen" w:hAnsi="Sylfaen" w:cs="Sylfaen"/>
          <w:sz w:val="18"/>
          <w:szCs w:val="18"/>
        </w:rPr>
        <w:t>მათ</w:t>
      </w:r>
      <w:proofErr w:type="spellEnd"/>
      <w:r w:rsidRPr="000A1DB5">
        <w:rPr>
          <w:rFonts w:ascii="Sylfaen" w:hAnsi="Sylfaen" w:cs="Sylfaen"/>
          <w:sz w:val="18"/>
          <w:szCs w:val="18"/>
        </w:rPr>
        <w:t xml:space="preserve"> </w:t>
      </w:r>
      <w:proofErr w:type="spellStart"/>
      <w:r w:rsidRPr="000A1DB5">
        <w:rPr>
          <w:rFonts w:ascii="Sylfaen" w:hAnsi="Sylfaen" w:cs="Sylfaen"/>
          <w:sz w:val="18"/>
          <w:szCs w:val="18"/>
        </w:rPr>
        <w:t>შორის</w:t>
      </w:r>
      <w:proofErr w:type="spellEnd"/>
      <w:r w:rsidRPr="000A1DB5">
        <w:rPr>
          <w:rFonts w:ascii="Sylfaen" w:hAnsi="Sylfaen" w:cs="Sylfaen"/>
          <w:sz w:val="18"/>
          <w:szCs w:val="18"/>
        </w:rPr>
        <w:t xml:space="preserve"> </w:t>
      </w:r>
      <w:proofErr w:type="spellStart"/>
      <w:r w:rsidRPr="000A1DB5">
        <w:rPr>
          <w:rFonts w:ascii="Sylfaen" w:hAnsi="Sylfaen" w:cs="Sylfaen"/>
          <w:sz w:val="18"/>
          <w:szCs w:val="18"/>
        </w:rPr>
        <w:t>მესამე</w:t>
      </w:r>
      <w:proofErr w:type="spellEnd"/>
      <w:r w:rsidRPr="000A1DB5">
        <w:rPr>
          <w:rFonts w:ascii="Sylfaen" w:hAnsi="Sylfaen" w:cs="Sylfaen"/>
          <w:sz w:val="18"/>
          <w:szCs w:val="18"/>
        </w:rPr>
        <w:t xml:space="preserve"> </w:t>
      </w:r>
      <w:proofErr w:type="spellStart"/>
      <w:r w:rsidRPr="000A1DB5">
        <w:rPr>
          <w:rFonts w:ascii="Sylfaen" w:hAnsi="Sylfaen" w:cs="Sylfaen"/>
          <w:sz w:val="18"/>
          <w:szCs w:val="18"/>
        </w:rPr>
        <w:t>პირისათვის</w:t>
      </w:r>
      <w:proofErr w:type="spellEnd"/>
      <w:r w:rsidRPr="000A1DB5">
        <w:rPr>
          <w:rFonts w:ascii="Sylfaen" w:hAnsi="Sylfaen" w:cs="Sylfaen"/>
          <w:sz w:val="18"/>
          <w:szCs w:val="18"/>
        </w:rPr>
        <w:t xml:space="preserve"> </w:t>
      </w:r>
      <w:proofErr w:type="spellStart"/>
      <w:r w:rsidRPr="000A1DB5">
        <w:rPr>
          <w:rFonts w:ascii="Sylfaen" w:hAnsi="Sylfaen" w:cs="Sylfaen"/>
          <w:sz w:val="18"/>
          <w:szCs w:val="18"/>
        </w:rPr>
        <w:t>მიყენებულ</w:t>
      </w:r>
      <w:proofErr w:type="spellEnd"/>
      <w:r w:rsidRPr="000A1DB5">
        <w:rPr>
          <w:rFonts w:ascii="Sylfaen" w:hAnsi="Sylfaen" w:cs="Sylfaen"/>
          <w:sz w:val="18"/>
          <w:szCs w:val="18"/>
        </w:rPr>
        <w:t xml:space="preserve"> </w:t>
      </w:r>
      <w:proofErr w:type="spellStart"/>
      <w:r w:rsidRPr="000A1DB5">
        <w:rPr>
          <w:rFonts w:ascii="Sylfaen" w:hAnsi="Sylfaen" w:cs="Sylfaen"/>
          <w:sz w:val="18"/>
          <w:szCs w:val="18"/>
        </w:rPr>
        <w:t>ზიანზე</w:t>
      </w:r>
      <w:proofErr w:type="spellEnd"/>
      <w:r w:rsidRPr="000A1DB5">
        <w:rPr>
          <w:rFonts w:ascii="Sylfaen" w:hAnsi="Sylfaen" w:cs="Sylfaen"/>
          <w:sz w:val="18"/>
          <w:szCs w:val="18"/>
        </w:rPr>
        <w:t>/</w:t>
      </w:r>
      <w:proofErr w:type="spellStart"/>
      <w:r w:rsidRPr="000A1DB5">
        <w:rPr>
          <w:rFonts w:ascii="Sylfaen" w:hAnsi="Sylfaen" w:cs="Sylfaen"/>
          <w:sz w:val="18"/>
          <w:szCs w:val="18"/>
        </w:rPr>
        <w:t>ზარალზე</w:t>
      </w:r>
      <w:proofErr w:type="spellEnd"/>
      <w:r w:rsidRPr="000A1DB5">
        <w:rPr>
          <w:rFonts w:ascii="Sylfaen" w:hAnsi="Sylfaen" w:cs="Sylfaen"/>
          <w:sz w:val="18"/>
          <w:szCs w:val="18"/>
        </w:rPr>
        <w:t>.</w:t>
      </w:r>
    </w:p>
    <w:p w14:paraId="315A42E1" w14:textId="27C6F5A1" w:rsidR="00624E10" w:rsidRDefault="00624E10" w:rsidP="00624E10">
      <w:pPr>
        <w:pStyle w:val="ListParagraph"/>
        <w:numPr>
          <w:ilvl w:val="1"/>
          <w:numId w:val="13"/>
        </w:numPr>
        <w:ind w:left="1070"/>
        <w:jc w:val="both"/>
        <w:rPr>
          <w:rFonts w:cstheme="majorHAnsi"/>
          <w:sz w:val="18"/>
          <w:szCs w:val="18"/>
        </w:rPr>
      </w:pPr>
      <w:proofErr w:type="spellStart"/>
      <w:r w:rsidRPr="0043468A">
        <w:rPr>
          <w:rFonts w:ascii="Sylfaen" w:hAnsi="Sylfaen" w:cs="Sylfaen"/>
          <w:sz w:val="18"/>
          <w:szCs w:val="18"/>
        </w:rPr>
        <w:t>ამასთან</w:t>
      </w:r>
      <w:proofErr w:type="spellEnd"/>
      <w:r w:rsidRPr="0043468A">
        <w:rPr>
          <w:rFonts w:ascii="Sylfaen" w:hAnsi="Sylfaen" w:cs="Sylfaen"/>
          <w:sz w:val="18"/>
          <w:szCs w:val="18"/>
        </w:rPr>
        <w:t xml:space="preserve">, </w:t>
      </w:r>
      <w:proofErr w:type="spellStart"/>
      <w:r w:rsidRPr="0043468A">
        <w:rPr>
          <w:rFonts w:ascii="Sylfaen" w:hAnsi="Sylfaen" w:cs="Sylfaen"/>
          <w:sz w:val="18"/>
          <w:szCs w:val="18"/>
        </w:rPr>
        <w:t>თუ</w:t>
      </w:r>
      <w:proofErr w:type="spellEnd"/>
      <w:r w:rsidRPr="0043468A">
        <w:rPr>
          <w:rFonts w:ascii="Sylfaen" w:hAnsi="Sylfaen" w:cs="Sylfaen"/>
          <w:sz w:val="18"/>
          <w:szCs w:val="18"/>
        </w:rPr>
        <w:t xml:space="preserve"> </w:t>
      </w:r>
      <w:proofErr w:type="spellStart"/>
      <w:r w:rsidRPr="0043468A">
        <w:rPr>
          <w:rFonts w:ascii="Sylfaen" w:hAnsi="Sylfaen" w:cs="Sylfaen"/>
          <w:sz w:val="18"/>
          <w:szCs w:val="18"/>
        </w:rPr>
        <w:t>შესრულებული</w:t>
      </w:r>
      <w:proofErr w:type="spellEnd"/>
      <w:r w:rsidRPr="0043468A">
        <w:rPr>
          <w:rFonts w:ascii="Sylfaen" w:hAnsi="Sylfaen" w:cs="Sylfaen"/>
          <w:sz w:val="18"/>
          <w:szCs w:val="18"/>
        </w:rPr>
        <w:t xml:space="preserve"> </w:t>
      </w:r>
      <w:proofErr w:type="spellStart"/>
      <w:r w:rsidRPr="0043468A">
        <w:rPr>
          <w:rFonts w:ascii="Sylfaen" w:hAnsi="Sylfaen" w:cs="Sylfaen"/>
          <w:sz w:val="18"/>
          <w:szCs w:val="18"/>
        </w:rPr>
        <w:t>სამუშაოს</w:t>
      </w:r>
      <w:proofErr w:type="spellEnd"/>
      <w:r w:rsidRPr="0043468A">
        <w:rPr>
          <w:rFonts w:ascii="Sylfaen" w:hAnsi="Sylfaen" w:cs="Sylfaen"/>
          <w:sz w:val="18"/>
          <w:szCs w:val="18"/>
        </w:rPr>
        <w:t xml:space="preserve"> </w:t>
      </w:r>
      <w:proofErr w:type="spellStart"/>
      <w:r w:rsidRPr="0043468A">
        <w:rPr>
          <w:rFonts w:ascii="Sylfaen" w:hAnsi="Sylfaen" w:cs="Sylfaen"/>
          <w:sz w:val="18"/>
          <w:szCs w:val="18"/>
        </w:rPr>
        <w:t>ნაკლი</w:t>
      </w:r>
      <w:proofErr w:type="spellEnd"/>
      <w:r w:rsidRPr="0043468A">
        <w:rPr>
          <w:rFonts w:ascii="Sylfaen" w:hAnsi="Sylfaen" w:cs="Sylfaen"/>
          <w:sz w:val="18"/>
          <w:szCs w:val="18"/>
        </w:rPr>
        <w:t xml:space="preserve"> </w:t>
      </w:r>
      <w:proofErr w:type="spellStart"/>
      <w:r w:rsidRPr="0043468A">
        <w:rPr>
          <w:rFonts w:ascii="Sylfaen" w:hAnsi="Sylfaen" w:cs="Sylfaen"/>
          <w:sz w:val="18"/>
          <w:szCs w:val="18"/>
        </w:rPr>
        <w:t>გამოწვეულია</w:t>
      </w:r>
      <w:proofErr w:type="spellEnd"/>
      <w:r w:rsidRPr="0043468A">
        <w:rPr>
          <w:rFonts w:ascii="Sylfaen" w:hAnsi="Sylfaen" w:cs="Sylfaen"/>
          <w:sz w:val="18"/>
          <w:szCs w:val="18"/>
        </w:rPr>
        <w:t xml:space="preserve"> </w:t>
      </w:r>
      <w:proofErr w:type="spellStart"/>
      <w:r w:rsidRPr="0043468A">
        <w:rPr>
          <w:rFonts w:ascii="Sylfaen" w:hAnsi="Sylfaen" w:cs="Sylfaen"/>
          <w:sz w:val="18"/>
          <w:szCs w:val="18"/>
        </w:rPr>
        <w:t>საპროექტო</w:t>
      </w:r>
      <w:proofErr w:type="spellEnd"/>
      <w:r w:rsidRPr="0043468A">
        <w:rPr>
          <w:rFonts w:ascii="Sylfaen" w:hAnsi="Sylfaen" w:cs="Sylfaen"/>
          <w:sz w:val="18"/>
          <w:szCs w:val="18"/>
        </w:rPr>
        <w:t xml:space="preserve"> </w:t>
      </w:r>
      <w:proofErr w:type="spellStart"/>
      <w:r w:rsidRPr="0043468A">
        <w:rPr>
          <w:rFonts w:ascii="Sylfaen" w:hAnsi="Sylfaen" w:cs="Sylfaen"/>
          <w:sz w:val="18"/>
          <w:szCs w:val="18"/>
        </w:rPr>
        <w:t>დოკუმენტაციის</w:t>
      </w:r>
      <w:proofErr w:type="spellEnd"/>
      <w:r w:rsidRPr="0043468A">
        <w:rPr>
          <w:rFonts w:ascii="Sylfaen" w:hAnsi="Sylfaen" w:cs="Sylfaen"/>
          <w:sz w:val="18"/>
          <w:szCs w:val="18"/>
        </w:rPr>
        <w:t xml:space="preserve"> </w:t>
      </w:r>
      <w:proofErr w:type="spellStart"/>
      <w:r w:rsidRPr="0043468A">
        <w:rPr>
          <w:rFonts w:ascii="Sylfaen" w:hAnsi="Sylfaen" w:cs="Sylfaen"/>
          <w:sz w:val="18"/>
          <w:szCs w:val="18"/>
        </w:rPr>
        <w:t>ხარვეზით</w:t>
      </w:r>
      <w:proofErr w:type="spellEnd"/>
      <w:r w:rsidRPr="0043468A">
        <w:rPr>
          <w:rFonts w:ascii="Sylfaen" w:hAnsi="Sylfaen" w:cs="Sylfaen"/>
          <w:sz w:val="18"/>
          <w:szCs w:val="18"/>
        </w:rPr>
        <w:t xml:space="preserve"> </w:t>
      </w:r>
      <w:proofErr w:type="spellStart"/>
      <w:r w:rsidRPr="0043468A">
        <w:rPr>
          <w:rFonts w:ascii="Sylfaen" w:hAnsi="Sylfaen" w:cs="Sylfaen"/>
          <w:sz w:val="18"/>
          <w:szCs w:val="18"/>
        </w:rPr>
        <w:t>და</w:t>
      </w:r>
      <w:proofErr w:type="spellEnd"/>
      <w:r w:rsidRPr="0043468A">
        <w:rPr>
          <w:rFonts w:ascii="Sylfaen" w:hAnsi="Sylfaen" w:cs="Sylfaen"/>
          <w:sz w:val="18"/>
          <w:szCs w:val="18"/>
        </w:rPr>
        <w:t xml:space="preserve"> </w:t>
      </w:r>
      <w:proofErr w:type="spellStart"/>
      <w:r w:rsidRPr="0043468A">
        <w:rPr>
          <w:rFonts w:ascii="Sylfaen" w:hAnsi="Sylfaen" w:cs="Sylfaen"/>
          <w:sz w:val="18"/>
          <w:szCs w:val="18"/>
        </w:rPr>
        <w:t>დადგინდა</w:t>
      </w:r>
      <w:proofErr w:type="spellEnd"/>
      <w:r w:rsidRPr="0043468A">
        <w:rPr>
          <w:rFonts w:ascii="Sylfaen" w:hAnsi="Sylfaen" w:cs="Sylfaen"/>
          <w:sz w:val="18"/>
          <w:szCs w:val="18"/>
        </w:rPr>
        <w:t xml:space="preserve">, </w:t>
      </w:r>
      <w:proofErr w:type="spellStart"/>
      <w:r w:rsidRPr="0043468A">
        <w:rPr>
          <w:rFonts w:ascii="Sylfaen" w:hAnsi="Sylfaen" w:cs="Sylfaen"/>
          <w:sz w:val="18"/>
          <w:szCs w:val="18"/>
        </w:rPr>
        <w:t>რომ</w:t>
      </w:r>
      <w:proofErr w:type="spellEnd"/>
      <w:r w:rsidRPr="0043468A">
        <w:rPr>
          <w:rFonts w:ascii="Sylfaen" w:hAnsi="Sylfaen" w:cs="Sylfaen"/>
          <w:sz w:val="18"/>
          <w:szCs w:val="18"/>
        </w:rPr>
        <w:t xml:space="preserve"> </w:t>
      </w:r>
      <w:r>
        <w:rPr>
          <w:rFonts w:ascii="Sylfaen" w:hAnsi="Sylfaen" w:cs="Sylfaen"/>
          <w:sz w:val="18"/>
          <w:szCs w:val="18"/>
          <w:lang w:val="ka-GE"/>
        </w:rPr>
        <w:t xml:space="preserve">მენარდის </w:t>
      </w:r>
      <w:proofErr w:type="spellStart"/>
      <w:r w:rsidRPr="0043468A">
        <w:rPr>
          <w:rFonts w:ascii="Sylfaen" w:hAnsi="Sylfaen" w:cs="Sylfaen"/>
          <w:sz w:val="18"/>
          <w:szCs w:val="18"/>
        </w:rPr>
        <w:t>სამუშაოები</w:t>
      </w:r>
      <w:proofErr w:type="spellEnd"/>
      <w:r w:rsidRPr="0043468A">
        <w:rPr>
          <w:rFonts w:ascii="Sylfaen" w:hAnsi="Sylfaen" w:cs="Sylfaen"/>
          <w:sz w:val="18"/>
          <w:szCs w:val="18"/>
        </w:rPr>
        <w:t xml:space="preserve"> </w:t>
      </w:r>
      <w:proofErr w:type="spellStart"/>
      <w:r w:rsidRPr="0043468A">
        <w:rPr>
          <w:rFonts w:ascii="Sylfaen" w:hAnsi="Sylfaen" w:cs="Sylfaen"/>
          <w:sz w:val="18"/>
          <w:szCs w:val="18"/>
        </w:rPr>
        <w:t>შესრულებულია</w:t>
      </w:r>
      <w:proofErr w:type="spellEnd"/>
      <w:r w:rsidRPr="0043468A">
        <w:rPr>
          <w:rFonts w:ascii="Sylfaen" w:hAnsi="Sylfaen" w:cs="Sylfaen"/>
          <w:sz w:val="18"/>
          <w:szCs w:val="18"/>
        </w:rPr>
        <w:t xml:space="preserve"> </w:t>
      </w:r>
      <w:proofErr w:type="spellStart"/>
      <w:r w:rsidRPr="0043468A">
        <w:rPr>
          <w:rFonts w:ascii="Sylfaen" w:hAnsi="Sylfaen" w:cs="Sylfaen"/>
          <w:sz w:val="18"/>
          <w:szCs w:val="18"/>
        </w:rPr>
        <w:t>სწორედ</w:t>
      </w:r>
      <w:proofErr w:type="spellEnd"/>
      <w:r w:rsidRPr="0043468A">
        <w:rPr>
          <w:rFonts w:ascii="Sylfaen" w:hAnsi="Sylfaen" w:cs="Sylfaen"/>
          <w:sz w:val="18"/>
          <w:szCs w:val="18"/>
        </w:rPr>
        <w:t xml:space="preserve"> </w:t>
      </w:r>
      <w:proofErr w:type="spellStart"/>
      <w:r w:rsidRPr="0043468A">
        <w:rPr>
          <w:rFonts w:ascii="Sylfaen" w:hAnsi="Sylfaen" w:cs="Sylfaen"/>
          <w:sz w:val="18"/>
          <w:szCs w:val="18"/>
        </w:rPr>
        <w:t>აღნიშნული</w:t>
      </w:r>
      <w:proofErr w:type="spellEnd"/>
      <w:r w:rsidRPr="0043468A">
        <w:rPr>
          <w:rFonts w:ascii="Sylfaen" w:hAnsi="Sylfaen" w:cs="Sylfaen"/>
          <w:sz w:val="18"/>
          <w:szCs w:val="18"/>
        </w:rPr>
        <w:t xml:space="preserve"> </w:t>
      </w:r>
      <w:proofErr w:type="spellStart"/>
      <w:r w:rsidRPr="0043468A">
        <w:rPr>
          <w:rFonts w:ascii="Sylfaen" w:hAnsi="Sylfaen" w:cs="Sylfaen"/>
          <w:sz w:val="18"/>
          <w:szCs w:val="18"/>
        </w:rPr>
        <w:t>დოკუმენტაციის</w:t>
      </w:r>
      <w:proofErr w:type="spellEnd"/>
      <w:r w:rsidRPr="0043468A">
        <w:rPr>
          <w:rFonts w:ascii="Sylfaen" w:hAnsi="Sylfaen" w:cs="Sylfaen"/>
          <w:sz w:val="18"/>
          <w:szCs w:val="18"/>
        </w:rPr>
        <w:t xml:space="preserve"> </w:t>
      </w:r>
      <w:proofErr w:type="spellStart"/>
      <w:r w:rsidRPr="0043468A">
        <w:rPr>
          <w:rFonts w:ascii="Sylfaen" w:hAnsi="Sylfaen" w:cs="Sylfaen"/>
          <w:sz w:val="18"/>
          <w:szCs w:val="18"/>
        </w:rPr>
        <w:t>შესაბამისად</w:t>
      </w:r>
      <w:proofErr w:type="spellEnd"/>
      <w:r w:rsidRPr="0043468A">
        <w:rPr>
          <w:rFonts w:ascii="Sylfaen" w:hAnsi="Sylfaen" w:cs="Sylfaen"/>
          <w:sz w:val="18"/>
          <w:szCs w:val="18"/>
        </w:rPr>
        <w:t xml:space="preserve">, </w:t>
      </w:r>
      <w:proofErr w:type="spellStart"/>
      <w:r w:rsidRPr="0043468A">
        <w:rPr>
          <w:rFonts w:ascii="Sylfaen" w:hAnsi="Sylfaen" w:cs="Sylfaen"/>
          <w:sz w:val="18"/>
          <w:szCs w:val="18"/>
        </w:rPr>
        <w:t>ასეთ</w:t>
      </w:r>
      <w:proofErr w:type="spellEnd"/>
      <w:r w:rsidRPr="0043468A">
        <w:rPr>
          <w:rFonts w:ascii="Sylfaen" w:hAnsi="Sylfaen" w:cs="Sylfaen"/>
          <w:sz w:val="18"/>
          <w:szCs w:val="18"/>
        </w:rPr>
        <w:t xml:space="preserve"> </w:t>
      </w:r>
      <w:proofErr w:type="spellStart"/>
      <w:r w:rsidRPr="0043468A">
        <w:rPr>
          <w:rFonts w:ascii="Sylfaen" w:hAnsi="Sylfaen" w:cs="Sylfaen"/>
          <w:sz w:val="18"/>
          <w:szCs w:val="18"/>
        </w:rPr>
        <w:t>შემთხვევაში</w:t>
      </w:r>
      <w:proofErr w:type="spellEnd"/>
      <w:r w:rsidRPr="0043468A">
        <w:rPr>
          <w:rFonts w:ascii="Sylfaen" w:hAnsi="Sylfaen" w:cs="Sylfaen"/>
          <w:sz w:val="18"/>
          <w:szCs w:val="18"/>
        </w:rPr>
        <w:t xml:space="preserve"> </w:t>
      </w:r>
      <w:r>
        <w:rPr>
          <w:rFonts w:ascii="Sylfaen" w:hAnsi="Sylfaen" w:cs="Sylfaen"/>
          <w:sz w:val="18"/>
          <w:szCs w:val="18"/>
          <w:lang w:val="ka-GE"/>
        </w:rPr>
        <w:t xml:space="preserve">მენარდე </w:t>
      </w:r>
      <w:proofErr w:type="spellStart"/>
      <w:r w:rsidRPr="0043468A">
        <w:rPr>
          <w:rFonts w:ascii="Sylfaen" w:hAnsi="Sylfaen" w:cs="Sylfaen"/>
          <w:sz w:val="18"/>
          <w:szCs w:val="18"/>
        </w:rPr>
        <w:t>არ</w:t>
      </w:r>
      <w:proofErr w:type="spellEnd"/>
      <w:r w:rsidRPr="0043468A">
        <w:rPr>
          <w:rFonts w:ascii="Sylfaen" w:hAnsi="Sylfaen" w:cs="Sylfaen"/>
          <w:sz w:val="18"/>
          <w:szCs w:val="18"/>
        </w:rPr>
        <w:t xml:space="preserve"> </w:t>
      </w:r>
      <w:proofErr w:type="spellStart"/>
      <w:r w:rsidRPr="0043468A">
        <w:rPr>
          <w:rFonts w:ascii="Sylfaen" w:hAnsi="Sylfaen" w:cs="Sylfaen"/>
          <w:sz w:val="18"/>
          <w:szCs w:val="18"/>
        </w:rPr>
        <w:t>იქნება</w:t>
      </w:r>
      <w:proofErr w:type="spellEnd"/>
      <w:r w:rsidRPr="0043468A">
        <w:rPr>
          <w:rFonts w:ascii="Sylfaen" w:hAnsi="Sylfaen" w:cs="Sylfaen"/>
          <w:sz w:val="18"/>
          <w:szCs w:val="18"/>
        </w:rPr>
        <w:t xml:space="preserve"> </w:t>
      </w:r>
      <w:proofErr w:type="spellStart"/>
      <w:r w:rsidRPr="0043468A">
        <w:rPr>
          <w:rFonts w:ascii="Sylfaen" w:hAnsi="Sylfaen" w:cs="Sylfaen"/>
          <w:sz w:val="18"/>
          <w:szCs w:val="18"/>
        </w:rPr>
        <w:t>პასუხისმგებელი</w:t>
      </w:r>
      <w:proofErr w:type="spellEnd"/>
      <w:r w:rsidRPr="0043468A">
        <w:rPr>
          <w:rFonts w:ascii="Sylfaen" w:hAnsi="Sylfaen" w:cs="Sylfaen"/>
          <w:sz w:val="18"/>
          <w:szCs w:val="18"/>
        </w:rPr>
        <w:t xml:space="preserve"> </w:t>
      </w:r>
      <w:proofErr w:type="spellStart"/>
      <w:r w:rsidRPr="0043468A">
        <w:rPr>
          <w:rFonts w:ascii="Sylfaen" w:hAnsi="Sylfaen" w:cs="Sylfaen"/>
          <w:sz w:val="18"/>
          <w:szCs w:val="18"/>
        </w:rPr>
        <w:t>აღნიშნულ</w:t>
      </w:r>
      <w:proofErr w:type="spellEnd"/>
      <w:r w:rsidRPr="0043468A">
        <w:rPr>
          <w:rFonts w:ascii="Sylfaen" w:hAnsi="Sylfaen" w:cs="Sylfaen"/>
          <w:sz w:val="18"/>
          <w:szCs w:val="18"/>
        </w:rPr>
        <w:t xml:space="preserve"> </w:t>
      </w:r>
      <w:proofErr w:type="spellStart"/>
      <w:r w:rsidRPr="0043468A">
        <w:rPr>
          <w:rFonts w:ascii="Sylfaen" w:hAnsi="Sylfaen" w:cs="Sylfaen"/>
          <w:sz w:val="18"/>
          <w:szCs w:val="18"/>
        </w:rPr>
        <w:t>ნაკლზე</w:t>
      </w:r>
      <w:proofErr w:type="spellEnd"/>
      <w:r w:rsidRPr="0043468A">
        <w:rPr>
          <w:rFonts w:ascii="Sylfaen" w:hAnsi="Sylfaen" w:cs="Sylfaen"/>
          <w:sz w:val="18"/>
          <w:szCs w:val="18"/>
        </w:rPr>
        <w:t xml:space="preserve">, </w:t>
      </w:r>
      <w:proofErr w:type="spellStart"/>
      <w:r w:rsidRPr="0043468A">
        <w:rPr>
          <w:rFonts w:ascii="Sylfaen" w:hAnsi="Sylfaen" w:cs="Sylfaen"/>
          <w:sz w:val="18"/>
          <w:szCs w:val="18"/>
        </w:rPr>
        <w:t>ხარვეზზე</w:t>
      </w:r>
      <w:proofErr w:type="spellEnd"/>
      <w:r w:rsidRPr="0043468A">
        <w:rPr>
          <w:rFonts w:ascii="Sylfaen" w:hAnsi="Sylfaen" w:cs="Sylfaen"/>
          <w:sz w:val="18"/>
          <w:szCs w:val="18"/>
        </w:rPr>
        <w:t xml:space="preserve"> </w:t>
      </w:r>
      <w:proofErr w:type="spellStart"/>
      <w:r w:rsidRPr="0043468A">
        <w:rPr>
          <w:rFonts w:ascii="Sylfaen" w:hAnsi="Sylfaen" w:cs="Sylfaen"/>
          <w:sz w:val="18"/>
          <w:szCs w:val="18"/>
        </w:rPr>
        <w:t>და</w:t>
      </w:r>
      <w:proofErr w:type="spellEnd"/>
      <w:r w:rsidRPr="0043468A">
        <w:rPr>
          <w:rFonts w:ascii="Sylfaen" w:hAnsi="Sylfaen" w:cs="Sylfaen"/>
          <w:sz w:val="18"/>
          <w:szCs w:val="18"/>
        </w:rPr>
        <w:t xml:space="preserve"> </w:t>
      </w:r>
      <w:proofErr w:type="spellStart"/>
      <w:r w:rsidRPr="0043468A">
        <w:rPr>
          <w:rFonts w:ascii="Sylfaen" w:hAnsi="Sylfaen" w:cs="Sylfaen"/>
          <w:sz w:val="18"/>
          <w:szCs w:val="18"/>
        </w:rPr>
        <w:t>მისით</w:t>
      </w:r>
      <w:proofErr w:type="spellEnd"/>
      <w:r w:rsidRPr="0043468A">
        <w:rPr>
          <w:rFonts w:ascii="Sylfaen" w:hAnsi="Sylfaen" w:cs="Sylfaen"/>
          <w:sz w:val="18"/>
          <w:szCs w:val="18"/>
        </w:rPr>
        <w:t xml:space="preserve"> </w:t>
      </w:r>
      <w:proofErr w:type="spellStart"/>
      <w:r w:rsidRPr="0043468A">
        <w:rPr>
          <w:rFonts w:ascii="Sylfaen" w:hAnsi="Sylfaen" w:cs="Sylfaen"/>
          <w:sz w:val="18"/>
          <w:szCs w:val="18"/>
        </w:rPr>
        <w:t>გამოწვეულ</w:t>
      </w:r>
      <w:proofErr w:type="spellEnd"/>
      <w:r w:rsidRPr="0043468A">
        <w:rPr>
          <w:rFonts w:ascii="Sylfaen" w:hAnsi="Sylfaen" w:cs="Sylfaen"/>
          <w:sz w:val="18"/>
          <w:szCs w:val="18"/>
        </w:rPr>
        <w:t xml:space="preserve"> </w:t>
      </w:r>
      <w:proofErr w:type="spellStart"/>
      <w:r w:rsidRPr="0043468A">
        <w:rPr>
          <w:rFonts w:ascii="Sylfaen" w:hAnsi="Sylfaen" w:cs="Sylfaen"/>
          <w:sz w:val="18"/>
          <w:szCs w:val="18"/>
        </w:rPr>
        <w:t>ნებისმიერ</w:t>
      </w:r>
      <w:proofErr w:type="spellEnd"/>
      <w:r w:rsidRPr="0043468A">
        <w:rPr>
          <w:rFonts w:ascii="Sylfaen" w:hAnsi="Sylfaen" w:cs="Sylfaen"/>
          <w:sz w:val="18"/>
          <w:szCs w:val="18"/>
        </w:rPr>
        <w:t xml:space="preserve"> </w:t>
      </w:r>
      <w:proofErr w:type="spellStart"/>
      <w:r w:rsidRPr="0043468A">
        <w:rPr>
          <w:rFonts w:ascii="Sylfaen" w:hAnsi="Sylfaen" w:cs="Sylfaen"/>
          <w:sz w:val="18"/>
          <w:szCs w:val="18"/>
        </w:rPr>
        <w:t>ზიანზე</w:t>
      </w:r>
      <w:proofErr w:type="spellEnd"/>
      <w:r w:rsidRPr="0043468A">
        <w:rPr>
          <w:rFonts w:ascii="Sylfaen" w:hAnsi="Sylfaen" w:cs="Sylfaen"/>
          <w:sz w:val="18"/>
          <w:szCs w:val="18"/>
        </w:rPr>
        <w:t xml:space="preserve"> </w:t>
      </w:r>
      <w:proofErr w:type="spellStart"/>
      <w:r w:rsidRPr="0043468A">
        <w:rPr>
          <w:rFonts w:ascii="Sylfaen" w:hAnsi="Sylfaen" w:cs="Sylfaen"/>
          <w:sz w:val="18"/>
          <w:szCs w:val="18"/>
        </w:rPr>
        <w:t>ან</w:t>
      </w:r>
      <w:proofErr w:type="spellEnd"/>
      <w:r w:rsidRPr="0043468A">
        <w:rPr>
          <w:rFonts w:ascii="Sylfaen" w:hAnsi="Sylfaen" w:cs="Sylfaen"/>
          <w:sz w:val="18"/>
          <w:szCs w:val="18"/>
        </w:rPr>
        <w:t>/</w:t>
      </w:r>
      <w:proofErr w:type="spellStart"/>
      <w:r w:rsidRPr="0043468A">
        <w:rPr>
          <w:rFonts w:ascii="Sylfaen" w:hAnsi="Sylfaen" w:cs="Sylfaen"/>
          <w:sz w:val="18"/>
          <w:szCs w:val="18"/>
        </w:rPr>
        <w:t>და</w:t>
      </w:r>
      <w:proofErr w:type="spellEnd"/>
      <w:r w:rsidRPr="0043468A">
        <w:rPr>
          <w:rFonts w:ascii="Sylfaen" w:hAnsi="Sylfaen" w:cs="Sylfaen"/>
          <w:sz w:val="18"/>
          <w:szCs w:val="18"/>
        </w:rPr>
        <w:t xml:space="preserve"> </w:t>
      </w:r>
      <w:proofErr w:type="spellStart"/>
      <w:r w:rsidRPr="0043468A">
        <w:rPr>
          <w:rFonts w:ascii="Sylfaen" w:hAnsi="Sylfaen" w:cs="Sylfaen"/>
          <w:sz w:val="18"/>
          <w:szCs w:val="18"/>
        </w:rPr>
        <w:t>ზარალზე</w:t>
      </w:r>
      <w:proofErr w:type="spellEnd"/>
      <w:r w:rsidRPr="0043468A">
        <w:rPr>
          <w:rFonts w:ascii="Sylfaen" w:hAnsi="Sylfaen" w:cs="Sylfaen"/>
          <w:sz w:val="18"/>
          <w:szCs w:val="18"/>
        </w:rPr>
        <w:t>.</w:t>
      </w:r>
      <w:r>
        <w:rPr>
          <w:rFonts w:ascii="Sylfaen" w:hAnsi="Sylfaen" w:cs="Sylfaen"/>
          <w:sz w:val="18"/>
          <w:szCs w:val="18"/>
          <w:lang w:val="ka-GE"/>
        </w:rPr>
        <w:t xml:space="preserve"> </w:t>
      </w:r>
      <w:proofErr w:type="spellStart"/>
      <w:r w:rsidRPr="0043468A">
        <w:rPr>
          <w:rFonts w:ascii="Sylfaen" w:hAnsi="Sylfaen" w:cs="Sylfaen"/>
          <w:sz w:val="18"/>
          <w:szCs w:val="18"/>
        </w:rPr>
        <w:t>დამკვეთს</w:t>
      </w:r>
      <w:proofErr w:type="spellEnd"/>
      <w:r w:rsidRPr="0043468A">
        <w:rPr>
          <w:rFonts w:cstheme="majorHAnsi"/>
          <w:sz w:val="18"/>
          <w:szCs w:val="18"/>
        </w:rPr>
        <w:t xml:space="preserve"> </w:t>
      </w:r>
      <w:proofErr w:type="spellStart"/>
      <w:r w:rsidRPr="0043468A">
        <w:rPr>
          <w:rFonts w:ascii="Sylfaen" w:hAnsi="Sylfaen" w:cs="Sylfaen"/>
          <w:sz w:val="18"/>
          <w:szCs w:val="18"/>
        </w:rPr>
        <w:t>უფლება</w:t>
      </w:r>
      <w:proofErr w:type="spellEnd"/>
      <w:r w:rsidRPr="0043468A">
        <w:rPr>
          <w:rFonts w:cstheme="majorHAnsi"/>
          <w:sz w:val="18"/>
          <w:szCs w:val="18"/>
        </w:rPr>
        <w:t xml:space="preserve"> </w:t>
      </w:r>
      <w:proofErr w:type="spellStart"/>
      <w:r w:rsidRPr="0043468A">
        <w:rPr>
          <w:rFonts w:ascii="Sylfaen" w:hAnsi="Sylfaen" w:cs="Sylfaen"/>
          <w:sz w:val="18"/>
          <w:szCs w:val="18"/>
        </w:rPr>
        <w:t>აქვს</w:t>
      </w:r>
      <w:proofErr w:type="spellEnd"/>
      <w:r w:rsidRPr="0043468A">
        <w:rPr>
          <w:rFonts w:cstheme="majorHAnsi"/>
          <w:sz w:val="18"/>
          <w:szCs w:val="18"/>
        </w:rPr>
        <w:t xml:space="preserve">, </w:t>
      </w:r>
      <w:proofErr w:type="spellStart"/>
      <w:r w:rsidRPr="0043468A">
        <w:rPr>
          <w:rFonts w:ascii="Sylfaen" w:hAnsi="Sylfaen" w:cs="Sylfaen"/>
          <w:sz w:val="18"/>
          <w:szCs w:val="18"/>
        </w:rPr>
        <w:t>მშენებლობის</w:t>
      </w:r>
      <w:proofErr w:type="spellEnd"/>
      <w:r w:rsidRPr="0043468A">
        <w:rPr>
          <w:rFonts w:cstheme="majorHAnsi"/>
          <w:sz w:val="18"/>
          <w:szCs w:val="18"/>
        </w:rPr>
        <w:t xml:space="preserve"> </w:t>
      </w:r>
      <w:proofErr w:type="spellStart"/>
      <w:r w:rsidRPr="0043468A">
        <w:rPr>
          <w:rFonts w:ascii="Sylfaen" w:hAnsi="Sylfaen" w:cs="Sylfaen"/>
          <w:sz w:val="18"/>
          <w:szCs w:val="18"/>
        </w:rPr>
        <w:t>ყველა</w:t>
      </w:r>
      <w:proofErr w:type="spellEnd"/>
      <w:r w:rsidRPr="0043468A">
        <w:rPr>
          <w:rFonts w:cstheme="majorHAnsi"/>
          <w:sz w:val="18"/>
          <w:szCs w:val="18"/>
        </w:rPr>
        <w:t xml:space="preserve"> </w:t>
      </w:r>
      <w:proofErr w:type="spellStart"/>
      <w:r w:rsidRPr="0043468A">
        <w:rPr>
          <w:rFonts w:ascii="Sylfaen" w:hAnsi="Sylfaen" w:cs="Sylfaen"/>
          <w:sz w:val="18"/>
          <w:szCs w:val="18"/>
        </w:rPr>
        <w:t>ეტაპზე</w:t>
      </w:r>
      <w:proofErr w:type="spellEnd"/>
      <w:r w:rsidRPr="0043468A">
        <w:rPr>
          <w:rFonts w:cstheme="majorHAnsi"/>
          <w:sz w:val="18"/>
          <w:szCs w:val="18"/>
        </w:rPr>
        <w:t xml:space="preserve"> </w:t>
      </w:r>
      <w:proofErr w:type="spellStart"/>
      <w:r w:rsidRPr="0043468A">
        <w:rPr>
          <w:rFonts w:ascii="Sylfaen" w:hAnsi="Sylfaen" w:cs="Sylfaen"/>
          <w:sz w:val="18"/>
          <w:szCs w:val="18"/>
        </w:rPr>
        <w:t>შეამოწმოს</w:t>
      </w:r>
      <w:proofErr w:type="spellEnd"/>
      <w:r w:rsidRPr="0043468A">
        <w:rPr>
          <w:rFonts w:cstheme="majorHAnsi"/>
          <w:sz w:val="18"/>
          <w:szCs w:val="18"/>
        </w:rPr>
        <w:t xml:space="preserve"> </w:t>
      </w:r>
      <w:proofErr w:type="spellStart"/>
      <w:r w:rsidRPr="0043468A">
        <w:rPr>
          <w:rFonts w:ascii="Sylfaen" w:hAnsi="Sylfaen" w:cs="Sylfaen"/>
          <w:sz w:val="18"/>
          <w:szCs w:val="18"/>
        </w:rPr>
        <w:t>მშენებლობის</w:t>
      </w:r>
      <w:proofErr w:type="spellEnd"/>
      <w:r w:rsidRPr="0043468A">
        <w:rPr>
          <w:rFonts w:cstheme="majorHAnsi"/>
          <w:sz w:val="18"/>
          <w:szCs w:val="18"/>
        </w:rPr>
        <w:t xml:space="preserve"> </w:t>
      </w:r>
      <w:proofErr w:type="spellStart"/>
      <w:r w:rsidRPr="0043468A">
        <w:rPr>
          <w:rFonts w:ascii="Sylfaen" w:hAnsi="Sylfaen" w:cs="Sylfaen"/>
          <w:sz w:val="18"/>
          <w:szCs w:val="18"/>
        </w:rPr>
        <w:t>ხარისხი</w:t>
      </w:r>
      <w:proofErr w:type="spellEnd"/>
      <w:r w:rsidRPr="0043468A">
        <w:rPr>
          <w:rFonts w:cstheme="majorHAnsi"/>
          <w:sz w:val="18"/>
          <w:szCs w:val="18"/>
        </w:rPr>
        <w:t xml:space="preserve"> </w:t>
      </w:r>
      <w:proofErr w:type="spellStart"/>
      <w:r w:rsidRPr="0043468A">
        <w:rPr>
          <w:rFonts w:ascii="Sylfaen" w:hAnsi="Sylfaen" w:cs="Sylfaen"/>
          <w:sz w:val="18"/>
          <w:szCs w:val="18"/>
        </w:rPr>
        <w:t>და</w:t>
      </w:r>
      <w:proofErr w:type="spellEnd"/>
      <w:r w:rsidRPr="0043468A">
        <w:rPr>
          <w:rFonts w:cstheme="majorHAnsi"/>
          <w:sz w:val="18"/>
          <w:szCs w:val="18"/>
        </w:rPr>
        <w:t xml:space="preserve"> </w:t>
      </w:r>
      <w:proofErr w:type="spellStart"/>
      <w:r w:rsidRPr="0043468A">
        <w:rPr>
          <w:rFonts w:ascii="Sylfaen" w:hAnsi="Sylfaen" w:cs="Sylfaen"/>
          <w:sz w:val="18"/>
          <w:szCs w:val="18"/>
        </w:rPr>
        <w:t>მოითხოვოს</w:t>
      </w:r>
      <w:proofErr w:type="spellEnd"/>
      <w:r w:rsidRPr="0043468A">
        <w:rPr>
          <w:rFonts w:cstheme="majorHAnsi"/>
          <w:sz w:val="18"/>
          <w:szCs w:val="18"/>
        </w:rPr>
        <w:t xml:space="preserve"> </w:t>
      </w:r>
      <w:proofErr w:type="spellStart"/>
      <w:r w:rsidRPr="0043468A">
        <w:rPr>
          <w:rFonts w:ascii="Sylfaen" w:hAnsi="Sylfaen" w:cs="Sylfaen"/>
          <w:sz w:val="18"/>
          <w:szCs w:val="18"/>
        </w:rPr>
        <w:t>მისი</w:t>
      </w:r>
      <w:proofErr w:type="spellEnd"/>
      <w:r w:rsidRPr="0043468A">
        <w:rPr>
          <w:rFonts w:cstheme="majorHAnsi"/>
          <w:sz w:val="18"/>
          <w:szCs w:val="18"/>
        </w:rPr>
        <w:t xml:space="preserve"> </w:t>
      </w:r>
      <w:proofErr w:type="spellStart"/>
      <w:r w:rsidRPr="0043468A">
        <w:rPr>
          <w:rFonts w:ascii="Sylfaen" w:hAnsi="Sylfaen" w:cs="Sylfaen"/>
          <w:sz w:val="18"/>
          <w:szCs w:val="18"/>
        </w:rPr>
        <w:t>გაუმჯობესება</w:t>
      </w:r>
      <w:proofErr w:type="spellEnd"/>
      <w:r w:rsidRPr="0043468A">
        <w:rPr>
          <w:rFonts w:cstheme="majorHAnsi"/>
          <w:sz w:val="18"/>
          <w:szCs w:val="18"/>
        </w:rPr>
        <w:t xml:space="preserve">, </w:t>
      </w:r>
      <w:proofErr w:type="spellStart"/>
      <w:r w:rsidRPr="0043468A">
        <w:rPr>
          <w:rFonts w:ascii="Sylfaen" w:hAnsi="Sylfaen" w:cs="Sylfaen"/>
          <w:sz w:val="18"/>
          <w:szCs w:val="18"/>
        </w:rPr>
        <w:t>თუ</w:t>
      </w:r>
      <w:proofErr w:type="spellEnd"/>
      <w:r w:rsidRPr="0043468A">
        <w:rPr>
          <w:rFonts w:cstheme="majorHAnsi"/>
          <w:sz w:val="18"/>
          <w:szCs w:val="18"/>
        </w:rPr>
        <w:t xml:space="preserve"> </w:t>
      </w:r>
      <w:proofErr w:type="spellStart"/>
      <w:r w:rsidRPr="0043468A">
        <w:rPr>
          <w:rFonts w:ascii="Sylfaen" w:hAnsi="Sylfaen" w:cs="Sylfaen"/>
          <w:sz w:val="18"/>
          <w:szCs w:val="18"/>
        </w:rPr>
        <w:t>იგი</w:t>
      </w:r>
      <w:proofErr w:type="spellEnd"/>
      <w:r w:rsidRPr="0043468A">
        <w:rPr>
          <w:rFonts w:cstheme="majorHAnsi"/>
          <w:sz w:val="18"/>
          <w:szCs w:val="18"/>
        </w:rPr>
        <w:t xml:space="preserve"> </w:t>
      </w:r>
      <w:proofErr w:type="spellStart"/>
      <w:r w:rsidRPr="0043468A">
        <w:rPr>
          <w:rFonts w:ascii="Sylfaen" w:hAnsi="Sylfaen" w:cs="Sylfaen"/>
          <w:sz w:val="18"/>
          <w:szCs w:val="18"/>
        </w:rPr>
        <w:t>არ</w:t>
      </w:r>
      <w:proofErr w:type="spellEnd"/>
      <w:r w:rsidRPr="0043468A">
        <w:rPr>
          <w:rFonts w:cstheme="majorHAnsi"/>
          <w:sz w:val="18"/>
          <w:szCs w:val="18"/>
        </w:rPr>
        <w:t xml:space="preserve"> </w:t>
      </w:r>
      <w:proofErr w:type="spellStart"/>
      <w:r w:rsidRPr="0043468A">
        <w:rPr>
          <w:rFonts w:ascii="Sylfaen" w:hAnsi="Sylfaen" w:cs="Sylfaen"/>
          <w:sz w:val="18"/>
          <w:szCs w:val="18"/>
        </w:rPr>
        <w:t>შეესაბამება</w:t>
      </w:r>
      <w:proofErr w:type="spellEnd"/>
      <w:r w:rsidRPr="0043468A">
        <w:rPr>
          <w:rFonts w:cstheme="majorHAnsi"/>
          <w:sz w:val="18"/>
          <w:szCs w:val="18"/>
        </w:rPr>
        <w:t xml:space="preserve"> </w:t>
      </w:r>
      <w:proofErr w:type="spellStart"/>
      <w:r w:rsidRPr="0043468A">
        <w:rPr>
          <w:rFonts w:ascii="Sylfaen" w:hAnsi="Sylfaen" w:cs="Sylfaen"/>
          <w:sz w:val="18"/>
          <w:szCs w:val="18"/>
        </w:rPr>
        <w:t>საპროექტო</w:t>
      </w:r>
      <w:proofErr w:type="spellEnd"/>
      <w:r w:rsidRPr="0043468A">
        <w:rPr>
          <w:rFonts w:cstheme="majorHAnsi"/>
          <w:sz w:val="18"/>
          <w:szCs w:val="18"/>
        </w:rPr>
        <w:t xml:space="preserve"> </w:t>
      </w:r>
      <w:proofErr w:type="spellStart"/>
      <w:r w:rsidRPr="0043468A">
        <w:rPr>
          <w:rFonts w:ascii="Sylfaen" w:hAnsi="Sylfaen" w:cs="Sylfaen"/>
          <w:sz w:val="18"/>
          <w:szCs w:val="18"/>
        </w:rPr>
        <w:t>დოკუმენტაციას</w:t>
      </w:r>
      <w:proofErr w:type="spellEnd"/>
      <w:r w:rsidRPr="0043468A">
        <w:rPr>
          <w:rFonts w:cstheme="majorHAnsi"/>
          <w:sz w:val="18"/>
          <w:szCs w:val="18"/>
        </w:rPr>
        <w:t xml:space="preserve">. </w:t>
      </w:r>
      <w:proofErr w:type="spellStart"/>
      <w:r w:rsidRPr="0043468A">
        <w:rPr>
          <w:rFonts w:ascii="Sylfaen" w:hAnsi="Sylfaen" w:cs="Sylfaen"/>
          <w:sz w:val="18"/>
          <w:szCs w:val="18"/>
        </w:rPr>
        <w:t>ამასთან</w:t>
      </w:r>
      <w:proofErr w:type="spellEnd"/>
      <w:r w:rsidRPr="0043468A">
        <w:rPr>
          <w:rFonts w:cstheme="majorHAnsi"/>
          <w:sz w:val="18"/>
          <w:szCs w:val="18"/>
        </w:rPr>
        <w:t xml:space="preserve">, </w:t>
      </w:r>
      <w:proofErr w:type="spellStart"/>
      <w:r w:rsidRPr="0043468A">
        <w:rPr>
          <w:rFonts w:ascii="Sylfaen" w:hAnsi="Sylfaen" w:cs="Sylfaen"/>
          <w:sz w:val="18"/>
          <w:szCs w:val="18"/>
        </w:rPr>
        <w:t>მენარდის</w:t>
      </w:r>
      <w:proofErr w:type="spellEnd"/>
      <w:r w:rsidRPr="0043468A">
        <w:rPr>
          <w:rFonts w:cstheme="majorHAnsi"/>
          <w:sz w:val="18"/>
          <w:szCs w:val="18"/>
        </w:rPr>
        <w:t xml:space="preserve"> </w:t>
      </w:r>
      <w:proofErr w:type="spellStart"/>
      <w:r w:rsidRPr="0043468A">
        <w:rPr>
          <w:rFonts w:ascii="Sylfaen" w:hAnsi="Sylfaen" w:cs="Sylfaen"/>
          <w:sz w:val="18"/>
          <w:szCs w:val="18"/>
        </w:rPr>
        <w:t>მიერ</w:t>
      </w:r>
      <w:proofErr w:type="spellEnd"/>
      <w:r w:rsidRPr="0043468A">
        <w:rPr>
          <w:rFonts w:cstheme="majorHAnsi"/>
          <w:sz w:val="18"/>
          <w:szCs w:val="18"/>
        </w:rPr>
        <w:t xml:space="preserve"> </w:t>
      </w:r>
      <w:proofErr w:type="spellStart"/>
      <w:r w:rsidRPr="0043468A">
        <w:rPr>
          <w:rFonts w:ascii="Sylfaen" w:hAnsi="Sylfaen" w:cs="Sylfaen"/>
          <w:sz w:val="18"/>
          <w:szCs w:val="18"/>
        </w:rPr>
        <w:t>ხარვეზ</w:t>
      </w:r>
      <w:proofErr w:type="spellEnd"/>
      <w:r>
        <w:rPr>
          <w:rFonts w:ascii="Sylfaen" w:hAnsi="Sylfaen" w:cstheme="majorHAnsi"/>
          <w:sz w:val="18"/>
          <w:szCs w:val="18"/>
          <w:lang w:val="ka-GE"/>
        </w:rPr>
        <w:t>(</w:t>
      </w:r>
      <w:proofErr w:type="spellStart"/>
      <w:r w:rsidRPr="0043468A">
        <w:rPr>
          <w:rFonts w:ascii="Sylfaen" w:hAnsi="Sylfaen" w:cs="Sylfaen"/>
          <w:sz w:val="18"/>
          <w:szCs w:val="18"/>
        </w:rPr>
        <w:t>ებ</w:t>
      </w:r>
      <w:proofErr w:type="spellEnd"/>
      <w:r>
        <w:rPr>
          <w:rFonts w:ascii="Sylfaen" w:hAnsi="Sylfaen" w:cstheme="majorHAnsi"/>
          <w:sz w:val="18"/>
          <w:szCs w:val="18"/>
          <w:lang w:val="ka-GE"/>
        </w:rPr>
        <w:t>)</w:t>
      </w:r>
      <w:proofErr w:type="spellStart"/>
      <w:r w:rsidRPr="0043468A">
        <w:rPr>
          <w:rFonts w:ascii="Sylfaen" w:hAnsi="Sylfaen" w:cs="Sylfaen"/>
          <w:sz w:val="18"/>
          <w:szCs w:val="18"/>
        </w:rPr>
        <w:t>ის</w:t>
      </w:r>
      <w:proofErr w:type="spellEnd"/>
      <w:r w:rsidRPr="0043468A">
        <w:rPr>
          <w:rFonts w:cstheme="majorHAnsi"/>
          <w:sz w:val="18"/>
          <w:szCs w:val="18"/>
        </w:rPr>
        <w:t xml:space="preserve"> </w:t>
      </w:r>
      <w:proofErr w:type="spellStart"/>
      <w:r w:rsidRPr="0043468A">
        <w:rPr>
          <w:rFonts w:ascii="Sylfaen" w:hAnsi="Sylfaen" w:cs="Sylfaen"/>
          <w:sz w:val="18"/>
          <w:szCs w:val="18"/>
        </w:rPr>
        <w:t>გამოსწორება</w:t>
      </w:r>
      <w:proofErr w:type="spellEnd"/>
      <w:r w:rsidRPr="0043468A">
        <w:rPr>
          <w:rFonts w:cstheme="majorHAnsi"/>
          <w:sz w:val="18"/>
          <w:szCs w:val="18"/>
        </w:rPr>
        <w:t xml:space="preserve"> </w:t>
      </w:r>
      <w:proofErr w:type="spellStart"/>
      <w:r w:rsidRPr="0043468A">
        <w:rPr>
          <w:rFonts w:ascii="Sylfaen" w:hAnsi="Sylfaen" w:cs="Sylfaen"/>
          <w:sz w:val="18"/>
          <w:szCs w:val="18"/>
        </w:rPr>
        <w:t>უნდა</w:t>
      </w:r>
      <w:proofErr w:type="spellEnd"/>
      <w:r w:rsidRPr="0043468A">
        <w:rPr>
          <w:rFonts w:cstheme="majorHAnsi"/>
          <w:sz w:val="18"/>
          <w:szCs w:val="18"/>
        </w:rPr>
        <w:t xml:space="preserve"> </w:t>
      </w:r>
      <w:proofErr w:type="spellStart"/>
      <w:r w:rsidRPr="0043468A">
        <w:rPr>
          <w:rFonts w:ascii="Sylfaen" w:hAnsi="Sylfaen" w:cs="Sylfaen"/>
          <w:sz w:val="18"/>
          <w:szCs w:val="18"/>
        </w:rPr>
        <w:t>მოხდეს</w:t>
      </w:r>
      <w:proofErr w:type="spellEnd"/>
      <w:r w:rsidRPr="0043468A">
        <w:rPr>
          <w:rFonts w:cstheme="majorHAnsi"/>
          <w:sz w:val="18"/>
          <w:szCs w:val="18"/>
        </w:rPr>
        <w:t xml:space="preserve"> </w:t>
      </w:r>
      <w:proofErr w:type="spellStart"/>
      <w:r w:rsidRPr="0043468A">
        <w:rPr>
          <w:rFonts w:ascii="Sylfaen" w:hAnsi="Sylfaen" w:cs="Sylfaen"/>
          <w:sz w:val="18"/>
          <w:szCs w:val="18"/>
        </w:rPr>
        <w:t>დამკვეთის</w:t>
      </w:r>
      <w:proofErr w:type="spellEnd"/>
      <w:r w:rsidRPr="0043468A">
        <w:rPr>
          <w:rFonts w:cstheme="majorHAnsi"/>
          <w:sz w:val="18"/>
          <w:szCs w:val="18"/>
        </w:rPr>
        <w:t xml:space="preserve"> </w:t>
      </w:r>
      <w:proofErr w:type="spellStart"/>
      <w:r w:rsidRPr="0043468A">
        <w:rPr>
          <w:rFonts w:ascii="Sylfaen" w:hAnsi="Sylfaen" w:cs="Sylfaen"/>
          <w:sz w:val="18"/>
          <w:szCs w:val="18"/>
        </w:rPr>
        <w:t>მოთხოვნიდან</w:t>
      </w:r>
      <w:proofErr w:type="spellEnd"/>
      <w:r w:rsidRPr="0043468A">
        <w:rPr>
          <w:rFonts w:cstheme="majorHAnsi"/>
          <w:sz w:val="18"/>
          <w:szCs w:val="18"/>
        </w:rPr>
        <w:t xml:space="preserve"> </w:t>
      </w:r>
      <w:proofErr w:type="spellStart"/>
      <w:r w:rsidRPr="0043468A">
        <w:rPr>
          <w:rFonts w:ascii="Sylfaen" w:hAnsi="Sylfaen" w:cs="Sylfaen"/>
          <w:sz w:val="18"/>
          <w:szCs w:val="18"/>
        </w:rPr>
        <w:t>გონივრულ</w:t>
      </w:r>
      <w:proofErr w:type="spellEnd"/>
      <w:r w:rsidRPr="0043468A">
        <w:rPr>
          <w:rFonts w:cstheme="majorHAnsi"/>
          <w:sz w:val="18"/>
          <w:szCs w:val="18"/>
        </w:rPr>
        <w:t xml:space="preserve"> </w:t>
      </w:r>
      <w:proofErr w:type="spellStart"/>
      <w:r w:rsidRPr="0043468A">
        <w:rPr>
          <w:rFonts w:ascii="Sylfaen" w:hAnsi="Sylfaen" w:cs="Sylfaen"/>
          <w:sz w:val="18"/>
          <w:szCs w:val="18"/>
        </w:rPr>
        <w:t>ვადაში</w:t>
      </w:r>
      <w:proofErr w:type="spellEnd"/>
      <w:r w:rsidRPr="0043468A">
        <w:rPr>
          <w:rFonts w:cstheme="majorHAnsi"/>
          <w:sz w:val="18"/>
          <w:szCs w:val="18"/>
        </w:rPr>
        <w:t xml:space="preserve"> </w:t>
      </w:r>
      <w:proofErr w:type="spellStart"/>
      <w:r w:rsidRPr="0043468A">
        <w:rPr>
          <w:rFonts w:ascii="Sylfaen" w:hAnsi="Sylfaen" w:cs="Sylfaen"/>
          <w:sz w:val="18"/>
          <w:szCs w:val="18"/>
        </w:rPr>
        <w:t>ან</w:t>
      </w:r>
      <w:proofErr w:type="spellEnd"/>
      <w:r w:rsidRPr="0043468A">
        <w:rPr>
          <w:rFonts w:cstheme="majorHAnsi"/>
          <w:sz w:val="18"/>
          <w:szCs w:val="18"/>
        </w:rPr>
        <w:t xml:space="preserve"> </w:t>
      </w:r>
      <w:proofErr w:type="spellStart"/>
      <w:r w:rsidRPr="0043468A">
        <w:rPr>
          <w:rFonts w:ascii="Sylfaen" w:hAnsi="Sylfaen" w:cs="Sylfaen"/>
          <w:sz w:val="18"/>
          <w:szCs w:val="18"/>
        </w:rPr>
        <w:t>დამკვეთთან</w:t>
      </w:r>
      <w:proofErr w:type="spellEnd"/>
      <w:r w:rsidRPr="0043468A">
        <w:rPr>
          <w:rFonts w:cstheme="majorHAnsi"/>
          <w:sz w:val="18"/>
          <w:szCs w:val="18"/>
        </w:rPr>
        <w:t xml:space="preserve"> </w:t>
      </w:r>
      <w:proofErr w:type="spellStart"/>
      <w:r w:rsidRPr="0043468A">
        <w:rPr>
          <w:rFonts w:ascii="Sylfaen" w:hAnsi="Sylfaen" w:cs="Sylfaen"/>
          <w:sz w:val="18"/>
          <w:szCs w:val="18"/>
        </w:rPr>
        <w:t>წინასწარ</w:t>
      </w:r>
      <w:proofErr w:type="spellEnd"/>
      <w:r w:rsidRPr="0043468A">
        <w:rPr>
          <w:rFonts w:cstheme="majorHAnsi"/>
          <w:sz w:val="18"/>
          <w:szCs w:val="18"/>
        </w:rPr>
        <w:t xml:space="preserve"> </w:t>
      </w:r>
      <w:proofErr w:type="spellStart"/>
      <w:r w:rsidRPr="0043468A">
        <w:rPr>
          <w:rFonts w:ascii="Sylfaen" w:hAnsi="Sylfaen" w:cs="Sylfaen"/>
          <w:sz w:val="18"/>
          <w:szCs w:val="18"/>
        </w:rPr>
        <w:t>შეთანხმებულ</w:t>
      </w:r>
      <w:proofErr w:type="spellEnd"/>
      <w:r w:rsidRPr="0043468A">
        <w:rPr>
          <w:rFonts w:cstheme="majorHAnsi"/>
          <w:sz w:val="18"/>
          <w:szCs w:val="18"/>
        </w:rPr>
        <w:t xml:space="preserve"> </w:t>
      </w:r>
      <w:proofErr w:type="spellStart"/>
      <w:r w:rsidRPr="0043468A">
        <w:rPr>
          <w:rFonts w:ascii="Sylfaen" w:hAnsi="Sylfaen" w:cs="Sylfaen"/>
          <w:sz w:val="18"/>
          <w:szCs w:val="18"/>
        </w:rPr>
        <w:t>ვადაში</w:t>
      </w:r>
      <w:proofErr w:type="spellEnd"/>
      <w:r w:rsidRPr="0043468A">
        <w:rPr>
          <w:rFonts w:cstheme="majorHAnsi"/>
          <w:sz w:val="18"/>
          <w:szCs w:val="18"/>
        </w:rPr>
        <w:t xml:space="preserve">. </w:t>
      </w:r>
      <w:proofErr w:type="spellStart"/>
      <w:r w:rsidRPr="0043468A">
        <w:rPr>
          <w:rFonts w:ascii="Sylfaen" w:hAnsi="Sylfaen" w:cs="Sylfaen"/>
          <w:sz w:val="18"/>
          <w:szCs w:val="18"/>
        </w:rPr>
        <w:t>ამასთან</w:t>
      </w:r>
      <w:proofErr w:type="spellEnd"/>
      <w:r w:rsidRPr="0043468A">
        <w:rPr>
          <w:rFonts w:cstheme="majorHAnsi"/>
          <w:sz w:val="18"/>
          <w:szCs w:val="18"/>
        </w:rPr>
        <w:t xml:space="preserve">, </w:t>
      </w:r>
      <w:proofErr w:type="spellStart"/>
      <w:r w:rsidRPr="0043468A">
        <w:rPr>
          <w:rFonts w:ascii="Sylfaen" w:hAnsi="Sylfaen" w:cs="Sylfaen"/>
          <w:sz w:val="18"/>
          <w:szCs w:val="18"/>
        </w:rPr>
        <w:t>იმ</w:t>
      </w:r>
      <w:proofErr w:type="spellEnd"/>
      <w:r w:rsidRPr="0043468A">
        <w:rPr>
          <w:rFonts w:cstheme="majorHAnsi"/>
          <w:sz w:val="18"/>
          <w:szCs w:val="18"/>
        </w:rPr>
        <w:t xml:space="preserve"> </w:t>
      </w:r>
      <w:proofErr w:type="spellStart"/>
      <w:r w:rsidRPr="0043468A">
        <w:rPr>
          <w:rFonts w:ascii="Sylfaen" w:hAnsi="Sylfaen" w:cs="Sylfaen"/>
          <w:sz w:val="18"/>
          <w:szCs w:val="18"/>
        </w:rPr>
        <w:t>შემთხვევაში</w:t>
      </w:r>
      <w:proofErr w:type="spellEnd"/>
      <w:r w:rsidRPr="0043468A">
        <w:rPr>
          <w:rFonts w:cstheme="majorHAnsi"/>
          <w:sz w:val="18"/>
          <w:szCs w:val="18"/>
        </w:rPr>
        <w:t xml:space="preserve"> </w:t>
      </w:r>
      <w:proofErr w:type="spellStart"/>
      <w:r w:rsidRPr="0043468A">
        <w:rPr>
          <w:rFonts w:ascii="Sylfaen" w:hAnsi="Sylfaen" w:cs="Sylfaen"/>
          <w:sz w:val="18"/>
          <w:szCs w:val="18"/>
        </w:rPr>
        <w:t>თუ</w:t>
      </w:r>
      <w:proofErr w:type="spellEnd"/>
      <w:r w:rsidRPr="0043468A">
        <w:rPr>
          <w:rFonts w:cstheme="majorHAnsi"/>
          <w:sz w:val="18"/>
          <w:szCs w:val="18"/>
        </w:rPr>
        <w:t xml:space="preserve"> </w:t>
      </w:r>
      <w:proofErr w:type="spellStart"/>
      <w:r w:rsidRPr="0043468A">
        <w:rPr>
          <w:rFonts w:ascii="Sylfaen" w:hAnsi="Sylfaen" w:cs="Sylfaen"/>
          <w:sz w:val="18"/>
          <w:szCs w:val="18"/>
        </w:rPr>
        <w:t>მხარეები</w:t>
      </w:r>
      <w:proofErr w:type="spellEnd"/>
      <w:r w:rsidRPr="0043468A">
        <w:rPr>
          <w:rFonts w:cstheme="majorHAnsi"/>
          <w:sz w:val="18"/>
          <w:szCs w:val="18"/>
        </w:rPr>
        <w:t xml:space="preserve"> </w:t>
      </w:r>
      <w:proofErr w:type="spellStart"/>
      <w:r w:rsidRPr="0043468A">
        <w:rPr>
          <w:rFonts w:ascii="Sylfaen" w:hAnsi="Sylfaen" w:cs="Sylfaen"/>
          <w:sz w:val="18"/>
          <w:szCs w:val="18"/>
        </w:rPr>
        <w:t>ვერ</w:t>
      </w:r>
      <w:proofErr w:type="spellEnd"/>
      <w:r w:rsidRPr="0043468A">
        <w:rPr>
          <w:rFonts w:cstheme="majorHAnsi"/>
          <w:sz w:val="18"/>
          <w:szCs w:val="18"/>
        </w:rPr>
        <w:t xml:space="preserve"> </w:t>
      </w:r>
      <w:proofErr w:type="spellStart"/>
      <w:r w:rsidRPr="0043468A">
        <w:rPr>
          <w:rFonts w:ascii="Sylfaen" w:hAnsi="Sylfaen" w:cs="Sylfaen"/>
          <w:sz w:val="18"/>
          <w:szCs w:val="18"/>
        </w:rPr>
        <w:t>შეთანხმდებიან</w:t>
      </w:r>
      <w:proofErr w:type="spellEnd"/>
      <w:r w:rsidRPr="0043468A">
        <w:rPr>
          <w:rFonts w:cstheme="majorHAnsi"/>
          <w:sz w:val="18"/>
          <w:szCs w:val="18"/>
        </w:rPr>
        <w:t xml:space="preserve"> </w:t>
      </w:r>
      <w:proofErr w:type="spellStart"/>
      <w:r w:rsidRPr="0043468A">
        <w:rPr>
          <w:rFonts w:ascii="Sylfaen" w:hAnsi="Sylfaen" w:cs="Sylfaen"/>
          <w:sz w:val="18"/>
          <w:szCs w:val="18"/>
        </w:rPr>
        <w:t>ხარვეზ</w:t>
      </w:r>
      <w:proofErr w:type="spellEnd"/>
      <w:r>
        <w:rPr>
          <w:rFonts w:ascii="Sylfaen" w:hAnsi="Sylfaen" w:cstheme="majorHAnsi"/>
          <w:sz w:val="18"/>
          <w:szCs w:val="18"/>
          <w:lang w:val="ka-GE"/>
        </w:rPr>
        <w:t>(</w:t>
      </w:r>
      <w:proofErr w:type="spellStart"/>
      <w:r w:rsidRPr="0043468A">
        <w:rPr>
          <w:rFonts w:ascii="Sylfaen" w:hAnsi="Sylfaen" w:cs="Sylfaen"/>
          <w:sz w:val="18"/>
          <w:szCs w:val="18"/>
        </w:rPr>
        <w:t>ებ</w:t>
      </w:r>
      <w:proofErr w:type="spellEnd"/>
      <w:r>
        <w:rPr>
          <w:rFonts w:ascii="Sylfaen" w:hAnsi="Sylfaen" w:cstheme="majorHAnsi"/>
          <w:sz w:val="18"/>
          <w:szCs w:val="18"/>
          <w:lang w:val="ka-GE"/>
        </w:rPr>
        <w:t>)</w:t>
      </w:r>
      <w:proofErr w:type="spellStart"/>
      <w:r w:rsidRPr="0043468A">
        <w:rPr>
          <w:rFonts w:ascii="Sylfaen" w:hAnsi="Sylfaen" w:cs="Sylfaen"/>
          <w:sz w:val="18"/>
          <w:szCs w:val="18"/>
        </w:rPr>
        <w:t>ის</w:t>
      </w:r>
      <w:proofErr w:type="spellEnd"/>
      <w:r w:rsidRPr="0043468A">
        <w:rPr>
          <w:rFonts w:cstheme="majorHAnsi"/>
          <w:sz w:val="18"/>
          <w:szCs w:val="18"/>
        </w:rPr>
        <w:t xml:space="preserve"> </w:t>
      </w:r>
      <w:proofErr w:type="spellStart"/>
      <w:r w:rsidRPr="0043468A">
        <w:rPr>
          <w:rFonts w:ascii="Sylfaen" w:hAnsi="Sylfaen" w:cs="Sylfaen"/>
          <w:sz w:val="18"/>
          <w:szCs w:val="18"/>
        </w:rPr>
        <w:t>გამოსწორების</w:t>
      </w:r>
      <w:proofErr w:type="spellEnd"/>
      <w:r w:rsidRPr="0043468A">
        <w:rPr>
          <w:rFonts w:cstheme="majorHAnsi"/>
          <w:sz w:val="18"/>
          <w:szCs w:val="18"/>
        </w:rPr>
        <w:t xml:space="preserve"> </w:t>
      </w:r>
      <w:proofErr w:type="spellStart"/>
      <w:r w:rsidRPr="0043468A">
        <w:rPr>
          <w:rFonts w:ascii="Sylfaen" w:hAnsi="Sylfaen" w:cs="Sylfaen"/>
          <w:sz w:val="18"/>
          <w:szCs w:val="18"/>
        </w:rPr>
        <w:t>ვადაზე</w:t>
      </w:r>
      <w:proofErr w:type="spellEnd"/>
      <w:r w:rsidRPr="0043468A">
        <w:rPr>
          <w:rFonts w:cstheme="majorHAnsi"/>
          <w:sz w:val="18"/>
          <w:szCs w:val="18"/>
        </w:rPr>
        <w:t xml:space="preserve">, </w:t>
      </w:r>
      <w:proofErr w:type="spellStart"/>
      <w:r w:rsidRPr="0043468A">
        <w:rPr>
          <w:rFonts w:ascii="Sylfaen" w:hAnsi="Sylfaen" w:cs="Sylfaen"/>
          <w:sz w:val="18"/>
          <w:szCs w:val="18"/>
        </w:rPr>
        <w:t>ხარვეზ</w:t>
      </w:r>
      <w:proofErr w:type="spellEnd"/>
      <w:r>
        <w:rPr>
          <w:rFonts w:ascii="Sylfaen" w:hAnsi="Sylfaen" w:cstheme="majorHAnsi"/>
          <w:sz w:val="18"/>
          <w:szCs w:val="18"/>
          <w:lang w:val="ka-GE"/>
        </w:rPr>
        <w:t>(</w:t>
      </w:r>
      <w:proofErr w:type="spellStart"/>
      <w:r w:rsidRPr="0043468A">
        <w:rPr>
          <w:rFonts w:ascii="Sylfaen" w:hAnsi="Sylfaen" w:cs="Sylfaen"/>
          <w:sz w:val="18"/>
          <w:szCs w:val="18"/>
        </w:rPr>
        <w:t>ებ</w:t>
      </w:r>
      <w:proofErr w:type="spellEnd"/>
      <w:r>
        <w:rPr>
          <w:rFonts w:ascii="Sylfaen" w:hAnsi="Sylfaen" w:cstheme="majorHAnsi"/>
          <w:sz w:val="18"/>
          <w:szCs w:val="18"/>
          <w:lang w:val="ka-GE"/>
        </w:rPr>
        <w:t>)</w:t>
      </w:r>
      <w:proofErr w:type="spellStart"/>
      <w:r w:rsidRPr="0043468A">
        <w:rPr>
          <w:rFonts w:ascii="Sylfaen" w:hAnsi="Sylfaen" w:cs="Sylfaen"/>
          <w:sz w:val="18"/>
          <w:szCs w:val="18"/>
        </w:rPr>
        <w:t>ის</w:t>
      </w:r>
      <w:proofErr w:type="spellEnd"/>
      <w:r w:rsidRPr="0043468A">
        <w:rPr>
          <w:rFonts w:cstheme="majorHAnsi"/>
          <w:sz w:val="18"/>
          <w:szCs w:val="18"/>
        </w:rPr>
        <w:t xml:space="preserve"> </w:t>
      </w:r>
      <w:proofErr w:type="spellStart"/>
      <w:r w:rsidRPr="0043468A">
        <w:rPr>
          <w:rFonts w:ascii="Sylfaen" w:hAnsi="Sylfaen" w:cs="Sylfaen"/>
          <w:sz w:val="18"/>
          <w:szCs w:val="18"/>
        </w:rPr>
        <w:t>გამოსწორებისათვის</w:t>
      </w:r>
      <w:proofErr w:type="spellEnd"/>
      <w:r w:rsidRPr="0043468A">
        <w:rPr>
          <w:rFonts w:cstheme="majorHAnsi"/>
          <w:sz w:val="18"/>
          <w:szCs w:val="18"/>
        </w:rPr>
        <w:t xml:space="preserve"> </w:t>
      </w:r>
      <w:proofErr w:type="spellStart"/>
      <w:r w:rsidRPr="0043468A">
        <w:rPr>
          <w:rFonts w:ascii="Sylfaen" w:hAnsi="Sylfaen" w:cs="Sylfaen"/>
          <w:sz w:val="18"/>
          <w:szCs w:val="18"/>
        </w:rPr>
        <w:t>საჭირო</w:t>
      </w:r>
      <w:proofErr w:type="spellEnd"/>
      <w:r w:rsidRPr="0043468A">
        <w:rPr>
          <w:rFonts w:cstheme="majorHAnsi"/>
          <w:sz w:val="18"/>
          <w:szCs w:val="18"/>
        </w:rPr>
        <w:t xml:space="preserve"> </w:t>
      </w:r>
      <w:proofErr w:type="spellStart"/>
      <w:r w:rsidRPr="0043468A">
        <w:rPr>
          <w:rFonts w:ascii="Sylfaen" w:hAnsi="Sylfaen" w:cs="Sylfaen"/>
          <w:sz w:val="18"/>
          <w:szCs w:val="18"/>
        </w:rPr>
        <w:t>ვადა</w:t>
      </w:r>
      <w:proofErr w:type="spellEnd"/>
      <w:r w:rsidRPr="0043468A">
        <w:rPr>
          <w:rFonts w:cstheme="majorHAnsi"/>
          <w:sz w:val="18"/>
          <w:szCs w:val="18"/>
        </w:rPr>
        <w:t xml:space="preserve"> </w:t>
      </w:r>
      <w:proofErr w:type="spellStart"/>
      <w:r w:rsidRPr="0043468A">
        <w:rPr>
          <w:rFonts w:ascii="Sylfaen" w:hAnsi="Sylfaen" w:cs="Sylfaen"/>
          <w:sz w:val="18"/>
          <w:szCs w:val="18"/>
        </w:rPr>
        <w:t>დგინდება</w:t>
      </w:r>
      <w:proofErr w:type="spellEnd"/>
      <w:r w:rsidRPr="0043468A">
        <w:rPr>
          <w:rFonts w:cstheme="majorHAnsi"/>
          <w:sz w:val="18"/>
          <w:szCs w:val="18"/>
        </w:rPr>
        <w:t xml:space="preserve"> </w:t>
      </w:r>
      <w:proofErr w:type="spellStart"/>
      <w:r w:rsidRPr="0043468A">
        <w:rPr>
          <w:rFonts w:ascii="Sylfaen" w:hAnsi="Sylfaen" w:cs="Sylfaen"/>
          <w:sz w:val="18"/>
          <w:szCs w:val="18"/>
        </w:rPr>
        <w:t>სსიპ</w:t>
      </w:r>
      <w:proofErr w:type="spellEnd"/>
      <w:r w:rsidRPr="0043468A">
        <w:rPr>
          <w:rFonts w:cstheme="majorHAnsi"/>
          <w:sz w:val="18"/>
          <w:szCs w:val="18"/>
        </w:rPr>
        <w:t xml:space="preserve"> „</w:t>
      </w:r>
      <w:proofErr w:type="spellStart"/>
      <w:r w:rsidRPr="0043468A">
        <w:rPr>
          <w:rFonts w:ascii="Sylfaen" w:hAnsi="Sylfaen" w:cs="Sylfaen"/>
          <w:sz w:val="18"/>
          <w:szCs w:val="18"/>
        </w:rPr>
        <w:t>ლევან</w:t>
      </w:r>
      <w:proofErr w:type="spellEnd"/>
      <w:r w:rsidRPr="0043468A">
        <w:rPr>
          <w:rFonts w:cstheme="majorHAnsi"/>
          <w:sz w:val="18"/>
          <w:szCs w:val="18"/>
        </w:rPr>
        <w:t xml:space="preserve"> </w:t>
      </w:r>
      <w:proofErr w:type="spellStart"/>
      <w:r w:rsidRPr="0043468A">
        <w:rPr>
          <w:rFonts w:ascii="Sylfaen" w:hAnsi="Sylfaen" w:cs="Sylfaen"/>
          <w:sz w:val="18"/>
          <w:szCs w:val="18"/>
        </w:rPr>
        <w:t>სამხარაულის</w:t>
      </w:r>
      <w:proofErr w:type="spellEnd"/>
      <w:r w:rsidRPr="0043468A">
        <w:rPr>
          <w:rFonts w:cstheme="majorHAnsi"/>
          <w:sz w:val="18"/>
          <w:szCs w:val="18"/>
        </w:rPr>
        <w:t xml:space="preserve"> </w:t>
      </w:r>
      <w:proofErr w:type="spellStart"/>
      <w:r w:rsidRPr="0043468A">
        <w:rPr>
          <w:rFonts w:ascii="Sylfaen" w:hAnsi="Sylfaen" w:cs="Sylfaen"/>
          <w:sz w:val="18"/>
          <w:szCs w:val="18"/>
        </w:rPr>
        <w:t>სახელობის</w:t>
      </w:r>
      <w:proofErr w:type="spellEnd"/>
      <w:r w:rsidRPr="0043468A">
        <w:rPr>
          <w:rFonts w:cstheme="majorHAnsi"/>
          <w:sz w:val="18"/>
          <w:szCs w:val="18"/>
        </w:rPr>
        <w:t xml:space="preserve"> </w:t>
      </w:r>
      <w:proofErr w:type="spellStart"/>
      <w:r w:rsidRPr="0043468A">
        <w:rPr>
          <w:rFonts w:ascii="Sylfaen" w:hAnsi="Sylfaen" w:cs="Sylfaen"/>
          <w:sz w:val="18"/>
          <w:szCs w:val="18"/>
        </w:rPr>
        <w:t>სასამართლო</w:t>
      </w:r>
      <w:proofErr w:type="spellEnd"/>
      <w:r w:rsidRPr="0043468A">
        <w:rPr>
          <w:rFonts w:cstheme="majorHAnsi"/>
          <w:sz w:val="18"/>
          <w:szCs w:val="18"/>
        </w:rPr>
        <w:t xml:space="preserve"> </w:t>
      </w:r>
      <w:proofErr w:type="spellStart"/>
      <w:r w:rsidRPr="0043468A">
        <w:rPr>
          <w:rFonts w:ascii="Sylfaen" w:hAnsi="Sylfaen" w:cs="Sylfaen"/>
          <w:sz w:val="18"/>
          <w:szCs w:val="18"/>
        </w:rPr>
        <w:t>ექსპერტიზის</w:t>
      </w:r>
      <w:proofErr w:type="spellEnd"/>
      <w:r w:rsidRPr="0043468A">
        <w:rPr>
          <w:rFonts w:cstheme="majorHAnsi"/>
          <w:sz w:val="18"/>
          <w:szCs w:val="18"/>
        </w:rPr>
        <w:t xml:space="preserve"> </w:t>
      </w:r>
      <w:proofErr w:type="spellStart"/>
      <w:r w:rsidRPr="0043468A">
        <w:rPr>
          <w:rFonts w:ascii="Sylfaen" w:hAnsi="Sylfaen" w:cs="Sylfaen"/>
          <w:sz w:val="18"/>
          <w:szCs w:val="18"/>
        </w:rPr>
        <w:t>ეროვნული</w:t>
      </w:r>
      <w:proofErr w:type="spellEnd"/>
      <w:r w:rsidRPr="0043468A">
        <w:rPr>
          <w:rFonts w:cstheme="majorHAnsi"/>
          <w:sz w:val="18"/>
          <w:szCs w:val="18"/>
        </w:rPr>
        <w:t xml:space="preserve"> </w:t>
      </w:r>
      <w:proofErr w:type="spellStart"/>
      <w:proofErr w:type="gramStart"/>
      <w:r w:rsidRPr="0043468A">
        <w:rPr>
          <w:rFonts w:ascii="Sylfaen" w:hAnsi="Sylfaen" w:cs="Sylfaen"/>
          <w:sz w:val="18"/>
          <w:szCs w:val="18"/>
        </w:rPr>
        <w:t>ბიუროს</w:t>
      </w:r>
      <w:proofErr w:type="spellEnd"/>
      <w:r w:rsidRPr="0043468A">
        <w:rPr>
          <w:rFonts w:cstheme="majorHAnsi"/>
          <w:sz w:val="18"/>
          <w:szCs w:val="18"/>
        </w:rPr>
        <w:t>“</w:t>
      </w:r>
      <w:r w:rsidR="002464F3">
        <w:rPr>
          <w:rFonts w:cstheme="majorHAnsi"/>
          <w:sz w:val="18"/>
          <w:szCs w:val="18"/>
          <w:lang w:val="ru-RU"/>
        </w:rPr>
        <w:t xml:space="preserve"> </w:t>
      </w:r>
      <w:proofErr w:type="spellStart"/>
      <w:r w:rsidRPr="0043468A">
        <w:rPr>
          <w:rFonts w:ascii="Sylfaen" w:hAnsi="Sylfaen" w:cs="Sylfaen"/>
          <w:sz w:val="18"/>
          <w:szCs w:val="18"/>
        </w:rPr>
        <w:t>ან</w:t>
      </w:r>
      <w:proofErr w:type="spellEnd"/>
      <w:proofErr w:type="gramEnd"/>
      <w:r w:rsidR="002464F3">
        <w:rPr>
          <w:rFonts w:ascii="Sylfaen" w:hAnsi="Sylfaen" w:cs="Sylfaen"/>
          <w:sz w:val="18"/>
          <w:szCs w:val="18"/>
          <w:lang w:val="ru-RU"/>
        </w:rPr>
        <w:t xml:space="preserve"> </w:t>
      </w:r>
      <w:proofErr w:type="spellStart"/>
      <w:r w:rsidRPr="0043468A">
        <w:rPr>
          <w:rFonts w:ascii="Sylfaen" w:hAnsi="Sylfaen" w:cs="Sylfaen"/>
          <w:sz w:val="18"/>
          <w:szCs w:val="18"/>
        </w:rPr>
        <w:t>აკრედიტირებული</w:t>
      </w:r>
      <w:proofErr w:type="spellEnd"/>
      <w:r w:rsidRPr="0043468A">
        <w:rPr>
          <w:rFonts w:cstheme="majorHAnsi"/>
          <w:sz w:val="18"/>
          <w:szCs w:val="18"/>
        </w:rPr>
        <w:t xml:space="preserve"> </w:t>
      </w:r>
      <w:proofErr w:type="spellStart"/>
      <w:r w:rsidRPr="0043468A">
        <w:rPr>
          <w:rFonts w:ascii="Sylfaen" w:hAnsi="Sylfaen" w:cs="Sylfaen"/>
          <w:sz w:val="18"/>
          <w:szCs w:val="18"/>
        </w:rPr>
        <w:t>საექსპერტო</w:t>
      </w:r>
      <w:proofErr w:type="spellEnd"/>
      <w:r w:rsidRPr="0043468A">
        <w:rPr>
          <w:rFonts w:cstheme="majorHAnsi"/>
          <w:sz w:val="18"/>
          <w:szCs w:val="18"/>
        </w:rPr>
        <w:t xml:space="preserve"> </w:t>
      </w:r>
      <w:proofErr w:type="spellStart"/>
      <w:r w:rsidRPr="0043468A">
        <w:rPr>
          <w:rFonts w:ascii="Sylfaen" w:hAnsi="Sylfaen" w:cs="Sylfaen"/>
          <w:sz w:val="18"/>
          <w:szCs w:val="18"/>
        </w:rPr>
        <w:t>დაწესებულების</w:t>
      </w:r>
      <w:proofErr w:type="spellEnd"/>
      <w:r w:rsidRPr="0043468A">
        <w:rPr>
          <w:rFonts w:cstheme="majorHAnsi"/>
          <w:sz w:val="18"/>
          <w:szCs w:val="18"/>
        </w:rPr>
        <w:t xml:space="preserve">, </w:t>
      </w:r>
      <w:proofErr w:type="spellStart"/>
      <w:r w:rsidRPr="0043468A">
        <w:rPr>
          <w:rFonts w:ascii="Sylfaen" w:hAnsi="Sylfaen" w:cs="Sylfaen"/>
          <w:sz w:val="18"/>
          <w:szCs w:val="18"/>
        </w:rPr>
        <w:t>ან</w:t>
      </w:r>
      <w:proofErr w:type="spellEnd"/>
      <w:r w:rsidRPr="0043468A">
        <w:rPr>
          <w:rFonts w:cstheme="majorHAnsi"/>
          <w:sz w:val="18"/>
          <w:szCs w:val="18"/>
        </w:rPr>
        <w:t xml:space="preserve"> </w:t>
      </w:r>
      <w:proofErr w:type="spellStart"/>
      <w:r w:rsidRPr="0043468A">
        <w:rPr>
          <w:rFonts w:ascii="Sylfaen" w:hAnsi="Sylfaen" w:cs="Sylfaen"/>
          <w:sz w:val="18"/>
          <w:szCs w:val="18"/>
        </w:rPr>
        <w:t>დამოუკიდებელი</w:t>
      </w:r>
      <w:proofErr w:type="spellEnd"/>
      <w:r w:rsidRPr="0043468A">
        <w:rPr>
          <w:rFonts w:cstheme="majorHAnsi"/>
          <w:sz w:val="18"/>
          <w:szCs w:val="18"/>
        </w:rPr>
        <w:t xml:space="preserve"> </w:t>
      </w:r>
      <w:proofErr w:type="spellStart"/>
      <w:r w:rsidRPr="0043468A">
        <w:rPr>
          <w:rFonts w:ascii="Sylfaen" w:hAnsi="Sylfaen" w:cs="Sylfaen"/>
          <w:sz w:val="18"/>
          <w:szCs w:val="18"/>
        </w:rPr>
        <w:t>ექსპერტის</w:t>
      </w:r>
      <w:proofErr w:type="spellEnd"/>
      <w:r w:rsidRPr="0043468A">
        <w:rPr>
          <w:rFonts w:cstheme="majorHAnsi"/>
          <w:sz w:val="18"/>
          <w:szCs w:val="18"/>
        </w:rPr>
        <w:t xml:space="preserve"> </w:t>
      </w:r>
      <w:proofErr w:type="spellStart"/>
      <w:r w:rsidRPr="0043468A">
        <w:rPr>
          <w:rFonts w:ascii="Sylfaen" w:hAnsi="Sylfaen" w:cs="Sylfaen"/>
          <w:sz w:val="18"/>
          <w:szCs w:val="18"/>
        </w:rPr>
        <w:t>მიერ</w:t>
      </w:r>
      <w:proofErr w:type="spellEnd"/>
      <w:r w:rsidRPr="0043468A">
        <w:rPr>
          <w:rFonts w:cstheme="majorHAnsi"/>
          <w:sz w:val="18"/>
          <w:szCs w:val="18"/>
        </w:rPr>
        <w:t xml:space="preserve"> </w:t>
      </w:r>
      <w:proofErr w:type="spellStart"/>
      <w:r w:rsidRPr="0043468A">
        <w:rPr>
          <w:rFonts w:ascii="Sylfaen" w:hAnsi="Sylfaen" w:cs="Sylfaen"/>
          <w:sz w:val="18"/>
          <w:szCs w:val="18"/>
        </w:rPr>
        <w:t>აღნიშნულ</w:t>
      </w:r>
      <w:proofErr w:type="spellEnd"/>
      <w:r w:rsidRPr="0043468A">
        <w:rPr>
          <w:rFonts w:cstheme="majorHAnsi"/>
          <w:sz w:val="18"/>
          <w:szCs w:val="18"/>
        </w:rPr>
        <w:t xml:space="preserve"> </w:t>
      </w:r>
      <w:proofErr w:type="spellStart"/>
      <w:r w:rsidRPr="0043468A">
        <w:rPr>
          <w:rFonts w:ascii="Sylfaen" w:hAnsi="Sylfaen" w:cs="Sylfaen"/>
          <w:sz w:val="18"/>
          <w:szCs w:val="18"/>
        </w:rPr>
        <w:t>საკითხზე</w:t>
      </w:r>
      <w:proofErr w:type="spellEnd"/>
      <w:r w:rsidRPr="0043468A">
        <w:rPr>
          <w:rFonts w:cstheme="majorHAnsi"/>
          <w:sz w:val="18"/>
          <w:szCs w:val="18"/>
        </w:rPr>
        <w:t xml:space="preserve"> </w:t>
      </w:r>
      <w:proofErr w:type="spellStart"/>
      <w:r w:rsidRPr="0043468A">
        <w:rPr>
          <w:rFonts w:ascii="Sylfaen" w:hAnsi="Sylfaen" w:cs="Sylfaen"/>
          <w:sz w:val="18"/>
          <w:szCs w:val="18"/>
        </w:rPr>
        <w:t>გაცემული</w:t>
      </w:r>
      <w:proofErr w:type="spellEnd"/>
      <w:r w:rsidRPr="0043468A">
        <w:rPr>
          <w:rFonts w:cstheme="majorHAnsi"/>
          <w:sz w:val="18"/>
          <w:szCs w:val="18"/>
        </w:rPr>
        <w:t xml:space="preserve"> </w:t>
      </w:r>
      <w:proofErr w:type="spellStart"/>
      <w:r w:rsidRPr="0043468A">
        <w:rPr>
          <w:rFonts w:ascii="Sylfaen" w:hAnsi="Sylfaen" w:cs="Sylfaen"/>
          <w:sz w:val="18"/>
          <w:szCs w:val="18"/>
        </w:rPr>
        <w:t>დასკვნით</w:t>
      </w:r>
      <w:proofErr w:type="spellEnd"/>
      <w:r w:rsidRPr="0043468A">
        <w:rPr>
          <w:rFonts w:cstheme="majorHAnsi"/>
          <w:sz w:val="18"/>
          <w:szCs w:val="18"/>
        </w:rPr>
        <w:t>.</w:t>
      </w:r>
    </w:p>
    <w:p w14:paraId="6EC482E2" w14:textId="77777777" w:rsidR="00624E10" w:rsidRDefault="00624E10" w:rsidP="00624E10">
      <w:pPr>
        <w:pStyle w:val="ListParagraph"/>
        <w:numPr>
          <w:ilvl w:val="1"/>
          <w:numId w:val="13"/>
        </w:numPr>
        <w:ind w:left="1070"/>
        <w:jc w:val="both"/>
        <w:rPr>
          <w:rFonts w:cstheme="majorHAnsi"/>
          <w:sz w:val="18"/>
          <w:szCs w:val="18"/>
        </w:rPr>
      </w:pPr>
      <w:proofErr w:type="spellStart"/>
      <w:r w:rsidRPr="0043468A">
        <w:rPr>
          <w:rFonts w:ascii="Sylfaen" w:hAnsi="Sylfaen" w:cs="Sylfaen"/>
          <w:sz w:val="18"/>
          <w:szCs w:val="18"/>
        </w:rPr>
        <w:t>მხარეები</w:t>
      </w:r>
      <w:proofErr w:type="spellEnd"/>
      <w:r w:rsidRPr="0043468A">
        <w:rPr>
          <w:rFonts w:cstheme="majorHAnsi"/>
          <w:sz w:val="18"/>
          <w:szCs w:val="18"/>
        </w:rPr>
        <w:t xml:space="preserve"> </w:t>
      </w:r>
      <w:proofErr w:type="spellStart"/>
      <w:r w:rsidRPr="0043468A">
        <w:rPr>
          <w:rFonts w:ascii="Sylfaen" w:hAnsi="Sylfaen" w:cs="Sylfaen"/>
          <w:sz w:val="18"/>
          <w:szCs w:val="18"/>
        </w:rPr>
        <w:t>ადასტურებენ</w:t>
      </w:r>
      <w:proofErr w:type="spellEnd"/>
      <w:r w:rsidRPr="0043468A">
        <w:rPr>
          <w:rFonts w:cstheme="majorHAnsi"/>
          <w:sz w:val="18"/>
          <w:szCs w:val="18"/>
        </w:rPr>
        <w:t xml:space="preserve">, </w:t>
      </w:r>
      <w:proofErr w:type="spellStart"/>
      <w:r w:rsidRPr="0043468A">
        <w:rPr>
          <w:rFonts w:ascii="Sylfaen" w:hAnsi="Sylfaen" w:cs="Sylfaen"/>
          <w:sz w:val="18"/>
          <w:szCs w:val="18"/>
        </w:rPr>
        <w:t>რომ</w:t>
      </w:r>
      <w:proofErr w:type="spellEnd"/>
      <w:r w:rsidRPr="0043468A">
        <w:rPr>
          <w:rFonts w:cstheme="majorHAnsi"/>
          <w:sz w:val="18"/>
          <w:szCs w:val="18"/>
        </w:rPr>
        <w:t xml:space="preserve"> </w:t>
      </w:r>
      <w:proofErr w:type="spellStart"/>
      <w:r w:rsidRPr="0043468A">
        <w:rPr>
          <w:rFonts w:ascii="Sylfaen" w:hAnsi="Sylfaen" w:cs="Sylfaen"/>
          <w:sz w:val="18"/>
          <w:szCs w:val="18"/>
        </w:rPr>
        <w:t>ხელშეკრულებით</w:t>
      </w:r>
      <w:proofErr w:type="spellEnd"/>
      <w:r w:rsidRPr="0043468A">
        <w:rPr>
          <w:rFonts w:cstheme="majorHAnsi"/>
          <w:sz w:val="18"/>
          <w:szCs w:val="18"/>
        </w:rPr>
        <w:t xml:space="preserve"> </w:t>
      </w:r>
      <w:proofErr w:type="spellStart"/>
      <w:r w:rsidRPr="0043468A">
        <w:rPr>
          <w:rFonts w:ascii="Sylfaen" w:hAnsi="Sylfaen" w:cs="Sylfaen"/>
          <w:sz w:val="18"/>
          <w:szCs w:val="18"/>
        </w:rPr>
        <w:t>გათვალისწინებული</w:t>
      </w:r>
      <w:proofErr w:type="spellEnd"/>
      <w:r w:rsidRPr="0043468A">
        <w:rPr>
          <w:rFonts w:cstheme="majorHAnsi"/>
          <w:sz w:val="18"/>
          <w:szCs w:val="18"/>
        </w:rPr>
        <w:t xml:space="preserve"> </w:t>
      </w:r>
      <w:proofErr w:type="spellStart"/>
      <w:r w:rsidRPr="0043468A">
        <w:rPr>
          <w:rFonts w:ascii="Sylfaen" w:hAnsi="Sylfaen" w:cs="Sylfaen"/>
          <w:sz w:val="18"/>
          <w:szCs w:val="18"/>
        </w:rPr>
        <w:t>შემთხვევის</w:t>
      </w:r>
      <w:proofErr w:type="spellEnd"/>
      <w:r w:rsidRPr="0043468A">
        <w:rPr>
          <w:rFonts w:cstheme="majorHAnsi"/>
          <w:sz w:val="18"/>
          <w:szCs w:val="18"/>
        </w:rPr>
        <w:t xml:space="preserve"> </w:t>
      </w:r>
      <w:proofErr w:type="spellStart"/>
      <w:r w:rsidRPr="0043468A">
        <w:rPr>
          <w:rFonts w:ascii="Sylfaen" w:hAnsi="Sylfaen" w:cs="Sylfaen"/>
          <w:sz w:val="18"/>
          <w:szCs w:val="18"/>
        </w:rPr>
        <w:t>დროს</w:t>
      </w:r>
      <w:proofErr w:type="spellEnd"/>
      <w:r w:rsidRPr="0043468A">
        <w:rPr>
          <w:rFonts w:cstheme="majorHAnsi"/>
          <w:sz w:val="18"/>
          <w:szCs w:val="18"/>
        </w:rPr>
        <w:t xml:space="preserve">, </w:t>
      </w:r>
      <w:proofErr w:type="spellStart"/>
      <w:r w:rsidRPr="0043468A">
        <w:rPr>
          <w:rFonts w:ascii="Sylfaen" w:hAnsi="Sylfaen" w:cs="Sylfaen"/>
          <w:sz w:val="18"/>
          <w:szCs w:val="18"/>
        </w:rPr>
        <w:t>როდესაც</w:t>
      </w:r>
      <w:proofErr w:type="spellEnd"/>
      <w:r w:rsidRPr="0043468A">
        <w:rPr>
          <w:rFonts w:cstheme="majorHAnsi"/>
          <w:sz w:val="18"/>
          <w:szCs w:val="18"/>
        </w:rPr>
        <w:t xml:space="preserve"> </w:t>
      </w:r>
      <w:proofErr w:type="spellStart"/>
      <w:r w:rsidRPr="0043468A">
        <w:rPr>
          <w:rFonts w:ascii="Sylfaen" w:hAnsi="Sylfaen" w:cs="Sylfaen"/>
          <w:sz w:val="18"/>
          <w:szCs w:val="18"/>
        </w:rPr>
        <w:t>მხარეები</w:t>
      </w:r>
      <w:proofErr w:type="spellEnd"/>
      <w:r w:rsidRPr="0043468A">
        <w:rPr>
          <w:rFonts w:cstheme="majorHAnsi"/>
          <w:sz w:val="18"/>
          <w:szCs w:val="18"/>
        </w:rPr>
        <w:t xml:space="preserve"> </w:t>
      </w:r>
      <w:proofErr w:type="spellStart"/>
      <w:r w:rsidRPr="0043468A">
        <w:rPr>
          <w:rFonts w:ascii="Sylfaen" w:hAnsi="Sylfaen" w:cs="Sylfaen"/>
          <w:sz w:val="18"/>
          <w:szCs w:val="18"/>
        </w:rPr>
        <w:t>ექსპერტიზისათვის</w:t>
      </w:r>
      <w:proofErr w:type="spellEnd"/>
      <w:r w:rsidRPr="0043468A">
        <w:rPr>
          <w:rFonts w:cstheme="majorHAnsi"/>
          <w:sz w:val="18"/>
          <w:szCs w:val="18"/>
        </w:rPr>
        <w:t xml:space="preserve"> </w:t>
      </w:r>
      <w:proofErr w:type="spellStart"/>
      <w:r w:rsidRPr="0043468A">
        <w:rPr>
          <w:rFonts w:ascii="Sylfaen" w:hAnsi="Sylfaen" w:cs="Sylfaen"/>
          <w:sz w:val="18"/>
          <w:szCs w:val="18"/>
        </w:rPr>
        <w:t>მიმართავენ</w:t>
      </w:r>
      <w:proofErr w:type="spellEnd"/>
      <w:r w:rsidRPr="0043468A">
        <w:rPr>
          <w:rFonts w:cstheme="majorHAnsi"/>
          <w:sz w:val="18"/>
          <w:szCs w:val="18"/>
        </w:rPr>
        <w:t xml:space="preserve"> </w:t>
      </w:r>
      <w:proofErr w:type="spellStart"/>
      <w:r w:rsidRPr="0043468A">
        <w:rPr>
          <w:rFonts w:ascii="Sylfaen" w:hAnsi="Sylfaen" w:cs="Sylfaen"/>
          <w:sz w:val="18"/>
          <w:szCs w:val="18"/>
        </w:rPr>
        <w:t>სსიპ</w:t>
      </w:r>
      <w:proofErr w:type="spellEnd"/>
      <w:r w:rsidRPr="0043468A">
        <w:rPr>
          <w:rFonts w:cstheme="majorHAnsi"/>
          <w:sz w:val="18"/>
          <w:szCs w:val="18"/>
        </w:rPr>
        <w:t xml:space="preserve"> „</w:t>
      </w:r>
      <w:proofErr w:type="spellStart"/>
      <w:r w:rsidRPr="0043468A">
        <w:rPr>
          <w:rFonts w:ascii="Sylfaen" w:hAnsi="Sylfaen" w:cs="Sylfaen"/>
          <w:sz w:val="18"/>
          <w:szCs w:val="18"/>
        </w:rPr>
        <w:t>ლევან</w:t>
      </w:r>
      <w:proofErr w:type="spellEnd"/>
      <w:r w:rsidRPr="0043468A">
        <w:rPr>
          <w:rFonts w:cstheme="majorHAnsi"/>
          <w:sz w:val="18"/>
          <w:szCs w:val="18"/>
        </w:rPr>
        <w:t xml:space="preserve"> </w:t>
      </w:r>
      <w:proofErr w:type="spellStart"/>
      <w:r w:rsidRPr="0043468A">
        <w:rPr>
          <w:rFonts w:ascii="Sylfaen" w:hAnsi="Sylfaen" w:cs="Sylfaen"/>
          <w:sz w:val="18"/>
          <w:szCs w:val="18"/>
        </w:rPr>
        <w:t>სამხარაულის</w:t>
      </w:r>
      <w:proofErr w:type="spellEnd"/>
      <w:r w:rsidRPr="0043468A">
        <w:rPr>
          <w:rFonts w:cstheme="majorHAnsi"/>
          <w:sz w:val="18"/>
          <w:szCs w:val="18"/>
        </w:rPr>
        <w:t xml:space="preserve"> </w:t>
      </w:r>
      <w:proofErr w:type="spellStart"/>
      <w:r w:rsidRPr="0043468A">
        <w:rPr>
          <w:rFonts w:ascii="Sylfaen" w:hAnsi="Sylfaen" w:cs="Sylfaen"/>
          <w:sz w:val="18"/>
          <w:szCs w:val="18"/>
        </w:rPr>
        <w:t>სახელობის</w:t>
      </w:r>
      <w:proofErr w:type="spellEnd"/>
      <w:r w:rsidRPr="0043468A">
        <w:rPr>
          <w:rFonts w:cstheme="majorHAnsi"/>
          <w:sz w:val="18"/>
          <w:szCs w:val="18"/>
        </w:rPr>
        <w:t xml:space="preserve"> </w:t>
      </w:r>
      <w:proofErr w:type="spellStart"/>
      <w:r w:rsidRPr="0043468A">
        <w:rPr>
          <w:rFonts w:ascii="Sylfaen" w:hAnsi="Sylfaen" w:cs="Sylfaen"/>
          <w:sz w:val="18"/>
          <w:szCs w:val="18"/>
        </w:rPr>
        <w:t>სასამართლო</w:t>
      </w:r>
      <w:proofErr w:type="spellEnd"/>
      <w:r w:rsidRPr="0043468A">
        <w:rPr>
          <w:rFonts w:cstheme="majorHAnsi"/>
          <w:sz w:val="18"/>
          <w:szCs w:val="18"/>
        </w:rPr>
        <w:t xml:space="preserve"> </w:t>
      </w:r>
      <w:proofErr w:type="spellStart"/>
      <w:r w:rsidRPr="0043468A">
        <w:rPr>
          <w:rFonts w:ascii="Sylfaen" w:hAnsi="Sylfaen" w:cs="Sylfaen"/>
          <w:sz w:val="18"/>
          <w:szCs w:val="18"/>
        </w:rPr>
        <w:t>ექსპერტიზის</w:t>
      </w:r>
      <w:proofErr w:type="spellEnd"/>
      <w:r w:rsidRPr="0043468A">
        <w:rPr>
          <w:rFonts w:cstheme="majorHAnsi"/>
          <w:sz w:val="18"/>
          <w:szCs w:val="18"/>
        </w:rPr>
        <w:t xml:space="preserve"> </w:t>
      </w:r>
      <w:proofErr w:type="spellStart"/>
      <w:r w:rsidRPr="0043468A">
        <w:rPr>
          <w:rFonts w:ascii="Sylfaen" w:hAnsi="Sylfaen" w:cs="Sylfaen"/>
          <w:sz w:val="18"/>
          <w:szCs w:val="18"/>
        </w:rPr>
        <w:t>ეროვნული</w:t>
      </w:r>
      <w:proofErr w:type="spellEnd"/>
      <w:r w:rsidRPr="0043468A">
        <w:rPr>
          <w:rFonts w:cstheme="majorHAnsi"/>
          <w:sz w:val="18"/>
          <w:szCs w:val="18"/>
        </w:rPr>
        <w:t xml:space="preserve"> </w:t>
      </w:r>
      <w:proofErr w:type="spellStart"/>
      <w:proofErr w:type="gramStart"/>
      <w:r w:rsidRPr="0043468A">
        <w:rPr>
          <w:rFonts w:ascii="Sylfaen" w:hAnsi="Sylfaen" w:cs="Sylfaen"/>
          <w:sz w:val="18"/>
          <w:szCs w:val="18"/>
        </w:rPr>
        <w:t>ბიუროს</w:t>
      </w:r>
      <w:proofErr w:type="spellEnd"/>
      <w:r w:rsidRPr="0043468A">
        <w:rPr>
          <w:rFonts w:cstheme="majorHAnsi"/>
          <w:sz w:val="18"/>
          <w:szCs w:val="18"/>
        </w:rPr>
        <w:t>“</w:t>
      </w:r>
      <w:r>
        <w:rPr>
          <w:rFonts w:ascii="Sylfaen" w:hAnsi="Sylfaen" w:cstheme="majorHAnsi"/>
          <w:sz w:val="18"/>
          <w:szCs w:val="18"/>
          <w:lang w:val="ka-GE"/>
        </w:rPr>
        <w:t xml:space="preserve"> </w:t>
      </w:r>
      <w:proofErr w:type="spellStart"/>
      <w:r w:rsidRPr="0043468A">
        <w:rPr>
          <w:rFonts w:ascii="Sylfaen" w:hAnsi="Sylfaen" w:cs="Sylfaen"/>
          <w:sz w:val="18"/>
          <w:szCs w:val="18"/>
        </w:rPr>
        <w:t>ან</w:t>
      </w:r>
      <w:proofErr w:type="spellEnd"/>
      <w:proofErr w:type="gramEnd"/>
      <w:r w:rsidRPr="0043468A">
        <w:rPr>
          <w:rFonts w:cstheme="majorHAnsi"/>
          <w:sz w:val="18"/>
          <w:szCs w:val="18"/>
        </w:rPr>
        <w:t xml:space="preserve"> </w:t>
      </w:r>
      <w:proofErr w:type="spellStart"/>
      <w:r w:rsidRPr="0043468A">
        <w:rPr>
          <w:rFonts w:ascii="Sylfaen" w:hAnsi="Sylfaen" w:cs="Sylfaen"/>
          <w:sz w:val="18"/>
          <w:szCs w:val="18"/>
        </w:rPr>
        <w:t>აკრედიტირებული</w:t>
      </w:r>
      <w:proofErr w:type="spellEnd"/>
      <w:r w:rsidRPr="0043468A">
        <w:rPr>
          <w:rFonts w:cstheme="majorHAnsi"/>
          <w:sz w:val="18"/>
          <w:szCs w:val="18"/>
        </w:rPr>
        <w:t xml:space="preserve"> </w:t>
      </w:r>
      <w:proofErr w:type="spellStart"/>
      <w:r w:rsidRPr="0043468A">
        <w:rPr>
          <w:rFonts w:ascii="Sylfaen" w:hAnsi="Sylfaen" w:cs="Sylfaen"/>
          <w:sz w:val="18"/>
          <w:szCs w:val="18"/>
        </w:rPr>
        <w:t>საექსპერტო</w:t>
      </w:r>
      <w:proofErr w:type="spellEnd"/>
      <w:r w:rsidRPr="0043468A">
        <w:rPr>
          <w:rFonts w:cstheme="majorHAnsi"/>
          <w:sz w:val="18"/>
          <w:szCs w:val="18"/>
        </w:rPr>
        <w:t xml:space="preserve"> </w:t>
      </w:r>
      <w:proofErr w:type="spellStart"/>
      <w:r w:rsidRPr="0043468A">
        <w:rPr>
          <w:rFonts w:ascii="Sylfaen" w:hAnsi="Sylfaen" w:cs="Sylfaen"/>
          <w:sz w:val="18"/>
          <w:szCs w:val="18"/>
        </w:rPr>
        <w:t>დაწესებულებას</w:t>
      </w:r>
      <w:proofErr w:type="spellEnd"/>
      <w:r w:rsidRPr="0043468A">
        <w:rPr>
          <w:rFonts w:cstheme="majorHAnsi"/>
          <w:sz w:val="18"/>
          <w:szCs w:val="18"/>
        </w:rPr>
        <w:t xml:space="preserve">, </w:t>
      </w:r>
      <w:proofErr w:type="spellStart"/>
      <w:r w:rsidRPr="0043468A">
        <w:rPr>
          <w:rFonts w:ascii="Sylfaen" w:hAnsi="Sylfaen" w:cs="Sylfaen"/>
          <w:sz w:val="18"/>
          <w:szCs w:val="18"/>
        </w:rPr>
        <w:t>ან</w:t>
      </w:r>
      <w:proofErr w:type="spellEnd"/>
      <w:r w:rsidRPr="0043468A">
        <w:rPr>
          <w:rFonts w:cstheme="majorHAnsi"/>
          <w:sz w:val="18"/>
          <w:szCs w:val="18"/>
        </w:rPr>
        <w:t xml:space="preserve"> </w:t>
      </w:r>
      <w:proofErr w:type="spellStart"/>
      <w:r w:rsidRPr="0043468A">
        <w:rPr>
          <w:rFonts w:ascii="Sylfaen" w:hAnsi="Sylfaen" w:cs="Sylfaen"/>
          <w:sz w:val="18"/>
          <w:szCs w:val="18"/>
        </w:rPr>
        <w:t>დამოუკიდებელი</w:t>
      </w:r>
      <w:proofErr w:type="spellEnd"/>
      <w:r w:rsidRPr="0043468A">
        <w:rPr>
          <w:rFonts w:cstheme="majorHAnsi"/>
          <w:sz w:val="18"/>
          <w:szCs w:val="18"/>
        </w:rPr>
        <w:t xml:space="preserve"> </w:t>
      </w:r>
      <w:proofErr w:type="spellStart"/>
      <w:r w:rsidRPr="0043468A">
        <w:rPr>
          <w:rFonts w:ascii="Sylfaen" w:hAnsi="Sylfaen" w:cs="Sylfaen"/>
          <w:sz w:val="18"/>
          <w:szCs w:val="18"/>
        </w:rPr>
        <w:t>ექსპერტს</w:t>
      </w:r>
      <w:proofErr w:type="spellEnd"/>
      <w:r w:rsidRPr="0043468A">
        <w:rPr>
          <w:rFonts w:cstheme="majorHAnsi"/>
          <w:sz w:val="18"/>
          <w:szCs w:val="18"/>
        </w:rPr>
        <w:t xml:space="preserve">,  </w:t>
      </w:r>
      <w:proofErr w:type="spellStart"/>
      <w:r w:rsidRPr="0043468A">
        <w:rPr>
          <w:rFonts w:ascii="Sylfaen" w:hAnsi="Sylfaen" w:cs="Sylfaen"/>
          <w:sz w:val="18"/>
          <w:szCs w:val="18"/>
        </w:rPr>
        <w:t>ექსპერტიზის</w:t>
      </w:r>
      <w:proofErr w:type="spellEnd"/>
      <w:r w:rsidRPr="0043468A">
        <w:rPr>
          <w:rFonts w:cstheme="majorHAnsi"/>
          <w:sz w:val="18"/>
          <w:szCs w:val="18"/>
        </w:rPr>
        <w:t xml:space="preserve"> </w:t>
      </w:r>
      <w:proofErr w:type="spellStart"/>
      <w:r w:rsidRPr="0043468A">
        <w:rPr>
          <w:rFonts w:ascii="Sylfaen" w:hAnsi="Sylfaen" w:cs="Sylfaen"/>
          <w:sz w:val="18"/>
          <w:szCs w:val="18"/>
        </w:rPr>
        <w:t>ხარჯების</w:t>
      </w:r>
      <w:proofErr w:type="spellEnd"/>
      <w:r w:rsidRPr="0043468A">
        <w:rPr>
          <w:rFonts w:cstheme="majorHAnsi"/>
          <w:sz w:val="18"/>
          <w:szCs w:val="18"/>
        </w:rPr>
        <w:t xml:space="preserve"> </w:t>
      </w:r>
      <w:proofErr w:type="spellStart"/>
      <w:r w:rsidRPr="0043468A">
        <w:rPr>
          <w:rFonts w:ascii="Sylfaen" w:hAnsi="Sylfaen" w:cs="Sylfaen"/>
          <w:sz w:val="18"/>
          <w:szCs w:val="18"/>
        </w:rPr>
        <w:t>ანაზღაურების</w:t>
      </w:r>
      <w:proofErr w:type="spellEnd"/>
      <w:r w:rsidRPr="0043468A">
        <w:rPr>
          <w:rFonts w:cstheme="majorHAnsi"/>
          <w:sz w:val="18"/>
          <w:szCs w:val="18"/>
        </w:rPr>
        <w:t xml:space="preserve"> </w:t>
      </w:r>
      <w:proofErr w:type="spellStart"/>
      <w:r w:rsidRPr="0043468A">
        <w:rPr>
          <w:rFonts w:ascii="Sylfaen" w:hAnsi="Sylfaen" w:cs="Sylfaen"/>
          <w:sz w:val="18"/>
          <w:szCs w:val="18"/>
        </w:rPr>
        <w:t>ვალდებულება</w:t>
      </w:r>
      <w:proofErr w:type="spellEnd"/>
      <w:r w:rsidRPr="0043468A">
        <w:rPr>
          <w:rFonts w:cstheme="majorHAnsi"/>
          <w:sz w:val="18"/>
          <w:szCs w:val="18"/>
        </w:rPr>
        <w:t xml:space="preserve"> </w:t>
      </w:r>
      <w:proofErr w:type="spellStart"/>
      <w:r w:rsidRPr="0043468A">
        <w:rPr>
          <w:rFonts w:ascii="Sylfaen" w:hAnsi="Sylfaen" w:cs="Sylfaen"/>
          <w:sz w:val="18"/>
          <w:szCs w:val="18"/>
        </w:rPr>
        <w:t>წარმოეშობა</w:t>
      </w:r>
      <w:proofErr w:type="spellEnd"/>
      <w:r w:rsidRPr="0043468A">
        <w:rPr>
          <w:rFonts w:cstheme="majorHAnsi"/>
          <w:sz w:val="18"/>
          <w:szCs w:val="18"/>
        </w:rPr>
        <w:t xml:space="preserve"> </w:t>
      </w:r>
      <w:proofErr w:type="spellStart"/>
      <w:r w:rsidRPr="0043468A">
        <w:rPr>
          <w:rFonts w:ascii="Sylfaen" w:hAnsi="Sylfaen" w:cs="Sylfaen"/>
          <w:sz w:val="18"/>
          <w:szCs w:val="18"/>
        </w:rPr>
        <w:t>იმ</w:t>
      </w:r>
      <w:proofErr w:type="spellEnd"/>
      <w:r w:rsidRPr="0043468A">
        <w:rPr>
          <w:rFonts w:cstheme="majorHAnsi"/>
          <w:sz w:val="18"/>
          <w:szCs w:val="18"/>
        </w:rPr>
        <w:t xml:space="preserve"> </w:t>
      </w:r>
      <w:proofErr w:type="spellStart"/>
      <w:r w:rsidRPr="0043468A">
        <w:rPr>
          <w:rFonts w:ascii="Sylfaen" w:hAnsi="Sylfaen" w:cs="Sylfaen"/>
          <w:sz w:val="18"/>
          <w:szCs w:val="18"/>
        </w:rPr>
        <w:t>მხარეს</w:t>
      </w:r>
      <w:proofErr w:type="spellEnd"/>
      <w:r w:rsidRPr="0043468A">
        <w:rPr>
          <w:rFonts w:cstheme="majorHAnsi"/>
          <w:sz w:val="18"/>
          <w:szCs w:val="18"/>
        </w:rPr>
        <w:t xml:space="preserve">, </w:t>
      </w:r>
      <w:proofErr w:type="spellStart"/>
      <w:r w:rsidRPr="0043468A">
        <w:rPr>
          <w:rFonts w:ascii="Sylfaen" w:hAnsi="Sylfaen" w:cs="Sylfaen"/>
          <w:sz w:val="18"/>
          <w:szCs w:val="18"/>
        </w:rPr>
        <w:t>რომლის</w:t>
      </w:r>
      <w:proofErr w:type="spellEnd"/>
      <w:r w:rsidRPr="0043468A">
        <w:rPr>
          <w:rFonts w:cstheme="majorHAnsi"/>
          <w:sz w:val="18"/>
          <w:szCs w:val="18"/>
        </w:rPr>
        <w:t xml:space="preserve"> </w:t>
      </w:r>
      <w:proofErr w:type="spellStart"/>
      <w:r w:rsidRPr="0043468A">
        <w:rPr>
          <w:rFonts w:ascii="Sylfaen" w:hAnsi="Sylfaen" w:cs="Sylfaen"/>
          <w:sz w:val="18"/>
          <w:szCs w:val="18"/>
        </w:rPr>
        <w:t>პოზიციის</w:t>
      </w:r>
      <w:proofErr w:type="spellEnd"/>
      <w:r w:rsidRPr="0043468A">
        <w:rPr>
          <w:rFonts w:cstheme="majorHAnsi"/>
          <w:sz w:val="18"/>
          <w:szCs w:val="18"/>
        </w:rPr>
        <w:t xml:space="preserve"> </w:t>
      </w:r>
      <w:proofErr w:type="spellStart"/>
      <w:r w:rsidRPr="0043468A">
        <w:rPr>
          <w:rFonts w:ascii="Sylfaen" w:hAnsi="Sylfaen" w:cs="Sylfaen"/>
          <w:sz w:val="18"/>
          <w:szCs w:val="18"/>
        </w:rPr>
        <w:t>საწინააღმდეგო</w:t>
      </w:r>
      <w:proofErr w:type="spellEnd"/>
      <w:r w:rsidRPr="0043468A">
        <w:rPr>
          <w:rFonts w:cstheme="majorHAnsi"/>
          <w:sz w:val="18"/>
          <w:szCs w:val="18"/>
        </w:rPr>
        <w:t xml:space="preserve"> </w:t>
      </w:r>
      <w:proofErr w:type="spellStart"/>
      <w:r w:rsidRPr="0043468A">
        <w:rPr>
          <w:rFonts w:ascii="Sylfaen" w:hAnsi="Sylfaen" w:cs="Sylfaen"/>
          <w:sz w:val="18"/>
          <w:szCs w:val="18"/>
        </w:rPr>
        <w:t>დასკვნასაც</w:t>
      </w:r>
      <w:proofErr w:type="spellEnd"/>
      <w:r w:rsidRPr="0043468A">
        <w:rPr>
          <w:rFonts w:cstheme="majorHAnsi"/>
          <w:sz w:val="18"/>
          <w:szCs w:val="18"/>
        </w:rPr>
        <w:t xml:space="preserve"> </w:t>
      </w:r>
      <w:proofErr w:type="spellStart"/>
      <w:r w:rsidRPr="0043468A">
        <w:rPr>
          <w:rFonts w:ascii="Sylfaen" w:hAnsi="Sylfaen" w:cs="Sylfaen"/>
          <w:sz w:val="18"/>
          <w:szCs w:val="18"/>
        </w:rPr>
        <w:t>გასცემს</w:t>
      </w:r>
      <w:proofErr w:type="spellEnd"/>
      <w:r w:rsidRPr="0043468A">
        <w:rPr>
          <w:rFonts w:cstheme="majorHAnsi"/>
          <w:sz w:val="18"/>
          <w:szCs w:val="18"/>
        </w:rPr>
        <w:t xml:space="preserve"> </w:t>
      </w:r>
      <w:proofErr w:type="spellStart"/>
      <w:r w:rsidRPr="0043468A">
        <w:rPr>
          <w:rFonts w:ascii="Sylfaen" w:hAnsi="Sylfaen" w:cs="Sylfaen"/>
          <w:sz w:val="18"/>
          <w:szCs w:val="18"/>
        </w:rPr>
        <w:t>ექსპერტიზა</w:t>
      </w:r>
      <w:proofErr w:type="spellEnd"/>
      <w:r>
        <w:rPr>
          <w:rFonts w:cstheme="majorHAnsi"/>
          <w:sz w:val="18"/>
          <w:szCs w:val="18"/>
        </w:rPr>
        <w:t>.</w:t>
      </w:r>
    </w:p>
    <w:p w14:paraId="03DE0D71" w14:textId="77777777" w:rsidR="00624E10" w:rsidRDefault="00624E10" w:rsidP="00624E10">
      <w:pPr>
        <w:pStyle w:val="ListParagraph"/>
        <w:numPr>
          <w:ilvl w:val="1"/>
          <w:numId w:val="13"/>
        </w:numPr>
        <w:ind w:left="1070"/>
        <w:jc w:val="both"/>
        <w:rPr>
          <w:rFonts w:cstheme="majorHAnsi"/>
          <w:sz w:val="18"/>
          <w:szCs w:val="18"/>
        </w:rPr>
      </w:pPr>
      <w:proofErr w:type="spellStart"/>
      <w:r w:rsidRPr="0043468A">
        <w:rPr>
          <w:rFonts w:ascii="Sylfaen" w:hAnsi="Sylfaen" w:cs="Sylfaen"/>
          <w:sz w:val="18"/>
          <w:szCs w:val="18"/>
        </w:rPr>
        <w:t>თუ</w:t>
      </w:r>
      <w:proofErr w:type="spellEnd"/>
      <w:r w:rsidRPr="0043468A">
        <w:rPr>
          <w:rFonts w:cstheme="majorHAnsi"/>
          <w:sz w:val="18"/>
          <w:szCs w:val="18"/>
        </w:rPr>
        <w:t xml:space="preserve"> </w:t>
      </w:r>
      <w:proofErr w:type="spellStart"/>
      <w:r w:rsidRPr="0043468A">
        <w:rPr>
          <w:rFonts w:ascii="Sylfaen" w:hAnsi="Sylfaen" w:cs="Sylfaen"/>
          <w:sz w:val="18"/>
          <w:szCs w:val="18"/>
        </w:rPr>
        <w:t>დამკვეთისათვის</w:t>
      </w:r>
      <w:proofErr w:type="spellEnd"/>
      <w:r w:rsidRPr="0043468A">
        <w:rPr>
          <w:rFonts w:cstheme="majorHAnsi"/>
          <w:sz w:val="18"/>
          <w:szCs w:val="18"/>
        </w:rPr>
        <w:t xml:space="preserve"> </w:t>
      </w:r>
      <w:proofErr w:type="spellStart"/>
      <w:r>
        <w:rPr>
          <w:rFonts w:ascii="Sylfaen" w:hAnsi="Sylfaen" w:cs="Sylfaen"/>
          <w:sz w:val="18"/>
          <w:szCs w:val="18"/>
        </w:rPr>
        <w:t>შესრულებული</w:t>
      </w:r>
      <w:proofErr w:type="spellEnd"/>
      <w:r>
        <w:rPr>
          <w:rFonts w:ascii="Sylfaen" w:hAnsi="Sylfaen" w:cs="Sylfaen"/>
          <w:sz w:val="18"/>
          <w:szCs w:val="18"/>
        </w:rPr>
        <w:t xml:space="preserve"> </w:t>
      </w:r>
      <w:proofErr w:type="spellStart"/>
      <w:r>
        <w:rPr>
          <w:rFonts w:ascii="Sylfaen" w:hAnsi="Sylfaen" w:cs="Sylfaen"/>
          <w:sz w:val="18"/>
          <w:szCs w:val="18"/>
        </w:rPr>
        <w:t>სამუშაოების</w:t>
      </w:r>
      <w:proofErr w:type="spellEnd"/>
      <w:r w:rsidRPr="0043468A">
        <w:rPr>
          <w:rFonts w:cstheme="majorHAnsi"/>
          <w:sz w:val="18"/>
          <w:szCs w:val="18"/>
        </w:rPr>
        <w:t xml:space="preserve"> </w:t>
      </w:r>
      <w:proofErr w:type="spellStart"/>
      <w:r w:rsidRPr="0043468A">
        <w:rPr>
          <w:rFonts w:ascii="Sylfaen" w:hAnsi="Sylfaen" w:cs="Sylfaen"/>
          <w:sz w:val="18"/>
          <w:szCs w:val="18"/>
        </w:rPr>
        <w:t>ნაკლი</w:t>
      </w:r>
      <w:proofErr w:type="spellEnd"/>
      <w:r w:rsidRPr="0043468A">
        <w:rPr>
          <w:rFonts w:cstheme="majorHAnsi"/>
          <w:sz w:val="18"/>
          <w:szCs w:val="18"/>
        </w:rPr>
        <w:t xml:space="preserve"> </w:t>
      </w:r>
      <w:proofErr w:type="spellStart"/>
      <w:r w:rsidRPr="0043468A">
        <w:rPr>
          <w:rFonts w:ascii="Sylfaen" w:hAnsi="Sylfaen" w:cs="Sylfaen"/>
          <w:sz w:val="18"/>
          <w:szCs w:val="18"/>
        </w:rPr>
        <w:t>ცნობილია</w:t>
      </w:r>
      <w:proofErr w:type="spellEnd"/>
      <w:r w:rsidRPr="0043468A">
        <w:rPr>
          <w:rFonts w:cstheme="majorHAnsi"/>
          <w:sz w:val="18"/>
          <w:szCs w:val="18"/>
        </w:rPr>
        <w:t xml:space="preserve"> </w:t>
      </w:r>
      <w:proofErr w:type="spellStart"/>
      <w:r w:rsidRPr="0043468A">
        <w:rPr>
          <w:rFonts w:ascii="Sylfaen" w:hAnsi="Sylfaen" w:cs="Sylfaen"/>
          <w:sz w:val="18"/>
          <w:szCs w:val="18"/>
        </w:rPr>
        <w:t>და</w:t>
      </w:r>
      <w:proofErr w:type="spellEnd"/>
      <w:r w:rsidRPr="0043468A">
        <w:rPr>
          <w:rFonts w:cstheme="majorHAnsi"/>
          <w:sz w:val="18"/>
          <w:szCs w:val="18"/>
        </w:rPr>
        <w:t xml:space="preserve"> </w:t>
      </w:r>
      <w:proofErr w:type="spellStart"/>
      <w:r w:rsidRPr="0043468A">
        <w:rPr>
          <w:rFonts w:ascii="Sylfaen" w:hAnsi="Sylfaen" w:cs="Sylfaen"/>
          <w:sz w:val="18"/>
          <w:szCs w:val="18"/>
        </w:rPr>
        <w:t>იგი</w:t>
      </w:r>
      <w:proofErr w:type="spellEnd"/>
      <w:r w:rsidRPr="0043468A">
        <w:rPr>
          <w:rFonts w:cstheme="majorHAnsi"/>
          <w:sz w:val="18"/>
          <w:szCs w:val="18"/>
        </w:rPr>
        <w:t xml:space="preserve"> </w:t>
      </w:r>
      <w:proofErr w:type="spellStart"/>
      <w:r w:rsidRPr="0043468A">
        <w:rPr>
          <w:rFonts w:ascii="Sylfaen" w:hAnsi="Sylfaen" w:cs="Sylfaen"/>
          <w:sz w:val="18"/>
          <w:szCs w:val="18"/>
        </w:rPr>
        <w:t>მაინც</w:t>
      </w:r>
      <w:proofErr w:type="spellEnd"/>
      <w:r w:rsidRPr="0043468A">
        <w:rPr>
          <w:rFonts w:cstheme="majorHAnsi"/>
          <w:sz w:val="18"/>
          <w:szCs w:val="18"/>
        </w:rPr>
        <w:t xml:space="preserve"> </w:t>
      </w:r>
      <w:proofErr w:type="spellStart"/>
      <w:r w:rsidRPr="0043468A">
        <w:rPr>
          <w:rFonts w:ascii="Sylfaen" w:hAnsi="Sylfaen" w:cs="Sylfaen"/>
          <w:sz w:val="18"/>
          <w:szCs w:val="18"/>
        </w:rPr>
        <w:t>მიიღებს</w:t>
      </w:r>
      <w:proofErr w:type="spellEnd"/>
      <w:r w:rsidRPr="0043468A">
        <w:rPr>
          <w:rFonts w:cstheme="majorHAnsi"/>
          <w:sz w:val="18"/>
          <w:szCs w:val="18"/>
        </w:rPr>
        <w:t xml:space="preserve"> </w:t>
      </w:r>
      <w:proofErr w:type="spellStart"/>
      <w:r w:rsidRPr="0043468A">
        <w:rPr>
          <w:rFonts w:ascii="Sylfaen" w:hAnsi="Sylfaen" w:cs="Sylfaen"/>
          <w:sz w:val="18"/>
          <w:szCs w:val="18"/>
        </w:rPr>
        <w:t>მას</w:t>
      </w:r>
      <w:proofErr w:type="spellEnd"/>
      <w:r w:rsidRPr="0043468A">
        <w:rPr>
          <w:rFonts w:cstheme="majorHAnsi"/>
          <w:sz w:val="18"/>
          <w:szCs w:val="18"/>
        </w:rPr>
        <w:t xml:space="preserve"> </w:t>
      </w:r>
      <w:proofErr w:type="spellStart"/>
      <w:r w:rsidRPr="0043468A">
        <w:rPr>
          <w:rFonts w:ascii="Sylfaen" w:hAnsi="Sylfaen" w:cs="Sylfaen"/>
          <w:sz w:val="18"/>
          <w:szCs w:val="18"/>
        </w:rPr>
        <w:t>პრეტენზიის</w:t>
      </w:r>
      <w:proofErr w:type="spellEnd"/>
      <w:r w:rsidRPr="0043468A">
        <w:rPr>
          <w:rFonts w:cstheme="majorHAnsi"/>
          <w:sz w:val="18"/>
          <w:szCs w:val="18"/>
        </w:rPr>
        <w:t xml:space="preserve"> </w:t>
      </w:r>
      <w:proofErr w:type="spellStart"/>
      <w:r w:rsidRPr="0043468A">
        <w:rPr>
          <w:rFonts w:ascii="Sylfaen" w:hAnsi="Sylfaen" w:cs="Sylfaen"/>
          <w:sz w:val="18"/>
          <w:szCs w:val="18"/>
        </w:rPr>
        <w:t>განუცხადებლად</w:t>
      </w:r>
      <w:proofErr w:type="spellEnd"/>
      <w:r w:rsidRPr="0043468A">
        <w:rPr>
          <w:rFonts w:cstheme="majorHAnsi"/>
          <w:sz w:val="18"/>
          <w:szCs w:val="18"/>
        </w:rPr>
        <w:t xml:space="preserve">, </w:t>
      </w:r>
      <w:proofErr w:type="spellStart"/>
      <w:r w:rsidRPr="0043468A">
        <w:rPr>
          <w:rFonts w:ascii="Sylfaen" w:hAnsi="Sylfaen" w:cs="Sylfaen"/>
          <w:sz w:val="18"/>
          <w:szCs w:val="18"/>
        </w:rPr>
        <w:t>მაშინ</w:t>
      </w:r>
      <w:proofErr w:type="spellEnd"/>
      <w:r w:rsidRPr="0043468A">
        <w:rPr>
          <w:rFonts w:cstheme="majorHAnsi"/>
          <w:sz w:val="18"/>
          <w:szCs w:val="18"/>
        </w:rPr>
        <w:t xml:space="preserve"> </w:t>
      </w:r>
      <w:proofErr w:type="spellStart"/>
      <w:r w:rsidRPr="0043468A">
        <w:rPr>
          <w:rFonts w:ascii="Sylfaen" w:hAnsi="Sylfaen" w:cs="Sylfaen"/>
          <w:sz w:val="18"/>
          <w:szCs w:val="18"/>
        </w:rPr>
        <w:t>დამკვეთს</w:t>
      </w:r>
      <w:proofErr w:type="spellEnd"/>
      <w:r w:rsidRPr="0043468A">
        <w:rPr>
          <w:rFonts w:cstheme="majorHAnsi"/>
          <w:sz w:val="18"/>
          <w:szCs w:val="18"/>
        </w:rPr>
        <w:t xml:space="preserve"> </w:t>
      </w:r>
      <w:proofErr w:type="spellStart"/>
      <w:r w:rsidRPr="0043468A">
        <w:rPr>
          <w:rFonts w:ascii="Sylfaen" w:hAnsi="Sylfaen" w:cs="Sylfaen"/>
          <w:sz w:val="18"/>
          <w:szCs w:val="18"/>
        </w:rPr>
        <w:t>არ</w:t>
      </w:r>
      <w:proofErr w:type="spellEnd"/>
      <w:r w:rsidRPr="0043468A">
        <w:rPr>
          <w:rFonts w:cstheme="majorHAnsi"/>
          <w:sz w:val="18"/>
          <w:szCs w:val="18"/>
        </w:rPr>
        <w:t xml:space="preserve"> </w:t>
      </w:r>
      <w:proofErr w:type="spellStart"/>
      <w:r w:rsidRPr="0043468A">
        <w:rPr>
          <w:rFonts w:ascii="Sylfaen" w:hAnsi="Sylfaen" w:cs="Sylfaen"/>
          <w:sz w:val="18"/>
          <w:szCs w:val="18"/>
        </w:rPr>
        <w:t>წარმოეშობა</w:t>
      </w:r>
      <w:proofErr w:type="spellEnd"/>
      <w:r w:rsidRPr="0043468A">
        <w:rPr>
          <w:rFonts w:cstheme="majorHAnsi"/>
          <w:sz w:val="18"/>
          <w:szCs w:val="18"/>
        </w:rPr>
        <w:t xml:space="preserve"> </w:t>
      </w:r>
      <w:proofErr w:type="spellStart"/>
      <w:r w:rsidRPr="0043468A">
        <w:rPr>
          <w:rFonts w:ascii="Sylfaen" w:hAnsi="Sylfaen" w:cs="Sylfaen"/>
          <w:sz w:val="18"/>
          <w:szCs w:val="18"/>
        </w:rPr>
        <w:t>მოთხოვნის</w:t>
      </w:r>
      <w:proofErr w:type="spellEnd"/>
      <w:r w:rsidRPr="0043468A">
        <w:rPr>
          <w:rFonts w:cstheme="majorHAnsi"/>
          <w:sz w:val="18"/>
          <w:szCs w:val="18"/>
        </w:rPr>
        <w:t xml:space="preserve"> </w:t>
      </w:r>
      <w:proofErr w:type="spellStart"/>
      <w:r w:rsidRPr="0043468A">
        <w:rPr>
          <w:rFonts w:ascii="Sylfaen" w:hAnsi="Sylfaen" w:cs="Sylfaen"/>
          <w:sz w:val="18"/>
          <w:szCs w:val="18"/>
        </w:rPr>
        <w:t>უფლება</w:t>
      </w:r>
      <w:proofErr w:type="spellEnd"/>
      <w:r w:rsidRPr="0043468A">
        <w:rPr>
          <w:rFonts w:cstheme="majorHAnsi"/>
          <w:sz w:val="18"/>
          <w:szCs w:val="18"/>
        </w:rPr>
        <w:t xml:space="preserve"> </w:t>
      </w:r>
      <w:proofErr w:type="spellStart"/>
      <w:r w:rsidRPr="0043468A">
        <w:rPr>
          <w:rFonts w:ascii="Sylfaen" w:hAnsi="Sylfaen" w:cs="Sylfaen"/>
          <w:sz w:val="18"/>
          <w:szCs w:val="18"/>
        </w:rPr>
        <w:t>ამ</w:t>
      </w:r>
      <w:proofErr w:type="spellEnd"/>
      <w:r w:rsidRPr="0043468A">
        <w:rPr>
          <w:rFonts w:cstheme="majorHAnsi"/>
          <w:sz w:val="18"/>
          <w:szCs w:val="18"/>
        </w:rPr>
        <w:t xml:space="preserve"> </w:t>
      </w:r>
      <w:proofErr w:type="spellStart"/>
      <w:r w:rsidRPr="0043468A">
        <w:rPr>
          <w:rFonts w:ascii="Sylfaen" w:hAnsi="Sylfaen" w:cs="Sylfaen"/>
          <w:sz w:val="18"/>
          <w:szCs w:val="18"/>
        </w:rPr>
        <w:t>ნაკლის</w:t>
      </w:r>
      <w:proofErr w:type="spellEnd"/>
      <w:r w:rsidRPr="0043468A">
        <w:rPr>
          <w:rFonts w:cstheme="majorHAnsi"/>
          <w:sz w:val="18"/>
          <w:szCs w:val="18"/>
        </w:rPr>
        <w:t xml:space="preserve"> </w:t>
      </w:r>
      <w:proofErr w:type="spellStart"/>
      <w:r w:rsidRPr="0043468A">
        <w:rPr>
          <w:rFonts w:ascii="Sylfaen" w:hAnsi="Sylfaen" w:cs="Sylfaen"/>
          <w:sz w:val="18"/>
          <w:szCs w:val="18"/>
        </w:rPr>
        <w:t>გამო</w:t>
      </w:r>
      <w:proofErr w:type="spellEnd"/>
      <w:r w:rsidRPr="0043468A">
        <w:rPr>
          <w:rFonts w:cstheme="majorHAnsi"/>
          <w:sz w:val="18"/>
          <w:szCs w:val="18"/>
        </w:rPr>
        <w:t>.</w:t>
      </w:r>
    </w:p>
    <w:p w14:paraId="78B66CE8" w14:textId="16C9DFAE" w:rsidR="00624E10" w:rsidRPr="0043468A" w:rsidRDefault="00624E10" w:rsidP="00624E10">
      <w:pPr>
        <w:pStyle w:val="ListParagraph"/>
        <w:numPr>
          <w:ilvl w:val="1"/>
          <w:numId w:val="13"/>
        </w:numPr>
        <w:ind w:left="1070"/>
        <w:jc w:val="both"/>
        <w:rPr>
          <w:rFonts w:cstheme="majorHAnsi"/>
          <w:sz w:val="18"/>
          <w:szCs w:val="18"/>
        </w:rPr>
      </w:pPr>
      <w:proofErr w:type="spellStart"/>
      <w:r>
        <w:rPr>
          <w:rFonts w:ascii="Sylfaen" w:hAnsi="Sylfaen" w:cs="Sylfaen"/>
          <w:sz w:val="18"/>
          <w:szCs w:val="18"/>
        </w:rPr>
        <w:lastRenderedPageBreak/>
        <w:t>სამუშაოების</w:t>
      </w:r>
      <w:proofErr w:type="spellEnd"/>
      <w:r>
        <w:rPr>
          <w:rFonts w:ascii="Sylfaen" w:hAnsi="Sylfaen" w:cs="Sylfaen"/>
          <w:sz w:val="18"/>
          <w:szCs w:val="18"/>
        </w:rPr>
        <w:t xml:space="preserve"> </w:t>
      </w:r>
      <w:proofErr w:type="spellStart"/>
      <w:r>
        <w:rPr>
          <w:rFonts w:ascii="Sylfaen" w:hAnsi="Sylfaen" w:cs="Sylfaen"/>
          <w:sz w:val="18"/>
          <w:szCs w:val="18"/>
        </w:rPr>
        <w:t>შესრულების</w:t>
      </w:r>
      <w:proofErr w:type="spellEnd"/>
      <w:r w:rsidRPr="0043468A">
        <w:rPr>
          <w:rFonts w:cstheme="majorHAnsi"/>
          <w:sz w:val="18"/>
          <w:szCs w:val="18"/>
        </w:rPr>
        <w:t xml:space="preserve"> </w:t>
      </w:r>
      <w:proofErr w:type="spellStart"/>
      <w:r w:rsidRPr="0043468A">
        <w:rPr>
          <w:rFonts w:ascii="Sylfaen" w:hAnsi="Sylfaen" w:cs="Sylfaen"/>
          <w:sz w:val="18"/>
          <w:szCs w:val="18"/>
        </w:rPr>
        <w:t>დროს</w:t>
      </w:r>
      <w:proofErr w:type="spellEnd"/>
      <w:r w:rsidRPr="0043468A">
        <w:rPr>
          <w:rFonts w:cstheme="majorHAnsi"/>
          <w:sz w:val="18"/>
          <w:szCs w:val="18"/>
        </w:rPr>
        <w:t xml:space="preserve"> </w:t>
      </w:r>
      <w:proofErr w:type="spellStart"/>
      <w:r w:rsidRPr="0043468A">
        <w:rPr>
          <w:rFonts w:ascii="Sylfaen" w:hAnsi="Sylfaen" w:cs="Sylfaen"/>
          <w:sz w:val="18"/>
          <w:szCs w:val="18"/>
        </w:rPr>
        <w:t>მენარდის</w:t>
      </w:r>
      <w:proofErr w:type="spellEnd"/>
      <w:r w:rsidRPr="0043468A">
        <w:rPr>
          <w:rFonts w:cstheme="majorHAnsi"/>
          <w:sz w:val="18"/>
          <w:szCs w:val="18"/>
        </w:rPr>
        <w:t xml:space="preserve"> </w:t>
      </w:r>
      <w:proofErr w:type="spellStart"/>
      <w:r w:rsidRPr="0043468A">
        <w:rPr>
          <w:rFonts w:ascii="Sylfaen" w:hAnsi="Sylfaen" w:cs="Sylfaen"/>
          <w:sz w:val="18"/>
          <w:szCs w:val="18"/>
        </w:rPr>
        <w:t>მხრიდან</w:t>
      </w:r>
      <w:proofErr w:type="spellEnd"/>
      <w:r w:rsidRPr="0043468A">
        <w:rPr>
          <w:rFonts w:cstheme="majorHAnsi"/>
          <w:sz w:val="18"/>
          <w:szCs w:val="18"/>
        </w:rPr>
        <w:t xml:space="preserve"> </w:t>
      </w:r>
      <w:proofErr w:type="spellStart"/>
      <w:r w:rsidRPr="0043468A">
        <w:rPr>
          <w:rFonts w:ascii="Sylfaen" w:hAnsi="Sylfaen" w:cs="Sylfaen"/>
          <w:sz w:val="18"/>
          <w:szCs w:val="18"/>
        </w:rPr>
        <w:t>უნდა</w:t>
      </w:r>
      <w:proofErr w:type="spellEnd"/>
      <w:r w:rsidRPr="0043468A">
        <w:rPr>
          <w:rFonts w:cstheme="majorHAnsi"/>
          <w:sz w:val="18"/>
          <w:szCs w:val="18"/>
        </w:rPr>
        <w:t xml:space="preserve"> </w:t>
      </w:r>
      <w:proofErr w:type="spellStart"/>
      <w:r w:rsidRPr="0043468A">
        <w:rPr>
          <w:rFonts w:ascii="Sylfaen" w:hAnsi="Sylfaen" w:cs="Sylfaen"/>
          <w:sz w:val="18"/>
          <w:szCs w:val="18"/>
        </w:rPr>
        <w:t>იქნეს</w:t>
      </w:r>
      <w:proofErr w:type="spellEnd"/>
      <w:r w:rsidRPr="0043468A">
        <w:rPr>
          <w:rFonts w:cstheme="majorHAnsi"/>
          <w:sz w:val="18"/>
          <w:szCs w:val="18"/>
        </w:rPr>
        <w:t xml:space="preserve"> </w:t>
      </w:r>
      <w:proofErr w:type="spellStart"/>
      <w:r w:rsidRPr="0043468A">
        <w:rPr>
          <w:rFonts w:ascii="Sylfaen" w:hAnsi="Sylfaen" w:cs="Sylfaen"/>
          <w:sz w:val="18"/>
          <w:szCs w:val="18"/>
        </w:rPr>
        <w:t>დაცული</w:t>
      </w:r>
      <w:proofErr w:type="spellEnd"/>
      <w:r w:rsidRPr="0043468A">
        <w:rPr>
          <w:rFonts w:cstheme="majorHAnsi"/>
          <w:sz w:val="18"/>
          <w:szCs w:val="18"/>
        </w:rPr>
        <w:t xml:space="preserve"> СП 70.13330.2012-</w:t>
      </w:r>
      <w:proofErr w:type="gramStart"/>
      <w:r w:rsidRPr="0043468A">
        <w:rPr>
          <w:rFonts w:ascii="Sylfaen" w:hAnsi="Sylfaen" w:cs="Sylfaen"/>
          <w:sz w:val="18"/>
          <w:szCs w:val="18"/>
        </w:rPr>
        <w:t>ში</w:t>
      </w:r>
      <w:r w:rsidRPr="0043468A">
        <w:rPr>
          <w:rFonts w:cstheme="majorHAnsi"/>
          <w:sz w:val="18"/>
          <w:szCs w:val="18"/>
        </w:rPr>
        <w:t xml:space="preserve"> </w:t>
      </w:r>
      <w:r>
        <w:rPr>
          <w:rFonts w:ascii="Sylfaen" w:hAnsi="Sylfaen" w:cstheme="majorHAnsi"/>
          <w:sz w:val="18"/>
          <w:szCs w:val="18"/>
          <w:lang w:val="ka-GE"/>
        </w:rPr>
        <w:t xml:space="preserve"> და</w:t>
      </w:r>
      <w:proofErr w:type="gramEnd"/>
      <w:r>
        <w:rPr>
          <w:rFonts w:ascii="Sylfaen" w:hAnsi="Sylfaen" w:cstheme="majorHAnsi"/>
          <w:sz w:val="18"/>
          <w:szCs w:val="18"/>
          <w:lang w:val="ka-GE"/>
        </w:rPr>
        <w:t xml:space="preserve"> </w:t>
      </w:r>
      <w:r w:rsidRPr="00624E10">
        <w:rPr>
          <w:sz w:val="18"/>
          <w:szCs w:val="18"/>
        </w:rPr>
        <w:t>СП 45.13330</w:t>
      </w:r>
      <w:r>
        <w:rPr>
          <w:rFonts w:ascii="Sylfaen" w:hAnsi="Sylfaen"/>
          <w:sz w:val="18"/>
          <w:szCs w:val="18"/>
          <w:lang w:val="ka-GE"/>
        </w:rPr>
        <w:t xml:space="preserve">-ში </w:t>
      </w:r>
      <w:proofErr w:type="spellStart"/>
      <w:r w:rsidRPr="0043468A">
        <w:rPr>
          <w:rFonts w:ascii="Sylfaen" w:hAnsi="Sylfaen" w:cs="Sylfaen"/>
          <w:sz w:val="18"/>
          <w:szCs w:val="18"/>
        </w:rPr>
        <w:t>არსებული</w:t>
      </w:r>
      <w:proofErr w:type="spellEnd"/>
      <w:r w:rsidRPr="0043468A">
        <w:rPr>
          <w:rFonts w:cstheme="majorHAnsi"/>
          <w:sz w:val="18"/>
          <w:szCs w:val="18"/>
        </w:rPr>
        <w:t xml:space="preserve"> </w:t>
      </w:r>
      <w:proofErr w:type="spellStart"/>
      <w:r w:rsidRPr="0043468A">
        <w:rPr>
          <w:rFonts w:ascii="Sylfaen" w:hAnsi="Sylfaen" w:cs="Sylfaen"/>
          <w:sz w:val="18"/>
          <w:szCs w:val="18"/>
        </w:rPr>
        <w:t>მოთხოვნები</w:t>
      </w:r>
      <w:proofErr w:type="spellEnd"/>
      <w:r>
        <w:rPr>
          <w:rFonts w:ascii="Sylfaen" w:hAnsi="Sylfaen" w:cs="Sylfaen"/>
          <w:sz w:val="18"/>
          <w:szCs w:val="18"/>
          <w:lang w:val="ka-GE"/>
        </w:rPr>
        <w:t>.</w:t>
      </w:r>
    </w:p>
    <w:p w14:paraId="097CFDB7" w14:textId="6812973C" w:rsidR="00624E10" w:rsidRPr="0043468A" w:rsidRDefault="00624E10" w:rsidP="00624E10">
      <w:pPr>
        <w:pStyle w:val="ListParagraph"/>
        <w:numPr>
          <w:ilvl w:val="1"/>
          <w:numId w:val="13"/>
        </w:numPr>
        <w:ind w:left="1070"/>
        <w:jc w:val="both"/>
        <w:rPr>
          <w:rFonts w:cstheme="majorHAnsi"/>
          <w:sz w:val="18"/>
          <w:szCs w:val="18"/>
        </w:rPr>
      </w:pPr>
      <w:r>
        <w:rPr>
          <w:rFonts w:ascii="Sylfaen" w:hAnsi="Sylfaen" w:cstheme="majorHAnsi"/>
          <w:sz w:val="18"/>
          <w:szCs w:val="18"/>
          <w:lang w:val="ka-GE"/>
        </w:rPr>
        <w:t xml:space="preserve">მენარდე </w:t>
      </w:r>
      <w:proofErr w:type="spellStart"/>
      <w:r w:rsidRPr="0043468A">
        <w:rPr>
          <w:rFonts w:ascii="Sylfaen" w:hAnsi="Sylfaen" w:cs="Sylfaen"/>
          <w:sz w:val="18"/>
          <w:szCs w:val="18"/>
        </w:rPr>
        <w:t>ვალდებულია</w:t>
      </w:r>
      <w:proofErr w:type="spellEnd"/>
      <w:r w:rsidRPr="0043468A">
        <w:rPr>
          <w:rFonts w:cstheme="majorHAnsi"/>
          <w:sz w:val="18"/>
          <w:szCs w:val="18"/>
        </w:rPr>
        <w:t xml:space="preserve">, </w:t>
      </w:r>
      <w:proofErr w:type="spellStart"/>
      <w:r w:rsidRPr="0043468A">
        <w:rPr>
          <w:rFonts w:ascii="Sylfaen" w:hAnsi="Sylfaen" w:cs="Sylfaen"/>
          <w:sz w:val="18"/>
          <w:szCs w:val="18"/>
        </w:rPr>
        <w:t>დამკვეთს</w:t>
      </w:r>
      <w:proofErr w:type="spellEnd"/>
      <w:r w:rsidRPr="0043468A">
        <w:rPr>
          <w:rFonts w:cstheme="majorHAnsi"/>
          <w:sz w:val="18"/>
          <w:szCs w:val="18"/>
        </w:rPr>
        <w:t xml:space="preserve"> </w:t>
      </w:r>
      <w:proofErr w:type="spellStart"/>
      <w:r w:rsidRPr="0043468A">
        <w:rPr>
          <w:rFonts w:ascii="Sylfaen" w:hAnsi="Sylfaen" w:cs="Sylfaen"/>
          <w:sz w:val="18"/>
          <w:szCs w:val="18"/>
        </w:rPr>
        <w:t>წარუდგინოს</w:t>
      </w:r>
      <w:proofErr w:type="spellEnd"/>
      <w:r w:rsidRPr="0043468A">
        <w:rPr>
          <w:rFonts w:cstheme="majorHAnsi"/>
          <w:sz w:val="18"/>
          <w:szCs w:val="18"/>
        </w:rPr>
        <w:t xml:space="preserve"> </w:t>
      </w:r>
      <w:proofErr w:type="spellStart"/>
      <w:r w:rsidRPr="0043468A">
        <w:rPr>
          <w:rFonts w:ascii="Sylfaen" w:hAnsi="Sylfaen" w:cs="Sylfaen"/>
          <w:sz w:val="18"/>
          <w:szCs w:val="18"/>
        </w:rPr>
        <w:t>მის</w:t>
      </w:r>
      <w:proofErr w:type="spellEnd"/>
      <w:r w:rsidRPr="0043468A">
        <w:rPr>
          <w:rFonts w:cstheme="majorHAnsi"/>
          <w:sz w:val="18"/>
          <w:szCs w:val="18"/>
        </w:rPr>
        <w:t xml:space="preserve"> </w:t>
      </w:r>
      <w:proofErr w:type="spellStart"/>
      <w:r w:rsidRPr="0043468A">
        <w:rPr>
          <w:rFonts w:ascii="Sylfaen" w:hAnsi="Sylfaen" w:cs="Sylfaen"/>
          <w:sz w:val="18"/>
          <w:szCs w:val="18"/>
        </w:rPr>
        <w:t>მიერ</w:t>
      </w:r>
      <w:proofErr w:type="spellEnd"/>
      <w:r w:rsidRPr="0043468A">
        <w:rPr>
          <w:rFonts w:cstheme="majorHAnsi"/>
          <w:sz w:val="18"/>
          <w:szCs w:val="18"/>
        </w:rPr>
        <w:t xml:space="preserve"> </w:t>
      </w:r>
      <w:proofErr w:type="spellStart"/>
      <w:r w:rsidRPr="0043468A">
        <w:rPr>
          <w:rFonts w:ascii="Sylfaen" w:hAnsi="Sylfaen" w:cs="Sylfaen"/>
          <w:sz w:val="18"/>
          <w:szCs w:val="18"/>
        </w:rPr>
        <w:t>დაგეგმილი</w:t>
      </w:r>
      <w:proofErr w:type="spellEnd"/>
      <w:r w:rsidRPr="0043468A">
        <w:rPr>
          <w:rFonts w:cstheme="majorHAnsi"/>
          <w:sz w:val="18"/>
          <w:szCs w:val="18"/>
        </w:rPr>
        <w:t xml:space="preserve"> </w:t>
      </w:r>
      <w:proofErr w:type="spellStart"/>
      <w:r w:rsidRPr="0043468A">
        <w:rPr>
          <w:rFonts w:ascii="Sylfaen" w:hAnsi="Sylfaen" w:cs="Sylfaen"/>
          <w:sz w:val="18"/>
          <w:szCs w:val="18"/>
        </w:rPr>
        <w:t>სამუშაოების</w:t>
      </w:r>
      <w:proofErr w:type="spellEnd"/>
      <w:r w:rsidRPr="0043468A">
        <w:rPr>
          <w:rFonts w:cstheme="majorHAnsi"/>
          <w:sz w:val="18"/>
          <w:szCs w:val="18"/>
        </w:rPr>
        <w:t xml:space="preserve"> </w:t>
      </w:r>
      <w:proofErr w:type="spellStart"/>
      <w:r w:rsidRPr="0043468A">
        <w:rPr>
          <w:rFonts w:ascii="Sylfaen" w:hAnsi="Sylfaen" w:cs="Sylfaen"/>
          <w:sz w:val="18"/>
          <w:szCs w:val="18"/>
        </w:rPr>
        <w:t>წარმოების</w:t>
      </w:r>
      <w:proofErr w:type="spellEnd"/>
      <w:r w:rsidRPr="0043468A">
        <w:rPr>
          <w:rFonts w:cstheme="majorHAnsi"/>
          <w:sz w:val="18"/>
          <w:szCs w:val="18"/>
        </w:rPr>
        <w:t xml:space="preserve"> </w:t>
      </w:r>
      <w:proofErr w:type="spellStart"/>
      <w:r w:rsidRPr="0043468A">
        <w:rPr>
          <w:rFonts w:ascii="Sylfaen" w:hAnsi="Sylfaen" w:cs="Sylfaen"/>
          <w:sz w:val="18"/>
          <w:szCs w:val="18"/>
        </w:rPr>
        <w:t>მეთოდოლოგია</w:t>
      </w:r>
      <w:proofErr w:type="spellEnd"/>
      <w:r w:rsidRPr="0043468A">
        <w:rPr>
          <w:rFonts w:cstheme="majorHAnsi"/>
          <w:sz w:val="18"/>
          <w:szCs w:val="18"/>
        </w:rPr>
        <w:t xml:space="preserve">, </w:t>
      </w:r>
      <w:proofErr w:type="spellStart"/>
      <w:r w:rsidRPr="0043468A">
        <w:rPr>
          <w:rFonts w:ascii="Sylfaen" w:hAnsi="Sylfaen" w:cs="Sylfaen"/>
          <w:sz w:val="18"/>
          <w:szCs w:val="18"/>
        </w:rPr>
        <w:t>მშენებლობის</w:t>
      </w:r>
      <w:proofErr w:type="spellEnd"/>
      <w:r w:rsidRPr="0043468A">
        <w:rPr>
          <w:rFonts w:cstheme="majorHAnsi"/>
          <w:sz w:val="18"/>
          <w:szCs w:val="18"/>
        </w:rPr>
        <w:t xml:space="preserve"> </w:t>
      </w:r>
      <w:proofErr w:type="spellStart"/>
      <w:r w:rsidRPr="0043468A">
        <w:rPr>
          <w:rFonts w:ascii="Sylfaen" w:hAnsi="Sylfaen" w:cs="Sylfaen"/>
          <w:sz w:val="18"/>
          <w:szCs w:val="18"/>
        </w:rPr>
        <w:t>ან</w:t>
      </w:r>
      <w:proofErr w:type="spellEnd"/>
      <w:r w:rsidRPr="0043468A">
        <w:rPr>
          <w:rFonts w:cstheme="majorHAnsi"/>
          <w:sz w:val="18"/>
          <w:szCs w:val="18"/>
        </w:rPr>
        <w:t xml:space="preserve"> </w:t>
      </w:r>
      <w:proofErr w:type="spellStart"/>
      <w:r w:rsidRPr="0043468A">
        <w:rPr>
          <w:rFonts w:ascii="Sylfaen" w:hAnsi="Sylfaen" w:cs="Sylfaen"/>
          <w:sz w:val="18"/>
          <w:szCs w:val="18"/>
        </w:rPr>
        <w:t>კონკრეტული</w:t>
      </w:r>
      <w:proofErr w:type="spellEnd"/>
      <w:r w:rsidRPr="0043468A">
        <w:rPr>
          <w:rFonts w:cstheme="majorHAnsi"/>
          <w:sz w:val="18"/>
          <w:szCs w:val="18"/>
        </w:rPr>
        <w:t xml:space="preserve"> </w:t>
      </w:r>
      <w:proofErr w:type="spellStart"/>
      <w:r w:rsidRPr="0043468A">
        <w:rPr>
          <w:rFonts w:ascii="Sylfaen" w:hAnsi="Sylfaen" w:cs="Sylfaen"/>
          <w:sz w:val="18"/>
          <w:szCs w:val="18"/>
        </w:rPr>
        <w:t>პროცესის</w:t>
      </w:r>
      <w:proofErr w:type="spellEnd"/>
      <w:r w:rsidRPr="0043468A">
        <w:rPr>
          <w:rFonts w:cstheme="majorHAnsi"/>
          <w:sz w:val="18"/>
          <w:szCs w:val="18"/>
        </w:rPr>
        <w:t xml:space="preserve"> </w:t>
      </w:r>
      <w:proofErr w:type="spellStart"/>
      <w:r w:rsidRPr="0043468A">
        <w:rPr>
          <w:rFonts w:ascii="Sylfaen" w:hAnsi="Sylfaen" w:cs="Sylfaen"/>
          <w:sz w:val="18"/>
          <w:szCs w:val="18"/>
        </w:rPr>
        <w:t>წარმოების</w:t>
      </w:r>
      <w:proofErr w:type="spellEnd"/>
      <w:r w:rsidRPr="0043468A">
        <w:rPr>
          <w:rFonts w:cstheme="majorHAnsi"/>
          <w:sz w:val="18"/>
          <w:szCs w:val="18"/>
        </w:rPr>
        <w:t xml:space="preserve"> </w:t>
      </w:r>
      <w:proofErr w:type="spellStart"/>
      <w:r w:rsidRPr="0043468A">
        <w:rPr>
          <w:rFonts w:ascii="Sylfaen" w:hAnsi="Sylfaen" w:cs="Sylfaen"/>
          <w:sz w:val="18"/>
          <w:szCs w:val="18"/>
        </w:rPr>
        <w:t>დაწყებამდე</w:t>
      </w:r>
      <w:proofErr w:type="spellEnd"/>
      <w:r w:rsidRPr="0043468A">
        <w:rPr>
          <w:rFonts w:cstheme="majorHAnsi"/>
          <w:sz w:val="18"/>
          <w:szCs w:val="18"/>
        </w:rPr>
        <w:t xml:space="preserve">, </w:t>
      </w:r>
      <w:proofErr w:type="spellStart"/>
      <w:r w:rsidRPr="0043468A">
        <w:rPr>
          <w:rFonts w:ascii="Sylfaen" w:hAnsi="Sylfaen" w:cs="Sylfaen"/>
          <w:sz w:val="18"/>
          <w:szCs w:val="18"/>
        </w:rPr>
        <w:t>დამკვეთის</w:t>
      </w:r>
      <w:proofErr w:type="spellEnd"/>
      <w:r w:rsidRPr="0043468A">
        <w:rPr>
          <w:rFonts w:cstheme="majorHAnsi"/>
          <w:sz w:val="18"/>
          <w:szCs w:val="18"/>
        </w:rPr>
        <w:t xml:space="preserve"> </w:t>
      </w:r>
      <w:proofErr w:type="spellStart"/>
      <w:r w:rsidRPr="0043468A">
        <w:rPr>
          <w:rFonts w:ascii="Sylfaen" w:hAnsi="Sylfaen" w:cs="Sylfaen"/>
          <w:sz w:val="18"/>
          <w:szCs w:val="18"/>
        </w:rPr>
        <w:t>მოთხოვნის</w:t>
      </w:r>
      <w:proofErr w:type="spellEnd"/>
      <w:r w:rsidRPr="0043468A">
        <w:rPr>
          <w:rFonts w:cstheme="majorHAnsi"/>
          <w:sz w:val="18"/>
          <w:szCs w:val="18"/>
        </w:rPr>
        <w:t xml:space="preserve"> </w:t>
      </w:r>
      <w:proofErr w:type="spellStart"/>
      <w:r w:rsidRPr="0043468A">
        <w:rPr>
          <w:rFonts w:ascii="Sylfaen" w:hAnsi="Sylfaen" w:cs="Sylfaen"/>
          <w:sz w:val="18"/>
          <w:szCs w:val="18"/>
        </w:rPr>
        <w:t>შესაბამისად</w:t>
      </w:r>
      <w:proofErr w:type="spellEnd"/>
      <w:r w:rsidRPr="0043468A">
        <w:rPr>
          <w:rFonts w:cstheme="majorHAnsi"/>
          <w:sz w:val="18"/>
          <w:szCs w:val="18"/>
        </w:rPr>
        <w:t>.</w:t>
      </w:r>
    </w:p>
    <w:p w14:paraId="561B06C5" w14:textId="77777777" w:rsidR="004B6084" w:rsidRPr="00D73BDF" w:rsidRDefault="004B6084" w:rsidP="00185C20">
      <w:pPr>
        <w:jc w:val="both"/>
        <w:rPr>
          <w:rFonts w:cstheme="majorHAnsi"/>
          <w:sz w:val="18"/>
          <w:szCs w:val="18"/>
        </w:rPr>
      </w:pPr>
    </w:p>
    <w:p w14:paraId="65DFA0F6" w14:textId="1F4B3123" w:rsidR="004B6084" w:rsidRPr="0043468A" w:rsidRDefault="00A74260" w:rsidP="00185C20">
      <w:pPr>
        <w:pStyle w:val="ListParagraph"/>
        <w:numPr>
          <w:ilvl w:val="0"/>
          <w:numId w:val="13"/>
        </w:numPr>
        <w:jc w:val="both"/>
        <w:rPr>
          <w:rFonts w:cstheme="majorHAnsi"/>
          <w:b/>
          <w:bCs/>
          <w:u w:val="single"/>
        </w:rPr>
      </w:pPr>
      <w:proofErr w:type="spellStart"/>
      <w:r w:rsidRPr="0043468A">
        <w:rPr>
          <w:rFonts w:ascii="Sylfaen" w:hAnsi="Sylfaen" w:cs="Sylfaen"/>
          <w:b/>
          <w:bCs/>
          <w:u w:val="single"/>
        </w:rPr>
        <w:t>ხელშეკრულების</w:t>
      </w:r>
      <w:proofErr w:type="spellEnd"/>
      <w:r w:rsidRPr="0043468A">
        <w:rPr>
          <w:rFonts w:cstheme="majorHAnsi"/>
          <w:b/>
          <w:bCs/>
          <w:u w:val="single"/>
        </w:rPr>
        <w:t xml:space="preserve"> </w:t>
      </w:r>
      <w:proofErr w:type="spellStart"/>
      <w:r w:rsidRPr="0043468A">
        <w:rPr>
          <w:rFonts w:ascii="Sylfaen" w:hAnsi="Sylfaen" w:cs="Sylfaen"/>
          <w:b/>
          <w:bCs/>
          <w:u w:val="single"/>
        </w:rPr>
        <w:t>შეწყვეტის</w:t>
      </w:r>
      <w:proofErr w:type="spellEnd"/>
      <w:r w:rsidRPr="0043468A">
        <w:rPr>
          <w:rFonts w:cstheme="majorHAnsi"/>
          <w:b/>
          <w:bCs/>
          <w:u w:val="single"/>
        </w:rPr>
        <w:t xml:space="preserve"> </w:t>
      </w:r>
      <w:proofErr w:type="spellStart"/>
      <w:r w:rsidRPr="0043468A">
        <w:rPr>
          <w:rFonts w:ascii="Sylfaen" w:hAnsi="Sylfaen" w:cs="Sylfaen"/>
          <w:b/>
          <w:bCs/>
          <w:u w:val="single"/>
        </w:rPr>
        <w:t>საფუძველი</w:t>
      </w:r>
      <w:proofErr w:type="spellEnd"/>
    </w:p>
    <w:p w14:paraId="4F2EDEB3" w14:textId="69BAFDA9" w:rsidR="004B6084" w:rsidRPr="003478DA" w:rsidRDefault="00A74260" w:rsidP="00185C20">
      <w:pPr>
        <w:pStyle w:val="ListParagraph"/>
        <w:numPr>
          <w:ilvl w:val="1"/>
          <w:numId w:val="13"/>
        </w:numPr>
        <w:jc w:val="both"/>
        <w:rPr>
          <w:rFonts w:cstheme="majorHAnsi"/>
          <w:sz w:val="18"/>
          <w:szCs w:val="18"/>
        </w:rPr>
      </w:pPr>
      <w:proofErr w:type="spellStart"/>
      <w:r w:rsidRPr="003478DA">
        <w:rPr>
          <w:rFonts w:ascii="Sylfaen" w:hAnsi="Sylfaen" w:cs="Sylfaen"/>
          <w:bCs/>
          <w:sz w:val="18"/>
          <w:szCs w:val="18"/>
        </w:rPr>
        <w:t>დამკვეთი</w:t>
      </w:r>
      <w:proofErr w:type="spellEnd"/>
      <w:r w:rsidRPr="003478DA">
        <w:rPr>
          <w:rFonts w:cstheme="majorHAnsi"/>
          <w:sz w:val="18"/>
          <w:szCs w:val="18"/>
        </w:rPr>
        <w:t xml:space="preserve"> </w:t>
      </w:r>
      <w:proofErr w:type="spellStart"/>
      <w:r w:rsidRPr="003478DA">
        <w:rPr>
          <w:rFonts w:ascii="Sylfaen" w:hAnsi="Sylfaen" w:cs="Sylfaen"/>
          <w:sz w:val="18"/>
          <w:szCs w:val="18"/>
        </w:rPr>
        <w:t>უფლებამოსილია</w:t>
      </w:r>
      <w:proofErr w:type="spellEnd"/>
      <w:r w:rsidRPr="003478DA">
        <w:rPr>
          <w:rFonts w:cstheme="majorHAnsi"/>
          <w:sz w:val="18"/>
          <w:szCs w:val="18"/>
        </w:rPr>
        <w:t xml:space="preserve">, </w:t>
      </w:r>
      <w:proofErr w:type="spellStart"/>
      <w:r w:rsidRPr="003478DA">
        <w:rPr>
          <w:rFonts w:ascii="Sylfaen" w:hAnsi="Sylfaen" w:cs="Sylfaen"/>
          <w:sz w:val="18"/>
          <w:szCs w:val="18"/>
        </w:rPr>
        <w:t>ხელშეკრულებით</w:t>
      </w:r>
      <w:proofErr w:type="spellEnd"/>
      <w:r w:rsidRPr="003478DA">
        <w:rPr>
          <w:rFonts w:cstheme="majorHAnsi"/>
          <w:sz w:val="18"/>
          <w:szCs w:val="18"/>
        </w:rPr>
        <w:t xml:space="preserve"> </w:t>
      </w:r>
      <w:proofErr w:type="spellStart"/>
      <w:r w:rsidRPr="003478DA">
        <w:rPr>
          <w:rFonts w:ascii="Sylfaen" w:hAnsi="Sylfaen" w:cs="Sylfaen"/>
          <w:sz w:val="18"/>
          <w:szCs w:val="18"/>
        </w:rPr>
        <w:t>გათვალისწინებული</w:t>
      </w:r>
      <w:proofErr w:type="spellEnd"/>
      <w:r w:rsidRPr="003478DA">
        <w:rPr>
          <w:rFonts w:cstheme="majorHAnsi"/>
          <w:sz w:val="18"/>
          <w:szCs w:val="18"/>
        </w:rPr>
        <w:t xml:space="preserve"> </w:t>
      </w:r>
      <w:proofErr w:type="spellStart"/>
      <w:r w:rsidRPr="003478DA">
        <w:rPr>
          <w:rFonts w:ascii="Sylfaen" w:hAnsi="Sylfaen" w:cs="Sylfaen"/>
          <w:sz w:val="18"/>
          <w:szCs w:val="18"/>
        </w:rPr>
        <w:t>სამუშაოების</w:t>
      </w:r>
      <w:proofErr w:type="spellEnd"/>
      <w:r w:rsidRPr="003478DA">
        <w:rPr>
          <w:rFonts w:cstheme="majorHAnsi"/>
          <w:sz w:val="18"/>
          <w:szCs w:val="18"/>
        </w:rPr>
        <w:t xml:space="preserve"> </w:t>
      </w:r>
      <w:proofErr w:type="spellStart"/>
      <w:r w:rsidRPr="003478DA">
        <w:rPr>
          <w:rFonts w:ascii="Sylfaen" w:hAnsi="Sylfaen" w:cs="Sylfaen"/>
          <w:sz w:val="18"/>
          <w:szCs w:val="18"/>
        </w:rPr>
        <w:t>დამთავრებამდე</w:t>
      </w:r>
      <w:proofErr w:type="spellEnd"/>
      <w:r w:rsidRPr="003478DA">
        <w:rPr>
          <w:rFonts w:cstheme="majorHAnsi"/>
          <w:sz w:val="18"/>
          <w:szCs w:val="18"/>
        </w:rPr>
        <w:t xml:space="preserve"> </w:t>
      </w:r>
      <w:proofErr w:type="spellStart"/>
      <w:r w:rsidRPr="003478DA">
        <w:rPr>
          <w:rFonts w:ascii="Sylfaen" w:hAnsi="Sylfaen" w:cs="Sylfaen"/>
          <w:sz w:val="18"/>
          <w:szCs w:val="18"/>
        </w:rPr>
        <w:t>მენარდისთვის</w:t>
      </w:r>
      <w:proofErr w:type="spellEnd"/>
      <w:r w:rsidRPr="003478DA">
        <w:rPr>
          <w:rFonts w:cstheme="majorHAnsi"/>
          <w:sz w:val="18"/>
          <w:szCs w:val="18"/>
        </w:rPr>
        <w:t xml:space="preserve"> </w:t>
      </w:r>
      <w:proofErr w:type="spellStart"/>
      <w:r w:rsidRPr="003478DA">
        <w:rPr>
          <w:rFonts w:ascii="Sylfaen" w:hAnsi="Sylfaen" w:cs="Sylfaen"/>
          <w:sz w:val="18"/>
          <w:szCs w:val="18"/>
        </w:rPr>
        <w:t>წინასწარ</w:t>
      </w:r>
      <w:proofErr w:type="spellEnd"/>
      <w:r w:rsidRPr="003478DA">
        <w:rPr>
          <w:rFonts w:cstheme="majorHAnsi"/>
          <w:sz w:val="18"/>
          <w:szCs w:val="18"/>
        </w:rPr>
        <w:t xml:space="preserve">, </w:t>
      </w:r>
      <w:proofErr w:type="spellStart"/>
      <w:r w:rsidRPr="003478DA">
        <w:rPr>
          <w:rFonts w:ascii="Sylfaen" w:hAnsi="Sylfaen" w:cs="Sylfaen"/>
          <w:sz w:val="18"/>
          <w:szCs w:val="18"/>
        </w:rPr>
        <w:t>ხელეშკრულების</w:t>
      </w:r>
      <w:proofErr w:type="spellEnd"/>
      <w:r w:rsidRPr="003478DA">
        <w:rPr>
          <w:rFonts w:cstheme="majorHAnsi"/>
          <w:sz w:val="18"/>
          <w:szCs w:val="18"/>
        </w:rPr>
        <w:t xml:space="preserve"> </w:t>
      </w:r>
      <w:proofErr w:type="spellStart"/>
      <w:r w:rsidRPr="003478DA">
        <w:rPr>
          <w:rFonts w:ascii="Sylfaen" w:hAnsi="Sylfaen" w:cs="Sylfaen"/>
          <w:sz w:val="18"/>
          <w:szCs w:val="18"/>
        </w:rPr>
        <w:t>შეწყვეტამდე</w:t>
      </w:r>
      <w:proofErr w:type="spellEnd"/>
      <w:r w:rsidR="003478DA">
        <w:rPr>
          <w:rFonts w:cstheme="majorHAnsi"/>
          <w:sz w:val="18"/>
          <w:szCs w:val="18"/>
        </w:rPr>
        <w:t xml:space="preserve"> 30 </w:t>
      </w:r>
      <w:r w:rsidR="003478DA">
        <w:rPr>
          <w:rFonts w:ascii="Sylfaen" w:hAnsi="Sylfaen" w:cstheme="majorHAnsi"/>
          <w:sz w:val="18"/>
          <w:szCs w:val="18"/>
          <w:lang w:val="ka-GE"/>
        </w:rPr>
        <w:t>(</w:t>
      </w:r>
      <w:proofErr w:type="spellStart"/>
      <w:r w:rsidRPr="003478DA">
        <w:rPr>
          <w:rFonts w:ascii="Sylfaen" w:hAnsi="Sylfaen" w:cs="Sylfaen"/>
          <w:sz w:val="18"/>
          <w:szCs w:val="18"/>
        </w:rPr>
        <w:t>ოცდაათი</w:t>
      </w:r>
      <w:proofErr w:type="spellEnd"/>
      <w:r w:rsidR="003478DA">
        <w:rPr>
          <w:rFonts w:ascii="Sylfaen" w:hAnsi="Sylfaen" w:cstheme="majorHAnsi"/>
          <w:sz w:val="18"/>
          <w:szCs w:val="18"/>
          <w:lang w:val="ka-GE"/>
        </w:rPr>
        <w:t>)</w:t>
      </w:r>
      <w:r w:rsidRPr="003478DA">
        <w:rPr>
          <w:rFonts w:cstheme="majorHAnsi"/>
          <w:sz w:val="18"/>
          <w:szCs w:val="18"/>
        </w:rPr>
        <w:t xml:space="preserve"> </w:t>
      </w:r>
      <w:proofErr w:type="spellStart"/>
      <w:r w:rsidRPr="003478DA">
        <w:rPr>
          <w:rFonts w:ascii="Sylfaen" w:hAnsi="Sylfaen" w:cs="Sylfaen"/>
          <w:sz w:val="18"/>
          <w:szCs w:val="18"/>
        </w:rPr>
        <w:t>კალენდარული</w:t>
      </w:r>
      <w:proofErr w:type="spellEnd"/>
      <w:r w:rsidRPr="003478DA">
        <w:rPr>
          <w:rFonts w:cstheme="majorHAnsi"/>
          <w:sz w:val="18"/>
          <w:szCs w:val="18"/>
        </w:rPr>
        <w:t xml:space="preserve"> </w:t>
      </w:r>
      <w:proofErr w:type="spellStart"/>
      <w:r w:rsidRPr="003478DA">
        <w:rPr>
          <w:rFonts w:ascii="Sylfaen" w:hAnsi="Sylfaen" w:cs="Sylfaen"/>
          <w:sz w:val="18"/>
          <w:szCs w:val="18"/>
        </w:rPr>
        <w:t>დღით</w:t>
      </w:r>
      <w:proofErr w:type="spellEnd"/>
      <w:r w:rsidRPr="003478DA">
        <w:rPr>
          <w:rFonts w:cstheme="majorHAnsi"/>
          <w:sz w:val="18"/>
          <w:szCs w:val="18"/>
        </w:rPr>
        <w:t xml:space="preserve"> </w:t>
      </w:r>
      <w:proofErr w:type="spellStart"/>
      <w:r w:rsidRPr="003478DA">
        <w:rPr>
          <w:rFonts w:ascii="Sylfaen" w:hAnsi="Sylfaen" w:cs="Sylfaen"/>
          <w:sz w:val="18"/>
          <w:szCs w:val="18"/>
        </w:rPr>
        <w:t>ადრე</w:t>
      </w:r>
      <w:proofErr w:type="spellEnd"/>
      <w:r w:rsidRPr="003478DA">
        <w:rPr>
          <w:rFonts w:cstheme="majorHAnsi"/>
          <w:sz w:val="18"/>
          <w:szCs w:val="18"/>
        </w:rPr>
        <w:t xml:space="preserve">, </w:t>
      </w:r>
      <w:proofErr w:type="spellStart"/>
      <w:r w:rsidRPr="003478DA">
        <w:rPr>
          <w:rFonts w:ascii="Sylfaen" w:hAnsi="Sylfaen" w:cs="Sylfaen"/>
          <w:sz w:val="18"/>
          <w:szCs w:val="18"/>
        </w:rPr>
        <w:t>წერილობითი</w:t>
      </w:r>
      <w:proofErr w:type="spellEnd"/>
      <w:r w:rsidRPr="003478DA">
        <w:rPr>
          <w:rFonts w:cstheme="majorHAnsi"/>
          <w:sz w:val="18"/>
          <w:szCs w:val="18"/>
        </w:rPr>
        <w:t xml:space="preserve"> </w:t>
      </w:r>
      <w:proofErr w:type="spellStart"/>
      <w:r w:rsidRPr="003478DA">
        <w:rPr>
          <w:rFonts w:ascii="Sylfaen" w:hAnsi="Sylfaen" w:cs="Sylfaen"/>
          <w:sz w:val="18"/>
          <w:szCs w:val="18"/>
        </w:rPr>
        <w:t>შეტყობინების</w:t>
      </w:r>
      <w:proofErr w:type="spellEnd"/>
      <w:r w:rsidRPr="003478DA">
        <w:rPr>
          <w:rFonts w:cstheme="majorHAnsi"/>
          <w:sz w:val="18"/>
          <w:szCs w:val="18"/>
        </w:rPr>
        <w:t xml:space="preserve"> </w:t>
      </w:r>
      <w:proofErr w:type="spellStart"/>
      <w:r w:rsidRPr="003478DA">
        <w:rPr>
          <w:rFonts w:ascii="Sylfaen" w:hAnsi="Sylfaen" w:cs="Sylfaen"/>
          <w:sz w:val="18"/>
          <w:szCs w:val="18"/>
        </w:rPr>
        <w:t>გაგზავნით</w:t>
      </w:r>
      <w:proofErr w:type="spellEnd"/>
      <w:r w:rsidRPr="003478DA">
        <w:rPr>
          <w:rFonts w:cstheme="majorHAnsi"/>
          <w:sz w:val="18"/>
          <w:szCs w:val="18"/>
        </w:rPr>
        <w:t xml:space="preserve"> </w:t>
      </w:r>
      <w:proofErr w:type="spellStart"/>
      <w:r w:rsidRPr="003478DA">
        <w:rPr>
          <w:rFonts w:ascii="Sylfaen" w:hAnsi="Sylfaen" w:cs="Sylfaen"/>
          <w:sz w:val="18"/>
          <w:szCs w:val="18"/>
        </w:rPr>
        <w:t>შეწყვიტოს</w:t>
      </w:r>
      <w:proofErr w:type="spellEnd"/>
      <w:r w:rsidRPr="003478DA">
        <w:rPr>
          <w:rFonts w:cstheme="majorHAnsi"/>
          <w:sz w:val="18"/>
          <w:szCs w:val="18"/>
        </w:rPr>
        <w:t xml:space="preserve"> </w:t>
      </w:r>
      <w:proofErr w:type="spellStart"/>
      <w:r w:rsidRPr="003478DA">
        <w:rPr>
          <w:rFonts w:ascii="Sylfaen" w:hAnsi="Sylfaen" w:cs="Sylfaen"/>
          <w:sz w:val="18"/>
          <w:szCs w:val="18"/>
        </w:rPr>
        <w:t>ხელშეკრულება</w:t>
      </w:r>
      <w:proofErr w:type="spellEnd"/>
      <w:r w:rsidRPr="003478DA">
        <w:rPr>
          <w:rFonts w:cstheme="majorHAnsi"/>
          <w:sz w:val="18"/>
          <w:szCs w:val="18"/>
        </w:rPr>
        <w:t xml:space="preserve">. </w:t>
      </w:r>
      <w:proofErr w:type="spellStart"/>
      <w:r w:rsidRPr="003478DA">
        <w:rPr>
          <w:rFonts w:ascii="Sylfaen" w:hAnsi="Sylfaen" w:cs="Sylfaen"/>
          <w:sz w:val="18"/>
          <w:szCs w:val="18"/>
        </w:rPr>
        <w:t>ასეთ</w:t>
      </w:r>
      <w:proofErr w:type="spellEnd"/>
      <w:r w:rsidRPr="003478DA">
        <w:rPr>
          <w:rFonts w:cstheme="majorHAnsi"/>
          <w:sz w:val="18"/>
          <w:szCs w:val="18"/>
        </w:rPr>
        <w:t xml:space="preserve"> </w:t>
      </w:r>
      <w:proofErr w:type="spellStart"/>
      <w:r w:rsidRPr="003478DA">
        <w:rPr>
          <w:rFonts w:ascii="Sylfaen" w:hAnsi="Sylfaen" w:cs="Sylfaen"/>
          <w:sz w:val="18"/>
          <w:szCs w:val="18"/>
        </w:rPr>
        <w:t>შემთხვევაში</w:t>
      </w:r>
      <w:proofErr w:type="spellEnd"/>
      <w:r w:rsidRPr="003478DA">
        <w:rPr>
          <w:rFonts w:cstheme="majorHAnsi"/>
          <w:sz w:val="18"/>
          <w:szCs w:val="18"/>
        </w:rPr>
        <w:t xml:space="preserve">, </w:t>
      </w:r>
      <w:proofErr w:type="spellStart"/>
      <w:r w:rsidRPr="003478DA">
        <w:rPr>
          <w:rFonts w:ascii="Sylfaen" w:hAnsi="Sylfaen" w:cs="Sylfaen"/>
          <w:sz w:val="18"/>
          <w:szCs w:val="18"/>
        </w:rPr>
        <w:t>დამკვეთი</w:t>
      </w:r>
      <w:proofErr w:type="spellEnd"/>
      <w:r w:rsidRPr="003478DA">
        <w:rPr>
          <w:rFonts w:cstheme="majorHAnsi"/>
          <w:sz w:val="18"/>
          <w:szCs w:val="18"/>
        </w:rPr>
        <w:t xml:space="preserve"> </w:t>
      </w:r>
      <w:proofErr w:type="spellStart"/>
      <w:r w:rsidRPr="003478DA">
        <w:rPr>
          <w:rFonts w:ascii="Sylfaen" w:hAnsi="Sylfaen" w:cs="Sylfaen"/>
          <w:sz w:val="18"/>
          <w:szCs w:val="18"/>
        </w:rPr>
        <w:t>ვალდებულია</w:t>
      </w:r>
      <w:proofErr w:type="spellEnd"/>
      <w:r w:rsidRPr="003478DA">
        <w:rPr>
          <w:rFonts w:cstheme="majorHAnsi"/>
          <w:sz w:val="18"/>
          <w:szCs w:val="18"/>
        </w:rPr>
        <w:t xml:space="preserve"> </w:t>
      </w:r>
      <w:proofErr w:type="spellStart"/>
      <w:r w:rsidRPr="003478DA">
        <w:rPr>
          <w:rFonts w:ascii="Sylfaen" w:hAnsi="Sylfaen" w:cs="Sylfaen"/>
          <w:sz w:val="18"/>
          <w:szCs w:val="18"/>
        </w:rPr>
        <w:t>აუნაზღაუროს</w:t>
      </w:r>
      <w:proofErr w:type="spellEnd"/>
      <w:r w:rsidRPr="003478DA">
        <w:rPr>
          <w:rFonts w:cstheme="majorHAnsi"/>
          <w:sz w:val="18"/>
          <w:szCs w:val="18"/>
        </w:rPr>
        <w:t xml:space="preserve"> </w:t>
      </w:r>
      <w:r w:rsidR="003478DA">
        <w:rPr>
          <w:rFonts w:ascii="Sylfaen" w:hAnsi="Sylfaen" w:cs="Sylfaen"/>
          <w:sz w:val="18"/>
          <w:szCs w:val="18"/>
          <w:lang w:val="ka-GE"/>
        </w:rPr>
        <w:t>მენარდეს</w:t>
      </w:r>
      <w:r w:rsidRPr="003478DA">
        <w:rPr>
          <w:rFonts w:cstheme="majorHAnsi"/>
          <w:sz w:val="18"/>
          <w:szCs w:val="18"/>
        </w:rPr>
        <w:t xml:space="preserve"> </w:t>
      </w:r>
      <w:proofErr w:type="spellStart"/>
      <w:r w:rsidRPr="003478DA">
        <w:rPr>
          <w:rFonts w:ascii="Sylfaen" w:hAnsi="Sylfaen" w:cs="Sylfaen"/>
          <w:sz w:val="18"/>
          <w:szCs w:val="18"/>
        </w:rPr>
        <w:t>ობიექტზე</w:t>
      </w:r>
      <w:proofErr w:type="spellEnd"/>
      <w:r w:rsidRPr="003478DA">
        <w:rPr>
          <w:rFonts w:cstheme="majorHAnsi"/>
          <w:sz w:val="18"/>
          <w:szCs w:val="18"/>
        </w:rPr>
        <w:t xml:space="preserve"> </w:t>
      </w:r>
      <w:proofErr w:type="spellStart"/>
      <w:r w:rsidRPr="003478DA">
        <w:rPr>
          <w:rFonts w:ascii="Sylfaen" w:hAnsi="Sylfaen" w:cs="Sylfaen"/>
          <w:sz w:val="18"/>
          <w:szCs w:val="18"/>
        </w:rPr>
        <w:t>მენარდის</w:t>
      </w:r>
      <w:proofErr w:type="spellEnd"/>
      <w:r w:rsidRPr="003478DA">
        <w:rPr>
          <w:rFonts w:cstheme="majorHAnsi"/>
          <w:sz w:val="18"/>
          <w:szCs w:val="18"/>
        </w:rPr>
        <w:t xml:space="preserve"> </w:t>
      </w:r>
      <w:proofErr w:type="spellStart"/>
      <w:r w:rsidRPr="003478DA">
        <w:rPr>
          <w:rFonts w:ascii="Sylfaen" w:hAnsi="Sylfaen" w:cs="Sylfaen"/>
          <w:sz w:val="18"/>
          <w:szCs w:val="18"/>
        </w:rPr>
        <w:t>მიერ</w:t>
      </w:r>
      <w:proofErr w:type="spellEnd"/>
      <w:r w:rsidRPr="003478DA">
        <w:rPr>
          <w:rFonts w:cstheme="majorHAnsi"/>
          <w:sz w:val="18"/>
          <w:szCs w:val="18"/>
        </w:rPr>
        <w:t xml:space="preserve"> </w:t>
      </w:r>
      <w:proofErr w:type="spellStart"/>
      <w:r w:rsidRPr="003478DA">
        <w:rPr>
          <w:rFonts w:ascii="Sylfaen" w:hAnsi="Sylfaen" w:cs="Sylfaen"/>
          <w:sz w:val="18"/>
          <w:szCs w:val="18"/>
        </w:rPr>
        <w:t>ფაქტობრივად</w:t>
      </w:r>
      <w:proofErr w:type="spellEnd"/>
      <w:r w:rsidRPr="003478DA">
        <w:rPr>
          <w:rFonts w:cstheme="majorHAnsi"/>
          <w:sz w:val="18"/>
          <w:szCs w:val="18"/>
        </w:rPr>
        <w:t xml:space="preserve"> </w:t>
      </w:r>
      <w:proofErr w:type="spellStart"/>
      <w:r w:rsidRPr="003478DA">
        <w:rPr>
          <w:rFonts w:ascii="Sylfaen" w:hAnsi="Sylfaen" w:cs="Sylfaen"/>
          <w:sz w:val="18"/>
          <w:szCs w:val="18"/>
        </w:rPr>
        <w:t>შესრულებული</w:t>
      </w:r>
      <w:proofErr w:type="spellEnd"/>
      <w:r w:rsidRPr="003478DA">
        <w:rPr>
          <w:rFonts w:cstheme="majorHAnsi"/>
          <w:sz w:val="18"/>
          <w:szCs w:val="18"/>
        </w:rPr>
        <w:t xml:space="preserve"> </w:t>
      </w:r>
      <w:proofErr w:type="spellStart"/>
      <w:r w:rsidRPr="003478DA">
        <w:rPr>
          <w:rFonts w:ascii="Sylfaen" w:hAnsi="Sylfaen" w:cs="Sylfaen"/>
          <w:sz w:val="18"/>
          <w:szCs w:val="18"/>
        </w:rPr>
        <w:t>სამუშაოების</w:t>
      </w:r>
      <w:proofErr w:type="spellEnd"/>
      <w:r w:rsidRPr="003478DA">
        <w:rPr>
          <w:rFonts w:cstheme="majorHAnsi"/>
          <w:sz w:val="18"/>
          <w:szCs w:val="18"/>
        </w:rPr>
        <w:t xml:space="preserve"> </w:t>
      </w:r>
      <w:proofErr w:type="spellStart"/>
      <w:r w:rsidRPr="003478DA">
        <w:rPr>
          <w:rFonts w:ascii="Sylfaen" w:hAnsi="Sylfaen" w:cs="Sylfaen"/>
          <w:sz w:val="18"/>
          <w:szCs w:val="18"/>
        </w:rPr>
        <w:t>მთლიანი</w:t>
      </w:r>
      <w:proofErr w:type="spellEnd"/>
      <w:r w:rsidRPr="003478DA">
        <w:rPr>
          <w:rFonts w:cstheme="majorHAnsi"/>
          <w:sz w:val="18"/>
          <w:szCs w:val="18"/>
        </w:rPr>
        <w:t xml:space="preserve"> </w:t>
      </w:r>
      <w:proofErr w:type="spellStart"/>
      <w:r w:rsidRPr="003478DA">
        <w:rPr>
          <w:rFonts w:ascii="Sylfaen" w:hAnsi="Sylfaen" w:cs="Sylfaen"/>
          <w:sz w:val="18"/>
          <w:szCs w:val="18"/>
        </w:rPr>
        <w:t>ღირებულება</w:t>
      </w:r>
      <w:proofErr w:type="spellEnd"/>
      <w:r w:rsidRPr="003478DA">
        <w:rPr>
          <w:rFonts w:cstheme="majorHAnsi"/>
          <w:sz w:val="18"/>
          <w:szCs w:val="18"/>
        </w:rPr>
        <w:t xml:space="preserve">, </w:t>
      </w:r>
      <w:proofErr w:type="spellStart"/>
      <w:r w:rsidRPr="003478DA">
        <w:rPr>
          <w:rFonts w:ascii="Sylfaen" w:hAnsi="Sylfaen" w:cs="Sylfaen"/>
          <w:sz w:val="18"/>
          <w:szCs w:val="18"/>
        </w:rPr>
        <w:t>მათ</w:t>
      </w:r>
      <w:proofErr w:type="spellEnd"/>
      <w:r w:rsidRPr="003478DA">
        <w:rPr>
          <w:rFonts w:cstheme="majorHAnsi"/>
          <w:sz w:val="18"/>
          <w:szCs w:val="18"/>
        </w:rPr>
        <w:t xml:space="preserve"> </w:t>
      </w:r>
      <w:proofErr w:type="spellStart"/>
      <w:r w:rsidRPr="003478DA">
        <w:rPr>
          <w:rFonts w:ascii="Sylfaen" w:hAnsi="Sylfaen" w:cs="Sylfaen"/>
          <w:sz w:val="18"/>
          <w:szCs w:val="18"/>
        </w:rPr>
        <w:t>შორის</w:t>
      </w:r>
      <w:proofErr w:type="spellEnd"/>
      <w:r w:rsidRPr="003478DA">
        <w:rPr>
          <w:rFonts w:cstheme="majorHAnsi"/>
          <w:sz w:val="18"/>
          <w:szCs w:val="18"/>
        </w:rPr>
        <w:t xml:space="preserve">, </w:t>
      </w:r>
      <w:proofErr w:type="spellStart"/>
      <w:r w:rsidRPr="003478DA">
        <w:rPr>
          <w:rFonts w:ascii="Sylfaen" w:hAnsi="Sylfaen" w:cs="Sylfaen"/>
          <w:sz w:val="18"/>
          <w:szCs w:val="18"/>
        </w:rPr>
        <w:t>ხარჯთაღრიცხვით</w:t>
      </w:r>
      <w:proofErr w:type="spellEnd"/>
      <w:r w:rsidRPr="003478DA">
        <w:rPr>
          <w:rFonts w:cstheme="majorHAnsi"/>
          <w:sz w:val="18"/>
          <w:szCs w:val="18"/>
        </w:rPr>
        <w:t xml:space="preserve"> </w:t>
      </w:r>
      <w:proofErr w:type="spellStart"/>
      <w:r w:rsidRPr="003478DA">
        <w:rPr>
          <w:rFonts w:ascii="Sylfaen" w:hAnsi="Sylfaen" w:cs="Sylfaen"/>
          <w:sz w:val="18"/>
          <w:szCs w:val="18"/>
        </w:rPr>
        <w:t>გათვალისწინებული</w:t>
      </w:r>
      <w:proofErr w:type="spellEnd"/>
      <w:r w:rsidRPr="003478DA">
        <w:rPr>
          <w:rFonts w:cstheme="majorHAnsi"/>
          <w:sz w:val="18"/>
          <w:szCs w:val="18"/>
        </w:rPr>
        <w:t xml:space="preserve"> </w:t>
      </w:r>
      <w:proofErr w:type="spellStart"/>
      <w:r w:rsidRPr="003478DA">
        <w:rPr>
          <w:rFonts w:ascii="Sylfaen" w:hAnsi="Sylfaen" w:cs="Sylfaen"/>
          <w:sz w:val="18"/>
          <w:szCs w:val="18"/>
        </w:rPr>
        <w:t>სამუშაოს</w:t>
      </w:r>
      <w:proofErr w:type="spellEnd"/>
      <w:r w:rsidRPr="003478DA">
        <w:rPr>
          <w:rFonts w:cstheme="majorHAnsi"/>
          <w:sz w:val="18"/>
          <w:szCs w:val="18"/>
        </w:rPr>
        <w:t xml:space="preserve"> </w:t>
      </w:r>
      <w:proofErr w:type="spellStart"/>
      <w:r w:rsidRPr="003478DA">
        <w:rPr>
          <w:rFonts w:ascii="Sylfaen" w:hAnsi="Sylfaen" w:cs="Sylfaen"/>
          <w:sz w:val="18"/>
          <w:szCs w:val="18"/>
        </w:rPr>
        <w:t>შესასრულებლად</w:t>
      </w:r>
      <w:proofErr w:type="spellEnd"/>
      <w:r w:rsidRPr="003478DA">
        <w:rPr>
          <w:rFonts w:cstheme="majorHAnsi"/>
          <w:sz w:val="18"/>
          <w:szCs w:val="18"/>
        </w:rPr>
        <w:t xml:space="preserve"> </w:t>
      </w:r>
      <w:proofErr w:type="spellStart"/>
      <w:r w:rsidRPr="003478DA">
        <w:rPr>
          <w:rFonts w:ascii="Sylfaen" w:hAnsi="Sylfaen" w:cs="Sylfaen"/>
          <w:sz w:val="18"/>
          <w:szCs w:val="18"/>
        </w:rPr>
        <w:t>მენარდის</w:t>
      </w:r>
      <w:proofErr w:type="spellEnd"/>
      <w:r w:rsidRPr="003478DA">
        <w:rPr>
          <w:rFonts w:cstheme="majorHAnsi"/>
          <w:sz w:val="18"/>
          <w:szCs w:val="18"/>
        </w:rPr>
        <w:t xml:space="preserve"> </w:t>
      </w:r>
      <w:proofErr w:type="spellStart"/>
      <w:r w:rsidRPr="003478DA">
        <w:rPr>
          <w:rFonts w:ascii="Sylfaen" w:hAnsi="Sylfaen" w:cs="Sylfaen"/>
          <w:sz w:val="18"/>
          <w:szCs w:val="18"/>
        </w:rPr>
        <w:t>მიერ</w:t>
      </w:r>
      <w:proofErr w:type="spellEnd"/>
      <w:r w:rsidRPr="003478DA">
        <w:rPr>
          <w:rFonts w:cstheme="majorHAnsi"/>
          <w:sz w:val="18"/>
          <w:szCs w:val="18"/>
        </w:rPr>
        <w:t xml:space="preserve"> </w:t>
      </w:r>
      <w:proofErr w:type="spellStart"/>
      <w:r w:rsidRPr="003478DA">
        <w:rPr>
          <w:rFonts w:ascii="Sylfaen" w:hAnsi="Sylfaen" w:cs="Sylfaen"/>
          <w:sz w:val="18"/>
          <w:szCs w:val="18"/>
        </w:rPr>
        <w:t>შესყიდული</w:t>
      </w:r>
      <w:proofErr w:type="spellEnd"/>
      <w:r w:rsidRPr="003478DA">
        <w:rPr>
          <w:rFonts w:cstheme="majorHAnsi"/>
          <w:sz w:val="18"/>
          <w:szCs w:val="18"/>
        </w:rPr>
        <w:t xml:space="preserve"> </w:t>
      </w:r>
      <w:proofErr w:type="spellStart"/>
      <w:r w:rsidRPr="003478DA">
        <w:rPr>
          <w:rFonts w:ascii="Sylfaen" w:hAnsi="Sylfaen" w:cs="Sylfaen"/>
          <w:sz w:val="18"/>
          <w:szCs w:val="18"/>
        </w:rPr>
        <w:t>ან</w:t>
      </w:r>
      <w:proofErr w:type="spellEnd"/>
      <w:r w:rsidRPr="003478DA">
        <w:rPr>
          <w:rFonts w:cstheme="majorHAnsi"/>
          <w:sz w:val="18"/>
          <w:szCs w:val="18"/>
        </w:rPr>
        <w:t>/</w:t>
      </w:r>
      <w:proofErr w:type="spellStart"/>
      <w:r w:rsidRPr="003478DA">
        <w:rPr>
          <w:rFonts w:ascii="Sylfaen" w:hAnsi="Sylfaen" w:cs="Sylfaen"/>
          <w:sz w:val="18"/>
          <w:szCs w:val="18"/>
        </w:rPr>
        <w:t>და</w:t>
      </w:r>
      <w:proofErr w:type="spellEnd"/>
      <w:r w:rsidRPr="003478DA">
        <w:rPr>
          <w:rFonts w:cstheme="majorHAnsi"/>
          <w:sz w:val="18"/>
          <w:szCs w:val="18"/>
        </w:rPr>
        <w:t xml:space="preserve"> </w:t>
      </w:r>
      <w:proofErr w:type="spellStart"/>
      <w:r w:rsidRPr="003478DA">
        <w:rPr>
          <w:rFonts w:ascii="Sylfaen" w:hAnsi="Sylfaen" w:cs="Sylfaen"/>
          <w:sz w:val="18"/>
          <w:szCs w:val="18"/>
        </w:rPr>
        <w:t>ავანსირებული</w:t>
      </w:r>
      <w:proofErr w:type="spellEnd"/>
      <w:r w:rsidRPr="003478DA">
        <w:rPr>
          <w:rFonts w:cstheme="majorHAnsi"/>
          <w:sz w:val="18"/>
          <w:szCs w:val="18"/>
        </w:rPr>
        <w:t xml:space="preserve"> </w:t>
      </w:r>
      <w:proofErr w:type="spellStart"/>
      <w:r w:rsidRPr="003478DA">
        <w:rPr>
          <w:rFonts w:ascii="Sylfaen" w:hAnsi="Sylfaen" w:cs="Sylfaen"/>
          <w:sz w:val="18"/>
          <w:szCs w:val="18"/>
        </w:rPr>
        <w:t>ისეთი</w:t>
      </w:r>
      <w:proofErr w:type="spellEnd"/>
      <w:r w:rsidRPr="003478DA">
        <w:rPr>
          <w:rFonts w:cstheme="majorHAnsi"/>
          <w:sz w:val="18"/>
          <w:szCs w:val="18"/>
        </w:rPr>
        <w:t xml:space="preserve"> </w:t>
      </w:r>
      <w:proofErr w:type="spellStart"/>
      <w:r w:rsidRPr="003478DA">
        <w:rPr>
          <w:rFonts w:ascii="Sylfaen" w:hAnsi="Sylfaen" w:cs="Sylfaen"/>
          <w:sz w:val="18"/>
          <w:szCs w:val="18"/>
        </w:rPr>
        <w:t>მასალების</w:t>
      </w:r>
      <w:proofErr w:type="spellEnd"/>
      <w:r w:rsidRPr="003478DA">
        <w:rPr>
          <w:rFonts w:cstheme="majorHAnsi"/>
          <w:sz w:val="18"/>
          <w:szCs w:val="18"/>
        </w:rPr>
        <w:t xml:space="preserve"> </w:t>
      </w:r>
      <w:proofErr w:type="spellStart"/>
      <w:r w:rsidRPr="003478DA">
        <w:rPr>
          <w:rFonts w:ascii="Sylfaen" w:hAnsi="Sylfaen" w:cs="Sylfaen"/>
          <w:sz w:val="18"/>
          <w:szCs w:val="18"/>
        </w:rPr>
        <w:t>ღირებულება</w:t>
      </w:r>
      <w:proofErr w:type="spellEnd"/>
      <w:r w:rsidRPr="003478DA">
        <w:rPr>
          <w:rFonts w:cstheme="majorHAnsi"/>
          <w:sz w:val="18"/>
          <w:szCs w:val="18"/>
        </w:rPr>
        <w:t xml:space="preserve">, </w:t>
      </w:r>
      <w:proofErr w:type="spellStart"/>
      <w:r w:rsidRPr="003478DA">
        <w:rPr>
          <w:rFonts w:ascii="Sylfaen" w:hAnsi="Sylfaen" w:cs="Sylfaen"/>
          <w:sz w:val="18"/>
          <w:szCs w:val="18"/>
        </w:rPr>
        <w:t>რომლებიც</w:t>
      </w:r>
      <w:proofErr w:type="spellEnd"/>
      <w:r w:rsidRPr="003478DA">
        <w:rPr>
          <w:rFonts w:cstheme="majorHAnsi"/>
          <w:sz w:val="18"/>
          <w:szCs w:val="18"/>
        </w:rPr>
        <w:t xml:space="preserve"> </w:t>
      </w:r>
      <w:proofErr w:type="spellStart"/>
      <w:r w:rsidRPr="003478DA">
        <w:rPr>
          <w:rFonts w:ascii="Sylfaen" w:hAnsi="Sylfaen" w:cs="Sylfaen"/>
          <w:sz w:val="18"/>
          <w:szCs w:val="18"/>
        </w:rPr>
        <w:t>განკუთვნილია</w:t>
      </w:r>
      <w:proofErr w:type="spellEnd"/>
      <w:r w:rsidRPr="003478DA">
        <w:rPr>
          <w:rFonts w:cstheme="majorHAnsi"/>
          <w:sz w:val="18"/>
          <w:szCs w:val="18"/>
        </w:rPr>
        <w:t xml:space="preserve"> </w:t>
      </w:r>
      <w:proofErr w:type="spellStart"/>
      <w:r w:rsidRPr="003478DA">
        <w:rPr>
          <w:rFonts w:ascii="Sylfaen" w:hAnsi="Sylfaen" w:cs="Sylfaen"/>
          <w:sz w:val="18"/>
          <w:szCs w:val="18"/>
        </w:rPr>
        <w:t>კონკრეტულად</w:t>
      </w:r>
      <w:proofErr w:type="spellEnd"/>
      <w:r w:rsidRPr="003478DA">
        <w:rPr>
          <w:rFonts w:cstheme="majorHAnsi"/>
          <w:sz w:val="18"/>
          <w:szCs w:val="18"/>
        </w:rPr>
        <w:t xml:space="preserve"> </w:t>
      </w:r>
      <w:proofErr w:type="spellStart"/>
      <w:r w:rsidRPr="003478DA">
        <w:rPr>
          <w:rFonts w:ascii="Sylfaen" w:hAnsi="Sylfaen" w:cs="Sylfaen"/>
          <w:sz w:val="18"/>
          <w:szCs w:val="18"/>
        </w:rPr>
        <w:t>წინამდებარე</w:t>
      </w:r>
      <w:proofErr w:type="spellEnd"/>
      <w:r w:rsidRPr="003478DA">
        <w:rPr>
          <w:rFonts w:cstheme="majorHAnsi"/>
          <w:sz w:val="18"/>
          <w:szCs w:val="18"/>
        </w:rPr>
        <w:t xml:space="preserve"> </w:t>
      </w:r>
      <w:proofErr w:type="spellStart"/>
      <w:r w:rsidRPr="003478DA">
        <w:rPr>
          <w:rFonts w:ascii="Sylfaen" w:hAnsi="Sylfaen" w:cs="Sylfaen"/>
          <w:sz w:val="18"/>
          <w:szCs w:val="18"/>
        </w:rPr>
        <w:t>ხელშეკრულებით</w:t>
      </w:r>
      <w:proofErr w:type="spellEnd"/>
      <w:r w:rsidRPr="003478DA">
        <w:rPr>
          <w:rFonts w:cstheme="majorHAnsi"/>
          <w:sz w:val="18"/>
          <w:szCs w:val="18"/>
        </w:rPr>
        <w:t xml:space="preserve"> </w:t>
      </w:r>
      <w:proofErr w:type="spellStart"/>
      <w:r w:rsidRPr="003478DA">
        <w:rPr>
          <w:rFonts w:ascii="Sylfaen" w:hAnsi="Sylfaen" w:cs="Sylfaen"/>
          <w:sz w:val="18"/>
          <w:szCs w:val="18"/>
        </w:rPr>
        <w:t>განსაზღვრული</w:t>
      </w:r>
      <w:proofErr w:type="spellEnd"/>
      <w:r w:rsidRPr="003478DA">
        <w:rPr>
          <w:rFonts w:cstheme="majorHAnsi"/>
          <w:sz w:val="18"/>
          <w:szCs w:val="18"/>
        </w:rPr>
        <w:t xml:space="preserve"> </w:t>
      </w:r>
      <w:proofErr w:type="spellStart"/>
      <w:r w:rsidRPr="003478DA">
        <w:rPr>
          <w:rFonts w:ascii="Sylfaen" w:hAnsi="Sylfaen" w:cs="Sylfaen"/>
          <w:sz w:val="18"/>
          <w:szCs w:val="18"/>
        </w:rPr>
        <w:t>სამუშაოს</w:t>
      </w:r>
      <w:proofErr w:type="spellEnd"/>
      <w:r w:rsidRPr="003478DA">
        <w:rPr>
          <w:rFonts w:cstheme="majorHAnsi"/>
          <w:sz w:val="18"/>
          <w:szCs w:val="18"/>
        </w:rPr>
        <w:t xml:space="preserve"> </w:t>
      </w:r>
      <w:proofErr w:type="spellStart"/>
      <w:r w:rsidRPr="003478DA">
        <w:rPr>
          <w:rFonts w:ascii="Sylfaen" w:hAnsi="Sylfaen" w:cs="Sylfaen"/>
          <w:sz w:val="18"/>
          <w:szCs w:val="18"/>
        </w:rPr>
        <w:t>შესასრულებლად</w:t>
      </w:r>
      <w:proofErr w:type="spellEnd"/>
      <w:r w:rsidRPr="003478DA">
        <w:rPr>
          <w:rFonts w:cstheme="majorHAnsi"/>
          <w:sz w:val="18"/>
          <w:szCs w:val="18"/>
        </w:rPr>
        <w:t xml:space="preserve"> </w:t>
      </w:r>
      <w:proofErr w:type="spellStart"/>
      <w:r w:rsidRPr="003478DA">
        <w:rPr>
          <w:rFonts w:ascii="Sylfaen" w:hAnsi="Sylfaen" w:cs="Sylfaen"/>
          <w:sz w:val="18"/>
          <w:szCs w:val="18"/>
        </w:rPr>
        <w:t>და</w:t>
      </w:r>
      <w:proofErr w:type="spellEnd"/>
      <w:r w:rsidRPr="003478DA">
        <w:rPr>
          <w:rFonts w:cstheme="majorHAnsi"/>
          <w:sz w:val="18"/>
          <w:szCs w:val="18"/>
        </w:rPr>
        <w:t xml:space="preserve"> </w:t>
      </w:r>
      <w:proofErr w:type="spellStart"/>
      <w:r w:rsidRPr="003478DA">
        <w:rPr>
          <w:rFonts w:ascii="Sylfaen" w:hAnsi="Sylfaen" w:cs="Sylfaen"/>
          <w:sz w:val="18"/>
          <w:szCs w:val="18"/>
        </w:rPr>
        <w:t>რომელთა</w:t>
      </w:r>
      <w:proofErr w:type="spellEnd"/>
      <w:r w:rsidRPr="003478DA">
        <w:rPr>
          <w:rFonts w:cstheme="majorHAnsi"/>
          <w:sz w:val="18"/>
          <w:szCs w:val="18"/>
        </w:rPr>
        <w:t xml:space="preserve"> </w:t>
      </w:r>
      <w:proofErr w:type="spellStart"/>
      <w:r w:rsidRPr="003478DA">
        <w:rPr>
          <w:rFonts w:ascii="Sylfaen" w:hAnsi="Sylfaen" w:cs="Sylfaen"/>
          <w:sz w:val="18"/>
          <w:szCs w:val="18"/>
        </w:rPr>
        <w:t>გამოყენებაც</w:t>
      </w:r>
      <w:proofErr w:type="spellEnd"/>
      <w:r w:rsidRPr="003478DA">
        <w:rPr>
          <w:rFonts w:cstheme="majorHAnsi"/>
          <w:sz w:val="18"/>
          <w:szCs w:val="18"/>
        </w:rPr>
        <w:t xml:space="preserve"> </w:t>
      </w:r>
      <w:proofErr w:type="spellStart"/>
      <w:r w:rsidRPr="003478DA">
        <w:rPr>
          <w:rFonts w:ascii="Sylfaen" w:hAnsi="Sylfaen" w:cs="Sylfaen"/>
          <w:sz w:val="18"/>
          <w:szCs w:val="18"/>
        </w:rPr>
        <w:t>ხელშეკრულების</w:t>
      </w:r>
      <w:proofErr w:type="spellEnd"/>
      <w:r w:rsidRPr="003478DA">
        <w:rPr>
          <w:rFonts w:cstheme="majorHAnsi"/>
          <w:sz w:val="18"/>
          <w:szCs w:val="18"/>
        </w:rPr>
        <w:t xml:space="preserve"> </w:t>
      </w:r>
      <w:proofErr w:type="spellStart"/>
      <w:r w:rsidRPr="003478DA">
        <w:rPr>
          <w:rFonts w:ascii="Sylfaen" w:hAnsi="Sylfaen" w:cs="Sylfaen"/>
          <w:sz w:val="18"/>
          <w:szCs w:val="18"/>
        </w:rPr>
        <w:t>შეწყვეტის</w:t>
      </w:r>
      <w:proofErr w:type="spellEnd"/>
      <w:r w:rsidRPr="003478DA">
        <w:rPr>
          <w:rFonts w:cstheme="majorHAnsi"/>
          <w:sz w:val="18"/>
          <w:szCs w:val="18"/>
        </w:rPr>
        <w:t xml:space="preserve"> </w:t>
      </w:r>
      <w:proofErr w:type="spellStart"/>
      <w:r w:rsidRPr="003478DA">
        <w:rPr>
          <w:rFonts w:ascii="Sylfaen" w:hAnsi="Sylfaen" w:cs="Sylfaen"/>
          <w:sz w:val="18"/>
          <w:szCs w:val="18"/>
        </w:rPr>
        <w:t>მომენტისთვის</w:t>
      </w:r>
      <w:proofErr w:type="spellEnd"/>
      <w:r w:rsidRPr="003478DA">
        <w:rPr>
          <w:rFonts w:cstheme="majorHAnsi"/>
          <w:sz w:val="18"/>
          <w:szCs w:val="18"/>
        </w:rPr>
        <w:t xml:space="preserve"> </w:t>
      </w:r>
      <w:proofErr w:type="spellStart"/>
      <w:r w:rsidRPr="003478DA">
        <w:rPr>
          <w:rFonts w:ascii="Sylfaen" w:hAnsi="Sylfaen" w:cs="Sylfaen"/>
          <w:sz w:val="18"/>
          <w:szCs w:val="18"/>
        </w:rPr>
        <w:t>ჯერ</w:t>
      </w:r>
      <w:proofErr w:type="spellEnd"/>
      <w:r w:rsidRPr="003478DA">
        <w:rPr>
          <w:rFonts w:cstheme="majorHAnsi"/>
          <w:sz w:val="18"/>
          <w:szCs w:val="18"/>
        </w:rPr>
        <w:t xml:space="preserve"> </w:t>
      </w:r>
      <w:proofErr w:type="spellStart"/>
      <w:r w:rsidRPr="003478DA">
        <w:rPr>
          <w:rFonts w:ascii="Sylfaen" w:hAnsi="Sylfaen" w:cs="Sylfaen"/>
          <w:sz w:val="18"/>
          <w:szCs w:val="18"/>
        </w:rPr>
        <w:t>არ</w:t>
      </w:r>
      <w:proofErr w:type="spellEnd"/>
      <w:r w:rsidRPr="003478DA">
        <w:rPr>
          <w:rFonts w:cstheme="majorHAnsi"/>
          <w:sz w:val="18"/>
          <w:szCs w:val="18"/>
        </w:rPr>
        <w:t xml:space="preserve"> </w:t>
      </w:r>
      <w:proofErr w:type="spellStart"/>
      <w:r w:rsidRPr="003478DA">
        <w:rPr>
          <w:rFonts w:ascii="Sylfaen" w:hAnsi="Sylfaen" w:cs="Sylfaen"/>
          <w:sz w:val="18"/>
          <w:szCs w:val="18"/>
        </w:rPr>
        <w:t>მომხდარა</w:t>
      </w:r>
      <w:proofErr w:type="spellEnd"/>
      <w:r w:rsidR="003478DA">
        <w:rPr>
          <w:rFonts w:cstheme="majorHAnsi"/>
          <w:sz w:val="18"/>
          <w:szCs w:val="18"/>
        </w:rPr>
        <w:t xml:space="preserve"> </w:t>
      </w:r>
      <w:r w:rsidR="003478DA">
        <w:rPr>
          <w:rFonts w:ascii="Sylfaen" w:hAnsi="Sylfaen" w:cstheme="majorHAnsi"/>
          <w:sz w:val="18"/>
          <w:szCs w:val="18"/>
          <w:lang w:val="ka-GE"/>
        </w:rPr>
        <w:t>(</w:t>
      </w:r>
      <w:proofErr w:type="spellStart"/>
      <w:r w:rsidRPr="003478DA">
        <w:rPr>
          <w:rFonts w:ascii="Sylfaen" w:hAnsi="Sylfaen" w:cs="Sylfaen"/>
          <w:sz w:val="18"/>
          <w:szCs w:val="18"/>
        </w:rPr>
        <w:t>მენარდის</w:t>
      </w:r>
      <w:proofErr w:type="spellEnd"/>
      <w:r w:rsidRPr="003478DA">
        <w:rPr>
          <w:rFonts w:cstheme="majorHAnsi"/>
          <w:sz w:val="18"/>
          <w:szCs w:val="18"/>
        </w:rPr>
        <w:t xml:space="preserve"> </w:t>
      </w:r>
      <w:proofErr w:type="spellStart"/>
      <w:r w:rsidRPr="003478DA">
        <w:rPr>
          <w:rFonts w:ascii="Sylfaen" w:hAnsi="Sylfaen" w:cs="Sylfaen"/>
          <w:sz w:val="18"/>
          <w:szCs w:val="18"/>
        </w:rPr>
        <w:t>მიერ</w:t>
      </w:r>
      <w:proofErr w:type="spellEnd"/>
      <w:r w:rsidRPr="003478DA">
        <w:rPr>
          <w:rFonts w:cstheme="majorHAnsi"/>
          <w:sz w:val="18"/>
          <w:szCs w:val="18"/>
        </w:rPr>
        <w:t xml:space="preserve"> </w:t>
      </w:r>
      <w:proofErr w:type="spellStart"/>
      <w:r w:rsidRPr="003478DA">
        <w:rPr>
          <w:rFonts w:ascii="Sylfaen" w:hAnsi="Sylfaen" w:cs="Sylfaen"/>
          <w:sz w:val="18"/>
          <w:szCs w:val="18"/>
        </w:rPr>
        <w:t>დამკვეთისათვის</w:t>
      </w:r>
      <w:proofErr w:type="spellEnd"/>
      <w:r w:rsidRPr="003478DA">
        <w:rPr>
          <w:rFonts w:cstheme="majorHAnsi"/>
          <w:sz w:val="18"/>
          <w:szCs w:val="18"/>
        </w:rPr>
        <w:t xml:space="preserve">  </w:t>
      </w:r>
      <w:proofErr w:type="spellStart"/>
      <w:r w:rsidRPr="003478DA">
        <w:rPr>
          <w:rFonts w:ascii="Sylfaen" w:hAnsi="Sylfaen" w:cs="Sylfaen"/>
          <w:sz w:val="18"/>
          <w:szCs w:val="18"/>
        </w:rPr>
        <w:t>შესყიდული</w:t>
      </w:r>
      <w:proofErr w:type="spellEnd"/>
      <w:r w:rsidRPr="003478DA">
        <w:rPr>
          <w:rFonts w:cstheme="majorHAnsi"/>
          <w:sz w:val="18"/>
          <w:szCs w:val="18"/>
        </w:rPr>
        <w:t xml:space="preserve"> </w:t>
      </w:r>
      <w:proofErr w:type="spellStart"/>
      <w:r w:rsidRPr="003478DA">
        <w:rPr>
          <w:rFonts w:ascii="Sylfaen" w:hAnsi="Sylfaen" w:cs="Sylfaen"/>
          <w:sz w:val="18"/>
          <w:szCs w:val="18"/>
        </w:rPr>
        <w:t>ან</w:t>
      </w:r>
      <w:proofErr w:type="spellEnd"/>
      <w:r w:rsidRPr="003478DA">
        <w:rPr>
          <w:rFonts w:cstheme="majorHAnsi"/>
          <w:sz w:val="18"/>
          <w:szCs w:val="18"/>
        </w:rPr>
        <w:t>/</w:t>
      </w:r>
      <w:proofErr w:type="spellStart"/>
      <w:r w:rsidRPr="003478DA">
        <w:rPr>
          <w:rFonts w:ascii="Sylfaen" w:hAnsi="Sylfaen" w:cs="Sylfaen"/>
          <w:sz w:val="18"/>
          <w:szCs w:val="18"/>
        </w:rPr>
        <w:t>და</w:t>
      </w:r>
      <w:proofErr w:type="spellEnd"/>
      <w:r w:rsidRPr="003478DA">
        <w:rPr>
          <w:rFonts w:cstheme="majorHAnsi"/>
          <w:sz w:val="18"/>
          <w:szCs w:val="18"/>
        </w:rPr>
        <w:t xml:space="preserve"> </w:t>
      </w:r>
      <w:proofErr w:type="spellStart"/>
      <w:r w:rsidRPr="003478DA">
        <w:rPr>
          <w:rFonts w:ascii="Sylfaen" w:hAnsi="Sylfaen" w:cs="Sylfaen"/>
          <w:sz w:val="18"/>
          <w:szCs w:val="18"/>
        </w:rPr>
        <w:t>ავანსირებული</w:t>
      </w:r>
      <w:proofErr w:type="spellEnd"/>
      <w:r w:rsidRPr="003478DA">
        <w:rPr>
          <w:rFonts w:cstheme="majorHAnsi"/>
          <w:sz w:val="18"/>
          <w:szCs w:val="18"/>
        </w:rPr>
        <w:t xml:space="preserve"> </w:t>
      </w:r>
      <w:proofErr w:type="spellStart"/>
      <w:r w:rsidRPr="003478DA">
        <w:rPr>
          <w:rFonts w:ascii="Sylfaen" w:hAnsi="Sylfaen" w:cs="Sylfaen"/>
          <w:sz w:val="18"/>
          <w:szCs w:val="18"/>
        </w:rPr>
        <w:t>მასალების</w:t>
      </w:r>
      <w:proofErr w:type="spellEnd"/>
      <w:r w:rsidRPr="003478DA">
        <w:rPr>
          <w:rFonts w:cstheme="majorHAnsi"/>
          <w:sz w:val="18"/>
          <w:szCs w:val="18"/>
        </w:rPr>
        <w:t xml:space="preserve"> </w:t>
      </w:r>
      <w:proofErr w:type="spellStart"/>
      <w:r w:rsidRPr="003478DA">
        <w:rPr>
          <w:rFonts w:ascii="Sylfaen" w:hAnsi="Sylfaen" w:cs="Sylfaen"/>
          <w:sz w:val="18"/>
          <w:szCs w:val="18"/>
        </w:rPr>
        <w:t>შესყიდვის</w:t>
      </w:r>
      <w:proofErr w:type="spellEnd"/>
      <w:r w:rsidRPr="003478DA">
        <w:rPr>
          <w:rFonts w:cstheme="majorHAnsi"/>
          <w:sz w:val="18"/>
          <w:szCs w:val="18"/>
        </w:rPr>
        <w:t xml:space="preserve"> </w:t>
      </w:r>
      <w:proofErr w:type="spellStart"/>
      <w:r w:rsidRPr="003478DA">
        <w:rPr>
          <w:rFonts w:ascii="Sylfaen" w:hAnsi="Sylfaen" w:cs="Sylfaen"/>
          <w:sz w:val="18"/>
          <w:szCs w:val="18"/>
        </w:rPr>
        <w:t>დამადასტურებელი</w:t>
      </w:r>
      <w:proofErr w:type="spellEnd"/>
      <w:r w:rsidRPr="003478DA">
        <w:rPr>
          <w:rFonts w:cstheme="majorHAnsi"/>
          <w:sz w:val="18"/>
          <w:szCs w:val="18"/>
        </w:rPr>
        <w:t xml:space="preserve"> </w:t>
      </w:r>
      <w:proofErr w:type="spellStart"/>
      <w:r w:rsidRPr="003478DA">
        <w:rPr>
          <w:rFonts w:ascii="Sylfaen" w:hAnsi="Sylfaen" w:cs="Sylfaen"/>
          <w:sz w:val="18"/>
          <w:szCs w:val="18"/>
        </w:rPr>
        <w:t>შესაბამისი</w:t>
      </w:r>
      <w:proofErr w:type="spellEnd"/>
      <w:r w:rsidRPr="003478DA">
        <w:rPr>
          <w:rFonts w:cstheme="majorHAnsi"/>
          <w:sz w:val="18"/>
          <w:szCs w:val="18"/>
        </w:rPr>
        <w:t xml:space="preserve"> </w:t>
      </w:r>
      <w:proofErr w:type="spellStart"/>
      <w:r w:rsidRPr="003478DA">
        <w:rPr>
          <w:rFonts w:ascii="Sylfaen" w:hAnsi="Sylfaen" w:cs="Sylfaen"/>
          <w:sz w:val="18"/>
          <w:szCs w:val="18"/>
        </w:rPr>
        <w:t>დოკუმენტ</w:t>
      </w:r>
      <w:proofErr w:type="spellEnd"/>
      <w:r w:rsidR="003478DA">
        <w:rPr>
          <w:rFonts w:ascii="Sylfaen" w:hAnsi="Sylfaen" w:cstheme="majorHAnsi"/>
          <w:sz w:val="18"/>
          <w:szCs w:val="18"/>
          <w:lang w:val="ka-GE"/>
        </w:rPr>
        <w:t>(</w:t>
      </w:r>
      <w:proofErr w:type="spellStart"/>
      <w:r w:rsidRPr="003478DA">
        <w:rPr>
          <w:rFonts w:ascii="Sylfaen" w:hAnsi="Sylfaen" w:cs="Sylfaen"/>
          <w:sz w:val="18"/>
          <w:szCs w:val="18"/>
        </w:rPr>
        <w:t>ებ</w:t>
      </w:r>
      <w:proofErr w:type="spellEnd"/>
      <w:r w:rsidR="003478DA">
        <w:rPr>
          <w:rFonts w:ascii="Sylfaen" w:hAnsi="Sylfaen" w:cstheme="majorHAnsi"/>
          <w:sz w:val="18"/>
          <w:szCs w:val="18"/>
          <w:lang w:val="ka-GE"/>
        </w:rPr>
        <w:t>)</w:t>
      </w:r>
      <w:proofErr w:type="spellStart"/>
      <w:r w:rsidRPr="003478DA">
        <w:rPr>
          <w:rFonts w:ascii="Sylfaen" w:hAnsi="Sylfaen" w:cs="Sylfaen"/>
          <w:sz w:val="18"/>
          <w:szCs w:val="18"/>
        </w:rPr>
        <w:t>ის</w:t>
      </w:r>
      <w:proofErr w:type="spellEnd"/>
      <w:r w:rsidRPr="003478DA">
        <w:rPr>
          <w:rFonts w:cstheme="majorHAnsi"/>
          <w:sz w:val="18"/>
          <w:szCs w:val="18"/>
        </w:rPr>
        <w:t xml:space="preserve"> </w:t>
      </w:r>
      <w:proofErr w:type="spellStart"/>
      <w:r w:rsidRPr="003478DA">
        <w:rPr>
          <w:rFonts w:ascii="Sylfaen" w:hAnsi="Sylfaen" w:cs="Sylfaen"/>
          <w:sz w:val="18"/>
          <w:szCs w:val="18"/>
        </w:rPr>
        <w:t>წარდგენის</w:t>
      </w:r>
      <w:proofErr w:type="spellEnd"/>
      <w:r w:rsidRPr="003478DA">
        <w:rPr>
          <w:rFonts w:cstheme="majorHAnsi"/>
          <w:sz w:val="18"/>
          <w:szCs w:val="18"/>
        </w:rPr>
        <w:t xml:space="preserve"> </w:t>
      </w:r>
      <w:proofErr w:type="spellStart"/>
      <w:r w:rsidRPr="003478DA">
        <w:rPr>
          <w:rFonts w:ascii="Sylfaen" w:hAnsi="Sylfaen" w:cs="Sylfaen"/>
          <w:sz w:val="18"/>
          <w:szCs w:val="18"/>
        </w:rPr>
        <w:t>საფუძველზე</w:t>
      </w:r>
      <w:proofErr w:type="spellEnd"/>
      <w:r w:rsidR="003478DA">
        <w:rPr>
          <w:rFonts w:ascii="Sylfaen" w:hAnsi="Sylfaen" w:cstheme="majorHAnsi"/>
          <w:sz w:val="18"/>
          <w:szCs w:val="18"/>
          <w:lang w:val="ka-GE"/>
        </w:rPr>
        <w:t>)</w:t>
      </w:r>
      <w:r w:rsidRPr="003478DA">
        <w:rPr>
          <w:rFonts w:cstheme="majorHAnsi"/>
          <w:sz w:val="18"/>
          <w:szCs w:val="18"/>
        </w:rPr>
        <w:t xml:space="preserve">. </w:t>
      </w:r>
      <w:proofErr w:type="spellStart"/>
      <w:r w:rsidRPr="003478DA">
        <w:rPr>
          <w:rFonts w:ascii="Sylfaen" w:hAnsi="Sylfaen" w:cs="Sylfaen"/>
          <w:sz w:val="18"/>
          <w:szCs w:val="18"/>
        </w:rPr>
        <w:t>დამკვეთის</w:t>
      </w:r>
      <w:proofErr w:type="spellEnd"/>
      <w:r w:rsidRPr="003478DA">
        <w:rPr>
          <w:rFonts w:cstheme="majorHAnsi"/>
          <w:sz w:val="18"/>
          <w:szCs w:val="18"/>
        </w:rPr>
        <w:t xml:space="preserve"> </w:t>
      </w:r>
      <w:proofErr w:type="spellStart"/>
      <w:r w:rsidRPr="003478DA">
        <w:rPr>
          <w:rFonts w:ascii="Sylfaen" w:hAnsi="Sylfaen" w:cs="Sylfaen"/>
          <w:sz w:val="18"/>
          <w:szCs w:val="18"/>
        </w:rPr>
        <w:t>მიერ</w:t>
      </w:r>
      <w:proofErr w:type="spellEnd"/>
      <w:r w:rsidRPr="003478DA">
        <w:rPr>
          <w:rFonts w:cstheme="majorHAnsi"/>
          <w:sz w:val="18"/>
          <w:szCs w:val="18"/>
        </w:rPr>
        <w:t xml:space="preserve"> </w:t>
      </w:r>
      <w:proofErr w:type="spellStart"/>
      <w:r w:rsidRPr="003478DA">
        <w:rPr>
          <w:rFonts w:ascii="Sylfaen" w:hAnsi="Sylfaen" w:cs="Sylfaen"/>
          <w:sz w:val="18"/>
          <w:szCs w:val="18"/>
        </w:rPr>
        <w:t>ანაზღაურებული</w:t>
      </w:r>
      <w:proofErr w:type="spellEnd"/>
      <w:r w:rsidRPr="003478DA">
        <w:rPr>
          <w:rFonts w:cstheme="majorHAnsi"/>
          <w:sz w:val="18"/>
          <w:szCs w:val="18"/>
        </w:rPr>
        <w:t xml:space="preserve"> </w:t>
      </w:r>
      <w:proofErr w:type="spellStart"/>
      <w:r w:rsidRPr="003478DA">
        <w:rPr>
          <w:rFonts w:ascii="Sylfaen" w:hAnsi="Sylfaen" w:cs="Sylfaen"/>
          <w:sz w:val="18"/>
          <w:szCs w:val="18"/>
        </w:rPr>
        <w:t>მენარდის</w:t>
      </w:r>
      <w:proofErr w:type="spellEnd"/>
      <w:r w:rsidRPr="003478DA">
        <w:rPr>
          <w:rFonts w:cstheme="majorHAnsi"/>
          <w:sz w:val="18"/>
          <w:szCs w:val="18"/>
        </w:rPr>
        <w:t xml:space="preserve"> </w:t>
      </w:r>
      <w:proofErr w:type="spellStart"/>
      <w:r w:rsidRPr="003478DA">
        <w:rPr>
          <w:rFonts w:ascii="Sylfaen" w:hAnsi="Sylfaen" w:cs="Sylfaen"/>
          <w:sz w:val="18"/>
          <w:szCs w:val="18"/>
        </w:rPr>
        <w:t>მიერ</w:t>
      </w:r>
      <w:proofErr w:type="spellEnd"/>
      <w:r w:rsidRPr="003478DA">
        <w:rPr>
          <w:rFonts w:cstheme="majorHAnsi"/>
          <w:sz w:val="18"/>
          <w:szCs w:val="18"/>
        </w:rPr>
        <w:t xml:space="preserve"> </w:t>
      </w:r>
      <w:proofErr w:type="spellStart"/>
      <w:r w:rsidRPr="003478DA">
        <w:rPr>
          <w:rFonts w:ascii="Sylfaen" w:hAnsi="Sylfaen" w:cs="Sylfaen"/>
          <w:sz w:val="18"/>
          <w:szCs w:val="18"/>
        </w:rPr>
        <w:t>სამუშაოს</w:t>
      </w:r>
      <w:proofErr w:type="spellEnd"/>
      <w:r w:rsidRPr="003478DA">
        <w:rPr>
          <w:rFonts w:cstheme="majorHAnsi"/>
          <w:sz w:val="18"/>
          <w:szCs w:val="18"/>
        </w:rPr>
        <w:t xml:space="preserve"> </w:t>
      </w:r>
      <w:proofErr w:type="spellStart"/>
      <w:r w:rsidRPr="003478DA">
        <w:rPr>
          <w:rFonts w:ascii="Sylfaen" w:hAnsi="Sylfaen" w:cs="Sylfaen"/>
          <w:sz w:val="18"/>
          <w:szCs w:val="18"/>
        </w:rPr>
        <w:t>შესრულებისათვის</w:t>
      </w:r>
      <w:proofErr w:type="spellEnd"/>
      <w:r w:rsidRPr="003478DA">
        <w:rPr>
          <w:rFonts w:cstheme="majorHAnsi"/>
          <w:sz w:val="18"/>
          <w:szCs w:val="18"/>
        </w:rPr>
        <w:t xml:space="preserve"> </w:t>
      </w:r>
      <w:proofErr w:type="spellStart"/>
      <w:r w:rsidRPr="003478DA">
        <w:rPr>
          <w:rFonts w:ascii="Sylfaen" w:hAnsi="Sylfaen" w:cs="Sylfaen"/>
          <w:sz w:val="18"/>
          <w:szCs w:val="18"/>
        </w:rPr>
        <w:t>შესყიდული</w:t>
      </w:r>
      <w:proofErr w:type="spellEnd"/>
      <w:r w:rsidRPr="003478DA">
        <w:rPr>
          <w:rFonts w:cstheme="majorHAnsi"/>
          <w:sz w:val="18"/>
          <w:szCs w:val="18"/>
        </w:rPr>
        <w:t xml:space="preserve"> </w:t>
      </w:r>
      <w:proofErr w:type="spellStart"/>
      <w:r w:rsidRPr="003478DA">
        <w:rPr>
          <w:rFonts w:ascii="Sylfaen" w:hAnsi="Sylfaen" w:cs="Sylfaen"/>
          <w:sz w:val="18"/>
          <w:szCs w:val="18"/>
        </w:rPr>
        <w:t>ან</w:t>
      </w:r>
      <w:proofErr w:type="spellEnd"/>
      <w:r w:rsidRPr="003478DA">
        <w:rPr>
          <w:rFonts w:cstheme="majorHAnsi"/>
          <w:sz w:val="18"/>
          <w:szCs w:val="18"/>
        </w:rPr>
        <w:t>/</w:t>
      </w:r>
      <w:proofErr w:type="spellStart"/>
      <w:r w:rsidRPr="003478DA">
        <w:rPr>
          <w:rFonts w:ascii="Sylfaen" w:hAnsi="Sylfaen" w:cs="Sylfaen"/>
          <w:sz w:val="18"/>
          <w:szCs w:val="18"/>
        </w:rPr>
        <w:t>და</w:t>
      </w:r>
      <w:proofErr w:type="spellEnd"/>
      <w:r w:rsidRPr="003478DA">
        <w:rPr>
          <w:rFonts w:cstheme="majorHAnsi"/>
          <w:sz w:val="18"/>
          <w:szCs w:val="18"/>
        </w:rPr>
        <w:t xml:space="preserve"> </w:t>
      </w:r>
      <w:proofErr w:type="spellStart"/>
      <w:r w:rsidRPr="003478DA">
        <w:rPr>
          <w:rFonts w:ascii="Sylfaen" w:hAnsi="Sylfaen" w:cs="Sylfaen"/>
          <w:sz w:val="18"/>
          <w:szCs w:val="18"/>
        </w:rPr>
        <w:t>ავანსირებული</w:t>
      </w:r>
      <w:proofErr w:type="spellEnd"/>
      <w:r w:rsidRPr="003478DA">
        <w:rPr>
          <w:rFonts w:cstheme="majorHAnsi"/>
          <w:sz w:val="18"/>
          <w:szCs w:val="18"/>
        </w:rPr>
        <w:t xml:space="preserve"> </w:t>
      </w:r>
      <w:proofErr w:type="spellStart"/>
      <w:r w:rsidRPr="003478DA">
        <w:rPr>
          <w:rFonts w:ascii="Sylfaen" w:hAnsi="Sylfaen" w:cs="Sylfaen"/>
          <w:sz w:val="18"/>
          <w:szCs w:val="18"/>
        </w:rPr>
        <w:t>მასალები</w:t>
      </w:r>
      <w:proofErr w:type="spellEnd"/>
      <w:r w:rsidRPr="003478DA">
        <w:rPr>
          <w:rFonts w:cstheme="majorHAnsi"/>
          <w:sz w:val="18"/>
          <w:szCs w:val="18"/>
        </w:rPr>
        <w:t xml:space="preserve"> </w:t>
      </w:r>
      <w:proofErr w:type="spellStart"/>
      <w:r w:rsidRPr="003478DA">
        <w:rPr>
          <w:rFonts w:ascii="Sylfaen" w:hAnsi="Sylfaen" w:cs="Sylfaen"/>
          <w:sz w:val="18"/>
          <w:szCs w:val="18"/>
        </w:rPr>
        <w:t>გადაეცემა</w:t>
      </w:r>
      <w:proofErr w:type="spellEnd"/>
      <w:r w:rsidRPr="003478DA">
        <w:rPr>
          <w:rFonts w:cstheme="majorHAnsi"/>
          <w:sz w:val="18"/>
          <w:szCs w:val="18"/>
        </w:rPr>
        <w:t xml:space="preserve"> </w:t>
      </w:r>
      <w:proofErr w:type="spellStart"/>
      <w:r w:rsidRPr="003478DA">
        <w:rPr>
          <w:rFonts w:ascii="Sylfaen" w:hAnsi="Sylfaen" w:cs="Sylfaen"/>
          <w:sz w:val="18"/>
          <w:szCs w:val="18"/>
        </w:rPr>
        <w:t>დამკვეთს</w:t>
      </w:r>
      <w:proofErr w:type="spellEnd"/>
      <w:r w:rsidRPr="003478DA">
        <w:rPr>
          <w:rFonts w:cstheme="majorHAnsi"/>
          <w:sz w:val="18"/>
          <w:szCs w:val="18"/>
        </w:rPr>
        <w:t xml:space="preserve"> </w:t>
      </w:r>
      <w:proofErr w:type="spellStart"/>
      <w:r w:rsidRPr="003478DA">
        <w:rPr>
          <w:rFonts w:ascii="Sylfaen" w:hAnsi="Sylfaen" w:cs="Sylfaen"/>
          <w:sz w:val="18"/>
          <w:szCs w:val="18"/>
        </w:rPr>
        <w:t>და</w:t>
      </w:r>
      <w:proofErr w:type="spellEnd"/>
      <w:r w:rsidRPr="003478DA">
        <w:rPr>
          <w:rFonts w:cstheme="majorHAnsi"/>
          <w:sz w:val="18"/>
          <w:szCs w:val="18"/>
        </w:rPr>
        <w:t xml:space="preserve"> </w:t>
      </w:r>
      <w:proofErr w:type="spellStart"/>
      <w:r w:rsidRPr="003478DA">
        <w:rPr>
          <w:rFonts w:ascii="Sylfaen" w:hAnsi="Sylfaen" w:cs="Sylfaen"/>
          <w:sz w:val="18"/>
          <w:szCs w:val="18"/>
        </w:rPr>
        <w:t>მათზე</w:t>
      </w:r>
      <w:proofErr w:type="spellEnd"/>
      <w:r w:rsidRPr="003478DA">
        <w:rPr>
          <w:rFonts w:cstheme="majorHAnsi"/>
          <w:sz w:val="18"/>
          <w:szCs w:val="18"/>
        </w:rPr>
        <w:t xml:space="preserve"> </w:t>
      </w:r>
      <w:proofErr w:type="spellStart"/>
      <w:r w:rsidRPr="003478DA">
        <w:rPr>
          <w:rFonts w:ascii="Sylfaen" w:hAnsi="Sylfaen" w:cs="Sylfaen"/>
          <w:sz w:val="18"/>
          <w:szCs w:val="18"/>
        </w:rPr>
        <w:t>წარმოიშობა</w:t>
      </w:r>
      <w:proofErr w:type="spellEnd"/>
      <w:r w:rsidRPr="003478DA">
        <w:rPr>
          <w:rFonts w:cstheme="majorHAnsi"/>
          <w:sz w:val="18"/>
          <w:szCs w:val="18"/>
        </w:rPr>
        <w:t xml:space="preserve"> </w:t>
      </w:r>
      <w:proofErr w:type="spellStart"/>
      <w:r w:rsidRPr="003478DA">
        <w:rPr>
          <w:rFonts w:ascii="Sylfaen" w:hAnsi="Sylfaen" w:cs="Sylfaen"/>
          <w:sz w:val="18"/>
          <w:szCs w:val="18"/>
        </w:rPr>
        <w:t>დამკვეთის</w:t>
      </w:r>
      <w:proofErr w:type="spellEnd"/>
      <w:r w:rsidRPr="003478DA">
        <w:rPr>
          <w:rFonts w:cstheme="majorHAnsi"/>
          <w:sz w:val="18"/>
          <w:szCs w:val="18"/>
        </w:rPr>
        <w:t xml:space="preserve"> </w:t>
      </w:r>
      <w:proofErr w:type="spellStart"/>
      <w:r w:rsidRPr="003478DA">
        <w:rPr>
          <w:rFonts w:ascii="Sylfaen" w:hAnsi="Sylfaen" w:cs="Sylfaen"/>
          <w:sz w:val="18"/>
          <w:szCs w:val="18"/>
        </w:rPr>
        <w:t>საკუთრების</w:t>
      </w:r>
      <w:proofErr w:type="spellEnd"/>
      <w:r w:rsidRPr="003478DA">
        <w:rPr>
          <w:rFonts w:cstheme="majorHAnsi"/>
          <w:sz w:val="18"/>
          <w:szCs w:val="18"/>
        </w:rPr>
        <w:t xml:space="preserve"> </w:t>
      </w:r>
      <w:proofErr w:type="spellStart"/>
      <w:r w:rsidRPr="003478DA">
        <w:rPr>
          <w:rFonts w:ascii="Sylfaen" w:hAnsi="Sylfaen" w:cs="Sylfaen"/>
          <w:sz w:val="18"/>
          <w:szCs w:val="18"/>
        </w:rPr>
        <w:t>უფლება</w:t>
      </w:r>
      <w:proofErr w:type="spellEnd"/>
      <w:r w:rsidRPr="003478DA">
        <w:rPr>
          <w:rFonts w:cstheme="majorHAnsi"/>
          <w:sz w:val="18"/>
          <w:szCs w:val="18"/>
        </w:rPr>
        <w:t xml:space="preserve">. </w:t>
      </w:r>
    </w:p>
    <w:p w14:paraId="4792ACBD" w14:textId="6DFA113A" w:rsidR="0043468A" w:rsidRDefault="00A74260" w:rsidP="00185C20">
      <w:pPr>
        <w:pStyle w:val="ListParagraph"/>
        <w:numPr>
          <w:ilvl w:val="1"/>
          <w:numId w:val="13"/>
        </w:numPr>
        <w:jc w:val="both"/>
        <w:rPr>
          <w:rFonts w:cstheme="majorHAnsi"/>
          <w:sz w:val="18"/>
          <w:szCs w:val="18"/>
        </w:rPr>
      </w:pPr>
      <w:proofErr w:type="spellStart"/>
      <w:r w:rsidRPr="0043468A">
        <w:rPr>
          <w:rFonts w:ascii="Sylfaen" w:hAnsi="Sylfaen" w:cs="Sylfaen"/>
          <w:sz w:val="18"/>
          <w:szCs w:val="18"/>
        </w:rPr>
        <w:t>თუ</w:t>
      </w:r>
      <w:proofErr w:type="spellEnd"/>
      <w:r w:rsidRPr="0043468A">
        <w:rPr>
          <w:rFonts w:cstheme="majorHAnsi"/>
          <w:sz w:val="18"/>
          <w:szCs w:val="18"/>
        </w:rPr>
        <w:t xml:space="preserve"> </w:t>
      </w:r>
      <w:r w:rsidR="003478DA">
        <w:rPr>
          <w:rFonts w:ascii="Sylfaen" w:hAnsi="Sylfaen" w:cs="Sylfaen"/>
          <w:sz w:val="18"/>
          <w:szCs w:val="18"/>
          <w:lang w:val="ka-GE"/>
        </w:rPr>
        <w:t xml:space="preserve">მენარდე </w:t>
      </w:r>
      <w:proofErr w:type="spellStart"/>
      <w:r w:rsidRPr="0043468A">
        <w:rPr>
          <w:rFonts w:ascii="Sylfaen" w:hAnsi="Sylfaen" w:cs="Sylfaen"/>
          <w:sz w:val="18"/>
          <w:szCs w:val="18"/>
        </w:rPr>
        <w:t>დაარღვევს</w:t>
      </w:r>
      <w:proofErr w:type="spellEnd"/>
      <w:r w:rsidRPr="0043468A">
        <w:rPr>
          <w:rFonts w:cstheme="majorHAnsi"/>
          <w:sz w:val="18"/>
          <w:szCs w:val="18"/>
        </w:rPr>
        <w:t xml:space="preserve"> </w:t>
      </w:r>
      <w:proofErr w:type="spellStart"/>
      <w:r w:rsidRPr="0043468A">
        <w:rPr>
          <w:rFonts w:ascii="Sylfaen" w:hAnsi="Sylfaen" w:cs="Sylfaen"/>
          <w:sz w:val="18"/>
          <w:szCs w:val="18"/>
        </w:rPr>
        <w:t>სამუშაოების</w:t>
      </w:r>
      <w:proofErr w:type="spellEnd"/>
      <w:r w:rsidRPr="0043468A">
        <w:rPr>
          <w:rFonts w:cstheme="majorHAnsi"/>
          <w:sz w:val="18"/>
          <w:szCs w:val="18"/>
        </w:rPr>
        <w:t xml:space="preserve"> </w:t>
      </w:r>
      <w:proofErr w:type="spellStart"/>
      <w:r w:rsidRPr="0043468A">
        <w:rPr>
          <w:rFonts w:ascii="Sylfaen" w:hAnsi="Sylfaen" w:cs="Sylfaen"/>
          <w:sz w:val="18"/>
          <w:szCs w:val="18"/>
        </w:rPr>
        <w:t>შესრულებისათვის</w:t>
      </w:r>
      <w:proofErr w:type="spellEnd"/>
      <w:r w:rsidRPr="0043468A">
        <w:rPr>
          <w:rFonts w:cstheme="majorHAnsi"/>
          <w:sz w:val="18"/>
          <w:szCs w:val="18"/>
        </w:rPr>
        <w:t xml:space="preserve"> </w:t>
      </w:r>
      <w:proofErr w:type="spellStart"/>
      <w:r w:rsidRPr="0043468A">
        <w:rPr>
          <w:rFonts w:ascii="Sylfaen" w:hAnsi="Sylfaen" w:cs="Sylfaen"/>
          <w:sz w:val="18"/>
          <w:szCs w:val="18"/>
        </w:rPr>
        <w:t>კალენდარული</w:t>
      </w:r>
      <w:proofErr w:type="spellEnd"/>
      <w:r w:rsidRPr="0043468A">
        <w:rPr>
          <w:rFonts w:cstheme="majorHAnsi"/>
          <w:sz w:val="18"/>
          <w:szCs w:val="18"/>
        </w:rPr>
        <w:t xml:space="preserve"> </w:t>
      </w:r>
      <w:proofErr w:type="spellStart"/>
      <w:r w:rsidRPr="0043468A">
        <w:rPr>
          <w:rFonts w:ascii="Sylfaen" w:hAnsi="Sylfaen" w:cs="Sylfaen"/>
          <w:sz w:val="18"/>
          <w:szCs w:val="18"/>
        </w:rPr>
        <w:t>გეგმა</w:t>
      </w:r>
      <w:r w:rsidRPr="0043468A">
        <w:rPr>
          <w:rFonts w:cstheme="majorHAnsi"/>
          <w:sz w:val="18"/>
          <w:szCs w:val="18"/>
        </w:rPr>
        <w:t>-</w:t>
      </w:r>
      <w:r w:rsidRPr="0043468A">
        <w:rPr>
          <w:rFonts w:ascii="Sylfaen" w:hAnsi="Sylfaen" w:cs="Sylfaen"/>
          <w:sz w:val="18"/>
          <w:szCs w:val="18"/>
        </w:rPr>
        <w:t>გრაფიკით</w:t>
      </w:r>
      <w:proofErr w:type="spellEnd"/>
      <w:r w:rsidRPr="0043468A">
        <w:rPr>
          <w:rFonts w:cstheme="majorHAnsi"/>
          <w:sz w:val="18"/>
          <w:szCs w:val="18"/>
        </w:rPr>
        <w:t xml:space="preserve"> </w:t>
      </w:r>
      <w:proofErr w:type="spellStart"/>
      <w:r w:rsidRPr="0043468A">
        <w:rPr>
          <w:rFonts w:ascii="Sylfaen" w:hAnsi="Sylfaen" w:cs="Sylfaen"/>
          <w:sz w:val="18"/>
          <w:szCs w:val="18"/>
        </w:rPr>
        <w:t>დადგენილ</w:t>
      </w:r>
      <w:proofErr w:type="spellEnd"/>
      <w:r w:rsidRPr="0043468A">
        <w:rPr>
          <w:rFonts w:cstheme="majorHAnsi"/>
          <w:sz w:val="18"/>
          <w:szCs w:val="18"/>
        </w:rPr>
        <w:t xml:space="preserve"> </w:t>
      </w:r>
      <w:proofErr w:type="spellStart"/>
      <w:r w:rsidRPr="0043468A">
        <w:rPr>
          <w:rFonts w:ascii="Sylfaen" w:hAnsi="Sylfaen" w:cs="Sylfaen"/>
          <w:sz w:val="18"/>
          <w:szCs w:val="18"/>
        </w:rPr>
        <w:t>ვადებს</w:t>
      </w:r>
      <w:proofErr w:type="spellEnd"/>
      <w:r w:rsidRPr="0043468A">
        <w:rPr>
          <w:rFonts w:cstheme="majorHAnsi"/>
          <w:sz w:val="18"/>
          <w:szCs w:val="18"/>
        </w:rPr>
        <w:t xml:space="preserve">, </w:t>
      </w:r>
      <w:proofErr w:type="spellStart"/>
      <w:r w:rsidRPr="0043468A">
        <w:rPr>
          <w:rFonts w:ascii="Sylfaen" w:hAnsi="Sylfaen" w:cs="Sylfaen"/>
          <w:sz w:val="18"/>
          <w:szCs w:val="18"/>
        </w:rPr>
        <w:t>ასეთ</w:t>
      </w:r>
      <w:proofErr w:type="spellEnd"/>
      <w:r w:rsidRPr="0043468A">
        <w:rPr>
          <w:rFonts w:cstheme="majorHAnsi"/>
          <w:sz w:val="18"/>
          <w:szCs w:val="18"/>
        </w:rPr>
        <w:t xml:space="preserve"> </w:t>
      </w:r>
      <w:proofErr w:type="spellStart"/>
      <w:r w:rsidRPr="0043468A">
        <w:rPr>
          <w:rFonts w:ascii="Sylfaen" w:hAnsi="Sylfaen" w:cs="Sylfaen"/>
          <w:sz w:val="18"/>
          <w:szCs w:val="18"/>
        </w:rPr>
        <w:t>შემთხვევაში</w:t>
      </w:r>
      <w:proofErr w:type="spellEnd"/>
      <w:r w:rsidRPr="0043468A">
        <w:rPr>
          <w:rFonts w:cstheme="majorHAnsi"/>
          <w:sz w:val="18"/>
          <w:szCs w:val="18"/>
        </w:rPr>
        <w:t xml:space="preserve">, </w:t>
      </w:r>
      <w:r w:rsidR="003478DA">
        <w:rPr>
          <w:rFonts w:ascii="Sylfaen" w:hAnsi="Sylfaen" w:cs="Sylfaen"/>
          <w:sz w:val="18"/>
          <w:szCs w:val="18"/>
          <w:lang w:val="ka-GE"/>
        </w:rPr>
        <w:t>მენარდე</w:t>
      </w:r>
      <w:r w:rsidRPr="0043468A">
        <w:rPr>
          <w:rFonts w:cstheme="majorHAnsi"/>
          <w:sz w:val="18"/>
          <w:szCs w:val="18"/>
        </w:rPr>
        <w:t xml:space="preserve"> </w:t>
      </w:r>
      <w:proofErr w:type="spellStart"/>
      <w:r w:rsidRPr="0043468A">
        <w:rPr>
          <w:rFonts w:ascii="Sylfaen" w:hAnsi="Sylfaen" w:cs="Sylfaen"/>
          <w:sz w:val="18"/>
          <w:szCs w:val="18"/>
        </w:rPr>
        <w:t>ვალდებულია</w:t>
      </w:r>
      <w:proofErr w:type="spellEnd"/>
      <w:r w:rsidRPr="0043468A">
        <w:rPr>
          <w:rFonts w:cstheme="majorHAnsi"/>
          <w:sz w:val="18"/>
          <w:szCs w:val="18"/>
        </w:rPr>
        <w:t xml:space="preserve"> </w:t>
      </w:r>
      <w:proofErr w:type="spellStart"/>
      <w:r w:rsidRPr="0043468A">
        <w:rPr>
          <w:rFonts w:ascii="Sylfaen" w:hAnsi="Sylfaen" w:cs="Sylfaen"/>
          <w:sz w:val="18"/>
          <w:szCs w:val="18"/>
        </w:rPr>
        <w:t>არაუმეტეს</w:t>
      </w:r>
      <w:proofErr w:type="spellEnd"/>
      <w:r w:rsidR="003478DA">
        <w:rPr>
          <w:rFonts w:cstheme="majorHAnsi"/>
          <w:sz w:val="18"/>
          <w:szCs w:val="18"/>
        </w:rPr>
        <w:t xml:space="preserve"> - 30 </w:t>
      </w:r>
      <w:r w:rsidR="003478DA">
        <w:rPr>
          <w:rFonts w:ascii="Sylfaen" w:hAnsi="Sylfaen" w:cstheme="majorHAnsi"/>
          <w:sz w:val="18"/>
          <w:szCs w:val="18"/>
          <w:lang w:val="ka-GE"/>
        </w:rPr>
        <w:t>(</w:t>
      </w:r>
      <w:proofErr w:type="spellStart"/>
      <w:r w:rsidRPr="0043468A">
        <w:rPr>
          <w:rFonts w:ascii="Sylfaen" w:hAnsi="Sylfaen" w:cs="Sylfaen"/>
          <w:sz w:val="18"/>
          <w:szCs w:val="18"/>
        </w:rPr>
        <w:t>ოცდაათი</w:t>
      </w:r>
      <w:proofErr w:type="spellEnd"/>
      <w:r w:rsidR="003478DA">
        <w:rPr>
          <w:rFonts w:ascii="Sylfaen" w:hAnsi="Sylfaen" w:cstheme="majorHAnsi"/>
          <w:sz w:val="18"/>
          <w:szCs w:val="18"/>
          <w:lang w:val="ka-GE"/>
        </w:rPr>
        <w:t>)</w:t>
      </w:r>
      <w:r w:rsidRPr="0043468A">
        <w:rPr>
          <w:rFonts w:cstheme="majorHAnsi"/>
          <w:sz w:val="18"/>
          <w:szCs w:val="18"/>
        </w:rPr>
        <w:t xml:space="preserve"> </w:t>
      </w:r>
      <w:proofErr w:type="spellStart"/>
      <w:r w:rsidRPr="0043468A">
        <w:rPr>
          <w:rFonts w:ascii="Sylfaen" w:hAnsi="Sylfaen" w:cs="Sylfaen"/>
          <w:sz w:val="18"/>
          <w:szCs w:val="18"/>
        </w:rPr>
        <w:t>კალდენარულ</w:t>
      </w:r>
      <w:proofErr w:type="spellEnd"/>
      <w:r w:rsidRPr="0043468A">
        <w:rPr>
          <w:rFonts w:cstheme="majorHAnsi"/>
          <w:sz w:val="18"/>
          <w:szCs w:val="18"/>
        </w:rPr>
        <w:t xml:space="preserve"> </w:t>
      </w:r>
      <w:proofErr w:type="spellStart"/>
      <w:r w:rsidRPr="0043468A">
        <w:rPr>
          <w:rFonts w:ascii="Sylfaen" w:hAnsi="Sylfaen" w:cs="Sylfaen"/>
          <w:sz w:val="18"/>
          <w:szCs w:val="18"/>
        </w:rPr>
        <w:t>დღის</w:t>
      </w:r>
      <w:proofErr w:type="spellEnd"/>
      <w:r w:rsidRPr="0043468A">
        <w:rPr>
          <w:rFonts w:cstheme="majorHAnsi"/>
          <w:sz w:val="18"/>
          <w:szCs w:val="18"/>
        </w:rPr>
        <w:t xml:space="preserve"> </w:t>
      </w:r>
      <w:proofErr w:type="spellStart"/>
      <w:r w:rsidRPr="0043468A">
        <w:rPr>
          <w:rFonts w:ascii="Sylfaen" w:hAnsi="Sylfaen" w:cs="Sylfaen"/>
          <w:sz w:val="18"/>
          <w:szCs w:val="18"/>
        </w:rPr>
        <w:t>ვადაში</w:t>
      </w:r>
      <w:proofErr w:type="spellEnd"/>
      <w:r w:rsidRPr="0043468A">
        <w:rPr>
          <w:rFonts w:cstheme="majorHAnsi"/>
          <w:sz w:val="18"/>
          <w:szCs w:val="18"/>
        </w:rPr>
        <w:t xml:space="preserve"> </w:t>
      </w:r>
      <w:proofErr w:type="spellStart"/>
      <w:r w:rsidRPr="0043468A">
        <w:rPr>
          <w:rFonts w:ascii="Sylfaen" w:hAnsi="Sylfaen" w:cs="Sylfaen"/>
          <w:sz w:val="18"/>
          <w:szCs w:val="18"/>
        </w:rPr>
        <w:t>განახორციელოს</w:t>
      </w:r>
      <w:proofErr w:type="spellEnd"/>
      <w:r w:rsidRPr="0043468A">
        <w:rPr>
          <w:rFonts w:cstheme="majorHAnsi"/>
          <w:sz w:val="18"/>
          <w:szCs w:val="18"/>
        </w:rPr>
        <w:t xml:space="preserve"> </w:t>
      </w:r>
      <w:proofErr w:type="spellStart"/>
      <w:r w:rsidRPr="0043468A">
        <w:rPr>
          <w:rFonts w:ascii="Sylfaen" w:hAnsi="Sylfaen" w:cs="Sylfaen"/>
          <w:sz w:val="18"/>
          <w:szCs w:val="18"/>
        </w:rPr>
        <w:t>ვადის</w:t>
      </w:r>
      <w:proofErr w:type="spellEnd"/>
      <w:r w:rsidRPr="0043468A">
        <w:rPr>
          <w:rFonts w:cstheme="majorHAnsi"/>
          <w:sz w:val="18"/>
          <w:szCs w:val="18"/>
        </w:rPr>
        <w:t xml:space="preserve"> </w:t>
      </w:r>
      <w:proofErr w:type="spellStart"/>
      <w:r w:rsidRPr="0043468A">
        <w:rPr>
          <w:rFonts w:ascii="Sylfaen" w:hAnsi="Sylfaen" w:cs="Sylfaen"/>
          <w:sz w:val="18"/>
          <w:szCs w:val="18"/>
        </w:rPr>
        <w:t>დარღვევით</w:t>
      </w:r>
      <w:proofErr w:type="spellEnd"/>
      <w:r w:rsidRPr="0043468A">
        <w:rPr>
          <w:rFonts w:cstheme="majorHAnsi"/>
          <w:sz w:val="18"/>
          <w:szCs w:val="18"/>
        </w:rPr>
        <w:t xml:space="preserve"> </w:t>
      </w:r>
      <w:proofErr w:type="spellStart"/>
      <w:r w:rsidRPr="0043468A">
        <w:rPr>
          <w:rFonts w:ascii="Sylfaen" w:hAnsi="Sylfaen" w:cs="Sylfaen"/>
          <w:sz w:val="18"/>
          <w:szCs w:val="18"/>
        </w:rPr>
        <w:t>შესრულებული</w:t>
      </w:r>
      <w:proofErr w:type="spellEnd"/>
      <w:r w:rsidRPr="0043468A">
        <w:rPr>
          <w:rFonts w:cstheme="majorHAnsi"/>
          <w:sz w:val="18"/>
          <w:szCs w:val="18"/>
        </w:rPr>
        <w:t xml:space="preserve"> </w:t>
      </w:r>
      <w:proofErr w:type="spellStart"/>
      <w:r w:rsidRPr="0043468A">
        <w:rPr>
          <w:rFonts w:ascii="Sylfaen" w:hAnsi="Sylfaen" w:cs="Sylfaen"/>
          <w:sz w:val="18"/>
          <w:szCs w:val="18"/>
        </w:rPr>
        <w:t>სამუშაოს</w:t>
      </w:r>
      <w:proofErr w:type="spellEnd"/>
      <w:r w:rsidRPr="0043468A">
        <w:rPr>
          <w:rFonts w:cstheme="majorHAnsi"/>
          <w:sz w:val="18"/>
          <w:szCs w:val="18"/>
        </w:rPr>
        <w:t xml:space="preserve"> </w:t>
      </w:r>
      <w:proofErr w:type="spellStart"/>
      <w:r w:rsidRPr="0043468A">
        <w:rPr>
          <w:rFonts w:ascii="Sylfaen" w:hAnsi="Sylfaen" w:cs="Sylfaen"/>
          <w:sz w:val="18"/>
          <w:szCs w:val="18"/>
        </w:rPr>
        <w:t>შესრულება</w:t>
      </w:r>
      <w:proofErr w:type="spellEnd"/>
      <w:r w:rsidRPr="0043468A">
        <w:rPr>
          <w:rFonts w:cstheme="majorHAnsi"/>
          <w:sz w:val="18"/>
          <w:szCs w:val="18"/>
        </w:rPr>
        <w:t xml:space="preserve"> </w:t>
      </w:r>
      <w:proofErr w:type="spellStart"/>
      <w:r w:rsidRPr="0043468A">
        <w:rPr>
          <w:rFonts w:ascii="Sylfaen" w:hAnsi="Sylfaen" w:cs="Sylfaen"/>
          <w:sz w:val="18"/>
          <w:szCs w:val="18"/>
        </w:rPr>
        <w:t>იმგვარად</w:t>
      </w:r>
      <w:proofErr w:type="spellEnd"/>
      <w:r w:rsidRPr="0043468A">
        <w:rPr>
          <w:rFonts w:cstheme="majorHAnsi"/>
          <w:sz w:val="18"/>
          <w:szCs w:val="18"/>
        </w:rPr>
        <w:t xml:space="preserve">, </w:t>
      </w:r>
      <w:proofErr w:type="spellStart"/>
      <w:r w:rsidRPr="0043468A">
        <w:rPr>
          <w:rFonts w:ascii="Sylfaen" w:hAnsi="Sylfaen" w:cs="Sylfaen"/>
          <w:sz w:val="18"/>
          <w:szCs w:val="18"/>
        </w:rPr>
        <w:t>რომ</w:t>
      </w:r>
      <w:proofErr w:type="spellEnd"/>
      <w:r w:rsidRPr="0043468A">
        <w:rPr>
          <w:rFonts w:cstheme="majorHAnsi"/>
          <w:sz w:val="18"/>
          <w:szCs w:val="18"/>
        </w:rPr>
        <w:t xml:space="preserve"> </w:t>
      </w:r>
      <w:proofErr w:type="spellStart"/>
      <w:r w:rsidRPr="0043468A">
        <w:rPr>
          <w:rFonts w:ascii="Sylfaen" w:hAnsi="Sylfaen" w:cs="Sylfaen"/>
          <w:sz w:val="18"/>
          <w:szCs w:val="18"/>
        </w:rPr>
        <w:t>არ</w:t>
      </w:r>
      <w:proofErr w:type="spellEnd"/>
      <w:r w:rsidRPr="0043468A">
        <w:rPr>
          <w:rFonts w:cstheme="majorHAnsi"/>
          <w:sz w:val="18"/>
          <w:szCs w:val="18"/>
        </w:rPr>
        <w:t xml:space="preserve"> </w:t>
      </w:r>
      <w:proofErr w:type="spellStart"/>
      <w:r w:rsidRPr="0043468A">
        <w:rPr>
          <w:rFonts w:ascii="Sylfaen" w:hAnsi="Sylfaen" w:cs="Sylfaen"/>
          <w:sz w:val="18"/>
          <w:szCs w:val="18"/>
        </w:rPr>
        <w:t>დაირღვეს</w:t>
      </w:r>
      <w:proofErr w:type="spellEnd"/>
      <w:r w:rsidRPr="0043468A">
        <w:rPr>
          <w:rFonts w:cstheme="majorHAnsi"/>
          <w:sz w:val="18"/>
          <w:szCs w:val="18"/>
        </w:rPr>
        <w:t xml:space="preserve"> </w:t>
      </w:r>
      <w:proofErr w:type="spellStart"/>
      <w:r w:rsidRPr="0043468A">
        <w:rPr>
          <w:rFonts w:ascii="Sylfaen" w:hAnsi="Sylfaen" w:cs="Sylfaen"/>
          <w:sz w:val="18"/>
          <w:szCs w:val="18"/>
        </w:rPr>
        <w:t>კალენდარული</w:t>
      </w:r>
      <w:proofErr w:type="spellEnd"/>
      <w:r w:rsidRPr="0043468A">
        <w:rPr>
          <w:rFonts w:cstheme="majorHAnsi"/>
          <w:sz w:val="18"/>
          <w:szCs w:val="18"/>
        </w:rPr>
        <w:t xml:space="preserve"> </w:t>
      </w:r>
      <w:proofErr w:type="spellStart"/>
      <w:r w:rsidRPr="0043468A">
        <w:rPr>
          <w:rFonts w:ascii="Sylfaen" w:hAnsi="Sylfaen" w:cs="Sylfaen"/>
          <w:sz w:val="18"/>
          <w:szCs w:val="18"/>
        </w:rPr>
        <w:t>გეგმა</w:t>
      </w:r>
      <w:r w:rsidRPr="0043468A">
        <w:rPr>
          <w:rFonts w:cstheme="majorHAnsi"/>
          <w:sz w:val="18"/>
          <w:szCs w:val="18"/>
        </w:rPr>
        <w:t>-</w:t>
      </w:r>
      <w:r w:rsidRPr="0043468A">
        <w:rPr>
          <w:rFonts w:ascii="Sylfaen" w:hAnsi="Sylfaen" w:cs="Sylfaen"/>
          <w:sz w:val="18"/>
          <w:szCs w:val="18"/>
        </w:rPr>
        <w:t>გრაფიკით</w:t>
      </w:r>
      <w:proofErr w:type="spellEnd"/>
      <w:r w:rsidRPr="0043468A">
        <w:rPr>
          <w:rFonts w:cstheme="majorHAnsi"/>
          <w:sz w:val="18"/>
          <w:szCs w:val="18"/>
        </w:rPr>
        <w:t xml:space="preserve"> </w:t>
      </w:r>
      <w:proofErr w:type="spellStart"/>
      <w:r w:rsidRPr="0043468A">
        <w:rPr>
          <w:rFonts w:ascii="Sylfaen" w:hAnsi="Sylfaen" w:cs="Sylfaen"/>
          <w:sz w:val="18"/>
          <w:szCs w:val="18"/>
        </w:rPr>
        <w:t>განსაზღვრული</w:t>
      </w:r>
      <w:proofErr w:type="spellEnd"/>
      <w:r w:rsidRPr="0043468A">
        <w:rPr>
          <w:rFonts w:cstheme="majorHAnsi"/>
          <w:sz w:val="18"/>
          <w:szCs w:val="18"/>
        </w:rPr>
        <w:t xml:space="preserve"> </w:t>
      </w:r>
      <w:proofErr w:type="spellStart"/>
      <w:r w:rsidRPr="0043468A">
        <w:rPr>
          <w:rFonts w:ascii="Sylfaen" w:hAnsi="Sylfaen" w:cs="Sylfaen"/>
          <w:sz w:val="18"/>
          <w:szCs w:val="18"/>
        </w:rPr>
        <w:t>სხვა</w:t>
      </w:r>
      <w:proofErr w:type="spellEnd"/>
      <w:r w:rsidRPr="0043468A">
        <w:rPr>
          <w:rFonts w:cstheme="majorHAnsi"/>
          <w:sz w:val="18"/>
          <w:szCs w:val="18"/>
        </w:rPr>
        <w:t>/</w:t>
      </w:r>
      <w:proofErr w:type="spellStart"/>
      <w:r w:rsidRPr="0043468A">
        <w:rPr>
          <w:rFonts w:ascii="Sylfaen" w:hAnsi="Sylfaen" w:cs="Sylfaen"/>
          <w:sz w:val="18"/>
          <w:szCs w:val="18"/>
        </w:rPr>
        <w:t>მომდევნო</w:t>
      </w:r>
      <w:proofErr w:type="spellEnd"/>
      <w:r w:rsidRPr="0043468A">
        <w:rPr>
          <w:rFonts w:cstheme="majorHAnsi"/>
          <w:sz w:val="18"/>
          <w:szCs w:val="18"/>
        </w:rPr>
        <w:t xml:space="preserve"> </w:t>
      </w:r>
      <w:proofErr w:type="spellStart"/>
      <w:r w:rsidRPr="0043468A">
        <w:rPr>
          <w:rFonts w:ascii="Sylfaen" w:hAnsi="Sylfaen" w:cs="Sylfaen"/>
          <w:sz w:val="18"/>
          <w:szCs w:val="18"/>
        </w:rPr>
        <w:t>სამუშაოების</w:t>
      </w:r>
      <w:proofErr w:type="spellEnd"/>
      <w:r w:rsidRPr="0043468A">
        <w:rPr>
          <w:rFonts w:cstheme="majorHAnsi"/>
          <w:sz w:val="18"/>
          <w:szCs w:val="18"/>
        </w:rPr>
        <w:t xml:space="preserve"> </w:t>
      </w:r>
      <w:proofErr w:type="spellStart"/>
      <w:r w:rsidRPr="0043468A">
        <w:rPr>
          <w:rFonts w:ascii="Sylfaen" w:hAnsi="Sylfaen" w:cs="Sylfaen"/>
          <w:sz w:val="18"/>
          <w:szCs w:val="18"/>
        </w:rPr>
        <w:t>შესრულების</w:t>
      </w:r>
      <w:proofErr w:type="spellEnd"/>
      <w:r w:rsidRPr="0043468A">
        <w:rPr>
          <w:rFonts w:cstheme="majorHAnsi"/>
          <w:sz w:val="18"/>
          <w:szCs w:val="18"/>
        </w:rPr>
        <w:t xml:space="preserve"> </w:t>
      </w:r>
      <w:proofErr w:type="spellStart"/>
      <w:r w:rsidRPr="0043468A">
        <w:rPr>
          <w:rFonts w:ascii="Sylfaen" w:hAnsi="Sylfaen" w:cs="Sylfaen"/>
          <w:sz w:val="18"/>
          <w:szCs w:val="18"/>
        </w:rPr>
        <w:t>ვადა</w:t>
      </w:r>
      <w:proofErr w:type="spellEnd"/>
      <w:r w:rsidRPr="0043468A">
        <w:rPr>
          <w:rFonts w:cstheme="majorHAnsi"/>
          <w:sz w:val="18"/>
          <w:szCs w:val="18"/>
        </w:rPr>
        <w:t>.</w:t>
      </w:r>
      <w:r w:rsidR="002464F3">
        <w:rPr>
          <w:rFonts w:cstheme="majorHAnsi"/>
          <w:sz w:val="18"/>
          <w:szCs w:val="18"/>
          <w:lang w:val="ru-RU"/>
        </w:rPr>
        <w:t xml:space="preserve"> </w:t>
      </w:r>
      <w:proofErr w:type="spellStart"/>
      <w:r w:rsidRPr="0043468A">
        <w:rPr>
          <w:rFonts w:ascii="Sylfaen" w:hAnsi="Sylfaen" w:cs="Sylfaen"/>
          <w:sz w:val="18"/>
          <w:szCs w:val="18"/>
        </w:rPr>
        <w:t>ამასთან</w:t>
      </w:r>
      <w:proofErr w:type="spellEnd"/>
      <w:r w:rsidRPr="0043468A">
        <w:rPr>
          <w:rFonts w:cstheme="majorHAnsi"/>
          <w:sz w:val="18"/>
          <w:szCs w:val="18"/>
        </w:rPr>
        <w:t>,</w:t>
      </w:r>
      <w:r w:rsidR="002464F3">
        <w:rPr>
          <w:rFonts w:cstheme="majorHAnsi"/>
          <w:sz w:val="18"/>
          <w:szCs w:val="18"/>
          <w:lang w:val="ru-RU"/>
        </w:rPr>
        <w:t xml:space="preserve"> </w:t>
      </w:r>
      <w:r w:rsidR="003478DA">
        <w:rPr>
          <w:rFonts w:ascii="Sylfaen" w:hAnsi="Sylfaen" w:cs="Sylfaen"/>
          <w:sz w:val="18"/>
          <w:szCs w:val="18"/>
          <w:lang w:val="ka-GE"/>
        </w:rPr>
        <w:t xml:space="preserve">მენარდე </w:t>
      </w:r>
      <w:proofErr w:type="spellStart"/>
      <w:r w:rsidRPr="0043468A">
        <w:rPr>
          <w:rFonts w:ascii="Sylfaen" w:hAnsi="Sylfaen" w:cs="Sylfaen"/>
          <w:sz w:val="18"/>
          <w:szCs w:val="18"/>
        </w:rPr>
        <w:t>ამ</w:t>
      </w:r>
      <w:proofErr w:type="spellEnd"/>
      <w:r w:rsidRPr="0043468A">
        <w:rPr>
          <w:rFonts w:cstheme="majorHAnsi"/>
          <w:sz w:val="18"/>
          <w:szCs w:val="18"/>
        </w:rPr>
        <w:t xml:space="preserve"> </w:t>
      </w:r>
      <w:proofErr w:type="spellStart"/>
      <w:r w:rsidRPr="0043468A">
        <w:rPr>
          <w:rFonts w:ascii="Sylfaen" w:hAnsi="Sylfaen" w:cs="Sylfaen"/>
          <w:sz w:val="18"/>
          <w:szCs w:val="18"/>
        </w:rPr>
        <w:t>პუნქტით</w:t>
      </w:r>
      <w:proofErr w:type="spellEnd"/>
      <w:r w:rsidRPr="0043468A">
        <w:rPr>
          <w:rFonts w:cstheme="majorHAnsi"/>
          <w:sz w:val="18"/>
          <w:szCs w:val="18"/>
        </w:rPr>
        <w:t xml:space="preserve"> </w:t>
      </w:r>
      <w:proofErr w:type="spellStart"/>
      <w:r w:rsidRPr="0043468A">
        <w:rPr>
          <w:rFonts w:ascii="Sylfaen" w:hAnsi="Sylfaen" w:cs="Sylfaen"/>
          <w:sz w:val="18"/>
          <w:szCs w:val="18"/>
        </w:rPr>
        <w:t>განსაზღვრული</w:t>
      </w:r>
      <w:proofErr w:type="spellEnd"/>
      <w:r w:rsidRPr="0043468A">
        <w:rPr>
          <w:rFonts w:cstheme="majorHAnsi"/>
          <w:sz w:val="18"/>
          <w:szCs w:val="18"/>
        </w:rPr>
        <w:t xml:space="preserve"> </w:t>
      </w:r>
      <w:proofErr w:type="spellStart"/>
      <w:r w:rsidRPr="0043468A">
        <w:rPr>
          <w:rFonts w:ascii="Sylfaen" w:hAnsi="Sylfaen" w:cs="Sylfaen"/>
          <w:sz w:val="18"/>
          <w:szCs w:val="18"/>
        </w:rPr>
        <w:t>გარემოების</w:t>
      </w:r>
      <w:proofErr w:type="spellEnd"/>
      <w:r w:rsidRPr="0043468A">
        <w:rPr>
          <w:rFonts w:cstheme="majorHAnsi"/>
          <w:sz w:val="18"/>
          <w:szCs w:val="18"/>
        </w:rPr>
        <w:t xml:space="preserve"> </w:t>
      </w:r>
      <w:proofErr w:type="spellStart"/>
      <w:r w:rsidRPr="0043468A">
        <w:rPr>
          <w:rFonts w:ascii="Sylfaen" w:hAnsi="Sylfaen" w:cs="Sylfaen"/>
          <w:sz w:val="18"/>
          <w:szCs w:val="18"/>
        </w:rPr>
        <w:t>დადგომიდან</w:t>
      </w:r>
      <w:proofErr w:type="spellEnd"/>
      <w:r w:rsidRPr="0043468A">
        <w:rPr>
          <w:rFonts w:cstheme="majorHAnsi"/>
          <w:sz w:val="18"/>
          <w:szCs w:val="18"/>
        </w:rPr>
        <w:t>,</w:t>
      </w:r>
      <w:r w:rsidR="003478DA">
        <w:rPr>
          <w:rFonts w:ascii="Sylfaen" w:hAnsi="Sylfaen" w:cstheme="majorHAnsi"/>
          <w:sz w:val="18"/>
          <w:szCs w:val="18"/>
          <w:lang w:val="ka-GE"/>
        </w:rPr>
        <w:t xml:space="preserve"> </w:t>
      </w:r>
      <w:proofErr w:type="spellStart"/>
      <w:r w:rsidRPr="0043468A">
        <w:rPr>
          <w:rFonts w:ascii="Sylfaen" w:hAnsi="Sylfaen" w:cs="Sylfaen"/>
          <w:sz w:val="18"/>
          <w:szCs w:val="18"/>
        </w:rPr>
        <w:t>არაუმეტეს</w:t>
      </w:r>
      <w:proofErr w:type="spellEnd"/>
      <w:r w:rsidRPr="0043468A">
        <w:rPr>
          <w:rFonts w:cstheme="majorHAnsi"/>
          <w:sz w:val="18"/>
          <w:szCs w:val="18"/>
        </w:rPr>
        <w:t xml:space="preserve"> - 10 </w:t>
      </w:r>
      <w:r w:rsidR="003478DA">
        <w:rPr>
          <w:rFonts w:ascii="Sylfaen" w:hAnsi="Sylfaen" w:cstheme="majorHAnsi"/>
          <w:sz w:val="18"/>
          <w:szCs w:val="18"/>
          <w:lang w:val="ka-GE"/>
        </w:rPr>
        <w:t>(</w:t>
      </w:r>
      <w:proofErr w:type="spellStart"/>
      <w:r w:rsidRPr="0043468A">
        <w:rPr>
          <w:rFonts w:ascii="Sylfaen" w:hAnsi="Sylfaen" w:cs="Sylfaen"/>
          <w:sz w:val="18"/>
          <w:szCs w:val="18"/>
        </w:rPr>
        <w:t>ათი</w:t>
      </w:r>
      <w:proofErr w:type="spellEnd"/>
      <w:r w:rsidR="003478DA">
        <w:rPr>
          <w:rFonts w:ascii="Sylfaen" w:hAnsi="Sylfaen" w:cstheme="majorHAnsi"/>
          <w:sz w:val="18"/>
          <w:szCs w:val="18"/>
          <w:lang w:val="ka-GE"/>
        </w:rPr>
        <w:t>)</w:t>
      </w:r>
      <w:r w:rsidRPr="0043468A">
        <w:rPr>
          <w:rFonts w:cstheme="majorHAnsi"/>
          <w:sz w:val="18"/>
          <w:szCs w:val="18"/>
        </w:rPr>
        <w:t xml:space="preserve"> </w:t>
      </w:r>
      <w:proofErr w:type="spellStart"/>
      <w:r w:rsidRPr="0043468A">
        <w:rPr>
          <w:rFonts w:ascii="Sylfaen" w:hAnsi="Sylfaen" w:cs="Sylfaen"/>
          <w:sz w:val="18"/>
          <w:szCs w:val="18"/>
        </w:rPr>
        <w:t>კალენდარული</w:t>
      </w:r>
      <w:proofErr w:type="spellEnd"/>
      <w:r w:rsidRPr="0043468A">
        <w:rPr>
          <w:rFonts w:cstheme="majorHAnsi"/>
          <w:sz w:val="18"/>
          <w:szCs w:val="18"/>
        </w:rPr>
        <w:t xml:space="preserve"> </w:t>
      </w:r>
      <w:proofErr w:type="spellStart"/>
      <w:r w:rsidRPr="0043468A">
        <w:rPr>
          <w:rFonts w:ascii="Sylfaen" w:hAnsi="Sylfaen" w:cs="Sylfaen"/>
          <w:sz w:val="18"/>
          <w:szCs w:val="18"/>
        </w:rPr>
        <w:t>დღის</w:t>
      </w:r>
      <w:proofErr w:type="spellEnd"/>
      <w:r w:rsidRPr="0043468A">
        <w:rPr>
          <w:rFonts w:cstheme="majorHAnsi"/>
          <w:sz w:val="18"/>
          <w:szCs w:val="18"/>
        </w:rPr>
        <w:t xml:space="preserve"> </w:t>
      </w:r>
      <w:proofErr w:type="spellStart"/>
      <w:r w:rsidRPr="0043468A">
        <w:rPr>
          <w:rFonts w:ascii="Sylfaen" w:hAnsi="Sylfaen" w:cs="Sylfaen"/>
          <w:sz w:val="18"/>
          <w:szCs w:val="18"/>
        </w:rPr>
        <w:t>ვადაში</w:t>
      </w:r>
      <w:proofErr w:type="spellEnd"/>
      <w:r w:rsidRPr="0043468A">
        <w:rPr>
          <w:rFonts w:cstheme="majorHAnsi"/>
          <w:sz w:val="18"/>
          <w:szCs w:val="18"/>
        </w:rPr>
        <w:t xml:space="preserve">, </w:t>
      </w:r>
      <w:proofErr w:type="spellStart"/>
      <w:r w:rsidRPr="0043468A">
        <w:rPr>
          <w:rFonts w:ascii="Sylfaen" w:hAnsi="Sylfaen" w:cs="Sylfaen"/>
          <w:sz w:val="18"/>
          <w:szCs w:val="18"/>
        </w:rPr>
        <w:t>დამკვეთს</w:t>
      </w:r>
      <w:proofErr w:type="spellEnd"/>
      <w:r w:rsidRPr="0043468A">
        <w:rPr>
          <w:rFonts w:cstheme="majorHAnsi"/>
          <w:sz w:val="18"/>
          <w:szCs w:val="18"/>
        </w:rPr>
        <w:t xml:space="preserve"> </w:t>
      </w:r>
      <w:proofErr w:type="spellStart"/>
      <w:r w:rsidRPr="0043468A">
        <w:rPr>
          <w:rFonts w:ascii="Sylfaen" w:hAnsi="Sylfaen" w:cs="Sylfaen"/>
          <w:sz w:val="18"/>
          <w:szCs w:val="18"/>
        </w:rPr>
        <w:t>წარუდგ</w:t>
      </w:r>
      <w:proofErr w:type="spellEnd"/>
      <w:r w:rsidR="00E86FA0">
        <w:rPr>
          <w:rFonts w:ascii="Sylfaen" w:hAnsi="Sylfaen" w:cs="Sylfaen"/>
          <w:sz w:val="18"/>
          <w:szCs w:val="18"/>
          <w:lang w:val="ka-GE"/>
        </w:rPr>
        <w:t>ე</w:t>
      </w:r>
      <w:proofErr w:type="spellStart"/>
      <w:r w:rsidRPr="0043468A">
        <w:rPr>
          <w:rFonts w:ascii="Sylfaen" w:hAnsi="Sylfaen" w:cs="Sylfaen"/>
          <w:sz w:val="18"/>
          <w:szCs w:val="18"/>
        </w:rPr>
        <w:t>ნს</w:t>
      </w:r>
      <w:proofErr w:type="spellEnd"/>
      <w:r w:rsidRPr="0043468A">
        <w:rPr>
          <w:rFonts w:cstheme="majorHAnsi"/>
          <w:sz w:val="18"/>
          <w:szCs w:val="18"/>
        </w:rPr>
        <w:t xml:space="preserve"> </w:t>
      </w:r>
      <w:proofErr w:type="spellStart"/>
      <w:r w:rsidRPr="0043468A">
        <w:rPr>
          <w:rFonts w:ascii="Sylfaen" w:hAnsi="Sylfaen" w:cs="Sylfaen"/>
          <w:sz w:val="18"/>
          <w:szCs w:val="18"/>
        </w:rPr>
        <w:t>და</w:t>
      </w:r>
      <w:proofErr w:type="spellEnd"/>
      <w:r w:rsidRPr="0043468A">
        <w:rPr>
          <w:rFonts w:cstheme="majorHAnsi"/>
          <w:sz w:val="18"/>
          <w:szCs w:val="18"/>
        </w:rPr>
        <w:t xml:space="preserve"> </w:t>
      </w:r>
      <w:proofErr w:type="spellStart"/>
      <w:r w:rsidRPr="0043468A">
        <w:rPr>
          <w:rFonts w:ascii="Sylfaen" w:hAnsi="Sylfaen" w:cs="Sylfaen"/>
          <w:sz w:val="18"/>
          <w:szCs w:val="18"/>
        </w:rPr>
        <w:t>დამკვეთთან</w:t>
      </w:r>
      <w:proofErr w:type="spellEnd"/>
      <w:r w:rsidRPr="0043468A">
        <w:rPr>
          <w:rFonts w:cstheme="majorHAnsi"/>
          <w:sz w:val="18"/>
          <w:szCs w:val="18"/>
        </w:rPr>
        <w:t xml:space="preserve"> </w:t>
      </w:r>
      <w:proofErr w:type="spellStart"/>
      <w:r w:rsidRPr="0043468A">
        <w:rPr>
          <w:rFonts w:ascii="Sylfaen" w:hAnsi="Sylfaen" w:cs="Sylfaen"/>
          <w:sz w:val="18"/>
          <w:szCs w:val="18"/>
        </w:rPr>
        <w:t>შეათანხმებს</w:t>
      </w:r>
      <w:proofErr w:type="spellEnd"/>
      <w:r w:rsidRPr="0043468A">
        <w:rPr>
          <w:rFonts w:cstheme="majorHAnsi"/>
          <w:sz w:val="18"/>
          <w:szCs w:val="18"/>
        </w:rPr>
        <w:t xml:space="preserve"> </w:t>
      </w:r>
      <w:proofErr w:type="spellStart"/>
      <w:r w:rsidRPr="0043468A">
        <w:rPr>
          <w:rFonts w:ascii="Sylfaen" w:hAnsi="Sylfaen" w:cs="Sylfaen"/>
          <w:sz w:val="18"/>
          <w:szCs w:val="18"/>
        </w:rPr>
        <w:t>სამუშაოების</w:t>
      </w:r>
      <w:proofErr w:type="spellEnd"/>
      <w:r w:rsidRPr="0043468A">
        <w:rPr>
          <w:rFonts w:cstheme="majorHAnsi"/>
          <w:sz w:val="18"/>
          <w:szCs w:val="18"/>
        </w:rPr>
        <w:t xml:space="preserve"> </w:t>
      </w:r>
      <w:proofErr w:type="spellStart"/>
      <w:r w:rsidRPr="0043468A">
        <w:rPr>
          <w:rFonts w:ascii="Sylfaen" w:hAnsi="Sylfaen" w:cs="Sylfaen"/>
          <w:sz w:val="18"/>
          <w:szCs w:val="18"/>
        </w:rPr>
        <w:t>ახალ</w:t>
      </w:r>
      <w:proofErr w:type="spellEnd"/>
      <w:r w:rsidR="002464F3">
        <w:rPr>
          <w:rFonts w:ascii="Sylfaen" w:hAnsi="Sylfaen" w:cs="Sylfaen"/>
          <w:sz w:val="18"/>
          <w:szCs w:val="18"/>
          <w:lang w:val="ru-RU"/>
        </w:rPr>
        <w:t xml:space="preserve"> </w:t>
      </w:r>
      <w:proofErr w:type="spellStart"/>
      <w:r w:rsidRPr="0043468A">
        <w:rPr>
          <w:rFonts w:ascii="Sylfaen" w:hAnsi="Sylfaen" w:cs="Sylfaen"/>
          <w:sz w:val="18"/>
          <w:szCs w:val="18"/>
        </w:rPr>
        <w:t>კალენდარულ</w:t>
      </w:r>
      <w:proofErr w:type="spellEnd"/>
      <w:r w:rsidR="002464F3">
        <w:rPr>
          <w:rFonts w:ascii="Sylfaen" w:hAnsi="Sylfaen" w:cs="Sylfaen"/>
          <w:sz w:val="18"/>
          <w:szCs w:val="18"/>
          <w:lang w:val="ru-RU"/>
        </w:rPr>
        <w:t xml:space="preserve"> </w:t>
      </w:r>
      <w:proofErr w:type="spellStart"/>
      <w:r w:rsidRPr="0043468A">
        <w:rPr>
          <w:rFonts w:ascii="Sylfaen" w:hAnsi="Sylfaen" w:cs="Sylfaen"/>
          <w:sz w:val="18"/>
          <w:szCs w:val="18"/>
        </w:rPr>
        <w:t>გეგმა</w:t>
      </w:r>
      <w:r w:rsidRPr="0043468A">
        <w:rPr>
          <w:rFonts w:cstheme="majorHAnsi"/>
          <w:sz w:val="18"/>
          <w:szCs w:val="18"/>
        </w:rPr>
        <w:t>-</w:t>
      </w:r>
      <w:r w:rsidRPr="0043468A">
        <w:rPr>
          <w:rFonts w:ascii="Sylfaen" w:hAnsi="Sylfaen" w:cs="Sylfaen"/>
          <w:sz w:val="18"/>
          <w:szCs w:val="18"/>
        </w:rPr>
        <w:t>გრაფიკს</w:t>
      </w:r>
      <w:proofErr w:type="spellEnd"/>
      <w:r w:rsidRPr="0043468A">
        <w:rPr>
          <w:rFonts w:cstheme="majorHAnsi"/>
          <w:sz w:val="18"/>
          <w:szCs w:val="18"/>
        </w:rPr>
        <w:t xml:space="preserve">, </w:t>
      </w:r>
      <w:proofErr w:type="spellStart"/>
      <w:r w:rsidRPr="0043468A">
        <w:rPr>
          <w:rFonts w:ascii="Sylfaen" w:hAnsi="Sylfaen" w:cs="Sylfaen"/>
          <w:sz w:val="18"/>
          <w:szCs w:val="18"/>
        </w:rPr>
        <w:t>იმგვარად</w:t>
      </w:r>
      <w:proofErr w:type="spellEnd"/>
      <w:r w:rsidRPr="0043468A">
        <w:rPr>
          <w:rFonts w:cstheme="majorHAnsi"/>
          <w:sz w:val="18"/>
          <w:szCs w:val="18"/>
        </w:rPr>
        <w:t xml:space="preserve">, </w:t>
      </w:r>
      <w:proofErr w:type="spellStart"/>
      <w:r w:rsidRPr="0043468A">
        <w:rPr>
          <w:rFonts w:ascii="Sylfaen" w:hAnsi="Sylfaen" w:cs="Sylfaen"/>
          <w:sz w:val="18"/>
          <w:szCs w:val="18"/>
        </w:rPr>
        <w:t>რომ</w:t>
      </w:r>
      <w:proofErr w:type="spellEnd"/>
      <w:r w:rsidRPr="0043468A">
        <w:rPr>
          <w:rFonts w:cstheme="majorHAnsi"/>
          <w:sz w:val="18"/>
          <w:szCs w:val="18"/>
        </w:rPr>
        <w:t xml:space="preserve"> </w:t>
      </w:r>
      <w:proofErr w:type="spellStart"/>
      <w:r w:rsidRPr="0043468A">
        <w:rPr>
          <w:rFonts w:ascii="Sylfaen" w:hAnsi="Sylfaen" w:cs="Sylfaen"/>
          <w:sz w:val="18"/>
          <w:szCs w:val="18"/>
        </w:rPr>
        <w:t>ახალი</w:t>
      </w:r>
      <w:proofErr w:type="spellEnd"/>
      <w:r w:rsidRPr="0043468A">
        <w:rPr>
          <w:rFonts w:cstheme="majorHAnsi"/>
          <w:sz w:val="18"/>
          <w:szCs w:val="18"/>
        </w:rPr>
        <w:t xml:space="preserve"> </w:t>
      </w:r>
      <w:proofErr w:type="spellStart"/>
      <w:r w:rsidRPr="0043468A">
        <w:rPr>
          <w:rFonts w:ascii="Sylfaen" w:hAnsi="Sylfaen" w:cs="Sylfaen"/>
          <w:sz w:val="18"/>
          <w:szCs w:val="18"/>
        </w:rPr>
        <w:t>კალენდარული</w:t>
      </w:r>
      <w:proofErr w:type="spellEnd"/>
      <w:r w:rsidRPr="0043468A">
        <w:rPr>
          <w:rFonts w:cstheme="majorHAnsi"/>
          <w:sz w:val="18"/>
          <w:szCs w:val="18"/>
        </w:rPr>
        <w:t xml:space="preserve"> </w:t>
      </w:r>
      <w:proofErr w:type="spellStart"/>
      <w:r w:rsidRPr="0043468A">
        <w:rPr>
          <w:rFonts w:ascii="Sylfaen" w:hAnsi="Sylfaen" w:cs="Sylfaen"/>
          <w:sz w:val="18"/>
          <w:szCs w:val="18"/>
        </w:rPr>
        <w:t>გეგმა</w:t>
      </w:r>
      <w:r w:rsidRPr="0043468A">
        <w:rPr>
          <w:rFonts w:cstheme="majorHAnsi"/>
          <w:sz w:val="18"/>
          <w:szCs w:val="18"/>
        </w:rPr>
        <w:t>-</w:t>
      </w:r>
      <w:r w:rsidRPr="0043468A">
        <w:rPr>
          <w:rFonts w:ascii="Sylfaen" w:hAnsi="Sylfaen" w:cs="Sylfaen"/>
          <w:sz w:val="18"/>
          <w:szCs w:val="18"/>
        </w:rPr>
        <w:t>გრაფიკით</w:t>
      </w:r>
      <w:proofErr w:type="spellEnd"/>
      <w:r w:rsidRPr="0043468A">
        <w:rPr>
          <w:rFonts w:cstheme="majorHAnsi"/>
          <w:sz w:val="18"/>
          <w:szCs w:val="18"/>
        </w:rPr>
        <w:t xml:space="preserve"> </w:t>
      </w:r>
      <w:proofErr w:type="spellStart"/>
      <w:r w:rsidRPr="0043468A">
        <w:rPr>
          <w:rFonts w:ascii="Sylfaen" w:hAnsi="Sylfaen" w:cs="Sylfaen"/>
          <w:sz w:val="18"/>
          <w:szCs w:val="18"/>
        </w:rPr>
        <w:t>არ</w:t>
      </w:r>
      <w:proofErr w:type="spellEnd"/>
      <w:r w:rsidRPr="0043468A">
        <w:rPr>
          <w:rFonts w:cstheme="majorHAnsi"/>
          <w:sz w:val="18"/>
          <w:szCs w:val="18"/>
        </w:rPr>
        <w:t xml:space="preserve"> </w:t>
      </w:r>
      <w:proofErr w:type="spellStart"/>
      <w:r w:rsidRPr="0043468A">
        <w:rPr>
          <w:rFonts w:ascii="Sylfaen" w:hAnsi="Sylfaen" w:cs="Sylfaen"/>
          <w:sz w:val="18"/>
          <w:szCs w:val="18"/>
        </w:rPr>
        <w:t>უნდა</w:t>
      </w:r>
      <w:proofErr w:type="spellEnd"/>
      <w:r w:rsidRPr="0043468A">
        <w:rPr>
          <w:rFonts w:cstheme="majorHAnsi"/>
          <w:sz w:val="18"/>
          <w:szCs w:val="18"/>
        </w:rPr>
        <w:t xml:space="preserve"> </w:t>
      </w:r>
      <w:proofErr w:type="spellStart"/>
      <w:r w:rsidRPr="0043468A">
        <w:rPr>
          <w:rFonts w:ascii="Sylfaen" w:hAnsi="Sylfaen" w:cs="Sylfaen"/>
          <w:sz w:val="18"/>
          <w:szCs w:val="18"/>
        </w:rPr>
        <w:t>იცვლებოდეს</w:t>
      </w:r>
      <w:proofErr w:type="spellEnd"/>
      <w:r w:rsidRPr="0043468A">
        <w:rPr>
          <w:rFonts w:cstheme="majorHAnsi"/>
          <w:sz w:val="18"/>
          <w:szCs w:val="18"/>
        </w:rPr>
        <w:t xml:space="preserve"> </w:t>
      </w:r>
      <w:proofErr w:type="spellStart"/>
      <w:r w:rsidRPr="0043468A">
        <w:rPr>
          <w:rFonts w:ascii="Sylfaen" w:hAnsi="Sylfaen" w:cs="Sylfaen"/>
          <w:sz w:val="18"/>
          <w:szCs w:val="18"/>
        </w:rPr>
        <w:t>სამუშაოს</w:t>
      </w:r>
      <w:proofErr w:type="spellEnd"/>
      <w:r w:rsidRPr="0043468A">
        <w:rPr>
          <w:rFonts w:cstheme="majorHAnsi"/>
          <w:sz w:val="18"/>
          <w:szCs w:val="18"/>
        </w:rPr>
        <w:t xml:space="preserve"> </w:t>
      </w:r>
      <w:proofErr w:type="spellStart"/>
      <w:r w:rsidRPr="0043468A">
        <w:rPr>
          <w:rFonts w:ascii="Sylfaen" w:hAnsi="Sylfaen" w:cs="Sylfaen"/>
          <w:sz w:val="18"/>
          <w:szCs w:val="18"/>
        </w:rPr>
        <w:t>სრულად</w:t>
      </w:r>
      <w:proofErr w:type="spellEnd"/>
      <w:r w:rsidRPr="0043468A">
        <w:rPr>
          <w:rFonts w:cstheme="majorHAnsi"/>
          <w:sz w:val="18"/>
          <w:szCs w:val="18"/>
        </w:rPr>
        <w:t xml:space="preserve"> </w:t>
      </w:r>
      <w:proofErr w:type="spellStart"/>
      <w:r w:rsidRPr="0043468A">
        <w:rPr>
          <w:rFonts w:ascii="Sylfaen" w:hAnsi="Sylfaen" w:cs="Sylfaen"/>
          <w:sz w:val="18"/>
          <w:szCs w:val="18"/>
        </w:rPr>
        <w:t>შესრულებისათვის</w:t>
      </w:r>
      <w:proofErr w:type="spellEnd"/>
      <w:r w:rsidRPr="0043468A">
        <w:rPr>
          <w:rFonts w:cstheme="majorHAnsi"/>
          <w:sz w:val="18"/>
          <w:szCs w:val="18"/>
        </w:rPr>
        <w:t xml:space="preserve"> </w:t>
      </w:r>
      <w:r w:rsidR="003478DA">
        <w:rPr>
          <w:rFonts w:ascii="Sylfaen" w:hAnsi="Sylfaen" w:cstheme="majorHAnsi"/>
          <w:sz w:val="18"/>
          <w:szCs w:val="18"/>
          <w:lang w:val="ka-GE"/>
        </w:rPr>
        <w:t>(</w:t>
      </w:r>
      <w:proofErr w:type="spellStart"/>
      <w:r w:rsidRPr="0043468A">
        <w:rPr>
          <w:rFonts w:ascii="Sylfaen" w:hAnsi="Sylfaen" w:cs="Sylfaen"/>
          <w:sz w:val="18"/>
          <w:szCs w:val="18"/>
        </w:rPr>
        <w:t>სამუშაოს</w:t>
      </w:r>
      <w:proofErr w:type="spellEnd"/>
      <w:r w:rsidRPr="0043468A">
        <w:rPr>
          <w:rFonts w:cstheme="majorHAnsi"/>
          <w:sz w:val="18"/>
          <w:szCs w:val="18"/>
        </w:rPr>
        <w:t xml:space="preserve"> </w:t>
      </w:r>
      <w:proofErr w:type="spellStart"/>
      <w:r w:rsidRPr="0043468A">
        <w:rPr>
          <w:rFonts w:ascii="Sylfaen" w:hAnsi="Sylfaen" w:cs="Sylfaen"/>
          <w:sz w:val="18"/>
          <w:szCs w:val="18"/>
        </w:rPr>
        <w:t>დასრულებისთვის</w:t>
      </w:r>
      <w:proofErr w:type="spellEnd"/>
      <w:r w:rsidR="003478DA">
        <w:rPr>
          <w:rFonts w:ascii="Sylfaen" w:hAnsi="Sylfaen" w:cstheme="majorHAnsi"/>
          <w:sz w:val="18"/>
          <w:szCs w:val="18"/>
          <w:lang w:val="ka-GE"/>
        </w:rPr>
        <w:t xml:space="preserve">) </w:t>
      </w:r>
      <w:proofErr w:type="spellStart"/>
      <w:r w:rsidRPr="0043468A">
        <w:rPr>
          <w:rFonts w:ascii="Sylfaen" w:hAnsi="Sylfaen" w:cs="Sylfaen"/>
          <w:sz w:val="18"/>
          <w:szCs w:val="18"/>
        </w:rPr>
        <w:t>ხელშეკრულების</w:t>
      </w:r>
      <w:proofErr w:type="spellEnd"/>
      <w:r w:rsidRPr="0043468A">
        <w:rPr>
          <w:rFonts w:cstheme="majorHAnsi"/>
          <w:sz w:val="18"/>
          <w:szCs w:val="18"/>
        </w:rPr>
        <w:t xml:space="preserve"> 5.1. </w:t>
      </w:r>
      <w:proofErr w:type="spellStart"/>
      <w:r w:rsidRPr="0043468A">
        <w:rPr>
          <w:rFonts w:ascii="Sylfaen" w:hAnsi="Sylfaen" w:cs="Sylfaen"/>
          <w:sz w:val="18"/>
          <w:szCs w:val="18"/>
        </w:rPr>
        <w:t>მუხლით</w:t>
      </w:r>
      <w:proofErr w:type="spellEnd"/>
      <w:r w:rsidRPr="0043468A">
        <w:rPr>
          <w:rFonts w:cstheme="majorHAnsi"/>
          <w:sz w:val="18"/>
          <w:szCs w:val="18"/>
        </w:rPr>
        <w:t xml:space="preserve"> </w:t>
      </w:r>
      <w:proofErr w:type="spellStart"/>
      <w:r w:rsidRPr="0043468A">
        <w:rPr>
          <w:rFonts w:ascii="Sylfaen" w:hAnsi="Sylfaen" w:cs="Sylfaen"/>
          <w:sz w:val="18"/>
          <w:szCs w:val="18"/>
        </w:rPr>
        <w:t>განსაზღვრული</w:t>
      </w:r>
      <w:proofErr w:type="spellEnd"/>
      <w:r w:rsidRPr="0043468A">
        <w:rPr>
          <w:rFonts w:cstheme="majorHAnsi"/>
          <w:sz w:val="18"/>
          <w:szCs w:val="18"/>
        </w:rPr>
        <w:t xml:space="preserve"> </w:t>
      </w:r>
      <w:proofErr w:type="spellStart"/>
      <w:r w:rsidRPr="0043468A">
        <w:rPr>
          <w:rFonts w:ascii="Sylfaen" w:hAnsi="Sylfaen" w:cs="Sylfaen"/>
          <w:sz w:val="18"/>
          <w:szCs w:val="18"/>
        </w:rPr>
        <w:t>ვადა</w:t>
      </w:r>
      <w:proofErr w:type="spellEnd"/>
      <w:r w:rsidRPr="0043468A">
        <w:rPr>
          <w:rFonts w:cstheme="majorHAnsi"/>
          <w:sz w:val="18"/>
          <w:szCs w:val="18"/>
        </w:rPr>
        <w:t xml:space="preserve">. </w:t>
      </w:r>
      <w:proofErr w:type="spellStart"/>
      <w:r w:rsidRPr="0043468A">
        <w:rPr>
          <w:rFonts w:ascii="Sylfaen" w:hAnsi="Sylfaen" w:cs="Sylfaen"/>
          <w:sz w:val="18"/>
          <w:szCs w:val="18"/>
        </w:rPr>
        <w:t>ამასთან</w:t>
      </w:r>
      <w:proofErr w:type="spellEnd"/>
      <w:r w:rsidRPr="0043468A">
        <w:rPr>
          <w:rFonts w:cstheme="majorHAnsi"/>
          <w:sz w:val="18"/>
          <w:szCs w:val="18"/>
        </w:rPr>
        <w:t xml:space="preserve">, </w:t>
      </w:r>
      <w:proofErr w:type="spellStart"/>
      <w:r w:rsidRPr="0043468A">
        <w:rPr>
          <w:rFonts w:ascii="Sylfaen" w:hAnsi="Sylfaen" w:cs="Sylfaen"/>
          <w:sz w:val="18"/>
          <w:szCs w:val="18"/>
        </w:rPr>
        <w:t>დამკვეთი</w:t>
      </w:r>
      <w:proofErr w:type="spellEnd"/>
      <w:r w:rsidR="002464F3">
        <w:rPr>
          <w:rFonts w:ascii="Sylfaen" w:hAnsi="Sylfaen" w:cs="Sylfaen"/>
          <w:sz w:val="18"/>
          <w:szCs w:val="18"/>
          <w:lang w:val="ru-RU"/>
        </w:rPr>
        <w:t xml:space="preserve"> </w:t>
      </w:r>
      <w:proofErr w:type="spellStart"/>
      <w:r w:rsidRPr="0043468A">
        <w:rPr>
          <w:rFonts w:ascii="Sylfaen" w:hAnsi="Sylfaen" w:cs="Sylfaen"/>
          <w:sz w:val="18"/>
          <w:szCs w:val="18"/>
        </w:rPr>
        <w:t>უფლებამოსილია</w:t>
      </w:r>
      <w:proofErr w:type="spellEnd"/>
      <w:r w:rsidR="002464F3">
        <w:rPr>
          <w:rFonts w:ascii="Sylfaen" w:hAnsi="Sylfaen" w:cs="Sylfaen"/>
          <w:sz w:val="18"/>
          <w:szCs w:val="18"/>
          <w:lang w:val="ru-RU"/>
        </w:rPr>
        <w:t xml:space="preserve"> </w:t>
      </w:r>
      <w:proofErr w:type="spellStart"/>
      <w:r w:rsidRPr="0043468A">
        <w:rPr>
          <w:rFonts w:ascii="Sylfaen" w:hAnsi="Sylfaen" w:cs="Sylfaen"/>
          <w:sz w:val="18"/>
          <w:szCs w:val="18"/>
        </w:rPr>
        <w:t>გამოიყენოს</w:t>
      </w:r>
      <w:proofErr w:type="spellEnd"/>
      <w:r w:rsidRPr="0043468A">
        <w:rPr>
          <w:rFonts w:cstheme="majorHAnsi"/>
          <w:sz w:val="18"/>
          <w:szCs w:val="18"/>
        </w:rPr>
        <w:t xml:space="preserve"> </w:t>
      </w:r>
      <w:proofErr w:type="spellStart"/>
      <w:r w:rsidRPr="0043468A">
        <w:rPr>
          <w:rFonts w:ascii="Sylfaen" w:hAnsi="Sylfaen" w:cs="Sylfaen"/>
          <w:sz w:val="18"/>
          <w:szCs w:val="18"/>
        </w:rPr>
        <w:t>წინამდებარე</w:t>
      </w:r>
      <w:proofErr w:type="spellEnd"/>
      <w:r w:rsidRPr="0043468A">
        <w:rPr>
          <w:rFonts w:cstheme="majorHAnsi"/>
          <w:sz w:val="18"/>
          <w:szCs w:val="18"/>
        </w:rPr>
        <w:t xml:space="preserve"> </w:t>
      </w:r>
      <w:proofErr w:type="spellStart"/>
      <w:r w:rsidRPr="0043468A">
        <w:rPr>
          <w:rFonts w:ascii="Sylfaen" w:hAnsi="Sylfaen" w:cs="Sylfaen"/>
          <w:sz w:val="18"/>
          <w:szCs w:val="18"/>
        </w:rPr>
        <w:t>ხელშეკრულების</w:t>
      </w:r>
      <w:proofErr w:type="spellEnd"/>
      <w:r w:rsidRPr="0043468A">
        <w:rPr>
          <w:rFonts w:cstheme="majorHAnsi"/>
          <w:sz w:val="18"/>
          <w:szCs w:val="18"/>
        </w:rPr>
        <w:t xml:space="preserve"> 9.2.  </w:t>
      </w:r>
      <w:proofErr w:type="spellStart"/>
      <w:r w:rsidRPr="0043468A">
        <w:rPr>
          <w:rFonts w:ascii="Sylfaen" w:hAnsi="Sylfaen" w:cs="Sylfaen"/>
          <w:sz w:val="18"/>
          <w:szCs w:val="18"/>
        </w:rPr>
        <w:t>მუხლით</w:t>
      </w:r>
      <w:proofErr w:type="spellEnd"/>
      <w:r w:rsidRPr="0043468A">
        <w:rPr>
          <w:rFonts w:cstheme="majorHAnsi"/>
          <w:sz w:val="18"/>
          <w:szCs w:val="18"/>
        </w:rPr>
        <w:t xml:space="preserve"> </w:t>
      </w:r>
      <w:proofErr w:type="spellStart"/>
      <w:r w:rsidRPr="0043468A">
        <w:rPr>
          <w:rFonts w:ascii="Sylfaen" w:hAnsi="Sylfaen" w:cs="Sylfaen"/>
          <w:sz w:val="18"/>
          <w:szCs w:val="18"/>
        </w:rPr>
        <w:t>გათვალისწინებული</w:t>
      </w:r>
      <w:proofErr w:type="spellEnd"/>
      <w:r w:rsidRPr="0043468A">
        <w:rPr>
          <w:rFonts w:cstheme="majorHAnsi"/>
          <w:sz w:val="18"/>
          <w:szCs w:val="18"/>
        </w:rPr>
        <w:t xml:space="preserve"> </w:t>
      </w:r>
      <w:proofErr w:type="spellStart"/>
      <w:r w:rsidRPr="0043468A">
        <w:rPr>
          <w:rFonts w:ascii="Sylfaen" w:hAnsi="Sylfaen" w:cs="Sylfaen"/>
          <w:sz w:val="18"/>
          <w:szCs w:val="18"/>
        </w:rPr>
        <w:t>უფლებამოსილება</w:t>
      </w:r>
      <w:proofErr w:type="spellEnd"/>
      <w:r w:rsidRPr="0043468A">
        <w:rPr>
          <w:rFonts w:cstheme="majorHAnsi"/>
          <w:sz w:val="18"/>
          <w:szCs w:val="18"/>
        </w:rPr>
        <w:t>.</w:t>
      </w:r>
    </w:p>
    <w:p w14:paraId="20B72BEA" w14:textId="3A131DE1" w:rsidR="004B6084" w:rsidRPr="00917F20" w:rsidRDefault="00A74260" w:rsidP="00185C20">
      <w:pPr>
        <w:pStyle w:val="ListParagraph"/>
        <w:numPr>
          <w:ilvl w:val="1"/>
          <w:numId w:val="13"/>
        </w:numPr>
        <w:jc w:val="both"/>
        <w:rPr>
          <w:rFonts w:ascii="Sylfaen" w:hAnsi="Sylfaen" w:cs="Sylfaen"/>
          <w:sz w:val="18"/>
          <w:szCs w:val="18"/>
        </w:rPr>
      </w:pPr>
      <w:proofErr w:type="spellStart"/>
      <w:r w:rsidRPr="00917F20">
        <w:rPr>
          <w:rFonts w:ascii="Sylfaen" w:hAnsi="Sylfaen" w:cs="Sylfaen"/>
          <w:sz w:val="18"/>
          <w:szCs w:val="18"/>
        </w:rPr>
        <w:t>თუ</w:t>
      </w:r>
      <w:proofErr w:type="spellEnd"/>
      <w:r w:rsidRPr="00917F20">
        <w:rPr>
          <w:rFonts w:cstheme="majorHAnsi"/>
          <w:sz w:val="18"/>
          <w:szCs w:val="18"/>
        </w:rPr>
        <w:t xml:space="preserve"> </w:t>
      </w:r>
      <w:r w:rsidR="003478DA">
        <w:rPr>
          <w:rFonts w:ascii="Sylfaen" w:hAnsi="Sylfaen" w:cs="Sylfaen"/>
          <w:sz w:val="18"/>
          <w:szCs w:val="18"/>
          <w:lang w:val="ka-GE"/>
        </w:rPr>
        <w:t>მენარდე</w:t>
      </w:r>
      <w:r w:rsidRPr="00917F20">
        <w:rPr>
          <w:rFonts w:cstheme="majorHAnsi"/>
          <w:sz w:val="18"/>
          <w:szCs w:val="18"/>
        </w:rPr>
        <w:t xml:space="preserve"> </w:t>
      </w:r>
      <w:proofErr w:type="spellStart"/>
      <w:r w:rsidRPr="00917F20">
        <w:rPr>
          <w:rFonts w:ascii="Sylfaen" w:hAnsi="Sylfaen" w:cs="Sylfaen"/>
          <w:sz w:val="18"/>
          <w:szCs w:val="18"/>
        </w:rPr>
        <w:t>დაარღვევს</w:t>
      </w:r>
      <w:proofErr w:type="spellEnd"/>
      <w:r w:rsidRPr="00917F20">
        <w:rPr>
          <w:rFonts w:cstheme="majorHAnsi"/>
          <w:sz w:val="18"/>
          <w:szCs w:val="18"/>
        </w:rPr>
        <w:t xml:space="preserve"> </w:t>
      </w:r>
      <w:r w:rsidR="00624E10">
        <w:rPr>
          <w:rFonts w:ascii="Sylfaen" w:hAnsi="Sylfaen" w:cstheme="majorHAnsi"/>
          <w:sz w:val="18"/>
          <w:szCs w:val="18"/>
          <w:lang w:val="ka-GE"/>
        </w:rPr>
        <w:t>8</w:t>
      </w:r>
      <w:r w:rsidRPr="00917F20">
        <w:rPr>
          <w:rFonts w:cstheme="majorHAnsi"/>
          <w:sz w:val="18"/>
          <w:szCs w:val="18"/>
        </w:rPr>
        <w:t xml:space="preserve">.2. </w:t>
      </w:r>
      <w:proofErr w:type="spellStart"/>
      <w:r w:rsidRPr="00917F20">
        <w:rPr>
          <w:rFonts w:ascii="Sylfaen" w:hAnsi="Sylfaen" w:cs="Sylfaen"/>
          <w:sz w:val="18"/>
          <w:szCs w:val="18"/>
        </w:rPr>
        <w:t>მუხლით</w:t>
      </w:r>
      <w:proofErr w:type="spellEnd"/>
      <w:r w:rsidRPr="00917F20">
        <w:rPr>
          <w:rFonts w:cstheme="majorHAnsi"/>
          <w:sz w:val="18"/>
          <w:szCs w:val="18"/>
        </w:rPr>
        <w:t xml:space="preserve"> </w:t>
      </w:r>
      <w:proofErr w:type="spellStart"/>
      <w:r w:rsidRPr="00917F20">
        <w:rPr>
          <w:rFonts w:ascii="Sylfaen" w:hAnsi="Sylfaen" w:cs="Sylfaen"/>
          <w:sz w:val="18"/>
          <w:szCs w:val="18"/>
        </w:rPr>
        <w:t>განსაზღვრულ</w:t>
      </w:r>
      <w:proofErr w:type="spellEnd"/>
      <w:r w:rsidRPr="00917F20">
        <w:rPr>
          <w:rFonts w:cstheme="majorHAnsi"/>
          <w:sz w:val="18"/>
          <w:szCs w:val="18"/>
        </w:rPr>
        <w:t xml:space="preserve"> </w:t>
      </w:r>
      <w:proofErr w:type="spellStart"/>
      <w:r w:rsidRPr="00917F20">
        <w:rPr>
          <w:rFonts w:ascii="Sylfaen" w:hAnsi="Sylfaen" w:cs="Sylfaen"/>
          <w:sz w:val="18"/>
          <w:szCs w:val="18"/>
        </w:rPr>
        <w:t>ვალდებულებას</w:t>
      </w:r>
      <w:proofErr w:type="spellEnd"/>
      <w:r w:rsidRPr="00917F20">
        <w:rPr>
          <w:rFonts w:cstheme="majorHAnsi"/>
          <w:sz w:val="18"/>
          <w:szCs w:val="18"/>
        </w:rPr>
        <w:t xml:space="preserve"> </w:t>
      </w:r>
      <w:proofErr w:type="spellStart"/>
      <w:r w:rsidRPr="00917F20">
        <w:rPr>
          <w:rFonts w:ascii="Sylfaen" w:hAnsi="Sylfaen" w:cs="Sylfaen"/>
          <w:sz w:val="18"/>
          <w:szCs w:val="18"/>
        </w:rPr>
        <w:t>ან</w:t>
      </w:r>
      <w:proofErr w:type="spellEnd"/>
      <w:r w:rsidRPr="00917F20">
        <w:rPr>
          <w:rFonts w:cstheme="majorHAnsi"/>
          <w:sz w:val="18"/>
          <w:szCs w:val="18"/>
        </w:rPr>
        <w:t>/</w:t>
      </w:r>
      <w:proofErr w:type="spellStart"/>
      <w:r w:rsidRPr="00917F20">
        <w:rPr>
          <w:rFonts w:ascii="Sylfaen" w:hAnsi="Sylfaen" w:cs="Sylfaen"/>
          <w:sz w:val="18"/>
          <w:szCs w:val="18"/>
        </w:rPr>
        <w:t>და</w:t>
      </w:r>
      <w:proofErr w:type="spellEnd"/>
      <w:r w:rsidRPr="00917F20">
        <w:rPr>
          <w:rFonts w:cstheme="majorHAnsi"/>
          <w:sz w:val="18"/>
          <w:szCs w:val="18"/>
        </w:rPr>
        <w:t xml:space="preserve"> </w:t>
      </w:r>
      <w:proofErr w:type="spellStart"/>
      <w:r w:rsidRPr="00917F20">
        <w:rPr>
          <w:rFonts w:ascii="Sylfaen" w:hAnsi="Sylfaen" w:cs="Sylfaen"/>
          <w:sz w:val="18"/>
          <w:szCs w:val="18"/>
        </w:rPr>
        <w:t>დამკვეთი</w:t>
      </w:r>
      <w:proofErr w:type="spellEnd"/>
      <w:r w:rsidRPr="00917F20">
        <w:rPr>
          <w:rFonts w:cstheme="majorHAnsi"/>
          <w:sz w:val="18"/>
          <w:szCs w:val="18"/>
        </w:rPr>
        <w:t xml:space="preserve"> </w:t>
      </w:r>
      <w:proofErr w:type="spellStart"/>
      <w:r w:rsidRPr="00917F20">
        <w:rPr>
          <w:rFonts w:ascii="Sylfaen" w:hAnsi="Sylfaen" w:cs="Sylfaen"/>
          <w:sz w:val="18"/>
          <w:szCs w:val="18"/>
        </w:rPr>
        <w:t>არ</w:t>
      </w:r>
      <w:proofErr w:type="spellEnd"/>
      <w:r w:rsidRPr="00917F20">
        <w:rPr>
          <w:rFonts w:cstheme="majorHAnsi"/>
          <w:sz w:val="18"/>
          <w:szCs w:val="18"/>
        </w:rPr>
        <w:t xml:space="preserve"> </w:t>
      </w:r>
      <w:proofErr w:type="spellStart"/>
      <w:r w:rsidRPr="00917F20">
        <w:rPr>
          <w:rFonts w:ascii="Sylfaen" w:hAnsi="Sylfaen" w:cs="Sylfaen"/>
          <w:sz w:val="18"/>
          <w:szCs w:val="18"/>
        </w:rPr>
        <w:t>დაეთანხმება</w:t>
      </w:r>
      <w:proofErr w:type="spellEnd"/>
      <w:r w:rsidRPr="00917F20">
        <w:rPr>
          <w:rFonts w:cstheme="majorHAnsi"/>
          <w:sz w:val="18"/>
          <w:szCs w:val="18"/>
        </w:rPr>
        <w:t xml:space="preserve"> </w:t>
      </w:r>
      <w:proofErr w:type="spellStart"/>
      <w:r w:rsidRPr="00917F20">
        <w:rPr>
          <w:rFonts w:ascii="Sylfaen" w:hAnsi="Sylfaen" w:cs="Sylfaen"/>
          <w:sz w:val="18"/>
          <w:szCs w:val="18"/>
        </w:rPr>
        <w:t>მის</w:t>
      </w:r>
      <w:proofErr w:type="spellEnd"/>
      <w:r w:rsidRPr="00917F20">
        <w:rPr>
          <w:rFonts w:cstheme="majorHAnsi"/>
          <w:sz w:val="18"/>
          <w:szCs w:val="18"/>
        </w:rPr>
        <w:t xml:space="preserve"> </w:t>
      </w:r>
      <w:proofErr w:type="spellStart"/>
      <w:r w:rsidRPr="00917F20">
        <w:rPr>
          <w:rFonts w:ascii="Sylfaen" w:hAnsi="Sylfaen" w:cs="Sylfaen"/>
          <w:sz w:val="18"/>
          <w:szCs w:val="18"/>
        </w:rPr>
        <w:t>მიერ</w:t>
      </w:r>
      <w:proofErr w:type="spellEnd"/>
      <w:r w:rsidRPr="00917F20">
        <w:rPr>
          <w:rFonts w:cstheme="majorHAnsi"/>
          <w:sz w:val="18"/>
          <w:szCs w:val="18"/>
        </w:rPr>
        <w:t xml:space="preserve"> </w:t>
      </w:r>
      <w:proofErr w:type="spellStart"/>
      <w:r w:rsidRPr="00917F20">
        <w:rPr>
          <w:rFonts w:ascii="Sylfaen" w:hAnsi="Sylfaen" w:cs="Sylfaen"/>
          <w:sz w:val="18"/>
          <w:szCs w:val="18"/>
        </w:rPr>
        <w:t>დამკვეთისათვის</w:t>
      </w:r>
      <w:proofErr w:type="spellEnd"/>
      <w:r w:rsidRPr="00917F20">
        <w:rPr>
          <w:rFonts w:cstheme="majorHAnsi"/>
          <w:sz w:val="18"/>
          <w:szCs w:val="18"/>
        </w:rPr>
        <w:t xml:space="preserve"> </w:t>
      </w:r>
      <w:proofErr w:type="spellStart"/>
      <w:r w:rsidRPr="00917F20">
        <w:rPr>
          <w:rFonts w:ascii="Sylfaen" w:hAnsi="Sylfaen" w:cs="Sylfaen"/>
          <w:sz w:val="18"/>
          <w:szCs w:val="18"/>
        </w:rPr>
        <w:t>წარდგენილ</w:t>
      </w:r>
      <w:proofErr w:type="spellEnd"/>
      <w:r w:rsidR="003478DA">
        <w:rPr>
          <w:rFonts w:ascii="Sylfaen" w:hAnsi="Sylfaen" w:cs="Sylfaen"/>
          <w:sz w:val="18"/>
          <w:szCs w:val="18"/>
          <w:lang w:val="ka-GE"/>
        </w:rPr>
        <w:t xml:space="preserve"> </w:t>
      </w:r>
      <w:proofErr w:type="spellStart"/>
      <w:r w:rsidRPr="00917F20">
        <w:rPr>
          <w:rFonts w:ascii="Sylfaen" w:hAnsi="Sylfaen" w:cs="Sylfaen"/>
          <w:sz w:val="18"/>
          <w:szCs w:val="18"/>
        </w:rPr>
        <w:t>სამუშაოების</w:t>
      </w:r>
      <w:proofErr w:type="spellEnd"/>
      <w:r w:rsidRPr="00917F20">
        <w:rPr>
          <w:rFonts w:cstheme="majorHAnsi"/>
          <w:sz w:val="18"/>
          <w:szCs w:val="18"/>
        </w:rPr>
        <w:t xml:space="preserve"> </w:t>
      </w:r>
      <w:proofErr w:type="spellStart"/>
      <w:r w:rsidRPr="00917F20">
        <w:rPr>
          <w:rFonts w:ascii="Sylfaen" w:hAnsi="Sylfaen" w:cs="Sylfaen"/>
          <w:sz w:val="18"/>
          <w:szCs w:val="18"/>
        </w:rPr>
        <w:t>ახალ</w:t>
      </w:r>
      <w:proofErr w:type="spellEnd"/>
      <w:r w:rsidRPr="00917F20">
        <w:rPr>
          <w:rFonts w:cstheme="majorHAnsi"/>
          <w:sz w:val="18"/>
          <w:szCs w:val="18"/>
        </w:rPr>
        <w:t xml:space="preserve"> </w:t>
      </w:r>
      <w:proofErr w:type="spellStart"/>
      <w:r w:rsidRPr="00917F20">
        <w:rPr>
          <w:rFonts w:ascii="Sylfaen" w:hAnsi="Sylfaen" w:cs="Sylfaen"/>
          <w:sz w:val="18"/>
          <w:szCs w:val="18"/>
        </w:rPr>
        <w:t>კალენდარული</w:t>
      </w:r>
      <w:proofErr w:type="spellEnd"/>
      <w:r w:rsidRPr="00917F20">
        <w:rPr>
          <w:rFonts w:cstheme="majorHAnsi"/>
          <w:sz w:val="18"/>
          <w:szCs w:val="18"/>
        </w:rPr>
        <w:t xml:space="preserve"> </w:t>
      </w:r>
      <w:proofErr w:type="spellStart"/>
      <w:r w:rsidRPr="00917F20">
        <w:rPr>
          <w:rFonts w:ascii="Sylfaen" w:hAnsi="Sylfaen" w:cs="Sylfaen"/>
          <w:sz w:val="18"/>
          <w:szCs w:val="18"/>
        </w:rPr>
        <w:t>გეგმა</w:t>
      </w:r>
      <w:r w:rsidRPr="00917F20">
        <w:rPr>
          <w:rFonts w:cstheme="majorHAnsi"/>
          <w:sz w:val="18"/>
          <w:szCs w:val="18"/>
        </w:rPr>
        <w:t>-</w:t>
      </w:r>
      <w:r w:rsidRPr="00917F20">
        <w:rPr>
          <w:rFonts w:ascii="Sylfaen" w:hAnsi="Sylfaen" w:cs="Sylfaen"/>
          <w:sz w:val="18"/>
          <w:szCs w:val="18"/>
        </w:rPr>
        <w:t>გრაფიკს</w:t>
      </w:r>
      <w:proofErr w:type="spellEnd"/>
      <w:r w:rsidRPr="00917F20">
        <w:rPr>
          <w:rFonts w:cstheme="majorHAnsi"/>
          <w:sz w:val="18"/>
          <w:szCs w:val="18"/>
        </w:rPr>
        <w:t xml:space="preserve">, </w:t>
      </w:r>
      <w:proofErr w:type="spellStart"/>
      <w:r w:rsidRPr="00917F20">
        <w:rPr>
          <w:rFonts w:ascii="Sylfaen" w:hAnsi="Sylfaen" w:cs="Sylfaen"/>
          <w:sz w:val="18"/>
          <w:szCs w:val="18"/>
        </w:rPr>
        <w:t>ან</w:t>
      </w:r>
      <w:proofErr w:type="spellEnd"/>
      <w:r w:rsidRPr="00917F20">
        <w:rPr>
          <w:rFonts w:cstheme="majorHAnsi"/>
          <w:sz w:val="18"/>
          <w:szCs w:val="18"/>
        </w:rPr>
        <w:t>/</w:t>
      </w:r>
      <w:proofErr w:type="spellStart"/>
      <w:r w:rsidRPr="00917F20">
        <w:rPr>
          <w:rFonts w:ascii="Sylfaen" w:hAnsi="Sylfaen" w:cs="Sylfaen"/>
          <w:sz w:val="18"/>
          <w:szCs w:val="18"/>
        </w:rPr>
        <w:t>და</w:t>
      </w:r>
      <w:proofErr w:type="spellEnd"/>
      <w:r w:rsidRPr="00917F20">
        <w:rPr>
          <w:rFonts w:cstheme="majorHAnsi"/>
          <w:sz w:val="18"/>
          <w:szCs w:val="18"/>
        </w:rPr>
        <w:t xml:space="preserve"> </w:t>
      </w:r>
      <w:r w:rsidR="003478DA">
        <w:rPr>
          <w:rFonts w:ascii="Sylfaen" w:hAnsi="Sylfaen" w:cs="Sylfaen"/>
          <w:sz w:val="18"/>
          <w:szCs w:val="18"/>
          <w:lang w:val="ka-GE"/>
        </w:rPr>
        <w:t>მენარდე</w:t>
      </w:r>
      <w:r w:rsidRPr="00917F20">
        <w:rPr>
          <w:rFonts w:cstheme="majorHAnsi"/>
          <w:sz w:val="18"/>
          <w:szCs w:val="18"/>
        </w:rPr>
        <w:t xml:space="preserve"> </w:t>
      </w:r>
      <w:proofErr w:type="spellStart"/>
      <w:r w:rsidRPr="00917F20">
        <w:rPr>
          <w:rFonts w:ascii="Sylfaen" w:hAnsi="Sylfaen" w:cs="Sylfaen"/>
          <w:sz w:val="18"/>
          <w:szCs w:val="18"/>
        </w:rPr>
        <w:t>გადააცილებს</w:t>
      </w:r>
      <w:proofErr w:type="spellEnd"/>
      <w:r w:rsidRPr="00917F20">
        <w:rPr>
          <w:rFonts w:cstheme="majorHAnsi"/>
          <w:sz w:val="18"/>
          <w:szCs w:val="18"/>
        </w:rPr>
        <w:t xml:space="preserve"> </w:t>
      </w:r>
      <w:proofErr w:type="spellStart"/>
      <w:r w:rsidRPr="00D06AFB">
        <w:rPr>
          <w:rFonts w:ascii="Sylfaen" w:hAnsi="Sylfaen" w:cs="Sylfaen"/>
          <w:sz w:val="18"/>
          <w:szCs w:val="18"/>
        </w:rPr>
        <w:t>სამუშაოს</w:t>
      </w:r>
      <w:proofErr w:type="spellEnd"/>
      <w:r w:rsidRPr="00D06AFB">
        <w:rPr>
          <w:rFonts w:cstheme="majorHAnsi"/>
          <w:sz w:val="18"/>
          <w:szCs w:val="18"/>
        </w:rPr>
        <w:t xml:space="preserve"> </w:t>
      </w:r>
      <w:proofErr w:type="spellStart"/>
      <w:r w:rsidRPr="00D06AFB">
        <w:rPr>
          <w:rFonts w:ascii="Sylfaen" w:hAnsi="Sylfaen" w:cs="Sylfaen"/>
          <w:sz w:val="18"/>
          <w:szCs w:val="18"/>
        </w:rPr>
        <w:t>დასრულებისთვის</w:t>
      </w:r>
      <w:proofErr w:type="spellEnd"/>
      <w:r w:rsidRPr="00D06AFB">
        <w:rPr>
          <w:rFonts w:cstheme="majorHAnsi"/>
          <w:sz w:val="18"/>
          <w:szCs w:val="18"/>
        </w:rPr>
        <w:t xml:space="preserve"> </w:t>
      </w:r>
      <w:proofErr w:type="spellStart"/>
      <w:r w:rsidRPr="00D06AFB">
        <w:rPr>
          <w:rFonts w:ascii="Sylfaen" w:hAnsi="Sylfaen" w:cs="Sylfaen"/>
          <w:sz w:val="18"/>
          <w:szCs w:val="18"/>
        </w:rPr>
        <w:t>ხელშეკრულების</w:t>
      </w:r>
      <w:proofErr w:type="spellEnd"/>
      <w:r w:rsidRPr="00D06AFB">
        <w:rPr>
          <w:rFonts w:cstheme="majorHAnsi"/>
          <w:sz w:val="18"/>
          <w:szCs w:val="18"/>
        </w:rPr>
        <w:t xml:space="preserve"> 5.1. </w:t>
      </w:r>
      <w:proofErr w:type="spellStart"/>
      <w:r w:rsidRPr="00D06AFB">
        <w:rPr>
          <w:rFonts w:ascii="Sylfaen" w:hAnsi="Sylfaen" w:cs="Sylfaen"/>
          <w:sz w:val="18"/>
          <w:szCs w:val="18"/>
        </w:rPr>
        <w:t>მუხლით</w:t>
      </w:r>
      <w:proofErr w:type="spellEnd"/>
      <w:r w:rsidRPr="00D06AFB">
        <w:rPr>
          <w:rFonts w:cstheme="majorHAnsi"/>
          <w:sz w:val="18"/>
          <w:szCs w:val="18"/>
        </w:rPr>
        <w:t xml:space="preserve"> </w:t>
      </w:r>
      <w:proofErr w:type="spellStart"/>
      <w:r w:rsidRPr="00D06AFB">
        <w:rPr>
          <w:rFonts w:ascii="Sylfaen" w:hAnsi="Sylfaen" w:cs="Sylfaen"/>
          <w:sz w:val="18"/>
          <w:szCs w:val="18"/>
        </w:rPr>
        <w:t>გათვალისწინებულ</w:t>
      </w:r>
      <w:proofErr w:type="spellEnd"/>
      <w:r w:rsidRPr="00D06AFB">
        <w:rPr>
          <w:rFonts w:cstheme="majorHAnsi"/>
          <w:sz w:val="18"/>
          <w:szCs w:val="18"/>
        </w:rPr>
        <w:t xml:space="preserve"> </w:t>
      </w:r>
      <w:proofErr w:type="spellStart"/>
      <w:r w:rsidRPr="00D06AFB">
        <w:rPr>
          <w:rFonts w:ascii="Sylfaen" w:hAnsi="Sylfaen" w:cs="Sylfaen"/>
          <w:sz w:val="18"/>
          <w:szCs w:val="18"/>
        </w:rPr>
        <w:t>ვადას</w:t>
      </w:r>
      <w:proofErr w:type="spellEnd"/>
      <w:r w:rsidRPr="00D06AFB">
        <w:rPr>
          <w:rFonts w:cstheme="majorHAnsi"/>
          <w:sz w:val="18"/>
          <w:szCs w:val="18"/>
        </w:rPr>
        <w:t xml:space="preserve">, </w:t>
      </w:r>
      <w:proofErr w:type="spellStart"/>
      <w:r w:rsidRPr="00D06AFB">
        <w:rPr>
          <w:rFonts w:ascii="Sylfaen" w:hAnsi="Sylfaen" w:cs="Sylfaen"/>
          <w:sz w:val="18"/>
          <w:szCs w:val="18"/>
        </w:rPr>
        <w:t>ასეთ</w:t>
      </w:r>
      <w:proofErr w:type="spellEnd"/>
      <w:r w:rsidRPr="00D06AFB">
        <w:rPr>
          <w:rFonts w:cstheme="majorHAnsi"/>
          <w:sz w:val="18"/>
          <w:szCs w:val="18"/>
        </w:rPr>
        <w:t xml:space="preserve"> </w:t>
      </w:r>
      <w:proofErr w:type="spellStart"/>
      <w:r w:rsidRPr="00D06AFB">
        <w:rPr>
          <w:rFonts w:ascii="Sylfaen" w:hAnsi="Sylfaen" w:cs="Sylfaen"/>
          <w:sz w:val="18"/>
          <w:szCs w:val="18"/>
        </w:rPr>
        <w:t>დროს</w:t>
      </w:r>
      <w:proofErr w:type="spellEnd"/>
      <w:r w:rsidRPr="00D06AFB">
        <w:rPr>
          <w:rFonts w:cstheme="majorHAnsi"/>
          <w:sz w:val="18"/>
          <w:szCs w:val="18"/>
        </w:rPr>
        <w:t xml:space="preserve">, </w:t>
      </w:r>
      <w:proofErr w:type="spellStart"/>
      <w:r w:rsidRPr="00D06AFB">
        <w:rPr>
          <w:rFonts w:ascii="Sylfaen" w:hAnsi="Sylfaen" w:cs="Sylfaen"/>
          <w:sz w:val="18"/>
          <w:szCs w:val="18"/>
        </w:rPr>
        <w:t>დამკვეთი</w:t>
      </w:r>
      <w:proofErr w:type="spellEnd"/>
      <w:r w:rsidRPr="00D06AFB">
        <w:rPr>
          <w:rFonts w:cstheme="majorHAnsi"/>
          <w:sz w:val="18"/>
          <w:szCs w:val="18"/>
        </w:rPr>
        <w:t xml:space="preserve"> </w:t>
      </w:r>
      <w:proofErr w:type="spellStart"/>
      <w:r w:rsidRPr="00D06AFB">
        <w:rPr>
          <w:rFonts w:ascii="Sylfaen" w:hAnsi="Sylfaen" w:cs="Sylfaen"/>
          <w:sz w:val="18"/>
          <w:szCs w:val="18"/>
        </w:rPr>
        <w:t>უფლებამოსილი</w:t>
      </w:r>
      <w:proofErr w:type="spellEnd"/>
      <w:r w:rsidRPr="00D06AFB">
        <w:rPr>
          <w:rFonts w:ascii="Sylfaen" w:hAnsi="Sylfaen" w:cs="Sylfaen"/>
          <w:sz w:val="18"/>
          <w:szCs w:val="18"/>
        </w:rPr>
        <w:t xml:space="preserve"> </w:t>
      </w:r>
      <w:proofErr w:type="spellStart"/>
      <w:r w:rsidRPr="00D06AFB">
        <w:rPr>
          <w:rFonts w:ascii="Sylfaen" w:hAnsi="Sylfaen" w:cs="Sylfaen"/>
          <w:sz w:val="18"/>
          <w:szCs w:val="18"/>
        </w:rPr>
        <w:t>იქნება</w:t>
      </w:r>
      <w:proofErr w:type="spellEnd"/>
      <w:r w:rsidRPr="00D06AFB">
        <w:rPr>
          <w:rFonts w:ascii="Sylfaen" w:hAnsi="Sylfaen" w:cs="Sylfaen"/>
          <w:sz w:val="18"/>
          <w:szCs w:val="18"/>
        </w:rPr>
        <w:t xml:space="preserve">, </w:t>
      </w:r>
      <w:proofErr w:type="spellStart"/>
      <w:r w:rsidRPr="00D06AFB">
        <w:rPr>
          <w:rFonts w:ascii="Sylfaen" w:hAnsi="Sylfaen" w:cs="Sylfaen"/>
          <w:sz w:val="18"/>
          <w:szCs w:val="18"/>
        </w:rPr>
        <w:t>შეწყვიტოს</w:t>
      </w:r>
      <w:proofErr w:type="spellEnd"/>
      <w:r w:rsidRPr="00D06AFB">
        <w:rPr>
          <w:rFonts w:ascii="Sylfaen" w:hAnsi="Sylfaen" w:cs="Sylfaen"/>
          <w:sz w:val="18"/>
          <w:szCs w:val="18"/>
        </w:rPr>
        <w:t xml:space="preserve"> </w:t>
      </w:r>
      <w:proofErr w:type="spellStart"/>
      <w:r w:rsidRPr="00D06AFB">
        <w:rPr>
          <w:rFonts w:ascii="Sylfaen" w:hAnsi="Sylfaen" w:cs="Sylfaen"/>
          <w:sz w:val="18"/>
          <w:szCs w:val="18"/>
        </w:rPr>
        <w:t>წინამდებარე</w:t>
      </w:r>
      <w:proofErr w:type="spellEnd"/>
      <w:r w:rsidRPr="00D06AFB">
        <w:rPr>
          <w:rFonts w:ascii="Sylfaen" w:hAnsi="Sylfaen" w:cs="Sylfaen"/>
          <w:sz w:val="18"/>
          <w:szCs w:val="18"/>
        </w:rPr>
        <w:t xml:space="preserve"> </w:t>
      </w:r>
      <w:proofErr w:type="spellStart"/>
      <w:r w:rsidRPr="00D06AFB">
        <w:rPr>
          <w:rFonts w:ascii="Sylfaen" w:hAnsi="Sylfaen" w:cs="Sylfaen"/>
          <w:sz w:val="18"/>
          <w:szCs w:val="18"/>
        </w:rPr>
        <w:t>ხელშეკრულება</w:t>
      </w:r>
      <w:proofErr w:type="spellEnd"/>
      <w:r w:rsidR="006F1C64" w:rsidRPr="00D06AFB">
        <w:rPr>
          <w:rFonts w:ascii="Sylfaen" w:hAnsi="Sylfaen" w:cs="Sylfaen"/>
          <w:sz w:val="18"/>
          <w:szCs w:val="18"/>
        </w:rPr>
        <w:t xml:space="preserve">, </w:t>
      </w:r>
      <w:proofErr w:type="spellStart"/>
      <w:r w:rsidR="006F1C64" w:rsidRPr="00D06AFB">
        <w:rPr>
          <w:rFonts w:ascii="Sylfaen" w:hAnsi="Sylfaen" w:cs="Sylfaen"/>
          <w:sz w:val="18"/>
          <w:szCs w:val="18"/>
        </w:rPr>
        <w:t>ხოლო</w:t>
      </w:r>
      <w:proofErr w:type="spellEnd"/>
      <w:r w:rsidR="003478DA">
        <w:rPr>
          <w:rFonts w:ascii="Sylfaen" w:hAnsi="Sylfaen" w:cs="Sylfaen"/>
          <w:sz w:val="18"/>
          <w:szCs w:val="18"/>
          <w:lang w:val="ka-GE"/>
        </w:rPr>
        <w:t xml:space="preserve"> </w:t>
      </w:r>
      <w:proofErr w:type="spellStart"/>
      <w:r w:rsidRPr="00D06AFB">
        <w:rPr>
          <w:rFonts w:ascii="Sylfaen" w:hAnsi="Sylfaen" w:cs="Sylfaen"/>
          <w:sz w:val="18"/>
          <w:szCs w:val="18"/>
        </w:rPr>
        <w:t>მენარდის</w:t>
      </w:r>
      <w:proofErr w:type="spellEnd"/>
      <w:r w:rsidRPr="00D06AFB">
        <w:rPr>
          <w:rFonts w:ascii="Sylfaen" w:hAnsi="Sylfaen" w:cs="Sylfaen"/>
          <w:sz w:val="18"/>
          <w:szCs w:val="18"/>
        </w:rPr>
        <w:t xml:space="preserve"> </w:t>
      </w:r>
      <w:proofErr w:type="spellStart"/>
      <w:r w:rsidRPr="00D06AFB">
        <w:rPr>
          <w:rFonts w:ascii="Sylfaen" w:hAnsi="Sylfaen" w:cs="Sylfaen"/>
          <w:sz w:val="18"/>
          <w:szCs w:val="18"/>
        </w:rPr>
        <w:t>მიერ</w:t>
      </w:r>
      <w:proofErr w:type="spellEnd"/>
      <w:r w:rsidRPr="00D06AFB">
        <w:rPr>
          <w:rFonts w:ascii="Sylfaen" w:hAnsi="Sylfaen" w:cs="Sylfaen"/>
          <w:sz w:val="18"/>
          <w:szCs w:val="18"/>
        </w:rPr>
        <w:t xml:space="preserve"> </w:t>
      </w:r>
      <w:proofErr w:type="spellStart"/>
      <w:r w:rsidRPr="00D06AFB">
        <w:rPr>
          <w:rFonts w:ascii="Sylfaen" w:hAnsi="Sylfaen" w:cs="Sylfaen"/>
          <w:sz w:val="18"/>
          <w:szCs w:val="18"/>
        </w:rPr>
        <w:t>დამკვეთის</w:t>
      </w:r>
      <w:proofErr w:type="spellEnd"/>
      <w:r w:rsidRPr="00D06AFB">
        <w:rPr>
          <w:rFonts w:ascii="Sylfaen" w:hAnsi="Sylfaen" w:cs="Sylfaen"/>
          <w:sz w:val="18"/>
          <w:szCs w:val="18"/>
        </w:rPr>
        <w:t xml:space="preserve"> </w:t>
      </w:r>
      <w:proofErr w:type="spellStart"/>
      <w:r w:rsidRPr="00D06AFB">
        <w:rPr>
          <w:rFonts w:ascii="Sylfaen" w:hAnsi="Sylfaen" w:cs="Sylfaen"/>
          <w:sz w:val="18"/>
          <w:szCs w:val="18"/>
        </w:rPr>
        <w:t>სასარგებლოდ</w:t>
      </w:r>
      <w:proofErr w:type="spellEnd"/>
      <w:r w:rsidRPr="00D06AFB">
        <w:rPr>
          <w:rFonts w:ascii="Sylfaen" w:hAnsi="Sylfaen" w:cs="Sylfaen"/>
          <w:sz w:val="18"/>
          <w:szCs w:val="18"/>
        </w:rPr>
        <w:t xml:space="preserve"> </w:t>
      </w:r>
      <w:proofErr w:type="spellStart"/>
      <w:r w:rsidRPr="00D06AFB">
        <w:rPr>
          <w:rFonts w:ascii="Sylfaen" w:hAnsi="Sylfaen" w:cs="Sylfaen"/>
          <w:sz w:val="18"/>
          <w:szCs w:val="18"/>
        </w:rPr>
        <w:t>გადასახდელი</w:t>
      </w:r>
      <w:proofErr w:type="spellEnd"/>
      <w:r w:rsidRPr="00D06AFB">
        <w:rPr>
          <w:rFonts w:ascii="Sylfaen" w:hAnsi="Sylfaen" w:cs="Sylfaen"/>
          <w:sz w:val="18"/>
          <w:szCs w:val="18"/>
        </w:rPr>
        <w:t xml:space="preserve"> </w:t>
      </w:r>
      <w:proofErr w:type="spellStart"/>
      <w:r w:rsidRPr="00D06AFB">
        <w:rPr>
          <w:rFonts w:ascii="Sylfaen" w:hAnsi="Sylfaen" w:cs="Sylfaen"/>
          <w:sz w:val="18"/>
          <w:szCs w:val="18"/>
        </w:rPr>
        <w:t>ჯარიმის</w:t>
      </w:r>
      <w:proofErr w:type="spellEnd"/>
      <w:r w:rsidRPr="00D06AFB">
        <w:rPr>
          <w:rFonts w:ascii="Sylfaen" w:hAnsi="Sylfaen" w:cs="Sylfaen"/>
          <w:sz w:val="18"/>
          <w:szCs w:val="18"/>
        </w:rPr>
        <w:t xml:space="preserve"> </w:t>
      </w:r>
      <w:proofErr w:type="spellStart"/>
      <w:r w:rsidRPr="00D06AFB">
        <w:rPr>
          <w:rFonts w:ascii="Sylfaen" w:hAnsi="Sylfaen" w:cs="Sylfaen"/>
          <w:sz w:val="18"/>
          <w:szCs w:val="18"/>
        </w:rPr>
        <w:t>ოდენობა</w:t>
      </w:r>
      <w:proofErr w:type="spellEnd"/>
      <w:r w:rsidRPr="00D06AFB">
        <w:rPr>
          <w:rFonts w:ascii="Sylfaen" w:hAnsi="Sylfaen" w:cs="Sylfaen"/>
          <w:sz w:val="18"/>
          <w:szCs w:val="18"/>
        </w:rPr>
        <w:t xml:space="preserve"> </w:t>
      </w:r>
      <w:proofErr w:type="spellStart"/>
      <w:r w:rsidRPr="00D06AFB">
        <w:rPr>
          <w:rFonts w:ascii="Sylfaen" w:hAnsi="Sylfaen" w:cs="Sylfaen"/>
          <w:sz w:val="18"/>
          <w:szCs w:val="18"/>
        </w:rPr>
        <w:t>განისაზღვრება</w:t>
      </w:r>
      <w:proofErr w:type="spellEnd"/>
      <w:r w:rsidR="003478DA">
        <w:rPr>
          <w:rFonts w:ascii="Sylfaen" w:hAnsi="Sylfaen" w:cs="Sylfaen"/>
          <w:sz w:val="18"/>
          <w:szCs w:val="18"/>
          <w:lang w:val="ka-GE"/>
        </w:rPr>
        <w:t xml:space="preserve"> </w:t>
      </w:r>
      <w:r w:rsidRPr="00D06AFB">
        <w:rPr>
          <w:rFonts w:ascii="Sylfaen" w:hAnsi="Sylfaen" w:cs="Sylfaen"/>
          <w:sz w:val="18"/>
          <w:szCs w:val="18"/>
        </w:rPr>
        <w:t xml:space="preserve">- </w:t>
      </w:r>
      <w:proofErr w:type="spellStart"/>
      <w:r w:rsidR="006F1C64" w:rsidRPr="00D06AFB">
        <w:rPr>
          <w:rFonts w:ascii="Sylfaen" w:hAnsi="Sylfaen" w:cs="Sylfaen"/>
          <w:sz w:val="18"/>
          <w:szCs w:val="18"/>
        </w:rPr>
        <w:t>სახელშეკრულებო</w:t>
      </w:r>
      <w:proofErr w:type="spellEnd"/>
      <w:r w:rsidR="006F1C64" w:rsidRPr="00D06AFB">
        <w:rPr>
          <w:rFonts w:ascii="Sylfaen" w:hAnsi="Sylfaen" w:cs="Sylfaen"/>
          <w:sz w:val="18"/>
          <w:szCs w:val="18"/>
        </w:rPr>
        <w:t xml:space="preserve"> </w:t>
      </w:r>
      <w:proofErr w:type="spellStart"/>
      <w:r w:rsidR="006F1C64" w:rsidRPr="00D06AFB">
        <w:rPr>
          <w:rFonts w:ascii="Sylfaen" w:hAnsi="Sylfaen" w:cs="Sylfaen"/>
          <w:sz w:val="18"/>
          <w:szCs w:val="18"/>
        </w:rPr>
        <w:t>ღირებულების</w:t>
      </w:r>
      <w:proofErr w:type="spellEnd"/>
      <w:r w:rsidR="006F1C64" w:rsidRPr="00D06AFB">
        <w:rPr>
          <w:rFonts w:ascii="Sylfaen" w:hAnsi="Sylfaen" w:cs="Sylfaen"/>
          <w:sz w:val="18"/>
          <w:szCs w:val="18"/>
        </w:rPr>
        <w:t xml:space="preserve"> 10%-</w:t>
      </w:r>
      <w:proofErr w:type="spellStart"/>
      <w:r w:rsidR="006F1C64" w:rsidRPr="00D06AFB">
        <w:rPr>
          <w:rFonts w:ascii="Sylfaen" w:hAnsi="Sylfaen" w:cs="Sylfaen"/>
          <w:sz w:val="18"/>
          <w:szCs w:val="18"/>
        </w:rPr>
        <w:t>ით</w:t>
      </w:r>
      <w:proofErr w:type="spellEnd"/>
      <w:r w:rsidR="006F1C64" w:rsidRPr="00D06AFB">
        <w:rPr>
          <w:rFonts w:ascii="Sylfaen" w:hAnsi="Sylfaen" w:cs="Sylfaen"/>
          <w:sz w:val="18"/>
          <w:szCs w:val="18"/>
        </w:rPr>
        <w:t>.</w:t>
      </w:r>
    </w:p>
    <w:p w14:paraId="7CB90943" w14:textId="1F557A01" w:rsidR="0043468A" w:rsidRPr="00917F20" w:rsidRDefault="006F1C64" w:rsidP="00185C20">
      <w:pPr>
        <w:pStyle w:val="ListParagraph"/>
        <w:numPr>
          <w:ilvl w:val="1"/>
          <w:numId w:val="13"/>
        </w:numPr>
        <w:jc w:val="both"/>
        <w:rPr>
          <w:rFonts w:cstheme="majorHAnsi"/>
          <w:sz w:val="18"/>
          <w:szCs w:val="18"/>
        </w:rPr>
      </w:pPr>
      <w:r w:rsidRPr="00917F20">
        <w:rPr>
          <w:rFonts w:ascii="Sylfaen" w:hAnsi="Sylfaen" w:cstheme="majorHAnsi"/>
          <w:sz w:val="18"/>
          <w:szCs w:val="18"/>
          <w:lang w:val="ka-GE"/>
        </w:rPr>
        <w:t>თ</w:t>
      </w:r>
      <w:r w:rsidR="00A74260" w:rsidRPr="00917F20">
        <w:rPr>
          <w:rFonts w:ascii="Sylfaen" w:hAnsi="Sylfaen" w:cs="Sylfaen"/>
          <w:sz w:val="18"/>
          <w:szCs w:val="18"/>
        </w:rPr>
        <w:t>უ</w:t>
      </w:r>
      <w:r w:rsidR="00A74260" w:rsidRPr="00917F20">
        <w:rPr>
          <w:rFonts w:cstheme="majorHAnsi"/>
          <w:sz w:val="18"/>
          <w:szCs w:val="18"/>
        </w:rPr>
        <w:t xml:space="preserve"> </w:t>
      </w:r>
      <w:proofErr w:type="spellStart"/>
      <w:r w:rsidR="00A74260" w:rsidRPr="00917F20">
        <w:rPr>
          <w:rFonts w:ascii="Sylfaen" w:hAnsi="Sylfaen" w:cs="Sylfaen"/>
          <w:sz w:val="18"/>
          <w:szCs w:val="18"/>
        </w:rPr>
        <w:t>დამკვეთი</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t>შესრულებული</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t>სამუშაოების</w:t>
      </w:r>
      <w:proofErr w:type="spellEnd"/>
      <w:r w:rsidR="00A74260" w:rsidRPr="00917F20">
        <w:rPr>
          <w:rFonts w:cstheme="majorHAnsi"/>
          <w:sz w:val="18"/>
          <w:szCs w:val="18"/>
        </w:rPr>
        <w:t xml:space="preserve"> </w:t>
      </w:r>
      <w:r w:rsidR="00990C21">
        <w:rPr>
          <w:rFonts w:ascii="Sylfaen" w:hAnsi="Sylfaen" w:cstheme="majorHAnsi"/>
          <w:sz w:val="18"/>
          <w:szCs w:val="18"/>
          <w:lang w:val="ka-GE"/>
        </w:rPr>
        <w:t>(</w:t>
      </w:r>
      <w:proofErr w:type="spellStart"/>
      <w:r w:rsidR="00A74260" w:rsidRPr="00917F20">
        <w:rPr>
          <w:rFonts w:ascii="Sylfaen" w:hAnsi="Sylfaen" w:cs="Sylfaen"/>
          <w:sz w:val="18"/>
          <w:szCs w:val="18"/>
        </w:rPr>
        <w:t>ეტაპის</w:t>
      </w:r>
      <w:proofErr w:type="spellEnd"/>
      <w:r w:rsidR="00990C21">
        <w:rPr>
          <w:rFonts w:ascii="Sylfaen" w:hAnsi="Sylfaen" w:cs="Sylfaen"/>
          <w:sz w:val="18"/>
          <w:szCs w:val="18"/>
          <w:lang w:val="ka-GE"/>
        </w:rPr>
        <w:t>)</w:t>
      </w:r>
      <w:r w:rsidR="00A74260" w:rsidRPr="00917F20">
        <w:rPr>
          <w:rFonts w:cstheme="majorHAnsi"/>
          <w:sz w:val="18"/>
          <w:szCs w:val="18"/>
        </w:rPr>
        <w:t xml:space="preserve"> </w:t>
      </w:r>
      <w:proofErr w:type="spellStart"/>
      <w:r w:rsidR="00A74260" w:rsidRPr="00917F20">
        <w:rPr>
          <w:rFonts w:ascii="Sylfaen" w:hAnsi="Sylfaen" w:cs="Sylfaen"/>
          <w:sz w:val="18"/>
          <w:szCs w:val="18"/>
        </w:rPr>
        <w:t>მიღებიდან</w:t>
      </w:r>
      <w:proofErr w:type="spellEnd"/>
      <w:r w:rsidR="00A74260" w:rsidRPr="00917F20">
        <w:rPr>
          <w:rFonts w:cstheme="majorHAnsi"/>
          <w:sz w:val="18"/>
          <w:szCs w:val="18"/>
        </w:rPr>
        <w:t xml:space="preserve"> - </w:t>
      </w:r>
      <w:r w:rsidR="00624E10">
        <w:rPr>
          <w:rFonts w:ascii="Sylfaen" w:hAnsi="Sylfaen" w:cstheme="majorHAnsi"/>
          <w:sz w:val="18"/>
          <w:szCs w:val="18"/>
          <w:lang w:val="ka-GE"/>
        </w:rPr>
        <w:t>75</w:t>
      </w:r>
      <w:r w:rsidR="00990C21">
        <w:rPr>
          <w:rFonts w:ascii="Sylfaen" w:hAnsi="Sylfaen" w:cstheme="majorHAnsi"/>
          <w:sz w:val="18"/>
          <w:szCs w:val="18"/>
          <w:lang w:val="ka-GE"/>
        </w:rPr>
        <w:t xml:space="preserve"> (</w:t>
      </w:r>
      <w:r w:rsidR="00624E10">
        <w:rPr>
          <w:rFonts w:ascii="Sylfaen" w:hAnsi="Sylfaen" w:cs="Sylfaen"/>
          <w:sz w:val="18"/>
          <w:szCs w:val="18"/>
          <w:lang w:val="ka-GE"/>
        </w:rPr>
        <w:t>სამოცდათხუტმეტი</w:t>
      </w:r>
      <w:r w:rsidR="00990C21">
        <w:rPr>
          <w:rFonts w:ascii="Sylfaen" w:hAnsi="Sylfaen" w:cs="Sylfaen"/>
          <w:sz w:val="18"/>
          <w:szCs w:val="18"/>
          <w:lang w:val="ka-GE"/>
        </w:rPr>
        <w:t>)</w:t>
      </w:r>
      <w:r w:rsidR="00A74260" w:rsidRPr="00D06AFB">
        <w:rPr>
          <w:rFonts w:cstheme="majorHAnsi"/>
          <w:sz w:val="18"/>
          <w:szCs w:val="18"/>
        </w:rPr>
        <w:t xml:space="preserve"> </w:t>
      </w:r>
      <w:proofErr w:type="spellStart"/>
      <w:r w:rsidR="00A74260" w:rsidRPr="00D06AFB">
        <w:rPr>
          <w:rFonts w:ascii="Sylfaen" w:hAnsi="Sylfaen" w:cs="Sylfaen"/>
          <w:sz w:val="18"/>
          <w:szCs w:val="18"/>
        </w:rPr>
        <w:t>კალენდარული</w:t>
      </w:r>
      <w:proofErr w:type="spellEnd"/>
      <w:r w:rsidR="00A74260" w:rsidRPr="00D06AFB">
        <w:rPr>
          <w:rFonts w:cstheme="majorHAnsi"/>
          <w:sz w:val="18"/>
          <w:szCs w:val="18"/>
        </w:rPr>
        <w:t xml:space="preserve"> </w:t>
      </w:r>
      <w:proofErr w:type="spellStart"/>
      <w:r w:rsidR="00A74260" w:rsidRPr="00D06AFB">
        <w:rPr>
          <w:rFonts w:ascii="Sylfaen" w:hAnsi="Sylfaen" w:cs="Sylfaen"/>
          <w:sz w:val="18"/>
          <w:szCs w:val="18"/>
        </w:rPr>
        <w:t>დღის</w:t>
      </w:r>
      <w:proofErr w:type="spellEnd"/>
      <w:r w:rsidR="00A74260" w:rsidRPr="00D06AFB">
        <w:rPr>
          <w:rFonts w:cstheme="majorHAnsi"/>
          <w:sz w:val="18"/>
          <w:szCs w:val="18"/>
        </w:rPr>
        <w:t xml:space="preserve"> </w:t>
      </w:r>
      <w:proofErr w:type="spellStart"/>
      <w:r w:rsidR="00A74260" w:rsidRPr="00D06AFB">
        <w:rPr>
          <w:rFonts w:ascii="Sylfaen" w:hAnsi="Sylfaen" w:cs="Sylfaen"/>
          <w:sz w:val="18"/>
          <w:szCs w:val="18"/>
        </w:rPr>
        <w:t>განმავლობაშიც</w:t>
      </w:r>
      <w:proofErr w:type="spellEnd"/>
      <w:r w:rsidR="00A74260" w:rsidRPr="00D06AFB">
        <w:rPr>
          <w:rFonts w:cstheme="majorHAnsi"/>
          <w:sz w:val="18"/>
          <w:szCs w:val="18"/>
        </w:rPr>
        <w:t xml:space="preserve"> </w:t>
      </w:r>
      <w:proofErr w:type="spellStart"/>
      <w:r w:rsidR="00A74260" w:rsidRPr="00D06AFB">
        <w:rPr>
          <w:rFonts w:ascii="Sylfaen" w:hAnsi="Sylfaen" w:cs="Sylfaen"/>
          <w:sz w:val="18"/>
          <w:szCs w:val="18"/>
        </w:rPr>
        <w:t>ვერ</w:t>
      </w:r>
      <w:proofErr w:type="spellEnd"/>
      <w:r w:rsidR="00A74260" w:rsidRPr="00D06AFB">
        <w:rPr>
          <w:rFonts w:cstheme="majorHAnsi"/>
          <w:sz w:val="18"/>
          <w:szCs w:val="18"/>
        </w:rPr>
        <w:t xml:space="preserve"> </w:t>
      </w:r>
      <w:proofErr w:type="spellStart"/>
      <w:r w:rsidR="00A74260" w:rsidRPr="00D06AFB">
        <w:rPr>
          <w:rFonts w:ascii="Sylfaen" w:hAnsi="Sylfaen" w:cs="Sylfaen"/>
          <w:sz w:val="18"/>
          <w:szCs w:val="18"/>
        </w:rPr>
        <w:t>უზრუნველყოფს</w:t>
      </w:r>
      <w:proofErr w:type="spellEnd"/>
      <w:r w:rsidR="00A74260" w:rsidRPr="00D06AFB">
        <w:rPr>
          <w:rFonts w:cstheme="majorHAnsi"/>
          <w:sz w:val="18"/>
          <w:szCs w:val="18"/>
        </w:rPr>
        <w:t xml:space="preserve"> </w:t>
      </w:r>
      <w:proofErr w:type="spellStart"/>
      <w:r w:rsidR="00A74260" w:rsidRPr="00D06AFB">
        <w:rPr>
          <w:rFonts w:ascii="Sylfaen" w:hAnsi="Sylfaen" w:cs="Sylfaen"/>
          <w:sz w:val="18"/>
          <w:szCs w:val="18"/>
        </w:rPr>
        <w:t>საანგარიშო</w:t>
      </w:r>
      <w:proofErr w:type="spellEnd"/>
      <w:r w:rsidR="00A74260" w:rsidRPr="00D06AFB">
        <w:rPr>
          <w:rFonts w:cstheme="majorHAnsi"/>
          <w:sz w:val="18"/>
          <w:szCs w:val="18"/>
        </w:rPr>
        <w:t xml:space="preserve"> </w:t>
      </w:r>
      <w:proofErr w:type="spellStart"/>
      <w:r w:rsidR="00A74260" w:rsidRPr="00D06AFB">
        <w:rPr>
          <w:rFonts w:ascii="Sylfaen" w:hAnsi="Sylfaen" w:cs="Sylfaen"/>
          <w:sz w:val="18"/>
          <w:szCs w:val="18"/>
        </w:rPr>
        <w:t>პერიოდისათვის</w:t>
      </w:r>
      <w:proofErr w:type="spellEnd"/>
      <w:r w:rsidR="00A74260" w:rsidRPr="00D06AFB">
        <w:rPr>
          <w:rFonts w:cstheme="majorHAnsi"/>
          <w:sz w:val="18"/>
          <w:szCs w:val="18"/>
        </w:rPr>
        <w:t xml:space="preserve"> </w:t>
      </w:r>
      <w:proofErr w:type="spellStart"/>
      <w:r w:rsidR="00A74260" w:rsidRPr="00D06AFB">
        <w:rPr>
          <w:rFonts w:ascii="Sylfaen" w:hAnsi="Sylfaen" w:cs="Sylfaen"/>
          <w:sz w:val="18"/>
          <w:szCs w:val="18"/>
        </w:rPr>
        <w:t>არსებული</w:t>
      </w:r>
      <w:proofErr w:type="spellEnd"/>
      <w:r w:rsidR="00A74260" w:rsidRPr="00D06AFB">
        <w:rPr>
          <w:rFonts w:cstheme="majorHAnsi"/>
          <w:sz w:val="18"/>
          <w:szCs w:val="18"/>
        </w:rPr>
        <w:t xml:space="preserve"> </w:t>
      </w:r>
      <w:proofErr w:type="spellStart"/>
      <w:r w:rsidR="00A74260" w:rsidRPr="00D06AFB">
        <w:rPr>
          <w:rFonts w:ascii="Sylfaen" w:hAnsi="Sylfaen" w:cs="Sylfaen"/>
          <w:sz w:val="18"/>
          <w:szCs w:val="18"/>
        </w:rPr>
        <w:t>დავალიანების</w:t>
      </w:r>
      <w:proofErr w:type="spellEnd"/>
      <w:r w:rsidR="00A74260" w:rsidRPr="00D06AFB">
        <w:rPr>
          <w:rFonts w:cstheme="majorHAnsi"/>
          <w:sz w:val="18"/>
          <w:szCs w:val="18"/>
        </w:rPr>
        <w:t xml:space="preserve"> </w:t>
      </w:r>
      <w:proofErr w:type="spellStart"/>
      <w:r w:rsidR="00A74260" w:rsidRPr="00D06AFB">
        <w:rPr>
          <w:rFonts w:ascii="Sylfaen" w:hAnsi="Sylfaen" w:cs="Sylfaen"/>
          <w:sz w:val="18"/>
          <w:szCs w:val="18"/>
        </w:rPr>
        <w:t>დაფარვას</w:t>
      </w:r>
      <w:proofErr w:type="spellEnd"/>
      <w:r w:rsidR="00A74260" w:rsidRPr="00D06AFB">
        <w:rPr>
          <w:rFonts w:cstheme="majorHAnsi"/>
          <w:sz w:val="18"/>
          <w:szCs w:val="18"/>
        </w:rPr>
        <w:t xml:space="preserve">, </w:t>
      </w:r>
      <w:r w:rsidR="00990C21">
        <w:rPr>
          <w:rFonts w:ascii="Sylfaen" w:hAnsi="Sylfaen" w:cs="Sylfaen"/>
          <w:sz w:val="18"/>
          <w:szCs w:val="18"/>
          <w:lang w:val="ka-GE"/>
        </w:rPr>
        <w:t xml:space="preserve">მენარდე </w:t>
      </w:r>
      <w:proofErr w:type="spellStart"/>
      <w:r w:rsidR="00A74260" w:rsidRPr="00D06AFB">
        <w:rPr>
          <w:rFonts w:ascii="Sylfaen" w:hAnsi="Sylfaen" w:cs="Sylfaen"/>
          <w:sz w:val="18"/>
          <w:szCs w:val="18"/>
        </w:rPr>
        <w:t>უფლებამოსილია</w:t>
      </w:r>
      <w:proofErr w:type="spellEnd"/>
      <w:r w:rsidR="00A74260" w:rsidRPr="00D06AFB">
        <w:rPr>
          <w:rFonts w:cstheme="majorHAnsi"/>
          <w:sz w:val="18"/>
          <w:szCs w:val="18"/>
        </w:rPr>
        <w:t xml:space="preserve">, </w:t>
      </w:r>
      <w:proofErr w:type="spellStart"/>
      <w:r w:rsidR="00A74260" w:rsidRPr="00D06AFB">
        <w:rPr>
          <w:rFonts w:ascii="Sylfaen" w:hAnsi="Sylfaen" w:cs="Sylfaen"/>
          <w:sz w:val="18"/>
          <w:szCs w:val="18"/>
        </w:rPr>
        <w:t>დამკვეთისათვის</w:t>
      </w:r>
      <w:proofErr w:type="spellEnd"/>
      <w:r w:rsidR="00A74260" w:rsidRPr="00D06AFB">
        <w:rPr>
          <w:rFonts w:cstheme="majorHAnsi"/>
          <w:sz w:val="18"/>
          <w:szCs w:val="18"/>
        </w:rPr>
        <w:t xml:space="preserve"> </w:t>
      </w:r>
      <w:proofErr w:type="spellStart"/>
      <w:r w:rsidR="00A74260" w:rsidRPr="00D06AFB">
        <w:rPr>
          <w:rFonts w:ascii="Sylfaen" w:hAnsi="Sylfaen" w:cs="Sylfaen"/>
          <w:sz w:val="18"/>
          <w:szCs w:val="18"/>
        </w:rPr>
        <w:t>წერილობითი</w:t>
      </w:r>
      <w:proofErr w:type="spellEnd"/>
      <w:r w:rsidR="00A74260" w:rsidRPr="00D06AFB">
        <w:rPr>
          <w:rFonts w:cstheme="majorHAnsi"/>
          <w:sz w:val="18"/>
          <w:szCs w:val="18"/>
        </w:rPr>
        <w:t xml:space="preserve"> </w:t>
      </w:r>
      <w:proofErr w:type="spellStart"/>
      <w:r w:rsidR="00A74260" w:rsidRPr="00D06AFB">
        <w:rPr>
          <w:rFonts w:ascii="Sylfaen" w:hAnsi="Sylfaen" w:cs="Sylfaen"/>
          <w:sz w:val="18"/>
          <w:szCs w:val="18"/>
        </w:rPr>
        <w:t>შეტყობინების</w:t>
      </w:r>
      <w:proofErr w:type="spellEnd"/>
      <w:r w:rsidR="00A74260" w:rsidRPr="00D06AFB">
        <w:rPr>
          <w:rFonts w:cstheme="majorHAnsi"/>
          <w:sz w:val="18"/>
          <w:szCs w:val="18"/>
        </w:rPr>
        <w:t xml:space="preserve"> </w:t>
      </w:r>
      <w:proofErr w:type="spellStart"/>
      <w:r w:rsidR="00A74260" w:rsidRPr="00D06AFB">
        <w:rPr>
          <w:rFonts w:ascii="Sylfaen" w:hAnsi="Sylfaen" w:cs="Sylfaen"/>
          <w:sz w:val="18"/>
          <w:szCs w:val="18"/>
        </w:rPr>
        <w:t>მიღებიდან</w:t>
      </w:r>
      <w:proofErr w:type="spellEnd"/>
      <w:r w:rsidR="00A74260" w:rsidRPr="00D06AFB">
        <w:rPr>
          <w:rFonts w:cstheme="majorHAnsi"/>
          <w:sz w:val="18"/>
          <w:szCs w:val="18"/>
        </w:rPr>
        <w:t xml:space="preserve"> - 15 </w:t>
      </w:r>
      <w:r w:rsidR="00990C21">
        <w:rPr>
          <w:rFonts w:ascii="Sylfaen" w:hAnsi="Sylfaen" w:cstheme="majorHAnsi"/>
          <w:sz w:val="18"/>
          <w:szCs w:val="18"/>
          <w:lang w:val="ka-GE"/>
        </w:rPr>
        <w:t>(</w:t>
      </w:r>
      <w:proofErr w:type="spellStart"/>
      <w:r w:rsidR="00A74260" w:rsidRPr="00D06AFB">
        <w:rPr>
          <w:rFonts w:ascii="Sylfaen" w:hAnsi="Sylfaen" w:cs="Sylfaen"/>
          <w:sz w:val="18"/>
          <w:szCs w:val="18"/>
        </w:rPr>
        <w:t>თხუთმეტი</w:t>
      </w:r>
      <w:proofErr w:type="spellEnd"/>
      <w:r w:rsidR="00990C21">
        <w:rPr>
          <w:rFonts w:ascii="Sylfaen" w:hAnsi="Sylfaen" w:cs="Sylfaen"/>
          <w:sz w:val="18"/>
          <w:szCs w:val="18"/>
          <w:lang w:val="ka-GE"/>
        </w:rPr>
        <w:t xml:space="preserve">) </w:t>
      </w:r>
      <w:proofErr w:type="spellStart"/>
      <w:r w:rsidR="00A74260" w:rsidRPr="00D06AFB">
        <w:rPr>
          <w:rFonts w:ascii="Sylfaen" w:hAnsi="Sylfaen" w:cs="Sylfaen"/>
          <w:sz w:val="18"/>
          <w:szCs w:val="18"/>
        </w:rPr>
        <w:t>კალენდარული</w:t>
      </w:r>
      <w:proofErr w:type="spellEnd"/>
      <w:r w:rsidR="00A74260" w:rsidRPr="00D06AFB">
        <w:rPr>
          <w:rFonts w:cstheme="majorHAnsi"/>
          <w:sz w:val="18"/>
          <w:szCs w:val="18"/>
        </w:rPr>
        <w:t xml:space="preserve"> </w:t>
      </w:r>
      <w:proofErr w:type="spellStart"/>
      <w:r w:rsidR="00A74260" w:rsidRPr="00D06AFB">
        <w:rPr>
          <w:rFonts w:ascii="Sylfaen" w:hAnsi="Sylfaen" w:cs="Sylfaen"/>
          <w:sz w:val="18"/>
          <w:szCs w:val="18"/>
        </w:rPr>
        <w:t>დღის</w:t>
      </w:r>
      <w:proofErr w:type="spellEnd"/>
      <w:r w:rsidR="00A74260" w:rsidRPr="00D06AFB">
        <w:rPr>
          <w:rFonts w:cstheme="majorHAnsi"/>
          <w:sz w:val="18"/>
          <w:szCs w:val="18"/>
        </w:rPr>
        <w:t xml:space="preserve"> </w:t>
      </w:r>
      <w:proofErr w:type="spellStart"/>
      <w:r w:rsidR="00A74260" w:rsidRPr="00D06AFB">
        <w:rPr>
          <w:rFonts w:ascii="Sylfaen" w:hAnsi="Sylfaen" w:cs="Sylfaen"/>
          <w:sz w:val="18"/>
          <w:szCs w:val="18"/>
        </w:rPr>
        <w:t>გასვლის</w:t>
      </w:r>
      <w:proofErr w:type="spellEnd"/>
      <w:r w:rsidR="00A74260" w:rsidRPr="00D06AFB">
        <w:rPr>
          <w:rFonts w:cstheme="majorHAnsi"/>
          <w:sz w:val="18"/>
          <w:szCs w:val="18"/>
        </w:rPr>
        <w:t xml:space="preserve"> </w:t>
      </w:r>
      <w:proofErr w:type="spellStart"/>
      <w:r w:rsidR="00A74260" w:rsidRPr="00D06AFB">
        <w:rPr>
          <w:rFonts w:ascii="Sylfaen" w:hAnsi="Sylfaen" w:cs="Sylfaen"/>
          <w:sz w:val="18"/>
          <w:szCs w:val="18"/>
        </w:rPr>
        <w:t>შემდეგ</w:t>
      </w:r>
      <w:proofErr w:type="spellEnd"/>
      <w:r w:rsidR="00A74260" w:rsidRPr="00D06AFB">
        <w:rPr>
          <w:rFonts w:cstheme="majorHAnsi"/>
          <w:sz w:val="18"/>
          <w:szCs w:val="18"/>
        </w:rPr>
        <w:t xml:space="preserve"> </w:t>
      </w:r>
      <w:proofErr w:type="spellStart"/>
      <w:r w:rsidR="00A74260" w:rsidRPr="00D06AFB">
        <w:rPr>
          <w:rFonts w:ascii="Sylfaen" w:hAnsi="Sylfaen" w:cs="Sylfaen"/>
          <w:sz w:val="18"/>
          <w:szCs w:val="18"/>
        </w:rPr>
        <w:t>ცალმხრივად</w:t>
      </w:r>
      <w:proofErr w:type="spellEnd"/>
      <w:r w:rsidR="00A74260" w:rsidRPr="00D06AFB">
        <w:rPr>
          <w:rFonts w:cstheme="majorHAnsi"/>
          <w:sz w:val="18"/>
          <w:szCs w:val="18"/>
        </w:rPr>
        <w:t xml:space="preserve"> </w:t>
      </w:r>
      <w:proofErr w:type="spellStart"/>
      <w:r w:rsidR="00A74260" w:rsidRPr="00D06AFB">
        <w:rPr>
          <w:rFonts w:ascii="Sylfaen" w:hAnsi="Sylfaen" w:cs="Sylfaen"/>
          <w:sz w:val="18"/>
          <w:szCs w:val="18"/>
        </w:rPr>
        <w:t>შეწყვიტოს</w:t>
      </w:r>
      <w:proofErr w:type="spellEnd"/>
      <w:r w:rsidR="00A74260" w:rsidRPr="00D06AFB">
        <w:rPr>
          <w:rFonts w:cstheme="majorHAnsi"/>
          <w:sz w:val="18"/>
          <w:szCs w:val="18"/>
        </w:rPr>
        <w:t xml:space="preserve"> </w:t>
      </w:r>
      <w:proofErr w:type="spellStart"/>
      <w:r w:rsidR="00A74260" w:rsidRPr="00D06AFB">
        <w:rPr>
          <w:rFonts w:ascii="Sylfaen" w:hAnsi="Sylfaen" w:cs="Sylfaen"/>
          <w:sz w:val="18"/>
          <w:szCs w:val="18"/>
        </w:rPr>
        <w:t>ხელშეკრულება</w:t>
      </w:r>
      <w:proofErr w:type="spellEnd"/>
      <w:r w:rsidR="00A74260" w:rsidRPr="00D06AFB">
        <w:rPr>
          <w:rFonts w:cstheme="majorHAnsi"/>
          <w:sz w:val="18"/>
          <w:szCs w:val="18"/>
        </w:rPr>
        <w:t>.</w:t>
      </w:r>
      <w:r w:rsidR="00A74260" w:rsidRPr="00917F20">
        <w:rPr>
          <w:rFonts w:cstheme="majorHAnsi"/>
          <w:sz w:val="18"/>
          <w:szCs w:val="18"/>
        </w:rPr>
        <w:t xml:space="preserve"> </w:t>
      </w:r>
      <w:proofErr w:type="spellStart"/>
      <w:r w:rsidR="00A74260" w:rsidRPr="00917F20">
        <w:rPr>
          <w:rFonts w:ascii="Sylfaen" w:hAnsi="Sylfaen" w:cs="Sylfaen"/>
          <w:sz w:val="18"/>
          <w:szCs w:val="18"/>
        </w:rPr>
        <w:t>ასეთ</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t>შემთხვევაში</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t>დამკვეთი</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t>ვალდებულია</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t>აუნაზღაუროს</w:t>
      </w:r>
      <w:proofErr w:type="spellEnd"/>
      <w:r w:rsidR="00A74260" w:rsidRPr="00917F20">
        <w:rPr>
          <w:rFonts w:cstheme="majorHAnsi"/>
          <w:sz w:val="18"/>
          <w:szCs w:val="18"/>
        </w:rPr>
        <w:t xml:space="preserve"> </w:t>
      </w:r>
      <w:r w:rsidR="00990C21">
        <w:rPr>
          <w:rFonts w:ascii="Sylfaen" w:hAnsi="Sylfaen" w:cs="Sylfaen"/>
          <w:sz w:val="18"/>
          <w:szCs w:val="18"/>
          <w:lang w:val="ka-GE"/>
        </w:rPr>
        <w:t>მენარდეს</w:t>
      </w:r>
      <w:r w:rsidR="00A74260" w:rsidRPr="00917F20">
        <w:rPr>
          <w:rFonts w:cstheme="majorHAnsi"/>
          <w:sz w:val="18"/>
          <w:szCs w:val="18"/>
        </w:rPr>
        <w:t xml:space="preserve"> </w:t>
      </w:r>
      <w:proofErr w:type="spellStart"/>
      <w:r w:rsidR="00A74260" w:rsidRPr="00917F20">
        <w:rPr>
          <w:rFonts w:ascii="Sylfaen" w:hAnsi="Sylfaen" w:cs="Sylfaen"/>
          <w:sz w:val="18"/>
          <w:szCs w:val="18"/>
        </w:rPr>
        <w:t>ობიექტზე</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t>მენარდის</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t>მიერ</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t>ფაქტობრივად</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t>შესრულებული</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t>სამუშაოების</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t>მთლიანი</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t>ღირებულება</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t>მათ</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t>შორის</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t>ხარჯთაღრიცხვით</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t>გათვალისწინებული</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t>სამუშაოს</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t>შესასრულებლად</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t>მენარდის</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t>მიერ</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t>შესყიდული</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t>ან</w:t>
      </w:r>
      <w:proofErr w:type="spellEnd"/>
      <w:r w:rsidR="00A74260" w:rsidRPr="00917F20">
        <w:rPr>
          <w:rFonts w:cstheme="majorHAnsi"/>
          <w:sz w:val="18"/>
          <w:szCs w:val="18"/>
        </w:rPr>
        <w:t>/</w:t>
      </w:r>
      <w:proofErr w:type="spellStart"/>
      <w:r w:rsidR="00A74260" w:rsidRPr="00917F20">
        <w:rPr>
          <w:rFonts w:ascii="Sylfaen" w:hAnsi="Sylfaen" w:cs="Sylfaen"/>
          <w:sz w:val="18"/>
          <w:szCs w:val="18"/>
        </w:rPr>
        <w:t>და</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t>ავანსირებული</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t>ისეთი</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t>მასალების</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t>ღირებულება</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t>რომლებიც</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t>განკუთვნილია</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t>კონკრეტულად</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t>წინამდებარე</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t>ხელშეკრულებით</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t>განსაზღვრული</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t>სამუშაოს</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t>შესასრულებლად</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t>და</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t>რომელთა</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t>გამოყენებაც</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t>ხელშეკრულების</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t>შეწყვეტის</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t>მომენტისთვის</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t>ჯერ</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t>არ</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t>მომხდარა</w:t>
      </w:r>
      <w:proofErr w:type="spellEnd"/>
      <w:r w:rsidR="00A74260" w:rsidRPr="00917F20">
        <w:rPr>
          <w:rFonts w:cstheme="majorHAnsi"/>
          <w:sz w:val="18"/>
          <w:szCs w:val="18"/>
        </w:rPr>
        <w:t xml:space="preserve"> </w:t>
      </w:r>
      <w:r w:rsidR="00990C21">
        <w:rPr>
          <w:rFonts w:ascii="Sylfaen" w:hAnsi="Sylfaen" w:cstheme="majorHAnsi"/>
          <w:sz w:val="18"/>
          <w:szCs w:val="18"/>
          <w:lang w:val="ka-GE"/>
        </w:rPr>
        <w:t>(</w:t>
      </w:r>
      <w:proofErr w:type="spellStart"/>
      <w:r w:rsidR="00A74260" w:rsidRPr="00917F20">
        <w:rPr>
          <w:rFonts w:ascii="Sylfaen" w:hAnsi="Sylfaen" w:cs="Sylfaen"/>
          <w:sz w:val="18"/>
          <w:szCs w:val="18"/>
        </w:rPr>
        <w:t>მენარდის</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t>მიერ</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t>დამკვეთისათვის</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t>შესყიდული</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t>ან</w:t>
      </w:r>
      <w:proofErr w:type="spellEnd"/>
      <w:r w:rsidR="00A74260" w:rsidRPr="00917F20">
        <w:rPr>
          <w:rFonts w:cstheme="majorHAnsi"/>
          <w:sz w:val="18"/>
          <w:szCs w:val="18"/>
        </w:rPr>
        <w:t>/</w:t>
      </w:r>
      <w:proofErr w:type="spellStart"/>
      <w:r w:rsidR="00A74260" w:rsidRPr="00917F20">
        <w:rPr>
          <w:rFonts w:ascii="Sylfaen" w:hAnsi="Sylfaen" w:cs="Sylfaen"/>
          <w:sz w:val="18"/>
          <w:szCs w:val="18"/>
        </w:rPr>
        <w:t>და</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t>ავანსირებული</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t>მასალების</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t>შესყიდვის</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t>დამადასტურებელი</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t>შესაბამისი</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lastRenderedPageBreak/>
        <w:t>დოკუმენტ</w:t>
      </w:r>
      <w:proofErr w:type="spellEnd"/>
      <w:r w:rsidR="00990C21">
        <w:rPr>
          <w:rFonts w:ascii="Sylfaen" w:hAnsi="Sylfaen" w:cstheme="majorHAnsi"/>
          <w:sz w:val="18"/>
          <w:szCs w:val="18"/>
          <w:lang w:val="ka-GE"/>
        </w:rPr>
        <w:t>(</w:t>
      </w:r>
      <w:proofErr w:type="spellStart"/>
      <w:r w:rsidR="00A74260" w:rsidRPr="00917F20">
        <w:rPr>
          <w:rFonts w:ascii="Sylfaen" w:hAnsi="Sylfaen" w:cs="Sylfaen"/>
          <w:sz w:val="18"/>
          <w:szCs w:val="18"/>
        </w:rPr>
        <w:t>ებ</w:t>
      </w:r>
      <w:proofErr w:type="spellEnd"/>
      <w:r w:rsidR="00990C21">
        <w:rPr>
          <w:rFonts w:ascii="Sylfaen" w:hAnsi="Sylfaen" w:cstheme="majorHAnsi"/>
          <w:sz w:val="18"/>
          <w:szCs w:val="18"/>
          <w:lang w:val="ka-GE"/>
        </w:rPr>
        <w:t>)</w:t>
      </w:r>
      <w:proofErr w:type="spellStart"/>
      <w:r w:rsidR="00A74260" w:rsidRPr="00917F20">
        <w:rPr>
          <w:rFonts w:ascii="Sylfaen" w:hAnsi="Sylfaen" w:cs="Sylfaen"/>
          <w:sz w:val="18"/>
          <w:szCs w:val="18"/>
        </w:rPr>
        <w:t>ის</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t>წარდგენის</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t>საფუძველზე</w:t>
      </w:r>
      <w:proofErr w:type="spellEnd"/>
      <w:r w:rsidR="00990C21">
        <w:rPr>
          <w:rFonts w:ascii="Sylfaen" w:hAnsi="Sylfaen" w:cstheme="majorHAnsi"/>
          <w:sz w:val="18"/>
          <w:szCs w:val="18"/>
          <w:lang w:val="ka-GE"/>
        </w:rPr>
        <w:t>)</w:t>
      </w:r>
      <w:r w:rsidR="00A74260" w:rsidRPr="00917F20">
        <w:rPr>
          <w:rFonts w:cstheme="majorHAnsi"/>
          <w:sz w:val="18"/>
          <w:szCs w:val="18"/>
        </w:rPr>
        <w:t>.</w:t>
      </w:r>
      <w:r w:rsidR="00990C21">
        <w:rPr>
          <w:rFonts w:ascii="Sylfaen" w:hAnsi="Sylfaen" w:cstheme="majorHAnsi"/>
          <w:sz w:val="18"/>
          <w:szCs w:val="18"/>
          <w:lang w:val="ka-GE"/>
        </w:rPr>
        <w:t xml:space="preserve"> </w:t>
      </w:r>
      <w:proofErr w:type="spellStart"/>
      <w:r w:rsidR="00A74260" w:rsidRPr="00917F20">
        <w:rPr>
          <w:rFonts w:ascii="Sylfaen" w:hAnsi="Sylfaen" w:cs="Sylfaen"/>
          <w:sz w:val="18"/>
          <w:szCs w:val="18"/>
        </w:rPr>
        <w:t>დამკვეთის</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t>მიერ</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t>ასეთი</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t>ანაზღაურება</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t>უნდა</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t>განხორციელდეს</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t>ხელშეკრულების</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t>შეწყვეტიდან</w:t>
      </w:r>
      <w:proofErr w:type="spellEnd"/>
      <w:r w:rsidR="00990C21">
        <w:rPr>
          <w:rFonts w:ascii="Sylfaen" w:hAnsi="Sylfaen" w:cs="Sylfaen"/>
          <w:sz w:val="18"/>
          <w:szCs w:val="18"/>
          <w:lang w:val="ka-GE"/>
        </w:rPr>
        <w:t xml:space="preserve"> </w:t>
      </w:r>
      <w:r w:rsidR="00A74260" w:rsidRPr="00917F20">
        <w:rPr>
          <w:rFonts w:cstheme="majorHAnsi"/>
          <w:sz w:val="18"/>
          <w:szCs w:val="18"/>
        </w:rPr>
        <w:t>-</w:t>
      </w:r>
      <w:r w:rsidR="00990C21">
        <w:rPr>
          <w:rFonts w:ascii="Sylfaen" w:hAnsi="Sylfaen" w:cstheme="majorHAnsi"/>
          <w:sz w:val="18"/>
          <w:szCs w:val="18"/>
          <w:lang w:val="ka-GE"/>
        </w:rPr>
        <w:t xml:space="preserve"> </w:t>
      </w:r>
      <w:r w:rsidR="00A74260" w:rsidRPr="00D06AFB">
        <w:rPr>
          <w:rFonts w:cstheme="majorHAnsi"/>
          <w:sz w:val="18"/>
          <w:szCs w:val="18"/>
        </w:rPr>
        <w:t xml:space="preserve">20 </w:t>
      </w:r>
      <w:r w:rsidR="00990C21">
        <w:rPr>
          <w:rFonts w:ascii="Sylfaen" w:hAnsi="Sylfaen" w:cstheme="majorHAnsi"/>
          <w:sz w:val="18"/>
          <w:szCs w:val="18"/>
          <w:lang w:val="ka-GE"/>
        </w:rPr>
        <w:t>(</w:t>
      </w:r>
      <w:proofErr w:type="spellStart"/>
      <w:r w:rsidR="00A74260" w:rsidRPr="00D06AFB">
        <w:rPr>
          <w:rFonts w:ascii="Sylfaen" w:hAnsi="Sylfaen" w:cs="Sylfaen"/>
          <w:sz w:val="18"/>
          <w:szCs w:val="18"/>
        </w:rPr>
        <w:t>ოცი</w:t>
      </w:r>
      <w:proofErr w:type="spellEnd"/>
      <w:r w:rsidR="00990C21">
        <w:rPr>
          <w:rFonts w:ascii="Sylfaen" w:hAnsi="Sylfaen" w:cs="Sylfaen"/>
          <w:sz w:val="18"/>
          <w:szCs w:val="18"/>
          <w:lang w:val="ka-GE"/>
        </w:rPr>
        <w:t xml:space="preserve">) </w:t>
      </w:r>
      <w:proofErr w:type="spellStart"/>
      <w:r w:rsidR="00A74260" w:rsidRPr="00D06AFB">
        <w:rPr>
          <w:rFonts w:ascii="Sylfaen" w:hAnsi="Sylfaen" w:cs="Sylfaen"/>
          <w:sz w:val="18"/>
          <w:szCs w:val="18"/>
        </w:rPr>
        <w:t>სამუშაო</w:t>
      </w:r>
      <w:proofErr w:type="spellEnd"/>
      <w:r w:rsidR="00A74260" w:rsidRPr="00D06AFB">
        <w:rPr>
          <w:rFonts w:cstheme="majorHAnsi"/>
          <w:sz w:val="18"/>
          <w:szCs w:val="18"/>
        </w:rPr>
        <w:t xml:space="preserve"> </w:t>
      </w:r>
      <w:proofErr w:type="spellStart"/>
      <w:r w:rsidR="00A74260" w:rsidRPr="00D06AFB">
        <w:rPr>
          <w:rFonts w:ascii="Sylfaen" w:hAnsi="Sylfaen" w:cs="Sylfaen"/>
          <w:sz w:val="18"/>
          <w:szCs w:val="18"/>
        </w:rPr>
        <w:t>დღის</w:t>
      </w:r>
      <w:proofErr w:type="spellEnd"/>
      <w:r w:rsidR="00A74260" w:rsidRPr="00D06AFB">
        <w:rPr>
          <w:rFonts w:cstheme="majorHAnsi"/>
          <w:sz w:val="18"/>
          <w:szCs w:val="18"/>
        </w:rPr>
        <w:t xml:space="preserve"> </w:t>
      </w:r>
      <w:proofErr w:type="spellStart"/>
      <w:r w:rsidR="00A74260" w:rsidRPr="00D06AFB">
        <w:rPr>
          <w:rFonts w:ascii="Sylfaen" w:hAnsi="Sylfaen" w:cs="Sylfaen"/>
          <w:sz w:val="18"/>
          <w:szCs w:val="18"/>
        </w:rPr>
        <w:t>ვადაში</w:t>
      </w:r>
      <w:proofErr w:type="spellEnd"/>
      <w:r w:rsidR="00A74260" w:rsidRPr="00D06AFB">
        <w:rPr>
          <w:rFonts w:cstheme="majorHAnsi"/>
          <w:sz w:val="18"/>
          <w:szCs w:val="18"/>
        </w:rPr>
        <w:t>.</w:t>
      </w:r>
      <w:r w:rsidR="00A74260" w:rsidRPr="00917F20">
        <w:rPr>
          <w:rFonts w:cstheme="majorHAnsi"/>
          <w:sz w:val="18"/>
          <w:szCs w:val="18"/>
        </w:rPr>
        <w:t xml:space="preserve"> </w:t>
      </w:r>
      <w:proofErr w:type="spellStart"/>
      <w:r w:rsidR="00A74260" w:rsidRPr="00917F20">
        <w:rPr>
          <w:rFonts w:ascii="Sylfaen" w:hAnsi="Sylfaen" w:cs="Sylfaen"/>
          <w:sz w:val="18"/>
          <w:szCs w:val="18"/>
        </w:rPr>
        <w:t>დამკვეთის</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t>მიერ</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t>ანაზღაურებული</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t>მენარდის</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t>მიერ</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t>სამუშაოს</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t>შესრულებისათვის</w:t>
      </w:r>
      <w:proofErr w:type="spellEnd"/>
      <w:r w:rsidR="00990C21">
        <w:rPr>
          <w:rFonts w:ascii="Sylfaen" w:hAnsi="Sylfaen" w:cs="Sylfaen"/>
          <w:sz w:val="18"/>
          <w:szCs w:val="18"/>
          <w:lang w:val="ka-GE"/>
        </w:rPr>
        <w:t xml:space="preserve"> </w:t>
      </w:r>
      <w:proofErr w:type="spellStart"/>
      <w:r w:rsidR="00A74260" w:rsidRPr="00917F20">
        <w:rPr>
          <w:rFonts w:ascii="Sylfaen" w:hAnsi="Sylfaen" w:cs="Sylfaen"/>
          <w:sz w:val="18"/>
          <w:szCs w:val="18"/>
        </w:rPr>
        <w:t>შესყიდული</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t>ან</w:t>
      </w:r>
      <w:proofErr w:type="spellEnd"/>
      <w:r w:rsidR="00A74260" w:rsidRPr="00917F20">
        <w:rPr>
          <w:rFonts w:cstheme="majorHAnsi"/>
          <w:sz w:val="18"/>
          <w:szCs w:val="18"/>
        </w:rPr>
        <w:t>/</w:t>
      </w:r>
      <w:proofErr w:type="spellStart"/>
      <w:r w:rsidR="00A74260" w:rsidRPr="00917F20">
        <w:rPr>
          <w:rFonts w:ascii="Sylfaen" w:hAnsi="Sylfaen" w:cs="Sylfaen"/>
          <w:sz w:val="18"/>
          <w:szCs w:val="18"/>
        </w:rPr>
        <w:t>და</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t>ავანსირებული</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t>მასალები</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t>გადაეცემა</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t>დამკვეთს</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t>და</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t>მათზე</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t>წარმოიშობა</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t>დამკვეთის</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t>საკუთრების</w:t>
      </w:r>
      <w:proofErr w:type="spellEnd"/>
      <w:r w:rsidR="00A74260" w:rsidRPr="00917F20">
        <w:rPr>
          <w:rFonts w:cstheme="majorHAnsi"/>
          <w:sz w:val="18"/>
          <w:szCs w:val="18"/>
        </w:rPr>
        <w:t xml:space="preserve"> </w:t>
      </w:r>
      <w:proofErr w:type="spellStart"/>
      <w:r w:rsidR="00A74260" w:rsidRPr="00917F20">
        <w:rPr>
          <w:rFonts w:ascii="Sylfaen" w:hAnsi="Sylfaen" w:cs="Sylfaen"/>
          <w:sz w:val="18"/>
          <w:szCs w:val="18"/>
        </w:rPr>
        <w:t>უფლება</w:t>
      </w:r>
      <w:proofErr w:type="spellEnd"/>
      <w:r w:rsidR="00A74260" w:rsidRPr="00917F20">
        <w:rPr>
          <w:rFonts w:cstheme="majorHAnsi"/>
          <w:sz w:val="18"/>
          <w:szCs w:val="18"/>
        </w:rPr>
        <w:t>.</w:t>
      </w:r>
    </w:p>
    <w:p w14:paraId="36D0BC11" w14:textId="1F7F5370" w:rsidR="004B6084" w:rsidRDefault="00A74260" w:rsidP="00185C20">
      <w:pPr>
        <w:pStyle w:val="ListParagraph"/>
        <w:numPr>
          <w:ilvl w:val="1"/>
          <w:numId w:val="13"/>
        </w:numPr>
        <w:jc w:val="both"/>
        <w:rPr>
          <w:rFonts w:cstheme="majorHAnsi"/>
          <w:sz w:val="18"/>
          <w:szCs w:val="18"/>
        </w:rPr>
      </w:pPr>
      <w:proofErr w:type="spellStart"/>
      <w:r w:rsidRPr="000C596E">
        <w:rPr>
          <w:rFonts w:ascii="Sylfaen" w:hAnsi="Sylfaen" w:cs="Sylfaen"/>
          <w:sz w:val="18"/>
          <w:szCs w:val="18"/>
        </w:rPr>
        <w:t>იმ</w:t>
      </w:r>
      <w:proofErr w:type="spellEnd"/>
      <w:r w:rsidRPr="000C596E">
        <w:rPr>
          <w:rFonts w:cstheme="majorHAnsi"/>
          <w:sz w:val="18"/>
          <w:szCs w:val="18"/>
        </w:rPr>
        <w:t xml:space="preserve"> </w:t>
      </w:r>
      <w:proofErr w:type="spellStart"/>
      <w:r w:rsidRPr="000C596E">
        <w:rPr>
          <w:rFonts w:ascii="Sylfaen" w:hAnsi="Sylfaen" w:cs="Sylfaen"/>
          <w:sz w:val="18"/>
          <w:szCs w:val="18"/>
        </w:rPr>
        <w:t>შემთხვევაში</w:t>
      </w:r>
      <w:proofErr w:type="spellEnd"/>
      <w:r w:rsidRPr="000C596E">
        <w:rPr>
          <w:rFonts w:cstheme="majorHAnsi"/>
          <w:sz w:val="18"/>
          <w:szCs w:val="18"/>
        </w:rPr>
        <w:t xml:space="preserve">, </w:t>
      </w:r>
      <w:proofErr w:type="spellStart"/>
      <w:r w:rsidRPr="000C596E">
        <w:rPr>
          <w:rFonts w:ascii="Sylfaen" w:hAnsi="Sylfaen" w:cs="Sylfaen"/>
          <w:sz w:val="18"/>
          <w:szCs w:val="18"/>
        </w:rPr>
        <w:t>თუ</w:t>
      </w:r>
      <w:proofErr w:type="spellEnd"/>
      <w:r w:rsidRPr="000C596E">
        <w:rPr>
          <w:rFonts w:cstheme="majorHAnsi"/>
          <w:sz w:val="18"/>
          <w:szCs w:val="18"/>
        </w:rPr>
        <w:t xml:space="preserve"> </w:t>
      </w:r>
      <w:r w:rsidR="00990C21">
        <w:rPr>
          <w:rFonts w:ascii="Sylfaen" w:hAnsi="Sylfaen" w:cs="Sylfaen"/>
          <w:sz w:val="18"/>
          <w:szCs w:val="18"/>
          <w:lang w:val="ka-GE"/>
        </w:rPr>
        <w:t xml:space="preserve">მენარდე </w:t>
      </w:r>
      <w:proofErr w:type="spellStart"/>
      <w:r w:rsidRPr="000C596E">
        <w:rPr>
          <w:rFonts w:ascii="Sylfaen" w:hAnsi="Sylfaen" w:cs="Sylfaen"/>
          <w:sz w:val="18"/>
          <w:szCs w:val="18"/>
        </w:rPr>
        <w:t>უწყვეტად</w:t>
      </w:r>
      <w:proofErr w:type="spellEnd"/>
      <w:r w:rsidR="00990C21">
        <w:rPr>
          <w:rFonts w:ascii="Sylfaen" w:hAnsi="Sylfaen" w:cs="Sylfaen"/>
          <w:sz w:val="18"/>
          <w:szCs w:val="18"/>
          <w:lang w:val="ka-GE"/>
        </w:rPr>
        <w:t xml:space="preserve"> </w:t>
      </w:r>
      <w:proofErr w:type="spellStart"/>
      <w:r w:rsidRPr="000C596E">
        <w:rPr>
          <w:rFonts w:ascii="Sylfaen" w:hAnsi="Sylfaen" w:cs="Sylfaen"/>
          <w:sz w:val="18"/>
          <w:szCs w:val="18"/>
        </w:rPr>
        <w:t>შეაჩერებს</w:t>
      </w:r>
      <w:proofErr w:type="spellEnd"/>
      <w:r w:rsidRPr="000C596E">
        <w:rPr>
          <w:rFonts w:cstheme="majorHAnsi"/>
          <w:sz w:val="18"/>
          <w:szCs w:val="18"/>
        </w:rPr>
        <w:t xml:space="preserve"> </w:t>
      </w:r>
      <w:proofErr w:type="spellStart"/>
      <w:r w:rsidRPr="000C596E">
        <w:rPr>
          <w:rFonts w:ascii="Sylfaen" w:hAnsi="Sylfaen" w:cs="Sylfaen"/>
          <w:sz w:val="18"/>
          <w:szCs w:val="18"/>
        </w:rPr>
        <w:t>სამუშაოებს</w:t>
      </w:r>
      <w:proofErr w:type="spellEnd"/>
      <w:r w:rsidRPr="000C596E">
        <w:rPr>
          <w:rFonts w:cstheme="majorHAnsi"/>
          <w:sz w:val="18"/>
          <w:szCs w:val="18"/>
        </w:rPr>
        <w:t xml:space="preserve">, </w:t>
      </w:r>
      <w:proofErr w:type="spellStart"/>
      <w:r w:rsidRPr="000C596E">
        <w:rPr>
          <w:rFonts w:ascii="Sylfaen" w:hAnsi="Sylfaen" w:cs="Sylfaen"/>
          <w:sz w:val="18"/>
          <w:szCs w:val="18"/>
        </w:rPr>
        <w:t>მათ</w:t>
      </w:r>
      <w:proofErr w:type="spellEnd"/>
      <w:r w:rsidRPr="000C596E">
        <w:rPr>
          <w:rFonts w:cstheme="majorHAnsi"/>
          <w:sz w:val="18"/>
          <w:szCs w:val="18"/>
        </w:rPr>
        <w:t xml:space="preserve"> </w:t>
      </w:r>
      <w:proofErr w:type="spellStart"/>
      <w:r w:rsidRPr="000C596E">
        <w:rPr>
          <w:rFonts w:ascii="Sylfaen" w:hAnsi="Sylfaen" w:cs="Sylfaen"/>
          <w:sz w:val="18"/>
          <w:szCs w:val="18"/>
        </w:rPr>
        <w:t>შორის</w:t>
      </w:r>
      <w:proofErr w:type="spellEnd"/>
      <w:r w:rsidRPr="000C596E">
        <w:rPr>
          <w:rFonts w:cstheme="majorHAnsi"/>
          <w:sz w:val="18"/>
          <w:szCs w:val="18"/>
        </w:rPr>
        <w:t xml:space="preserve">, </w:t>
      </w:r>
      <w:proofErr w:type="spellStart"/>
      <w:r w:rsidRPr="000C596E">
        <w:rPr>
          <w:rFonts w:ascii="Sylfaen" w:hAnsi="Sylfaen" w:cs="Sylfaen"/>
          <w:sz w:val="18"/>
          <w:szCs w:val="18"/>
        </w:rPr>
        <w:t>თუკი</w:t>
      </w:r>
      <w:proofErr w:type="spellEnd"/>
      <w:r w:rsidRPr="000C596E">
        <w:rPr>
          <w:rFonts w:cstheme="majorHAnsi"/>
          <w:sz w:val="18"/>
          <w:szCs w:val="18"/>
        </w:rPr>
        <w:t xml:space="preserve"> </w:t>
      </w:r>
      <w:proofErr w:type="spellStart"/>
      <w:r w:rsidRPr="000C596E">
        <w:rPr>
          <w:rFonts w:ascii="Sylfaen" w:hAnsi="Sylfaen" w:cs="Sylfaen"/>
          <w:sz w:val="18"/>
          <w:szCs w:val="18"/>
        </w:rPr>
        <w:t>იმ</w:t>
      </w:r>
      <w:proofErr w:type="spellEnd"/>
      <w:r w:rsidRPr="000C596E">
        <w:rPr>
          <w:rFonts w:cstheme="majorHAnsi"/>
          <w:sz w:val="18"/>
          <w:szCs w:val="18"/>
        </w:rPr>
        <w:t xml:space="preserve"> </w:t>
      </w:r>
      <w:proofErr w:type="spellStart"/>
      <w:r w:rsidRPr="000C596E">
        <w:rPr>
          <w:rFonts w:ascii="Sylfaen" w:hAnsi="Sylfaen" w:cs="Sylfaen"/>
          <w:sz w:val="18"/>
          <w:szCs w:val="18"/>
        </w:rPr>
        <w:t>დროისათვის</w:t>
      </w:r>
      <w:proofErr w:type="spellEnd"/>
      <w:r w:rsidRPr="000C596E">
        <w:rPr>
          <w:rFonts w:cstheme="majorHAnsi"/>
          <w:sz w:val="18"/>
          <w:szCs w:val="18"/>
        </w:rPr>
        <w:t xml:space="preserve"> </w:t>
      </w:r>
      <w:proofErr w:type="spellStart"/>
      <w:r w:rsidRPr="000C596E">
        <w:rPr>
          <w:rFonts w:ascii="Sylfaen" w:hAnsi="Sylfaen" w:cs="Sylfaen"/>
          <w:sz w:val="18"/>
          <w:szCs w:val="18"/>
        </w:rPr>
        <w:t>შესასრულებელ</w:t>
      </w:r>
      <w:proofErr w:type="spellEnd"/>
      <w:r w:rsidRPr="000C596E">
        <w:rPr>
          <w:rFonts w:cstheme="majorHAnsi"/>
          <w:sz w:val="18"/>
          <w:szCs w:val="18"/>
        </w:rPr>
        <w:t xml:space="preserve"> </w:t>
      </w:r>
      <w:proofErr w:type="spellStart"/>
      <w:r w:rsidRPr="000C596E">
        <w:rPr>
          <w:rFonts w:ascii="Sylfaen" w:hAnsi="Sylfaen" w:cs="Sylfaen"/>
          <w:sz w:val="18"/>
          <w:szCs w:val="18"/>
        </w:rPr>
        <w:t>სამუშაოებს</w:t>
      </w:r>
      <w:proofErr w:type="spellEnd"/>
      <w:r w:rsidRPr="000C596E">
        <w:rPr>
          <w:rFonts w:cstheme="majorHAnsi"/>
          <w:sz w:val="18"/>
          <w:szCs w:val="18"/>
        </w:rPr>
        <w:t xml:space="preserve"> </w:t>
      </w:r>
      <w:proofErr w:type="spellStart"/>
      <w:r w:rsidRPr="000C596E">
        <w:rPr>
          <w:rFonts w:ascii="Sylfaen" w:hAnsi="Sylfaen" w:cs="Sylfaen"/>
          <w:sz w:val="18"/>
          <w:szCs w:val="18"/>
        </w:rPr>
        <w:t>ახორციელებს</w:t>
      </w:r>
      <w:proofErr w:type="spellEnd"/>
      <w:r w:rsidRPr="000C596E">
        <w:rPr>
          <w:rFonts w:cstheme="majorHAnsi"/>
          <w:sz w:val="18"/>
          <w:szCs w:val="18"/>
        </w:rPr>
        <w:t xml:space="preserve"> </w:t>
      </w:r>
      <w:proofErr w:type="spellStart"/>
      <w:r w:rsidRPr="000C596E">
        <w:rPr>
          <w:rFonts w:ascii="Sylfaen" w:hAnsi="Sylfaen" w:cs="Sylfaen"/>
          <w:sz w:val="18"/>
          <w:szCs w:val="18"/>
        </w:rPr>
        <w:t>არასაკმარისი</w:t>
      </w:r>
      <w:proofErr w:type="spellEnd"/>
      <w:r w:rsidRPr="000C596E">
        <w:rPr>
          <w:rFonts w:cstheme="majorHAnsi"/>
          <w:sz w:val="18"/>
          <w:szCs w:val="18"/>
        </w:rPr>
        <w:t xml:space="preserve"> </w:t>
      </w:r>
      <w:proofErr w:type="spellStart"/>
      <w:r w:rsidRPr="000C596E">
        <w:rPr>
          <w:rFonts w:ascii="Sylfaen" w:hAnsi="Sylfaen" w:cs="Sylfaen"/>
          <w:sz w:val="18"/>
          <w:szCs w:val="18"/>
        </w:rPr>
        <w:t>მუშახელით</w:t>
      </w:r>
      <w:proofErr w:type="spellEnd"/>
      <w:r w:rsidR="00E86FA0">
        <w:rPr>
          <w:rFonts w:ascii="Sylfaen" w:hAnsi="Sylfaen" w:cs="Sylfaen"/>
          <w:sz w:val="18"/>
          <w:szCs w:val="18"/>
          <w:lang w:val="ka-GE"/>
        </w:rPr>
        <w:t>,</w:t>
      </w:r>
      <w:r w:rsidRPr="000C596E">
        <w:rPr>
          <w:rFonts w:cstheme="majorHAnsi"/>
          <w:sz w:val="18"/>
          <w:szCs w:val="18"/>
        </w:rPr>
        <w:t xml:space="preserve"> 15 </w:t>
      </w:r>
      <w:r w:rsidR="00990C21">
        <w:rPr>
          <w:rFonts w:ascii="Sylfaen" w:hAnsi="Sylfaen" w:cstheme="majorHAnsi"/>
          <w:sz w:val="18"/>
          <w:szCs w:val="18"/>
          <w:lang w:val="ka-GE"/>
        </w:rPr>
        <w:t>(</w:t>
      </w:r>
      <w:proofErr w:type="spellStart"/>
      <w:r w:rsidRPr="000C596E">
        <w:rPr>
          <w:rFonts w:ascii="Sylfaen" w:hAnsi="Sylfaen" w:cs="Sylfaen"/>
          <w:sz w:val="18"/>
          <w:szCs w:val="18"/>
        </w:rPr>
        <w:t>თხუთმეტი</w:t>
      </w:r>
      <w:proofErr w:type="spellEnd"/>
      <w:r w:rsidR="00990C21">
        <w:rPr>
          <w:rFonts w:ascii="Sylfaen" w:hAnsi="Sylfaen" w:cs="Sylfaen"/>
          <w:sz w:val="18"/>
          <w:szCs w:val="18"/>
          <w:lang w:val="ka-GE"/>
        </w:rPr>
        <w:t>)</w:t>
      </w:r>
      <w:r w:rsidRPr="000C596E">
        <w:rPr>
          <w:rFonts w:cstheme="majorHAnsi"/>
          <w:sz w:val="18"/>
          <w:szCs w:val="18"/>
        </w:rPr>
        <w:t xml:space="preserve"> </w:t>
      </w:r>
      <w:proofErr w:type="spellStart"/>
      <w:r w:rsidRPr="000C596E">
        <w:rPr>
          <w:rFonts w:ascii="Sylfaen" w:hAnsi="Sylfaen" w:cs="Sylfaen"/>
          <w:sz w:val="18"/>
          <w:szCs w:val="18"/>
        </w:rPr>
        <w:t>კალენდარულ</w:t>
      </w:r>
      <w:proofErr w:type="spellEnd"/>
      <w:r w:rsidRPr="000C596E">
        <w:rPr>
          <w:rFonts w:cstheme="majorHAnsi"/>
          <w:sz w:val="18"/>
          <w:szCs w:val="18"/>
        </w:rPr>
        <w:t xml:space="preserve"> </w:t>
      </w:r>
      <w:proofErr w:type="spellStart"/>
      <w:r w:rsidRPr="000C596E">
        <w:rPr>
          <w:rFonts w:ascii="Sylfaen" w:hAnsi="Sylfaen" w:cs="Sylfaen"/>
          <w:sz w:val="18"/>
          <w:szCs w:val="18"/>
        </w:rPr>
        <w:t>დღეზე</w:t>
      </w:r>
      <w:proofErr w:type="spellEnd"/>
      <w:r w:rsidRPr="000C596E">
        <w:rPr>
          <w:rFonts w:cstheme="majorHAnsi"/>
          <w:sz w:val="18"/>
          <w:szCs w:val="18"/>
        </w:rPr>
        <w:t xml:space="preserve"> </w:t>
      </w:r>
      <w:proofErr w:type="spellStart"/>
      <w:r w:rsidRPr="000C596E">
        <w:rPr>
          <w:rFonts w:ascii="Sylfaen" w:hAnsi="Sylfaen" w:cs="Sylfaen"/>
          <w:sz w:val="18"/>
          <w:szCs w:val="18"/>
        </w:rPr>
        <w:t>მეტი</w:t>
      </w:r>
      <w:proofErr w:type="spellEnd"/>
      <w:r w:rsidRPr="000C596E">
        <w:rPr>
          <w:rFonts w:cstheme="majorHAnsi"/>
          <w:sz w:val="18"/>
          <w:szCs w:val="18"/>
        </w:rPr>
        <w:t xml:space="preserve"> </w:t>
      </w:r>
      <w:proofErr w:type="spellStart"/>
      <w:r w:rsidRPr="000C596E">
        <w:rPr>
          <w:rFonts w:ascii="Sylfaen" w:hAnsi="Sylfaen" w:cs="Sylfaen"/>
          <w:sz w:val="18"/>
          <w:szCs w:val="18"/>
        </w:rPr>
        <w:t>ვადით</w:t>
      </w:r>
      <w:proofErr w:type="spellEnd"/>
      <w:r w:rsidRPr="000C596E">
        <w:rPr>
          <w:rFonts w:cstheme="majorHAnsi"/>
          <w:sz w:val="18"/>
          <w:szCs w:val="18"/>
        </w:rPr>
        <w:t xml:space="preserve">, </w:t>
      </w:r>
      <w:proofErr w:type="spellStart"/>
      <w:r w:rsidRPr="000C596E">
        <w:rPr>
          <w:rFonts w:ascii="Sylfaen" w:hAnsi="Sylfaen" w:cs="Sylfaen"/>
          <w:sz w:val="18"/>
          <w:szCs w:val="18"/>
        </w:rPr>
        <w:t>გარდა</w:t>
      </w:r>
      <w:proofErr w:type="spellEnd"/>
      <w:r w:rsidRPr="000C596E">
        <w:rPr>
          <w:rFonts w:cstheme="majorHAnsi"/>
          <w:sz w:val="18"/>
          <w:szCs w:val="18"/>
        </w:rPr>
        <w:t xml:space="preserve"> </w:t>
      </w:r>
      <w:proofErr w:type="spellStart"/>
      <w:r w:rsidRPr="000C596E">
        <w:rPr>
          <w:rFonts w:ascii="Sylfaen" w:hAnsi="Sylfaen" w:cs="Sylfaen"/>
          <w:sz w:val="18"/>
          <w:szCs w:val="18"/>
        </w:rPr>
        <w:t>იმ</w:t>
      </w:r>
      <w:proofErr w:type="spellEnd"/>
      <w:r w:rsidRPr="000C596E">
        <w:rPr>
          <w:rFonts w:cstheme="majorHAnsi"/>
          <w:sz w:val="18"/>
          <w:szCs w:val="18"/>
        </w:rPr>
        <w:t xml:space="preserve"> </w:t>
      </w:r>
      <w:proofErr w:type="spellStart"/>
      <w:r w:rsidRPr="000C596E">
        <w:rPr>
          <w:rFonts w:ascii="Sylfaen" w:hAnsi="Sylfaen" w:cs="Sylfaen"/>
          <w:sz w:val="18"/>
          <w:szCs w:val="18"/>
        </w:rPr>
        <w:t>შემთხვევისა</w:t>
      </w:r>
      <w:proofErr w:type="spellEnd"/>
      <w:r w:rsidRPr="000C596E">
        <w:rPr>
          <w:rFonts w:cstheme="majorHAnsi"/>
          <w:sz w:val="18"/>
          <w:szCs w:val="18"/>
        </w:rPr>
        <w:t xml:space="preserve">, </w:t>
      </w:r>
      <w:proofErr w:type="spellStart"/>
      <w:r w:rsidRPr="000C596E">
        <w:rPr>
          <w:rFonts w:ascii="Sylfaen" w:hAnsi="Sylfaen" w:cs="Sylfaen"/>
          <w:sz w:val="18"/>
          <w:szCs w:val="18"/>
        </w:rPr>
        <w:t>თუ</w:t>
      </w:r>
      <w:proofErr w:type="spellEnd"/>
      <w:r w:rsidRPr="000C596E">
        <w:rPr>
          <w:rFonts w:cstheme="majorHAnsi"/>
          <w:sz w:val="18"/>
          <w:szCs w:val="18"/>
        </w:rPr>
        <w:t xml:space="preserve"> </w:t>
      </w:r>
      <w:proofErr w:type="spellStart"/>
      <w:r w:rsidRPr="000C596E">
        <w:rPr>
          <w:rFonts w:ascii="Sylfaen" w:hAnsi="Sylfaen" w:cs="Sylfaen"/>
          <w:sz w:val="18"/>
          <w:szCs w:val="18"/>
        </w:rPr>
        <w:t>აღნიშნული</w:t>
      </w:r>
      <w:proofErr w:type="spellEnd"/>
      <w:r w:rsidRPr="000C596E">
        <w:rPr>
          <w:rFonts w:cstheme="majorHAnsi"/>
          <w:sz w:val="18"/>
          <w:szCs w:val="18"/>
        </w:rPr>
        <w:t xml:space="preserve"> </w:t>
      </w:r>
      <w:proofErr w:type="spellStart"/>
      <w:r w:rsidRPr="000C596E">
        <w:rPr>
          <w:rFonts w:ascii="Sylfaen" w:hAnsi="Sylfaen" w:cs="Sylfaen"/>
          <w:sz w:val="18"/>
          <w:szCs w:val="18"/>
        </w:rPr>
        <w:t>გამოწვეულია</w:t>
      </w:r>
      <w:proofErr w:type="spellEnd"/>
      <w:r w:rsidRPr="000C596E">
        <w:rPr>
          <w:rFonts w:cstheme="majorHAnsi"/>
          <w:sz w:val="18"/>
          <w:szCs w:val="18"/>
        </w:rPr>
        <w:t xml:space="preserve"> </w:t>
      </w:r>
      <w:proofErr w:type="spellStart"/>
      <w:r w:rsidRPr="000C596E">
        <w:rPr>
          <w:rFonts w:ascii="Sylfaen" w:hAnsi="Sylfaen" w:cs="Sylfaen"/>
          <w:sz w:val="18"/>
          <w:szCs w:val="18"/>
        </w:rPr>
        <w:t>დამკვეთის</w:t>
      </w:r>
      <w:proofErr w:type="spellEnd"/>
      <w:r w:rsidRPr="000C596E">
        <w:rPr>
          <w:rFonts w:cstheme="majorHAnsi"/>
          <w:sz w:val="18"/>
          <w:szCs w:val="18"/>
        </w:rPr>
        <w:t xml:space="preserve"> </w:t>
      </w:r>
      <w:proofErr w:type="spellStart"/>
      <w:r w:rsidRPr="000C596E">
        <w:rPr>
          <w:rFonts w:ascii="Sylfaen" w:hAnsi="Sylfaen" w:cs="Sylfaen"/>
          <w:sz w:val="18"/>
          <w:szCs w:val="18"/>
        </w:rPr>
        <w:t>მხრიდან</w:t>
      </w:r>
      <w:proofErr w:type="spellEnd"/>
      <w:r w:rsidRPr="000C596E">
        <w:rPr>
          <w:rFonts w:cstheme="majorHAnsi"/>
          <w:sz w:val="18"/>
          <w:szCs w:val="18"/>
        </w:rPr>
        <w:t xml:space="preserve"> </w:t>
      </w:r>
      <w:proofErr w:type="spellStart"/>
      <w:r w:rsidRPr="000C596E">
        <w:rPr>
          <w:rFonts w:ascii="Sylfaen" w:hAnsi="Sylfaen" w:cs="Sylfaen"/>
          <w:sz w:val="18"/>
          <w:szCs w:val="18"/>
        </w:rPr>
        <w:t>წინამდებარე</w:t>
      </w:r>
      <w:proofErr w:type="spellEnd"/>
      <w:r w:rsidRPr="000C596E">
        <w:rPr>
          <w:rFonts w:cstheme="majorHAnsi"/>
          <w:sz w:val="18"/>
          <w:szCs w:val="18"/>
        </w:rPr>
        <w:t xml:space="preserve"> </w:t>
      </w:r>
      <w:proofErr w:type="spellStart"/>
      <w:r w:rsidRPr="000C596E">
        <w:rPr>
          <w:rFonts w:ascii="Sylfaen" w:hAnsi="Sylfaen" w:cs="Sylfaen"/>
          <w:sz w:val="18"/>
          <w:szCs w:val="18"/>
        </w:rPr>
        <w:t>ხელშეკრულებით</w:t>
      </w:r>
      <w:proofErr w:type="spellEnd"/>
      <w:r w:rsidRPr="000C596E">
        <w:rPr>
          <w:rFonts w:cstheme="majorHAnsi"/>
          <w:sz w:val="18"/>
          <w:szCs w:val="18"/>
        </w:rPr>
        <w:t xml:space="preserve"> </w:t>
      </w:r>
      <w:proofErr w:type="spellStart"/>
      <w:r w:rsidRPr="000C596E">
        <w:rPr>
          <w:rFonts w:ascii="Sylfaen" w:hAnsi="Sylfaen" w:cs="Sylfaen"/>
          <w:sz w:val="18"/>
          <w:szCs w:val="18"/>
        </w:rPr>
        <w:t>ნაკისრი</w:t>
      </w:r>
      <w:proofErr w:type="spellEnd"/>
      <w:r w:rsidRPr="000C596E">
        <w:rPr>
          <w:rFonts w:cstheme="majorHAnsi"/>
          <w:sz w:val="18"/>
          <w:szCs w:val="18"/>
        </w:rPr>
        <w:t xml:space="preserve"> </w:t>
      </w:r>
      <w:proofErr w:type="spellStart"/>
      <w:r w:rsidRPr="000C596E">
        <w:rPr>
          <w:rFonts w:ascii="Sylfaen" w:hAnsi="Sylfaen" w:cs="Sylfaen"/>
          <w:sz w:val="18"/>
          <w:szCs w:val="18"/>
        </w:rPr>
        <w:t>ვალდებულებების</w:t>
      </w:r>
      <w:proofErr w:type="spellEnd"/>
      <w:r w:rsidRPr="000C596E">
        <w:rPr>
          <w:rFonts w:cstheme="majorHAnsi"/>
          <w:sz w:val="18"/>
          <w:szCs w:val="18"/>
        </w:rPr>
        <w:t xml:space="preserve"> </w:t>
      </w:r>
      <w:proofErr w:type="spellStart"/>
      <w:r w:rsidRPr="000C596E">
        <w:rPr>
          <w:rFonts w:ascii="Sylfaen" w:hAnsi="Sylfaen" w:cs="Sylfaen"/>
          <w:sz w:val="18"/>
          <w:szCs w:val="18"/>
        </w:rPr>
        <w:t>დარღვევით</w:t>
      </w:r>
      <w:proofErr w:type="spellEnd"/>
      <w:r w:rsidRPr="000C596E">
        <w:rPr>
          <w:rFonts w:cstheme="majorHAnsi"/>
          <w:sz w:val="18"/>
          <w:szCs w:val="18"/>
        </w:rPr>
        <w:t xml:space="preserve">, </w:t>
      </w:r>
      <w:proofErr w:type="spellStart"/>
      <w:r w:rsidRPr="000C596E">
        <w:rPr>
          <w:rFonts w:ascii="Sylfaen" w:hAnsi="Sylfaen" w:cs="Sylfaen"/>
          <w:sz w:val="18"/>
          <w:szCs w:val="18"/>
        </w:rPr>
        <w:t>ან</w:t>
      </w:r>
      <w:proofErr w:type="spellEnd"/>
      <w:r w:rsidRPr="000C596E">
        <w:rPr>
          <w:rFonts w:cstheme="majorHAnsi"/>
          <w:sz w:val="18"/>
          <w:szCs w:val="18"/>
        </w:rPr>
        <w:t xml:space="preserve"> </w:t>
      </w:r>
      <w:proofErr w:type="spellStart"/>
      <w:r w:rsidRPr="000C596E">
        <w:rPr>
          <w:rFonts w:ascii="Sylfaen" w:hAnsi="Sylfaen" w:cs="Sylfaen"/>
          <w:sz w:val="18"/>
          <w:szCs w:val="18"/>
        </w:rPr>
        <w:t>ხელშეკრულების</w:t>
      </w:r>
      <w:proofErr w:type="spellEnd"/>
      <w:r w:rsidR="00990C21">
        <w:rPr>
          <w:rFonts w:ascii="Sylfaen" w:hAnsi="Sylfaen" w:cs="Sylfaen"/>
          <w:sz w:val="18"/>
          <w:szCs w:val="18"/>
          <w:lang w:val="ka-GE"/>
        </w:rPr>
        <w:t xml:space="preserve"> </w:t>
      </w:r>
      <w:proofErr w:type="spellStart"/>
      <w:r w:rsidRPr="000C596E">
        <w:rPr>
          <w:rFonts w:ascii="Sylfaen" w:hAnsi="Sylfaen" w:cs="Sylfaen"/>
          <w:sz w:val="18"/>
          <w:szCs w:val="18"/>
        </w:rPr>
        <w:t>მე</w:t>
      </w:r>
      <w:proofErr w:type="spellEnd"/>
      <w:r w:rsidRPr="000C596E">
        <w:rPr>
          <w:rFonts w:cstheme="majorHAnsi"/>
          <w:sz w:val="18"/>
          <w:szCs w:val="18"/>
        </w:rPr>
        <w:t>–</w:t>
      </w:r>
      <w:r w:rsidR="00624E10">
        <w:rPr>
          <w:rFonts w:ascii="Sylfaen" w:hAnsi="Sylfaen" w:cstheme="majorHAnsi"/>
          <w:sz w:val="18"/>
          <w:szCs w:val="18"/>
          <w:lang w:val="ka-GE"/>
        </w:rPr>
        <w:t>10</w:t>
      </w:r>
      <w:r w:rsidRPr="000C596E">
        <w:rPr>
          <w:rFonts w:cstheme="majorHAnsi"/>
          <w:sz w:val="18"/>
          <w:szCs w:val="18"/>
        </w:rPr>
        <w:t xml:space="preserve"> </w:t>
      </w:r>
      <w:proofErr w:type="spellStart"/>
      <w:r w:rsidRPr="000C596E">
        <w:rPr>
          <w:rFonts w:ascii="Sylfaen" w:hAnsi="Sylfaen" w:cs="Sylfaen"/>
          <w:sz w:val="18"/>
          <w:szCs w:val="18"/>
        </w:rPr>
        <w:t>მუხლით</w:t>
      </w:r>
      <w:proofErr w:type="spellEnd"/>
      <w:r w:rsidR="00990C21">
        <w:rPr>
          <w:rFonts w:cstheme="majorHAnsi"/>
          <w:sz w:val="18"/>
          <w:szCs w:val="18"/>
        </w:rPr>
        <w:t xml:space="preserve"> </w:t>
      </w:r>
      <w:r w:rsidR="00990C21">
        <w:rPr>
          <w:rFonts w:ascii="Sylfaen" w:hAnsi="Sylfaen" w:cstheme="majorHAnsi"/>
          <w:sz w:val="18"/>
          <w:szCs w:val="18"/>
          <w:lang w:val="ka-GE"/>
        </w:rPr>
        <w:t>(</w:t>
      </w:r>
      <w:proofErr w:type="spellStart"/>
      <w:r w:rsidRPr="000C596E">
        <w:rPr>
          <w:rFonts w:ascii="Sylfaen" w:hAnsi="Sylfaen" w:cs="Sylfaen"/>
          <w:sz w:val="18"/>
          <w:szCs w:val="18"/>
        </w:rPr>
        <w:t>ფორს</w:t>
      </w:r>
      <w:proofErr w:type="spellEnd"/>
      <w:r w:rsidRPr="000C596E">
        <w:rPr>
          <w:rFonts w:cstheme="majorHAnsi"/>
          <w:sz w:val="18"/>
          <w:szCs w:val="18"/>
        </w:rPr>
        <w:t>–</w:t>
      </w:r>
      <w:proofErr w:type="spellStart"/>
      <w:r w:rsidRPr="000C596E">
        <w:rPr>
          <w:rFonts w:ascii="Sylfaen" w:hAnsi="Sylfaen" w:cs="Sylfaen"/>
          <w:sz w:val="18"/>
          <w:szCs w:val="18"/>
        </w:rPr>
        <w:t>მაჟორი</w:t>
      </w:r>
      <w:proofErr w:type="spellEnd"/>
      <w:r w:rsidR="00990C21">
        <w:rPr>
          <w:rFonts w:ascii="Sylfaen" w:hAnsi="Sylfaen" w:cstheme="majorHAnsi"/>
          <w:sz w:val="18"/>
          <w:szCs w:val="18"/>
          <w:lang w:val="ka-GE"/>
        </w:rPr>
        <w:t>)</w:t>
      </w:r>
      <w:r w:rsidRPr="000C596E">
        <w:rPr>
          <w:rFonts w:cstheme="majorHAnsi"/>
          <w:sz w:val="18"/>
          <w:szCs w:val="18"/>
        </w:rPr>
        <w:t xml:space="preserve"> </w:t>
      </w:r>
      <w:proofErr w:type="spellStart"/>
      <w:r w:rsidRPr="000C596E">
        <w:rPr>
          <w:rFonts w:ascii="Sylfaen" w:hAnsi="Sylfaen" w:cs="Sylfaen"/>
          <w:sz w:val="18"/>
          <w:szCs w:val="18"/>
        </w:rPr>
        <w:t>გათვალისწინებული</w:t>
      </w:r>
      <w:proofErr w:type="spellEnd"/>
      <w:r w:rsidRPr="000C596E">
        <w:rPr>
          <w:rFonts w:cstheme="majorHAnsi"/>
          <w:sz w:val="18"/>
          <w:szCs w:val="18"/>
        </w:rPr>
        <w:t xml:space="preserve"> </w:t>
      </w:r>
      <w:proofErr w:type="spellStart"/>
      <w:r w:rsidRPr="000C596E">
        <w:rPr>
          <w:rFonts w:ascii="Sylfaen" w:hAnsi="Sylfaen" w:cs="Sylfaen"/>
          <w:sz w:val="18"/>
          <w:szCs w:val="18"/>
        </w:rPr>
        <w:t>გარემოებებით</w:t>
      </w:r>
      <w:proofErr w:type="spellEnd"/>
      <w:r w:rsidRPr="000C596E">
        <w:rPr>
          <w:rFonts w:cstheme="majorHAnsi"/>
          <w:sz w:val="18"/>
          <w:szCs w:val="18"/>
        </w:rPr>
        <w:t xml:space="preserve">, </w:t>
      </w:r>
      <w:proofErr w:type="spellStart"/>
      <w:r w:rsidRPr="000C596E">
        <w:rPr>
          <w:rFonts w:ascii="Sylfaen" w:hAnsi="Sylfaen" w:cs="Sylfaen"/>
          <w:sz w:val="18"/>
          <w:szCs w:val="18"/>
        </w:rPr>
        <w:t>ასეთ</w:t>
      </w:r>
      <w:proofErr w:type="spellEnd"/>
      <w:r w:rsidRPr="000C596E">
        <w:rPr>
          <w:rFonts w:cstheme="majorHAnsi"/>
          <w:sz w:val="18"/>
          <w:szCs w:val="18"/>
        </w:rPr>
        <w:t xml:space="preserve"> </w:t>
      </w:r>
      <w:proofErr w:type="spellStart"/>
      <w:r w:rsidRPr="000C596E">
        <w:rPr>
          <w:rFonts w:ascii="Sylfaen" w:hAnsi="Sylfaen" w:cs="Sylfaen"/>
          <w:sz w:val="18"/>
          <w:szCs w:val="18"/>
        </w:rPr>
        <w:t>დროს</w:t>
      </w:r>
      <w:proofErr w:type="spellEnd"/>
      <w:r w:rsidRPr="000C596E">
        <w:rPr>
          <w:rFonts w:cstheme="majorHAnsi"/>
          <w:sz w:val="18"/>
          <w:szCs w:val="18"/>
        </w:rPr>
        <w:t xml:space="preserve">, </w:t>
      </w:r>
      <w:proofErr w:type="spellStart"/>
      <w:r w:rsidRPr="000C596E">
        <w:rPr>
          <w:rFonts w:ascii="Sylfaen" w:hAnsi="Sylfaen" w:cs="Sylfaen"/>
          <w:sz w:val="18"/>
          <w:szCs w:val="18"/>
        </w:rPr>
        <w:t>დამკვეთი</w:t>
      </w:r>
      <w:proofErr w:type="spellEnd"/>
      <w:r w:rsidRPr="000C596E">
        <w:rPr>
          <w:rFonts w:cstheme="majorHAnsi"/>
          <w:sz w:val="18"/>
          <w:szCs w:val="18"/>
        </w:rPr>
        <w:t xml:space="preserve"> </w:t>
      </w:r>
      <w:proofErr w:type="spellStart"/>
      <w:r w:rsidRPr="000C596E">
        <w:rPr>
          <w:rFonts w:ascii="Sylfaen" w:hAnsi="Sylfaen" w:cs="Sylfaen"/>
          <w:sz w:val="18"/>
          <w:szCs w:val="18"/>
        </w:rPr>
        <w:t>უფლებამოსილია</w:t>
      </w:r>
      <w:proofErr w:type="spellEnd"/>
      <w:r w:rsidRPr="000C596E">
        <w:rPr>
          <w:rFonts w:cstheme="majorHAnsi"/>
          <w:sz w:val="18"/>
          <w:szCs w:val="18"/>
        </w:rPr>
        <w:t xml:space="preserve">, </w:t>
      </w:r>
      <w:proofErr w:type="spellStart"/>
      <w:r w:rsidRPr="000C596E">
        <w:rPr>
          <w:rFonts w:ascii="Sylfaen" w:hAnsi="Sylfaen" w:cs="Sylfaen"/>
          <w:sz w:val="18"/>
          <w:szCs w:val="18"/>
        </w:rPr>
        <w:t>შეწყვიტოს</w:t>
      </w:r>
      <w:proofErr w:type="spellEnd"/>
      <w:r w:rsidRPr="000C596E">
        <w:rPr>
          <w:rFonts w:cstheme="majorHAnsi"/>
          <w:sz w:val="18"/>
          <w:szCs w:val="18"/>
        </w:rPr>
        <w:t xml:space="preserve"> </w:t>
      </w:r>
      <w:proofErr w:type="spellStart"/>
      <w:r w:rsidRPr="000C596E">
        <w:rPr>
          <w:rFonts w:ascii="Sylfaen" w:hAnsi="Sylfaen" w:cs="Sylfaen"/>
          <w:sz w:val="18"/>
          <w:szCs w:val="18"/>
        </w:rPr>
        <w:t>ხელშეკრულება</w:t>
      </w:r>
      <w:proofErr w:type="spellEnd"/>
      <w:r w:rsidRPr="000C596E">
        <w:rPr>
          <w:rFonts w:cstheme="majorHAnsi"/>
          <w:sz w:val="18"/>
          <w:szCs w:val="18"/>
        </w:rPr>
        <w:t xml:space="preserve">, </w:t>
      </w:r>
      <w:proofErr w:type="spellStart"/>
      <w:r w:rsidRPr="000C596E">
        <w:rPr>
          <w:rFonts w:ascii="Sylfaen" w:hAnsi="Sylfaen" w:cs="Sylfaen"/>
          <w:sz w:val="18"/>
          <w:szCs w:val="18"/>
        </w:rPr>
        <w:t>ხოლო</w:t>
      </w:r>
      <w:proofErr w:type="spellEnd"/>
      <w:r w:rsidRPr="000C596E">
        <w:rPr>
          <w:rFonts w:cstheme="majorHAnsi"/>
          <w:sz w:val="18"/>
          <w:szCs w:val="18"/>
        </w:rPr>
        <w:t xml:space="preserve"> </w:t>
      </w:r>
      <w:r w:rsidR="00990C21">
        <w:rPr>
          <w:rFonts w:ascii="Sylfaen" w:hAnsi="Sylfaen" w:cs="Sylfaen"/>
          <w:sz w:val="18"/>
          <w:szCs w:val="18"/>
          <w:lang w:val="ka-GE"/>
        </w:rPr>
        <w:t>მენარდე</w:t>
      </w:r>
      <w:r w:rsidRPr="000C596E">
        <w:rPr>
          <w:rFonts w:cstheme="majorHAnsi"/>
          <w:sz w:val="18"/>
          <w:szCs w:val="18"/>
        </w:rPr>
        <w:t xml:space="preserve">,  </w:t>
      </w:r>
      <w:proofErr w:type="spellStart"/>
      <w:r w:rsidRPr="000C596E">
        <w:rPr>
          <w:rFonts w:ascii="Sylfaen" w:hAnsi="Sylfaen" w:cs="Sylfaen"/>
          <w:sz w:val="18"/>
          <w:szCs w:val="18"/>
        </w:rPr>
        <w:t>დამკვეთის</w:t>
      </w:r>
      <w:proofErr w:type="spellEnd"/>
      <w:r w:rsidRPr="000C596E">
        <w:rPr>
          <w:rFonts w:cstheme="majorHAnsi"/>
          <w:sz w:val="18"/>
          <w:szCs w:val="18"/>
        </w:rPr>
        <w:t xml:space="preserve"> </w:t>
      </w:r>
      <w:proofErr w:type="spellStart"/>
      <w:r w:rsidRPr="000C596E">
        <w:rPr>
          <w:rFonts w:ascii="Sylfaen" w:hAnsi="Sylfaen" w:cs="Sylfaen"/>
          <w:sz w:val="18"/>
          <w:szCs w:val="18"/>
        </w:rPr>
        <w:t>მოთხოვნის</w:t>
      </w:r>
      <w:proofErr w:type="spellEnd"/>
      <w:r w:rsidRPr="000C596E">
        <w:rPr>
          <w:rFonts w:cstheme="majorHAnsi"/>
          <w:sz w:val="18"/>
          <w:szCs w:val="18"/>
        </w:rPr>
        <w:t xml:space="preserve"> </w:t>
      </w:r>
      <w:proofErr w:type="spellStart"/>
      <w:r w:rsidRPr="000C596E">
        <w:rPr>
          <w:rFonts w:ascii="Sylfaen" w:hAnsi="Sylfaen" w:cs="Sylfaen"/>
          <w:sz w:val="18"/>
          <w:szCs w:val="18"/>
        </w:rPr>
        <w:t>შემთხვევაში</w:t>
      </w:r>
      <w:proofErr w:type="spellEnd"/>
      <w:r w:rsidRPr="000C596E">
        <w:rPr>
          <w:rFonts w:cstheme="majorHAnsi"/>
          <w:sz w:val="18"/>
          <w:szCs w:val="18"/>
        </w:rPr>
        <w:t xml:space="preserve">, </w:t>
      </w:r>
      <w:proofErr w:type="spellStart"/>
      <w:r w:rsidRPr="000C596E">
        <w:rPr>
          <w:rFonts w:ascii="Sylfaen" w:hAnsi="Sylfaen" w:cs="Sylfaen"/>
          <w:sz w:val="18"/>
          <w:szCs w:val="18"/>
        </w:rPr>
        <w:t>ვალდებული</w:t>
      </w:r>
      <w:proofErr w:type="spellEnd"/>
      <w:r w:rsidRPr="000C596E">
        <w:rPr>
          <w:rFonts w:cstheme="majorHAnsi"/>
          <w:sz w:val="18"/>
          <w:szCs w:val="18"/>
        </w:rPr>
        <w:t xml:space="preserve"> </w:t>
      </w:r>
      <w:proofErr w:type="spellStart"/>
      <w:r w:rsidRPr="000C596E">
        <w:rPr>
          <w:rFonts w:ascii="Sylfaen" w:hAnsi="Sylfaen" w:cs="Sylfaen"/>
          <w:sz w:val="18"/>
          <w:szCs w:val="18"/>
        </w:rPr>
        <w:t>იქნება</w:t>
      </w:r>
      <w:proofErr w:type="spellEnd"/>
      <w:r w:rsidRPr="000C596E">
        <w:rPr>
          <w:rFonts w:cstheme="majorHAnsi"/>
          <w:sz w:val="18"/>
          <w:szCs w:val="18"/>
        </w:rPr>
        <w:t xml:space="preserve">, </w:t>
      </w:r>
      <w:proofErr w:type="spellStart"/>
      <w:r w:rsidRPr="000C596E">
        <w:rPr>
          <w:rFonts w:ascii="Sylfaen" w:hAnsi="Sylfaen" w:cs="Sylfaen"/>
          <w:sz w:val="18"/>
          <w:szCs w:val="18"/>
        </w:rPr>
        <w:t>გადაუხადოს</w:t>
      </w:r>
      <w:proofErr w:type="spellEnd"/>
      <w:r w:rsidRPr="000C596E">
        <w:rPr>
          <w:rFonts w:cstheme="majorHAnsi"/>
          <w:sz w:val="18"/>
          <w:szCs w:val="18"/>
        </w:rPr>
        <w:t xml:space="preserve"> </w:t>
      </w:r>
      <w:proofErr w:type="spellStart"/>
      <w:r w:rsidRPr="000C596E">
        <w:rPr>
          <w:rFonts w:ascii="Sylfaen" w:hAnsi="Sylfaen" w:cs="Sylfaen"/>
          <w:sz w:val="18"/>
          <w:szCs w:val="18"/>
        </w:rPr>
        <w:t>დამკვეთს</w:t>
      </w:r>
      <w:proofErr w:type="spellEnd"/>
      <w:r w:rsidRPr="000C596E">
        <w:rPr>
          <w:rFonts w:cstheme="majorHAnsi"/>
          <w:sz w:val="18"/>
          <w:szCs w:val="18"/>
        </w:rPr>
        <w:t xml:space="preserve"> </w:t>
      </w:r>
      <w:proofErr w:type="spellStart"/>
      <w:r w:rsidRPr="000C596E">
        <w:rPr>
          <w:rFonts w:ascii="Sylfaen" w:hAnsi="Sylfaen" w:cs="Sylfaen"/>
          <w:sz w:val="18"/>
          <w:szCs w:val="18"/>
        </w:rPr>
        <w:t>ჯარიმა</w:t>
      </w:r>
      <w:proofErr w:type="spellEnd"/>
      <w:r w:rsidRPr="000C596E">
        <w:rPr>
          <w:rFonts w:cstheme="majorHAnsi"/>
          <w:sz w:val="18"/>
          <w:szCs w:val="18"/>
        </w:rPr>
        <w:t xml:space="preserve"> </w:t>
      </w:r>
      <w:proofErr w:type="spellStart"/>
      <w:r w:rsidRPr="00B95CF9">
        <w:rPr>
          <w:rFonts w:ascii="Sylfaen" w:hAnsi="Sylfaen" w:cs="Sylfaen"/>
          <w:sz w:val="18"/>
          <w:szCs w:val="18"/>
        </w:rPr>
        <w:t>საერთო</w:t>
      </w:r>
      <w:proofErr w:type="spellEnd"/>
      <w:r w:rsidRPr="00B95CF9">
        <w:rPr>
          <w:rFonts w:cstheme="majorHAnsi"/>
          <w:sz w:val="18"/>
          <w:szCs w:val="18"/>
        </w:rPr>
        <w:t xml:space="preserve"> </w:t>
      </w:r>
      <w:proofErr w:type="spellStart"/>
      <w:r w:rsidRPr="00B95CF9">
        <w:rPr>
          <w:rFonts w:ascii="Sylfaen" w:hAnsi="Sylfaen" w:cs="Sylfaen"/>
          <w:sz w:val="18"/>
          <w:szCs w:val="18"/>
        </w:rPr>
        <w:t>ღირებულების</w:t>
      </w:r>
      <w:proofErr w:type="spellEnd"/>
      <w:r w:rsidRPr="00B95CF9">
        <w:rPr>
          <w:rFonts w:cstheme="majorHAnsi"/>
          <w:sz w:val="18"/>
          <w:szCs w:val="18"/>
        </w:rPr>
        <w:t xml:space="preserve"> </w:t>
      </w:r>
      <w:r w:rsidR="007E127A" w:rsidRPr="00B95CF9">
        <w:rPr>
          <w:rFonts w:cstheme="majorHAnsi"/>
          <w:sz w:val="18"/>
          <w:szCs w:val="18"/>
        </w:rPr>
        <w:t>10</w:t>
      </w:r>
      <w:r w:rsidRPr="00B95CF9">
        <w:rPr>
          <w:rFonts w:cstheme="majorHAnsi"/>
          <w:sz w:val="18"/>
          <w:szCs w:val="18"/>
        </w:rPr>
        <w:t xml:space="preserve"> </w:t>
      </w:r>
      <w:r w:rsidR="00990C21">
        <w:rPr>
          <w:rFonts w:ascii="Sylfaen" w:hAnsi="Sylfaen" w:cstheme="majorHAnsi"/>
          <w:sz w:val="18"/>
          <w:szCs w:val="18"/>
          <w:lang w:val="ka-GE"/>
        </w:rPr>
        <w:t>(</w:t>
      </w:r>
      <w:proofErr w:type="spellStart"/>
      <w:r w:rsidR="007E127A" w:rsidRPr="00B95CF9">
        <w:rPr>
          <w:rFonts w:ascii="Sylfaen" w:hAnsi="Sylfaen" w:cs="Sylfaen"/>
          <w:sz w:val="18"/>
          <w:szCs w:val="18"/>
        </w:rPr>
        <w:t>ათი</w:t>
      </w:r>
      <w:proofErr w:type="spellEnd"/>
      <w:r w:rsidR="00990C21">
        <w:rPr>
          <w:rFonts w:ascii="Sylfaen" w:hAnsi="Sylfaen" w:cs="Sylfaen"/>
          <w:sz w:val="18"/>
          <w:szCs w:val="18"/>
          <w:lang w:val="ka-GE"/>
        </w:rPr>
        <w:t xml:space="preserve">) </w:t>
      </w:r>
      <w:r w:rsidRPr="00B95CF9">
        <w:rPr>
          <w:rFonts w:cstheme="majorHAnsi"/>
          <w:sz w:val="18"/>
          <w:szCs w:val="18"/>
        </w:rPr>
        <w:t>%-</w:t>
      </w:r>
      <w:proofErr w:type="spellStart"/>
      <w:r w:rsidRPr="00B95CF9">
        <w:rPr>
          <w:rFonts w:ascii="Sylfaen" w:hAnsi="Sylfaen" w:cs="Sylfaen"/>
          <w:sz w:val="18"/>
          <w:szCs w:val="18"/>
        </w:rPr>
        <w:t>ის</w:t>
      </w:r>
      <w:proofErr w:type="spellEnd"/>
      <w:r w:rsidRPr="00B95CF9">
        <w:rPr>
          <w:rFonts w:cstheme="majorHAnsi"/>
          <w:sz w:val="18"/>
          <w:szCs w:val="18"/>
        </w:rPr>
        <w:t xml:space="preserve"> </w:t>
      </w:r>
      <w:proofErr w:type="spellStart"/>
      <w:r w:rsidRPr="00B95CF9">
        <w:rPr>
          <w:rFonts w:ascii="Sylfaen" w:hAnsi="Sylfaen" w:cs="Sylfaen"/>
          <w:sz w:val="18"/>
          <w:szCs w:val="18"/>
        </w:rPr>
        <w:t>ოდენობით</w:t>
      </w:r>
      <w:proofErr w:type="spellEnd"/>
      <w:r w:rsidRPr="00B95CF9">
        <w:rPr>
          <w:rFonts w:cstheme="majorHAnsi"/>
          <w:sz w:val="18"/>
          <w:szCs w:val="18"/>
        </w:rPr>
        <w:t>.</w:t>
      </w:r>
      <w:r w:rsidRPr="000C596E">
        <w:rPr>
          <w:rFonts w:cstheme="majorHAnsi"/>
          <w:sz w:val="18"/>
          <w:szCs w:val="18"/>
        </w:rPr>
        <w:t xml:space="preserve"> </w:t>
      </w:r>
      <w:proofErr w:type="spellStart"/>
      <w:r w:rsidRPr="000C596E">
        <w:rPr>
          <w:rFonts w:ascii="Sylfaen" w:hAnsi="Sylfaen" w:cs="Sylfaen"/>
          <w:sz w:val="18"/>
          <w:szCs w:val="18"/>
        </w:rPr>
        <w:t>იგივე</w:t>
      </w:r>
      <w:proofErr w:type="spellEnd"/>
      <w:r w:rsidRPr="000C596E">
        <w:rPr>
          <w:rFonts w:cstheme="majorHAnsi"/>
          <w:sz w:val="18"/>
          <w:szCs w:val="18"/>
        </w:rPr>
        <w:t xml:space="preserve"> </w:t>
      </w:r>
      <w:proofErr w:type="spellStart"/>
      <w:r w:rsidRPr="000C596E">
        <w:rPr>
          <w:rFonts w:ascii="Sylfaen" w:hAnsi="Sylfaen" w:cs="Sylfaen"/>
          <w:sz w:val="18"/>
          <w:szCs w:val="18"/>
        </w:rPr>
        <w:t>წესი</w:t>
      </w:r>
      <w:proofErr w:type="spellEnd"/>
      <w:r w:rsidR="00990C21">
        <w:rPr>
          <w:rFonts w:ascii="Sylfaen" w:hAnsi="Sylfaen" w:cs="Sylfaen"/>
          <w:sz w:val="18"/>
          <w:szCs w:val="18"/>
          <w:lang w:val="ka-GE"/>
        </w:rPr>
        <w:t xml:space="preserve"> </w:t>
      </w:r>
      <w:proofErr w:type="spellStart"/>
      <w:r w:rsidRPr="000C596E">
        <w:rPr>
          <w:rFonts w:ascii="Sylfaen" w:hAnsi="Sylfaen" w:cs="Sylfaen"/>
          <w:sz w:val="18"/>
          <w:szCs w:val="18"/>
        </w:rPr>
        <w:t>ვრცელდება</w:t>
      </w:r>
      <w:proofErr w:type="spellEnd"/>
      <w:r w:rsidRPr="000C596E">
        <w:rPr>
          <w:rFonts w:cstheme="majorHAnsi"/>
          <w:sz w:val="18"/>
          <w:szCs w:val="18"/>
        </w:rPr>
        <w:t xml:space="preserve"> </w:t>
      </w:r>
      <w:proofErr w:type="spellStart"/>
      <w:r w:rsidRPr="000C596E">
        <w:rPr>
          <w:rFonts w:ascii="Sylfaen" w:hAnsi="Sylfaen" w:cs="Sylfaen"/>
          <w:sz w:val="18"/>
          <w:szCs w:val="18"/>
        </w:rPr>
        <w:t>იმ</w:t>
      </w:r>
      <w:proofErr w:type="spellEnd"/>
      <w:r w:rsidRPr="000C596E">
        <w:rPr>
          <w:rFonts w:cstheme="majorHAnsi"/>
          <w:sz w:val="18"/>
          <w:szCs w:val="18"/>
        </w:rPr>
        <w:t xml:space="preserve"> </w:t>
      </w:r>
      <w:proofErr w:type="spellStart"/>
      <w:r w:rsidRPr="000C596E">
        <w:rPr>
          <w:rFonts w:ascii="Sylfaen" w:hAnsi="Sylfaen" w:cs="Sylfaen"/>
          <w:sz w:val="18"/>
          <w:szCs w:val="18"/>
        </w:rPr>
        <w:t>შემთხვევაშიც</w:t>
      </w:r>
      <w:proofErr w:type="spellEnd"/>
      <w:r w:rsidRPr="000C596E">
        <w:rPr>
          <w:rFonts w:cstheme="majorHAnsi"/>
          <w:sz w:val="18"/>
          <w:szCs w:val="18"/>
        </w:rPr>
        <w:t xml:space="preserve">, </w:t>
      </w:r>
      <w:proofErr w:type="spellStart"/>
      <w:r w:rsidRPr="000C596E">
        <w:rPr>
          <w:rFonts w:ascii="Sylfaen" w:hAnsi="Sylfaen" w:cs="Sylfaen"/>
          <w:sz w:val="18"/>
          <w:szCs w:val="18"/>
        </w:rPr>
        <w:t>თუ</w:t>
      </w:r>
      <w:proofErr w:type="spellEnd"/>
      <w:r w:rsidRPr="000C596E">
        <w:rPr>
          <w:rFonts w:cstheme="majorHAnsi"/>
          <w:sz w:val="18"/>
          <w:szCs w:val="18"/>
        </w:rPr>
        <w:t xml:space="preserve"> </w:t>
      </w:r>
      <w:r w:rsidR="00990C21">
        <w:rPr>
          <w:rFonts w:ascii="Sylfaen" w:hAnsi="Sylfaen" w:cs="Sylfaen"/>
          <w:sz w:val="18"/>
          <w:szCs w:val="18"/>
          <w:lang w:val="ka-GE"/>
        </w:rPr>
        <w:t xml:space="preserve">მენარდე </w:t>
      </w:r>
      <w:proofErr w:type="spellStart"/>
      <w:r w:rsidRPr="000C596E">
        <w:rPr>
          <w:rFonts w:ascii="Sylfaen" w:hAnsi="Sylfaen" w:cs="Sylfaen"/>
          <w:sz w:val="18"/>
          <w:szCs w:val="18"/>
        </w:rPr>
        <w:t>შეწყვეტს</w:t>
      </w:r>
      <w:proofErr w:type="spellEnd"/>
      <w:r w:rsidRPr="000C596E">
        <w:rPr>
          <w:rFonts w:cstheme="majorHAnsi"/>
          <w:sz w:val="18"/>
          <w:szCs w:val="18"/>
        </w:rPr>
        <w:t xml:space="preserve"> </w:t>
      </w:r>
      <w:proofErr w:type="spellStart"/>
      <w:r w:rsidRPr="000C596E">
        <w:rPr>
          <w:rFonts w:ascii="Sylfaen" w:hAnsi="Sylfaen" w:cs="Sylfaen"/>
          <w:sz w:val="18"/>
          <w:szCs w:val="18"/>
        </w:rPr>
        <w:t>ხელშეკრულებას</w:t>
      </w:r>
      <w:proofErr w:type="spellEnd"/>
      <w:r w:rsidRPr="000C596E">
        <w:rPr>
          <w:rFonts w:cstheme="majorHAnsi"/>
          <w:sz w:val="18"/>
          <w:szCs w:val="18"/>
        </w:rPr>
        <w:t xml:space="preserve"> </w:t>
      </w:r>
      <w:proofErr w:type="spellStart"/>
      <w:r w:rsidRPr="000C596E">
        <w:rPr>
          <w:rFonts w:ascii="Sylfaen" w:hAnsi="Sylfaen" w:cs="Sylfaen"/>
          <w:sz w:val="18"/>
          <w:szCs w:val="18"/>
        </w:rPr>
        <w:t>აღნიშნულის</w:t>
      </w:r>
      <w:proofErr w:type="spellEnd"/>
      <w:r w:rsidRPr="000C596E">
        <w:rPr>
          <w:rFonts w:cstheme="majorHAnsi"/>
          <w:sz w:val="18"/>
          <w:szCs w:val="18"/>
        </w:rPr>
        <w:t xml:space="preserve"> </w:t>
      </w:r>
      <w:proofErr w:type="spellStart"/>
      <w:r w:rsidRPr="000C596E">
        <w:rPr>
          <w:rFonts w:ascii="Sylfaen" w:hAnsi="Sylfaen" w:cs="Sylfaen"/>
          <w:sz w:val="18"/>
          <w:szCs w:val="18"/>
        </w:rPr>
        <w:t>თაობაზე</w:t>
      </w:r>
      <w:proofErr w:type="spellEnd"/>
      <w:r w:rsidRPr="000C596E">
        <w:rPr>
          <w:rFonts w:cstheme="majorHAnsi"/>
          <w:sz w:val="18"/>
          <w:szCs w:val="18"/>
        </w:rPr>
        <w:t xml:space="preserve"> </w:t>
      </w:r>
      <w:proofErr w:type="spellStart"/>
      <w:r w:rsidRPr="000C596E">
        <w:rPr>
          <w:rFonts w:ascii="Sylfaen" w:hAnsi="Sylfaen" w:cs="Sylfaen"/>
          <w:sz w:val="18"/>
          <w:szCs w:val="18"/>
        </w:rPr>
        <w:t>დამკვეთისათვის</w:t>
      </w:r>
      <w:proofErr w:type="spellEnd"/>
      <w:r w:rsidRPr="000C596E">
        <w:rPr>
          <w:rFonts w:cstheme="majorHAnsi"/>
          <w:sz w:val="18"/>
          <w:szCs w:val="18"/>
        </w:rPr>
        <w:t xml:space="preserve"> </w:t>
      </w:r>
      <w:proofErr w:type="spellStart"/>
      <w:r w:rsidRPr="000C596E">
        <w:rPr>
          <w:rFonts w:ascii="Sylfaen" w:hAnsi="Sylfaen" w:cs="Sylfaen"/>
          <w:sz w:val="18"/>
          <w:szCs w:val="18"/>
        </w:rPr>
        <w:t>წერილობითი</w:t>
      </w:r>
      <w:proofErr w:type="spellEnd"/>
      <w:r w:rsidRPr="000C596E">
        <w:rPr>
          <w:rFonts w:cstheme="majorHAnsi"/>
          <w:sz w:val="18"/>
          <w:szCs w:val="18"/>
        </w:rPr>
        <w:t xml:space="preserve"> </w:t>
      </w:r>
      <w:proofErr w:type="spellStart"/>
      <w:r w:rsidRPr="000C596E">
        <w:rPr>
          <w:rFonts w:ascii="Sylfaen" w:hAnsi="Sylfaen" w:cs="Sylfaen"/>
          <w:sz w:val="18"/>
          <w:szCs w:val="18"/>
        </w:rPr>
        <w:t>შეტყობინების</w:t>
      </w:r>
      <w:proofErr w:type="spellEnd"/>
      <w:r w:rsidRPr="000C596E">
        <w:rPr>
          <w:rFonts w:cstheme="majorHAnsi"/>
          <w:sz w:val="18"/>
          <w:szCs w:val="18"/>
        </w:rPr>
        <w:t xml:space="preserve"> </w:t>
      </w:r>
      <w:proofErr w:type="spellStart"/>
      <w:r w:rsidRPr="000C596E">
        <w:rPr>
          <w:rFonts w:ascii="Sylfaen" w:hAnsi="Sylfaen" w:cs="Sylfaen"/>
          <w:sz w:val="18"/>
          <w:szCs w:val="18"/>
        </w:rPr>
        <w:t>გაგზავნით</w:t>
      </w:r>
      <w:proofErr w:type="spellEnd"/>
      <w:r w:rsidRPr="000C596E">
        <w:rPr>
          <w:rFonts w:cstheme="majorHAnsi"/>
          <w:sz w:val="18"/>
          <w:szCs w:val="18"/>
        </w:rPr>
        <w:t xml:space="preserve">, </w:t>
      </w:r>
      <w:proofErr w:type="spellStart"/>
      <w:r w:rsidRPr="000C596E">
        <w:rPr>
          <w:rFonts w:ascii="Sylfaen" w:hAnsi="Sylfaen" w:cs="Sylfaen"/>
          <w:sz w:val="18"/>
          <w:szCs w:val="18"/>
        </w:rPr>
        <w:t>თუ</w:t>
      </w:r>
      <w:proofErr w:type="spellEnd"/>
      <w:r w:rsidRPr="000C596E">
        <w:rPr>
          <w:rFonts w:cstheme="majorHAnsi"/>
          <w:sz w:val="18"/>
          <w:szCs w:val="18"/>
        </w:rPr>
        <w:t xml:space="preserve"> </w:t>
      </w:r>
      <w:proofErr w:type="spellStart"/>
      <w:r w:rsidRPr="000C596E">
        <w:rPr>
          <w:rFonts w:ascii="Sylfaen" w:hAnsi="Sylfaen" w:cs="Sylfaen"/>
          <w:sz w:val="18"/>
          <w:szCs w:val="18"/>
        </w:rPr>
        <w:t>შეწყვეტა</w:t>
      </w:r>
      <w:proofErr w:type="spellEnd"/>
      <w:r w:rsidRPr="000C596E">
        <w:rPr>
          <w:rFonts w:cstheme="majorHAnsi"/>
          <w:sz w:val="18"/>
          <w:szCs w:val="18"/>
        </w:rPr>
        <w:t xml:space="preserve"> </w:t>
      </w:r>
      <w:proofErr w:type="spellStart"/>
      <w:r w:rsidRPr="000C596E">
        <w:rPr>
          <w:rFonts w:ascii="Sylfaen" w:hAnsi="Sylfaen" w:cs="Sylfaen"/>
          <w:sz w:val="18"/>
          <w:szCs w:val="18"/>
        </w:rPr>
        <w:t>არ</w:t>
      </w:r>
      <w:proofErr w:type="spellEnd"/>
      <w:r w:rsidRPr="000C596E">
        <w:rPr>
          <w:rFonts w:cstheme="majorHAnsi"/>
          <w:sz w:val="18"/>
          <w:szCs w:val="18"/>
        </w:rPr>
        <w:t xml:space="preserve"> </w:t>
      </w:r>
      <w:proofErr w:type="spellStart"/>
      <w:r w:rsidRPr="000C596E">
        <w:rPr>
          <w:rFonts w:ascii="Sylfaen" w:hAnsi="Sylfaen" w:cs="Sylfaen"/>
          <w:sz w:val="18"/>
          <w:szCs w:val="18"/>
        </w:rPr>
        <w:t>არის</w:t>
      </w:r>
      <w:proofErr w:type="spellEnd"/>
      <w:r w:rsidRPr="000C596E">
        <w:rPr>
          <w:rFonts w:cstheme="majorHAnsi"/>
          <w:sz w:val="18"/>
          <w:szCs w:val="18"/>
        </w:rPr>
        <w:t xml:space="preserve"> </w:t>
      </w:r>
      <w:proofErr w:type="spellStart"/>
      <w:r w:rsidRPr="000C596E">
        <w:rPr>
          <w:rFonts w:ascii="Sylfaen" w:hAnsi="Sylfaen" w:cs="Sylfaen"/>
          <w:sz w:val="18"/>
          <w:szCs w:val="18"/>
        </w:rPr>
        <w:t>გამოწვეული</w:t>
      </w:r>
      <w:proofErr w:type="spellEnd"/>
      <w:r w:rsidRPr="000C596E">
        <w:rPr>
          <w:rFonts w:cstheme="majorHAnsi"/>
          <w:sz w:val="18"/>
          <w:szCs w:val="18"/>
        </w:rPr>
        <w:t xml:space="preserve"> </w:t>
      </w:r>
      <w:proofErr w:type="spellStart"/>
      <w:r w:rsidRPr="000C596E">
        <w:rPr>
          <w:rFonts w:ascii="Sylfaen" w:hAnsi="Sylfaen" w:cs="Sylfaen"/>
          <w:sz w:val="18"/>
          <w:szCs w:val="18"/>
        </w:rPr>
        <w:t>დამკვეთის</w:t>
      </w:r>
      <w:proofErr w:type="spellEnd"/>
      <w:r w:rsidRPr="000C596E">
        <w:rPr>
          <w:rFonts w:cstheme="majorHAnsi"/>
          <w:sz w:val="18"/>
          <w:szCs w:val="18"/>
        </w:rPr>
        <w:t xml:space="preserve"> </w:t>
      </w:r>
      <w:proofErr w:type="spellStart"/>
      <w:r w:rsidRPr="000C596E">
        <w:rPr>
          <w:rFonts w:ascii="Sylfaen" w:hAnsi="Sylfaen" w:cs="Sylfaen"/>
          <w:sz w:val="18"/>
          <w:szCs w:val="18"/>
        </w:rPr>
        <w:t>მხრიდან</w:t>
      </w:r>
      <w:proofErr w:type="spellEnd"/>
      <w:r w:rsidRPr="000C596E">
        <w:rPr>
          <w:rFonts w:cstheme="majorHAnsi"/>
          <w:sz w:val="18"/>
          <w:szCs w:val="18"/>
        </w:rPr>
        <w:t xml:space="preserve"> </w:t>
      </w:r>
      <w:proofErr w:type="spellStart"/>
      <w:r w:rsidRPr="000C596E">
        <w:rPr>
          <w:rFonts w:ascii="Sylfaen" w:hAnsi="Sylfaen" w:cs="Sylfaen"/>
          <w:sz w:val="18"/>
          <w:szCs w:val="18"/>
        </w:rPr>
        <w:t>წინამდებარე</w:t>
      </w:r>
      <w:proofErr w:type="spellEnd"/>
      <w:r w:rsidRPr="000C596E">
        <w:rPr>
          <w:rFonts w:cstheme="majorHAnsi"/>
          <w:sz w:val="18"/>
          <w:szCs w:val="18"/>
        </w:rPr>
        <w:t xml:space="preserve"> </w:t>
      </w:r>
      <w:proofErr w:type="spellStart"/>
      <w:r w:rsidRPr="000C596E">
        <w:rPr>
          <w:rFonts w:ascii="Sylfaen" w:hAnsi="Sylfaen" w:cs="Sylfaen"/>
          <w:sz w:val="18"/>
          <w:szCs w:val="18"/>
        </w:rPr>
        <w:t>ხელშეკრულებით</w:t>
      </w:r>
      <w:proofErr w:type="spellEnd"/>
      <w:r w:rsidRPr="000C596E">
        <w:rPr>
          <w:rFonts w:cstheme="majorHAnsi"/>
          <w:sz w:val="18"/>
          <w:szCs w:val="18"/>
        </w:rPr>
        <w:t xml:space="preserve"> </w:t>
      </w:r>
      <w:proofErr w:type="spellStart"/>
      <w:r w:rsidRPr="000C596E">
        <w:rPr>
          <w:rFonts w:ascii="Sylfaen" w:hAnsi="Sylfaen" w:cs="Sylfaen"/>
          <w:sz w:val="18"/>
          <w:szCs w:val="18"/>
        </w:rPr>
        <w:t>ნაკისრი</w:t>
      </w:r>
      <w:proofErr w:type="spellEnd"/>
      <w:r w:rsidRPr="000C596E">
        <w:rPr>
          <w:rFonts w:cstheme="majorHAnsi"/>
          <w:sz w:val="18"/>
          <w:szCs w:val="18"/>
        </w:rPr>
        <w:t xml:space="preserve"> </w:t>
      </w:r>
      <w:proofErr w:type="spellStart"/>
      <w:r w:rsidRPr="000C596E">
        <w:rPr>
          <w:rFonts w:ascii="Sylfaen" w:hAnsi="Sylfaen" w:cs="Sylfaen"/>
          <w:sz w:val="18"/>
          <w:szCs w:val="18"/>
        </w:rPr>
        <w:t>ვალდებულებების</w:t>
      </w:r>
      <w:proofErr w:type="spellEnd"/>
      <w:r w:rsidRPr="000C596E">
        <w:rPr>
          <w:rFonts w:cstheme="majorHAnsi"/>
          <w:sz w:val="18"/>
          <w:szCs w:val="18"/>
        </w:rPr>
        <w:t xml:space="preserve"> </w:t>
      </w:r>
      <w:proofErr w:type="spellStart"/>
      <w:r w:rsidRPr="000C596E">
        <w:rPr>
          <w:rFonts w:ascii="Sylfaen" w:hAnsi="Sylfaen" w:cs="Sylfaen"/>
          <w:sz w:val="18"/>
          <w:szCs w:val="18"/>
        </w:rPr>
        <w:t>დარღვევით</w:t>
      </w:r>
      <w:proofErr w:type="spellEnd"/>
      <w:r w:rsidRPr="000C596E">
        <w:rPr>
          <w:rFonts w:cstheme="majorHAnsi"/>
          <w:sz w:val="18"/>
          <w:szCs w:val="18"/>
        </w:rPr>
        <w:t>.</w:t>
      </w:r>
    </w:p>
    <w:p w14:paraId="00CB988B" w14:textId="358C6809" w:rsidR="004B6084" w:rsidRPr="000C596E" w:rsidRDefault="00A74260" w:rsidP="00185C20">
      <w:pPr>
        <w:pStyle w:val="ListParagraph"/>
        <w:numPr>
          <w:ilvl w:val="1"/>
          <w:numId w:val="13"/>
        </w:numPr>
        <w:jc w:val="both"/>
        <w:rPr>
          <w:rFonts w:cstheme="majorHAnsi"/>
          <w:sz w:val="18"/>
          <w:szCs w:val="18"/>
        </w:rPr>
      </w:pPr>
      <w:proofErr w:type="spellStart"/>
      <w:r w:rsidRPr="000C596E">
        <w:rPr>
          <w:rFonts w:ascii="Sylfaen" w:hAnsi="Sylfaen" w:cs="Sylfaen"/>
          <w:sz w:val="18"/>
          <w:szCs w:val="18"/>
        </w:rPr>
        <w:t>დამკვეთი</w:t>
      </w:r>
      <w:proofErr w:type="spellEnd"/>
      <w:r w:rsidRPr="000C596E">
        <w:rPr>
          <w:rFonts w:cstheme="majorHAnsi"/>
          <w:sz w:val="18"/>
          <w:szCs w:val="18"/>
        </w:rPr>
        <w:t xml:space="preserve"> </w:t>
      </w:r>
      <w:proofErr w:type="spellStart"/>
      <w:r w:rsidRPr="000C596E">
        <w:rPr>
          <w:rFonts w:ascii="Sylfaen" w:hAnsi="Sylfaen" w:cs="Sylfaen"/>
          <w:sz w:val="18"/>
          <w:szCs w:val="18"/>
        </w:rPr>
        <w:t>უფლებამოსილია</w:t>
      </w:r>
      <w:proofErr w:type="spellEnd"/>
      <w:r w:rsidR="009D7D99">
        <w:rPr>
          <w:rFonts w:ascii="Sylfaen" w:hAnsi="Sylfaen" w:cs="Sylfaen"/>
          <w:sz w:val="18"/>
          <w:szCs w:val="18"/>
          <w:lang w:val="ru-RU"/>
        </w:rPr>
        <w:t xml:space="preserve"> </w:t>
      </w:r>
      <w:proofErr w:type="spellStart"/>
      <w:r w:rsidRPr="000C596E">
        <w:rPr>
          <w:rFonts w:ascii="Sylfaen" w:hAnsi="Sylfaen" w:cs="Sylfaen"/>
          <w:sz w:val="18"/>
          <w:szCs w:val="18"/>
        </w:rPr>
        <w:t>მოსთხოვოს</w:t>
      </w:r>
      <w:proofErr w:type="spellEnd"/>
      <w:r w:rsidRPr="000C596E">
        <w:rPr>
          <w:rFonts w:cstheme="majorHAnsi"/>
          <w:sz w:val="18"/>
          <w:szCs w:val="18"/>
        </w:rPr>
        <w:t xml:space="preserve"> </w:t>
      </w:r>
      <w:r w:rsidR="00747936">
        <w:rPr>
          <w:rFonts w:ascii="Sylfaen" w:hAnsi="Sylfaen" w:cs="Sylfaen"/>
          <w:sz w:val="18"/>
          <w:szCs w:val="18"/>
          <w:lang w:val="ka-GE"/>
        </w:rPr>
        <w:t>მენარდეს</w:t>
      </w:r>
      <w:r w:rsidRPr="000C596E">
        <w:rPr>
          <w:rFonts w:cstheme="majorHAnsi"/>
          <w:sz w:val="18"/>
          <w:szCs w:val="18"/>
        </w:rPr>
        <w:t xml:space="preserve">, </w:t>
      </w:r>
      <w:proofErr w:type="spellStart"/>
      <w:r w:rsidRPr="000C596E">
        <w:rPr>
          <w:rFonts w:ascii="Sylfaen" w:hAnsi="Sylfaen" w:cs="Sylfaen"/>
          <w:sz w:val="18"/>
          <w:szCs w:val="18"/>
        </w:rPr>
        <w:t>შეაჩეროს</w:t>
      </w:r>
      <w:proofErr w:type="spellEnd"/>
      <w:r w:rsidRPr="000C596E">
        <w:rPr>
          <w:rFonts w:cstheme="majorHAnsi"/>
          <w:sz w:val="18"/>
          <w:szCs w:val="18"/>
        </w:rPr>
        <w:t xml:space="preserve"> </w:t>
      </w:r>
      <w:proofErr w:type="spellStart"/>
      <w:r w:rsidRPr="000C596E">
        <w:rPr>
          <w:rFonts w:ascii="Sylfaen" w:hAnsi="Sylfaen" w:cs="Sylfaen"/>
          <w:sz w:val="18"/>
          <w:szCs w:val="18"/>
        </w:rPr>
        <w:t>სამუშაოები</w:t>
      </w:r>
      <w:proofErr w:type="spellEnd"/>
      <w:r w:rsidRPr="000C596E">
        <w:rPr>
          <w:rFonts w:cstheme="majorHAnsi"/>
          <w:sz w:val="18"/>
          <w:szCs w:val="18"/>
        </w:rPr>
        <w:t xml:space="preserve"> </w:t>
      </w:r>
      <w:proofErr w:type="spellStart"/>
      <w:r w:rsidRPr="000C596E">
        <w:rPr>
          <w:rFonts w:ascii="Sylfaen" w:hAnsi="Sylfaen" w:cs="Sylfaen"/>
          <w:sz w:val="18"/>
          <w:szCs w:val="18"/>
        </w:rPr>
        <w:t>არაუმეტეს</w:t>
      </w:r>
      <w:proofErr w:type="spellEnd"/>
      <w:r w:rsidRPr="000C596E">
        <w:rPr>
          <w:rFonts w:cstheme="majorHAnsi"/>
          <w:sz w:val="18"/>
          <w:szCs w:val="18"/>
        </w:rPr>
        <w:t xml:space="preserve"> 45 </w:t>
      </w:r>
      <w:r w:rsidR="00570ACF">
        <w:rPr>
          <w:rFonts w:ascii="Sylfaen" w:hAnsi="Sylfaen" w:cstheme="majorHAnsi"/>
          <w:sz w:val="18"/>
          <w:szCs w:val="18"/>
          <w:lang w:val="ka-GE"/>
        </w:rPr>
        <w:t>(</w:t>
      </w:r>
      <w:proofErr w:type="spellStart"/>
      <w:r w:rsidRPr="000C596E">
        <w:rPr>
          <w:rFonts w:ascii="Sylfaen" w:hAnsi="Sylfaen" w:cs="Sylfaen"/>
          <w:sz w:val="18"/>
          <w:szCs w:val="18"/>
        </w:rPr>
        <w:t>ორმოცდახუთი</w:t>
      </w:r>
      <w:proofErr w:type="spellEnd"/>
      <w:r w:rsidR="00570ACF">
        <w:rPr>
          <w:rFonts w:ascii="Sylfaen" w:hAnsi="Sylfaen" w:cs="Sylfaen"/>
          <w:sz w:val="18"/>
          <w:szCs w:val="18"/>
          <w:lang w:val="ka-GE"/>
        </w:rPr>
        <w:t>)</w:t>
      </w:r>
      <w:r w:rsidRPr="000C596E">
        <w:rPr>
          <w:rFonts w:cstheme="majorHAnsi"/>
          <w:sz w:val="18"/>
          <w:szCs w:val="18"/>
        </w:rPr>
        <w:t xml:space="preserve"> </w:t>
      </w:r>
      <w:proofErr w:type="spellStart"/>
      <w:r w:rsidRPr="000C596E">
        <w:rPr>
          <w:rFonts w:ascii="Sylfaen" w:hAnsi="Sylfaen" w:cs="Sylfaen"/>
          <w:sz w:val="18"/>
          <w:szCs w:val="18"/>
        </w:rPr>
        <w:t>კალენდარული</w:t>
      </w:r>
      <w:proofErr w:type="spellEnd"/>
      <w:r w:rsidRPr="000C596E">
        <w:rPr>
          <w:rFonts w:cstheme="majorHAnsi"/>
          <w:sz w:val="18"/>
          <w:szCs w:val="18"/>
        </w:rPr>
        <w:t xml:space="preserve"> </w:t>
      </w:r>
      <w:proofErr w:type="spellStart"/>
      <w:r w:rsidRPr="000C596E">
        <w:rPr>
          <w:rFonts w:ascii="Sylfaen" w:hAnsi="Sylfaen" w:cs="Sylfaen"/>
          <w:sz w:val="18"/>
          <w:szCs w:val="18"/>
        </w:rPr>
        <w:t>დღით</w:t>
      </w:r>
      <w:proofErr w:type="spellEnd"/>
      <w:r w:rsidRPr="000C596E">
        <w:rPr>
          <w:rFonts w:cstheme="majorHAnsi"/>
          <w:sz w:val="18"/>
          <w:szCs w:val="18"/>
        </w:rPr>
        <w:t xml:space="preserve"> </w:t>
      </w:r>
      <w:proofErr w:type="spellStart"/>
      <w:r w:rsidRPr="000C596E">
        <w:rPr>
          <w:rFonts w:ascii="Sylfaen" w:hAnsi="Sylfaen" w:cs="Sylfaen"/>
          <w:sz w:val="18"/>
          <w:szCs w:val="18"/>
        </w:rPr>
        <w:t>მთლიანი</w:t>
      </w:r>
      <w:proofErr w:type="spellEnd"/>
      <w:r w:rsidRPr="000C596E">
        <w:rPr>
          <w:rFonts w:cstheme="majorHAnsi"/>
          <w:sz w:val="18"/>
          <w:szCs w:val="18"/>
        </w:rPr>
        <w:t xml:space="preserve"> </w:t>
      </w:r>
      <w:proofErr w:type="spellStart"/>
      <w:r w:rsidRPr="000C596E">
        <w:rPr>
          <w:rFonts w:ascii="Sylfaen" w:hAnsi="Sylfaen" w:cs="Sylfaen"/>
          <w:sz w:val="18"/>
          <w:szCs w:val="18"/>
        </w:rPr>
        <w:t>სახელშეკრულებო</w:t>
      </w:r>
      <w:proofErr w:type="spellEnd"/>
      <w:r w:rsidRPr="000C596E">
        <w:rPr>
          <w:rFonts w:cstheme="majorHAnsi"/>
          <w:sz w:val="18"/>
          <w:szCs w:val="18"/>
        </w:rPr>
        <w:t xml:space="preserve"> </w:t>
      </w:r>
      <w:proofErr w:type="spellStart"/>
      <w:r w:rsidRPr="000C596E">
        <w:rPr>
          <w:rFonts w:ascii="Sylfaen" w:hAnsi="Sylfaen" w:cs="Sylfaen"/>
          <w:sz w:val="18"/>
          <w:szCs w:val="18"/>
        </w:rPr>
        <w:t>ვადის</w:t>
      </w:r>
      <w:proofErr w:type="spellEnd"/>
      <w:r w:rsidRPr="000C596E">
        <w:rPr>
          <w:rFonts w:cstheme="majorHAnsi"/>
          <w:sz w:val="18"/>
          <w:szCs w:val="18"/>
        </w:rPr>
        <w:t xml:space="preserve"> </w:t>
      </w:r>
      <w:proofErr w:type="spellStart"/>
      <w:r w:rsidRPr="000C596E">
        <w:rPr>
          <w:rFonts w:ascii="Sylfaen" w:hAnsi="Sylfaen" w:cs="Sylfaen"/>
          <w:sz w:val="18"/>
          <w:szCs w:val="18"/>
        </w:rPr>
        <w:t>განმავლობაში</w:t>
      </w:r>
      <w:proofErr w:type="spellEnd"/>
      <w:r w:rsidRPr="000C596E">
        <w:rPr>
          <w:rFonts w:cstheme="majorHAnsi"/>
          <w:sz w:val="18"/>
          <w:szCs w:val="18"/>
        </w:rPr>
        <w:t xml:space="preserve">. </w:t>
      </w:r>
      <w:proofErr w:type="spellStart"/>
      <w:r w:rsidRPr="000C596E">
        <w:rPr>
          <w:rFonts w:ascii="Sylfaen" w:hAnsi="Sylfaen" w:cs="Sylfaen"/>
          <w:sz w:val="18"/>
          <w:szCs w:val="18"/>
        </w:rPr>
        <w:t>ამ</w:t>
      </w:r>
      <w:proofErr w:type="spellEnd"/>
      <w:r w:rsidRPr="000C596E">
        <w:rPr>
          <w:rFonts w:cstheme="majorHAnsi"/>
          <w:sz w:val="18"/>
          <w:szCs w:val="18"/>
        </w:rPr>
        <w:t xml:space="preserve"> </w:t>
      </w:r>
      <w:proofErr w:type="spellStart"/>
      <w:r w:rsidRPr="000C596E">
        <w:rPr>
          <w:rFonts w:ascii="Sylfaen" w:hAnsi="Sylfaen" w:cs="Sylfaen"/>
          <w:sz w:val="18"/>
          <w:szCs w:val="18"/>
        </w:rPr>
        <w:t>პერიოდის</w:t>
      </w:r>
      <w:proofErr w:type="spellEnd"/>
      <w:r w:rsidRPr="000C596E">
        <w:rPr>
          <w:rFonts w:cstheme="majorHAnsi"/>
          <w:sz w:val="18"/>
          <w:szCs w:val="18"/>
        </w:rPr>
        <w:t xml:space="preserve"> </w:t>
      </w:r>
      <w:proofErr w:type="spellStart"/>
      <w:r w:rsidRPr="000C596E">
        <w:rPr>
          <w:rFonts w:ascii="Sylfaen" w:hAnsi="Sylfaen" w:cs="Sylfaen"/>
          <w:sz w:val="18"/>
          <w:szCs w:val="18"/>
        </w:rPr>
        <w:t>განმავლობაში</w:t>
      </w:r>
      <w:proofErr w:type="spellEnd"/>
      <w:r w:rsidRPr="000C596E">
        <w:rPr>
          <w:rFonts w:cstheme="majorHAnsi"/>
          <w:sz w:val="18"/>
          <w:szCs w:val="18"/>
        </w:rPr>
        <w:t xml:space="preserve">, </w:t>
      </w:r>
      <w:proofErr w:type="spellStart"/>
      <w:r w:rsidRPr="000C596E">
        <w:rPr>
          <w:rFonts w:ascii="Sylfaen" w:hAnsi="Sylfaen" w:cs="Sylfaen"/>
          <w:sz w:val="18"/>
          <w:szCs w:val="18"/>
        </w:rPr>
        <w:t>დამკვეთი</w:t>
      </w:r>
      <w:proofErr w:type="spellEnd"/>
      <w:r w:rsidRPr="000C596E">
        <w:rPr>
          <w:rFonts w:cstheme="majorHAnsi"/>
          <w:sz w:val="18"/>
          <w:szCs w:val="18"/>
        </w:rPr>
        <w:t xml:space="preserve"> </w:t>
      </w:r>
      <w:proofErr w:type="spellStart"/>
      <w:r w:rsidRPr="000C596E">
        <w:rPr>
          <w:rFonts w:ascii="Sylfaen" w:hAnsi="Sylfaen" w:cs="Sylfaen"/>
          <w:sz w:val="18"/>
          <w:szCs w:val="18"/>
        </w:rPr>
        <w:t>ვალდებულია</w:t>
      </w:r>
      <w:proofErr w:type="spellEnd"/>
      <w:r w:rsidRPr="000C596E">
        <w:rPr>
          <w:rFonts w:cstheme="majorHAnsi"/>
          <w:sz w:val="18"/>
          <w:szCs w:val="18"/>
        </w:rPr>
        <w:t xml:space="preserve">, </w:t>
      </w:r>
      <w:r w:rsidR="00570ACF">
        <w:rPr>
          <w:rFonts w:ascii="Sylfaen" w:hAnsi="Sylfaen" w:cs="Sylfaen"/>
          <w:sz w:val="18"/>
          <w:szCs w:val="18"/>
          <w:lang w:val="ka-GE"/>
        </w:rPr>
        <w:t xml:space="preserve">მენარდეს </w:t>
      </w:r>
      <w:proofErr w:type="spellStart"/>
      <w:r w:rsidRPr="000C596E">
        <w:rPr>
          <w:rFonts w:ascii="Sylfaen" w:hAnsi="Sylfaen" w:cs="Sylfaen"/>
          <w:sz w:val="18"/>
          <w:szCs w:val="18"/>
        </w:rPr>
        <w:t>აუნაზღაუროს</w:t>
      </w:r>
      <w:proofErr w:type="spellEnd"/>
      <w:r w:rsidRPr="000C596E">
        <w:rPr>
          <w:rFonts w:cstheme="majorHAnsi"/>
          <w:sz w:val="18"/>
          <w:szCs w:val="18"/>
        </w:rPr>
        <w:t xml:space="preserve"> </w:t>
      </w:r>
      <w:proofErr w:type="spellStart"/>
      <w:r w:rsidRPr="000C596E">
        <w:rPr>
          <w:rFonts w:ascii="Sylfaen" w:hAnsi="Sylfaen" w:cs="Sylfaen"/>
          <w:sz w:val="18"/>
          <w:szCs w:val="18"/>
        </w:rPr>
        <w:t>ობიექტზე</w:t>
      </w:r>
      <w:proofErr w:type="spellEnd"/>
      <w:r w:rsidRPr="000C596E">
        <w:rPr>
          <w:rFonts w:cstheme="majorHAnsi"/>
          <w:sz w:val="18"/>
          <w:szCs w:val="18"/>
        </w:rPr>
        <w:t xml:space="preserve"> </w:t>
      </w:r>
      <w:proofErr w:type="spellStart"/>
      <w:r w:rsidRPr="000C596E">
        <w:rPr>
          <w:rFonts w:ascii="Sylfaen" w:hAnsi="Sylfaen" w:cs="Sylfaen"/>
          <w:sz w:val="18"/>
          <w:szCs w:val="18"/>
        </w:rPr>
        <w:t>გაწეული</w:t>
      </w:r>
      <w:proofErr w:type="spellEnd"/>
      <w:r w:rsidRPr="000C596E">
        <w:rPr>
          <w:rFonts w:cstheme="majorHAnsi"/>
          <w:sz w:val="18"/>
          <w:szCs w:val="18"/>
        </w:rPr>
        <w:t xml:space="preserve"> </w:t>
      </w:r>
      <w:proofErr w:type="spellStart"/>
      <w:proofErr w:type="gramStart"/>
      <w:r w:rsidRPr="000C596E">
        <w:rPr>
          <w:rFonts w:ascii="Sylfaen" w:hAnsi="Sylfaen" w:cs="Sylfaen"/>
          <w:sz w:val="18"/>
          <w:szCs w:val="18"/>
        </w:rPr>
        <w:t>ხარჯი</w:t>
      </w:r>
      <w:proofErr w:type="spellEnd"/>
      <w:r w:rsidRPr="000C596E">
        <w:rPr>
          <w:rFonts w:cstheme="majorHAnsi"/>
          <w:sz w:val="18"/>
          <w:szCs w:val="18"/>
        </w:rPr>
        <w:t xml:space="preserve"> ,</w:t>
      </w:r>
      <w:proofErr w:type="gramEnd"/>
      <w:r w:rsidRPr="000C596E">
        <w:rPr>
          <w:rFonts w:cstheme="majorHAnsi"/>
          <w:sz w:val="18"/>
          <w:szCs w:val="18"/>
        </w:rPr>
        <w:t xml:space="preserve"> </w:t>
      </w:r>
      <w:proofErr w:type="spellStart"/>
      <w:r w:rsidRPr="000C596E">
        <w:rPr>
          <w:rFonts w:ascii="Sylfaen" w:hAnsi="Sylfaen" w:cs="Sylfaen"/>
          <w:sz w:val="18"/>
          <w:szCs w:val="18"/>
        </w:rPr>
        <w:t>კომუნალური</w:t>
      </w:r>
      <w:proofErr w:type="spellEnd"/>
      <w:r w:rsidRPr="000C596E">
        <w:rPr>
          <w:rFonts w:cstheme="majorHAnsi"/>
          <w:sz w:val="18"/>
          <w:szCs w:val="18"/>
        </w:rPr>
        <w:t xml:space="preserve"> </w:t>
      </w:r>
      <w:proofErr w:type="spellStart"/>
      <w:r w:rsidRPr="000C596E">
        <w:rPr>
          <w:rFonts w:ascii="Sylfaen" w:hAnsi="Sylfaen" w:cs="Sylfaen"/>
          <w:sz w:val="18"/>
          <w:szCs w:val="18"/>
        </w:rPr>
        <w:t>გადასახადები</w:t>
      </w:r>
      <w:proofErr w:type="spellEnd"/>
      <w:r w:rsidRPr="000C596E">
        <w:rPr>
          <w:rFonts w:cstheme="majorHAnsi"/>
          <w:sz w:val="18"/>
          <w:szCs w:val="18"/>
        </w:rPr>
        <w:t xml:space="preserve">, </w:t>
      </w:r>
      <w:proofErr w:type="spellStart"/>
      <w:r w:rsidRPr="000C596E">
        <w:rPr>
          <w:rFonts w:ascii="Sylfaen" w:hAnsi="Sylfaen" w:cs="Sylfaen"/>
          <w:sz w:val="18"/>
          <w:szCs w:val="18"/>
        </w:rPr>
        <w:t>ობიექტის</w:t>
      </w:r>
      <w:proofErr w:type="spellEnd"/>
      <w:r w:rsidRPr="000C596E">
        <w:rPr>
          <w:rFonts w:cstheme="majorHAnsi"/>
          <w:sz w:val="18"/>
          <w:szCs w:val="18"/>
        </w:rPr>
        <w:t xml:space="preserve"> </w:t>
      </w:r>
      <w:proofErr w:type="spellStart"/>
      <w:r w:rsidRPr="000C596E">
        <w:rPr>
          <w:rFonts w:ascii="Sylfaen" w:hAnsi="Sylfaen" w:cs="Sylfaen"/>
          <w:sz w:val="18"/>
          <w:szCs w:val="18"/>
        </w:rPr>
        <w:t>დაცვის</w:t>
      </w:r>
      <w:proofErr w:type="spellEnd"/>
      <w:r w:rsidRPr="000C596E">
        <w:rPr>
          <w:rFonts w:cstheme="majorHAnsi"/>
          <w:sz w:val="18"/>
          <w:szCs w:val="18"/>
        </w:rPr>
        <w:t xml:space="preserve"> </w:t>
      </w:r>
      <w:proofErr w:type="spellStart"/>
      <w:r w:rsidRPr="000C596E">
        <w:rPr>
          <w:rFonts w:ascii="Sylfaen" w:hAnsi="Sylfaen" w:cs="Sylfaen"/>
          <w:sz w:val="18"/>
          <w:szCs w:val="18"/>
        </w:rPr>
        <w:t>გადასახადები</w:t>
      </w:r>
      <w:proofErr w:type="spellEnd"/>
      <w:r w:rsidR="00570ACF">
        <w:rPr>
          <w:rFonts w:ascii="Sylfaen" w:hAnsi="Sylfaen" w:cs="Sylfaen"/>
          <w:sz w:val="18"/>
          <w:szCs w:val="18"/>
          <w:lang w:val="ka-GE"/>
        </w:rPr>
        <w:t>)</w:t>
      </w:r>
      <w:r w:rsidRPr="000C596E">
        <w:rPr>
          <w:rFonts w:cstheme="majorHAnsi"/>
          <w:sz w:val="18"/>
          <w:szCs w:val="18"/>
        </w:rPr>
        <w:t xml:space="preserve">. </w:t>
      </w:r>
      <w:proofErr w:type="spellStart"/>
      <w:r w:rsidRPr="000C596E">
        <w:rPr>
          <w:rFonts w:ascii="Sylfaen" w:hAnsi="Sylfaen" w:cs="Sylfaen"/>
          <w:sz w:val="18"/>
          <w:szCs w:val="18"/>
        </w:rPr>
        <w:t>ყოველგვარი</w:t>
      </w:r>
      <w:proofErr w:type="spellEnd"/>
      <w:r w:rsidRPr="000C596E">
        <w:rPr>
          <w:rFonts w:cstheme="majorHAnsi"/>
          <w:sz w:val="18"/>
          <w:szCs w:val="18"/>
        </w:rPr>
        <w:t xml:space="preserve"> </w:t>
      </w:r>
      <w:proofErr w:type="spellStart"/>
      <w:r w:rsidRPr="000C596E">
        <w:rPr>
          <w:rFonts w:ascii="Sylfaen" w:hAnsi="Sylfaen" w:cs="Sylfaen"/>
          <w:sz w:val="18"/>
          <w:szCs w:val="18"/>
        </w:rPr>
        <w:t>ეჭვის</w:t>
      </w:r>
      <w:proofErr w:type="spellEnd"/>
      <w:r w:rsidRPr="000C596E">
        <w:rPr>
          <w:rFonts w:cstheme="majorHAnsi"/>
          <w:sz w:val="18"/>
          <w:szCs w:val="18"/>
        </w:rPr>
        <w:t xml:space="preserve"> </w:t>
      </w:r>
      <w:proofErr w:type="spellStart"/>
      <w:r w:rsidRPr="000C596E">
        <w:rPr>
          <w:rFonts w:ascii="Sylfaen" w:hAnsi="Sylfaen" w:cs="Sylfaen"/>
          <w:sz w:val="18"/>
          <w:szCs w:val="18"/>
        </w:rPr>
        <w:t>გამორიცხვის</w:t>
      </w:r>
      <w:proofErr w:type="spellEnd"/>
      <w:r w:rsidRPr="000C596E">
        <w:rPr>
          <w:rFonts w:cstheme="majorHAnsi"/>
          <w:sz w:val="18"/>
          <w:szCs w:val="18"/>
        </w:rPr>
        <w:t xml:space="preserve"> </w:t>
      </w:r>
      <w:proofErr w:type="spellStart"/>
      <w:r w:rsidRPr="000C596E">
        <w:rPr>
          <w:rFonts w:ascii="Sylfaen" w:hAnsi="Sylfaen" w:cs="Sylfaen"/>
          <w:sz w:val="18"/>
          <w:szCs w:val="18"/>
        </w:rPr>
        <w:t>მიზნით</w:t>
      </w:r>
      <w:proofErr w:type="spellEnd"/>
      <w:r w:rsidRPr="000C596E">
        <w:rPr>
          <w:rFonts w:cstheme="majorHAnsi"/>
          <w:sz w:val="18"/>
          <w:szCs w:val="18"/>
        </w:rPr>
        <w:t xml:space="preserve">, </w:t>
      </w:r>
      <w:proofErr w:type="spellStart"/>
      <w:r w:rsidRPr="000C596E">
        <w:rPr>
          <w:rFonts w:ascii="Sylfaen" w:hAnsi="Sylfaen" w:cs="Sylfaen"/>
          <w:sz w:val="18"/>
          <w:szCs w:val="18"/>
        </w:rPr>
        <w:t>აღნიშნული</w:t>
      </w:r>
      <w:proofErr w:type="spellEnd"/>
      <w:r w:rsidRPr="000C596E">
        <w:rPr>
          <w:rFonts w:cstheme="majorHAnsi"/>
          <w:sz w:val="18"/>
          <w:szCs w:val="18"/>
        </w:rPr>
        <w:t xml:space="preserve"> </w:t>
      </w:r>
      <w:proofErr w:type="spellStart"/>
      <w:r w:rsidRPr="000C596E">
        <w:rPr>
          <w:rFonts w:ascii="Sylfaen" w:hAnsi="Sylfaen" w:cs="Sylfaen"/>
          <w:sz w:val="18"/>
          <w:szCs w:val="18"/>
        </w:rPr>
        <w:t>პირობა</w:t>
      </w:r>
      <w:proofErr w:type="spellEnd"/>
      <w:r w:rsidRPr="000C596E">
        <w:rPr>
          <w:rFonts w:cstheme="majorHAnsi"/>
          <w:sz w:val="18"/>
          <w:szCs w:val="18"/>
        </w:rPr>
        <w:t xml:space="preserve"> </w:t>
      </w:r>
      <w:proofErr w:type="spellStart"/>
      <w:r w:rsidRPr="000C596E">
        <w:rPr>
          <w:rFonts w:ascii="Sylfaen" w:hAnsi="Sylfaen" w:cs="Sylfaen"/>
          <w:sz w:val="18"/>
          <w:szCs w:val="18"/>
        </w:rPr>
        <w:t>არ</w:t>
      </w:r>
      <w:proofErr w:type="spellEnd"/>
      <w:r w:rsidRPr="000C596E">
        <w:rPr>
          <w:rFonts w:cstheme="majorHAnsi"/>
          <w:sz w:val="18"/>
          <w:szCs w:val="18"/>
        </w:rPr>
        <w:t xml:space="preserve"> </w:t>
      </w:r>
      <w:proofErr w:type="spellStart"/>
      <w:r w:rsidRPr="000C596E">
        <w:rPr>
          <w:rFonts w:ascii="Sylfaen" w:hAnsi="Sylfaen" w:cs="Sylfaen"/>
          <w:sz w:val="18"/>
          <w:szCs w:val="18"/>
        </w:rPr>
        <w:t>ეხება</w:t>
      </w:r>
      <w:proofErr w:type="spellEnd"/>
      <w:r w:rsidRPr="000C596E">
        <w:rPr>
          <w:rFonts w:cstheme="majorHAnsi"/>
          <w:sz w:val="18"/>
          <w:szCs w:val="18"/>
        </w:rPr>
        <w:t xml:space="preserve"> </w:t>
      </w:r>
      <w:proofErr w:type="spellStart"/>
      <w:r w:rsidRPr="000C596E">
        <w:rPr>
          <w:rFonts w:ascii="Sylfaen" w:hAnsi="Sylfaen" w:cs="Sylfaen"/>
          <w:sz w:val="18"/>
          <w:szCs w:val="18"/>
        </w:rPr>
        <w:t>ხელშეკრულებით</w:t>
      </w:r>
      <w:proofErr w:type="spellEnd"/>
      <w:r w:rsidRPr="000C596E">
        <w:rPr>
          <w:rFonts w:cstheme="majorHAnsi"/>
          <w:sz w:val="18"/>
          <w:szCs w:val="18"/>
        </w:rPr>
        <w:t xml:space="preserve"> </w:t>
      </w:r>
      <w:proofErr w:type="spellStart"/>
      <w:r w:rsidRPr="000C596E">
        <w:rPr>
          <w:rFonts w:ascii="Sylfaen" w:hAnsi="Sylfaen" w:cs="Sylfaen"/>
          <w:sz w:val="18"/>
          <w:szCs w:val="18"/>
        </w:rPr>
        <w:t>გათვალისწინებული</w:t>
      </w:r>
      <w:proofErr w:type="spellEnd"/>
      <w:r w:rsidRPr="000C596E">
        <w:rPr>
          <w:rFonts w:cstheme="majorHAnsi"/>
          <w:sz w:val="18"/>
          <w:szCs w:val="18"/>
        </w:rPr>
        <w:t xml:space="preserve"> </w:t>
      </w:r>
      <w:proofErr w:type="spellStart"/>
      <w:r w:rsidRPr="000C596E">
        <w:rPr>
          <w:rFonts w:ascii="Sylfaen" w:hAnsi="Sylfaen" w:cs="Sylfaen"/>
          <w:sz w:val="18"/>
          <w:szCs w:val="18"/>
        </w:rPr>
        <w:t>სხვა</w:t>
      </w:r>
      <w:proofErr w:type="spellEnd"/>
      <w:r w:rsidRPr="000C596E">
        <w:rPr>
          <w:rFonts w:cstheme="majorHAnsi"/>
          <w:sz w:val="18"/>
          <w:szCs w:val="18"/>
        </w:rPr>
        <w:t xml:space="preserve"> </w:t>
      </w:r>
      <w:proofErr w:type="spellStart"/>
      <w:r w:rsidRPr="000C596E">
        <w:rPr>
          <w:rFonts w:ascii="Sylfaen" w:hAnsi="Sylfaen" w:cs="Sylfaen"/>
          <w:sz w:val="18"/>
          <w:szCs w:val="18"/>
        </w:rPr>
        <w:t>საფუძვლებით</w:t>
      </w:r>
      <w:proofErr w:type="spellEnd"/>
      <w:r w:rsidRPr="000C596E">
        <w:rPr>
          <w:rFonts w:cstheme="majorHAnsi"/>
          <w:sz w:val="18"/>
          <w:szCs w:val="18"/>
        </w:rPr>
        <w:t xml:space="preserve"> </w:t>
      </w:r>
      <w:proofErr w:type="spellStart"/>
      <w:r w:rsidRPr="000C596E">
        <w:rPr>
          <w:rFonts w:ascii="Sylfaen" w:hAnsi="Sylfaen" w:cs="Sylfaen"/>
          <w:sz w:val="18"/>
          <w:szCs w:val="18"/>
        </w:rPr>
        <w:t>სამუშაოების</w:t>
      </w:r>
      <w:proofErr w:type="spellEnd"/>
      <w:r w:rsidRPr="000C596E">
        <w:rPr>
          <w:rFonts w:cstheme="majorHAnsi"/>
          <w:sz w:val="18"/>
          <w:szCs w:val="18"/>
        </w:rPr>
        <w:t xml:space="preserve"> </w:t>
      </w:r>
      <w:proofErr w:type="spellStart"/>
      <w:r w:rsidRPr="000C596E">
        <w:rPr>
          <w:rFonts w:ascii="Sylfaen" w:hAnsi="Sylfaen" w:cs="Sylfaen"/>
          <w:sz w:val="18"/>
          <w:szCs w:val="18"/>
        </w:rPr>
        <w:t>შეჩერებას</w:t>
      </w:r>
      <w:proofErr w:type="spellEnd"/>
      <w:r w:rsidRPr="000C596E">
        <w:rPr>
          <w:rFonts w:cstheme="majorHAnsi"/>
          <w:sz w:val="18"/>
          <w:szCs w:val="18"/>
        </w:rPr>
        <w:t>/</w:t>
      </w:r>
      <w:proofErr w:type="spellStart"/>
      <w:r w:rsidRPr="000C596E">
        <w:rPr>
          <w:rFonts w:ascii="Sylfaen" w:hAnsi="Sylfaen" w:cs="Sylfaen"/>
          <w:sz w:val="18"/>
          <w:szCs w:val="18"/>
        </w:rPr>
        <w:t>შეჩერების</w:t>
      </w:r>
      <w:proofErr w:type="spellEnd"/>
      <w:r w:rsidRPr="000C596E">
        <w:rPr>
          <w:rFonts w:cstheme="majorHAnsi"/>
          <w:sz w:val="18"/>
          <w:szCs w:val="18"/>
        </w:rPr>
        <w:t xml:space="preserve"> </w:t>
      </w:r>
      <w:proofErr w:type="spellStart"/>
      <w:r w:rsidRPr="000C596E">
        <w:rPr>
          <w:rFonts w:ascii="Sylfaen" w:hAnsi="Sylfaen" w:cs="Sylfaen"/>
          <w:sz w:val="18"/>
          <w:szCs w:val="18"/>
        </w:rPr>
        <w:t>მოთხოვნას</w:t>
      </w:r>
      <w:proofErr w:type="spellEnd"/>
      <w:r w:rsidRPr="000C596E">
        <w:rPr>
          <w:rFonts w:cstheme="majorHAnsi"/>
          <w:sz w:val="18"/>
          <w:szCs w:val="18"/>
        </w:rPr>
        <w:t xml:space="preserve"> </w:t>
      </w:r>
      <w:proofErr w:type="spellStart"/>
      <w:r w:rsidRPr="000C596E">
        <w:rPr>
          <w:rFonts w:ascii="Sylfaen" w:hAnsi="Sylfaen" w:cs="Sylfaen"/>
          <w:sz w:val="18"/>
          <w:szCs w:val="18"/>
        </w:rPr>
        <w:t>და</w:t>
      </w:r>
      <w:proofErr w:type="spellEnd"/>
      <w:r w:rsidRPr="000C596E">
        <w:rPr>
          <w:rFonts w:cstheme="majorHAnsi"/>
          <w:sz w:val="18"/>
          <w:szCs w:val="18"/>
        </w:rPr>
        <w:t xml:space="preserve"> </w:t>
      </w:r>
      <w:proofErr w:type="spellStart"/>
      <w:r w:rsidRPr="000C596E">
        <w:rPr>
          <w:rFonts w:ascii="Sylfaen" w:hAnsi="Sylfaen" w:cs="Sylfaen"/>
          <w:sz w:val="18"/>
          <w:szCs w:val="18"/>
        </w:rPr>
        <w:t>აღნიშნული</w:t>
      </w:r>
      <w:proofErr w:type="spellEnd"/>
      <w:r w:rsidRPr="000C596E">
        <w:rPr>
          <w:rFonts w:cstheme="majorHAnsi"/>
          <w:sz w:val="18"/>
          <w:szCs w:val="18"/>
        </w:rPr>
        <w:t xml:space="preserve"> </w:t>
      </w:r>
      <w:proofErr w:type="spellStart"/>
      <w:r w:rsidRPr="000C596E">
        <w:rPr>
          <w:rFonts w:ascii="Sylfaen" w:hAnsi="Sylfaen" w:cs="Sylfaen"/>
          <w:sz w:val="18"/>
          <w:szCs w:val="18"/>
        </w:rPr>
        <w:t>გულისხმობს</w:t>
      </w:r>
      <w:proofErr w:type="spellEnd"/>
      <w:r w:rsidRPr="000C596E">
        <w:rPr>
          <w:rFonts w:cstheme="majorHAnsi"/>
          <w:sz w:val="18"/>
          <w:szCs w:val="18"/>
        </w:rPr>
        <w:t xml:space="preserve"> </w:t>
      </w:r>
      <w:proofErr w:type="spellStart"/>
      <w:r w:rsidRPr="000C596E">
        <w:rPr>
          <w:rFonts w:ascii="Sylfaen" w:hAnsi="Sylfaen" w:cs="Sylfaen"/>
          <w:sz w:val="18"/>
          <w:szCs w:val="18"/>
        </w:rPr>
        <w:t>მხოლოდ</w:t>
      </w:r>
      <w:proofErr w:type="spellEnd"/>
      <w:r w:rsidRPr="000C596E">
        <w:rPr>
          <w:rFonts w:cstheme="majorHAnsi"/>
          <w:sz w:val="18"/>
          <w:szCs w:val="18"/>
        </w:rPr>
        <w:t xml:space="preserve"> </w:t>
      </w:r>
      <w:proofErr w:type="spellStart"/>
      <w:r w:rsidRPr="000C596E">
        <w:rPr>
          <w:rFonts w:ascii="Sylfaen" w:hAnsi="Sylfaen" w:cs="Sylfaen"/>
          <w:sz w:val="18"/>
          <w:szCs w:val="18"/>
        </w:rPr>
        <w:t>ისეთ</w:t>
      </w:r>
      <w:proofErr w:type="spellEnd"/>
      <w:r w:rsidRPr="000C596E">
        <w:rPr>
          <w:rFonts w:cstheme="majorHAnsi"/>
          <w:sz w:val="18"/>
          <w:szCs w:val="18"/>
        </w:rPr>
        <w:t xml:space="preserve"> </w:t>
      </w:r>
      <w:proofErr w:type="spellStart"/>
      <w:r w:rsidRPr="000C596E">
        <w:rPr>
          <w:rFonts w:ascii="Sylfaen" w:hAnsi="Sylfaen" w:cs="Sylfaen"/>
          <w:sz w:val="18"/>
          <w:szCs w:val="18"/>
        </w:rPr>
        <w:t>შემთხვევებს</w:t>
      </w:r>
      <w:proofErr w:type="spellEnd"/>
      <w:r w:rsidRPr="000C596E">
        <w:rPr>
          <w:rFonts w:cstheme="majorHAnsi"/>
          <w:sz w:val="18"/>
          <w:szCs w:val="18"/>
        </w:rPr>
        <w:t xml:space="preserve">, </w:t>
      </w:r>
      <w:proofErr w:type="spellStart"/>
      <w:r w:rsidRPr="000C596E">
        <w:rPr>
          <w:rFonts w:ascii="Sylfaen" w:hAnsi="Sylfaen" w:cs="Sylfaen"/>
          <w:sz w:val="18"/>
          <w:szCs w:val="18"/>
        </w:rPr>
        <w:t>როცა</w:t>
      </w:r>
      <w:proofErr w:type="spellEnd"/>
      <w:r w:rsidRPr="000C596E">
        <w:rPr>
          <w:rFonts w:cstheme="majorHAnsi"/>
          <w:sz w:val="18"/>
          <w:szCs w:val="18"/>
        </w:rPr>
        <w:t xml:space="preserve"> </w:t>
      </w:r>
      <w:proofErr w:type="spellStart"/>
      <w:r w:rsidRPr="000C596E">
        <w:rPr>
          <w:rFonts w:ascii="Sylfaen" w:hAnsi="Sylfaen" w:cs="Sylfaen"/>
          <w:sz w:val="18"/>
          <w:szCs w:val="18"/>
        </w:rPr>
        <w:t>დამკვეთი</w:t>
      </w:r>
      <w:proofErr w:type="spellEnd"/>
      <w:r w:rsidRPr="000C596E">
        <w:rPr>
          <w:rFonts w:cstheme="majorHAnsi"/>
          <w:sz w:val="18"/>
          <w:szCs w:val="18"/>
        </w:rPr>
        <w:t xml:space="preserve"> </w:t>
      </w:r>
      <w:proofErr w:type="spellStart"/>
      <w:r w:rsidRPr="000C596E">
        <w:rPr>
          <w:rFonts w:ascii="Sylfaen" w:hAnsi="Sylfaen" w:cs="Sylfaen"/>
          <w:sz w:val="18"/>
          <w:szCs w:val="18"/>
        </w:rPr>
        <w:t>დაუსაბუთებლად</w:t>
      </w:r>
      <w:proofErr w:type="spellEnd"/>
      <w:r w:rsidRPr="000C596E">
        <w:rPr>
          <w:rFonts w:cstheme="majorHAnsi"/>
          <w:sz w:val="18"/>
          <w:szCs w:val="18"/>
        </w:rPr>
        <w:t xml:space="preserve"> </w:t>
      </w:r>
      <w:proofErr w:type="spellStart"/>
      <w:r w:rsidRPr="000C596E">
        <w:rPr>
          <w:rFonts w:ascii="Sylfaen" w:hAnsi="Sylfaen" w:cs="Sylfaen"/>
          <w:sz w:val="18"/>
          <w:szCs w:val="18"/>
        </w:rPr>
        <w:t>ან</w:t>
      </w:r>
      <w:proofErr w:type="spellEnd"/>
      <w:r w:rsidRPr="000C596E">
        <w:rPr>
          <w:rFonts w:cstheme="majorHAnsi"/>
          <w:sz w:val="18"/>
          <w:szCs w:val="18"/>
        </w:rPr>
        <w:t>/</w:t>
      </w:r>
      <w:proofErr w:type="spellStart"/>
      <w:r w:rsidRPr="000C596E">
        <w:rPr>
          <w:rFonts w:ascii="Sylfaen" w:hAnsi="Sylfaen" w:cs="Sylfaen"/>
          <w:sz w:val="18"/>
          <w:szCs w:val="18"/>
        </w:rPr>
        <w:t>და</w:t>
      </w:r>
      <w:proofErr w:type="spellEnd"/>
      <w:r w:rsidRPr="000C596E">
        <w:rPr>
          <w:rFonts w:cstheme="majorHAnsi"/>
          <w:sz w:val="18"/>
          <w:szCs w:val="18"/>
        </w:rPr>
        <w:t xml:space="preserve"> </w:t>
      </w:r>
      <w:proofErr w:type="spellStart"/>
      <w:r w:rsidRPr="000C596E">
        <w:rPr>
          <w:rFonts w:ascii="Sylfaen" w:hAnsi="Sylfaen" w:cs="Sylfaen"/>
          <w:sz w:val="18"/>
          <w:szCs w:val="18"/>
        </w:rPr>
        <w:t>უმიზეზოდ</w:t>
      </w:r>
      <w:proofErr w:type="spellEnd"/>
      <w:r w:rsidRPr="000C596E">
        <w:rPr>
          <w:rFonts w:cstheme="majorHAnsi"/>
          <w:sz w:val="18"/>
          <w:szCs w:val="18"/>
        </w:rPr>
        <w:t xml:space="preserve"> </w:t>
      </w:r>
      <w:proofErr w:type="spellStart"/>
      <w:r w:rsidRPr="000C596E">
        <w:rPr>
          <w:rFonts w:ascii="Sylfaen" w:hAnsi="Sylfaen" w:cs="Sylfaen"/>
          <w:sz w:val="18"/>
          <w:szCs w:val="18"/>
        </w:rPr>
        <w:t>წერილობითი</w:t>
      </w:r>
      <w:proofErr w:type="spellEnd"/>
      <w:r w:rsidRPr="000C596E">
        <w:rPr>
          <w:rFonts w:cstheme="majorHAnsi"/>
          <w:sz w:val="18"/>
          <w:szCs w:val="18"/>
        </w:rPr>
        <w:t xml:space="preserve"> </w:t>
      </w:r>
      <w:proofErr w:type="spellStart"/>
      <w:r w:rsidRPr="000C596E">
        <w:rPr>
          <w:rFonts w:ascii="Sylfaen" w:hAnsi="Sylfaen" w:cs="Sylfaen"/>
          <w:sz w:val="18"/>
          <w:szCs w:val="18"/>
        </w:rPr>
        <w:t>შეტყობინების</w:t>
      </w:r>
      <w:proofErr w:type="spellEnd"/>
      <w:r w:rsidRPr="000C596E">
        <w:rPr>
          <w:rFonts w:cstheme="majorHAnsi"/>
          <w:sz w:val="18"/>
          <w:szCs w:val="18"/>
        </w:rPr>
        <w:t xml:space="preserve"> </w:t>
      </w:r>
      <w:proofErr w:type="spellStart"/>
      <w:r w:rsidRPr="000C596E">
        <w:rPr>
          <w:rFonts w:ascii="Sylfaen" w:hAnsi="Sylfaen" w:cs="Sylfaen"/>
          <w:sz w:val="18"/>
          <w:szCs w:val="18"/>
        </w:rPr>
        <w:t>საფუძველზე</w:t>
      </w:r>
      <w:proofErr w:type="spellEnd"/>
      <w:r w:rsidR="00570ACF">
        <w:rPr>
          <w:rFonts w:ascii="Sylfaen" w:hAnsi="Sylfaen" w:cs="Sylfaen"/>
          <w:sz w:val="18"/>
          <w:szCs w:val="18"/>
          <w:lang w:val="ka-GE"/>
        </w:rPr>
        <w:t xml:space="preserve"> </w:t>
      </w:r>
      <w:proofErr w:type="spellStart"/>
      <w:r w:rsidRPr="000C596E">
        <w:rPr>
          <w:rFonts w:ascii="Sylfaen" w:hAnsi="Sylfaen" w:cs="Sylfaen"/>
          <w:sz w:val="18"/>
          <w:szCs w:val="18"/>
        </w:rPr>
        <w:t>მოსთხოვს</w:t>
      </w:r>
      <w:proofErr w:type="spellEnd"/>
      <w:r w:rsidRPr="000C596E">
        <w:rPr>
          <w:rFonts w:cstheme="majorHAnsi"/>
          <w:sz w:val="18"/>
          <w:szCs w:val="18"/>
        </w:rPr>
        <w:t xml:space="preserve"> </w:t>
      </w:r>
      <w:r w:rsidR="00570ACF">
        <w:rPr>
          <w:rFonts w:ascii="Sylfaen" w:hAnsi="Sylfaen" w:cs="Sylfaen"/>
          <w:sz w:val="18"/>
          <w:szCs w:val="18"/>
          <w:lang w:val="ka-GE"/>
        </w:rPr>
        <w:t xml:space="preserve">მენარდეს </w:t>
      </w:r>
      <w:proofErr w:type="spellStart"/>
      <w:r w:rsidRPr="000C596E">
        <w:rPr>
          <w:rFonts w:ascii="Sylfaen" w:hAnsi="Sylfaen" w:cs="Sylfaen"/>
          <w:sz w:val="18"/>
          <w:szCs w:val="18"/>
        </w:rPr>
        <w:t>სამუშაოების</w:t>
      </w:r>
      <w:proofErr w:type="spellEnd"/>
      <w:r w:rsidRPr="000C596E">
        <w:rPr>
          <w:rFonts w:cstheme="majorHAnsi"/>
          <w:sz w:val="18"/>
          <w:szCs w:val="18"/>
        </w:rPr>
        <w:t xml:space="preserve"> </w:t>
      </w:r>
      <w:proofErr w:type="spellStart"/>
      <w:r w:rsidRPr="000C596E">
        <w:rPr>
          <w:rFonts w:ascii="Sylfaen" w:hAnsi="Sylfaen" w:cs="Sylfaen"/>
          <w:sz w:val="18"/>
          <w:szCs w:val="18"/>
        </w:rPr>
        <w:t>შეჩერებას</w:t>
      </w:r>
      <w:proofErr w:type="spellEnd"/>
      <w:r w:rsidRPr="000C596E">
        <w:rPr>
          <w:rFonts w:cstheme="majorHAnsi"/>
          <w:sz w:val="18"/>
          <w:szCs w:val="18"/>
        </w:rPr>
        <w:t>.</w:t>
      </w:r>
    </w:p>
    <w:p w14:paraId="052C5C3E" w14:textId="77777777" w:rsidR="004B6084" w:rsidRPr="000C596E" w:rsidRDefault="004B6084" w:rsidP="00185C20">
      <w:pPr>
        <w:jc w:val="both"/>
        <w:rPr>
          <w:rFonts w:cstheme="majorHAnsi"/>
          <w:b/>
          <w:bCs/>
          <w:sz w:val="24"/>
          <w:szCs w:val="24"/>
          <w:u w:val="single"/>
        </w:rPr>
      </w:pPr>
    </w:p>
    <w:p w14:paraId="11DB729E" w14:textId="136152C4" w:rsidR="004B6084" w:rsidRPr="000C596E" w:rsidRDefault="00A74260" w:rsidP="00185C20">
      <w:pPr>
        <w:pStyle w:val="ListParagraph"/>
        <w:numPr>
          <w:ilvl w:val="0"/>
          <w:numId w:val="13"/>
        </w:numPr>
        <w:jc w:val="both"/>
        <w:rPr>
          <w:rFonts w:cstheme="majorHAnsi"/>
          <w:b/>
          <w:bCs/>
          <w:sz w:val="24"/>
          <w:szCs w:val="24"/>
          <w:u w:val="single"/>
        </w:rPr>
      </w:pPr>
      <w:r w:rsidRPr="000C596E">
        <w:rPr>
          <w:rFonts w:cstheme="majorHAnsi"/>
          <w:b/>
          <w:bCs/>
          <w:sz w:val="24"/>
          <w:szCs w:val="24"/>
          <w:u w:val="single"/>
        </w:rPr>
        <w:t xml:space="preserve"> </w:t>
      </w:r>
      <w:proofErr w:type="spellStart"/>
      <w:r w:rsidRPr="000C596E">
        <w:rPr>
          <w:rFonts w:ascii="Sylfaen" w:hAnsi="Sylfaen" w:cs="Sylfaen"/>
          <w:b/>
          <w:bCs/>
          <w:sz w:val="24"/>
          <w:szCs w:val="24"/>
          <w:u w:val="single"/>
        </w:rPr>
        <w:t>მხარეთა</w:t>
      </w:r>
      <w:proofErr w:type="spellEnd"/>
      <w:r w:rsidRPr="000C596E">
        <w:rPr>
          <w:rFonts w:cstheme="majorHAnsi"/>
          <w:b/>
          <w:bCs/>
          <w:sz w:val="24"/>
          <w:szCs w:val="24"/>
          <w:u w:val="single"/>
        </w:rPr>
        <w:t xml:space="preserve"> </w:t>
      </w:r>
      <w:proofErr w:type="spellStart"/>
      <w:r w:rsidRPr="000C596E">
        <w:rPr>
          <w:rFonts w:ascii="Sylfaen" w:hAnsi="Sylfaen" w:cs="Sylfaen"/>
          <w:b/>
          <w:bCs/>
          <w:sz w:val="24"/>
          <w:szCs w:val="24"/>
          <w:u w:val="single"/>
        </w:rPr>
        <w:t>პასუხისმგებლობა</w:t>
      </w:r>
      <w:proofErr w:type="spellEnd"/>
    </w:p>
    <w:p w14:paraId="2AC8E4CD" w14:textId="0831A569" w:rsidR="004B6084" w:rsidRDefault="00A74260" w:rsidP="00185C20">
      <w:pPr>
        <w:pStyle w:val="ListParagraph"/>
        <w:numPr>
          <w:ilvl w:val="1"/>
          <w:numId w:val="13"/>
        </w:numPr>
        <w:jc w:val="both"/>
        <w:rPr>
          <w:rFonts w:cstheme="majorHAnsi"/>
          <w:sz w:val="18"/>
          <w:szCs w:val="18"/>
        </w:rPr>
      </w:pPr>
      <w:proofErr w:type="spellStart"/>
      <w:r w:rsidRPr="000C596E">
        <w:rPr>
          <w:rFonts w:ascii="Sylfaen" w:hAnsi="Sylfaen" w:cs="Sylfaen"/>
          <w:sz w:val="18"/>
          <w:szCs w:val="18"/>
        </w:rPr>
        <w:t>წინამდებარე</w:t>
      </w:r>
      <w:proofErr w:type="spellEnd"/>
      <w:r w:rsidRPr="000C596E">
        <w:rPr>
          <w:rFonts w:cstheme="majorHAnsi"/>
          <w:sz w:val="18"/>
          <w:szCs w:val="18"/>
        </w:rPr>
        <w:t xml:space="preserve"> </w:t>
      </w:r>
      <w:proofErr w:type="spellStart"/>
      <w:r w:rsidRPr="000C596E">
        <w:rPr>
          <w:rFonts w:ascii="Sylfaen" w:hAnsi="Sylfaen" w:cs="Sylfaen"/>
          <w:sz w:val="18"/>
          <w:szCs w:val="18"/>
        </w:rPr>
        <w:t>ხელშეკრულების</w:t>
      </w:r>
      <w:proofErr w:type="spellEnd"/>
      <w:r w:rsidRPr="000C596E">
        <w:rPr>
          <w:rFonts w:cstheme="majorHAnsi"/>
          <w:sz w:val="18"/>
          <w:szCs w:val="18"/>
        </w:rPr>
        <w:t xml:space="preserve"> </w:t>
      </w:r>
      <w:proofErr w:type="spellStart"/>
      <w:r w:rsidRPr="000C596E">
        <w:rPr>
          <w:rFonts w:ascii="Sylfaen" w:hAnsi="Sylfaen" w:cs="Sylfaen"/>
          <w:sz w:val="18"/>
          <w:szCs w:val="18"/>
        </w:rPr>
        <w:t>პირობების</w:t>
      </w:r>
      <w:proofErr w:type="spellEnd"/>
      <w:r w:rsidRPr="000C596E">
        <w:rPr>
          <w:rFonts w:cstheme="majorHAnsi"/>
          <w:sz w:val="18"/>
          <w:szCs w:val="18"/>
        </w:rPr>
        <w:t xml:space="preserve"> </w:t>
      </w:r>
      <w:proofErr w:type="spellStart"/>
      <w:r w:rsidRPr="000C596E">
        <w:rPr>
          <w:rFonts w:ascii="Sylfaen" w:hAnsi="Sylfaen" w:cs="Sylfaen"/>
          <w:sz w:val="18"/>
          <w:szCs w:val="18"/>
        </w:rPr>
        <w:t>დარღვევის</w:t>
      </w:r>
      <w:proofErr w:type="spellEnd"/>
      <w:r w:rsidRPr="000C596E">
        <w:rPr>
          <w:rFonts w:cstheme="majorHAnsi"/>
          <w:sz w:val="18"/>
          <w:szCs w:val="18"/>
        </w:rPr>
        <w:t xml:space="preserve"> </w:t>
      </w:r>
      <w:proofErr w:type="spellStart"/>
      <w:r w:rsidRPr="000C596E">
        <w:rPr>
          <w:rFonts w:ascii="Sylfaen" w:hAnsi="Sylfaen" w:cs="Sylfaen"/>
          <w:sz w:val="18"/>
          <w:szCs w:val="18"/>
        </w:rPr>
        <w:t>ან</w:t>
      </w:r>
      <w:proofErr w:type="spellEnd"/>
      <w:r w:rsidRPr="000C596E">
        <w:rPr>
          <w:rFonts w:cstheme="majorHAnsi"/>
          <w:sz w:val="18"/>
          <w:szCs w:val="18"/>
        </w:rPr>
        <w:t>/</w:t>
      </w:r>
      <w:proofErr w:type="spellStart"/>
      <w:r w:rsidRPr="000C596E">
        <w:rPr>
          <w:rFonts w:ascii="Sylfaen" w:hAnsi="Sylfaen" w:cs="Sylfaen"/>
          <w:sz w:val="18"/>
          <w:szCs w:val="18"/>
        </w:rPr>
        <w:t>და</w:t>
      </w:r>
      <w:proofErr w:type="spellEnd"/>
      <w:r w:rsidRPr="000C596E">
        <w:rPr>
          <w:rFonts w:cstheme="majorHAnsi"/>
          <w:sz w:val="18"/>
          <w:szCs w:val="18"/>
        </w:rPr>
        <w:t xml:space="preserve"> </w:t>
      </w:r>
      <w:proofErr w:type="spellStart"/>
      <w:r w:rsidRPr="000C596E">
        <w:rPr>
          <w:rFonts w:ascii="Sylfaen" w:hAnsi="Sylfaen" w:cs="Sylfaen"/>
          <w:sz w:val="18"/>
          <w:szCs w:val="18"/>
        </w:rPr>
        <w:t>ზიანის</w:t>
      </w:r>
      <w:proofErr w:type="spellEnd"/>
      <w:r w:rsidRPr="000C596E">
        <w:rPr>
          <w:rFonts w:cstheme="majorHAnsi"/>
          <w:sz w:val="18"/>
          <w:szCs w:val="18"/>
        </w:rPr>
        <w:t xml:space="preserve"> </w:t>
      </w:r>
      <w:proofErr w:type="spellStart"/>
      <w:r w:rsidRPr="000C596E">
        <w:rPr>
          <w:rFonts w:ascii="Sylfaen" w:hAnsi="Sylfaen" w:cs="Sylfaen"/>
          <w:sz w:val="18"/>
          <w:szCs w:val="18"/>
        </w:rPr>
        <w:t>მიყენებისთვის</w:t>
      </w:r>
      <w:proofErr w:type="spellEnd"/>
      <w:r w:rsidRPr="000C596E">
        <w:rPr>
          <w:rFonts w:cstheme="majorHAnsi"/>
          <w:sz w:val="18"/>
          <w:szCs w:val="18"/>
        </w:rPr>
        <w:t xml:space="preserve"> </w:t>
      </w:r>
      <w:proofErr w:type="spellStart"/>
      <w:r w:rsidRPr="000C596E">
        <w:rPr>
          <w:rFonts w:ascii="Sylfaen" w:hAnsi="Sylfaen" w:cs="Sylfaen"/>
          <w:sz w:val="18"/>
          <w:szCs w:val="18"/>
        </w:rPr>
        <w:t>მხარეები</w:t>
      </w:r>
      <w:proofErr w:type="spellEnd"/>
      <w:r w:rsidRPr="000C596E">
        <w:rPr>
          <w:rFonts w:cstheme="majorHAnsi"/>
          <w:sz w:val="18"/>
          <w:szCs w:val="18"/>
        </w:rPr>
        <w:t xml:space="preserve"> </w:t>
      </w:r>
      <w:proofErr w:type="spellStart"/>
      <w:r w:rsidRPr="000C596E">
        <w:rPr>
          <w:rFonts w:ascii="Sylfaen" w:hAnsi="Sylfaen" w:cs="Sylfaen"/>
          <w:sz w:val="18"/>
          <w:szCs w:val="18"/>
        </w:rPr>
        <w:t>პასუხს</w:t>
      </w:r>
      <w:proofErr w:type="spellEnd"/>
      <w:r w:rsidRPr="000C596E">
        <w:rPr>
          <w:rFonts w:cstheme="majorHAnsi"/>
          <w:sz w:val="18"/>
          <w:szCs w:val="18"/>
        </w:rPr>
        <w:t xml:space="preserve"> </w:t>
      </w:r>
      <w:proofErr w:type="spellStart"/>
      <w:r w:rsidRPr="000C596E">
        <w:rPr>
          <w:rFonts w:ascii="Sylfaen" w:hAnsi="Sylfaen" w:cs="Sylfaen"/>
          <w:sz w:val="18"/>
          <w:szCs w:val="18"/>
        </w:rPr>
        <w:t>აგებენ</w:t>
      </w:r>
      <w:proofErr w:type="spellEnd"/>
      <w:r w:rsidRPr="000C596E">
        <w:rPr>
          <w:rFonts w:cstheme="majorHAnsi"/>
          <w:sz w:val="18"/>
          <w:szCs w:val="18"/>
        </w:rPr>
        <w:t xml:space="preserve"> </w:t>
      </w:r>
      <w:proofErr w:type="spellStart"/>
      <w:r w:rsidRPr="000C596E">
        <w:rPr>
          <w:rFonts w:ascii="Sylfaen" w:hAnsi="Sylfaen" w:cs="Sylfaen"/>
          <w:sz w:val="18"/>
          <w:szCs w:val="18"/>
        </w:rPr>
        <w:t>საქართველოში</w:t>
      </w:r>
      <w:proofErr w:type="spellEnd"/>
      <w:r w:rsidRPr="000C596E">
        <w:rPr>
          <w:rFonts w:cstheme="majorHAnsi"/>
          <w:sz w:val="18"/>
          <w:szCs w:val="18"/>
        </w:rPr>
        <w:t xml:space="preserve"> </w:t>
      </w:r>
      <w:proofErr w:type="spellStart"/>
      <w:r w:rsidRPr="000C596E">
        <w:rPr>
          <w:rFonts w:ascii="Sylfaen" w:hAnsi="Sylfaen" w:cs="Sylfaen"/>
          <w:sz w:val="18"/>
          <w:szCs w:val="18"/>
        </w:rPr>
        <w:t>მოქმედი</w:t>
      </w:r>
      <w:proofErr w:type="spellEnd"/>
      <w:r w:rsidRPr="000C596E">
        <w:rPr>
          <w:rFonts w:cstheme="majorHAnsi"/>
          <w:sz w:val="18"/>
          <w:szCs w:val="18"/>
        </w:rPr>
        <w:t xml:space="preserve"> </w:t>
      </w:r>
      <w:proofErr w:type="spellStart"/>
      <w:r w:rsidRPr="000C596E">
        <w:rPr>
          <w:rFonts w:ascii="Sylfaen" w:hAnsi="Sylfaen" w:cs="Sylfaen"/>
          <w:sz w:val="18"/>
          <w:szCs w:val="18"/>
        </w:rPr>
        <w:t>კანონმდებლობის</w:t>
      </w:r>
      <w:proofErr w:type="spellEnd"/>
      <w:r w:rsidRPr="000C596E">
        <w:rPr>
          <w:rFonts w:cstheme="majorHAnsi"/>
          <w:sz w:val="18"/>
          <w:szCs w:val="18"/>
        </w:rPr>
        <w:t xml:space="preserve"> </w:t>
      </w:r>
      <w:proofErr w:type="spellStart"/>
      <w:r w:rsidRPr="000C596E">
        <w:rPr>
          <w:rFonts w:ascii="Sylfaen" w:hAnsi="Sylfaen" w:cs="Sylfaen"/>
          <w:sz w:val="18"/>
          <w:szCs w:val="18"/>
        </w:rPr>
        <w:t>მიხედვით</w:t>
      </w:r>
      <w:proofErr w:type="spellEnd"/>
      <w:r w:rsidRPr="000C596E">
        <w:rPr>
          <w:rFonts w:cstheme="majorHAnsi"/>
          <w:sz w:val="18"/>
          <w:szCs w:val="18"/>
        </w:rPr>
        <w:t xml:space="preserve"> </w:t>
      </w:r>
      <w:proofErr w:type="spellStart"/>
      <w:r w:rsidRPr="000C596E">
        <w:rPr>
          <w:rFonts w:ascii="Sylfaen" w:hAnsi="Sylfaen" w:cs="Sylfaen"/>
          <w:sz w:val="18"/>
          <w:szCs w:val="18"/>
        </w:rPr>
        <w:t>და</w:t>
      </w:r>
      <w:proofErr w:type="spellEnd"/>
      <w:r w:rsidRPr="000C596E">
        <w:rPr>
          <w:rFonts w:cstheme="majorHAnsi"/>
          <w:sz w:val="18"/>
          <w:szCs w:val="18"/>
        </w:rPr>
        <w:t xml:space="preserve"> </w:t>
      </w:r>
      <w:proofErr w:type="spellStart"/>
      <w:r w:rsidRPr="000C596E">
        <w:rPr>
          <w:rFonts w:ascii="Sylfaen" w:hAnsi="Sylfaen" w:cs="Sylfaen"/>
          <w:sz w:val="18"/>
          <w:szCs w:val="18"/>
        </w:rPr>
        <w:t>წინამდებარე</w:t>
      </w:r>
      <w:proofErr w:type="spellEnd"/>
      <w:r w:rsidRPr="000C596E">
        <w:rPr>
          <w:rFonts w:cstheme="majorHAnsi"/>
          <w:sz w:val="18"/>
          <w:szCs w:val="18"/>
        </w:rPr>
        <w:t xml:space="preserve"> </w:t>
      </w:r>
      <w:proofErr w:type="spellStart"/>
      <w:r w:rsidRPr="000C596E">
        <w:rPr>
          <w:rFonts w:ascii="Sylfaen" w:hAnsi="Sylfaen" w:cs="Sylfaen"/>
          <w:sz w:val="18"/>
          <w:szCs w:val="18"/>
        </w:rPr>
        <w:t>ხელშეკრულებით</w:t>
      </w:r>
      <w:proofErr w:type="spellEnd"/>
      <w:r w:rsidRPr="000C596E">
        <w:rPr>
          <w:rFonts w:cstheme="majorHAnsi"/>
          <w:sz w:val="18"/>
          <w:szCs w:val="18"/>
        </w:rPr>
        <w:t xml:space="preserve"> </w:t>
      </w:r>
      <w:proofErr w:type="spellStart"/>
      <w:r w:rsidRPr="000C596E">
        <w:rPr>
          <w:rFonts w:ascii="Sylfaen" w:hAnsi="Sylfaen" w:cs="Sylfaen"/>
          <w:sz w:val="18"/>
          <w:szCs w:val="18"/>
        </w:rPr>
        <w:t>განსაზღვრული</w:t>
      </w:r>
      <w:proofErr w:type="spellEnd"/>
      <w:r w:rsidRPr="000C596E">
        <w:rPr>
          <w:rFonts w:cstheme="majorHAnsi"/>
          <w:sz w:val="18"/>
          <w:szCs w:val="18"/>
        </w:rPr>
        <w:t xml:space="preserve"> </w:t>
      </w:r>
      <w:proofErr w:type="spellStart"/>
      <w:r w:rsidRPr="000C596E">
        <w:rPr>
          <w:rFonts w:ascii="Sylfaen" w:hAnsi="Sylfaen" w:cs="Sylfaen"/>
          <w:sz w:val="18"/>
          <w:szCs w:val="18"/>
        </w:rPr>
        <w:t>პირობებით</w:t>
      </w:r>
      <w:proofErr w:type="spellEnd"/>
      <w:r w:rsidRPr="000C596E">
        <w:rPr>
          <w:rFonts w:cstheme="majorHAnsi"/>
          <w:sz w:val="18"/>
          <w:szCs w:val="18"/>
        </w:rPr>
        <w:t>.</w:t>
      </w:r>
    </w:p>
    <w:p w14:paraId="77FE584C" w14:textId="716D5DA7" w:rsidR="004B6084" w:rsidRPr="00D06AFB" w:rsidRDefault="00A74260" w:rsidP="00185C20">
      <w:pPr>
        <w:pStyle w:val="ListParagraph"/>
        <w:numPr>
          <w:ilvl w:val="1"/>
          <w:numId w:val="13"/>
        </w:numPr>
        <w:jc w:val="both"/>
        <w:rPr>
          <w:rFonts w:cstheme="majorHAnsi"/>
          <w:sz w:val="18"/>
          <w:szCs w:val="18"/>
        </w:rPr>
      </w:pPr>
      <w:proofErr w:type="spellStart"/>
      <w:r w:rsidRPr="00D06AFB">
        <w:rPr>
          <w:rFonts w:ascii="Sylfaen" w:hAnsi="Sylfaen" w:cs="Sylfaen"/>
          <w:sz w:val="18"/>
          <w:szCs w:val="18"/>
        </w:rPr>
        <w:t>მენარდის</w:t>
      </w:r>
      <w:proofErr w:type="spellEnd"/>
      <w:r w:rsidRPr="00D06AFB">
        <w:rPr>
          <w:rFonts w:cstheme="majorHAnsi"/>
          <w:sz w:val="18"/>
          <w:szCs w:val="18"/>
        </w:rPr>
        <w:t xml:space="preserve"> </w:t>
      </w:r>
      <w:proofErr w:type="spellStart"/>
      <w:r w:rsidRPr="00D06AFB">
        <w:rPr>
          <w:rFonts w:ascii="Sylfaen" w:hAnsi="Sylfaen" w:cs="Sylfaen"/>
          <w:sz w:val="18"/>
          <w:szCs w:val="18"/>
        </w:rPr>
        <w:t>მიერ</w:t>
      </w:r>
      <w:proofErr w:type="spellEnd"/>
      <w:r w:rsidRPr="00D06AFB">
        <w:rPr>
          <w:rFonts w:cstheme="majorHAnsi"/>
          <w:sz w:val="18"/>
          <w:szCs w:val="18"/>
        </w:rPr>
        <w:t xml:space="preserve"> </w:t>
      </w:r>
      <w:proofErr w:type="spellStart"/>
      <w:r w:rsidRPr="00D06AFB">
        <w:rPr>
          <w:rFonts w:ascii="Sylfaen" w:hAnsi="Sylfaen" w:cs="Sylfaen"/>
          <w:sz w:val="18"/>
          <w:szCs w:val="18"/>
        </w:rPr>
        <w:t>ხელშეკრულებით</w:t>
      </w:r>
      <w:proofErr w:type="spellEnd"/>
      <w:r w:rsidRPr="00D06AFB">
        <w:rPr>
          <w:rFonts w:cstheme="majorHAnsi"/>
          <w:sz w:val="18"/>
          <w:szCs w:val="18"/>
        </w:rPr>
        <w:t xml:space="preserve"> </w:t>
      </w:r>
      <w:proofErr w:type="spellStart"/>
      <w:r w:rsidRPr="00D06AFB">
        <w:rPr>
          <w:rFonts w:ascii="Sylfaen" w:hAnsi="Sylfaen" w:cs="Sylfaen"/>
          <w:sz w:val="18"/>
          <w:szCs w:val="18"/>
        </w:rPr>
        <w:t>გათვალისწინებული</w:t>
      </w:r>
      <w:proofErr w:type="spellEnd"/>
      <w:r w:rsidRPr="00D06AFB">
        <w:rPr>
          <w:rFonts w:cstheme="majorHAnsi"/>
          <w:sz w:val="18"/>
          <w:szCs w:val="18"/>
        </w:rPr>
        <w:t xml:space="preserve"> </w:t>
      </w:r>
      <w:proofErr w:type="spellStart"/>
      <w:r w:rsidRPr="00D06AFB">
        <w:rPr>
          <w:rFonts w:ascii="Sylfaen" w:hAnsi="Sylfaen" w:cs="Sylfaen"/>
          <w:sz w:val="18"/>
          <w:szCs w:val="18"/>
        </w:rPr>
        <w:t>რომელიმე</w:t>
      </w:r>
      <w:proofErr w:type="spellEnd"/>
      <w:r w:rsidRPr="00D06AFB">
        <w:rPr>
          <w:rFonts w:cstheme="majorHAnsi"/>
          <w:sz w:val="18"/>
          <w:szCs w:val="18"/>
        </w:rPr>
        <w:t xml:space="preserve"> </w:t>
      </w:r>
      <w:proofErr w:type="spellStart"/>
      <w:r w:rsidRPr="00D06AFB">
        <w:rPr>
          <w:rFonts w:ascii="Sylfaen" w:hAnsi="Sylfaen" w:cs="Sylfaen"/>
          <w:sz w:val="18"/>
          <w:szCs w:val="18"/>
        </w:rPr>
        <w:t>ვალდებულების</w:t>
      </w:r>
      <w:proofErr w:type="spellEnd"/>
      <w:r w:rsidRPr="00D06AFB">
        <w:rPr>
          <w:rFonts w:cstheme="majorHAnsi"/>
          <w:sz w:val="18"/>
          <w:szCs w:val="18"/>
        </w:rPr>
        <w:t xml:space="preserve"> </w:t>
      </w:r>
      <w:proofErr w:type="spellStart"/>
      <w:r w:rsidRPr="00D06AFB">
        <w:rPr>
          <w:rFonts w:ascii="Sylfaen" w:hAnsi="Sylfaen" w:cs="Sylfaen"/>
          <w:sz w:val="18"/>
          <w:szCs w:val="18"/>
        </w:rPr>
        <w:t>სრულად</w:t>
      </w:r>
      <w:proofErr w:type="spellEnd"/>
      <w:r w:rsidRPr="00D06AFB">
        <w:rPr>
          <w:rFonts w:cstheme="majorHAnsi"/>
          <w:sz w:val="18"/>
          <w:szCs w:val="18"/>
        </w:rPr>
        <w:t>/</w:t>
      </w:r>
      <w:proofErr w:type="spellStart"/>
      <w:r w:rsidRPr="00D06AFB">
        <w:rPr>
          <w:rFonts w:ascii="Sylfaen" w:hAnsi="Sylfaen" w:cs="Sylfaen"/>
          <w:sz w:val="18"/>
          <w:szCs w:val="18"/>
        </w:rPr>
        <w:t>ნაწილობრივ</w:t>
      </w:r>
      <w:proofErr w:type="spellEnd"/>
      <w:r w:rsidRPr="00D06AFB">
        <w:rPr>
          <w:rFonts w:cstheme="majorHAnsi"/>
          <w:sz w:val="18"/>
          <w:szCs w:val="18"/>
        </w:rPr>
        <w:t xml:space="preserve"> </w:t>
      </w:r>
      <w:proofErr w:type="spellStart"/>
      <w:r w:rsidRPr="00D06AFB">
        <w:rPr>
          <w:rFonts w:ascii="Sylfaen" w:hAnsi="Sylfaen" w:cs="Sylfaen"/>
          <w:sz w:val="18"/>
          <w:szCs w:val="18"/>
        </w:rPr>
        <w:t>შეუსრულებლობის</w:t>
      </w:r>
      <w:proofErr w:type="spellEnd"/>
      <w:r w:rsidRPr="00D06AFB">
        <w:rPr>
          <w:rFonts w:cstheme="majorHAnsi"/>
          <w:sz w:val="18"/>
          <w:szCs w:val="18"/>
        </w:rPr>
        <w:t xml:space="preserve"> </w:t>
      </w:r>
      <w:proofErr w:type="spellStart"/>
      <w:r w:rsidRPr="00D06AFB">
        <w:rPr>
          <w:rFonts w:ascii="Sylfaen" w:hAnsi="Sylfaen" w:cs="Sylfaen"/>
          <w:sz w:val="18"/>
          <w:szCs w:val="18"/>
        </w:rPr>
        <w:t>ან</w:t>
      </w:r>
      <w:proofErr w:type="spellEnd"/>
      <w:r w:rsidRPr="00D06AFB">
        <w:rPr>
          <w:rFonts w:cstheme="majorHAnsi"/>
          <w:sz w:val="18"/>
          <w:szCs w:val="18"/>
        </w:rPr>
        <w:t>/</w:t>
      </w:r>
      <w:proofErr w:type="spellStart"/>
      <w:r w:rsidRPr="00D06AFB">
        <w:rPr>
          <w:rFonts w:ascii="Sylfaen" w:hAnsi="Sylfaen" w:cs="Sylfaen"/>
          <w:sz w:val="18"/>
          <w:szCs w:val="18"/>
        </w:rPr>
        <w:t>და</w:t>
      </w:r>
      <w:proofErr w:type="spellEnd"/>
      <w:r w:rsidRPr="00D06AFB">
        <w:rPr>
          <w:rFonts w:cstheme="majorHAnsi"/>
          <w:sz w:val="18"/>
          <w:szCs w:val="18"/>
        </w:rPr>
        <w:t xml:space="preserve"> </w:t>
      </w:r>
      <w:proofErr w:type="spellStart"/>
      <w:r w:rsidRPr="00D06AFB">
        <w:rPr>
          <w:rFonts w:ascii="Sylfaen" w:hAnsi="Sylfaen" w:cs="Sylfaen"/>
          <w:sz w:val="18"/>
          <w:szCs w:val="18"/>
        </w:rPr>
        <w:t>არაჯეროვნად</w:t>
      </w:r>
      <w:proofErr w:type="spellEnd"/>
      <w:r w:rsidRPr="00D06AFB">
        <w:rPr>
          <w:rFonts w:cstheme="majorHAnsi"/>
          <w:sz w:val="18"/>
          <w:szCs w:val="18"/>
        </w:rPr>
        <w:t>/</w:t>
      </w:r>
      <w:proofErr w:type="spellStart"/>
      <w:r w:rsidRPr="00D06AFB">
        <w:rPr>
          <w:rFonts w:ascii="Sylfaen" w:hAnsi="Sylfaen" w:cs="Sylfaen"/>
          <w:sz w:val="18"/>
          <w:szCs w:val="18"/>
        </w:rPr>
        <w:t>არასათანადოდ</w:t>
      </w:r>
      <w:proofErr w:type="spellEnd"/>
      <w:r w:rsidRPr="00D06AFB">
        <w:rPr>
          <w:rFonts w:cstheme="majorHAnsi"/>
          <w:sz w:val="18"/>
          <w:szCs w:val="18"/>
        </w:rPr>
        <w:t xml:space="preserve"> </w:t>
      </w:r>
      <w:proofErr w:type="spellStart"/>
      <w:r w:rsidRPr="00D06AFB">
        <w:rPr>
          <w:rFonts w:ascii="Sylfaen" w:hAnsi="Sylfaen" w:cs="Sylfaen"/>
          <w:sz w:val="18"/>
          <w:szCs w:val="18"/>
        </w:rPr>
        <w:t>შესრულების</w:t>
      </w:r>
      <w:proofErr w:type="spellEnd"/>
      <w:r w:rsidRPr="00D06AFB">
        <w:rPr>
          <w:rFonts w:cstheme="majorHAnsi"/>
          <w:sz w:val="18"/>
          <w:szCs w:val="18"/>
        </w:rPr>
        <w:t xml:space="preserve"> </w:t>
      </w:r>
      <w:proofErr w:type="spellStart"/>
      <w:r w:rsidRPr="00D06AFB">
        <w:rPr>
          <w:rFonts w:ascii="Sylfaen" w:hAnsi="Sylfaen" w:cs="Sylfaen"/>
          <w:sz w:val="18"/>
          <w:szCs w:val="18"/>
        </w:rPr>
        <w:t>ან</w:t>
      </w:r>
      <w:proofErr w:type="spellEnd"/>
      <w:r w:rsidRPr="00D06AFB">
        <w:rPr>
          <w:rFonts w:cstheme="majorHAnsi"/>
          <w:sz w:val="18"/>
          <w:szCs w:val="18"/>
        </w:rPr>
        <w:t>/</w:t>
      </w:r>
      <w:proofErr w:type="spellStart"/>
      <w:r w:rsidRPr="00D06AFB">
        <w:rPr>
          <w:rFonts w:ascii="Sylfaen" w:hAnsi="Sylfaen" w:cs="Sylfaen"/>
          <w:sz w:val="18"/>
          <w:szCs w:val="18"/>
        </w:rPr>
        <w:t>და</w:t>
      </w:r>
      <w:proofErr w:type="spellEnd"/>
      <w:r w:rsidRPr="00D06AFB">
        <w:rPr>
          <w:rFonts w:cstheme="majorHAnsi"/>
          <w:sz w:val="18"/>
          <w:szCs w:val="18"/>
        </w:rPr>
        <w:t xml:space="preserve"> </w:t>
      </w:r>
      <w:proofErr w:type="spellStart"/>
      <w:r w:rsidRPr="00D06AFB">
        <w:rPr>
          <w:rFonts w:ascii="Sylfaen" w:hAnsi="Sylfaen" w:cs="Sylfaen"/>
          <w:sz w:val="18"/>
          <w:szCs w:val="18"/>
        </w:rPr>
        <w:t>ხელშეკრულებით</w:t>
      </w:r>
      <w:proofErr w:type="spellEnd"/>
      <w:r w:rsidRPr="00D06AFB">
        <w:rPr>
          <w:rFonts w:cstheme="majorHAnsi"/>
          <w:sz w:val="18"/>
          <w:szCs w:val="18"/>
        </w:rPr>
        <w:t xml:space="preserve"> </w:t>
      </w:r>
      <w:proofErr w:type="spellStart"/>
      <w:r w:rsidRPr="00D06AFB">
        <w:rPr>
          <w:rFonts w:ascii="Sylfaen" w:hAnsi="Sylfaen" w:cs="Sylfaen"/>
          <w:sz w:val="18"/>
          <w:szCs w:val="18"/>
        </w:rPr>
        <w:t>დადგენილ</w:t>
      </w:r>
      <w:proofErr w:type="spellEnd"/>
      <w:r w:rsidRPr="00D06AFB">
        <w:rPr>
          <w:rFonts w:cstheme="majorHAnsi"/>
          <w:sz w:val="18"/>
          <w:szCs w:val="18"/>
        </w:rPr>
        <w:t xml:space="preserve"> </w:t>
      </w:r>
      <w:proofErr w:type="spellStart"/>
      <w:r w:rsidRPr="00D06AFB">
        <w:rPr>
          <w:rFonts w:ascii="Sylfaen" w:hAnsi="Sylfaen" w:cs="Sylfaen"/>
          <w:sz w:val="18"/>
          <w:szCs w:val="18"/>
        </w:rPr>
        <w:t>ვადაში</w:t>
      </w:r>
      <w:proofErr w:type="spellEnd"/>
      <w:r w:rsidRPr="00D06AFB">
        <w:rPr>
          <w:rFonts w:cstheme="majorHAnsi"/>
          <w:sz w:val="18"/>
          <w:szCs w:val="18"/>
        </w:rPr>
        <w:t xml:space="preserve"> </w:t>
      </w:r>
      <w:proofErr w:type="spellStart"/>
      <w:r w:rsidRPr="00D06AFB">
        <w:rPr>
          <w:rFonts w:ascii="Sylfaen" w:hAnsi="Sylfaen" w:cs="Sylfaen"/>
          <w:sz w:val="18"/>
          <w:szCs w:val="18"/>
        </w:rPr>
        <w:t>შეუსრულებლობის</w:t>
      </w:r>
      <w:proofErr w:type="spellEnd"/>
      <w:r w:rsidRPr="00D06AFB">
        <w:rPr>
          <w:rFonts w:cstheme="majorHAnsi"/>
          <w:sz w:val="18"/>
          <w:szCs w:val="18"/>
        </w:rPr>
        <w:t xml:space="preserve"> </w:t>
      </w:r>
      <w:proofErr w:type="spellStart"/>
      <w:r w:rsidRPr="00D06AFB">
        <w:rPr>
          <w:rFonts w:ascii="Sylfaen" w:hAnsi="Sylfaen" w:cs="Sylfaen"/>
          <w:sz w:val="18"/>
          <w:szCs w:val="18"/>
        </w:rPr>
        <w:t>ან</w:t>
      </w:r>
      <w:proofErr w:type="spellEnd"/>
      <w:r w:rsidRPr="00D06AFB">
        <w:rPr>
          <w:rFonts w:cstheme="majorHAnsi"/>
          <w:sz w:val="18"/>
          <w:szCs w:val="18"/>
        </w:rPr>
        <w:t>/</w:t>
      </w:r>
      <w:proofErr w:type="spellStart"/>
      <w:r w:rsidRPr="00D06AFB">
        <w:rPr>
          <w:rFonts w:ascii="Sylfaen" w:hAnsi="Sylfaen" w:cs="Sylfaen"/>
          <w:sz w:val="18"/>
          <w:szCs w:val="18"/>
        </w:rPr>
        <w:t>და</w:t>
      </w:r>
      <w:proofErr w:type="spellEnd"/>
      <w:r w:rsidRPr="00D06AFB">
        <w:rPr>
          <w:rFonts w:cstheme="majorHAnsi"/>
          <w:sz w:val="18"/>
          <w:szCs w:val="18"/>
        </w:rPr>
        <w:t xml:space="preserve"> </w:t>
      </w:r>
      <w:proofErr w:type="spellStart"/>
      <w:r w:rsidRPr="00D06AFB">
        <w:rPr>
          <w:rFonts w:ascii="Sylfaen" w:hAnsi="Sylfaen" w:cs="Sylfaen"/>
          <w:sz w:val="18"/>
          <w:szCs w:val="18"/>
        </w:rPr>
        <w:t>მენარდის</w:t>
      </w:r>
      <w:proofErr w:type="spellEnd"/>
      <w:r w:rsidRPr="00D06AFB">
        <w:rPr>
          <w:rFonts w:cstheme="majorHAnsi"/>
          <w:sz w:val="18"/>
          <w:szCs w:val="18"/>
        </w:rPr>
        <w:t xml:space="preserve"> </w:t>
      </w:r>
      <w:proofErr w:type="spellStart"/>
      <w:r w:rsidRPr="00D06AFB">
        <w:rPr>
          <w:rFonts w:ascii="Sylfaen" w:hAnsi="Sylfaen" w:cs="Sylfaen"/>
          <w:sz w:val="18"/>
          <w:szCs w:val="18"/>
        </w:rPr>
        <w:t>მიერ</w:t>
      </w:r>
      <w:proofErr w:type="spellEnd"/>
      <w:r w:rsidRPr="00D06AFB">
        <w:rPr>
          <w:rFonts w:cstheme="majorHAnsi"/>
          <w:sz w:val="18"/>
          <w:szCs w:val="18"/>
        </w:rPr>
        <w:t xml:space="preserve"> </w:t>
      </w:r>
      <w:proofErr w:type="spellStart"/>
      <w:r w:rsidRPr="00D06AFB">
        <w:rPr>
          <w:rFonts w:ascii="Sylfaen" w:hAnsi="Sylfaen" w:cs="Sylfaen"/>
          <w:sz w:val="18"/>
          <w:szCs w:val="18"/>
        </w:rPr>
        <w:t>შესასრულებელი</w:t>
      </w:r>
      <w:proofErr w:type="spellEnd"/>
      <w:r w:rsidRPr="00D06AFB">
        <w:rPr>
          <w:rFonts w:cstheme="majorHAnsi"/>
          <w:sz w:val="18"/>
          <w:szCs w:val="18"/>
        </w:rPr>
        <w:t xml:space="preserve"> </w:t>
      </w:r>
      <w:proofErr w:type="spellStart"/>
      <w:r w:rsidRPr="00D06AFB">
        <w:rPr>
          <w:rFonts w:ascii="Sylfaen" w:hAnsi="Sylfaen" w:cs="Sylfaen"/>
          <w:sz w:val="18"/>
          <w:szCs w:val="18"/>
        </w:rPr>
        <w:t>სამუშაოების</w:t>
      </w:r>
      <w:proofErr w:type="spellEnd"/>
      <w:r w:rsidRPr="00D06AFB">
        <w:rPr>
          <w:rFonts w:cstheme="majorHAnsi"/>
          <w:sz w:val="18"/>
          <w:szCs w:val="18"/>
        </w:rPr>
        <w:t xml:space="preserve"> </w:t>
      </w:r>
      <w:proofErr w:type="spellStart"/>
      <w:r w:rsidRPr="00D06AFB">
        <w:rPr>
          <w:rFonts w:ascii="Sylfaen" w:hAnsi="Sylfaen" w:cs="Sylfaen"/>
          <w:sz w:val="18"/>
          <w:szCs w:val="18"/>
        </w:rPr>
        <w:t>თითოეული</w:t>
      </w:r>
      <w:proofErr w:type="spellEnd"/>
      <w:r w:rsidRPr="00D06AFB">
        <w:rPr>
          <w:rFonts w:cstheme="majorHAnsi"/>
          <w:sz w:val="18"/>
          <w:szCs w:val="18"/>
        </w:rPr>
        <w:t xml:space="preserve"> </w:t>
      </w:r>
      <w:proofErr w:type="spellStart"/>
      <w:r w:rsidRPr="00D06AFB">
        <w:rPr>
          <w:rFonts w:ascii="Sylfaen" w:hAnsi="Sylfaen" w:cs="Sylfaen"/>
          <w:sz w:val="18"/>
          <w:szCs w:val="18"/>
        </w:rPr>
        <w:t>ეტაპის</w:t>
      </w:r>
      <w:proofErr w:type="spellEnd"/>
      <w:r w:rsidRPr="00D06AFB">
        <w:rPr>
          <w:rFonts w:cstheme="majorHAnsi"/>
          <w:sz w:val="18"/>
          <w:szCs w:val="18"/>
        </w:rPr>
        <w:t>/</w:t>
      </w:r>
      <w:proofErr w:type="spellStart"/>
      <w:r w:rsidRPr="00D06AFB">
        <w:rPr>
          <w:rFonts w:ascii="Sylfaen" w:hAnsi="Sylfaen" w:cs="Sylfaen"/>
          <w:sz w:val="18"/>
          <w:szCs w:val="18"/>
        </w:rPr>
        <w:t>ეტაპების</w:t>
      </w:r>
      <w:proofErr w:type="spellEnd"/>
      <w:r w:rsidRPr="00D06AFB">
        <w:rPr>
          <w:rFonts w:cstheme="majorHAnsi"/>
          <w:sz w:val="18"/>
          <w:szCs w:val="18"/>
        </w:rPr>
        <w:t xml:space="preserve"> </w:t>
      </w:r>
      <w:proofErr w:type="spellStart"/>
      <w:r w:rsidRPr="00D06AFB">
        <w:rPr>
          <w:rFonts w:ascii="Sylfaen" w:hAnsi="Sylfaen" w:cs="Sylfaen"/>
          <w:sz w:val="18"/>
          <w:szCs w:val="18"/>
        </w:rPr>
        <w:t>ჩაბარების</w:t>
      </w:r>
      <w:proofErr w:type="spellEnd"/>
      <w:r w:rsidRPr="00D06AFB">
        <w:rPr>
          <w:rFonts w:cstheme="majorHAnsi"/>
          <w:sz w:val="18"/>
          <w:szCs w:val="18"/>
        </w:rPr>
        <w:t xml:space="preserve"> </w:t>
      </w:r>
      <w:proofErr w:type="spellStart"/>
      <w:r w:rsidRPr="00D06AFB">
        <w:rPr>
          <w:rFonts w:ascii="Sylfaen" w:hAnsi="Sylfaen" w:cs="Sylfaen"/>
          <w:sz w:val="18"/>
          <w:szCs w:val="18"/>
        </w:rPr>
        <w:t>ვადის</w:t>
      </w:r>
      <w:proofErr w:type="spellEnd"/>
      <w:r w:rsidRPr="00D06AFB">
        <w:rPr>
          <w:rFonts w:cstheme="majorHAnsi"/>
          <w:sz w:val="18"/>
          <w:szCs w:val="18"/>
        </w:rPr>
        <w:t>/</w:t>
      </w:r>
      <w:proofErr w:type="spellStart"/>
      <w:r w:rsidRPr="00D06AFB">
        <w:rPr>
          <w:rFonts w:ascii="Sylfaen" w:hAnsi="Sylfaen" w:cs="Sylfaen"/>
          <w:sz w:val="18"/>
          <w:szCs w:val="18"/>
        </w:rPr>
        <w:t>ვადების</w:t>
      </w:r>
      <w:proofErr w:type="spellEnd"/>
      <w:r w:rsidRPr="00D06AFB">
        <w:rPr>
          <w:rFonts w:cstheme="majorHAnsi"/>
          <w:sz w:val="18"/>
          <w:szCs w:val="18"/>
        </w:rPr>
        <w:t xml:space="preserve"> </w:t>
      </w:r>
      <w:proofErr w:type="spellStart"/>
      <w:r w:rsidRPr="00D06AFB">
        <w:rPr>
          <w:rFonts w:ascii="Sylfaen" w:hAnsi="Sylfaen" w:cs="Sylfaen"/>
          <w:sz w:val="18"/>
          <w:szCs w:val="18"/>
        </w:rPr>
        <w:t>ან</w:t>
      </w:r>
      <w:proofErr w:type="spellEnd"/>
      <w:r w:rsidRPr="00D06AFB">
        <w:rPr>
          <w:rFonts w:cstheme="majorHAnsi"/>
          <w:sz w:val="18"/>
          <w:szCs w:val="18"/>
        </w:rPr>
        <w:t>/</w:t>
      </w:r>
      <w:proofErr w:type="spellStart"/>
      <w:r w:rsidRPr="00D06AFB">
        <w:rPr>
          <w:rFonts w:ascii="Sylfaen" w:hAnsi="Sylfaen" w:cs="Sylfaen"/>
          <w:sz w:val="18"/>
          <w:szCs w:val="18"/>
        </w:rPr>
        <w:t>და</w:t>
      </w:r>
      <w:proofErr w:type="spellEnd"/>
      <w:r w:rsidRPr="00D06AFB">
        <w:rPr>
          <w:rFonts w:cstheme="majorHAnsi"/>
          <w:sz w:val="18"/>
          <w:szCs w:val="18"/>
        </w:rPr>
        <w:t xml:space="preserve"> </w:t>
      </w:r>
      <w:proofErr w:type="spellStart"/>
      <w:r w:rsidRPr="00D06AFB">
        <w:rPr>
          <w:rFonts w:ascii="Sylfaen" w:hAnsi="Sylfaen" w:cs="Sylfaen"/>
          <w:sz w:val="18"/>
          <w:szCs w:val="18"/>
        </w:rPr>
        <w:t>სამუშაოთა</w:t>
      </w:r>
      <w:proofErr w:type="spellEnd"/>
      <w:r w:rsidRPr="00D06AFB">
        <w:rPr>
          <w:rFonts w:cstheme="majorHAnsi"/>
          <w:sz w:val="18"/>
          <w:szCs w:val="18"/>
        </w:rPr>
        <w:t xml:space="preserve"> </w:t>
      </w:r>
      <w:proofErr w:type="spellStart"/>
      <w:r w:rsidRPr="00D06AFB">
        <w:rPr>
          <w:rFonts w:ascii="Sylfaen" w:hAnsi="Sylfaen" w:cs="Sylfaen"/>
          <w:sz w:val="18"/>
          <w:szCs w:val="18"/>
        </w:rPr>
        <w:t>წარმოების</w:t>
      </w:r>
      <w:proofErr w:type="spellEnd"/>
      <w:r w:rsidRPr="00D06AFB">
        <w:rPr>
          <w:rFonts w:cstheme="majorHAnsi"/>
          <w:sz w:val="18"/>
          <w:szCs w:val="18"/>
        </w:rPr>
        <w:t xml:space="preserve"> </w:t>
      </w:r>
      <w:proofErr w:type="spellStart"/>
      <w:r w:rsidRPr="00D06AFB">
        <w:rPr>
          <w:rFonts w:ascii="Sylfaen" w:hAnsi="Sylfaen" w:cs="Sylfaen"/>
          <w:sz w:val="18"/>
          <w:szCs w:val="18"/>
        </w:rPr>
        <w:t>კალენდარული</w:t>
      </w:r>
      <w:proofErr w:type="spellEnd"/>
      <w:r w:rsidRPr="00D06AFB">
        <w:rPr>
          <w:rFonts w:cstheme="majorHAnsi"/>
          <w:sz w:val="18"/>
          <w:szCs w:val="18"/>
        </w:rPr>
        <w:t xml:space="preserve"> </w:t>
      </w:r>
      <w:proofErr w:type="spellStart"/>
      <w:r w:rsidRPr="00D06AFB">
        <w:rPr>
          <w:rFonts w:ascii="Sylfaen" w:hAnsi="Sylfaen" w:cs="Sylfaen"/>
          <w:sz w:val="18"/>
          <w:szCs w:val="18"/>
        </w:rPr>
        <w:t>გეგმა</w:t>
      </w:r>
      <w:r w:rsidRPr="00D06AFB">
        <w:rPr>
          <w:rFonts w:cstheme="majorHAnsi"/>
          <w:sz w:val="18"/>
          <w:szCs w:val="18"/>
        </w:rPr>
        <w:t>-</w:t>
      </w:r>
      <w:r w:rsidRPr="00D06AFB">
        <w:rPr>
          <w:rFonts w:ascii="Sylfaen" w:hAnsi="Sylfaen" w:cs="Sylfaen"/>
          <w:sz w:val="18"/>
          <w:szCs w:val="18"/>
        </w:rPr>
        <w:t>გრაფიკით</w:t>
      </w:r>
      <w:proofErr w:type="spellEnd"/>
      <w:r w:rsidRPr="00D06AFB">
        <w:rPr>
          <w:rFonts w:cstheme="majorHAnsi"/>
          <w:sz w:val="18"/>
          <w:szCs w:val="18"/>
        </w:rPr>
        <w:t xml:space="preserve"> </w:t>
      </w:r>
      <w:proofErr w:type="spellStart"/>
      <w:r w:rsidRPr="00D06AFB">
        <w:rPr>
          <w:rFonts w:ascii="Sylfaen" w:hAnsi="Sylfaen" w:cs="Sylfaen"/>
          <w:sz w:val="18"/>
          <w:szCs w:val="18"/>
        </w:rPr>
        <w:t>განსაზღვრული</w:t>
      </w:r>
      <w:proofErr w:type="spellEnd"/>
      <w:r w:rsidRPr="00D06AFB">
        <w:rPr>
          <w:rFonts w:cstheme="majorHAnsi"/>
          <w:sz w:val="18"/>
          <w:szCs w:val="18"/>
        </w:rPr>
        <w:t xml:space="preserve"> </w:t>
      </w:r>
      <w:proofErr w:type="spellStart"/>
      <w:r w:rsidRPr="00D06AFB">
        <w:rPr>
          <w:rFonts w:ascii="Sylfaen" w:hAnsi="Sylfaen" w:cs="Sylfaen"/>
          <w:sz w:val="18"/>
          <w:szCs w:val="18"/>
        </w:rPr>
        <w:t>რომელიმე</w:t>
      </w:r>
      <w:proofErr w:type="spellEnd"/>
      <w:r w:rsidRPr="00D06AFB">
        <w:rPr>
          <w:rFonts w:cstheme="majorHAnsi"/>
          <w:sz w:val="18"/>
          <w:szCs w:val="18"/>
        </w:rPr>
        <w:t xml:space="preserve"> </w:t>
      </w:r>
      <w:proofErr w:type="spellStart"/>
      <w:r w:rsidRPr="00D06AFB">
        <w:rPr>
          <w:rFonts w:ascii="Sylfaen" w:hAnsi="Sylfaen" w:cs="Sylfaen"/>
          <w:sz w:val="18"/>
          <w:szCs w:val="18"/>
        </w:rPr>
        <w:t>ვადის</w:t>
      </w:r>
      <w:proofErr w:type="spellEnd"/>
      <w:r w:rsidRPr="00D06AFB">
        <w:rPr>
          <w:rFonts w:cstheme="majorHAnsi"/>
          <w:sz w:val="18"/>
          <w:szCs w:val="18"/>
        </w:rPr>
        <w:t xml:space="preserve"> </w:t>
      </w:r>
      <w:proofErr w:type="spellStart"/>
      <w:r w:rsidRPr="00D06AFB">
        <w:rPr>
          <w:rFonts w:ascii="Sylfaen" w:hAnsi="Sylfaen" w:cs="Sylfaen"/>
          <w:sz w:val="18"/>
          <w:szCs w:val="18"/>
        </w:rPr>
        <w:t>დარღვევის</w:t>
      </w:r>
      <w:proofErr w:type="spellEnd"/>
      <w:r w:rsidRPr="00D06AFB">
        <w:rPr>
          <w:rFonts w:cstheme="majorHAnsi"/>
          <w:sz w:val="18"/>
          <w:szCs w:val="18"/>
        </w:rPr>
        <w:t xml:space="preserve"> </w:t>
      </w:r>
      <w:proofErr w:type="spellStart"/>
      <w:r w:rsidRPr="00D06AFB">
        <w:rPr>
          <w:rFonts w:ascii="Sylfaen" w:hAnsi="Sylfaen" w:cs="Sylfaen"/>
          <w:sz w:val="18"/>
          <w:szCs w:val="18"/>
        </w:rPr>
        <w:t>შემთხვევაში</w:t>
      </w:r>
      <w:proofErr w:type="spellEnd"/>
      <w:r w:rsidRPr="00D06AFB">
        <w:rPr>
          <w:rFonts w:cstheme="majorHAnsi"/>
          <w:sz w:val="18"/>
          <w:szCs w:val="18"/>
        </w:rPr>
        <w:t xml:space="preserve">,  </w:t>
      </w:r>
      <w:proofErr w:type="spellStart"/>
      <w:r w:rsidRPr="00D06AFB">
        <w:rPr>
          <w:rFonts w:ascii="Sylfaen" w:hAnsi="Sylfaen" w:cs="Sylfaen"/>
          <w:sz w:val="18"/>
          <w:szCs w:val="18"/>
        </w:rPr>
        <w:t>დამკვეთი</w:t>
      </w:r>
      <w:proofErr w:type="spellEnd"/>
      <w:r w:rsidRPr="00D06AFB">
        <w:rPr>
          <w:rFonts w:cstheme="majorHAnsi"/>
          <w:sz w:val="18"/>
          <w:szCs w:val="18"/>
        </w:rPr>
        <w:t xml:space="preserve"> </w:t>
      </w:r>
      <w:proofErr w:type="spellStart"/>
      <w:r w:rsidRPr="00D06AFB">
        <w:rPr>
          <w:rFonts w:ascii="Sylfaen" w:hAnsi="Sylfaen" w:cs="Sylfaen"/>
          <w:sz w:val="18"/>
          <w:szCs w:val="18"/>
        </w:rPr>
        <w:t>უფლებამოსილია</w:t>
      </w:r>
      <w:proofErr w:type="spellEnd"/>
      <w:r w:rsidR="005B0B9E">
        <w:rPr>
          <w:rFonts w:ascii="Sylfaen" w:hAnsi="Sylfaen" w:cs="Sylfaen"/>
          <w:sz w:val="18"/>
          <w:szCs w:val="18"/>
        </w:rPr>
        <w:t xml:space="preserve"> </w:t>
      </w:r>
      <w:proofErr w:type="spellStart"/>
      <w:r w:rsidRPr="00D06AFB">
        <w:rPr>
          <w:rFonts w:ascii="Sylfaen" w:hAnsi="Sylfaen" w:cs="Sylfaen"/>
          <w:sz w:val="18"/>
          <w:szCs w:val="18"/>
        </w:rPr>
        <w:t>დააკისროს</w:t>
      </w:r>
      <w:proofErr w:type="spellEnd"/>
      <w:r w:rsidRPr="00D06AFB">
        <w:rPr>
          <w:rFonts w:cstheme="majorHAnsi"/>
          <w:sz w:val="18"/>
          <w:szCs w:val="18"/>
        </w:rPr>
        <w:t xml:space="preserve"> </w:t>
      </w:r>
      <w:r w:rsidR="00570ACF">
        <w:rPr>
          <w:rFonts w:ascii="Sylfaen" w:hAnsi="Sylfaen" w:cs="Sylfaen"/>
          <w:sz w:val="18"/>
          <w:szCs w:val="18"/>
          <w:lang w:val="ka-GE"/>
        </w:rPr>
        <w:t>მენარდეს</w:t>
      </w:r>
      <w:r w:rsidRPr="00D06AFB">
        <w:rPr>
          <w:rFonts w:cstheme="majorHAnsi"/>
          <w:sz w:val="18"/>
          <w:szCs w:val="18"/>
        </w:rPr>
        <w:t xml:space="preserve"> </w:t>
      </w:r>
      <w:proofErr w:type="spellStart"/>
      <w:r w:rsidRPr="00D06AFB">
        <w:rPr>
          <w:rFonts w:ascii="Sylfaen" w:hAnsi="Sylfaen" w:cs="Sylfaen"/>
          <w:sz w:val="18"/>
          <w:szCs w:val="18"/>
        </w:rPr>
        <w:t>პირგასამტეხლო</w:t>
      </w:r>
      <w:proofErr w:type="spellEnd"/>
      <w:r w:rsidRPr="00D06AFB">
        <w:rPr>
          <w:rFonts w:cstheme="majorHAnsi"/>
          <w:sz w:val="18"/>
          <w:szCs w:val="18"/>
        </w:rPr>
        <w:t xml:space="preserve"> </w:t>
      </w:r>
      <w:proofErr w:type="spellStart"/>
      <w:r w:rsidRPr="00D06AFB">
        <w:rPr>
          <w:rFonts w:ascii="Sylfaen" w:hAnsi="Sylfaen" w:cs="Sylfaen"/>
          <w:sz w:val="18"/>
          <w:szCs w:val="18"/>
        </w:rPr>
        <w:t>ყოველი</w:t>
      </w:r>
      <w:proofErr w:type="spellEnd"/>
      <w:r w:rsidRPr="00D06AFB">
        <w:rPr>
          <w:rFonts w:cstheme="majorHAnsi"/>
          <w:sz w:val="18"/>
          <w:szCs w:val="18"/>
        </w:rPr>
        <w:t xml:space="preserve"> </w:t>
      </w:r>
      <w:proofErr w:type="spellStart"/>
      <w:r w:rsidRPr="00D06AFB">
        <w:rPr>
          <w:rFonts w:ascii="Sylfaen" w:hAnsi="Sylfaen" w:cs="Sylfaen"/>
          <w:sz w:val="18"/>
          <w:szCs w:val="18"/>
        </w:rPr>
        <w:t>ვადაგადაცილებული</w:t>
      </w:r>
      <w:proofErr w:type="spellEnd"/>
      <w:r w:rsidRPr="00D06AFB">
        <w:rPr>
          <w:rFonts w:cstheme="majorHAnsi"/>
          <w:sz w:val="18"/>
          <w:szCs w:val="18"/>
        </w:rPr>
        <w:t xml:space="preserve"> </w:t>
      </w:r>
      <w:proofErr w:type="spellStart"/>
      <w:r w:rsidRPr="00D06AFB">
        <w:rPr>
          <w:rFonts w:ascii="Sylfaen" w:hAnsi="Sylfaen" w:cs="Sylfaen"/>
          <w:sz w:val="18"/>
          <w:szCs w:val="18"/>
        </w:rPr>
        <w:t>დღისათვის</w:t>
      </w:r>
      <w:proofErr w:type="spellEnd"/>
      <w:r w:rsidR="005B0B9E">
        <w:rPr>
          <w:rFonts w:ascii="Sylfaen" w:hAnsi="Sylfaen" w:cs="Sylfaen"/>
          <w:sz w:val="18"/>
          <w:szCs w:val="18"/>
        </w:rPr>
        <w:t xml:space="preserve"> </w:t>
      </w:r>
      <w:r w:rsidR="00907A9D">
        <w:rPr>
          <w:rFonts w:ascii="Sylfaen" w:hAnsi="Sylfaen" w:cs="Sylfaen"/>
          <w:sz w:val="18"/>
          <w:szCs w:val="18"/>
          <w:lang w:val="ka-GE"/>
        </w:rPr>
        <w:t>დარჩენილი სამუშაოების ღირებულებიდან 0,2% ოდნეობით</w:t>
      </w:r>
      <w:r w:rsidR="009D7D99">
        <w:rPr>
          <w:rFonts w:ascii="Sylfaen" w:hAnsi="Sylfaen" w:cs="Sylfaen"/>
          <w:sz w:val="18"/>
          <w:szCs w:val="18"/>
        </w:rPr>
        <w:t>.</w:t>
      </w:r>
    </w:p>
    <w:p w14:paraId="738E54EA" w14:textId="68E2D012" w:rsidR="004B6084" w:rsidRDefault="00A74260" w:rsidP="00185C20">
      <w:pPr>
        <w:pStyle w:val="ListParagraph"/>
        <w:numPr>
          <w:ilvl w:val="1"/>
          <w:numId w:val="13"/>
        </w:numPr>
        <w:jc w:val="both"/>
        <w:rPr>
          <w:rFonts w:cstheme="majorHAnsi"/>
          <w:sz w:val="18"/>
          <w:szCs w:val="18"/>
        </w:rPr>
      </w:pPr>
      <w:proofErr w:type="spellStart"/>
      <w:r w:rsidRPr="000C596E">
        <w:rPr>
          <w:rFonts w:ascii="Sylfaen" w:hAnsi="Sylfaen" w:cs="Sylfaen"/>
          <w:sz w:val="18"/>
          <w:szCs w:val="18"/>
        </w:rPr>
        <w:t>მხოლოდ</w:t>
      </w:r>
      <w:proofErr w:type="spellEnd"/>
      <w:r w:rsidRPr="000C596E">
        <w:rPr>
          <w:rFonts w:cstheme="majorHAnsi"/>
          <w:sz w:val="18"/>
          <w:szCs w:val="18"/>
        </w:rPr>
        <w:t xml:space="preserve"> </w:t>
      </w:r>
      <w:proofErr w:type="spellStart"/>
      <w:r w:rsidRPr="000C596E">
        <w:rPr>
          <w:rFonts w:ascii="Sylfaen" w:hAnsi="Sylfaen" w:cs="Sylfaen"/>
          <w:sz w:val="18"/>
          <w:szCs w:val="18"/>
        </w:rPr>
        <w:t>იმ</w:t>
      </w:r>
      <w:proofErr w:type="spellEnd"/>
      <w:r w:rsidRPr="000C596E">
        <w:rPr>
          <w:rFonts w:cstheme="majorHAnsi"/>
          <w:sz w:val="18"/>
          <w:szCs w:val="18"/>
        </w:rPr>
        <w:t xml:space="preserve"> </w:t>
      </w:r>
      <w:proofErr w:type="spellStart"/>
      <w:r w:rsidRPr="000C596E">
        <w:rPr>
          <w:rFonts w:ascii="Sylfaen" w:hAnsi="Sylfaen" w:cs="Sylfaen"/>
          <w:sz w:val="18"/>
          <w:szCs w:val="18"/>
        </w:rPr>
        <w:t>შემთხვევაში</w:t>
      </w:r>
      <w:proofErr w:type="spellEnd"/>
      <w:r w:rsidRPr="000C596E">
        <w:rPr>
          <w:rFonts w:cstheme="majorHAnsi"/>
          <w:sz w:val="18"/>
          <w:szCs w:val="18"/>
        </w:rPr>
        <w:t xml:space="preserve">, </w:t>
      </w:r>
      <w:proofErr w:type="spellStart"/>
      <w:r w:rsidRPr="000C596E">
        <w:rPr>
          <w:rFonts w:ascii="Sylfaen" w:hAnsi="Sylfaen" w:cs="Sylfaen"/>
          <w:sz w:val="18"/>
          <w:szCs w:val="18"/>
        </w:rPr>
        <w:t>თუ</w:t>
      </w:r>
      <w:proofErr w:type="spellEnd"/>
      <w:r w:rsidRPr="000C596E">
        <w:rPr>
          <w:rFonts w:cstheme="majorHAnsi"/>
          <w:sz w:val="18"/>
          <w:szCs w:val="18"/>
        </w:rPr>
        <w:t xml:space="preserve"> </w:t>
      </w:r>
      <w:proofErr w:type="spellStart"/>
      <w:r w:rsidRPr="000C596E">
        <w:rPr>
          <w:rFonts w:ascii="Sylfaen" w:hAnsi="Sylfaen" w:cs="Sylfaen"/>
          <w:sz w:val="18"/>
          <w:szCs w:val="18"/>
        </w:rPr>
        <w:t>აღნიშნულის</w:t>
      </w:r>
      <w:proofErr w:type="spellEnd"/>
      <w:r w:rsidRPr="000C596E">
        <w:rPr>
          <w:rFonts w:cstheme="majorHAnsi"/>
          <w:sz w:val="18"/>
          <w:szCs w:val="18"/>
        </w:rPr>
        <w:t xml:space="preserve"> </w:t>
      </w:r>
      <w:proofErr w:type="spellStart"/>
      <w:r w:rsidRPr="000C596E">
        <w:rPr>
          <w:rFonts w:ascii="Sylfaen" w:hAnsi="Sylfaen" w:cs="Sylfaen"/>
          <w:sz w:val="18"/>
          <w:szCs w:val="18"/>
        </w:rPr>
        <w:t>თაობაზე</w:t>
      </w:r>
      <w:proofErr w:type="spellEnd"/>
      <w:r w:rsidRPr="000C596E">
        <w:rPr>
          <w:rFonts w:cstheme="majorHAnsi"/>
          <w:sz w:val="18"/>
          <w:szCs w:val="18"/>
        </w:rPr>
        <w:t xml:space="preserve"> </w:t>
      </w:r>
      <w:proofErr w:type="spellStart"/>
      <w:r w:rsidRPr="000C596E">
        <w:rPr>
          <w:rFonts w:ascii="Sylfaen" w:hAnsi="Sylfaen" w:cs="Sylfaen"/>
          <w:sz w:val="18"/>
          <w:szCs w:val="18"/>
        </w:rPr>
        <w:t>მხარეები</w:t>
      </w:r>
      <w:proofErr w:type="spellEnd"/>
      <w:r w:rsidRPr="000C596E">
        <w:rPr>
          <w:rFonts w:cstheme="majorHAnsi"/>
          <w:sz w:val="18"/>
          <w:szCs w:val="18"/>
        </w:rPr>
        <w:t xml:space="preserve"> </w:t>
      </w:r>
      <w:proofErr w:type="spellStart"/>
      <w:r w:rsidRPr="000C596E">
        <w:rPr>
          <w:rFonts w:ascii="Sylfaen" w:hAnsi="Sylfaen" w:cs="Sylfaen"/>
          <w:sz w:val="18"/>
          <w:szCs w:val="18"/>
        </w:rPr>
        <w:t>ერთობლივად</w:t>
      </w:r>
      <w:proofErr w:type="spellEnd"/>
      <w:r w:rsidRPr="000C596E">
        <w:rPr>
          <w:rFonts w:cstheme="majorHAnsi"/>
          <w:sz w:val="18"/>
          <w:szCs w:val="18"/>
        </w:rPr>
        <w:t xml:space="preserve"> </w:t>
      </w:r>
      <w:proofErr w:type="spellStart"/>
      <w:r w:rsidRPr="000C596E">
        <w:rPr>
          <w:rFonts w:ascii="Sylfaen" w:hAnsi="Sylfaen" w:cs="Sylfaen"/>
          <w:sz w:val="18"/>
          <w:szCs w:val="18"/>
        </w:rPr>
        <w:t>წერილობით</w:t>
      </w:r>
      <w:proofErr w:type="spellEnd"/>
      <w:r w:rsidRPr="000C596E">
        <w:rPr>
          <w:rFonts w:cstheme="majorHAnsi"/>
          <w:sz w:val="18"/>
          <w:szCs w:val="18"/>
        </w:rPr>
        <w:t xml:space="preserve"> </w:t>
      </w:r>
      <w:proofErr w:type="spellStart"/>
      <w:r w:rsidRPr="000C596E">
        <w:rPr>
          <w:rFonts w:ascii="Sylfaen" w:hAnsi="Sylfaen" w:cs="Sylfaen"/>
          <w:sz w:val="18"/>
          <w:szCs w:val="18"/>
        </w:rPr>
        <w:t>შეთანხმდებიან</w:t>
      </w:r>
      <w:proofErr w:type="spellEnd"/>
      <w:r w:rsidRPr="000C596E">
        <w:rPr>
          <w:rFonts w:cstheme="majorHAnsi"/>
          <w:sz w:val="18"/>
          <w:szCs w:val="18"/>
        </w:rPr>
        <w:t xml:space="preserve">, </w:t>
      </w:r>
      <w:proofErr w:type="spellStart"/>
      <w:r w:rsidRPr="000C596E">
        <w:rPr>
          <w:rFonts w:ascii="Sylfaen" w:hAnsi="Sylfaen" w:cs="Sylfaen"/>
          <w:sz w:val="18"/>
          <w:szCs w:val="18"/>
        </w:rPr>
        <w:t>ხელშეკრულებით</w:t>
      </w:r>
      <w:proofErr w:type="spellEnd"/>
      <w:r w:rsidRPr="000C596E">
        <w:rPr>
          <w:rFonts w:cstheme="majorHAnsi"/>
          <w:sz w:val="18"/>
          <w:szCs w:val="18"/>
        </w:rPr>
        <w:t xml:space="preserve"> </w:t>
      </w:r>
      <w:proofErr w:type="spellStart"/>
      <w:r w:rsidRPr="000C596E">
        <w:rPr>
          <w:rFonts w:ascii="Sylfaen" w:hAnsi="Sylfaen" w:cs="Sylfaen"/>
          <w:sz w:val="18"/>
          <w:szCs w:val="18"/>
        </w:rPr>
        <w:t>გათვალისწინებული</w:t>
      </w:r>
      <w:proofErr w:type="spellEnd"/>
      <w:r w:rsidRPr="000C596E">
        <w:rPr>
          <w:rFonts w:cstheme="majorHAnsi"/>
          <w:sz w:val="18"/>
          <w:szCs w:val="18"/>
        </w:rPr>
        <w:t xml:space="preserve"> </w:t>
      </w:r>
      <w:proofErr w:type="spellStart"/>
      <w:r w:rsidRPr="000C596E">
        <w:rPr>
          <w:rFonts w:ascii="Sylfaen" w:hAnsi="Sylfaen" w:cs="Sylfaen"/>
          <w:sz w:val="18"/>
          <w:szCs w:val="18"/>
        </w:rPr>
        <w:t>სამუშაოების</w:t>
      </w:r>
      <w:proofErr w:type="spellEnd"/>
      <w:r w:rsidRPr="000C596E">
        <w:rPr>
          <w:rFonts w:cstheme="majorHAnsi"/>
          <w:sz w:val="18"/>
          <w:szCs w:val="18"/>
        </w:rPr>
        <w:t xml:space="preserve"> </w:t>
      </w:r>
      <w:proofErr w:type="spellStart"/>
      <w:r w:rsidRPr="000C596E">
        <w:rPr>
          <w:rFonts w:ascii="Sylfaen" w:hAnsi="Sylfaen" w:cs="Sylfaen"/>
          <w:sz w:val="18"/>
          <w:szCs w:val="18"/>
        </w:rPr>
        <w:t>მთლიანად</w:t>
      </w:r>
      <w:proofErr w:type="spellEnd"/>
      <w:r w:rsidRPr="000C596E">
        <w:rPr>
          <w:rFonts w:cstheme="majorHAnsi"/>
          <w:sz w:val="18"/>
          <w:szCs w:val="18"/>
        </w:rPr>
        <w:t xml:space="preserve"> </w:t>
      </w:r>
      <w:proofErr w:type="spellStart"/>
      <w:r w:rsidRPr="000C596E">
        <w:rPr>
          <w:rFonts w:ascii="Sylfaen" w:hAnsi="Sylfaen" w:cs="Sylfaen"/>
          <w:sz w:val="18"/>
          <w:szCs w:val="18"/>
        </w:rPr>
        <w:t>და</w:t>
      </w:r>
      <w:proofErr w:type="spellEnd"/>
      <w:r w:rsidRPr="000C596E">
        <w:rPr>
          <w:rFonts w:cstheme="majorHAnsi"/>
          <w:sz w:val="18"/>
          <w:szCs w:val="18"/>
        </w:rPr>
        <w:t xml:space="preserve"> </w:t>
      </w:r>
      <w:proofErr w:type="spellStart"/>
      <w:r w:rsidRPr="000C596E">
        <w:rPr>
          <w:rFonts w:ascii="Sylfaen" w:hAnsi="Sylfaen" w:cs="Sylfaen"/>
          <w:sz w:val="18"/>
          <w:szCs w:val="18"/>
        </w:rPr>
        <w:t>ან</w:t>
      </w:r>
      <w:proofErr w:type="spellEnd"/>
      <w:r w:rsidRPr="000C596E">
        <w:rPr>
          <w:rFonts w:cstheme="majorHAnsi"/>
          <w:sz w:val="18"/>
          <w:szCs w:val="18"/>
        </w:rPr>
        <w:t xml:space="preserve"> </w:t>
      </w:r>
      <w:proofErr w:type="spellStart"/>
      <w:r w:rsidRPr="000C596E">
        <w:rPr>
          <w:rFonts w:ascii="Sylfaen" w:hAnsi="Sylfaen" w:cs="Sylfaen"/>
          <w:sz w:val="18"/>
          <w:szCs w:val="18"/>
        </w:rPr>
        <w:t>თითოეული</w:t>
      </w:r>
      <w:proofErr w:type="spellEnd"/>
      <w:r w:rsidRPr="000C596E">
        <w:rPr>
          <w:rFonts w:cstheme="majorHAnsi"/>
          <w:sz w:val="18"/>
          <w:szCs w:val="18"/>
        </w:rPr>
        <w:t xml:space="preserve"> </w:t>
      </w:r>
      <w:proofErr w:type="spellStart"/>
      <w:r w:rsidRPr="000C596E">
        <w:rPr>
          <w:rFonts w:ascii="Sylfaen" w:hAnsi="Sylfaen" w:cs="Sylfaen"/>
          <w:sz w:val="18"/>
          <w:szCs w:val="18"/>
        </w:rPr>
        <w:t>კალენდარული</w:t>
      </w:r>
      <w:proofErr w:type="spellEnd"/>
      <w:r w:rsidRPr="000C596E">
        <w:rPr>
          <w:rFonts w:cstheme="majorHAnsi"/>
          <w:sz w:val="18"/>
          <w:szCs w:val="18"/>
        </w:rPr>
        <w:t xml:space="preserve"> </w:t>
      </w:r>
      <w:proofErr w:type="spellStart"/>
      <w:r w:rsidRPr="000C596E">
        <w:rPr>
          <w:rFonts w:ascii="Sylfaen" w:hAnsi="Sylfaen" w:cs="Sylfaen"/>
          <w:sz w:val="18"/>
          <w:szCs w:val="18"/>
        </w:rPr>
        <w:t>გეგმა</w:t>
      </w:r>
      <w:r w:rsidRPr="000C596E">
        <w:rPr>
          <w:rFonts w:cstheme="majorHAnsi"/>
          <w:sz w:val="18"/>
          <w:szCs w:val="18"/>
        </w:rPr>
        <w:t>-</w:t>
      </w:r>
      <w:r w:rsidRPr="000C596E">
        <w:rPr>
          <w:rFonts w:ascii="Sylfaen" w:hAnsi="Sylfaen" w:cs="Sylfaen"/>
          <w:sz w:val="18"/>
          <w:szCs w:val="18"/>
        </w:rPr>
        <w:t>გრაფიკით</w:t>
      </w:r>
      <w:proofErr w:type="spellEnd"/>
      <w:r w:rsidRPr="000C596E">
        <w:rPr>
          <w:rFonts w:cstheme="majorHAnsi"/>
          <w:sz w:val="18"/>
          <w:szCs w:val="18"/>
        </w:rPr>
        <w:t xml:space="preserve"> </w:t>
      </w:r>
      <w:proofErr w:type="spellStart"/>
      <w:r w:rsidRPr="000C596E">
        <w:rPr>
          <w:rFonts w:ascii="Sylfaen" w:hAnsi="Sylfaen" w:cs="Sylfaen"/>
          <w:sz w:val="18"/>
          <w:szCs w:val="18"/>
        </w:rPr>
        <w:t>განსაზღვრული</w:t>
      </w:r>
      <w:proofErr w:type="spellEnd"/>
      <w:r w:rsidRPr="000C596E">
        <w:rPr>
          <w:rFonts w:cstheme="majorHAnsi"/>
          <w:sz w:val="18"/>
          <w:szCs w:val="18"/>
        </w:rPr>
        <w:t xml:space="preserve"> </w:t>
      </w:r>
      <w:proofErr w:type="spellStart"/>
      <w:r w:rsidRPr="000C596E">
        <w:rPr>
          <w:rFonts w:ascii="Sylfaen" w:hAnsi="Sylfaen" w:cs="Sylfaen"/>
          <w:sz w:val="18"/>
          <w:szCs w:val="18"/>
        </w:rPr>
        <w:t>ეტაპის</w:t>
      </w:r>
      <w:proofErr w:type="spellEnd"/>
      <w:r w:rsidRPr="000C596E">
        <w:rPr>
          <w:rFonts w:cstheme="majorHAnsi"/>
          <w:sz w:val="18"/>
          <w:szCs w:val="18"/>
        </w:rPr>
        <w:t xml:space="preserve"> </w:t>
      </w:r>
      <w:proofErr w:type="spellStart"/>
      <w:r w:rsidRPr="000C596E">
        <w:rPr>
          <w:rFonts w:ascii="Sylfaen" w:hAnsi="Sylfaen" w:cs="Sylfaen"/>
          <w:sz w:val="18"/>
          <w:szCs w:val="18"/>
        </w:rPr>
        <w:t>დასრულების</w:t>
      </w:r>
      <w:proofErr w:type="spellEnd"/>
      <w:r w:rsidRPr="000C596E">
        <w:rPr>
          <w:rFonts w:cstheme="majorHAnsi"/>
          <w:sz w:val="18"/>
          <w:szCs w:val="18"/>
        </w:rPr>
        <w:t xml:space="preserve"> </w:t>
      </w:r>
      <w:proofErr w:type="spellStart"/>
      <w:r w:rsidRPr="000C596E">
        <w:rPr>
          <w:rFonts w:ascii="Sylfaen" w:hAnsi="Sylfaen" w:cs="Sylfaen"/>
          <w:sz w:val="18"/>
          <w:szCs w:val="18"/>
        </w:rPr>
        <w:t>ვადა</w:t>
      </w:r>
      <w:proofErr w:type="spellEnd"/>
      <w:r w:rsidRPr="000C596E">
        <w:rPr>
          <w:rFonts w:cstheme="majorHAnsi"/>
          <w:sz w:val="18"/>
          <w:szCs w:val="18"/>
        </w:rPr>
        <w:t xml:space="preserve"> </w:t>
      </w:r>
      <w:proofErr w:type="spellStart"/>
      <w:r w:rsidRPr="000C596E">
        <w:rPr>
          <w:rFonts w:ascii="Sylfaen" w:hAnsi="Sylfaen" w:cs="Sylfaen"/>
          <w:sz w:val="18"/>
          <w:szCs w:val="18"/>
        </w:rPr>
        <w:t>არ</w:t>
      </w:r>
      <w:proofErr w:type="spellEnd"/>
      <w:r w:rsidRPr="000C596E">
        <w:rPr>
          <w:rFonts w:cstheme="majorHAnsi"/>
          <w:sz w:val="18"/>
          <w:szCs w:val="18"/>
        </w:rPr>
        <w:t xml:space="preserve"> </w:t>
      </w:r>
      <w:proofErr w:type="spellStart"/>
      <w:r w:rsidRPr="000C596E">
        <w:rPr>
          <w:rFonts w:ascii="Sylfaen" w:hAnsi="Sylfaen" w:cs="Sylfaen"/>
          <w:sz w:val="18"/>
          <w:szCs w:val="18"/>
        </w:rPr>
        <w:t>ჩაითვლება</w:t>
      </w:r>
      <w:proofErr w:type="spellEnd"/>
      <w:r w:rsidRPr="000C596E">
        <w:rPr>
          <w:rFonts w:cstheme="majorHAnsi"/>
          <w:sz w:val="18"/>
          <w:szCs w:val="18"/>
        </w:rPr>
        <w:t xml:space="preserve"> </w:t>
      </w:r>
      <w:proofErr w:type="spellStart"/>
      <w:r w:rsidRPr="000C596E">
        <w:rPr>
          <w:rFonts w:ascii="Sylfaen" w:hAnsi="Sylfaen" w:cs="Sylfaen"/>
          <w:sz w:val="18"/>
          <w:szCs w:val="18"/>
        </w:rPr>
        <w:t>დარღვეულად</w:t>
      </w:r>
      <w:proofErr w:type="spellEnd"/>
      <w:r w:rsidR="00570ACF">
        <w:rPr>
          <w:rFonts w:ascii="Sylfaen" w:hAnsi="Sylfaen" w:cs="Sylfaen"/>
          <w:sz w:val="18"/>
          <w:szCs w:val="18"/>
          <w:lang w:val="ka-GE"/>
        </w:rPr>
        <w:t xml:space="preserve"> </w:t>
      </w:r>
      <w:proofErr w:type="spellStart"/>
      <w:r w:rsidRPr="000C596E">
        <w:rPr>
          <w:rFonts w:ascii="Sylfaen" w:hAnsi="Sylfaen" w:cs="Sylfaen"/>
          <w:sz w:val="18"/>
          <w:szCs w:val="18"/>
        </w:rPr>
        <w:t>და</w:t>
      </w:r>
      <w:proofErr w:type="spellEnd"/>
      <w:r w:rsidRPr="000C596E">
        <w:rPr>
          <w:rFonts w:cstheme="majorHAnsi"/>
          <w:sz w:val="18"/>
          <w:szCs w:val="18"/>
        </w:rPr>
        <w:t xml:space="preserve"> </w:t>
      </w:r>
      <w:proofErr w:type="spellStart"/>
      <w:r w:rsidRPr="000C596E">
        <w:rPr>
          <w:rFonts w:ascii="Sylfaen" w:hAnsi="Sylfaen" w:cs="Sylfaen"/>
          <w:sz w:val="18"/>
          <w:szCs w:val="18"/>
        </w:rPr>
        <w:t>შესაბამისად</w:t>
      </w:r>
      <w:proofErr w:type="spellEnd"/>
      <w:r w:rsidR="00570ACF">
        <w:rPr>
          <w:rFonts w:ascii="Sylfaen" w:hAnsi="Sylfaen" w:cs="Sylfaen"/>
          <w:sz w:val="18"/>
          <w:szCs w:val="18"/>
          <w:lang w:val="ka-GE"/>
        </w:rPr>
        <w:t xml:space="preserve"> </w:t>
      </w:r>
      <w:proofErr w:type="spellStart"/>
      <w:r w:rsidRPr="000C596E">
        <w:rPr>
          <w:rFonts w:ascii="Sylfaen" w:hAnsi="Sylfaen" w:cs="Sylfaen"/>
          <w:sz w:val="18"/>
          <w:szCs w:val="18"/>
        </w:rPr>
        <w:t>სამუშაოს</w:t>
      </w:r>
      <w:proofErr w:type="spellEnd"/>
      <w:r w:rsidRPr="000C596E">
        <w:rPr>
          <w:rFonts w:cstheme="majorHAnsi"/>
          <w:sz w:val="18"/>
          <w:szCs w:val="18"/>
        </w:rPr>
        <w:t xml:space="preserve"> </w:t>
      </w:r>
      <w:proofErr w:type="spellStart"/>
      <w:r w:rsidRPr="000C596E">
        <w:rPr>
          <w:rFonts w:ascii="Sylfaen" w:hAnsi="Sylfaen" w:cs="Sylfaen"/>
          <w:sz w:val="18"/>
          <w:szCs w:val="18"/>
        </w:rPr>
        <w:t>შესრულების</w:t>
      </w:r>
      <w:proofErr w:type="spellEnd"/>
      <w:r w:rsidRPr="000C596E">
        <w:rPr>
          <w:rFonts w:cstheme="majorHAnsi"/>
          <w:sz w:val="18"/>
          <w:szCs w:val="18"/>
        </w:rPr>
        <w:t xml:space="preserve"> </w:t>
      </w:r>
      <w:proofErr w:type="spellStart"/>
      <w:r w:rsidRPr="000C596E">
        <w:rPr>
          <w:rFonts w:ascii="Sylfaen" w:hAnsi="Sylfaen" w:cs="Sylfaen"/>
          <w:sz w:val="18"/>
          <w:szCs w:val="18"/>
        </w:rPr>
        <w:t>ვადა</w:t>
      </w:r>
      <w:proofErr w:type="spellEnd"/>
      <w:r w:rsidRPr="000C596E">
        <w:rPr>
          <w:rFonts w:cstheme="majorHAnsi"/>
          <w:sz w:val="18"/>
          <w:szCs w:val="18"/>
        </w:rPr>
        <w:t xml:space="preserve"> </w:t>
      </w:r>
      <w:proofErr w:type="spellStart"/>
      <w:r w:rsidRPr="000C596E">
        <w:rPr>
          <w:rFonts w:ascii="Sylfaen" w:hAnsi="Sylfaen" w:cs="Sylfaen"/>
          <w:sz w:val="18"/>
          <w:szCs w:val="18"/>
        </w:rPr>
        <w:t>გადაიწევს</w:t>
      </w:r>
      <w:proofErr w:type="spellEnd"/>
      <w:r w:rsidRPr="000C596E">
        <w:rPr>
          <w:rFonts w:cstheme="majorHAnsi"/>
          <w:sz w:val="18"/>
          <w:szCs w:val="18"/>
        </w:rPr>
        <w:t xml:space="preserve"> </w:t>
      </w:r>
      <w:proofErr w:type="spellStart"/>
      <w:r w:rsidRPr="000C596E">
        <w:rPr>
          <w:rFonts w:ascii="Sylfaen" w:hAnsi="Sylfaen" w:cs="Sylfaen"/>
          <w:sz w:val="18"/>
          <w:szCs w:val="18"/>
        </w:rPr>
        <w:t>არაუმეტეს</w:t>
      </w:r>
      <w:proofErr w:type="spellEnd"/>
      <w:r w:rsidRPr="000C596E">
        <w:rPr>
          <w:rFonts w:cstheme="majorHAnsi"/>
          <w:sz w:val="18"/>
          <w:szCs w:val="18"/>
        </w:rPr>
        <w:t xml:space="preserve"> </w:t>
      </w:r>
      <w:proofErr w:type="spellStart"/>
      <w:r w:rsidRPr="000C596E">
        <w:rPr>
          <w:rFonts w:ascii="Sylfaen" w:hAnsi="Sylfaen" w:cs="Sylfaen"/>
          <w:sz w:val="18"/>
          <w:szCs w:val="18"/>
        </w:rPr>
        <w:t>დარღვეული</w:t>
      </w:r>
      <w:proofErr w:type="spellEnd"/>
      <w:r w:rsidRPr="000C596E">
        <w:rPr>
          <w:rFonts w:cstheme="majorHAnsi"/>
          <w:sz w:val="18"/>
          <w:szCs w:val="18"/>
        </w:rPr>
        <w:t xml:space="preserve"> </w:t>
      </w:r>
      <w:proofErr w:type="spellStart"/>
      <w:r w:rsidRPr="000C596E">
        <w:rPr>
          <w:rFonts w:ascii="Sylfaen" w:hAnsi="Sylfaen" w:cs="Sylfaen"/>
          <w:sz w:val="18"/>
          <w:szCs w:val="18"/>
        </w:rPr>
        <w:t>ვადის</w:t>
      </w:r>
      <w:proofErr w:type="spellEnd"/>
      <w:r w:rsidRPr="000C596E">
        <w:rPr>
          <w:rFonts w:cstheme="majorHAnsi"/>
          <w:sz w:val="18"/>
          <w:szCs w:val="18"/>
        </w:rPr>
        <w:t xml:space="preserve"> </w:t>
      </w:r>
      <w:proofErr w:type="spellStart"/>
      <w:r w:rsidRPr="000C596E">
        <w:rPr>
          <w:rFonts w:ascii="Sylfaen" w:hAnsi="Sylfaen" w:cs="Sylfaen"/>
          <w:sz w:val="18"/>
          <w:szCs w:val="18"/>
        </w:rPr>
        <w:t>პროპორციულად</w:t>
      </w:r>
      <w:proofErr w:type="spellEnd"/>
      <w:r w:rsidRPr="000C596E">
        <w:rPr>
          <w:rFonts w:cstheme="majorHAnsi"/>
          <w:sz w:val="18"/>
          <w:szCs w:val="18"/>
        </w:rPr>
        <w:t xml:space="preserve">, </w:t>
      </w:r>
      <w:proofErr w:type="spellStart"/>
      <w:r w:rsidRPr="000C596E">
        <w:rPr>
          <w:rFonts w:ascii="Sylfaen" w:hAnsi="Sylfaen" w:cs="Sylfaen"/>
          <w:sz w:val="18"/>
          <w:szCs w:val="18"/>
        </w:rPr>
        <w:t>თუ</w:t>
      </w:r>
      <w:proofErr w:type="spellEnd"/>
      <w:r w:rsidRPr="000C596E">
        <w:rPr>
          <w:rFonts w:cstheme="majorHAnsi"/>
          <w:sz w:val="18"/>
          <w:szCs w:val="18"/>
        </w:rPr>
        <w:t xml:space="preserve"> </w:t>
      </w:r>
      <w:proofErr w:type="spellStart"/>
      <w:r w:rsidRPr="000C596E">
        <w:rPr>
          <w:rFonts w:ascii="Sylfaen" w:hAnsi="Sylfaen" w:cs="Sylfaen"/>
          <w:sz w:val="18"/>
          <w:szCs w:val="18"/>
        </w:rPr>
        <w:t>ადგილი</w:t>
      </w:r>
      <w:proofErr w:type="spellEnd"/>
      <w:r w:rsidRPr="000C596E">
        <w:rPr>
          <w:rFonts w:cstheme="majorHAnsi"/>
          <w:sz w:val="18"/>
          <w:szCs w:val="18"/>
        </w:rPr>
        <w:t xml:space="preserve"> </w:t>
      </w:r>
      <w:proofErr w:type="spellStart"/>
      <w:r w:rsidRPr="000C596E">
        <w:rPr>
          <w:rFonts w:ascii="Sylfaen" w:hAnsi="Sylfaen" w:cs="Sylfaen"/>
          <w:sz w:val="18"/>
          <w:szCs w:val="18"/>
        </w:rPr>
        <w:t>აქვს</w:t>
      </w:r>
      <w:proofErr w:type="spellEnd"/>
      <w:r w:rsidRPr="000C596E">
        <w:rPr>
          <w:rFonts w:cstheme="majorHAnsi"/>
          <w:sz w:val="18"/>
          <w:szCs w:val="18"/>
        </w:rPr>
        <w:t xml:space="preserve"> </w:t>
      </w:r>
      <w:proofErr w:type="spellStart"/>
      <w:r w:rsidRPr="000C596E">
        <w:rPr>
          <w:rFonts w:ascii="Sylfaen" w:hAnsi="Sylfaen" w:cs="Sylfaen"/>
          <w:sz w:val="18"/>
          <w:szCs w:val="18"/>
        </w:rPr>
        <w:t>ერთ</w:t>
      </w:r>
      <w:r w:rsidRPr="000C596E">
        <w:rPr>
          <w:rFonts w:cstheme="majorHAnsi"/>
          <w:sz w:val="18"/>
          <w:szCs w:val="18"/>
        </w:rPr>
        <w:t>-</w:t>
      </w:r>
      <w:r w:rsidRPr="000C596E">
        <w:rPr>
          <w:rFonts w:ascii="Sylfaen" w:hAnsi="Sylfaen" w:cs="Sylfaen"/>
          <w:sz w:val="18"/>
          <w:szCs w:val="18"/>
        </w:rPr>
        <w:t>ერთ</w:t>
      </w:r>
      <w:proofErr w:type="spellEnd"/>
      <w:r w:rsidRPr="000C596E">
        <w:rPr>
          <w:rFonts w:cstheme="majorHAnsi"/>
          <w:sz w:val="18"/>
          <w:szCs w:val="18"/>
        </w:rPr>
        <w:t xml:space="preserve"> </w:t>
      </w:r>
      <w:proofErr w:type="spellStart"/>
      <w:r w:rsidRPr="000C596E">
        <w:rPr>
          <w:rFonts w:ascii="Sylfaen" w:hAnsi="Sylfaen" w:cs="Sylfaen"/>
          <w:sz w:val="18"/>
          <w:szCs w:val="18"/>
        </w:rPr>
        <w:t>შემდეგ</w:t>
      </w:r>
      <w:proofErr w:type="spellEnd"/>
      <w:r w:rsidRPr="000C596E">
        <w:rPr>
          <w:rFonts w:cstheme="majorHAnsi"/>
          <w:sz w:val="18"/>
          <w:szCs w:val="18"/>
        </w:rPr>
        <w:t xml:space="preserve"> </w:t>
      </w:r>
      <w:proofErr w:type="spellStart"/>
      <w:r w:rsidRPr="000C596E">
        <w:rPr>
          <w:rFonts w:ascii="Sylfaen" w:hAnsi="Sylfaen" w:cs="Sylfaen"/>
          <w:sz w:val="18"/>
          <w:szCs w:val="18"/>
        </w:rPr>
        <w:t>შემთხვევას</w:t>
      </w:r>
      <w:proofErr w:type="spellEnd"/>
      <w:r w:rsidR="00570ACF">
        <w:rPr>
          <w:rFonts w:cstheme="majorHAnsi"/>
          <w:sz w:val="18"/>
          <w:szCs w:val="18"/>
        </w:rPr>
        <w:t>:</w:t>
      </w:r>
    </w:p>
    <w:p w14:paraId="365C9835" w14:textId="04D2DD2E" w:rsidR="004B6084" w:rsidRDefault="00A74260" w:rsidP="00185C20">
      <w:pPr>
        <w:pStyle w:val="ListParagraph"/>
        <w:numPr>
          <w:ilvl w:val="0"/>
          <w:numId w:val="24"/>
        </w:numPr>
        <w:jc w:val="both"/>
        <w:rPr>
          <w:rFonts w:cstheme="majorHAnsi"/>
          <w:sz w:val="18"/>
          <w:szCs w:val="18"/>
        </w:rPr>
      </w:pPr>
      <w:proofErr w:type="spellStart"/>
      <w:r w:rsidRPr="000C596E">
        <w:rPr>
          <w:rFonts w:ascii="Sylfaen" w:hAnsi="Sylfaen" w:cs="Sylfaen"/>
          <w:sz w:val="18"/>
          <w:szCs w:val="18"/>
        </w:rPr>
        <w:t>დამკვეთის</w:t>
      </w:r>
      <w:proofErr w:type="spellEnd"/>
      <w:r w:rsidRPr="000C596E">
        <w:rPr>
          <w:rFonts w:cstheme="majorHAnsi"/>
          <w:sz w:val="18"/>
          <w:szCs w:val="18"/>
        </w:rPr>
        <w:t xml:space="preserve"> </w:t>
      </w:r>
      <w:proofErr w:type="spellStart"/>
      <w:r w:rsidRPr="000C596E">
        <w:rPr>
          <w:rFonts w:ascii="Sylfaen" w:hAnsi="Sylfaen" w:cs="Sylfaen"/>
          <w:sz w:val="18"/>
          <w:szCs w:val="18"/>
        </w:rPr>
        <w:t>მიერ</w:t>
      </w:r>
      <w:proofErr w:type="spellEnd"/>
      <w:r w:rsidRPr="000C596E">
        <w:rPr>
          <w:rFonts w:cstheme="majorHAnsi"/>
          <w:sz w:val="18"/>
          <w:szCs w:val="18"/>
        </w:rPr>
        <w:t xml:space="preserve"> </w:t>
      </w:r>
      <w:proofErr w:type="spellStart"/>
      <w:r w:rsidRPr="000C596E">
        <w:rPr>
          <w:rFonts w:ascii="Sylfaen" w:hAnsi="Sylfaen" w:cs="Sylfaen"/>
          <w:sz w:val="18"/>
          <w:szCs w:val="18"/>
        </w:rPr>
        <w:t>წინამდებარე</w:t>
      </w:r>
      <w:proofErr w:type="spellEnd"/>
      <w:r w:rsidRPr="000C596E">
        <w:rPr>
          <w:rFonts w:cstheme="majorHAnsi"/>
          <w:sz w:val="18"/>
          <w:szCs w:val="18"/>
        </w:rPr>
        <w:t xml:space="preserve"> </w:t>
      </w:r>
      <w:proofErr w:type="spellStart"/>
      <w:r w:rsidRPr="000C596E">
        <w:rPr>
          <w:rFonts w:ascii="Sylfaen" w:hAnsi="Sylfaen" w:cs="Sylfaen"/>
          <w:sz w:val="18"/>
          <w:szCs w:val="18"/>
        </w:rPr>
        <w:t>ხელშეკრულებით</w:t>
      </w:r>
      <w:proofErr w:type="spellEnd"/>
      <w:r w:rsidRPr="000C596E">
        <w:rPr>
          <w:rFonts w:cstheme="majorHAnsi"/>
          <w:sz w:val="18"/>
          <w:szCs w:val="18"/>
        </w:rPr>
        <w:t xml:space="preserve"> </w:t>
      </w:r>
      <w:proofErr w:type="spellStart"/>
      <w:r w:rsidRPr="000C596E">
        <w:rPr>
          <w:rFonts w:ascii="Sylfaen" w:hAnsi="Sylfaen" w:cs="Sylfaen"/>
          <w:sz w:val="18"/>
          <w:szCs w:val="18"/>
        </w:rPr>
        <w:t>გათვალისწინებულ</w:t>
      </w:r>
      <w:proofErr w:type="spellEnd"/>
      <w:r w:rsidRPr="000C596E">
        <w:rPr>
          <w:rFonts w:cstheme="majorHAnsi"/>
          <w:sz w:val="18"/>
          <w:szCs w:val="18"/>
        </w:rPr>
        <w:t xml:space="preserve"> </w:t>
      </w:r>
      <w:proofErr w:type="spellStart"/>
      <w:r w:rsidRPr="000C596E">
        <w:rPr>
          <w:rFonts w:ascii="Sylfaen" w:hAnsi="Sylfaen" w:cs="Sylfaen"/>
          <w:sz w:val="18"/>
          <w:szCs w:val="18"/>
        </w:rPr>
        <w:t>ვადებში</w:t>
      </w:r>
      <w:proofErr w:type="spellEnd"/>
      <w:r w:rsidRPr="000C596E">
        <w:rPr>
          <w:rFonts w:cstheme="majorHAnsi"/>
          <w:sz w:val="18"/>
          <w:szCs w:val="18"/>
        </w:rPr>
        <w:t xml:space="preserve"> </w:t>
      </w:r>
      <w:proofErr w:type="spellStart"/>
      <w:r w:rsidRPr="000C596E">
        <w:rPr>
          <w:rFonts w:ascii="Sylfaen" w:hAnsi="Sylfaen" w:cs="Sylfaen"/>
          <w:sz w:val="18"/>
          <w:szCs w:val="18"/>
        </w:rPr>
        <w:t>ანაზღაურების</w:t>
      </w:r>
      <w:proofErr w:type="spellEnd"/>
      <w:r w:rsidRPr="000C596E">
        <w:rPr>
          <w:rFonts w:cstheme="majorHAnsi"/>
          <w:sz w:val="18"/>
          <w:szCs w:val="18"/>
        </w:rPr>
        <w:t xml:space="preserve"> </w:t>
      </w:r>
      <w:proofErr w:type="spellStart"/>
      <w:r w:rsidRPr="000C596E">
        <w:rPr>
          <w:rFonts w:ascii="Sylfaen" w:hAnsi="Sylfaen" w:cs="Sylfaen"/>
          <w:sz w:val="18"/>
          <w:szCs w:val="18"/>
        </w:rPr>
        <w:t>გადაუხდელობის</w:t>
      </w:r>
      <w:proofErr w:type="spellEnd"/>
      <w:r w:rsidRPr="000C596E">
        <w:rPr>
          <w:rFonts w:cstheme="majorHAnsi"/>
          <w:sz w:val="18"/>
          <w:szCs w:val="18"/>
        </w:rPr>
        <w:t xml:space="preserve"> </w:t>
      </w:r>
      <w:proofErr w:type="spellStart"/>
      <w:r w:rsidRPr="000C596E">
        <w:rPr>
          <w:rFonts w:ascii="Sylfaen" w:hAnsi="Sylfaen" w:cs="Sylfaen"/>
          <w:sz w:val="18"/>
          <w:szCs w:val="18"/>
        </w:rPr>
        <w:t>შემთხვევა</w:t>
      </w:r>
      <w:proofErr w:type="spellEnd"/>
      <w:r w:rsidRPr="000C596E">
        <w:rPr>
          <w:rFonts w:cstheme="majorHAnsi"/>
          <w:sz w:val="18"/>
          <w:szCs w:val="18"/>
        </w:rPr>
        <w:t>;</w:t>
      </w:r>
    </w:p>
    <w:p w14:paraId="19480532" w14:textId="55DEF992" w:rsidR="004B6084" w:rsidRDefault="00A74260" w:rsidP="00185C20">
      <w:pPr>
        <w:pStyle w:val="ListParagraph"/>
        <w:numPr>
          <w:ilvl w:val="0"/>
          <w:numId w:val="24"/>
        </w:numPr>
        <w:jc w:val="both"/>
        <w:rPr>
          <w:rFonts w:cstheme="majorHAnsi"/>
          <w:sz w:val="18"/>
          <w:szCs w:val="18"/>
        </w:rPr>
      </w:pPr>
      <w:proofErr w:type="spellStart"/>
      <w:r w:rsidRPr="000C596E">
        <w:rPr>
          <w:rFonts w:ascii="Sylfaen" w:hAnsi="Sylfaen" w:cs="Sylfaen"/>
          <w:sz w:val="18"/>
          <w:szCs w:val="18"/>
        </w:rPr>
        <w:t>ხელშეკრულებით</w:t>
      </w:r>
      <w:proofErr w:type="spellEnd"/>
      <w:r w:rsidRPr="000C596E">
        <w:rPr>
          <w:rFonts w:cstheme="majorHAnsi"/>
          <w:sz w:val="18"/>
          <w:szCs w:val="18"/>
        </w:rPr>
        <w:t xml:space="preserve"> </w:t>
      </w:r>
      <w:proofErr w:type="spellStart"/>
      <w:r w:rsidRPr="000C596E">
        <w:rPr>
          <w:rFonts w:ascii="Sylfaen" w:hAnsi="Sylfaen" w:cs="Sylfaen"/>
          <w:sz w:val="18"/>
          <w:szCs w:val="18"/>
        </w:rPr>
        <w:t>გათვალისწინებული</w:t>
      </w:r>
      <w:proofErr w:type="spellEnd"/>
      <w:r w:rsidRPr="000C596E">
        <w:rPr>
          <w:rFonts w:cstheme="majorHAnsi"/>
          <w:sz w:val="18"/>
          <w:szCs w:val="18"/>
        </w:rPr>
        <w:t xml:space="preserve"> </w:t>
      </w:r>
      <w:proofErr w:type="spellStart"/>
      <w:r w:rsidRPr="000C596E">
        <w:rPr>
          <w:rFonts w:ascii="Sylfaen" w:hAnsi="Sylfaen" w:cs="Sylfaen"/>
          <w:sz w:val="18"/>
          <w:szCs w:val="18"/>
        </w:rPr>
        <w:t>სამუშაოების</w:t>
      </w:r>
      <w:proofErr w:type="spellEnd"/>
      <w:r w:rsidRPr="000C596E">
        <w:rPr>
          <w:rFonts w:cstheme="majorHAnsi"/>
          <w:sz w:val="18"/>
          <w:szCs w:val="18"/>
        </w:rPr>
        <w:t xml:space="preserve"> </w:t>
      </w:r>
      <w:proofErr w:type="spellStart"/>
      <w:r w:rsidRPr="000C596E">
        <w:rPr>
          <w:rFonts w:ascii="Sylfaen" w:hAnsi="Sylfaen" w:cs="Sylfaen"/>
          <w:sz w:val="18"/>
          <w:szCs w:val="18"/>
        </w:rPr>
        <w:t>განხორციელებისთვის</w:t>
      </w:r>
      <w:proofErr w:type="spellEnd"/>
      <w:r w:rsidRPr="000C596E">
        <w:rPr>
          <w:rFonts w:cstheme="majorHAnsi"/>
          <w:sz w:val="18"/>
          <w:szCs w:val="18"/>
        </w:rPr>
        <w:t xml:space="preserve"> </w:t>
      </w:r>
      <w:proofErr w:type="spellStart"/>
      <w:r w:rsidRPr="000C596E">
        <w:rPr>
          <w:rFonts w:ascii="Sylfaen" w:hAnsi="Sylfaen" w:cs="Sylfaen"/>
          <w:sz w:val="18"/>
          <w:szCs w:val="18"/>
        </w:rPr>
        <w:t>დამკვეთის</w:t>
      </w:r>
      <w:proofErr w:type="spellEnd"/>
      <w:r w:rsidRPr="000C596E">
        <w:rPr>
          <w:rFonts w:cstheme="majorHAnsi"/>
          <w:sz w:val="18"/>
          <w:szCs w:val="18"/>
        </w:rPr>
        <w:t xml:space="preserve"> </w:t>
      </w:r>
      <w:proofErr w:type="spellStart"/>
      <w:r w:rsidRPr="000C596E">
        <w:rPr>
          <w:rFonts w:ascii="Sylfaen" w:hAnsi="Sylfaen" w:cs="Sylfaen"/>
          <w:sz w:val="18"/>
          <w:szCs w:val="18"/>
        </w:rPr>
        <w:t>მიერ</w:t>
      </w:r>
      <w:proofErr w:type="spellEnd"/>
      <w:r w:rsidRPr="000C596E">
        <w:rPr>
          <w:rFonts w:cstheme="majorHAnsi"/>
          <w:sz w:val="18"/>
          <w:szCs w:val="18"/>
        </w:rPr>
        <w:t xml:space="preserve"> </w:t>
      </w:r>
      <w:proofErr w:type="spellStart"/>
      <w:r w:rsidRPr="000C596E">
        <w:rPr>
          <w:rFonts w:ascii="Sylfaen" w:hAnsi="Sylfaen" w:cs="Sylfaen"/>
          <w:sz w:val="18"/>
          <w:szCs w:val="18"/>
        </w:rPr>
        <w:t>მენარდისათვის</w:t>
      </w:r>
      <w:proofErr w:type="spellEnd"/>
      <w:r w:rsidRPr="000C596E">
        <w:rPr>
          <w:rFonts w:cstheme="majorHAnsi"/>
          <w:sz w:val="18"/>
          <w:szCs w:val="18"/>
        </w:rPr>
        <w:t xml:space="preserve"> </w:t>
      </w:r>
      <w:proofErr w:type="spellStart"/>
      <w:r w:rsidRPr="000C596E">
        <w:rPr>
          <w:rFonts w:ascii="Sylfaen" w:hAnsi="Sylfaen" w:cs="Sylfaen"/>
          <w:sz w:val="18"/>
          <w:szCs w:val="18"/>
        </w:rPr>
        <w:t>იმ</w:t>
      </w:r>
      <w:proofErr w:type="spellEnd"/>
      <w:r w:rsidRPr="000C596E">
        <w:rPr>
          <w:rFonts w:cstheme="majorHAnsi"/>
          <w:sz w:val="18"/>
          <w:szCs w:val="18"/>
        </w:rPr>
        <w:t xml:space="preserve"> </w:t>
      </w:r>
      <w:proofErr w:type="spellStart"/>
      <w:r w:rsidRPr="000C596E">
        <w:rPr>
          <w:rFonts w:ascii="Sylfaen" w:hAnsi="Sylfaen" w:cs="Sylfaen"/>
          <w:sz w:val="18"/>
          <w:szCs w:val="18"/>
        </w:rPr>
        <w:t>აუცილებელი</w:t>
      </w:r>
      <w:proofErr w:type="spellEnd"/>
      <w:r w:rsidRPr="000C596E">
        <w:rPr>
          <w:rFonts w:cstheme="majorHAnsi"/>
          <w:sz w:val="18"/>
          <w:szCs w:val="18"/>
        </w:rPr>
        <w:t xml:space="preserve"> </w:t>
      </w:r>
      <w:proofErr w:type="spellStart"/>
      <w:r w:rsidRPr="000C596E">
        <w:rPr>
          <w:rFonts w:ascii="Sylfaen" w:hAnsi="Sylfaen" w:cs="Sylfaen"/>
          <w:sz w:val="18"/>
          <w:szCs w:val="18"/>
        </w:rPr>
        <w:t>ნებართვების</w:t>
      </w:r>
      <w:proofErr w:type="spellEnd"/>
      <w:r w:rsidRPr="000C596E">
        <w:rPr>
          <w:rFonts w:cstheme="majorHAnsi"/>
          <w:sz w:val="18"/>
          <w:szCs w:val="18"/>
        </w:rPr>
        <w:t xml:space="preserve"> </w:t>
      </w:r>
      <w:proofErr w:type="spellStart"/>
      <w:r w:rsidRPr="000C596E">
        <w:rPr>
          <w:rFonts w:ascii="Sylfaen" w:hAnsi="Sylfaen" w:cs="Sylfaen"/>
          <w:sz w:val="18"/>
          <w:szCs w:val="18"/>
        </w:rPr>
        <w:t>გადაუცემლობის</w:t>
      </w:r>
      <w:proofErr w:type="spellEnd"/>
      <w:r w:rsidRPr="000C596E">
        <w:rPr>
          <w:rFonts w:cstheme="majorHAnsi"/>
          <w:sz w:val="18"/>
          <w:szCs w:val="18"/>
        </w:rPr>
        <w:t xml:space="preserve"> </w:t>
      </w:r>
      <w:proofErr w:type="spellStart"/>
      <w:r w:rsidRPr="000C596E">
        <w:rPr>
          <w:rFonts w:ascii="Sylfaen" w:hAnsi="Sylfaen" w:cs="Sylfaen"/>
          <w:sz w:val="18"/>
          <w:szCs w:val="18"/>
        </w:rPr>
        <w:t>ან</w:t>
      </w:r>
      <w:proofErr w:type="spellEnd"/>
      <w:r w:rsidRPr="000C596E">
        <w:rPr>
          <w:rFonts w:cstheme="majorHAnsi"/>
          <w:sz w:val="18"/>
          <w:szCs w:val="18"/>
        </w:rPr>
        <w:t>/</w:t>
      </w:r>
      <w:proofErr w:type="spellStart"/>
      <w:r w:rsidRPr="000C596E">
        <w:rPr>
          <w:rFonts w:ascii="Sylfaen" w:hAnsi="Sylfaen" w:cs="Sylfaen"/>
          <w:sz w:val="18"/>
          <w:szCs w:val="18"/>
        </w:rPr>
        <w:t>და</w:t>
      </w:r>
      <w:proofErr w:type="spellEnd"/>
      <w:r w:rsidRPr="000C596E">
        <w:rPr>
          <w:rFonts w:cstheme="majorHAnsi"/>
          <w:sz w:val="18"/>
          <w:szCs w:val="18"/>
        </w:rPr>
        <w:t xml:space="preserve"> </w:t>
      </w:r>
      <w:proofErr w:type="spellStart"/>
      <w:r w:rsidRPr="000C596E">
        <w:rPr>
          <w:rFonts w:ascii="Sylfaen" w:hAnsi="Sylfaen" w:cs="Sylfaen"/>
          <w:sz w:val="18"/>
          <w:szCs w:val="18"/>
        </w:rPr>
        <w:t>დამკვეთის</w:t>
      </w:r>
      <w:proofErr w:type="spellEnd"/>
      <w:r w:rsidRPr="000C596E">
        <w:rPr>
          <w:rFonts w:cstheme="majorHAnsi"/>
          <w:sz w:val="18"/>
          <w:szCs w:val="18"/>
        </w:rPr>
        <w:t xml:space="preserve"> </w:t>
      </w:r>
      <w:proofErr w:type="spellStart"/>
      <w:r w:rsidRPr="000C596E">
        <w:rPr>
          <w:rFonts w:ascii="Sylfaen" w:hAnsi="Sylfaen" w:cs="Sylfaen"/>
          <w:sz w:val="18"/>
          <w:szCs w:val="18"/>
        </w:rPr>
        <w:t>მიერ</w:t>
      </w:r>
      <w:proofErr w:type="spellEnd"/>
      <w:r w:rsidRPr="000C596E">
        <w:rPr>
          <w:rFonts w:cstheme="majorHAnsi"/>
          <w:sz w:val="18"/>
          <w:szCs w:val="18"/>
        </w:rPr>
        <w:t xml:space="preserve"> </w:t>
      </w:r>
      <w:proofErr w:type="spellStart"/>
      <w:r w:rsidRPr="000C596E">
        <w:rPr>
          <w:rFonts w:ascii="Sylfaen" w:hAnsi="Sylfaen" w:cs="Sylfaen"/>
          <w:sz w:val="18"/>
          <w:szCs w:val="18"/>
        </w:rPr>
        <w:t>იმ</w:t>
      </w:r>
      <w:proofErr w:type="spellEnd"/>
      <w:r w:rsidRPr="000C596E">
        <w:rPr>
          <w:rFonts w:cstheme="majorHAnsi"/>
          <w:sz w:val="18"/>
          <w:szCs w:val="18"/>
        </w:rPr>
        <w:t xml:space="preserve"> </w:t>
      </w:r>
      <w:proofErr w:type="spellStart"/>
      <w:r w:rsidRPr="000C596E">
        <w:rPr>
          <w:rFonts w:ascii="Sylfaen" w:hAnsi="Sylfaen" w:cs="Sylfaen"/>
          <w:sz w:val="18"/>
          <w:szCs w:val="18"/>
        </w:rPr>
        <w:t>ნებართვის</w:t>
      </w:r>
      <w:proofErr w:type="spellEnd"/>
      <w:r w:rsidRPr="000C596E">
        <w:rPr>
          <w:rFonts w:cstheme="majorHAnsi"/>
          <w:sz w:val="18"/>
          <w:szCs w:val="18"/>
        </w:rPr>
        <w:t xml:space="preserve"> </w:t>
      </w:r>
      <w:proofErr w:type="spellStart"/>
      <w:r w:rsidRPr="000C596E">
        <w:rPr>
          <w:rFonts w:ascii="Sylfaen" w:hAnsi="Sylfaen" w:cs="Sylfaen"/>
          <w:sz w:val="18"/>
          <w:szCs w:val="18"/>
        </w:rPr>
        <w:t>მოპოვებისთვის</w:t>
      </w:r>
      <w:proofErr w:type="spellEnd"/>
      <w:r w:rsidRPr="000C596E">
        <w:rPr>
          <w:rFonts w:cstheme="majorHAnsi"/>
          <w:sz w:val="18"/>
          <w:szCs w:val="18"/>
        </w:rPr>
        <w:t xml:space="preserve"> </w:t>
      </w:r>
      <w:proofErr w:type="spellStart"/>
      <w:r w:rsidRPr="000C596E">
        <w:rPr>
          <w:rFonts w:ascii="Sylfaen" w:hAnsi="Sylfaen" w:cs="Sylfaen"/>
          <w:sz w:val="18"/>
          <w:szCs w:val="18"/>
        </w:rPr>
        <w:t>აუცილებელი</w:t>
      </w:r>
      <w:proofErr w:type="spellEnd"/>
      <w:r w:rsidRPr="000C596E">
        <w:rPr>
          <w:rFonts w:cstheme="majorHAnsi"/>
          <w:sz w:val="18"/>
          <w:szCs w:val="18"/>
        </w:rPr>
        <w:t xml:space="preserve"> </w:t>
      </w:r>
      <w:proofErr w:type="spellStart"/>
      <w:r w:rsidRPr="000C596E">
        <w:rPr>
          <w:rFonts w:ascii="Sylfaen" w:hAnsi="Sylfaen" w:cs="Sylfaen"/>
          <w:sz w:val="18"/>
          <w:szCs w:val="18"/>
        </w:rPr>
        <w:t>პროცედურების</w:t>
      </w:r>
      <w:proofErr w:type="spellEnd"/>
      <w:r w:rsidRPr="000C596E">
        <w:rPr>
          <w:rFonts w:cstheme="majorHAnsi"/>
          <w:sz w:val="18"/>
          <w:szCs w:val="18"/>
        </w:rPr>
        <w:t xml:space="preserve"> </w:t>
      </w:r>
      <w:proofErr w:type="spellStart"/>
      <w:r w:rsidRPr="000C596E">
        <w:rPr>
          <w:rFonts w:ascii="Sylfaen" w:hAnsi="Sylfaen" w:cs="Sylfaen"/>
          <w:sz w:val="18"/>
          <w:szCs w:val="18"/>
        </w:rPr>
        <w:t>განუხორციელებლობა</w:t>
      </w:r>
      <w:proofErr w:type="spellEnd"/>
      <w:r w:rsidRPr="000C596E">
        <w:rPr>
          <w:rFonts w:cstheme="majorHAnsi"/>
          <w:sz w:val="18"/>
          <w:szCs w:val="18"/>
        </w:rPr>
        <w:t xml:space="preserve">, </w:t>
      </w:r>
      <w:proofErr w:type="spellStart"/>
      <w:r w:rsidRPr="000C596E">
        <w:rPr>
          <w:rFonts w:ascii="Sylfaen" w:hAnsi="Sylfaen" w:cs="Sylfaen"/>
          <w:sz w:val="18"/>
          <w:szCs w:val="18"/>
        </w:rPr>
        <w:t>რომელიც</w:t>
      </w:r>
      <w:proofErr w:type="spellEnd"/>
      <w:r w:rsidRPr="000C596E">
        <w:rPr>
          <w:rFonts w:cstheme="majorHAnsi"/>
          <w:sz w:val="18"/>
          <w:szCs w:val="18"/>
        </w:rPr>
        <w:t xml:space="preserve">, </w:t>
      </w:r>
      <w:proofErr w:type="spellStart"/>
      <w:r w:rsidRPr="000C596E">
        <w:rPr>
          <w:rFonts w:ascii="Sylfaen" w:hAnsi="Sylfaen" w:cs="Sylfaen"/>
          <w:sz w:val="18"/>
          <w:szCs w:val="18"/>
        </w:rPr>
        <w:t>ხელშეკრულების</w:t>
      </w:r>
      <w:proofErr w:type="spellEnd"/>
      <w:r w:rsidRPr="000C596E">
        <w:rPr>
          <w:rFonts w:cstheme="majorHAnsi"/>
          <w:sz w:val="18"/>
          <w:szCs w:val="18"/>
        </w:rPr>
        <w:t xml:space="preserve"> </w:t>
      </w:r>
      <w:proofErr w:type="spellStart"/>
      <w:r w:rsidRPr="000C596E">
        <w:rPr>
          <w:rFonts w:ascii="Sylfaen" w:hAnsi="Sylfaen" w:cs="Sylfaen"/>
          <w:sz w:val="18"/>
          <w:szCs w:val="18"/>
        </w:rPr>
        <w:t>შესაბამისად</w:t>
      </w:r>
      <w:proofErr w:type="spellEnd"/>
      <w:r w:rsidRPr="000C596E">
        <w:rPr>
          <w:rFonts w:cstheme="majorHAnsi"/>
          <w:sz w:val="18"/>
          <w:szCs w:val="18"/>
        </w:rPr>
        <w:t xml:space="preserve"> </w:t>
      </w:r>
      <w:proofErr w:type="spellStart"/>
      <w:r w:rsidRPr="000C596E">
        <w:rPr>
          <w:rFonts w:ascii="Sylfaen" w:hAnsi="Sylfaen" w:cs="Sylfaen"/>
          <w:sz w:val="18"/>
          <w:szCs w:val="18"/>
        </w:rPr>
        <w:t>ეკისრება</w:t>
      </w:r>
      <w:proofErr w:type="spellEnd"/>
      <w:r w:rsidRPr="000C596E">
        <w:rPr>
          <w:rFonts w:cstheme="majorHAnsi"/>
          <w:sz w:val="18"/>
          <w:szCs w:val="18"/>
        </w:rPr>
        <w:t xml:space="preserve"> </w:t>
      </w:r>
      <w:proofErr w:type="spellStart"/>
      <w:r w:rsidRPr="000C596E">
        <w:rPr>
          <w:rFonts w:ascii="Sylfaen" w:hAnsi="Sylfaen" w:cs="Sylfaen"/>
          <w:sz w:val="18"/>
          <w:szCs w:val="18"/>
        </w:rPr>
        <w:t>დამკვეთს</w:t>
      </w:r>
      <w:proofErr w:type="spellEnd"/>
      <w:r w:rsidRPr="000C596E">
        <w:rPr>
          <w:rFonts w:cstheme="majorHAnsi"/>
          <w:sz w:val="18"/>
          <w:szCs w:val="18"/>
        </w:rPr>
        <w:t>;</w:t>
      </w:r>
    </w:p>
    <w:p w14:paraId="7AFBFDC4" w14:textId="2B49FCDB" w:rsidR="004B6084" w:rsidRDefault="00A74260" w:rsidP="00185C20">
      <w:pPr>
        <w:pStyle w:val="ListParagraph"/>
        <w:numPr>
          <w:ilvl w:val="0"/>
          <w:numId w:val="24"/>
        </w:numPr>
        <w:jc w:val="both"/>
        <w:rPr>
          <w:rFonts w:cstheme="majorHAnsi"/>
          <w:sz w:val="18"/>
          <w:szCs w:val="18"/>
        </w:rPr>
      </w:pPr>
      <w:proofErr w:type="spellStart"/>
      <w:r w:rsidRPr="000C596E">
        <w:rPr>
          <w:rFonts w:ascii="Sylfaen" w:hAnsi="Sylfaen" w:cs="Sylfaen"/>
          <w:sz w:val="18"/>
          <w:szCs w:val="18"/>
        </w:rPr>
        <w:lastRenderedPageBreak/>
        <w:t>დამკვეთის</w:t>
      </w:r>
      <w:proofErr w:type="spellEnd"/>
      <w:r w:rsidRPr="000C596E">
        <w:rPr>
          <w:rFonts w:cstheme="majorHAnsi"/>
          <w:sz w:val="18"/>
          <w:szCs w:val="18"/>
        </w:rPr>
        <w:t xml:space="preserve"> </w:t>
      </w:r>
      <w:proofErr w:type="spellStart"/>
      <w:r w:rsidRPr="000C596E">
        <w:rPr>
          <w:rFonts w:ascii="Sylfaen" w:hAnsi="Sylfaen" w:cs="Sylfaen"/>
          <w:sz w:val="18"/>
          <w:szCs w:val="18"/>
        </w:rPr>
        <w:t>მიერ</w:t>
      </w:r>
      <w:proofErr w:type="spellEnd"/>
      <w:r w:rsidRPr="000C596E">
        <w:rPr>
          <w:rFonts w:cstheme="majorHAnsi"/>
          <w:sz w:val="18"/>
          <w:szCs w:val="18"/>
        </w:rPr>
        <w:t xml:space="preserve"> </w:t>
      </w:r>
      <w:proofErr w:type="spellStart"/>
      <w:r w:rsidRPr="000C596E">
        <w:rPr>
          <w:rFonts w:ascii="Sylfaen" w:hAnsi="Sylfaen" w:cs="Sylfaen"/>
          <w:sz w:val="18"/>
          <w:szCs w:val="18"/>
        </w:rPr>
        <w:t>სამუშაოების</w:t>
      </w:r>
      <w:proofErr w:type="spellEnd"/>
      <w:r w:rsidRPr="000C596E">
        <w:rPr>
          <w:rFonts w:cstheme="majorHAnsi"/>
          <w:sz w:val="18"/>
          <w:szCs w:val="18"/>
        </w:rPr>
        <w:t xml:space="preserve"> </w:t>
      </w:r>
      <w:proofErr w:type="spellStart"/>
      <w:r w:rsidRPr="000C596E">
        <w:rPr>
          <w:rFonts w:ascii="Sylfaen" w:hAnsi="Sylfaen" w:cs="Sylfaen"/>
          <w:sz w:val="18"/>
          <w:szCs w:val="18"/>
        </w:rPr>
        <w:t>შესასრულებლად</w:t>
      </w:r>
      <w:proofErr w:type="spellEnd"/>
      <w:r w:rsidRPr="000C596E">
        <w:rPr>
          <w:rFonts w:cstheme="majorHAnsi"/>
          <w:sz w:val="18"/>
          <w:szCs w:val="18"/>
        </w:rPr>
        <w:t xml:space="preserve"> </w:t>
      </w:r>
      <w:proofErr w:type="spellStart"/>
      <w:r w:rsidRPr="000C596E">
        <w:rPr>
          <w:rFonts w:ascii="Sylfaen" w:hAnsi="Sylfaen" w:cs="Sylfaen"/>
          <w:sz w:val="18"/>
          <w:szCs w:val="18"/>
        </w:rPr>
        <w:t>საჭირო</w:t>
      </w:r>
      <w:proofErr w:type="spellEnd"/>
      <w:r w:rsidRPr="000C596E">
        <w:rPr>
          <w:rFonts w:cstheme="majorHAnsi"/>
          <w:sz w:val="18"/>
          <w:szCs w:val="18"/>
        </w:rPr>
        <w:t xml:space="preserve"> </w:t>
      </w:r>
      <w:proofErr w:type="spellStart"/>
      <w:r w:rsidRPr="000C596E">
        <w:rPr>
          <w:rFonts w:ascii="Sylfaen" w:hAnsi="Sylfaen" w:cs="Sylfaen"/>
          <w:sz w:val="18"/>
          <w:szCs w:val="18"/>
        </w:rPr>
        <w:t>საპროექტო</w:t>
      </w:r>
      <w:proofErr w:type="spellEnd"/>
      <w:r w:rsidRPr="000C596E">
        <w:rPr>
          <w:rFonts w:cstheme="majorHAnsi"/>
          <w:sz w:val="18"/>
          <w:szCs w:val="18"/>
        </w:rPr>
        <w:t xml:space="preserve"> </w:t>
      </w:r>
      <w:proofErr w:type="spellStart"/>
      <w:r w:rsidRPr="000C596E">
        <w:rPr>
          <w:rFonts w:ascii="Sylfaen" w:hAnsi="Sylfaen" w:cs="Sylfaen"/>
          <w:sz w:val="18"/>
          <w:szCs w:val="18"/>
        </w:rPr>
        <w:t>დოკუმენტაციის</w:t>
      </w:r>
      <w:proofErr w:type="spellEnd"/>
      <w:r w:rsidRPr="000C596E">
        <w:rPr>
          <w:rFonts w:cstheme="majorHAnsi"/>
          <w:sz w:val="18"/>
          <w:szCs w:val="18"/>
        </w:rPr>
        <w:t xml:space="preserve"> </w:t>
      </w:r>
      <w:proofErr w:type="spellStart"/>
      <w:r w:rsidRPr="000C596E">
        <w:rPr>
          <w:rFonts w:ascii="Sylfaen" w:hAnsi="Sylfaen" w:cs="Sylfaen"/>
          <w:sz w:val="18"/>
          <w:szCs w:val="18"/>
        </w:rPr>
        <w:t>მენარდისთვის</w:t>
      </w:r>
      <w:proofErr w:type="spellEnd"/>
      <w:r w:rsidRPr="000C596E">
        <w:rPr>
          <w:rFonts w:cstheme="majorHAnsi"/>
          <w:sz w:val="18"/>
          <w:szCs w:val="18"/>
        </w:rPr>
        <w:t xml:space="preserve"> </w:t>
      </w:r>
      <w:proofErr w:type="spellStart"/>
      <w:r w:rsidRPr="000C596E">
        <w:rPr>
          <w:rFonts w:ascii="Sylfaen" w:hAnsi="Sylfaen" w:cs="Sylfaen"/>
          <w:sz w:val="18"/>
          <w:szCs w:val="18"/>
        </w:rPr>
        <w:t>მიუწოდებლობის</w:t>
      </w:r>
      <w:proofErr w:type="spellEnd"/>
      <w:r w:rsidRPr="000C596E">
        <w:rPr>
          <w:rFonts w:cstheme="majorHAnsi"/>
          <w:sz w:val="18"/>
          <w:szCs w:val="18"/>
        </w:rPr>
        <w:t xml:space="preserve"> </w:t>
      </w:r>
      <w:proofErr w:type="spellStart"/>
      <w:r w:rsidRPr="000C596E">
        <w:rPr>
          <w:rFonts w:ascii="Sylfaen" w:hAnsi="Sylfaen" w:cs="Sylfaen"/>
          <w:sz w:val="18"/>
          <w:szCs w:val="18"/>
        </w:rPr>
        <w:t>შემთხვევა</w:t>
      </w:r>
      <w:proofErr w:type="spellEnd"/>
      <w:r w:rsidRPr="000C596E">
        <w:rPr>
          <w:rFonts w:cstheme="majorHAnsi"/>
          <w:sz w:val="18"/>
          <w:szCs w:val="18"/>
        </w:rPr>
        <w:t xml:space="preserve"> </w:t>
      </w:r>
      <w:proofErr w:type="spellStart"/>
      <w:r w:rsidRPr="000C596E">
        <w:rPr>
          <w:rFonts w:ascii="Sylfaen" w:hAnsi="Sylfaen" w:cs="Sylfaen"/>
          <w:sz w:val="18"/>
          <w:szCs w:val="18"/>
        </w:rPr>
        <w:t>ან</w:t>
      </w:r>
      <w:proofErr w:type="spellEnd"/>
      <w:r w:rsidRPr="000C596E">
        <w:rPr>
          <w:rFonts w:cstheme="majorHAnsi"/>
          <w:sz w:val="18"/>
          <w:szCs w:val="18"/>
        </w:rPr>
        <w:t>/</w:t>
      </w:r>
      <w:proofErr w:type="spellStart"/>
      <w:r w:rsidRPr="000C596E">
        <w:rPr>
          <w:rFonts w:ascii="Sylfaen" w:hAnsi="Sylfaen" w:cs="Sylfaen"/>
          <w:sz w:val="18"/>
          <w:szCs w:val="18"/>
        </w:rPr>
        <w:t>და</w:t>
      </w:r>
      <w:proofErr w:type="spellEnd"/>
      <w:r w:rsidRPr="000C596E">
        <w:rPr>
          <w:rFonts w:cstheme="majorHAnsi"/>
          <w:sz w:val="18"/>
          <w:szCs w:val="18"/>
        </w:rPr>
        <w:t xml:space="preserve"> </w:t>
      </w:r>
      <w:proofErr w:type="spellStart"/>
      <w:r w:rsidRPr="000C596E">
        <w:rPr>
          <w:rFonts w:ascii="Sylfaen" w:hAnsi="Sylfaen" w:cs="Sylfaen"/>
          <w:sz w:val="18"/>
          <w:szCs w:val="18"/>
        </w:rPr>
        <w:t>დოკუმენტაციაში</w:t>
      </w:r>
      <w:proofErr w:type="spellEnd"/>
      <w:r w:rsidRPr="000C596E">
        <w:rPr>
          <w:rFonts w:cstheme="majorHAnsi"/>
          <w:sz w:val="18"/>
          <w:szCs w:val="18"/>
        </w:rPr>
        <w:t xml:space="preserve"> </w:t>
      </w:r>
      <w:proofErr w:type="spellStart"/>
      <w:r w:rsidRPr="000C596E">
        <w:rPr>
          <w:rFonts w:ascii="Sylfaen" w:hAnsi="Sylfaen" w:cs="Sylfaen"/>
          <w:sz w:val="18"/>
          <w:szCs w:val="18"/>
        </w:rPr>
        <w:t>შეუსაბამობის</w:t>
      </w:r>
      <w:proofErr w:type="spellEnd"/>
      <w:r w:rsidRPr="000C596E">
        <w:rPr>
          <w:rFonts w:cstheme="majorHAnsi"/>
          <w:sz w:val="18"/>
          <w:szCs w:val="18"/>
        </w:rPr>
        <w:t xml:space="preserve"> </w:t>
      </w:r>
      <w:proofErr w:type="spellStart"/>
      <w:r w:rsidRPr="000C596E">
        <w:rPr>
          <w:rFonts w:ascii="Sylfaen" w:hAnsi="Sylfaen" w:cs="Sylfaen"/>
          <w:sz w:val="18"/>
          <w:szCs w:val="18"/>
        </w:rPr>
        <w:t>გამოუსწორებლობის</w:t>
      </w:r>
      <w:proofErr w:type="spellEnd"/>
      <w:r w:rsidRPr="000C596E">
        <w:rPr>
          <w:rFonts w:cstheme="majorHAnsi"/>
          <w:sz w:val="18"/>
          <w:szCs w:val="18"/>
        </w:rPr>
        <w:t xml:space="preserve"> </w:t>
      </w:r>
      <w:proofErr w:type="spellStart"/>
      <w:r w:rsidRPr="000C596E">
        <w:rPr>
          <w:rFonts w:ascii="Sylfaen" w:hAnsi="Sylfaen" w:cs="Sylfaen"/>
          <w:sz w:val="18"/>
          <w:szCs w:val="18"/>
        </w:rPr>
        <w:t>შემთხვევა</w:t>
      </w:r>
      <w:proofErr w:type="spellEnd"/>
      <w:r w:rsidRPr="000C596E">
        <w:rPr>
          <w:rFonts w:cstheme="majorHAnsi"/>
          <w:sz w:val="18"/>
          <w:szCs w:val="18"/>
        </w:rPr>
        <w:t xml:space="preserve">; </w:t>
      </w:r>
    </w:p>
    <w:p w14:paraId="304347A8" w14:textId="7476CC6C" w:rsidR="004B6084" w:rsidRDefault="00A74260" w:rsidP="00185C20">
      <w:pPr>
        <w:pStyle w:val="ListParagraph"/>
        <w:numPr>
          <w:ilvl w:val="0"/>
          <w:numId w:val="24"/>
        </w:numPr>
        <w:jc w:val="both"/>
        <w:rPr>
          <w:rFonts w:cstheme="majorHAnsi"/>
          <w:sz w:val="18"/>
          <w:szCs w:val="18"/>
        </w:rPr>
      </w:pPr>
      <w:proofErr w:type="spellStart"/>
      <w:r w:rsidRPr="000C596E">
        <w:rPr>
          <w:rFonts w:ascii="Sylfaen" w:hAnsi="Sylfaen" w:cs="Sylfaen"/>
          <w:sz w:val="18"/>
          <w:szCs w:val="18"/>
        </w:rPr>
        <w:t>დამკვეთის</w:t>
      </w:r>
      <w:proofErr w:type="spellEnd"/>
      <w:r w:rsidRPr="000C596E">
        <w:rPr>
          <w:rFonts w:cstheme="majorHAnsi"/>
          <w:sz w:val="18"/>
          <w:szCs w:val="18"/>
        </w:rPr>
        <w:t xml:space="preserve"> </w:t>
      </w:r>
      <w:proofErr w:type="spellStart"/>
      <w:r w:rsidRPr="000C596E">
        <w:rPr>
          <w:rFonts w:ascii="Sylfaen" w:hAnsi="Sylfaen" w:cs="Sylfaen"/>
          <w:sz w:val="18"/>
          <w:szCs w:val="18"/>
        </w:rPr>
        <w:t>მიერ</w:t>
      </w:r>
      <w:proofErr w:type="spellEnd"/>
      <w:r w:rsidRPr="000C596E">
        <w:rPr>
          <w:rFonts w:cstheme="majorHAnsi"/>
          <w:sz w:val="18"/>
          <w:szCs w:val="18"/>
        </w:rPr>
        <w:t xml:space="preserve"> </w:t>
      </w:r>
      <w:proofErr w:type="spellStart"/>
      <w:r w:rsidRPr="000C596E">
        <w:rPr>
          <w:rFonts w:ascii="Sylfaen" w:hAnsi="Sylfaen" w:cs="Sylfaen"/>
          <w:sz w:val="18"/>
          <w:szCs w:val="18"/>
        </w:rPr>
        <w:t>წინამდებარე</w:t>
      </w:r>
      <w:proofErr w:type="spellEnd"/>
      <w:r w:rsidRPr="000C596E">
        <w:rPr>
          <w:rFonts w:cstheme="majorHAnsi"/>
          <w:sz w:val="18"/>
          <w:szCs w:val="18"/>
        </w:rPr>
        <w:t xml:space="preserve"> </w:t>
      </w:r>
      <w:proofErr w:type="spellStart"/>
      <w:r w:rsidRPr="000C596E">
        <w:rPr>
          <w:rFonts w:ascii="Sylfaen" w:hAnsi="Sylfaen" w:cs="Sylfaen"/>
          <w:sz w:val="18"/>
          <w:szCs w:val="18"/>
        </w:rPr>
        <w:t>ხელშეკრულებით</w:t>
      </w:r>
      <w:proofErr w:type="spellEnd"/>
      <w:r w:rsidRPr="000C596E">
        <w:rPr>
          <w:rFonts w:cstheme="majorHAnsi"/>
          <w:sz w:val="18"/>
          <w:szCs w:val="18"/>
        </w:rPr>
        <w:t xml:space="preserve"> </w:t>
      </w:r>
      <w:proofErr w:type="spellStart"/>
      <w:r w:rsidRPr="000C596E">
        <w:rPr>
          <w:rFonts w:ascii="Sylfaen" w:hAnsi="Sylfaen" w:cs="Sylfaen"/>
          <w:sz w:val="18"/>
          <w:szCs w:val="18"/>
        </w:rPr>
        <w:t>გათვალისწინებული</w:t>
      </w:r>
      <w:proofErr w:type="spellEnd"/>
      <w:r w:rsidRPr="000C596E">
        <w:rPr>
          <w:rFonts w:cstheme="majorHAnsi"/>
          <w:sz w:val="18"/>
          <w:szCs w:val="18"/>
        </w:rPr>
        <w:t xml:space="preserve"> </w:t>
      </w:r>
      <w:proofErr w:type="spellStart"/>
      <w:r w:rsidRPr="000C596E">
        <w:rPr>
          <w:rFonts w:ascii="Sylfaen" w:hAnsi="Sylfaen" w:cs="Sylfaen"/>
          <w:sz w:val="18"/>
          <w:szCs w:val="18"/>
        </w:rPr>
        <w:t>მასალების</w:t>
      </w:r>
      <w:proofErr w:type="spellEnd"/>
      <w:r w:rsidRPr="000C596E">
        <w:rPr>
          <w:rFonts w:cstheme="majorHAnsi"/>
          <w:sz w:val="18"/>
          <w:szCs w:val="18"/>
        </w:rPr>
        <w:t xml:space="preserve"> </w:t>
      </w:r>
      <w:proofErr w:type="spellStart"/>
      <w:r w:rsidRPr="000C596E">
        <w:rPr>
          <w:rFonts w:ascii="Sylfaen" w:hAnsi="Sylfaen" w:cs="Sylfaen"/>
          <w:sz w:val="18"/>
          <w:szCs w:val="18"/>
        </w:rPr>
        <w:t>დროულად</w:t>
      </w:r>
      <w:proofErr w:type="spellEnd"/>
      <w:r w:rsidRPr="000C596E">
        <w:rPr>
          <w:rFonts w:cstheme="majorHAnsi"/>
          <w:sz w:val="18"/>
          <w:szCs w:val="18"/>
        </w:rPr>
        <w:t xml:space="preserve">, </w:t>
      </w:r>
      <w:proofErr w:type="spellStart"/>
      <w:r w:rsidRPr="000C596E">
        <w:rPr>
          <w:rFonts w:ascii="Sylfaen" w:hAnsi="Sylfaen" w:cs="Sylfaen"/>
          <w:sz w:val="18"/>
          <w:szCs w:val="18"/>
        </w:rPr>
        <w:t>არასრულად</w:t>
      </w:r>
      <w:proofErr w:type="spellEnd"/>
      <w:r w:rsidRPr="000C596E">
        <w:rPr>
          <w:rFonts w:cstheme="majorHAnsi"/>
          <w:sz w:val="18"/>
          <w:szCs w:val="18"/>
        </w:rPr>
        <w:t xml:space="preserve"> </w:t>
      </w:r>
      <w:proofErr w:type="spellStart"/>
      <w:r w:rsidRPr="000C596E">
        <w:rPr>
          <w:rFonts w:ascii="Sylfaen" w:hAnsi="Sylfaen" w:cs="Sylfaen"/>
          <w:sz w:val="18"/>
          <w:szCs w:val="18"/>
        </w:rPr>
        <w:t>მიწოდების</w:t>
      </w:r>
      <w:proofErr w:type="spellEnd"/>
      <w:r w:rsidRPr="000C596E">
        <w:rPr>
          <w:rFonts w:cstheme="majorHAnsi"/>
          <w:sz w:val="18"/>
          <w:szCs w:val="18"/>
        </w:rPr>
        <w:t xml:space="preserve">, </w:t>
      </w:r>
      <w:proofErr w:type="spellStart"/>
      <w:r w:rsidRPr="000C596E">
        <w:rPr>
          <w:rFonts w:ascii="Sylfaen" w:hAnsi="Sylfaen" w:cs="Sylfaen"/>
          <w:sz w:val="18"/>
          <w:szCs w:val="18"/>
        </w:rPr>
        <w:t>მიუწოდებლობის</w:t>
      </w:r>
      <w:proofErr w:type="spellEnd"/>
      <w:r w:rsidRPr="000C596E">
        <w:rPr>
          <w:rFonts w:cstheme="majorHAnsi"/>
          <w:sz w:val="18"/>
          <w:szCs w:val="18"/>
        </w:rPr>
        <w:t xml:space="preserve"> </w:t>
      </w:r>
      <w:proofErr w:type="spellStart"/>
      <w:r w:rsidRPr="000C596E">
        <w:rPr>
          <w:rFonts w:ascii="Sylfaen" w:hAnsi="Sylfaen" w:cs="Sylfaen"/>
          <w:sz w:val="18"/>
          <w:szCs w:val="18"/>
        </w:rPr>
        <w:t>ან</w:t>
      </w:r>
      <w:proofErr w:type="spellEnd"/>
      <w:r w:rsidRPr="000C596E">
        <w:rPr>
          <w:rFonts w:cstheme="majorHAnsi"/>
          <w:sz w:val="18"/>
          <w:szCs w:val="18"/>
        </w:rPr>
        <w:t>/</w:t>
      </w:r>
      <w:proofErr w:type="spellStart"/>
      <w:r w:rsidRPr="000C596E">
        <w:rPr>
          <w:rFonts w:ascii="Sylfaen" w:hAnsi="Sylfaen" w:cs="Sylfaen"/>
          <w:sz w:val="18"/>
          <w:szCs w:val="18"/>
        </w:rPr>
        <w:t>და</w:t>
      </w:r>
      <w:proofErr w:type="spellEnd"/>
      <w:r w:rsidRPr="000C596E">
        <w:rPr>
          <w:rFonts w:cstheme="majorHAnsi"/>
          <w:sz w:val="18"/>
          <w:szCs w:val="18"/>
        </w:rPr>
        <w:t xml:space="preserve"> </w:t>
      </w:r>
      <w:proofErr w:type="spellStart"/>
      <w:r w:rsidRPr="000C596E">
        <w:rPr>
          <w:rFonts w:ascii="Sylfaen" w:hAnsi="Sylfaen" w:cs="Sylfaen"/>
          <w:sz w:val="18"/>
          <w:szCs w:val="18"/>
        </w:rPr>
        <w:t>შეუსაბამო</w:t>
      </w:r>
      <w:proofErr w:type="spellEnd"/>
      <w:r w:rsidRPr="000C596E">
        <w:rPr>
          <w:rFonts w:cstheme="majorHAnsi"/>
          <w:sz w:val="18"/>
          <w:szCs w:val="18"/>
        </w:rPr>
        <w:t xml:space="preserve"> </w:t>
      </w:r>
      <w:proofErr w:type="spellStart"/>
      <w:r w:rsidRPr="000C596E">
        <w:rPr>
          <w:rFonts w:ascii="Sylfaen" w:hAnsi="Sylfaen" w:cs="Sylfaen"/>
          <w:sz w:val="18"/>
          <w:szCs w:val="18"/>
        </w:rPr>
        <w:t>ხარისხის</w:t>
      </w:r>
      <w:proofErr w:type="spellEnd"/>
      <w:r w:rsidRPr="000C596E">
        <w:rPr>
          <w:rFonts w:cstheme="majorHAnsi"/>
          <w:sz w:val="18"/>
          <w:szCs w:val="18"/>
        </w:rPr>
        <w:t xml:space="preserve"> </w:t>
      </w:r>
      <w:proofErr w:type="spellStart"/>
      <w:r w:rsidRPr="000C596E">
        <w:rPr>
          <w:rFonts w:ascii="Sylfaen" w:hAnsi="Sylfaen" w:cs="Sylfaen"/>
          <w:sz w:val="18"/>
          <w:szCs w:val="18"/>
        </w:rPr>
        <w:t>მასალის</w:t>
      </w:r>
      <w:proofErr w:type="spellEnd"/>
      <w:r w:rsidRPr="000C596E">
        <w:rPr>
          <w:rFonts w:cstheme="majorHAnsi"/>
          <w:sz w:val="18"/>
          <w:szCs w:val="18"/>
        </w:rPr>
        <w:t xml:space="preserve"> </w:t>
      </w:r>
      <w:proofErr w:type="spellStart"/>
      <w:r w:rsidRPr="000C596E">
        <w:rPr>
          <w:rFonts w:ascii="Sylfaen" w:hAnsi="Sylfaen" w:cs="Sylfaen"/>
          <w:sz w:val="18"/>
          <w:szCs w:val="18"/>
        </w:rPr>
        <w:t>მიწოდების</w:t>
      </w:r>
      <w:proofErr w:type="spellEnd"/>
      <w:r w:rsidRPr="000C596E">
        <w:rPr>
          <w:rFonts w:cstheme="majorHAnsi"/>
          <w:sz w:val="18"/>
          <w:szCs w:val="18"/>
        </w:rPr>
        <w:t xml:space="preserve"> </w:t>
      </w:r>
      <w:proofErr w:type="spellStart"/>
      <w:r w:rsidRPr="000C596E">
        <w:rPr>
          <w:rFonts w:ascii="Sylfaen" w:hAnsi="Sylfaen" w:cs="Sylfaen"/>
          <w:sz w:val="18"/>
          <w:szCs w:val="18"/>
        </w:rPr>
        <w:t>შემთხვევა</w:t>
      </w:r>
      <w:proofErr w:type="spellEnd"/>
      <w:r w:rsidRPr="000C596E">
        <w:rPr>
          <w:rFonts w:cstheme="majorHAnsi"/>
          <w:sz w:val="18"/>
          <w:szCs w:val="18"/>
        </w:rPr>
        <w:t xml:space="preserve">, </w:t>
      </w:r>
      <w:proofErr w:type="spellStart"/>
      <w:r w:rsidRPr="000C596E">
        <w:rPr>
          <w:rFonts w:ascii="Sylfaen" w:hAnsi="Sylfaen" w:cs="Sylfaen"/>
          <w:sz w:val="18"/>
          <w:szCs w:val="18"/>
        </w:rPr>
        <w:t>რაც</w:t>
      </w:r>
      <w:proofErr w:type="spellEnd"/>
      <w:r w:rsidRPr="000C596E">
        <w:rPr>
          <w:rFonts w:cstheme="majorHAnsi"/>
          <w:sz w:val="18"/>
          <w:szCs w:val="18"/>
        </w:rPr>
        <w:t xml:space="preserve"> </w:t>
      </w:r>
      <w:proofErr w:type="spellStart"/>
      <w:r w:rsidRPr="000C596E">
        <w:rPr>
          <w:rFonts w:ascii="Sylfaen" w:hAnsi="Sylfaen" w:cs="Sylfaen"/>
          <w:sz w:val="18"/>
          <w:szCs w:val="18"/>
        </w:rPr>
        <w:t>იწვევს</w:t>
      </w:r>
      <w:proofErr w:type="spellEnd"/>
      <w:r w:rsidRPr="000C596E">
        <w:rPr>
          <w:rFonts w:cstheme="majorHAnsi"/>
          <w:sz w:val="18"/>
          <w:szCs w:val="18"/>
        </w:rPr>
        <w:t xml:space="preserve"> </w:t>
      </w:r>
      <w:proofErr w:type="spellStart"/>
      <w:r w:rsidRPr="000C596E">
        <w:rPr>
          <w:rFonts w:ascii="Sylfaen" w:hAnsi="Sylfaen" w:cs="Sylfaen"/>
          <w:sz w:val="18"/>
          <w:szCs w:val="18"/>
        </w:rPr>
        <w:t>ხელშეკრულებით</w:t>
      </w:r>
      <w:proofErr w:type="spellEnd"/>
      <w:r w:rsidRPr="000C596E">
        <w:rPr>
          <w:rFonts w:cstheme="majorHAnsi"/>
          <w:sz w:val="18"/>
          <w:szCs w:val="18"/>
        </w:rPr>
        <w:t xml:space="preserve"> </w:t>
      </w:r>
      <w:proofErr w:type="spellStart"/>
      <w:r w:rsidRPr="000C596E">
        <w:rPr>
          <w:rFonts w:ascii="Sylfaen" w:hAnsi="Sylfaen" w:cs="Sylfaen"/>
          <w:sz w:val="18"/>
          <w:szCs w:val="18"/>
        </w:rPr>
        <w:t>გათვალისწინებული</w:t>
      </w:r>
      <w:proofErr w:type="spellEnd"/>
      <w:r w:rsidRPr="000C596E">
        <w:rPr>
          <w:rFonts w:cstheme="majorHAnsi"/>
          <w:sz w:val="18"/>
          <w:szCs w:val="18"/>
        </w:rPr>
        <w:t xml:space="preserve"> </w:t>
      </w:r>
      <w:proofErr w:type="spellStart"/>
      <w:r w:rsidRPr="000C596E">
        <w:rPr>
          <w:rFonts w:ascii="Sylfaen" w:hAnsi="Sylfaen" w:cs="Sylfaen"/>
          <w:sz w:val="18"/>
          <w:szCs w:val="18"/>
        </w:rPr>
        <w:t>სამუშაოების</w:t>
      </w:r>
      <w:proofErr w:type="spellEnd"/>
      <w:r w:rsidRPr="000C596E">
        <w:rPr>
          <w:rFonts w:cstheme="majorHAnsi"/>
          <w:sz w:val="18"/>
          <w:szCs w:val="18"/>
        </w:rPr>
        <w:t xml:space="preserve"> </w:t>
      </w:r>
      <w:proofErr w:type="spellStart"/>
      <w:r w:rsidRPr="000C596E">
        <w:rPr>
          <w:rFonts w:ascii="Sylfaen" w:hAnsi="Sylfaen" w:cs="Sylfaen"/>
          <w:sz w:val="18"/>
          <w:szCs w:val="18"/>
        </w:rPr>
        <w:t>შესრულების</w:t>
      </w:r>
      <w:proofErr w:type="spellEnd"/>
      <w:r w:rsidRPr="000C596E">
        <w:rPr>
          <w:rFonts w:cstheme="majorHAnsi"/>
          <w:sz w:val="18"/>
          <w:szCs w:val="18"/>
        </w:rPr>
        <w:t xml:space="preserve"> </w:t>
      </w:r>
      <w:proofErr w:type="spellStart"/>
      <w:r w:rsidRPr="000C596E">
        <w:rPr>
          <w:rFonts w:ascii="Sylfaen" w:hAnsi="Sylfaen" w:cs="Sylfaen"/>
          <w:sz w:val="18"/>
          <w:szCs w:val="18"/>
        </w:rPr>
        <w:t>ვადის</w:t>
      </w:r>
      <w:proofErr w:type="spellEnd"/>
      <w:r w:rsidRPr="000C596E">
        <w:rPr>
          <w:rFonts w:cstheme="majorHAnsi"/>
          <w:sz w:val="18"/>
          <w:szCs w:val="18"/>
        </w:rPr>
        <w:t xml:space="preserve"> </w:t>
      </w:r>
      <w:proofErr w:type="spellStart"/>
      <w:r w:rsidRPr="000C596E">
        <w:rPr>
          <w:rFonts w:ascii="Sylfaen" w:hAnsi="Sylfaen" w:cs="Sylfaen"/>
          <w:sz w:val="18"/>
          <w:szCs w:val="18"/>
        </w:rPr>
        <w:t>გადაწევას</w:t>
      </w:r>
      <w:proofErr w:type="spellEnd"/>
      <w:r w:rsidRPr="000C596E">
        <w:rPr>
          <w:rFonts w:cstheme="majorHAnsi"/>
          <w:sz w:val="18"/>
          <w:szCs w:val="18"/>
        </w:rPr>
        <w:t xml:space="preserve">. </w:t>
      </w:r>
    </w:p>
    <w:p w14:paraId="2020D0D3" w14:textId="22D59E2E" w:rsidR="004B6084" w:rsidRDefault="00A74260" w:rsidP="00185C20">
      <w:pPr>
        <w:pStyle w:val="ListParagraph"/>
        <w:numPr>
          <w:ilvl w:val="0"/>
          <w:numId w:val="24"/>
        </w:numPr>
        <w:jc w:val="both"/>
        <w:rPr>
          <w:rFonts w:cstheme="majorHAnsi"/>
          <w:sz w:val="18"/>
          <w:szCs w:val="18"/>
        </w:rPr>
      </w:pPr>
      <w:proofErr w:type="spellStart"/>
      <w:r w:rsidRPr="000C596E">
        <w:rPr>
          <w:rFonts w:ascii="Sylfaen" w:hAnsi="Sylfaen" w:cs="Sylfaen"/>
          <w:sz w:val="18"/>
          <w:szCs w:val="18"/>
        </w:rPr>
        <w:t>წინამდებარე</w:t>
      </w:r>
      <w:proofErr w:type="spellEnd"/>
      <w:r w:rsidRPr="000C596E">
        <w:rPr>
          <w:rFonts w:cstheme="majorHAnsi"/>
          <w:sz w:val="18"/>
          <w:szCs w:val="18"/>
        </w:rPr>
        <w:t xml:space="preserve"> </w:t>
      </w:r>
      <w:proofErr w:type="spellStart"/>
      <w:r w:rsidRPr="000C596E">
        <w:rPr>
          <w:rFonts w:ascii="Sylfaen" w:hAnsi="Sylfaen" w:cs="Sylfaen"/>
          <w:sz w:val="18"/>
          <w:szCs w:val="18"/>
        </w:rPr>
        <w:t>ხელშეკრულებით</w:t>
      </w:r>
      <w:proofErr w:type="spellEnd"/>
      <w:r w:rsidRPr="000C596E">
        <w:rPr>
          <w:rFonts w:cstheme="majorHAnsi"/>
          <w:sz w:val="18"/>
          <w:szCs w:val="18"/>
        </w:rPr>
        <w:t xml:space="preserve"> </w:t>
      </w:r>
      <w:proofErr w:type="spellStart"/>
      <w:r w:rsidRPr="000C596E">
        <w:rPr>
          <w:rFonts w:ascii="Sylfaen" w:hAnsi="Sylfaen" w:cs="Sylfaen"/>
          <w:sz w:val="18"/>
          <w:szCs w:val="18"/>
        </w:rPr>
        <w:t>გათვალისწინებულ</w:t>
      </w:r>
      <w:proofErr w:type="spellEnd"/>
      <w:r w:rsidRPr="000C596E">
        <w:rPr>
          <w:rFonts w:cstheme="majorHAnsi"/>
          <w:sz w:val="18"/>
          <w:szCs w:val="18"/>
        </w:rPr>
        <w:t xml:space="preserve"> </w:t>
      </w:r>
      <w:proofErr w:type="spellStart"/>
      <w:r w:rsidRPr="000C596E">
        <w:rPr>
          <w:rFonts w:ascii="Sylfaen" w:hAnsi="Sylfaen" w:cs="Sylfaen"/>
          <w:sz w:val="18"/>
          <w:szCs w:val="18"/>
        </w:rPr>
        <w:t>ვადებში</w:t>
      </w:r>
      <w:proofErr w:type="spellEnd"/>
      <w:r w:rsidRPr="000C596E">
        <w:rPr>
          <w:rFonts w:cstheme="majorHAnsi"/>
          <w:sz w:val="18"/>
          <w:szCs w:val="18"/>
        </w:rPr>
        <w:t xml:space="preserve"> </w:t>
      </w:r>
      <w:proofErr w:type="spellStart"/>
      <w:r w:rsidRPr="000C596E">
        <w:rPr>
          <w:rFonts w:ascii="Sylfaen" w:hAnsi="Sylfaen" w:cs="Sylfaen"/>
          <w:sz w:val="18"/>
          <w:szCs w:val="18"/>
        </w:rPr>
        <w:t>დამკვეთის</w:t>
      </w:r>
      <w:proofErr w:type="spellEnd"/>
      <w:r w:rsidRPr="000C596E">
        <w:rPr>
          <w:rFonts w:cstheme="majorHAnsi"/>
          <w:sz w:val="18"/>
          <w:szCs w:val="18"/>
        </w:rPr>
        <w:t xml:space="preserve"> </w:t>
      </w:r>
      <w:proofErr w:type="spellStart"/>
      <w:r w:rsidRPr="000C596E">
        <w:rPr>
          <w:rFonts w:ascii="Sylfaen" w:hAnsi="Sylfaen" w:cs="Sylfaen"/>
          <w:sz w:val="18"/>
          <w:szCs w:val="18"/>
        </w:rPr>
        <w:t>მიერ</w:t>
      </w:r>
      <w:proofErr w:type="spellEnd"/>
      <w:r w:rsidRPr="000C596E">
        <w:rPr>
          <w:rFonts w:cstheme="majorHAnsi"/>
          <w:sz w:val="18"/>
          <w:szCs w:val="18"/>
        </w:rPr>
        <w:t xml:space="preserve"> </w:t>
      </w:r>
      <w:proofErr w:type="spellStart"/>
      <w:r w:rsidRPr="000C596E">
        <w:rPr>
          <w:rFonts w:ascii="Sylfaen" w:hAnsi="Sylfaen" w:cs="Sylfaen"/>
          <w:sz w:val="18"/>
          <w:szCs w:val="18"/>
        </w:rPr>
        <w:t>სამუშაოების</w:t>
      </w:r>
      <w:proofErr w:type="spellEnd"/>
      <w:r w:rsidRPr="000C596E">
        <w:rPr>
          <w:rFonts w:cstheme="majorHAnsi"/>
          <w:sz w:val="18"/>
          <w:szCs w:val="18"/>
        </w:rPr>
        <w:t xml:space="preserve"> </w:t>
      </w:r>
      <w:proofErr w:type="spellStart"/>
      <w:r w:rsidRPr="000C596E">
        <w:rPr>
          <w:rFonts w:ascii="Sylfaen" w:hAnsi="Sylfaen" w:cs="Sylfaen"/>
          <w:sz w:val="18"/>
          <w:szCs w:val="18"/>
        </w:rPr>
        <w:t>შემაფერხებელი</w:t>
      </w:r>
      <w:proofErr w:type="spellEnd"/>
      <w:r w:rsidRPr="000C596E">
        <w:rPr>
          <w:rFonts w:cstheme="majorHAnsi"/>
          <w:sz w:val="18"/>
          <w:szCs w:val="18"/>
        </w:rPr>
        <w:t xml:space="preserve"> </w:t>
      </w:r>
      <w:proofErr w:type="spellStart"/>
      <w:r w:rsidRPr="000C596E">
        <w:rPr>
          <w:rFonts w:ascii="Sylfaen" w:hAnsi="Sylfaen" w:cs="Sylfaen"/>
          <w:sz w:val="18"/>
          <w:szCs w:val="18"/>
        </w:rPr>
        <w:t>ან</w:t>
      </w:r>
      <w:proofErr w:type="spellEnd"/>
      <w:r w:rsidRPr="000C596E">
        <w:rPr>
          <w:rFonts w:cstheme="majorHAnsi"/>
          <w:sz w:val="18"/>
          <w:szCs w:val="18"/>
        </w:rPr>
        <w:t xml:space="preserve"> </w:t>
      </w:r>
      <w:proofErr w:type="spellStart"/>
      <w:r w:rsidRPr="000C596E">
        <w:rPr>
          <w:rFonts w:ascii="Sylfaen" w:hAnsi="Sylfaen" w:cs="Sylfaen"/>
          <w:sz w:val="18"/>
          <w:szCs w:val="18"/>
        </w:rPr>
        <w:t>ნებისმიერი</w:t>
      </w:r>
      <w:proofErr w:type="spellEnd"/>
      <w:r w:rsidRPr="000C596E">
        <w:rPr>
          <w:rFonts w:cstheme="majorHAnsi"/>
          <w:sz w:val="18"/>
          <w:szCs w:val="18"/>
        </w:rPr>
        <w:t xml:space="preserve"> </w:t>
      </w:r>
      <w:proofErr w:type="spellStart"/>
      <w:r w:rsidRPr="000C596E">
        <w:rPr>
          <w:rFonts w:ascii="Sylfaen" w:hAnsi="Sylfaen" w:cs="Sylfaen"/>
          <w:sz w:val="18"/>
          <w:szCs w:val="18"/>
        </w:rPr>
        <w:t>შეტყობინების</w:t>
      </w:r>
      <w:proofErr w:type="spellEnd"/>
      <w:r w:rsidRPr="000C596E">
        <w:rPr>
          <w:rFonts w:cstheme="majorHAnsi"/>
          <w:sz w:val="18"/>
          <w:szCs w:val="18"/>
        </w:rPr>
        <w:t xml:space="preserve"> </w:t>
      </w:r>
      <w:proofErr w:type="spellStart"/>
      <w:r w:rsidRPr="000C596E">
        <w:rPr>
          <w:rFonts w:ascii="Sylfaen" w:hAnsi="Sylfaen" w:cs="Sylfaen"/>
          <w:sz w:val="18"/>
          <w:szCs w:val="18"/>
        </w:rPr>
        <w:t>განუხორციელებლობის</w:t>
      </w:r>
      <w:proofErr w:type="spellEnd"/>
      <w:r w:rsidRPr="000C596E">
        <w:rPr>
          <w:rFonts w:cstheme="majorHAnsi"/>
          <w:sz w:val="18"/>
          <w:szCs w:val="18"/>
        </w:rPr>
        <w:t xml:space="preserve"> </w:t>
      </w:r>
      <w:proofErr w:type="spellStart"/>
      <w:r w:rsidRPr="000C596E">
        <w:rPr>
          <w:rFonts w:ascii="Sylfaen" w:hAnsi="Sylfaen" w:cs="Sylfaen"/>
          <w:sz w:val="18"/>
          <w:szCs w:val="18"/>
        </w:rPr>
        <w:t>შემთხვევა</w:t>
      </w:r>
      <w:proofErr w:type="spellEnd"/>
      <w:r w:rsidRPr="000C596E">
        <w:rPr>
          <w:rFonts w:cstheme="majorHAnsi"/>
          <w:sz w:val="18"/>
          <w:szCs w:val="18"/>
        </w:rPr>
        <w:t xml:space="preserve">, </w:t>
      </w:r>
      <w:proofErr w:type="spellStart"/>
      <w:r w:rsidRPr="000C596E">
        <w:rPr>
          <w:rFonts w:ascii="Sylfaen" w:hAnsi="Sylfaen" w:cs="Sylfaen"/>
          <w:sz w:val="18"/>
          <w:szCs w:val="18"/>
        </w:rPr>
        <w:t>რაც</w:t>
      </w:r>
      <w:proofErr w:type="spellEnd"/>
      <w:r w:rsidRPr="000C596E">
        <w:rPr>
          <w:rFonts w:cstheme="majorHAnsi"/>
          <w:sz w:val="18"/>
          <w:szCs w:val="18"/>
        </w:rPr>
        <w:t xml:space="preserve"> </w:t>
      </w:r>
      <w:proofErr w:type="spellStart"/>
      <w:r w:rsidRPr="000C596E">
        <w:rPr>
          <w:rFonts w:ascii="Sylfaen" w:hAnsi="Sylfaen" w:cs="Sylfaen"/>
          <w:sz w:val="18"/>
          <w:szCs w:val="18"/>
        </w:rPr>
        <w:t>იწვევს</w:t>
      </w:r>
      <w:proofErr w:type="spellEnd"/>
      <w:r w:rsidRPr="000C596E">
        <w:rPr>
          <w:rFonts w:cstheme="majorHAnsi"/>
          <w:sz w:val="18"/>
          <w:szCs w:val="18"/>
        </w:rPr>
        <w:t xml:space="preserve"> </w:t>
      </w:r>
      <w:proofErr w:type="spellStart"/>
      <w:r w:rsidRPr="000C596E">
        <w:rPr>
          <w:rFonts w:ascii="Sylfaen" w:hAnsi="Sylfaen" w:cs="Sylfaen"/>
          <w:sz w:val="18"/>
          <w:szCs w:val="18"/>
        </w:rPr>
        <w:t>შესასრულებელი</w:t>
      </w:r>
      <w:proofErr w:type="spellEnd"/>
      <w:r w:rsidRPr="000C596E">
        <w:rPr>
          <w:rFonts w:cstheme="majorHAnsi"/>
          <w:sz w:val="18"/>
          <w:szCs w:val="18"/>
        </w:rPr>
        <w:t xml:space="preserve"> </w:t>
      </w:r>
      <w:proofErr w:type="spellStart"/>
      <w:r w:rsidRPr="000C596E">
        <w:rPr>
          <w:rFonts w:ascii="Sylfaen" w:hAnsi="Sylfaen" w:cs="Sylfaen"/>
          <w:sz w:val="18"/>
          <w:szCs w:val="18"/>
        </w:rPr>
        <w:t>სამუშაოების</w:t>
      </w:r>
      <w:proofErr w:type="spellEnd"/>
      <w:r w:rsidRPr="000C596E">
        <w:rPr>
          <w:rFonts w:cstheme="majorHAnsi"/>
          <w:sz w:val="18"/>
          <w:szCs w:val="18"/>
        </w:rPr>
        <w:t xml:space="preserve"> </w:t>
      </w:r>
      <w:proofErr w:type="spellStart"/>
      <w:r w:rsidRPr="000C596E">
        <w:rPr>
          <w:rFonts w:ascii="Sylfaen" w:hAnsi="Sylfaen" w:cs="Sylfaen"/>
          <w:sz w:val="18"/>
          <w:szCs w:val="18"/>
        </w:rPr>
        <w:t>ვადების</w:t>
      </w:r>
      <w:proofErr w:type="spellEnd"/>
      <w:r w:rsidRPr="000C596E">
        <w:rPr>
          <w:rFonts w:cstheme="majorHAnsi"/>
          <w:sz w:val="18"/>
          <w:szCs w:val="18"/>
        </w:rPr>
        <w:t xml:space="preserve"> </w:t>
      </w:r>
      <w:proofErr w:type="spellStart"/>
      <w:r w:rsidRPr="000C596E">
        <w:rPr>
          <w:rFonts w:ascii="Sylfaen" w:hAnsi="Sylfaen" w:cs="Sylfaen"/>
          <w:sz w:val="18"/>
          <w:szCs w:val="18"/>
        </w:rPr>
        <w:t>შეფერხებას</w:t>
      </w:r>
      <w:proofErr w:type="spellEnd"/>
      <w:r w:rsidRPr="000C596E">
        <w:rPr>
          <w:rFonts w:cstheme="majorHAnsi"/>
          <w:sz w:val="18"/>
          <w:szCs w:val="18"/>
        </w:rPr>
        <w:t>;</w:t>
      </w:r>
    </w:p>
    <w:p w14:paraId="7CE1CD1E" w14:textId="09C008C4" w:rsidR="000C596E" w:rsidRPr="00D06AFB" w:rsidRDefault="00A74260" w:rsidP="00185C20">
      <w:pPr>
        <w:pStyle w:val="ListParagraph"/>
        <w:numPr>
          <w:ilvl w:val="0"/>
          <w:numId w:val="24"/>
        </w:numPr>
        <w:jc w:val="both"/>
        <w:rPr>
          <w:rFonts w:cstheme="majorHAnsi"/>
          <w:sz w:val="18"/>
          <w:szCs w:val="18"/>
        </w:rPr>
      </w:pPr>
      <w:proofErr w:type="spellStart"/>
      <w:r w:rsidRPr="00D06AFB">
        <w:rPr>
          <w:rFonts w:ascii="Sylfaen" w:hAnsi="Sylfaen" w:cs="Sylfaen"/>
          <w:sz w:val="18"/>
          <w:szCs w:val="18"/>
        </w:rPr>
        <w:t>ხელშეკრულების</w:t>
      </w:r>
      <w:proofErr w:type="spellEnd"/>
      <w:r w:rsidRPr="00D06AFB">
        <w:rPr>
          <w:rFonts w:cstheme="majorHAnsi"/>
          <w:sz w:val="18"/>
          <w:szCs w:val="18"/>
        </w:rPr>
        <w:t xml:space="preserve"> 5.1.</w:t>
      </w:r>
      <w:r w:rsidR="00242A85">
        <w:rPr>
          <w:rFonts w:cstheme="majorHAnsi"/>
          <w:sz w:val="18"/>
          <w:szCs w:val="18"/>
          <w:lang w:val="ka-GE"/>
        </w:rPr>
        <w:t>3</w:t>
      </w:r>
      <w:r w:rsidRPr="00D06AFB">
        <w:rPr>
          <w:rFonts w:cstheme="majorHAnsi"/>
          <w:sz w:val="18"/>
          <w:szCs w:val="18"/>
        </w:rPr>
        <w:t xml:space="preserve">, 5.2 </w:t>
      </w:r>
      <w:proofErr w:type="spellStart"/>
      <w:r w:rsidRPr="00D06AFB">
        <w:rPr>
          <w:rFonts w:ascii="Sylfaen" w:hAnsi="Sylfaen" w:cs="Sylfaen"/>
          <w:sz w:val="18"/>
          <w:szCs w:val="18"/>
        </w:rPr>
        <w:t>და</w:t>
      </w:r>
      <w:proofErr w:type="spellEnd"/>
      <w:r w:rsidRPr="00D06AFB">
        <w:rPr>
          <w:rFonts w:cstheme="majorHAnsi"/>
          <w:sz w:val="18"/>
          <w:szCs w:val="18"/>
        </w:rPr>
        <w:t xml:space="preserve"> 5.3. </w:t>
      </w:r>
      <w:proofErr w:type="spellStart"/>
      <w:r w:rsidRPr="00D06AFB">
        <w:rPr>
          <w:rFonts w:ascii="Sylfaen" w:hAnsi="Sylfaen" w:cs="Sylfaen"/>
          <w:sz w:val="18"/>
          <w:szCs w:val="18"/>
        </w:rPr>
        <w:t>მუხლებით</w:t>
      </w:r>
      <w:proofErr w:type="spellEnd"/>
      <w:r w:rsidRPr="00D06AFB">
        <w:rPr>
          <w:rFonts w:cstheme="majorHAnsi"/>
          <w:sz w:val="18"/>
          <w:szCs w:val="18"/>
        </w:rPr>
        <w:t xml:space="preserve"> </w:t>
      </w:r>
      <w:proofErr w:type="spellStart"/>
      <w:r w:rsidRPr="00D06AFB">
        <w:rPr>
          <w:rFonts w:ascii="Sylfaen" w:hAnsi="Sylfaen" w:cs="Sylfaen"/>
          <w:sz w:val="18"/>
          <w:szCs w:val="18"/>
        </w:rPr>
        <w:t>განსაზღვრული</w:t>
      </w:r>
      <w:proofErr w:type="spellEnd"/>
      <w:r w:rsidRPr="00D06AFB">
        <w:rPr>
          <w:rFonts w:cstheme="majorHAnsi"/>
          <w:sz w:val="18"/>
          <w:szCs w:val="18"/>
        </w:rPr>
        <w:t xml:space="preserve"> </w:t>
      </w:r>
      <w:proofErr w:type="spellStart"/>
      <w:r w:rsidRPr="00D06AFB">
        <w:rPr>
          <w:rFonts w:ascii="Sylfaen" w:hAnsi="Sylfaen" w:cs="Sylfaen"/>
          <w:sz w:val="18"/>
          <w:szCs w:val="18"/>
        </w:rPr>
        <w:t>შემთხვევები</w:t>
      </w:r>
      <w:proofErr w:type="spellEnd"/>
      <w:r w:rsidRPr="00D06AFB">
        <w:rPr>
          <w:rFonts w:cstheme="majorHAnsi"/>
          <w:sz w:val="18"/>
          <w:szCs w:val="18"/>
        </w:rPr>
        <w:t>.</w:t>
      </w:r>
    </w:p>
    <w:p w14:paraId="4FC53AA2" w14:textId="44837A34" w:rsidR="000C596E" w:rsidRPr="000C596E" w:rsidRDefault="00A74260" w:rsidP="00185C20">
      <w:pPr>
        <w:pStyle w:val="ListParagraph"/>
        <w:numPr>
          <w:ilvl w:val="1"/>
          <w:numId w:val="13"/>
        </w:numPr>
        <w:jc w:val="both"/>
        <w:rPr>
          <w:rFonts w:cstheme="majorHAnsi"/>
          <w:sz w:val="18"/>
          <w:szCs w:val="18"/>
        </w:rPr>
      </w:pPr>
      <w:proofErr w:type="spellStart"/>
      <w:r w:rsidRPr="000C596E">
        <w:rPr>
          <w:rFonts w:ascii="Sylfaen" w:hAnsi="Sylfaen" w:cs="Sylfaen"/>
          <w:sz w:val="18"/>
          <w:szCs w:val="18"/>
        </w:rPr>
        <w:t>იმ</w:t>
      </w:r>
      <w:proofErr w:type="spellEnd"/>
      <w:r w:rsidRPr="000C596E">
        <w:rPr>
          <w:rFonts w:cstheme="majorHAnsi"/>
          <w:sz w:val="18"/>
          <w:szCs w:val="18"/>
        </w:rPr>
        <w:t xml:space="preserve"> </w:t>
      </w:r>
      <w:proofErr w:type="spellStart"/>
      <w:r w:rsidRPr="000C596E">
        <w:rPr>
          <w:rFonts w:ascii="Sylfaen" w:hAnsi="Sylfaen" w:cs="Sylfaen"/>
          <w:sz w:val="18"/>
          <w:szCs w:val="18"/>
        </w:rPr>
        <w:t>შემთხვევაში</w:t>
      </w:r>
      <w:proofErr w:type="spellEnd"/>
      <w:r w:rsidRPr="000C596E">
        <w:rPr>
          <w:rFonts w:cstheme="majorHAnsi"/>
          <w:sz w:val="18"/>
          <w:szCs w:val="18"/>
        </w:rPr>
        <w:t xml:space="preserve">, </w:t>
      </w:r>
      <w:proofErr w:type="spellStart"/>
      <w:r w:rsidRPr="000C596E">
        <w:rPr>
          <w:rFonts w:ascii="Sylfaen" w:hAnsi="Sylfaen" w:cs="Sylfaen"/>
          <w:sz w:val="18"/>
          <w:szCs w:val="18"/>
        </w:rPr>
        <w:t>თუ</w:t>
      </w:r>
      <w:proofErr w:type="spellEnd"/>
      <w:r w:rsidRPr="000C596E">
        <w:rPr>
          <w:rFonts w:cstheme="majorHAnsi"/>
          <w:sz w:val="18"/>
          <w:szCs w:val="18"/>
        </w:rPr>
        <w:t xml:space="preserve"> </w:t>
      </w:r>
      <w:proofErr w:type="spellStart"/>
      <w:r w:rsidRPr="000C596E">
        <w:rPr>
          <w:rFonts w:ascii="Sylfaen" w:hAnsi="Sylfaen" w:cs="Sylfaen"/>
          <w:sz w:val="18"/>
          <w:szCs w:val="18"/>
        </w:rPr>
        <w:t>დამკვეთის</w:t>
      </w:r>
      <w:proofErr w:type="spellEnd"/>
      <w:r w:rsidRPr="000C596E">
        <w:rPr>
          <w:rFonts w:cstheme="majorHAnsi"/>
          <w:sz w:val="18"/>
          <w:szCs w:val="18"/>
        </w:rPr>
        <w:t xml:space="preserve"> </w:t>
      </w:r>
      <w:proofErr w:type="spellStart"/>
      <w:r w:rsidRPr="000C596E">
        <w:rPr>
          <w:rFonts w:ascii="Sylfaen" w:hAnsi="Sylfaen" w:cs="Sylfaen"/>
          <w:sz w:val="18"/>
          <w:szCs w:val="18"/>
        </w:rPr>
        <w:t>მიერ</w:t>
      </w:r>
      <w:proofErr w:type="spellEnd"/>
      <w:r w:rsidRPr="000C596E">
        <w:rPr>
          <w:rFonts w:cstheme="majorHAnsi"/>
          <w:sz w:val="18"/>
          <w:szCs w:val="18"/>
        </w:rPr>
        <w:t xml:space="preserve"> </w:t>
      </w:r>
      <w:proofErr w:type="spellStart"/>
      <w:r w:rsidRPr="000C596E">
        <w:rPr>
          <w:rFonts w:ascii="Sylfaen" w:hAnsi="Sylfaen" w:cs="Sylfaen"/>
          <w:sz w:val="18"/>
          <w:szCs w:val="18"/>
        </w:rPr>
        <w:t>მოხდება</w:t>
      </w:r>
      <w:proofErr w:type="spellEnd"/>
      <w:r w:rsidRPr="000C596E">
        <w:rPr>
          <w:rFonts w:cstheme="majorHAnsi"/>
          <w:sz w:val="18"/>
          <w:szCs w:val="18"/>
        </w:rPr>
        <w:t xml:space="preserve"> </w:t>
      </w:r>
      <w:proofErr w:type="spellStart"/>
      <w:r w:rsidRPr="000C596E">
        <w:rPr>
          <w:rFonts w:ascii="Sylfaen" w:hAnsi="Sylfaen" w:cs="Sylfaen"/>
          <w:sz w:val="18"/>
          <w:szCs w:val="18"/>
        </w:rPr>
        <w:t>ხელშეკრულებით</w:t>
      </w:r>
      <w:proofErr w:type="spellEnd"/>
      <w:r w:rsidRPr="000C596E">
        <w:rPr>
          <w:rFonts w:cstheme="majorHAnsi"/>
          <w:sz w:val="18"/>
          <w:szCs w:val="18"/>
        </w:rPr>
        <w:t xml:space="preserve"> </w:t>
      </w:r>
      <w:proofErr w:type="spellStart"/>
      <w:r w:rsidRPr="000C596E">
        <w:rPr>
          <w:rFonts w:ascii="Sylfaen" w:hAnsi="Sylfaen" w:cs="Sylfaen"/>
          <w:sz w:val="18"/>
          <w:szCs w:val="18"/>
        </w:rPr>
        <w:t>გათვალისწინებული</w:t>
      </w:r>
      <w:proofErr w:type="spellEnd"/>
      <w:r w:rsidRPr="000C596E">
        <w:rPr>
          <w:rFonts w:cstheme="majorHAnsi"/>
          <w:sz w:val="18"/>
          <w:szCs w:val="18"/>
        </w:rPr>
        <w:t xml:space="preserve"> </w:t>
      </w:r>
      <w:proofErr w:type="spellStart"/>
      <w:r w:rsidRPr="000C596E">
        <w:rPr>
          <w:rFonts w:ascii="Sylfaen" w:hAnsi="Sylfaen" w:cs="Sylfaen"/>
          <w:sz w:val="18"/>
          <w:szCs w:val="18"/>
        </w:rPr>
        <w:t>თანხის</w:t>
      </w:r>
      <w:proofErr w:type="spellEnd"/>
      <w:r w:rsidRPr="000C596E">
        <w:rPr>
          <w:rFonts w:cstheme="majorHAnsi"/>
          <w:sz w:val="18"/>
          <w:szCs w:val="18"/>
        </w:rPr>
        <w:t xml:space="preserve"> </w:t>
      </w:r>
      <w:proofErr w:type="spellStart"/>
      <w:r w:rsidRPr="000C596E">
        <w:rPr>
          <w:rFonts w:ascii="Sylfaen" w:hAnsi="Sylfaen" w:cs="Sylfaen"/>
          <w:sz w:val="18"/>
          <w:szCs w:val="18"/>
        </w:rPr>
        <w:t>გადახდის</w:t>
      </w:r>
      <w:proofErr w:type="spellEnd"/>
      <w:r w:rsidRPr="000C596E">
        <w:rPr>
          <w:rFonts w:cstheme="majorHAnsi"/>
          <w:sz w:val="18"/>
          <w:szCs w:val="18"/>
        </w:rPr>
        <w:t xml:space="preserve"> </w:t>
      </w:r>
      <w:proofErr w:type="spellStart"/>
      <w:r w:rsidRPr="000C596E">
        <w:rPr>
          <w:rFonts w:ascii="Sylfaen" w:hAnsi="Sylfaen" w:cs="Sylfaen"/>
          <w:sz w:val="18"/>
          <w:szCs w:val="18"/>
        </w:rPr>
        <w:t>ვადების</w:t>
      </w:r>
      <w:proofErr w:type="spellEnd"/>
      <w:r w:rsidRPr="000C596E">
        <w:rPr>
          <w:rFonts w:cstheme="majorHAnsi"/>
          <w:sz w:val="18"/>
          <w:szCs w:val="18"/>
        </w:rPr>
        <w:t xml:space="preserve"> </w:t>
      </w:r>
      <w:proofErr w:type="spellStart"/>
      <w:r w:rsidRPr="000C596E">
        <w:rPr>
          <w:rFonts w:ascii="Sylfaen" w:hAnsi="Sylfaen" w:cs="Sylfaen"/>
          <w:sz w:val="18"/>
          <w:szCs w:val="18"/>
        </w:rPr>
        <w:t>დარღვევა</w:t>
      </w:r>
      <w:proofErr w:type="spellEnd"/>
      <w:r w:rsidRPr="000C596E">
        <w:rPr>
          <w:rFonts w:cstheme="majorHAnsi"/>
          <w:sz w:val="18"/>
          <w:szCs w:val="18"/>
        </w:rPr>
        <w:t xml:space="preserve">, </w:t>
      </w:r>
      <w:r w:rsidR="00570ACF">
        <w:rPr>
          <w:rFonts w:ascii="Sylfaen" w:hAnsi="Sylfaen" w:cs="Sylfaen"/>
          <w:sz w:val="18"/>
          <w:szCs w:val="18"/>
          <w:lang w:val="ka-GE"/>
        </w:rPr>
        <w:t>მენარდე</w:t>
      </w:r>
      <w:r w:rsidRPr="000C596E">
        <w:rPr>
          <w:rFonts w:cstheme="majorHAnsi"/>
          <w:sz w:val="18"/>
          <w:szCs w:val="18"/>
        </w:rPr>
        <w:t xml:space="preserve"> </w:t>
      </w:r>
      <w:proofErr w:type="spellStart"/>
      <w:r w:rsidRPr="000C596E">
        <w:rPr>
          <w:rFonts w:ascii="Sylfaen" w:hAnsi="Sylfaen" w:cs="Sylfaen"/>
          <w:sz w:val="18"/>
          <w:szCs w:val="18"/>
        </w:rPr>
        <w:t>უფლებამოსილია</w:t>
      </w:r>
      <w:proofErr w:type="spellEnd"/>
      <w:r w:rsidRPr="000C596E">
        <w:rPr>
          <w:rFonts w:cstheme="majorHAnsi"/>
          <w:sz w:val="18"/>
          <w:szCs w:val="18"/>
        </w:rPr>
        <w:t xml:space="preserve">, </w:t>
      </w:r>
      <w:proofErr w:type="spellStart"/>
      <w:r w:rsidRPr="000C596E">
        <w:rPr>
          <w:rFonts w:ascii="Sylfaen" w:hAnsi="Sylfaen" w:cs="Sylfaen"/>
          <w:sz w:val="18"/>
          <w:szCs w:val="18"/>
        </w:rPr>
        <w:t>დამკვეთს</w:t>
      </w:r>
      <w:proofErr w:type="spellEnd"/>
      <w:r w:rsidRPr="000C596E">
        <w:rPr>
          <w:rFonts w:cstheme="majorHAnsi"/>
          <w:sz w:val="18"/>
          <w:szCs w:val="18"/>
        </w:rPr>
        <w:t xml:space="preserve"> </w:t>
      </w:r>
      <w:proofErr w:type="spellStart"/>
      <w:r w:rsidRPr="000C596E">
        <w:rPr>
          <w:rFonts w:ascii="Sylfaen" w:hAnsi="Sylfaen" w:cs="Sylfaen"/>
          <w:sz w:val="18"/>
          <w:szCs w:val="18"/>
        </w:rPr>
        <w:t>დააკისროს</w:t>
      </w:r>
      <w:proofErr w:type="spellEnd"/>
      <w:r w:rsidRPr="000C596E">
        <w:rPr>
          <w:rFonts w:cstheme="majorHAnsi"/>
          <w:sz w:val="18"/>
          <w:szCs w:val="18"/>
        </w:rPr>
        <w:t xml:space="preserve"> </w:t>
      </w:r>
      <w:proofErr w:type="spellStart"/>
      <w:r w:rsidRPr="000C596E">
        <w:rPr>
          <w:rFonts w:ascii="Sylfaen" w:hAnsi="Sylfaen" w:cs="Sylfaen"/>
          <w:sz w:val="18"/>
          <w:szCs w:val="18"/>
        </w:rPr>
        <w:t>ჯარიმა</w:t>
      </w:r>
      <w:proofErr w:type="spellEnd"/>
      <w:r w:rsidRPr="000C596E">
        <w:rPr>
          <w:rFonts w:cstheme="majorHAnsi"/>
          <w:sz w:val="18"/>
          <w:szCs w:val="18"/>
        </w:rPr>
        <w:t>,</w:t>
      </w:r>
      <w:r w:rsidR="00185C20">
        <w:rPr>
          <w:rFonts w:cstheme="majorHAnsi"/>
          <w:sz w:val="18"/>
          <w:szCs w:val="18"/>
        </w:rPr>
        <w:t xml:space="preserve"> </w:t>
      </w:r>
      <w:proofErr w:type="spellStart"/>
      <w:r w:rsidRPr="000C596E">
        <w:rPr>
          <w:rFonts w:ascii="Sylfaen" w:hAnsi="Sylfaen" w:cs="Sylfaen"/>
          <w:sz w:val="18"/>
          <w:szCs w:val="18"/>
        </w:rPr>
        <w:t>იმ</w:t>
      </w:r>
      <w:proofErr w:type="spellEnd"/>
      <w:r w:rsidRPr="000C596E">
        <w:rPr>
          <w:rFonts w:cstheme="majorHAnsi"/>
          <w:sz w:val="18"/>
          <w:szCs w:val="18"/>
        </w:rPr>
        <w:t xml:space="preserve"> </w:t>
      </w:r>
      <w:proofErr w:type="spellStart"/>
      <w:r w:rsidRPr="000C596E">
        <w:rPr>
          <w:rFonts w:ascii="Sylfaen" w:hAnsi="Sylfaen" w:cs="Sylfaen"/>
          <w:sz w:val="18"/>
          <w:szCs w:val="18"/>
        </w:rPr>
        <w:t>დროისათვის</w:t>
      </w:r>
      <w:proofErr w:type="spellEnd"/>
      <w:r w:rsidRPr="000C596E">
        <w:rPr>
          <w:rFonts w:cstheme="majorHAnsi"/>
          <w:sz w:val="18"/>
          <w:szCs w:val="18"/>
        </w:rPr>
        <w:t xml:space="preserve"> </w:t>
      </w:r>
      <w:proofErr w:type="spellStart"/>
      <w:r w:rsidRPr="000C596E">
        <w:rPr>
          <w:rFonts w:ascii="Sylfaen" w:hAnsi="Sylfaen" w:cs="Sylfaen"/>
          <w:sz w:val="18"/>
          <w:szCs w:val="18"/>
        </w:rPr>
        <w:t>გადასახდელი</w:t>
      </w:r>
      <w:proofErr w:type="spellEnd"/>
      <w:r w:rsidRPr="000C596E">
        <w:rPr>
          <w:rFonts w:cstheme="majorHAnsi"/>
          <w:sz w:val="18"/>
          <w:szCs w:val="18"/>
        </w:rPr>
        <w:t xml:space="preserve"> </w:t>
      </w:r>
      <w:proofErr w:type="spellStart"/>
      <w:r w:rsidRPr="000C596E">
        <w:rPr>
          <w:rFonts w:ascii="Sylfaen" w:hAnsi="Sylfaen" w:cs="Sylfaen"/>
          <w:sz w:val="18"/>
          <w:szCs w:val="18"/>
        </w:rPr>
        <w:t>ღირებულების</w:t>
      </w:r>
      <w:proofErr w:type="spellEnd"/>
      <w:r w:rsidRPr="000C596E">
        <w:rPr>
          <w:rFonts w:cstheme="majorHAnsi"/>
          <w:sz w:val="18"/>
          <w:szCs w:val="18"/>
        </w:rPr>
        <w:t xml:space="preserve"> 0.1%-</w:t>
      </w:r>
      <w:proofErr w:type="spellStart"/>
      <w:r w:rsidRPr="000C596E">
        <w:rPr>
          <w:rFonts w:ascii="Sylfaen" w:hAnsi="Sylfaen" w:cs="Sylfaen"/>
          <w:sz w:val="18"/>
          <w:szCs w:val="18"/>
        </w:rPr>
        <w:t>ის</w:t>
      </w:r>
      <w:proofErr w:type="spellEnd"/>
      <w:r w:rsidRPr="000C596E">
        <w:rPr>
          <w:rFonts w:cstheme="majorHAnsi"/>
          <w:sz w:val="18"/>
          <w:szCs w:val="18"/>
        </w:rPr>
        <w:t xml:space="preserve"> </w:t>
      </w:r>
      <w:proofErr w:type="spellStart"/>
      <w:r w:rsidRPr="000C596E">
        <w:rPr>
          <w:rFonts w:ascii="Sylfaen" w:hAnsi="Sylfaen" w:cs="Sylfaen"/>
          <w:sz w:val="18"/>
          <w:szCs w:val="18"/>
        </w:rPr>
        <w:t>ოდენობით</w:t>
      </w:r>
      <w:proofErr w:type="spellEnd"/>
      <w:r w:rsidRPr="000C596E">
        <w:rPr>
          <w:rFonts w:cstheme="majorHAnsi"/>
          <w:sz w:val="18"/>
          <w:szCs w:val="18"/>
        </w:rPr>
        <w:t xml:space="preserve"> </w:t>
      </w:r>
      <w:proofErr w:type="spellStart"/>
      <w:r w:rsidRPr="000C596E">
        <w:rPr>
          <w:rFonts w:ascii="Sylfaen" w:hAnsi="Sylfaen" w:cs="Sylfaen"/>
          <w:sz w:val="18"/>
          <w:szCs w:val="18"/>
        </w:rPr>
        <w:t>ყოველ</w:t>
      </w:r>
      <w:proofErr w:type="spellEnd"/>
      <w:r w:rsidRPr="000C596E">
        <w:rPr>
          <w:rFonts w:cstheme="majorHAnsi"/>
          <w:sz w:val="18"/>
          <w:szCs w:val="18"/>
        </w:rPr>
        <w:t xml:space="preserve"> </w:t>
      </w:r>
      <w:proofErr w:type="spellStart"/>
      <w:r w:rsidRPr="000C596E">
        <w:rPr>
          <w:rFonts w:ascii="Sylfaen" w:hAnsi="Sylfaen" w:cs="Sylfaen"/>
          <w:sz w:val="18"/>
          <w:szCs w:val="18"/>
        </w:rPr>
        <w:t>ვადაგადაცილებულ</w:t>
      </w:r>
      <w:proofErr w:type="spellEnd"/>
      <w:r w:rsidRPr="000C596E">
        <w:rPr>
          <w:rFonts w:cstheme="majorHAnsi"/>
          <w:sz w:val="18"/>
          <w:szCs w:val="18"/>
        </w:rPr>
        <w:t xml:space="preserve"> </w:t>
      </w:r>
      <w:proofErr w:type="spellStart"/>
      <w:r w:rsidRPr="000C596E">
        <w:rPr>
          <w:rFonts w:ascii="Sylfaen" w:hAnsi="Sylfaen" w:cs="Sylfaen"/>
          <w:sz w:val="18"/>
          <w:szCs w:val="18"/>
        </w:rPr>
        <w:t>დღეზე</w:t>
      </w:r>
      <w:proofErr w:type="spellEnd"/>
      <w:r w:rsidRPr="000C596E">
        <w:rPr>
          <w:rFonts w:cstheme="majorHAnsi"/>
          <w:sz w:val="18"/>
          <w:szCs w:val="18"/>
        </w:rPr>
        <w:t>.</w:t>
      </w:r>
      <w:r w:rsidR="00570ACF">
        <w:rPr>
          <w:rFonts w:ascii="Sylfaen" w:hAnsi="Sylfaen" w:cstheme="majorHAnsi"/>
          <w:sz w:val="18"/>
          <w:szCs w:val="18"/>
          <w:lang w:val="ka-GE"/>
        </w:rPr>
        <w:t xml:space="preserve"> </w:t>
      </w:r>
      <w:proofErr w:type="spellStart"/>
      <w:r w:rsidRPr="000C596E">
        <w:rPr>
          <w:rFonts w:ascii="Sylfaen" w:hAnsi="Sylfaen" w:cs="Sylfaen"/>
          <w:sz w:val="18"/>
          <w:szCs w:val="18"/>
        </w:rPr>
        <w:t>ამასთანავე</w:t>
      </w:r>
      <w:proofErr w:type="spellEnd"/>
      <w:r w:rsidRPr="000C596E">
        <w:rPr>
          <w:rFonts w:cstheme="majorHAnsi"/>
          <w:sz w:val="18"/>
          <w:szCs w:val="18"/>
        </w:rPr>
        <w:t>,</w:t>
      </w:r>
      <w:r w:rsidR="00570ACF">
        <w:rPr>
          <w:rFonts w:ascii="Sylfaen" w:hAnsi="Sylfaen" w:cstheme="majorHAnsi"/>
          <w:sz w:val="18"/>
          <w:szCs w:val="18"/>
          <w:lang w:val="ka-GE"/>
        </w:rPr>
        <w:t xml:space="preserve"> </w:t>
      </w:r>
      <w:proofErr w:type="spellStart"/>
      <w:r w:rsidRPr="000C596E">
        <w:rPr>
          <w:rFonts w:ascii="Sylfaen" w:hAnsi="Sylfaen" w:cs="Sylfaen"/>
          <w:sz w:val="18"/>
          <w:szCs w:val="18"/>
        </w:rPr>
        <w:t>თუ</w:t>
      </w:r>
      <w:proofErr w:type="spellEnd"/>
      <w:r w:rsidRPr="000C596E">
        <w:rPr>
          <w:rFonts w:cstheme="majorHAnsi"/>
          <w:sz w:val="18"/>
          <w:szCs w:val="18"/>
        </w:rPr>
        <w:t xml:space="preserve"> </w:t>
      </w:r>
      <w:proofErr w:type="spellStart"/>
      <w:r w:rsidRPr="000C596E">
        <w:rPr>
          <w:rFonts w:ascii="Sylfaen" w:hAnsi="Sylfaen" w:cs="Sylfaen"/>
          <w:sz w:val="18"/>
          <w:szCs w:val="18"/>
        </w:rPr>
        <w:t>თანხის</w:t>
      </w:r>
      <w:proofErr w:type="spellEnd"/>
      <w:r w:rsidRPr="000C596E">
        <w:rPr>
          <w:rFonts w:cstheme="majorHAnsi"/>
          <w:sz w:val="18"/>
          <w:szCs w:val="18"/>
        </w:rPr>
        <w:t xml:space="preserve"> </w:t>
      </w:r>
      <w:proofErr w:type="spellStart"/>
      <w:r w:rsidRPr="000C596E">
        <w:rPr>
          <w:rFonts w:ascii="Sylfaen" w:hAnsi="Sylfaen" w:cs="Sylfaen"/>
          <w:sz w:val="18"/>
          <w:szCs w:val="18"/>
        </w:rPr>
        <w:t>გადახდის</w:t>
      </w:r>
      <w:proofErr w:type="spellEnd"/>
      <w:r w:rsidRPr="000C596E">
        <w:rPr>
          <w:rFonts w:cstheme="majorHAnsi"/>
          <w:sz w:val="18"/>
          <w:szCs w:val="18"/>
        </w:rPr>
        <w:t xml:space="preserve"> </w:t>
      </w:r>
      <w:proofErr w:type="spellStart"/>
      <w:r w:rsidRPr="000C596E">
        <w:rPr>
          <w:rFonts w:ascii="Sylfaen" w:hAnsi="Sylfaen" w:cs="Sylfaen"/>
          <w:sz w:val="18"/>
          <w:szCs w:val="18"/>
        </w:rPr>
        <w:t>ვადა</w:t>
      </w:r>
      <w:proofErr w:type="spellEnd"/>
      <w:r w:rsidRPr="000C596E">
        <w:rPr>
          <w:rFonts w:cstheme="majorHAnsi"/>
          <w:sz w:val="18"/>
          <w:szCs w:val="18"/>
        </w:rPr>
        <w:t xml:space="preserve"> </w:t>
      </w:r>
      <w:proofErr w:type="spellStart"/>
      <w:r w:rsidRPr="000C596E">
        <w:rPr>
          <w:rFonts w:ascii="Sylfaen" w:hAnsi="Sylfaen" w:cs="Sylfaen"/>
          <w:sz w:val="18"/>
          <w:szCs w:val="18"/>
        </w:rPr>
        <w:t>ჯამურად</w:t>
      </w:r>
      <w:proofErr w:type="spellEnd"/>
      <w:r w:rsidRPr="000C596E">
        <w:rPr>
          <w:rFonts w:cstheme="majorHAnsi"/>
          <w:sz w:val="18"/>
          <w:szCs w:val="18"/>
        </w:rPr>
        <w:t xml:space="preserve"> </w:t>
      </w:r>
      <w:proofErr w:type="spellStart"/>
      <w:r w:rsidRPr="000C596E">
        <w:rPr>
          <w:rFonts w:ascii="Sylfaen" w:hAnsi="Sylfaen" w:cs="Sylfaen"/>
          <w:sz w:val="18"/>
          <w:szCs w:val="18"/>
        </w:rPr>
        <w:t>გადააჭარბებს</w:t>
      </w:r>
      <w:proofErr w:type="spellEnd"/>
      <w:r w:rsidRPr="000C596E">
        <w:rPr>
          <w:rFonts w:cstheme="majorHAnsi"/>
          <w:sz w:val="18"/>
          <w:szCs w:val="18"/>
        </w:rPr>
        <w:t xml:space="preserve"> - </w:t>
      </w:r>
      <w:r w:rsidR="00CF2402">
        <w:rPr>
          <w:rFonts w:ascii="Sylfaen" w:hAnsi="Sylfaen" w:cstheme="majorHAnsi"/>
          <w:sz w:val="18"/>
          <w:szCs w:val="18"/>
          <w:lang w:val="ka-GE"/>
        </w:rPr>
        <w:t>75</w:t>
      </w:r>
      <w:r w:rsidR="00D06AFB" w:rsidRPr="000C596E">
        <w:rPr>
          <w:rFonts w:cstheme="majorHAnsi"/>
          <w:sz w:val="18"/>
          <w:szCs w:val="18"/>
        </w:rPr>
        <w:t xml:space="preserve"> </w:t>
      </w:r>
      <w:r w:rsidR="00570ACF">
        <w:rPr>
          <w:rFonts w:ascii="Sylfaen" w:hAnsi="Sylfaen" w:cstheme="majorHAnsi"/>
          <w:sz w:val="18"/>
          <w:szCs w:val="18"/>
          <w:lang w:val="ka-GE"/>
        </w:rPr>
        <w:t>(</w:t>
      </w:r>
      <w:r w:rsidR="00CF2402">
        <w:rPr>
          <w:rFonts w:ascii="Sylfaen" w:hAnsi="Sylfaen" w:cs="Sylfaen"/>
          <w:sz w:val="18"/>
          <w:szCs w:val="18"/>
          <w:lang w:val="ka-GE"/>
        </w:rPr>
        <w:t>სამოცდათხუთმეტი</w:t>
      </w:r>
      <w:r w:rsidR="00570ACF">
        <w:rPr>
          <w:rFonts w:ascii="Sylfaen" w:hAnsi="Sylfaen" w:cs="Sylfaen"/>
          <w:sz w:val="18"/>
          <w:szCs w:val="18"/>
          <w:lang w:val="ka-GE"/>
        </w:rPr>
        <w:t>)</w:t>
      </w:r>
      <w:r w:rsidR="00D06AFB" w:rsidRPr="000C596E">
        <w:rPr>
          <w:rFonts w:cstheme="majorHAnsi"/>
          <w:sz w:val="18"/>
          <w:szCs w:val="18"/>
        </w:rPr>
        <w:t xml:space="preserve"> </w:t>
      </w:r>
      <w:proofErr w:type="spellStart"/>
      <w:r w:rsidRPr="000C596E">
        <w:rPr>
          <w:rFonts w:ascii="Sylfaen" w:hAnsi="Sylfaen" w:cs="Sylfaen"/>
          <w:sz w:val="18"/>
          <w:szCs w:val="18"/>
        </w:rPr>
        <w:t>კალენდარულ</w:t>
      </w:r>
      <w:proofErr w:type="spellEnd"/>
      <w:r w:rsidRPr="000C596E">
        <w:rPr>
          <w:rFonts w:cstheme="majorHAnsi"/>
          <w:sz w:val="18"/>
          <w:szCs w:val="18"/>
        </w:rPr>
        <w:t xml:space="preserve"> </w:t>
      </w:r>
      <w:proofErr w:type="spellStart"/>
      <w:r w:rsidRPr="000C596E">
        <w:rPr>
          <w:rFonts w:ascii="Sylfaen" w:hAnsi="Sylfaen" w:cs="Sylfaen"/>
          <w:sz w:val="18"/>
          <w:szCs w:val="18"/>
        </w:rPr>
        <w:t>დღეს</w:t>
      </w:r>
      <w:proofErr w:type="spellEnd"/>
      <w:r w:rsidRPr="000C596E">
        <w:rPr>
          <w:rFonts w:cstheme="majorHAnsi"/>
          <w:sz w:val="18"/>
          <w:szCs w:val="18"/>
        </w:rPr>
        <w:t xml:space="preserve">, </w:t>
      </w:r>
      <w:r w:rsidR="00570ACF">
        <w:rPr>
          <w:rFonts w:ascii="Sylfaen" w:hAnsi="Sylfaen" w:cs="Sylfaen"/>
          <w:sz w:val="18"/>
          <w:szCs w:val="18"/>
          <w:lang w:val="ka-GE"/>
        </w:rPr>
        <w:t>მენარდე</w:t>
      </w:r>
      <w:r w:rsidRPr="000C596E">
        <w:rPr>
          <w:rFonts w:cstheme="majorHAnsi"/>
          <w:sz w:val="18"/>
          <w:szCs w:val="18"/>
        </w:rPr>
        <w:t xml:space="preserve"> </w:t>
      </w:r>
      <w:proofErr w:type="spellStart"/>
      <w:r w:rsidRPr="000C596E">
        <w:rPr>
          <w:rFonts w:ascii="Sylfaen" w:hAnsi="Sylfaen" w:cs="Sylfaen"/>
          <w:sz w:val="18"/>
          <w:szCs w:val="18"/>
        </w:rPr>
        <w:t>უფლებამოსილია</w:t>
      </w:r>
      <w:proofErr w:type="spellEnd"/>
      <w:r w:rsidRPr="000C596E">
        <w:rPr>
          <w:rFonts w:cstheme="majorHAnsi"/>
          <w:sz w:val="18"/>
          <w:szCs w:val="18"/>
        </w:rPr>
        <w:t xml:space="preserve"> </w:t>
      </w:r>
      <w:proofErr w:type="spellStart"/>
      <w:r w:rsidRPr="000C596E">
        <w:rPr>
          <w:rFonts w:ascii="Sylfaen" w:hAnsi="Sylfaen" w:cs="Sylfaen"/>
          <w:sz w:val="18"/>
          <w:szCs w:val="18"/>
        </w:rPr>
        <w:t>შეწყვიტოს</w:t>
      </w:r>
      <w:proofErr w:type="spellEnd"/>
      <w:r w:rsidRPr="000C596E">
        <w:rPr>
          <w:rFonts w:cstheme="majorHAnsi"/>
          <w:sz w:val="18"/>
          <w:szCs w:val="18"/>
        </w:rPr>
        <w:t xml:space="preserve"> </w:t>
      </w:r>
      <w:proofErr w:type="spellStart"/>
      <w:r w:rsidRPr="000C596E">
        <w:rPr>
          <w:rFonts w:ascii="Sylfaen" w:hAnsi="Sylfaen" w:cs="Sylfaen"/>
          <w:sz w:val="18"/>
          <w:szCs w:val="18"/>
        </w:rPr>
        <w:t>ხელშეკრულება</w:t>
      </w:r>
      <w:proofErr w:type="spellEnd"/>
      <w:r w:rsidRPr="000C596E">
        <w:rPr>
          <w:rFonts w:cstheme="majorHAnsi"/>
          <w:sz w:val="18"/>
          <w:szCs w:val="18"/>
        </w:rPr>
        <w:t xml:space="preserve"> </w:t>
      </w:r>
      <w:proofErr w:type="spellStart"/>
      <w:r w:rsidRPr="000C596E">
        <w:rPr>
          <w:rFonts w:ascii="Sylfaen" w:hAnsi="Sylfaen" w:cs="Sylfaen"/>
          <w:sz w:val="18"/>
          <w:szCs w:val="18"/>
        </w:rPr>
        <w:t>ცალმხრივად</w:t>
      </w:r>
      <w:proofErr w:type="spellEnd"/>
      <w:r w:rsidRPr="000C596E">
        <w:rPr>
          <w:rFonts w:cstheme="majorHAnsi"/>
          <w:sz w:val="18"/>
          <w:szCs w:val="18"/>
        </w:rPr>
        <w:t xml:space="preserve">. </w:t>
      </w:r>
      <w:proofErr w:type="spellStart"/>
      <w:r w:rsidRPr="000C596E">
        <w:rPr>
          <w:rFonts w:ascii="Sylfaen" w:hAnsi="Sylfaen" w:cs="Sylfaen"/>
          <w:sz w:val="18"/>
          <w:szCs w:val="18"/>
        </w:rPr>
        <w:t>ასეთ</w:t>
      </w:r>
      <w:proofErr w:type="spellEnd"/>
      <w:r w:rsidRPr="000C596E">
        <w:rPr>
          <w:rFonts w:cstheme="majorHAnsi"/>
          <w:sz w:val="18"/>
          <w:szCs w:val="18"/>
        </w:rPr>
        <w:t xml:space="preserve"> </w:t>
      </w:r>
      <w:proofErr w:type="spellStart"/>
      <w:r w:rsidRPr="000C596E">
        <w:rPr>
          <w:rFonts w:ascii="Sylfaen" w:hAnsi="Sylfaen" w:cs="Sylfaen"/>
          <w:sz w:val="18"/>
          <w:szCs w:val="18"/>
        </w:rPr>
        <w:t>შემთხვევაში</w:t>
      </w:r>
      <w:proofErr w:type="spellEnd"/>
      <w:r w:rsidRPr="000C596E">
        <w:rPr>
          <w:rFonts w:cstheme="majorHAnsi"/>
          <w:sz w:val="18"/>
          <w:szCs w:val="18"/>
        </w:rPr>
        <w:t xml:space="preserve">, </w:t>
      </w:r>
      <w:proofErr w:type="spellStart"/>
      <w:r w:rsidRPr="000C596E">
        <w:rPr>
          <w:rFonts w:ascii="Sylfaen" w:hAnsi="Sylfaen" w:cs="Sylfaen"/>
          <w:sz w:val="18"/>
          <w:szCs w:val="18"/>
        </w:rPr>
        <w:t>დამკვეთი</w:t>
      </w:r>
      <w:proofErr w:type="spellEnd"/>
      <w:r w:rsidRPr="000C596E">
        <w:rPr>
          <w:rFonts w:cstheme="majorHAnsi"/>
          <w:sz w:val="18"/>
          <w:szCs w:val="18"/>
        </w:rPr>
        <w:t xml:space="preserve"> </w:t>
      </w:r>
      <w:proofErr w:type="spellStart"/>
      <w:r w:rsidRPr="000C596E">
        <w:rPr>
          <w:rFonts w:ascii="Sylfaen" w:hAnsi="Sylfaen" w:cs="Sylfaen"/>
          <w:sz w:val="18"/>
          <w:szCs w:val="18"/>
        </w:rPr>
        <w:t>აუნაზღაურებს</w:t>
      </w:r>
      <w:proofErr w:type="spellEnd"/>
      <w:r w:rsidRPr="000C596E">
        <w:rPr>
          <w:rFonts w:cstheme="majorHAnsi"/>
          <w:sz w:val="18"/>
          <w:szCs w:val="18"/>
        </w:rPr>
        <w:t xml:space="preserve"> </w:t>
      </w:r>
      <w:r w:rsidR="00570ACF">
        <w:rPr>
          <w:rFonts w:ascii="Sylfaen" w:hAnsi="Sylfaen" w:cs="Sylfaen"/>
          <w:sz w:val="18"/>
          <w:szCs w:val="18"/>
          <w:lang w:val="ka-GE"/>
        </w:rPr>
        <w:t>მენარდეს</w:t>
      </w:r>
      <w:r w:rsidRPr="000C596E">
        <w:rPr>
          <w:rFonts w:cstheme="majorHAnsi"/>
          <w:sz w:val="18"/>
          <w:szCs w:val="18"/>
        </w:rPr>
        <w:t xml:space="preserve"> </w:t>
      </w:r>
      <w:proofErr w:type="spellStart"/>
      <w:r w:rsidRPr="000C596E">
        <w:rPr>
          <w:rFonts w:ascii="Sylfaen" w:hAnsi="Sylfaen" w:cs="Sylfaen"/>
          <w:sz w:val="18"/>
          <w:szCs w:val="18"/>
        </w:rPr>
        <w:t>ობიექტზე</w:t>
      </w:r>
      <w:proofErr w:type="spellEnd"/>
      <w:r w:rsidRPr="000C596E">
        <w:rPr>
          <w:rFonts w:cstheme="majorHAnsi"/>
          <w:sz w:val="18"/>
          <w:szCs w:val="18"/>
        </w:rPr>
        <w:t xml:space="preserve"> </w:t>
      </w:r>
      <w:proofErr w:type="spellStart"/>
      <w:r w:rsidRPr="000C596E">
        <w:rPr>
          <w:rFonts w:ascii="Sylfaen" w:hAnsi="Sylfaen" w:cs="Sylfaen"/>
          <w:sz w:val="18"/>
          <w:szCs w:val="18"/>
        </w:rPr>
        <w:t>მენარდის</w:t>
      </w:r>
      <w:proofErr w:type="spellEnd"/>
      <w:r w:rsidRPr="000C596E">
        <w:rPr>
          <w:rFonts w:cstheme="majorHAnsi"/>
          <w:sz w:val="18"/>
          <w:szCs w:val="18"/>
        </w:rPr>
        <w:t xml:space="preserve"> </w:t>
      </w:r>
      <w:proofErr w:type="spellStart"/>
      <w:r w:rsidRPr="000C596E">
        <w:rPr>
          <w:rFonts w:ascii="Sylfaen" w:hAnsi="Sylfaen" w:cs="Sylfaen"/>
          <w:sz w:val="18"/>
          <w:szCs w:val="18"/>
        </w:rPr>
        <w:t>მიერ</w:t>
      </w:r>
      <w:proofErr w:type="spellEnd"/>
      <w:r w:rsidRPr="000C596E">
        <w:rPr>
          <w:rFonts w:cstheme="majorHAnsi"/>
          <w:sz w:val="18"/>
          <w:szCs w:val="18"/>
        </w:rPr>
        <w:t xml:space="preserve"> </w:t>
      </w:r>
      <w:proofErr w:type="spellStart"/>
      <w:r w:rsidRPr="000C596E">
        <w:rPr>
          <w:rFonts w:ascii="Sylfaen" w:hAnsi="Sylfaen" w:cs="Sylfaen"/>
          <w:sz w:val="18"/>
          <w:szCs w:val="18"/>
        </w:rPr>
        <w:t>ფაქტობრივად</w:t>
      </w:r>
      <w:proofErr w:type="spellEnd"/>
      <w:r w:rsidRPr="000C596E">
        <w:rPr>
          <w:rFonts w:cstheme="majorHAnsi"/>
          <w:sz w:val="18"/>
          <w:szCs w:val="18"/>
        </w:rPr>
        <w:t xml:space="preserve"> </w:t>
      </w:r>
      <w:proofErr w:type="spellStart"/>
      <w:r w:rsidRPr="000C596E">
        <w:rPr>
          <w:rFonts w:ascii="Sylfaen" w:hAnsi="Sylfaen" w:cs="Sylfaen"/>
          <w:sz w:val="18"/>
          <w:szCs w:val="18"/>
        </w:rPr>
        <w:t>შესრულებული</w:t>
      </w:r>
      <w:proofErr w:type="spellEnd"/>
      <w:r w:rsidRPr="000C596E">
        <w:rPr>
          <w:rFonts w:cstheme="majorHAnsi"/>
          <w:sz w:val="18"/>
          <w:szCs w:val="18"/>
        </w:rPr>
        <w:t xml:space="preserve"> </w:t>
      </w:r>
      <w:proofErr w:type="spellStart"/>
      <w:r w:rsidRPr="000C596E">
        <w:rPr>
          <w:rFonts w:ascii="Sylfaen" w:hAnsi="Sylfaen" w:cs="Sylfaen"/>
          <w:sz w:val="18"/>
          <w:szCs w:val="18"/>
        </w:rPr>
        <w:t>სამუშაოების</w:t>
      </w:r>
      <w:proofErr w:type="spellEnd"/>
      <w:r w:rsidRPr="000C596E">
        <w:rPr>
          <w:rFonts w:cstheme="majorHAnsi"/>
          <w:sz w:val="18"/>
          <w:szCs w:val="18"/>
        </w:rPr>
        <w:t xml:space="preserve"> </w:t>
      </w:r>
      <w:proofErr w:type="spellStart"/>
      <w:r w:rsidRPr="000C596E">
        <w:rPr>
          <w:rFonts w:ascii="Sylfaen" w:hAnsi="Sylfaen" w:cs="Sylfaen"/>
          <w:sz w:val="18"/>
          <w:szCs w:val="18"/>
        </w:rPr>
        <w:t>მთლიან</w:t>
      </w:r>
      <w:proofErr w:type="spellEnd"/>
      <w:r w:rsidRPr="000C596E">
        <w:rPr>
          <w:rFonts w:cstheme="majorHAnsi"/>
          <w:sz w:val="18"/>
          <w:szCs w:val="18"/>
        </w:rPr>
        <w:t xml:space="preserve"> </w:t>
      </w:r>
      <w:proofErr w:type="spellStart"/>
      <w:r w:rsidRPr="000C596E">
        <w:rPr>
          <w:rFonts w:ascii="Sylfaen" w:hAnsi="Sylfaen" w:cs="Sylfaen"/>
          <w:sz w:val="18"/>
          <w:szCs w:val="18"/>
        </w:rPr>
        <w:t>ღირებულებას</w:t>
      </w:r>
      <w:proofErr w:type="spellEnd"/>
      <w:r w:rsidRPr="000C596E">
        <w:rPr>
          <w:rFonts w:cstheme="majorHAnsi"/>
          <w:sz w:val="18"/>
          <w:szCs w:val="18"/>
        </w:rPr>
        <w:t xml:space="preserve">, </w:t>
      </w:r>
      <w:proofErr w:type="spellStart"/>
      <w:r w:rsidRPr="000C596E">
        <w:rPr>
          <w:rFonts w:ascii="Sylfaen" w:hAnsi="Sylfaen" w:cs="Sylfaen"/>
          <w:sz w:val="18"/>
          <w:szCs w:val="18"/>
        </w:rPr>
        <w:t>მათ</w:t>
      </w:r>
      <w:proofErr w:type="spellEnd"/>
      <w:r w:rsidRPr="000C596E">
        <w:rPr>
          <w:rFonts w:cstheme="majorHAnsi"/>
          <w:sz w:val="18"/>
          <w:szCs w:val="18"/>
        </w:rPr>
        <w:t xml:space="preserve"> </w:t>
      </w:r>
      <w:proofErr w:type="spellStart"/>
      <w:r w:rsidRPr="000C596E">
        <w:rPr>
          <w:rFonts w:ascii="Sylfaen" w:hAnsi="Sylfaen" w:cs="Sylfaen"/>
          <w:sz w:val="18"/>
          <w:szCs w:val="18"/>
        </w:rPr>
        <w:t>შორის</w:t>
      </w:r>
      <w:proofErr w:type="spellEnd"/>
      <w:r w:rsidRPr="000C596E">
        <w:rPr>
          <w:rFonts w:cstheme="majorHAnsi"/>
          <w:sz w:val="18"/>
          <w:szCs w:val="18"/>
        </w:rPr>
        <w:t xml:space="preserve">, </w:t>
      </w:r>
      <w:proofErr w:type="spellStart"/>
      <w:r w:rsidRPr="000C596E">
        <w:rPr>
          <w:rFonts w:ascii="Sylfaen" w:hAnsi="Sylfaen" w:cs="Sylfaen"/>
          <w:sz w:val="18"/>
          <w:szCs w:val="18"/>
        </w:rPr>
        <w:t>ხარჯთაღრიცხვით</w:t>
      </w:r>
      <w:proofErr w:type="spellEnd"/>
      <w:r w:rsidRPr="000C596E">
        <w:rPr>
          <w:rFonts w:cstheme="majorHAnsi"/>
          <w:sz w:val="18"/>
          <w:szCs w:val="18"/>
        </w:rPr>
        <w:t xml:space="preserve"> </w:t>
      </w:r>
      <w:proofErr w:type="spellStart"/>
      <w:r w:rsidRPr="000C596E">
        <w:rPr>
          <w:rFonts w:ascii="Sylfaen" w:hAnsi="Sylfaen" w:cs="Sylfaen"/>
          <w:sz w:val="18"/>
          <w:szCs w:val="18"/>
        </w:rPr>
        <w:t>გათვალისწინებული</w:t>
      </w:r>
      <w:proofErr w:type="spellEnd"/>
      <w:r w:rsidRPr="000C596E">
        <w:rPr>
          <w:rFonts w:cstheme="majorHAnsi"/>
          <w:sz w:val="18"/>
          <w:szCs w:val="18"/>
        </w:rPr>
        <w:t xml:space="preserve"> </w:t>
      </w:r>
      <w:proofErr w:type="spellStart"/>
      <w:r w:rsidRPr="000C596E">
        <w:rPr>
          <w:rFonts w:ascii="Sylfaen" w:hAnsi="Sylfaen" w:cs="Sylfaen"/>
          <w:sz w:val="18"/>
          <w:szCs w:val="18"/>
        </w:rPr>
        <w:t>სამუშაოს</w:t>
      </w:r>
      <w:proofErr w:type="spellEnd"/>
      <w:r w:rsidRPr="000C596E">
        <w:rPr>
          <w:rFonts w:cstheme="majorHAnsi"/>
          <w:sz w:val="18"/>
          <w:szCs w:val="18"/>
        </w:rPr>
        <w:t xml:space="preserve"> </w:t>
      </w:r>
      <w:proofErr w:type="spellStart"/>
      <w:r w:rsidRPr="000C596E">
        <w:rPr>
          <w:rFonts w:ascii="Sylfaen" w:hAnsi="Sylfaen" w:cs="Sylfaen"/>
          <w:sz w:val="18"/>
          <w:szCs w:val="18"/>
        </w:rPr>
        <w:t>შესასრულებლად</w:t>
      </w:r>
      <w:proofErr w:type="spellEnd"/>
      <w:r w:rsidRPr="000C596E">
        <w:rPr>
          <w:rFonts w:cstheme="majorHAnsi"/>
          <w:sz w:val="18"/>
          <w:szCs w:val="18"/>
        </w:rPr>
        <w:t xml:space="preserve">  </w:t>
      </w:r>
      <w:proofErr w:type="spellStart"/>
      <w:r w:rsidRPr="000C596E">
        <w:rPr>
          <w:rFonts w:ascii="Sylfaen" w:hAnsi="Sylfaen" w:cs="Sylfaen"/>
          <w:sz w:val="18"/>
          <w:szCs w:val="18"/>
        </w:rPr>
        <w:t>მენარდის</w:t>
      </w:r>
      <w:proofErr w:type="spellEnd"/>
      <w:r w:rsidRPr="000C596E">
        <w:rPr>
          <w:rFonts w:cstheme="majorHAnsi"/>
          <w:sz w:val="18"/>
          <w:szCs w:val="18"/>
        </w:rPr>
        <w:t xml:space="preserve"> </w:t>
      </w:r>
      <w:proofErr w:type="spellStart"/>
      <w:r w:rsidRPr="000C596E">
        <w:rPr>
          <w:rFonts w:ascii="Sylfaen" w:hAnsi="Sylfaen" w:cs="Sylfaen"/>
          <w:sz w:val="18"/>
          <w:szCs w:val="18"/>
        </w:rPr>
        <w:t>მიერ</w:t>
      </w:r>
      <w:proofErr w:type="spellEnd"/>
      <w:r w:rsidRPr="000C596E">
        <w:rPr>
          <w:rFonts w:cstheme="majorHAnsi"/>
          <w:sz w:val="18"/>
          <w:szCs w:val="18"/>
        </w:rPr>
        <w:t xml:space="preserve"> </w:t>
      </w:r>
      <w:proofErr w:type="spellStart"/>
      <w:r w:rsidRPr="000C596E">
        <w:rPr>
          <w:rFonts w:ascii="Sylfaen" w:hAnsi="Sylfaen" w:cs="Sylfaen"/>
          <w:sz w:val="18"/>
          <w:szCs w:val="18"/>
        </w:rPr>
        <w:t>შესყიდული</w:t>
      </w:r>
      <w:proofErr w:type="spellEnd"/>
      <w:r w:rsidRPr="000C596E">
        <w:rPr>
          <w:rFonts w:cstheme="majorHAnsi"/>
          <w:sz w:val="18"/>
          <w:szCs w:val="18"/>
        </w:rPr>
        <w:t xml:space="preserve"> </w:t>
      </w:r>
      <w:proofErr w:type="spellStart"/>
      <w:r w:rsidRPr="000C596E">
        <w:rPr>
          <w:rFonts w:ascii="Sylfaen" w:hAnsi="Sylfaen" w:cs="Sylfaen"/>
          <w:sz w:val="18"/>
          <w:szCs w:val="18"/>
        </w:rPr>
        <w:t>ან</w:t>
      </w:r>
      <w:proofErr w:type="spellEnd"/>
      <w:r w:rsidRPr="000C596E">
        <w:rPr>
          <w:rFonts w:cstheme="majorHAnsi"/>
          <w:sz w:val="18"/>
          <w:szCs w:val="18"/>
        </w:rPr>
        <w:t>/</w:t>
      </w:r>
      <w:proofErr w:type="spellStart"/>
      <w:r w:rsidRPr="000C596E">
        <w:rPr>
          <w:rFonts w:ascii="Sylfaen" w:hAnsi="Sylfaen" w:cs="Sylfaen"/>
          <w:sz w:val="18"/>
          <w:szCs w:val="18"/>
        </w:rPr>
        <w:t>და</w:t>
      </w:r>
      <w:proofErr w:type="spellEnd"/>
      <w:r w:rsidRPr="000C596E">
        <w:rPr>
          <w:rFonts w:cstheme="majorHAnsi"/>
          <w:sz w:val="18"/>
          <w:szCs w:val="18"/>
        </w:rPr>
        <w:t xml:space="preserve"> </w:t>
      </w:r>
      <w:proofErr w:type="spellStart"/>
      <w:r w:rsidRPr="000C596E">
        <w:rPr>
          <w:rFonts w:ascii="Sylfaen" w:hAnsi="Sylfaen" w:cs="Sylfaen"/>
          <w:sz w:val="18"/>
          <w:szCs w:val="18"/>
        </w:rPr>
        <w:t>ავანსირებული</w:t>
      </w:r>
      <w:proofErr w:type="spellEnd"/>
      <w:r w:rsidRPr="000C596E">
        <w:rPr>
          <w:rFonts w:cstheme="majorHAnsi"/>
          <w:sz w:val="18"/>
          <w:szCs w:val="18"/>
        </w:rPr>
        <w:t xml:space="preserve"> </w:t>
      </w:r>
      <w:proofErr w:type="spellStart"/>
      <w:r w:rsidRPr="000C596E">
        <w:rPr>
          <w:rFonts w:ascii="Sylfaen" w:hAnsi="Sylfaen" w:cs="Sylfaen"/>
          <w:sz w:val="18"/>
          <w:szCs w:val="18"/>
        </w:rPr>
        <w:t>ისეთი</w:t>
      </w:r>
      <w:proofErr w:type="spellEnd"/>
      <w:r w:rsidRPr="000C596E">
        <w:rPr>
          <w:rFonts w:cstheme="majorHAnsi"/>
          <w:sz w:val="18"/>
          <w:szCs w:val="18"/>
        </w:rPr>
        <w:t xml:space="preserve"> </w:t>
      </w:r>
      <w:proofErr w:type="spellStart"/>
      <w:r w:rsidRPr="000C596E">
        <w:rPr>
          <w:rFonts w:ascii="Sylfaen" w:hAnsi="Sylfaen" w:cs="Sylfaen"/>
          <w:sz w:val="18"/>
          <w:szCs w:val="18"/>
        </w:rPr>
        <w:t>მასალების</w:t>
      </w:r>
      <w:proofErr w:type="spellEnd"/>
      <w:r w:rsidRPr="000C596E">
        <w:rPr>
          <w:rFonts w:cstheme="majorHAnsi"/>
          <w:sz w:val="18"/>
          <w:szCs w:val="18"/>
        </w:rPr>
        <w:t xml:space="preserve"> </w:t>
      </w:r>
      <w:proofErr w:type="spellStart"/>
      <w:r w:rsidRPr="000C596E">
        <w:rPr>
          <w:rFonts w:ascii="Sylfaen" w:hAnsi="Sylfaen" w:cs="Sylfaen"/>
          <w:sz w:val="18"/>
          <w:szCs w:val="18"/>
        </w:rPr>
        <w:t>ღირებულება</w:t>
      </w:r>
      <w:proofErr w:type="spellEnd"/>
      <w:r w:rsidRPr="000C596E">
        <w:rPr>
          <w:rFonts w:cstheme="majorHAnsi"/>
          <w:sz w:val="18"/>
          <w:szCs w:val="18"/>
        </w:rPr>
        <w:t xml:space="preserve">, </w:t>
      </w:r>
      <w:proofErr w:type="spellStart"/>
      <w:r w:rsidRPr="000C596E">
        <w:rPr>
          <w:rFonts w:ascii="Sylfaen" w:hAnsi="Sylfaen" w:cs="Sylfaen"/>
          <w:sz w:val="18"/>
          <w:szCs w:val="18"/>
        </w:rPr>
        <w:t>რომლებიც</w:t>
      </w:r>
      <w:proofErr w:type="spellEnd"/>
      <w:r w:rsidRPr="000C596E">
        <w:rPr>
          <w:rFonts w:cstheme="majorHAnsi"/>
          <w:sz w:val="18"/>
          <w:szCs w:val="18"/>
        </w:rPr>
        <w:t xml:space="preserve"> </w:t>
      </w:r>
      <w:proofErr w:type="spellStart"/>
      <w:r w:rsidRPr="000C596E">
        <w:rPr>
          <w:rFonts w:ascii="Sylfaen" w:hAnsi="Sylfaen" w:cs="Sylfaen"/>
          <w:sz w:val="18"/>
          <w:szCs w:val="18"/>
        </w:rPr>
        <w:t>განკუთვნილია</w:t>
      </w:r>
      <w:proofErr w:type="spellEnd"/>
      <w:r w:rsidRPr="000C596E">
        <w:rPr>
          <w:rFonts w:cstheme="majorHAnsi"/>
          <w:sz w:val="18"/>
          <w:szCs w:val="18"/>
        </w:rPr>
        <w:t xml:space="preserve"> </w:t>
      </w:r>
      <w:proofErr w:type="spellStart"/>
      <w:r w:rsidRPr="000C596E">
        <w:rPr>
          <w:rFonts w:ascii="Sylfaen" w:hAnsi="Sylfaen" w:cs="Sylfaen"/>
          <w:sz w:val="18"/>
          <w:szCs w:val="18"/>
        </w:rPr>
        <w:t>კონკრეტულად</w:t>
      </w:r>
      <w:proofErr w:type="spellEnd"/>
      <w:r w:rsidRPr="000C596E">
        <w:rPr>
          <w:rFonts w:cstheme="majorHAnsi"/>
          <w:sz w:val="18"/>
          <w:szCs w:val="18"/>
        </w:rPr>
        <w:t xml:space="preserve"> </w:t>
      </w:r>
      <w:proofErr w:type="spellStart"/>
      <w:r w:rsidRPr="000C596E">
        <w:rPr>
          <w:rFonts w:ascii="Sylfaen" w:hAnsi="Sylfaen" w:cs="Sylfaen"/>
          <w:sz w:val="18"/>
          <w:szCs w:val="18"/>
        </w:rPr>
        <w:t>წინამდებარე</w:t>
      </w:r>
      <w:proofErr w:type="spellEnd"/>
      <w:r w:rsidRPr="000C596E">
        <w:rPr>
          <w:rFonts w:cstheme="majorHAnsi"/>
          <w:sz w:val="18"/>
          <w:szCs w:val="18"/>
        </w:rPr>
        <w:t xml:space="preserve"> </w:t>
      </w:r>
      <w:proofErr w:type="spellStart"/>
      <w:r w:rsidRPr="000C596E">
        <w:rPr>
          <w:rFonts w:ascii="Sylfaen" w:hAnsi="Sylfaen" w:cs="Sylfaen"/>
          <w:sz w:val="18"/>
          <w:szCs w:val="18"/>
        </w:rPr>
        <w:t>ხელშეკრულებით</w:t>
      </w:r>
      <w:proofErr w:type="spellEnd"/>
      <w:r w:rsidRPr="000C596E">
        <w:rPr>
          <w:rFonts w:cstheme="majorHAnsi"/>
          <w:sz w:val="18"/>
          <w:szCs w:val="18"/>
        </w:rPr>
        <w:t xml:space="preserve"> </w:t>
      </w:r>
      <w:proofErr w:type="spellStart"/>
      <w:r w:rsidRPr="000C596E">
        <w:rPr>
          <w:rFonts w:ascii="Sylfaen" w:hAnsi="Sylfaen" w:cs="Sylfaen"/>
          <w:sz w:val="18"/>
          <w:szCs w:val="18"/>
        </w:rPr>
        <w:t>განსაზღვრული</w:t>
      </w:r>
      <w:proofErr w:type="spellEnd"/>
      <w:r w:rsidRPr="000C596E">
        <w:rPr>
          <w:rFonts w:cstheme="majorHAnsi"/>
          <w:sz w:val="18"/>
          <w:szCs w:val="18"/>
        </w:rPr>
        <w:t xml:space="preserve"> </w:t>
      </w:r>
      <w:proofErr w:type="spellStart"/>
      <w:r w:rsidRPr="000C596E">
        <w:rPr>
          <w:rFonts w:ascii="Sylfaen" w:hAnsi="Sylfaen" w:cs="Sylfaen"/>
          <w:sz w:val="18"/>
          <w:szCs w:val="18"/>
        </w:rPr>
        <w:t>სამუშაოს</w:t>
      </w:r>
      <w:proofErr w:type="spellEnd"/>
      <w:r w:rsidRPr="000C596E">
        <w:rPr>
          <w:rFonts w:cstheme="majorHAnsi"/>
          <w:sz w:val="18"/>
          <w:szCs w:val="18"/>
        </w:rPr>
        <w:t xml:space="preserve"> </w:t>
      </w:r>
      <w:proofErr w:type="spellStart"/>
      <w:r w:rsidRPr="000C596E">
        <w:rPr>
          <w:rFonts w:ascii="Sylfaen" w:hAnsi="Sylfaen" w:cs="Sylfaen"/>
          <w:sz w:val="18"/>
          <w:szCs w:val="18"/>
        </w:rPr>
        <w:t>შესასრულებლად</w:t>
      </w:r>
      <w:proofErr w:type="spellEnd"/>
      <w:r w:rsidRPr="000C596E">
        <w:rPr>
          <w:rFonts w:cstheme="majorHAnsi"/>
          <w:sz w:val="18"/>
          <w:szCs w:val="18"/>
        </w:rPr>
        <w:t xml:space="preserve"> </w:t>
      </w:r>
      <w:proofErr w:type="spellStart"/>
      <w:r w:rsidRPr="000C596E">
        <w:rPr>
          <w:rFonts w:ascii="Sylfaen" w:hAnsi="Sylfaen" w:cs="Sylfaen"/>
          <w:sz w:val="18"/>
          <w:szCs w:val="18"/>
        </w:rPr>
        <w:t>და</w:t>
      </w:r>
      <w:proofErr w:type="spellEnd"/>
      <w:r w:rsidRPr="000C596E">
        <w:rPr>
          <w:rFonts w:cstheme="majorHAnsi"/>
          <w:sz w:val="18"/>
          <w:szCs w:val="18"/>
        </w:rPr>
        <w:t xml:space="preserve"> </w:t>
      </w:r>
      <w:proofErr w:type="spellStart"/>
      <w:r w:rsidRPr="000C596E">
        <w:rPr>
          <w:rFonts w:ascii="Sylfaen" w:hAnsi="Sylfaen" w:cs="Sylfaen"/>
          <w:sz w:val="18"/>
          <w:szCs w:val="18"/>
        </w:rPr>
        <w:t>რომელთა</w:t>
      </w:r>
      <w:proofErr w:type="spellEnd"/>
      <w:r w:rsidRPr="000C596E">
        <w:rPr>
          <w:rFonts w:cstheme="majorHAnsi"/>
          <w:sz w:val="18"/>
          <w:szCs w:val="18"/>
        </w:rPr>
        <w:t xml:space="preserve"> </w:t>
      </w:r>
      <w:proofErr w:type="spellStart"/>
      <w:r w:rsidRPr="000C596E">
        <w:rPr>
          <w:rFonts w:ascii="Sylfaen" w:hAnsi="Sylfaen" w:cs="Sylfaen"/>
          <w:sz w:val="18"/>
          <w:szCs w:val="18"/>
        </w:rPr>
        <w:t>გამოყენებაც</w:t>
      </w:r>
      <w:proofErr w:type="spellEnd"/>
      <w:r w:rsidRPr="000C596E">
        <w:rPr>
          <w:rFonts w:cstheme="majorHAnsi"/>
          <w:sz w:val="18"/>
          <w:szCs w:val="18"/>
        </w:rPr>
        <w:t xml:space="preserve"> </w:t>
      </w:r>
      <w:proofErr w:type="spellStart"/>
      <w:r w:rsidRPr="000C596E">
        <w:rPr>
          <w:rFonts w:ascii="Sylfaen" w:hAnsi="Sylfaen" w:cs="Sylfaen"/>
          <w:sz w:val="18"/>
          <w:szCs w:val="18"/>
        </w:rPr>
        <w:t>ხელშეკრულების</w:t>
      </w:r>
      <w:proofErr w:type="spellEnd"/>
      <w:r w:rsidRPr="000C596E">
        <w:rPr>
          <w:rFonts w:cstheme="majorHAnsi"/>
          <w:sz w:val="18"/>
          <w:szCs w:val="18"/>
        </w:rPr>
        <w:t xml:space="preserve"> </w:t>
      </w:r>
      <w:proofErr w:type="spellStart"/>
      <w:r w:rsidRPr="000C596E">
        <w:rPr>
          <w:rFonts w:ascii="Sylfaen" w:hAnsi="Sylfaen" w:cs="Sylfaen"/>
          <w:sz w:val="18"/>
          <w:szCs w:val="18"/>
        </w:rPr>
        <w:t>შეწყვეტის</w:t>
      </w:r>
      <w:proofErr w:type="spellEnd"/>
      <w:r w:rsidRPr="000C596E">
        <w:rPr>
          <w:rFonts w:cstheme="majorHAnsi"/>
          <w:sz w:val="18"/>
          <w:szCs w:val="18"/>
        </w:rPr>
        <w:t xml:space="preserve"> </w:t>
      </w:r>
      <w:proofErr w:type="spellStart"/>
      <w:r w:rsidRPr="000C596E">
        <w:rPr>
          <w:rFonts w:ascii="Sylfaen" w:hAnsi="Sylfaen" w:cs="Sylfaen"/>
          <w:sz w:val="18"/>
          <w:szCs w:val="18"/>
        </w:rPr>
        <w:t>მომენტისთვის</w:t>
      </w:r>
      <w:proofErr w:type="spellEnd"/>
      <w:r w:rsidRPr="000C596E">
        <w:rPr>
          <w:rFonts w:cstheme="majorHAnsi"/>
          <w:sz w:val="18"/>
          <w:szCs w:val="18"/>
        </w:rPr>
        <w:t xml:space="preserve"> </w:t>
      </w:r>
      <w:proofErr w:type="spellStart"/>
      <w:r w:rsidRPr="000C596E">
        <w:rPr>
          <w:rFonts w:ascii="Sylfaen" w:hAnsi="Sylfaen" w:cs="Sylfaen"/>
          <w:sz w:val="18"/>
          <w:szCs w:val="18"/>
        </w:rPr>
        <w:t>ჯერ</w:t>
      </w:r>
      <w:proofErr w:type="spellEnd"/>
      <w:r w:rsidRPr="000C596E">
        <w:rPr>
          <w:rFonts w:cstheme="majorHAnsi"/>
          <w:sz w:val="18"/>
          <w:szCs w:val="18"/>
        </w:rPr>
        <w:t xml:space="preserve"> </w:t>
      </w:r>
      <w:proofErr w:type="spellStart"/>
      <w:r w:rsidRPr="000C596E">
        <w:rPr>
          <w:rFonts w:ascii="Sylfaen" w:hAnsi="Sylfaen" w:cs="Sylfaen"/>
          <w:sz w:val="18"/>
          <w:szCs w:val="18"/>
        </w:rPr>
        <w:t>არ</w:t>
      </w:r>
      <w:proofErr w:type="spellEnd"/>
      <w:r w:rsidRPr="000C596E">
        <w:rPr>
          <w:rFonts w:cstheme="majorHAnsi"/>
          <w:sz w:val="18"/>
          <w:szCs w:val="18"/>
        </w:rPr>
        <w:t xml:space="preserve"> </w:t>
      </w:r>
      <w:proofErr w:type="spellStart"/>
      <w:r w:rsidRPr="000C596E">
        <w:rPr>
          <w:rFonts w:ascii="Sylfaen" w:hAnsi="Sylfaen" w:cs="Sylfaen"/>
          <w:sz w:val="18"/>
          <w:szCs w:val="18"/>
        </w:rPr>
        <w:t>მომხდარა</w:t>
      </w:r>
      <w:proofErr w:type="spellEnd"/>
      <w:r w:rsidRPr="000C596E">
        <w:rPr>
          <w:rFonts w:cstheme="majorHAnsi"/>
          <w:sz w:val="18"/>
          <w:szCs w:val="18"/>
        </w:rPr>
        <w:t xml:space="preserve"> </w:t>
      </w:r>
      <w:r w:rsidR="00570ACF">
        <w:rPr>
          <w:rFonts w:ascii="Sylfaen" w:hAnsi="Sylfaen" w:cstheme="majorHAnsi"/>
          <w:sz w:val="18"/>
          <w:szCs w:val="18"/>
          <w:lang w:val="ka-GE"/>
        </w:rPr>
        <w:t>(</w:t>
      </w:r>
      <w:proofErr w:type="spellStart"/>
      <w:r w:rsidRPr="000C596E">
        <w:rPr>
          <w:rFonts w:ascii="Sylfaen" w:hAnsi="Sylfaen" w:cs="Sylfaen"/>
          <w:sz w:val="18"/>
          <w:szCs w:val="18"/>
        </w:rPr>
        <w:t>მენარდის</w:t>
      </w:r>
      <w:proofErr w:type="spellEnd"/>
      <w:r w:rsidRPr="000C596E">
        <w:rPr>
          <w:rFonts w:cstheme="majorHAnsi"/>
          <w:sz w:val="18"/>
          <w:szCs w:val="18"/>
        </w:rPr>
        <w:t xml:space="preserve"> </w:t>
      </w:r>
      <w:proofErr w:type="spellStart"/>
      <w:r w:rsidRPr="000C596E">
        <w:rPr>
          <w:rFonts w:ascii="Sylfaen" w:hAnsi="Sylfaen" w:cs="Sylfaen"/>
          <w:sz w:val="18"/>
          <w:szCs w:val="18"/>
        </w:rPr>
        <w:t>მიერ</w:t>
      </w:r>
      <w:proofErr w:type="spellEnd"/>
      <w:r w:rsidRPr="000C596E">
        <w:rPr>
          <w:rFonts w:cstheme="majorHAnsi"/>
          <w:sz w:val="18"/>
          <w:szCs w:val="18"/>
        </w:rPr>
        <w:t xml:space="preserve"> </w:t>
      </w:r>
      <w:proofErr w:type="spellStart"/>
      <w:r w:rsidRPr="000C596E">
        <w:rPr>
          <w:rFonts w:ascii="Sylfaen" w:hAnsi="Sylfaen" w:cs="Sylfaen"/>
          <w:sz w:val="18"/>
          <w:szCs w:val="18"/>
        </w:rPr>
        <w:t>დამკვეთისათვის</w:t>
      </w:r>
      <w:proofErr w:type="spellEnd"/>
      <w:r w:rsidRPr="000C596E">
        <w:rPr>
          <w:rFonts w:cstheme="majorHAnsi"/>
          <w:sz w:val="18"/>
          <w:szCs w:val="18"/>
        </w:rPr>
        <w:t xml:space="preserve"> </w:t>
      </w:r>
      <w:proofErr w:type="spellStart"/>
      <w:r w:rsidRPr="000C596E">
        <w:rPr>
          <w:rFonts w:ascii="Sylfaen" w:hAnsi="Sylfaen" w:cs="Sylfaen"/>
          <w:sz w:val="18"/>
          <w:szCs w:val="18"/>
        </w:rPr>
        <w:t>შესყიდული</w:t>
      </w:r>
      <w:proofErr w:type="spellEnd"/>
      <w:r w:rsidRPr="000C596E">
        <w:rPr>
          <w:rFonts w:cstheme="majorHAnsi"/>
          <w:sz w:val="18"/>
          <w:szCs w:val="18"/>
        </w:rPr>
        <w:t xml:space="preserve"> </w:t>
      </w:r>
      <w:proofErr w:type="spellStart"/>
      <w:r w:rsidRPr="000C596E">
        <w:rPr>
          <w:rFonts w:ascii="Sylfaen" w:hAnsi="Sylfaen" w:cs="Sylfaen"/>
          <w:sz w:val="18"/>
          <w:szCs w:val="18"/>
        </w:rPr>
        <w:t>ან</w:t>
      </w:r>
      <w:proofErr w:type="spellEnd"/>
      <w:r w:rsidRPr="000C596E">
        <w:rPr>
          <w:rFonts w:cstheme="majorHAnsi"/>
          <w:sz w:val="18"/>
          <w:szCs w:val="18"/>
        </w:rPr>
        <w:t>/</w:t>
      </w:r>
      <w:proofErr w:type="spellStart"/>
      <w:r w:rsidRPr="000C596E">
        <w:rPr>
          <w:rFonts w:ascii="Sylfaen" w:hAnsi="Sylfaen" w:cs="Sylfaen"/>
          <w:sz w:val="18"/>
          <w:szCs w:val="18"/>
        </w:rPr>
        <w:t>და</w:t>
      </w:r>
      <w:proofErr w:type="spellEnd"/>
      <w:r w:rsidRPr="000C596E">
        <w:rPr>
          <w:rFonts w:cstheme="majorHAnsi"/>
          <w:sz w:val="18"/>
          <w:szCs w:val="18"/>
        </w:rPr>
        <w:t xml:space="preserve"> </w:t>
      </w:r>
      <w:proofErr w:type="spellStart"/>
      <w:r w:rsidRPr="000C596E">
        <w:rPr>
          <w:rFonts w:ascii="Sylfaen" w:hAnsi="Sylfaen" w:cs="Sylfaen"/>
          <w:sz w:val="18"/>
          <w:szCs w:val="18"/>
        </w:rPr>
        <w:t>ავანსირებული</w:t>
      </w:r>
      <w:proofErr w:type="spellEnd"/>
      <w:r w:rsidRPr="000C596E">
        <w:rPr>
          <w:rFonts w:cstheme="majorHAnsi"/>
          <w:sz w:val="18"/>
          <w:szCs w:val="18"/>
        </w:rPr>
        <w:t xml:space="preserve"> </w:t>
      </w:r>
      <w:proofErr w:type="spellStart"/>
      <w:r w:rsidRPr="000C596E">
        <w:rPr>
          <w:rFonts w:ascii="Sylfaen" w:hAnsi="Sylfaen" w:cs="Sylfaen"/>
          <w:sz w:val="18"/>
          <w:szCs w:val="18"/>
        </w:rPr>
        <w:t>მასალების</w:t>
      </w:r>
      <w:proofErr w:type="spellEnd"/>
      <w:r w:rsidRPr="000C596E">
        <w:rPr>
          <w:rFonts w:cstheme="majorHAnsi"/>
          <w:sz w:val="18"/>
          <w:szCs w:val="18"/>
        </w:rPr>
        <w:t xml:space="preserve"> </w:t>
      </w:r>
      <w:proofErr w:type="spellStart"/>
      <w:r w:rsidRPr="000C596E">
        <w:rPr>
          <w:rFonts w:ascii="Sylfaen" w:hAnsi="Sylfaen" w:cs="Sylfaen"/>
          <w:sz w:val="18"/>
          <w:szCs w:val="18"/>
        </w:rPr>
        <w:t>შესყიდვის</w:t>
      </w:r>
      <w:proofErr w:type="spellEnd"/>
      <w:r w:rsidR="00570ACF">
        <w:rPr>
          <w:rFonts w:ascii="Sylfaen" w:hAnsi="Sylfaen" w:cs="Sylfaen"/>
          <w:sz w:val="18"/>
          <w:szCs w:val="18"/>
          <w:lang w:val="ka-GE"/>
        </w:rPr>
        <w:t xml:space="preserve"> </w:t>
      </w:r>
      <w:proofErr w:type="spellStart"/>
      <w:r w:rsidRPr="000C596E">
        <w:rPr>
          <w:rFonts w:ascii="Sylfaen" w:hAnsi="Sylfaen" w:cs="Sylfaen"/>
          <w:sz w:val="18"/>
          <w:szCs w:val="18"/>
        </w:rPr>
        <w:t>დამადატურებელი</w:t>
      </w:r>
      <w:proofErr w:type="spellEnd"/>
      <w:r w:rsidRPr="000C596E">
        <w:rPr>
          <w:rFonts w:cstheme="majorHAnsi"/>
          <w:sz w:val="18"/>
          <w:szCs w:val="18"/>
        </w:rPr>
        <w:t xml:space="preserve"> </w:t>
      </w:r>
      <w:proofErr w:type="spellStart"/>
      <w:r w:rsidRPr="000C596E">
        <w:rPr>
          <w:rFonts w:ascii="Sylfaen" w:hAnsi="Sylfaen" w:cs="Sylfaen"/>
          <w:sz w:val="18"/>
          <w:szCs w:val="18"/>
        </w:rPr>
        <w:t>შესაბამისი</w:t>
      </w:r>
      <w:proofErr w:type="spellEnd"/>
      <w:r w:rsidRPr="000C596E">
        <w:rPr>
          <w:rFonts w:cstheme="majorHAnsi"/>
          <w:sz w:val="18"/>
          <w:szCs w:val="18"/>
        </w:rPr>
        <w:t xml:space="preserve"> </w:t>
      </w:r>
      <w:proofErr w:type="spellStart"/>
      <w:r w:rsidRPr="000C596E">
        <w:rPr>
          <w:rFonts w:ascii="Sylfaen" w:hAnsi="Sylfaen" w:cs="Sylfaen"/>
          <w:sz w:val="18"/>
          <w:szCs w:val="18"/>
        </w:rPr>
        <w:t>დოკუმენტ</w:t>
      </w:r>
      <w:proofErr w:type="spellEnd"/>
      <w:r w:rsidR="00570ACF">
        <w:rPr>
          <w:rFonts w:ascii="Sylfaen" w:hAnsi="Sylfaen" w:cstheme="majorHAnsi"/>
          <w:sz w:val="18"/>
          <w:szCs w:val="18"/>
          <w:lang w:val="ka-GE"/>
        </w:rPr>
        <w:t>(</w:t>
      </w:r>
      <w:proofErr w:type="spellStart"/>
      <w:r w:rsidRPr="000C596E">
        <w:rPr>
          <w:rFonts w:ascii="Sylfaen" w:hAnsi="Sylfaen" w:cs="Sylfaen"/>
          <w:sz w:val="18"/>
          <w:szCs w:val="18"/>
        </w:rPr>
        <w:t>ებ</w:t>
      </w:r>
      <w:proofErr w:type="spellEnd"/>
      <w:r w:rsidR="00570ACF">
        <w:rPr>
          <w:rFonts w:ascii="Sylfaen" w:hAnsi="Sylfaen" w:cstheme="majorHAnsi"/>
          <w:sz w:val="18"/>
          <w:szCs w:val="18"/>
          <w:lang w:val="ka-GE"/>
        </w:rPr>
        <w:t>)</w:t>
      </w:r>
      <w:proofErr w:type="spellStart"/>
      <w:r w:rsidRPr="000C596E">
        <w:rPr>
          <w:rFonts w:ascii="Sylfaen" w:hAnsi="Sylfaen" w:cs="Sylfaen"/>
          <w:sz w:val="18"/>
          <w:szCs w:val="18"/>
        </w:rPr>
        <w:t>ის</w:t>
      </w:r>
      <w:proofErr w:type="spellEnd"/>
      <w:r w:rsidRPr="000C596E">
        <w:rPr>
          <w:rFonts w:cstheme="majorHAnsi"/>
          <w:sz w:val="18"/>
          <w:szCs w:val="18"/>
        </w:rPr>
        <w:t xml:space="preserve"> </w:t>
      </w:r>
      <w:proofErr w:type="spellStart"/>
      <w:r w:rsidRPr="000C596E">
        <w:rPr>
          <w:rFonts w:ascii="Sylfaen" w:hAnsi="Sylfaen" w:cs="Sylfaen"/>
          <w:sz w:val="18"/>
          <w:szCs w:val="18"/>
        </w:rPr>
        <w:t>წარდგენის</w:t>
      </w:r>
      <w:proofErr w:type="spellEnd"/>
      <w:r w:rsidRPr="000C596E">
        <w:rPr>
          <w:rFonts w:cstheme="majorHAnsi"/>
          <w:sz w:val="18"/>
          <w:szCs w:val="18"/>
        </w:rPr>
        <w:t xml:space="preserve"> </w:t>
      </w:r>
      <w:proofErr w:type="spellStart"/>
      <w:r w:rsidRPr="000C596E">
        <w:rPr>
          <w:rFonts w:ascii="Sylfaen" w:hAnsi="Sylfaen" w:cs="Sylfaen"/>
          <w:sz w:val="18"/>
          <w:szCs w:val="18"/>
        </w:rPr>
        <w:t>საფუძველზე</w:t>
      </w:r>
      <w:proofErr w:type="spellEnd"/>
      <w:r w:rsidR="00570ACF">
        <w:rPr>
          <w:rFonts w:ascii="Sylfaen" w:hAnsi="Sylfaen" w:cs="Sylfaen"/>
          <w:sz w:val="18"/>
          <w:szCs w:val="18"/>
          <w:lang w:val="ka-GE"/>
        </w:rPr>
        <w:t>)</w:t>
      </w:r>
      <w:r w:rsidRPr="000C596E">
        <w:rPr>
          <w:rFonts w:cstheme="majorHAnsi"/>
          <w:sz w:val="18"/>
          <w:szCs w:val="18"/>
        </w:rPr>
        <w:t xml:space="preserve">. </w:t>
      </w:r>
      <w:proofErr w:type="spellStart"/>
      <w:r w:rsidRPr="000C596E">
        <w:rPr>
          <w:rFonts w:ascii="Sylfaen" w:hAnsi="Sylfaen" w:cs="Sylfaen"/>
          <w:sz w:val="18"/>
          <w:szCs w:val="18"/>
        </w:rPr>
        <w:t>დამკვეთის</w:t>
      </w:r>
      <w:proofErr w:type="spellEnd"/>
      <w:r w:rsidRPr="000C596E">
        <w:rPr>
          <w:rFonts w:cstheme="majorHAnsi"/>
          <w:sz w:val="18"/>
          <w:szCs w:val="18"/>
        </w:rPr>
        <w:t xml:space="preserve"> </w:t>
      </w:r>
      <w:proofErr w:type="spellStart"/>
      <w:r w:rsidRPr="000C596E">
        <w:rPr>
          <w:rFonts w:ascii="Sylfaen" w:hAnsi="Sylfaen" w:cs="Sylfaen"/>
          <w:sz w:val="18"/>
          <w:szCs w:val="18"/>
        </w:rPr>
        <w:t>მიერ</w:t>
      </w:r>
      <w:proofErr w:type="spellEnd"/>
      <w:r w:rsidRPr="000C596E">
        <w:rPr>
          <w:rFonts w:cstheme="majorHAnsi"/>
          <w:sz w:val="18"/>
          <w:szCs w:val="18"/>
        </w:rPr>
        <w:t xml:space="preserve"> </w:t>
      </w:r>
      <w:proofErr w:type="spellStart"/>
      <w:r w:rsidRPr="000C596E">
        <w:rPr>
          <w:rFonts w:ascii="Sylfaen" w:hAnsi="Sylfaen" w:cs="Sylfaen"/>
          <w:sz w:val="18"/>
          <w:szCs w:val="18"/>
        </w:rPr>
        <w:t>ასეთი</w:t>
      </w:r>
      <w:proofErr w:type="spellEnd"/>
      <w:r w:rsidRPr="000C596E">
        <w:rPr>
          <w:rFonts w:cstheme="majorHAnsi"/>
          <w:sz w:val="18"/>
          <w:szCs w:val="18"/>
        </w:rPr>
        <w:t xml:space="preserve"> </w:t>
      </w:r>
      <w:proofErr w:type="spellStart"/>
      <w:r w:rsidRPr="000C596E">
        <w:rPr>
          <w:rFonts w:ascii="Sylfaen" w:hAnsi="Sylfaen" w:cs="Sylfaen"/>
          <w:sz w:val="18"/>
          <w:szCs w:val="18"/>
        </w:rPr>
        <w:t>ანაზღაურება</w:t>
      </w:r>
      <w:proofErr w:type="spellEnd"/>
      <w:r w:rsidRPr="000C596E">
        <w:rPr>
          <w:rFonts w:cstheme="majorHAnsi"/>
          <w:sz w:val="18"/>
          <w:szCs w:val="18"/>
        </w:rPr>
        <w:t xml:space="preserve"> </w:t>
      </w:r>
      <w:proofErr w:type="spellStart"/>
      <w:r w:rsidRPr="000C596E">
        <w:rPr>
          <w:rFonts w:ascii="Sylfaen" w:hAnsi="Sylfaen" w:cs="Sylfaen"/>
          <w:sz w:val="18"/>
          <w:szCs w:val="18"/>
        </w:rPr>
        <w:t>უნდა</w:t>
      </w:r>
      <w:proofErr w:type="spellEnd"/>
      <w:r w:rsidRPr="000C596E">
        <w:rPr>
          <w:rFonts w:cstheme="majorHAnsi"/>
          <w:sz w:val="18"/>
          <w:szCs w:val="18"/>
        </w:rPr>
        <w:t xml:space="preserve"> </w:t>
      </w:r>
      <w:proofErr w:type="spellStart"/>
      <w:r w:rsidRPr="000C596E">
        <w:rPr>
          <w:rFonts w:ascii="Sylfaen" w:hAnsi="Sylfaen" w:cs="Sylfaen"/>
          <w:sz w:val="18"/>
          <w:szCs w:val="18"/>
        </w:rPr>
        <w:t>განხორციელდეს</w:t>
      </w:r>
      <w:proofErr w:type="spellEnd"/>
      <w:r w:rsidRPr="000C596E">
        <w:rPr>
          <w:rFonts w:cstheme="majorHAnsi"/>
          <w:sz w:val="18"/>
          <w:szCs w:val="18"/>
        </w:rPr>
        <w:t xml:space="preserve"> </w:t>
      </w:r>
      <w:proofErr w:type="spellStart"/>
      <w:r w:rsidRPr="000C596E">
        <w:rPr>
          <w:rFonts w:ascii="Sylfaen" w:hAnsi="Sylfaen" w:cs="Sylfaen"/>
          <w:sz w:val="18"/>
          <w:szCs w:val="18"/>
        </w:rPr>
        <w:t>ხელშეკრულების</w:t>
      </w:r>
      <w:proofErr w:type="spellEnd"/>
      <w:r w:rsidRPr="000C596E">
        <w:rPr>
          <w:rFonts w:cstheme="majorHAnsi"/>
          <w:sz w:val="18"/>
          <w:szCs w:val="18"/>
        </w:rPr>
        <w:t xml:space="preserve"> </w:t>
      </w:r>
      <w:proofErr w:type="spellStart"/>
      <w:r w:rsidRPr="000C596E">
        <w:rPr>
          <w:rFonts w:ascii="Sylfaen" w:hAnsi="Sylfaen" w:cs="Sylfaen"/>
          <w:sz w:val="18"/>
          <w:szCs w:val="18"/>
        </w:rPr>
        <w:t>შეწყვეტიდან</w:t>
      </w:r>
      <w:proofErr w:type="spellEnd"/>
      <w:r w:rsidRPr="000C596E">
        <w:rPr>
          <w:rFonts w:cstheme="majorHAnsi"/>
          <w:sz w:val="18"/>
          <w:szCs w:val="18"/>
        </w:rPr>
        <w:t xml:space="preserve"> - 20 </w:t>
      </w:r>
      <w:r w:rsidR="00570ACF">
        <w:rPr>
          <w:rFonts w:ascii="Sylfaen" w:hAnsi="Sylfaen" w:cstheme="majorHAnsi"/>
          <w:sz w:val="18"/>
          <w:szCs w:val="18"/>
          <w:lang w:val="ka-GE"/>
        </w:rPr>
        <w:t>(</w:t>
      </w:r>
      <w:proofErr w:type="spellStart"/>
      <w:r w:rsidRPr="000C596E">
        <w:rPr>
          <w:rFonts w:ascii="Sylfaen" w:hAnsi="Sylfaen" w:cs="Sylfaen"/>
          <w:sz w:val="18"/>
          <w:szCs w:val="18"/>
        </w:rPr>
        <w:t>ოცი</w:t>
      </w:r>
      <w:proofErr w:type="spellEnd"/>
      <w:r w:rsidR="00570ACF">
        <w:rPr>
          <w:rFonts w:ascii="Sylfaen" w:hAnsi="Sylfaen" w:cs="Sylfaen"/>
          <w:sz w:val="18"/>
          <w:szCs w:val="18"/>
          <w:lang w:val="ka-GE"/>
        </w:rPr>
        <w:t>)</w:t>
      </w:r>
      <w:r w:rsidRPr="000C596E">
        <w:rPr>
          <w:rFonts w:cstheme="majorHAnsi"/>
          <w:sz w:val="18"/>
          <w:szCs w:val="18"/>
        </w:rPr>
        <w:t xml:space="preserve"> </w:t>
      </w:r>
      <w:proofErr w:type="spellStart"/>
      <w:r w:rsidRPr="000C596E">
        <w:rPr>
          <w:rFonts w:ascii="Sylfaen" w:hAnsi="Sylfaen" w:cs="Sylfaen"/>
          <w:sz w:val="18"/>
          <w:szCs w:val="18"/>
        </w:rPr>
        <w:t>სამუშაო</w:t>
      </w:r>
      <w:proofErr w:type="spellEnd"/>
      <w:r w:rsidRPr="000C596E">
        <w:rPr>
          <w:rFonts w:cstheme="majorHAnsi"/>
          <w:sz w:val="18"/>
          <w:szCs w:val="18"/>
        </w:rPr>
        <w:t xml:space="preserve"> </w:t>
      </w:r>
      <w:proofErr w:type="spellStart"/>
      <w:r w:rsidRPr="000C596E">
        <w:rPr>
          <w:rFonts w:ascii="Sylfaen" w:hAnsi="Sylfaen" w:cs="Sylfaen"/>
          <w:sz w:val="18"/>
          <w:szCs w:val="18"/>
        </w:rPr>
        <w:t>დღის</w:t>
      </w:r>
      <w:proofErr w:type="spellEnd"/>
      <w:r w:rsidRPr="000C596E">
        <w:rPr>
          <w:rFonts w:cstheme="majorHAnsi"/>
          <w:sz w:val="18"/>
          <w:szCs w:val="18"/>
        </w:rPr>
        <w:t xml:space="preserve"> </w:t>
      </w:r>
      <w:proofErr w:type="spellStart"/>
      <w:r w:rsidRPr="000C596E">
        <w:rPr>
          <w:rFonts w:ascii="Sylfaen" w:hAnsi="Sylfaen" w:cs="Sylfaen"/>
          <w:sz w:val="18"/>
          <w:szCs w:val="18"/>
        </w:rPr>
        <w:t>ვადაში</w:t>
      </w:r>
      <w:proofErr w:type="spellEnd"/>
      <w:r w:rsidRPr="000C596E">
        <w:rPr>
          <w:rFonts w:cstheme="majorHAnsi"/>
          <w:sz w:val="18"/>
          <w:szCs w:val="18"/>
        </w:rPr>
        <w:t>.</w:t>
      </w:r>
      <w:r w:rsidR="00570ACF">
        <w:rPr>
          <w:rFonts w:ascii="Sylfaen" w:hAnsi="Sylfaen" w:cstheme="majorHAnsi"/>
          <w:sz w:val="18"/>
          <w:szCs w:val="18"/>
          <w:lang w:val="ka-GE"/>
        </w:rPr>
        <w:t xml:space="preserve"> </w:t>
      </w:r>
      <w:proofErr w:type="spellStart"/>
      <w:r w:rsidRPr="000C596E">
        <w:rPr>
          <w:rFonts w:ascii="Sylfaen" w:hAnsi="Sylfaen" w:cs="Sylfaen"/>
          <w:sz w:val="18"/>
          <w:szCs w:val="18"/>
        </w:rPr>
        <w:t>დამკვეთის</w:t>
      </w:r>
      <w:proofErr w:type="spellEnd"/>
      <w:r w:rsidR="00570ACF">
        <w:rPr>
          <w:rFonts w:ascii="Sylfaen" w:hAnsi="Sylfaen" w:cs="Sylfaen"/>
          <w:sz w:val="18"/>
          <w:szCs w:val="18"/>
          <w:lang w:val="ka-GE"/>
        </w:rPr>
        <w:t xml:space="preserve"> </w:t>
      </w:r>
      <w:proofErr w:type="spellStart"/>
      <w:r w:rsidRPr="000C596E">
        <w:rPr>
          <w:rFonts w:ascii="Sylfaen" w:hAnsi="Sylfaen" w:cs="Sylfaen"/>
          <w:sz w:val="18"/>
          <w:szCs w:val="18"/>
        </w:rPr>
        <w:t>მიერ</w:t>
      </w:r>
      <w:proofErr w:type="spellEnd"/>
      <w:r w:rsidRPr="000C596E">
        <w:rPr>
          <w:rFonts w:cstheme="majorHAnsi"/>
          <w:sz w:val="18"/>
          <w:szCs w:val="18"/>
        </w:rPr>
        <w:t xml:space="preserve"> </w:t>
      </w:r>
      <w:proofErr w:type="spellStart"/>
      <w:r w:rsidRPr="000C596E">
        <w:rPr>
          <w:rFonts w:ascii="Sylfaen" w:hAnsi="Sylfaen" w:cs="Sylfaen"/>
          <w:sz w:val="18"/>
          <w:szCs w:val="18"/>
        </w:rPr>
        <w:t>ანაზღაურებული</w:t>
      </w:r>
      <w:proofErr w:type="spellEnd"/>
      <w:r w:rsidRPr="000C596E">
        <w:rPr>
          <w:rFonts w:cstheme="majorHAnsi"/>
          <w:sz w:val="18"/>
          <w:szCs w:val="18"/>
        </w:rPr>
        <w:t xml:space="preserve"> </w:t>
      </w:r>
      <w:proofErr w:type="spellStart"/>
      <w:r w:rsidRPr="000C596E">
        <w:rPr>
          <w:rFonts w:ascii="Sylfaen" w:hAnsi="Sylfaen" w:cs="Sylfaen"/>
          <w:sz w:val="18"/>
          <w:szCs w:val="18"/>
        </w:rPr>
        <w:t>მენარდის</w:t>
      </w:r>
      <w:proofErr w:type="spellEnd"/>
      <w:r w:rsidRPr="000C596E">
        <w:rPr>
          <w:rFonts w:cstheme="majorHAnsi"/>
          <w:sz w:val="18"/>
          <w:szCs w:val="18"/>
        </w:rPr>
        <w:t xml:space="preserve"> </w:t>
      </w:r>
      <w:proofErr w:type="spellStart"/>
      <w:r w:rsidRPr="000C596E">
        <w:rPr>
          <w:rFonts w:ascii="Sylfaen" w:hAnsi="Sylfaen" w:cs="Sylfaen"/>
          <w:sz w:val="18"/>
          <w:szCs w:val="18"/>
        </w:rPr>
        <w:t>მიერ</w:t>
      </w:r>
      <w:proofErr w:type="spellEnd"/>
      <w:r w:rsidRPr="000C596E">
        <w:rPr>
          <w:rFonts w:cstheme="majorHAnsi"/>
          <w:sz w:val="18"/>
          <w:szCs w:val="18"/>
        </w:rPr>
        <w:t xml:space="preserve"> </w:t>
      </w:r>
      <w:proofErr w:type="spellStart"/>
      <w:r w:rsidRPr="000C596E">
        <w:rPr>
          <w:rFonts w:ascii="Sylfaen" w:hAnsi="Sylfaen" w:cs="Sylfaen"/>
          <w:sz w:val="18"/>
          <w:szCs w:val="18"/>
        </w:rPr>
        <w:t>სამუშაოს</w:t>
      </w:r>
      <w:proofErr w:type="spellEnd"/>
      <w:r w:rsidRPr="000C596E">
        <w:rPr>
          <w:rFonts w:cstheme="majorHAnsi"/>
          <w:sz w:val="18"/>
          <w:szCs w:val="18"/>
        </w:rPr>
        <w:t xml:space="preserve"> </w:t>
      </w:r>
      <w:proofErr w:type="spellStart"/>
      <w:r w:rsidRPr="000C596E">
        <w:rPr>
          <w:rFonts w:ascii="Sylfaen" w:hAnsi="Sylfaen" w:cs="Sylfaen"/>
          <w:sz w:val="18"/>
          <w:szCs w:val="18"/>
        </w:rPr>
        <w:t>შესრულებისათვის</w:t>
      </w:r>
      <w:proofErr w:type="spellEnd"/>
      <w:r w:rsidR="00570ACF">
        <w:rPr>
          <w:rFonts w:ascii="Sylfaen" w:hAnsi="Sylfaen" w:cs="Sylfaen"/>
          <w:sz w:val="18"/>
          <w:szCs w:val="18"/>
          <w:lang w:val="ka-GE"/>
        </w:rPr>
        <w:t xml:space="preserve"> </w:t>
      </w:r>
      <w:proofErr w:type="spellStart"/>
      <w:r w:rsidRPr="000C596E">
        <w:rPr>
          <w:rFonts w:ascii="Sylfaen" w:hAnsi="Sylfaen" w:cs="Sylfaen"/>
          <w:sz w:val="18"/>
          <w:szCs w:val="18"/>
        </w:rPr>
        <w:t>შესყიდული</w:t>
      </w:r>
      <w:proofErr w:type="spellEnd"/>
      <w:r w:rsidRPr="000C596E">
        <w:rPr>
          <w:rFonts w:cstheme="majorHAnsi"/>
          <w:sz w:val="18"/>
          <w:szCs w:val="18"/>
        </w:rPr>
        <w:t xml:space="preserve"> </w:t>
      </w:r>
      <w:proofErr w:type="spellStart"/>
      <w:r w:rsidRPr="000C596E">
        <w:rPr>
          <w:rFonts w:ascii="Sylfaen" w:hAnsi="Sylfaen" w:cs="Sylfaen"/>
          <w:sz w:val="18"/>
          <w:szCs w:val="18"/>
        </w:rPr>
        <w:t>ან</w:t>
      </w:r>
      <w:proofErr w:type="spellEnd"/>
      <w:r w:rsidRPr="000C596E">
        <w:rPr>
          <w:rFonts w:cstheme="majorHAnsi"/>
          <w:sz w:val="18"/>
          <w:szCs w:val="18"/>
        </w:rPr>
        <w:t>/</w:t>
      </w:r>
      <w:proofErr w:type="spellStart"/>
      <w:r w:rsidRPr="000C596E">
        <w:rPr>
          <w:rFonts w:ascii="Sylfaen" w:hAnsi="Sylfaen" w:cs="Sylfaen"/>
          <w:sz w:val="18"/>
          <w:szCs w:val="18"/>
        </w:rPr>
        <w:t>და</w:t>
      </w:r>
      <w:proofErr w:type="spellEnd"/>
      <w:r w:rsidRPr="000C596E">
        <w:rPr>
          <w:rFonts w:cstheme="majorHAnsi"/>
          <w:sz w:val="18"/>
          <w:szCs w:val="18"/>
        </w:rPr>
        <w:t xml:space="preserve"> </w:t>
      </w:r>
      <w:proofErr w:type="spellStart"/>
      <w:r w:rsidRPr="000C596E">
        <w:rPr>
          <w:rFonts w:ascii="Sylfaen" w:hAnsi="Sylfaen" w:cs="Sylfaen"/>
          <w:sz w:val="18"/>
          <w:szCs w:val="18"/>
        </w:rPr>
        <w:t>ავანსირებული</w:t>
      </w:r>
      <w:proofErr w:type="spellEnd"/>
      <w:r w:rsidRPr="000C596E">
        <w:rPr>
          <w:rFonts w:cstheme="majorHAnsi"/>
          <w:sz w:val="18"/>
          <w:szCs w:val="18"/>
        </w:rPr>
        <w:t xml:space="preserve"> </w:t>
      </w:r>
      <w:proofErr w:type="spellStart"/>
      <w:r w:rsidRPr="000C596E">
        <w:rPr>
          <w:rFonts w:ascii="Sylfaen" w:hAnsi="Sylfaen" w:cs="Sylfaen"/>
          <w:sz w:val="18"/>
          <w:szCs w:val="18"/>
        </w:rPr>
        <w:t>მასალები</w:t>
      </w:r>
      <w:proofErr w:type="spellEnd"/>
      <w:r w:rsidRPr="000C596E">
        <w:rPr>
          <w:rFonts w:cstheme="majorHAnsi"/>
          <w:sz w:val="18"/>
          <w:szCs w:val="18"/>
        </w:rPr>
        <w:t xml:space="preserve"> </w:t>
      </w:r>
      <w:proofErr w:type="spellStart"/>
      <w:r w:rsidRPr="000C596E">
        <w:rPr>
          <w:rFonts w:ascii="Sylfaen" w:hAnsi="Sylfaen" w:cs="Sylfaen"/>
          <w:sz w:val="18"/>
          <w:szCs w:val="18"/>
        </w:rPr>
        <w:t>გადაეცემა</w:t>
      </w:r>
      <w:proofErr w:type="spellEnd"/>
      <w:r w:rsidRPr="000C596E">
        <w:rPr>
          <w:rFonts w:cstheme="majorHAnsi"/>
          <w:sz w:val="18"/>
          <w:szCs w:val="18"/>
        </w:rPr>
        <w:t xml:space="preserve"> </w:t>
      </w:r>
      <w:proofErr w:type="spellStart"/>
      <w:r w:rsidRPr="000C596E">
        <w:rPr>
          <w:rFonts w:ascii="Sylfaen" w:hAnsi="Sylfaen" w:cs="Sylfaen"/>
          <w:sz w:val="18"/>
          <w:szCs w:val="18"/>
        </w:rPr>
        <w:t>დამკვეთს</w:t>
      </w:r>
      <w:proofErr w:type="spellEnd"/>
      <w:r w:rsidRPr="000C596E">
        <w:rPr>
          <w:rFonts w:cstheme="majorHAnsi"/>
          <w:sz w:val="18"/>
          <w:szCs w:val="18"/>
        </w:rPr>
        <w:t xml:space="preserve"> </w:t>
      </w:r>
      <w:proofErr w:type="spellStart"/>
      <w:r w:rsidRPr="000C596E">
        <w:rPr>
          <w:rFonts w:ascii="Sylfaen" w:hAnsi="Sylfaen" w:cs="Sylfaen"/>
          <w:sz w:val="18"/>
          <w:szCs w:val="18"/>
        </w:rPr>
        <w:t>და</w:t>
      </w:r>
      <w:proofErr w:type="spellEnd"/>
      <w:r w:rsidRPr="000C596E">
        <w:rPr>
          <w:rFonts w:cstheme="majorHAnsi"/>
          <w:sz w:val="18"/>
          <w:szCs w:val="18"/>
        </w:rPr>
        <w:t xml:space="preserve"> </w:t>
      </w:r>
      <w:proofErr w:type="spellStart"/>
      <w:r w:rsidRPr="000C596E">
        <w:rPr>
          <w:rFonts w:ascii="Sylfaen" w:hAnsi="Sylfaen" w:cs="Sylfaen"/>
          <w:sz w:val="18"/>
          <w:szCs w:val="18"/>
        </w:rPr>
        <w:t>მათზე</w:t>
      </w:r>
      <w:proofErr w:type="spellEnd"/>
      <w:r w:rsidRPr="000C596E">
        <w:rPr>
          <w:rFonts w:cstheme="majorHAnsi"/>
          <w:sz w:val="18"/>
          <w:szCs w:val="18"/>
        </w:rPr>
        <w:t xml:space="preserve"> </w:t>
      </w:r>
      <w:proofErr w:type="spellStart"/>
      <w:r w:rsidRPr="000C596E">
        <w:rPr>
          <w:rFonts w:ascii="Sylfaen" w:hAnsi="Sylfaen" w:cs="Sylfaen"/>
          <w:sz w:val="18"/>
          <w:szCs w:val="18"/>
        </w:rPr>
        <w:t>წარმოიშობა</w:t>
      </w:r>
      <w:proofErr w:type="spellEnd"/>
      <w:r w:rsidRPr="000C596E">
        <w:rPr>
          <w:rFonts w:cstheme="majorHAnsi"/>
          <w:sz w:val="18"/>
          <w:szCs w:val="18"/>
        </w:rPr>
        <w:t xml:space="preserve"> </w:t>
      </w:r>
      <w:proofErr w:type="spellStart"/>
      <w:r w:rsidRPr="000C596E">
        <w:rPr>
          <w:rFonts w:ascii="Sylfaen" w:hAnsi="Sylfaen" w:cs="Sylfaen"/>
          <w:sz w:val="18"/>
          <w:szCs w:val="18"/>
        </w:rPr>
        <w:t>დამკვეთის</w:t>
      </w:r>
      <w:proofErr w:type="spellEnd"/>
      <w:r w:rsidRPr="000C596E">
        <w:rPr>
          <w:rFonts w:cstheme="majorHAnsi"/>
          <w:sz w:val="18"/>
          <w:szCs w:val="18"/>
        </w:rPr>
        <w:t xml:space="preserve"> </w:t>
      </w:r>
      <w:proofErr w:type="spellStart"/>
      <w:r w:rsidRPr="000C596E">
        <w:rPr>
          <w:rFonts w:ascii="Sylfaen" w:hAnsi="Sylfaen" w:cs="Sylfaen"/>
          <w:sz w:val="18"/>
          <w:szCs w:val="18"/>
        </w:rPr>
        <w:t>საკუთრების</w:t>
      </w:r>
      <w:proofErr w:type="spellEnd"/>
      <w:r w:rsidRPr="000C596E">
        <w:rPr>
          <w:rFonts w:cstheme="majorHAnsi"/>
          <w:sz w:val="18"/>
          <w:szCs w:val="18"/>
        </w:rPr>
        <w:t xml:space="preserve"> </w:t>
      </w:r>
      <w:proofErr w:type="spellStart"/>
      <w:r w:rsidRPr="000C596E">
        <w:rPr>
          <w:rFonts w:ascii="Sylfaen" w:hAnsi="Sylfaen" w:cs="Sylfaen"/>
          <w:sz w:val="18"/>
          <w:szCs w:val="18"/>
        </w:rPr>
        <w:t>უფლება</w:t>
      </w:r>
      <w:proofErr w:type="spellEnd"/>
      <w:r w:rsidR="00570ACF">
        <w:rPr>
          <w:rFonts w:ascii="Sylfaen" w:hAnsi="Sylfaen" w:cs="Sylfaen"/>
          <w:sz w:val="18"/>
          <w:szCs w:val="18"/>
          <w:lang w:val="ka-GE"/>
        </w:rPr>
        <w:t>.</w:t>
      </w:r>
    </w:p>
    <w:p w14:paraId="093E4C27" w14:textId="5A46B3D8" w:rsidR="000C596E" w:rsidRDefault="00C910C2" w:rsidP="00185C20">
      <w:pPr>
        <w:pStyle w:val="ListParagraph"/>
        <w:numPr>
          <w:ilvl w:val="2"/>
          <w:numId w:val="13"/>
        </w:numPr>
        <w:jc w:val="both"/>
        <w:rPr>
          <w:rFonts w:cstheme="majorHAnsi"/>
          <w:sz w:val="18"/>
          <w:szCs w:val="18"/>
        </w:rPr>
      </w:pPr>
      <w:r>
        <w:rPr>
          <w:rFonts w:ascii="Sylfaen" w:hAnsi="Sylfaen" w:cs="Sylfaen"/>
          <w:sz w:val="18"/>
          <w:szCs w:val="18"/>
          <w:lang w:val="ka-GE"/>
        </w:rPr>
        <w:t xml:space="preserve">მენარდე </w:t>
      </w:r>
      <w:proofErr w:type="spellStart"/>
      <w:r w:rsidR="00A74260" w:rsidRPr="000C596E">
        <w:rPr>
          <w:rFonts w:ascii="Sylfaen" w:hAnsi="Sylfaen" w:cs="Sylfaen"/>
          <w:sz w:val="18"/>
          <w:szCs w:val="18"/>
        </w:rPr>
        <w:t>ვალდებულია</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აარიდოს</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დამკვეთს</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და</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თავის</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თავზე</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იკისროს</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მენარდის</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მიერ</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სამუშაოს</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შესრულების</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დროს</w:t>
      </w:r>
      <w:proofErr w:type="spellEnd"/>
      <w:r w:rsidR="00A74260" w:rsidRPr="000C596E">
        <w:rPr>
          <w:rFonts w:cstheme="majorHAnsi"/>
          <w:sz w:val="18"/>
          <w:szCs w:val="18"/>
        </w:rPr>
        <w:t>/</w:t>
      </w:r>
      <w:proofErr w:type="spellStart"/>
      <w:r w:rsidR="00A74260" w:rsidRPr="000C596E">
        <w:rPr>
          <w:rFonts w:ascii="Sylfaen" w:hAnsi="Sylfaen" w:cs="Sylfaen"/>
          <w:sz w:val="18"/>
          <w:szCs w:val="18"/>
        </w:rPr>
        <w:t>შედეგად</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დამდგარი</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ზიანი</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მათ</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შორის</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ქონებისა</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და</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ჯანმრთელობის</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დაზიანებით</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ან</w:t>
      </w:r>
      <w:proofErr w:type="spellEnd"/>
      <w:r w:rsidR="00A74260" w:rsidRPr="000C596E">
        <w:rPr>
          <w:rFonts w:cstheme="majorHAnsi"/>
          <w:sz w:val="18"/>
          <w:szCs w:val="18"/>
        </w:rPr>
        <w:t>/</w:t>
      </w:r>
      <w:proofErr w:type="spellStart"/>
      <w:r w:rsidR="00A74260" w:rsidRPr="000C596E">
        <w:rPr>
          <w:rFonts w:ascii="Sylfaen" w:hAnsi="Sylfaen" w:cs="Sylfaen"/>
          <w:sz w:val="18"/>
          <w:szCs w:val="18"/>
        </w:rPr>
        <w:t>და</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სიცოცხლის</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მოსპობით</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გამოწვეული</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ზიანი</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ასევე</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ისეთი</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ზიანი</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რომელიც</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დადგა</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მენარდის</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მიერ</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წინამდებარე</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ხელშეკრულებით</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ნაკისრი</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ვალდებულებების</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დარღვევის</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შედეგად</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მათ</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შორის</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შესაბამისი</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სახელმწიფო</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ორგანოების</w:t>
      </w:r>
      <w:proofErr w:type="spellEnd"/>
      <w:r w:rsidR="00A74260" w:rsidRPr="000C596E">
        <w:rPr>
          <w:rFonts w:cstheme="majorHAnsi"/>
          <w:sz w:val="18"/>
          <w:szCs w:val="18"/>
        </w:rPr>
        <w:t>/</w:t>
      </w:r>
      <w:proofErr w:type="spellStart"/>
      <w:r w:rsidR="00A74260" w:rsidRPr="000C596E">
        <w:rPr>
          <w:rFonts w:ascii="Sylfaen" w:hAnsi="Sylfaen" w:cs="Sylfaen"/>
          <w:sz w:val="18"/>
          <w:szCs w:val="18"/>
        </w:rPr>
        <w:t>ზედამხედველობის</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სამსახურების</w:t>
      </w:r>
      <w:proofErr w:type="spellEnd"/>
      <w:r w:rsidR="00A74260" w:rsidRPr="000C596E">
        <w:rPr>
          <w:rFonts w:cstheme="majorHAnsi"/>
          <w:sz w:val="18"/>
          <w:szCs w:val="18"/>
        </w:rPr>
        <w:t xml:space="preserve"> </w:t>
      </w:r>
      <w:r>
        <w:rPr>
          <w:rFonts w:ascii="Sylfaen" w:hAnsi="Sylfaen" w:cstheme="majorHAnsi"/>
          <w:sz w:val="18"/>
          <w:szCs w:val="18"/>
          <w:lang w:val="ka-GE"/>
        </w:rPr>
        <w:t>(</w:t>
      </w:r>
      <w:proofErr w:type="spellStart"/>
      <w:r w:rsidR="00A74260" w:rsidRPr="000C596E">
        <w:rPr>
          <w:rFonts w:ascii="Sylfaen" w:hAnsi="Sylfaen" w:cs="Sylfaen"/>
          <w:sz w:val="18"/>
          <w:szCs w:val="18"/>
        </w:rPr>
        <w:t>მაგ</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მუნიციპალური</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ინსპექციის</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შრომის</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ინსპექციის</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სამსახური</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საგამოძიებო</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ორგანოების</w:t>
      </w:r>
      <w:proofErr w:type="spellEnd"/>
      <w:r>
        <w:rPr>
          <w:rFonts w:ascii="Sylfaen" w:hAnsi="Sylfaen" w:cs="Sylfaen"/>
          <w:sz w:val="18"/>
          <w:szCs w:val="18"/>
          <w:lang w:val="ka-GE"/>
        </w:rPr>
        <w:t>)</w:t>
      </w:r>
      <w:r w:rsidR="00A74260" w:rsidRPr="000C596E">
        <w:rPr>
          <w:rFonts w:cstheme="majorHAnsi"/>
          <w:sz w:val="18"/>
          <w:szCs w:val="18"/>
        </w:rPr>
        <w:t xml:space="preserve"> </w:t>
      </w:r>
      <w:proofErr w:type="spellStart"/>
      <w:r w:rsidR="00A74260" w:rsidRPr="000C596E">
        <w:rPr>
          <w:rFonts w:ascii="Sylfaen" w:hAnsi="Sylfaen" w:cs="Sylfaen"/>
          <w:sz w:val="18"/>
          <w:szCs w:val="18"/>
        </w:rPr>
        <w:t>მოთხოვნის</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საფუძველზე</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ან</w:t>
      </w:r>
      <w:proofErr w:type="spellEnd"/>
      <w:r w:rsidR="00A74260" w:rsidRPr="000C596E">
        <w:rPr>
          <w:rFonts w:cstheme="majorHAnsi"/>
          <w:sz w:val="18"/>
          <w:szCs w:val="18"/>
        </w:rPr>
        <w:t>/</w:t>
      </w:r>
      <w:proofErr w:type="spellStart"/>
      <w:r w:rsidR="00A74260" w:rsidRPr="000C596E">
        <w:rPr>
          <w:rFonts w:ascii="Sylfaen" w:hAnsi="Sylfaen" w:cs="Sylfaen"/>
          <w:sz w:val="18"/>
          <w:szCs w:val="18"/>
        </w:rPr>
        <w:t>და</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აღნიშნული</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დადასტურდება</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სსიპ</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ლევან</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სამხარაულის</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სახელობის</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სასამართლო</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ექსპერტიზის</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ეროვნული</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ბიუროს</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ან</w:t>
      </w:r>
      <w:proofErr w:type="spellEnd"/>
      <w:r w:rsidR="00A74260" w:rsidRPr="000C596E">
        <w:rPr>
          <w:rFonts w:cstheme="majorHAnsi"/>
          <w:sz w:val="18"/>
          <w:szCs w:val="18"/>
        </w:rPr>
        <w:t>/</w:t>
      </w:r>
      <w:proofErr w:type="spellStart"/>
      <w:r w:rsidR="00A74260" w:rsidRPr="000C596E">
        <w:rPr>
          <w:rFonts w:ascii="Sylfaen" w:hAnsi="Sylfaen" w:cs="Sylfaen"/>
          <w:sz w:val="18"/>
          <w:szCs w:val="18"/>
        </w:rPr>
        <w:t>და</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შესაბამისი</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აკრედიტირებული</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საექსპერტო</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დაწესებულების</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ან</w:t>
      </w:r>
      <w:proofErr w:type="spellEnd"/>
      <w:r w:rsidR="00A74260" w:rsidRPr="000C596E">
        <w:rPr>
          <w:rFonts w:cstheme="majorHAnsi"/>
          <w:sz w:val="18"/>
          <w:szCs w:val="18"/>
        </w:rPr>
        <w:t>/</w:t>
      </w:r>
      <w:proofErr w:type="spellStart"/>
      <w:r w:rsidR="00A74260" w:rsidRPr="000C596E">
        <w:rPr>
          <w:rFonts w:ascii="Sylfaen" w:hAnsi="Sylfaen" w:cs="Sylfaen"/>
          <w:sz w:val="18"/>
          <w:szCs w:val="18"/>
        </w:rPr>
        <w:t>და</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დამოუკიდებელი</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ექსპერტის</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მიერ</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აღნიშნულ</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საკითხზე</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გაცემული</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ექსპერტიზის</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დასკვნით</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დამკვეთი</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უფლებამოსილია</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თავად</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განახორციელოს</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წინამდებარე</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მუხლით</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გათვალისწინებული</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ზიანის</w:t>
      </w:r>
      <w:proofErr w:type="spellEnd"/>
      <w:r>
        <w:rPr>
          <w:rFonts w:ascii="Sylfaen" w:hAnsi="Sylfaen" w:cs="Sylfaen"/>
          <w:sz w:val="18"/>
          <w:szCs w:val="18"/>
          <w:lang w:val="ka-GE"/>
        </w:rPr>
        <w:t xml:space="preserve"> </w:t>
      </w:r>
      <w:proofErr w:type="spellStart"/>
      <w:r w:rsidR="00A74260" w:rsidRPr="000C596E">
        <w:rPr>
          <w:rFonts w:ascii="Sylfaen" w:hAnsi="Sylfaen" w:cs="Sylfaen"/>
          <w:sz w:val="18"/>
          <w:szCs w:val="18"/>
        </w:rPr>
        <w:t>ანაზღაურება</w:t>
      </w:r>
      <w:proofErr w:type="spellEnd"/>
      <w:r w:rsidR="00A74260" w:rsidRPr="000C596E">
        <w:rPr>
          <w:rFonts w:cstheme="majorHAnsi"/>
          <w:sz w:val="18"/>
          <w:szCs w:val="18"/>
        </w:rPr>
        <w:t xml:space="preserve"> </w:t>
      </w:r>
      <w:r>
        <w:rPr>
          <w:rFonts w:ascii="Sylfaen" w:hAnsi="Sylfaen" w:cstheme="majorHAnsi"/>
          <w:sz w:val="18"/>
          <w:szCs w:val="18"/>
          <w:lang w:val="ka-GE"/>
        </w:rPr>
        <w:t>(</w:t>
      </w:r>
      <w:proofErr w:type="spellStart"/>
      <w:r w:rsidR="00A74260" w:rsidRPr="000C596E">
        <w:rPr>
          <w:rFonts w:ascii="Sylfaen" w:hAnsi="Sylfaen" w:cs="Sylfaen"/>
          <w:sz w:val="18"/>
          <w:szCs w:val="18"/>
        </w:rPr>
        <w:t>მათ</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შორის</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ჯარიმა</w:t>
      </w:r>
      <w:proofErr w:type="spellEnd"/>
      <w:r w:rsidR="00A74260" w:rsidRPr="000C596E">
        <w:rPr>
          <w:rFonts w:cstheme="majorHAnsi"/>
          <w:sz w:val="18"/>
          <w:szCs w:val="18"/>
        </w:rPr>
        <w:t>/</w:t>
      </w:r>
      <w:proofErr w:type="spellStart"/>
      <w:r w:rsidR="00A74260" w:rsidRPr="000C596E">
        <w:rPr>
          <w:rFonts w:ascii="Sylfaen" w:hAnsi="Sylfaen" w:cs="Sylfaen"/>
          <w:sz w:val="18"/>
          <w:szCs w:val="18"/>
        </w:rPr>
        <w:t>საურავის</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გადახდა</w:t>
      </w:r>
      <w:proofErr w:type="spellEnd"/>
      <w:r>
        <w:rPr>
          <w:rFonts w:ascii="Sylfaen" w:hAnsi="Sylfaen" w:cs="Sylfaen"/>
          <w:sz w:val="18"/>
          <w:szCs w:val="18"/>
          <w:lang w:val="ka-GE"/>
        </w:rPr>
        <w:t>)</w:t>
      </w:r>
      <w:r w:rsidR="00A74260" w:rsidRPr="000C596E">
        <w:rPr>
          <w:rFonts w:cstheme="majorHAnsi"/>
          <w:sz w:val="18"/>
          <w:szCs w:val="18"/>
        </w:rPr>
        <w:t xml:space="preserve">, </w:t>
      </w:r>
      <w:proofErr w:type="spellStart"/>
      <w:r w:rsidR="00A74260" w:rsidRPr="000C596E">
        <w:rPr>
          <w:rFonts w:ascii="Sylfaen" w:hAnsi="Sylfaen" w:cs="Sylfaen"/>
          <w:sz w:val="18"/>
          <w:szCs w:val="18"/>
        </w:rPr>
        <w:t>რა</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შემთხვევაშიც</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დამკვეთს</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შეუძლია</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მენარდის</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სასარგებლოდ</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გადასახდელი</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თანხებიდან</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ჩამოაჭრას</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მას</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შესაბამისი</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თანხები</w:t>
      </w:r>
      <w:proofErr w:type="spellEnd"/>
      <w:r w:rsidR="00A74260" w:rsidRPr="000C596E">
        <w:rPr>
          <w:rFonts w:cstheme="majorHAnsi"/>
          <w:sz w:val="18"/>
          <w:szCs w:val="18"/>
        </w:rPr>
        <w:t xml:space="preserve"> </w:t>
      </w:r>
      <w:r w:rsidR="00957CBD">
        <w:rPr>
          <w:rFonts w:ascii="Sylfaen" w:hAnsi="Sylfaen" w:cstheme="majorHAnsi"/>
          <w:sz w:val="18"/>
          <w:szCs w:val="18"/>
          <w:lang w:val="ka-GE"/>
        </w:rPr>
        <w:t>10 (ათი) კალედნარული დღის გასვლის შემდეგ</w:t>
      </w:r>
      <w:r>
        <w:rPr>
          <w:rFonts w:ascii="Sylfaen" w:hAnsi="Sylfaen" w:cstheme="majorHAnsi"/>
          <w:sz w:val="18"/>
          <w:szCs w:val="18"/>
          <w:lang w:val="ka-GE"/>
        </w:rPr>
        <w:t xml:space="preserve"> (</w:t>
      </w:r>
      <w:proofErr w:type="spellStart"/>
      <w:r w:rsidR="00A74260" w:rsidRPr="000C596E">
        <w:rPr>
          <w:rFonts w:ascii="Sylfaen" w:hAnsi="Sylfaen" w:cs="Sylfaen"/>
          <w:sz w:val="18"/>
          <w:szCs w:val="18"/>
        </w:rPr>
        <w:t>დამკვეთის</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მიერ</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ანაზღაურებეული</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ზიანის</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ოდენობით</w:t>
      </w:r>
      <w:proofErr w:type="spellEnd"/>
      <w:r>
        <w:rPr>
          <w:rFonts w:ascii="Sylfaen" w:hAnsi="Sylfaen" w:cs="Sylfaen"/>
          <w:sz w:val="18"/>
          <w:szCs w:val="18"/>
          <w:lang w:val="ka-GE"/>
        </w:rPr>
        <w:t>)</w:t>
      </w:r>
      <w:r w:rsidR="00A74260" w:rsidRPr="000C596E">
        <w:rPr>
          <w:rFonts w:cstheme="majorHAnsi"/>
          <w:sz w:val="18"/>
          <w:szCs w:val="18"/>
        </w:rPr>
        <w:t xml:space="preserve">, </w:t>
      </w:r>
      <w:proofErr w:type="spellStart"/>
      <w:r w:rsidR="00A74260" w:rsidRPr="000C596E">
        <w:rPr>
          <w:rFonts w:ascii="Sylfaen" w:hAnsi="Sylfaen" w:cs="Sylfaen"/>
          <w:sz w:val="18"/>
          <w:szCs w:val="18"/>
        </w:rPr>
        <w:t>ხოლო</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თუ</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ასეთი</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თანხები</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საკმარისი</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არ</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იქნება</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აღნიშნული</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ზიანის</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დასაფარად</w:t>
      </w:r>
      <w:proofErr w:type="spellEnd"/>
      <w:r w:rsidR="00A74260" w:rsidRPr="000C596E">
        <w:rPr>
          <w:rFonts w:cstheme="majorHAnsi"/>
          <w:sz w:val="18"/>
          <w:szCs w:val="18"/>
        </w:rPr>
        <w:t xml:space="preserve">, </w:t>
      </w:r>
      <w:r>
        <w:rPr>
          <w:rFonts w:ascii="Sylfaen" w:hAnsi="Sylfaen" w:cs="Sylfaen"/>
          <w:sz w:val="18"/>
          <w:szCs w:val="18"/>
          <w:lang w:val="ka-GE"/>
        </w:rPr>
        <w:t xml:space="preserve">მენარდე </w:t>
      </w:r>
      <w:proofErr w:type="spellStart"/>
      <w:r w:rsidR="00A74260" w:rsidRPr="000C596E">
        <w:rPr>
          <w:rFonts w:ascii="Sylfaen" w:hAnsi="Sylfaen" w:cs="Sylfaen"/>
          <w:sz w:val="18"/>
          <w:szCs w:val="18"/>
        </w:rPr>
        <w:t>ვალდებულია</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სრულად</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აუნაზღაუროს</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დამკვეთს</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შესაბამისი</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თანხა</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თუ</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დამკვეთის</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მხრიდან</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ანაზღაურებული</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იქნება</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წინამდებარე</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მუხლით</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გათვალისწინებული</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ზიანი</w:t>
      </w:r>
      <w:proofErr w:type="spellEnd"/>
      <w:r>
        <w:rPr>
          <w:rFonts w:cstheme="majorHAnsi"/>
          <w:sz w:val="18"/>
          <w:szCs w:val="18"/>
        </w:rPr>
        <w:t xml:space="preserve"> </w:t>
      </w:r>
      <w:r>
        <w:rPr>
          <w:rFonts w:ascii="Sylfaen" w:hAnsi="Sylfaen" w:cstheme="majorHAnsi"/>
          <w:sz w:val="18"/>
          <w:szCs w:val="18"/>
          <w:lang w:val="ka-GE"/>
        </w:rPr>
        <w:t>(</w:t>
      </w:r>
      <w:proofErr w:type="spellStart"/>
      <w:r w:rsidR="00A74260" w:rsidRPr="000C596E">
        <w:rPr>
          <w:rFonts w:ascii="Sylfaen" w:hAnsi="Sylfaen" w:cs="Sylfaen"/>
          <w:sz w:val="18"/>
          <w:szCs w:val="18"/>
        </w:rPr>
        <w:t>მათ</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შორის</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ჯარიმა</w:t>
      </w:r>
      <w:proofErr w:type="spellEnd"/>
      <w:r w:rsidR="00A74260" w:rsidRPr="000C596E">
        <w:rPr>
          <w:rFonts w:cstheme="majorHAnsi"/>
          <w:sz w:val="18"/>
          <w:szCs w:val="18"/>
        </w:rPr>
        <w:t>/</w:t>
      </w:r>
      <w:proofErr w:type="spellStart"/>
      <w:r w:rsidR="00A74260" w:rsidRPr="000C596E">
        <w:rPr>
          <w:rFonts w:ascii="Sylfaen" w:hAnsi="Sylfaen" w:cs="Sylfaen"/>
          <w:sz w:val="18"/>
          <w:szCs w:val="18"/>
        </w:rPr>
        <w:t>საურავი</w:t>
      </w:r>
      <w:proofErr w:type="spellEnd"/>
      <w:r>
        <w:rPr>
          <w:rFonts w:ascii="Sylfaen" w:hAnsi="Sylfaen" w:cstheme="majorHAnsi"/>
          <w:sz w:val="18"/>
          <w:szCs w:val="18"/>
          <w:lang w:val="ka-GE"/>
        </w:rPr>
        <w:t>)</w:t>
      </w:r>
      <w:r w:rsidR="00A74260" w:rsidRPr="000C596E">
        <w:rPr>
          <w:rFonts w:cstheme="majorHAnsi"/>
          <w:sz w:val="18"/>
          <w:szCs w:val="18"/>
        </w:rPr>
        <w:t xml:space="preserve">, </w:t>
      </w:r>
      <w:proofErr w:type="spellStart"/>
      <w:r w:rsidR="00A74260" w:rsidRPr="000C596E">
        <w:rPr>
          <w:rFonts w:ascii="Sylfaen" w:hAnsi="Sylfaen" w:cs="Sylfaen"/>
          <w:sz w:val="18"/>
          <w:szCs w:val="18"/>
        </w:rPr>
        <w:t>დამკვეთს</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უფლება</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ექნება</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რეგრესის</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წესით</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მოსთხოვოს</w:t>
      </w:r>
      <w:proofErr w:type="spellEnd"/>
      <w:r w:rsidR="00A74260" w:rsidRPr="000C596E">
        <w:rPr>
          <w:rFonts w:cstheme="majorHAnsi"/>
          <w:sz w:val="18"/>
          <w:szCs w:val="18"/>
        </w:rPr>
        <w:t xml:space="preserve"> </w:t>
      </w:r>
      <w:r>
        <w:rPr>
          <w:rFonts w:ascii="Sylfaen" w:hAnsi="Sylfaen" w:cs="Sylfaen"/>
          <w:sz w:val="18"/>
          <w:szCs w:val="18"/>
          <w:lang w:val="ka-GE"/>
        </w:rPr>
        <w:t>მენარდეს</w:t>
      </w:r>
      <w:r w:rsidR="00A74260" w:rsidRPr="000C596E">
        <w:rPr>
          <w:rFonts w:cstheme="majorHAnsi"/>
          <w:sz w:val="18"/>
          <w:szCs w:val="18"/>
        </w:rPr>
        <w:t xml:space="preserve"> </w:t>
      </w:r>
      <w:proofErr w:type="spellStart"/>
      <w:r w:rsidR="00A74260" w:rsidRPr="000C596E">
        <w:rPr>
          <w:rFonts w:ascii="Sylfaen" w:hAnsi="Sylfaen" w:cs="Sylfaen"/>
          <w:sz w:val="18"/>
          <w:szCs w:val="18"/>
        </w:rPr>
        <w:t>მის</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მიერ</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ანაზღაურებული</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თანხის</w:t>
      </w:r>
      <w:proofErr w:type="spellEnd"/>
      <w:r w:rsidR="00A74260" w:rsidRPr="000C596E">
        <w:rPr>
          <w:rFonts w:cstheme="majorHAnsi"/>
          <w:sz w:val="18"/>
          <w:szCs w:val="18"/>
        </w:rPr>
        <w:t xml:space="preserve"> </w:t>
      </w:r>
      <w:proofErr w:type="spellStart"/>
      <w:r w:rsidR="00A74260" w:rsidRPr="000C596E">
        <w:rPr>
          <w:rFonts w:ascii="Sylfaen" w:hAnsi="Sylfaen" w:cs="Sylfaen"/>
          <w:sz w:val="18"/>
          <w:szCs w:val="18"/>
        </w:rPr>
        <w:t>გადახდა</w:t>
      </w:r>
      <w:proofErr w:type="spellEnd"/>
      <w:r w:rsidR="00A74260" w:rsidRPr="000C596E">
        <w:rPr>
          <w:rFonts w:cstheme="majorHAnsi"/>
          <w:sz w:val="18"/>
          <w:szCs w:val="18"/>
        </w:rPr>
        <w:t xml:space="preserve">.  </w:t>
      </w:r>
    </w:p>
    <w:p w14:paraId="46249797" w14:textId="5D38A5D3" w:rsidR="004B6084" w:rsidRDefault="00A74260" w:rsidP="00185C20">
      <w:pPr>
        <w:pStyle w:val="ListParagraph"/>
        <w:numPr>
          <w:ilvl w:val="1"/>
          <w:numId w:val="13"/>
        </w:numPr>
        <w:jc w:val="both"/>
        <w:rPr>
          <w:rFonts w:cstheme="majorHAnsi"/>
          <w:sz w:val="18"/>
          <w:szCs w:val="18"/>
        </w:rPr>
      </w:pPr>
      <w:proofErr w:type="spellStart"/>
      <w:r w:rsidRPr="000C596E">
        <w:rPr>
          <w:rFonts w:ascii="Sylfaen" w:hAnsi="Sylfaen" w:cs="Sylfaen"/>
          <w:sz w:val="18"/>
          <w:szCs w:val="18"/>
        </w:rPr>
        <w:t>იმ</w:t>
      </w:r>
      <w:proofErr w:type="spellEnd"/>
      <w:r w:rsidRPr="000C596E">
        <w:rPr>
          <w:rFonts w:cstheme="majorHAnsi"/>
          <w:sz w:val="18"/>
          <w:szCs w:val="18"/>
        </w:rPr>
        <w:t xml:space="preserve"> </w:t>
      </w:r>
      <w:proofErr w:type="spellStart"/>
      <w:r w:rsidRPr="000C596E">
        <w:rPr>
          <w:rFonts w:ascii="Sylfaen" w:hAnsi="Sylfaen" w:cs="Sylfaen"/>
          <w:sz w:val="18"/>
          <w:szCs w:val="18"/>
        </w:rPr>
        <w:t>შემთხვევაში</w:t>
      </w:r>
      <w:proofErr w:type="spellEnd"/>
      <w:r w:rsidRPr="000C596E">
        <w:rPr>
          <w:rFonts w:cstheme="majorHAnsi"/>
          <w:sz w:val="18"/>
          <w:szCs w:val="18"/>
        </w:rPr>
        <w:t>,</w:t>
      </w:r>
      <w:r w:rsidR="00C910C2">
        <w:rPr>
          <w:rFonts w:ascii="Sylfaen" w:hAnsi="Sylfaen" w:cstheme="majorHAnsi"/>
          <w:sz w:val="18"/>
          <w:szCs w:val="18"/>
          <w:lang w:val="ka-GE"/>
        </w:rPr>
        <w:t xml:space="preserve"> </w:t>
      </w:r>
      <w:proofErr w:type="spellStart"/>
      <w:r w:rsidRPr="000C596E">
        <w:rPr>
          <w:rFonts w:ascii="Sylfaen" w:hAnsi="Sylfaen" w:cs="Sylfaen"/>
          <w:sz w:val="18"/>
          <w:szCs w:val="18"/>
        </w:rPr>
        <w:t>თუ</w:t>
      </w:r>
      <w:proofErr w:type="spellEnd"/>
      <w:r w:rsidRPr="000C596E">
        <w:rPr>
          <w:rFonts w:cstheme="majorHAnsi"/>
          <w:sz w:val="18"/>
          <w:szCs w:val="18"/>
        </w:rPr>
        <w:t xml:space="preserve"> </w:t>
      </w:r>
      <w:proofErr w:type="spellStart"/>
      <w:r w:rsidRPr="000C596E">
        <w:rPr>
          <w:rFonts w:ascii="Sylfaen" w:hAnsi="Sylfaen" w:cs="Sylfaen"/>
          <w:sz w:val="18"/>
          <w:szCs w:val="18"/>
        </w:rPr>
        <w:t>მენარდის</w:t>
      </w:r>
      <w:proofErr w:type="spellEnd"/>
      <w:r w:rsidRPr="000C596E">
        <w:rPr>
          <w:rFonts w:cstheme="majorHAnsi"/>
          <w:sz w:val="18"/>
          <w:szCs w:val="18"/>
        </w:rPr>
        <w:t xml:space="preserve"> </w:t>
      </w:r>
      <w:proofErr w:type="spellStart"/>
      <w:r w:rsidRPr="000C596E">
        <w:rPr>
          <w:rFonts w:ascii="Sylfaen" w:hAnsi="Sylfaen" w:cs="Sylfaen"/>
          <w:sz w:val="18"/>
          <w:szCs w:val="18"/>
        </w:rPr>
        <w:t>მიერ</w:t>
      </w:r>
      <w:proofErr w:type="spellEnd"/>
      <w:r w:rsidRPr="000C596E">
        <w:rPr>
          <w:rFonts w:cstheme="majorHAnsi"/>
          <w:sz w:val="18"/>
          <w:szCs w:val="18"/>
        </w:rPr>
        <w:t xml:space="preserve"> </w:t>
      </w:r>
      <w:proofErr w:type="spellStart"/>
      <w:r w:rsidRPr="000C596E">
        <w:rPr>
          <w:rFonts w:ascii="Sylfaen" w:hAnsi="Sylfaen" w:cs="Sylfaen"/>
          <w:sz w:val="18"/>
          <w:szCs w:val="18"/>
        </w:rPr>
        <w:t>სამუშაოების</w:t>
      </w:r>
      <w:proofErr w:type="spellEnd"/>
      <w:r w:rsidRPr="000C596E">
        <w:rPr>
          <w:rFonts w:cstheme="majorHAnsi"/>
          <w:sz w:val="18"/>
          <w:szCs w:val="18"/>
        </w:rPr>
        <w:t xml:space="preserve"> </w:t>
      </w:r>
      <w:proofErr w:type="spellStart"/>
      <w:r w:rsidRPr="000C596E">
        <w:rPr>
          <w:rFonts w:ascii="Sylfaen" w:hAnsi="Sylfaen" w:cs="Sylfaen"/>
          <w:sz w:val="18"/>
          <w:szCs w:val="18"/>
        </w:rPr>
        <w:t>შესრულებისას</w:t>
      </w:r>
      <w:proofErr w:type="spellEnd"/>
      <w:r w:rsidRPr="000C596E">
        <w:rPr>
          <w:rFonts w:cstheme="majorHAnsi"/>
          <w:sz w:val="18"/>
          <w:szCs w:val="18"/>
        </w:rPr>
        <w:t xml:space="preserve">, </w:t>
      </w:r>
      <w:proofErr w:type="spellStart"/>
      <w:r w:rsidRPr="000C596E">
        <w:rPr>
          <w:rFonts w:ascii="Sylfaen" w:hAnsi="Sylfaen" w:cs="Sylfaen"/>
          <w:sz w:val="18"/>
          <w:szCs w:val="18"/>
        </w:rPr>
        <w:t>საჭირო</w:t>
      </w:r>
      <w:proofErr w:type="spellEnd"/>
      <w:r w:rsidRPr="000C596E">
        <w:rPr>
          <w:rFonts w:cstheme="majorHAnsi"/>
          <w:sz w:val="18"/>
          <w:szCs w:val="18"/>
        </w:rPr>
        <w:t xml:space="preserve"> </w:t>
      </w:r>
      <w:proofErr w:type="spellStart"/>
      <w:r w:rsidRPr="000C596E">
        <w:rPr>
          <w:rFonts w:ascii="Sylfaen" w:hAnsi="Sylfaen" w:cs="Sylfaen"/>
          <w:sz w:val="18"/>
          <w:szCs w:val="18"/>
        </w:rPr>
        <w:t>გახდა</w:t>
      </w:r>
      <w:proofErr w:type="spellEnd"/>
      <w:r w:rsidRPr="000C596E">
        <w:rPr>
          <w:rFonts w:cstheme="majorHAnsi"/>
          <w:sz w:val="18"/>
          <w:szCs w:val="18"/>
        </w:rPr>
        <w:t xml:space="preserve"> </w:t>
      </w:r>
      <w:proofErr w:type="spellStart"/>
      <w:r w:rsidRPr="000C596E">
        <w:rPr>
          <w:rFonts w:ascii="Sylfaen" w:hAnsi="Sylfaen" w:cs="Sylfaen"/>
          <w:sz w:val="18"/>
          <w:szCs w:val="18"/>
        </w:rPr>
        <w:t>ობიექტის</w:t>
      </w:r>
      <w:proofErr w:type="spellEnd"/>
      <w:r w:rsidRPr="000C596E">
        <w:rPr>
          <w:rFonts w:cstheme="majorHAnsi"/>
          <w:sz w:val="18"/>
          <w:szCs w:val="18"/>
        </w:rPr>
        <w:t xml:space="preserve"> </w:t>
      </w:r>
      <w:proofErr w:type="spellStart"/>
      <w:r w:rsidRPr="000C596E">
        <w:rPr>
          <w:rFonts w:ascii="Sylfaen" w:hAnsi="Sylfaen" w:cs="Sylfaen"/>
          <w:sz w:val="18"/>
          <w:szCs w:val="18"/>
        </w:rPr>
        <w:t>საზღვრებს</w:t>
      </w:r>
      <w:proofErr w:type="spellEnd"/>
      <w:r w:rsidRPr="000C596E">
        <w:rPr>
          <w:rFonts w:cstheme="majorHAnsi"/>
          <w:sz w:val="18"/>
          <w:szCs w:val="18"/>
        </w:rPr>
        <w:t xml:space="preserve"> </w:t>
      </w:r>
      <w:r w:rsidR="00D41C3E">
        <w:rPr>
          <w:rFonts w:ascii="Sylfaen" w:hAnsi="Sylfaen" w:cstheme="majorHAnsi"/>
          <w:sz w:val="18"/>
          <w:szCs w:val="18"/>
          <w:lang w:val="ka-GE"/>
        </w:rPr>
        <w:t>(</w:t>
      </w:r>
      <w:proofErr w:type="spellStart"/>
      <w:r w:rsidRPr="000C596E">
        <w:rPr>
          <w:rFonts w:ascii="Sylfaen" w:hAnsi="Sylfaen" w:cs="Sylfaen"/>
          <w:sz w:val="18"/>
          <w:szCs w:val="18"/>
        </w:rPr>
        <w:t>ე</w:t>
      </w:r>
      <w:r w:rsidRPr="000C596E">
        <w:rPr>
          <w:rFonts w:cstheme="majorHAnsi"/>
          <w:sz w:val="18"/>
          <w:szCs w:val="18"/>
        </w:rPr>
        <w:t>.</w:t>
      </w:r>
      <w:r w:rsidRPr="000C596E">
        <w:rPr>
          <w:rFonts w:ascii="Sylfaen" w:hAnsi="Sylfaen" w:cs="Sylfaen"/>
          <w:sz w:val="18"/>
          <w:szCs w:val="18"/>
        </w:rPr>
        <w:t>წ</w:t>
      </w:r>
      <w:proofErr w:type="spellEnd"/>
      <w:r w:rsidRPr="000C596E">
        <w:rPr>
          <w:rFonts w:cstheme="majorHAnsi"/>
          <w:sz w:val="18"/>
          <w:szCs w:val="18"/>
        </w:rPr>
        <w:t xml:space="preserve">. </w:t>
      </w:r>
      <w:proofErr w:type="spellStart"/>
      <w:r w:rsidRPr="000C596E">
        <w:rPr>
          <w:rFonts w:ascii="Sylfaen" w:hAnsi="Sylfaen" w:cs="Sylfaen"/>
          <w:sz w:val="18"/>
          <w:szCs w:val="18"/>
        </w:rPr>
        <w:t>წითელი</w:t>
      </w:r>
      <w:proofErr w:type="spellEnd"/>
      <w:r w:rsidRPr="000C596E">
        <w:rPr>
          <w:rFonts w:cstheme="majorHAnsi"/>
          <w:sz w:val="18"/>
          <w:szCs w:val="18"/>
        </w:rPr>
        <w:t xml:space="preserve"> </w:t>
      </w:r>
      <w:proofErr w:type="spellStart"/>
      <w:r w:rsidRPr="000C596E">
        <w:rPr>
          <w:rFonts w:ascii="Sylfaen" w:hAnsi="Sylfaen" w:cs="Sylfaen"/>
          <w:sz w:val="18"/>
          <w:szCs w:val="18"/>
        </w:rPr>
        <w:t>ხაზები</w:t>
      </w:r>
      <w:proofErr w:type="spellEnd"/>
      <w:r w:rsidR="00D41C3E">
        <w:rPr>
          <w:rFonts w:ascii="Sylfaen" w:hAnsi="Sylfaen" w:cs="Sylfaen"/>
          <w:sz w:val="18"/>
          <w:szCs w:val="18"/>
          <w:lang w:val="ka-GE"/>
        </w:rPr>
        <w:t>)</w:t>
      </w:r>
      <w:r w:rsidRPr="000C596E">
        <w:rPr>
          <w:rFonts w:cstheme="majorHAnsi"/>
          <w:sz w:val="18"/>
          <w:szCs w:val="18"/>
        </w:rPr>
        <w:t xml:space="preserve"> </w:t>
      </w:r>
      <w:proofErr w:type="spellStart"/>
      <w:r w:rsidRPr="000C596E">
        <w:rPr>
          <w:rFonts w:ascii="Sylfaen" w:hAnsi="Sylfaen" w:cs="Sylfaen"/>
          <w:sz w:val="18"/>
          <w:szCs w:val="18"/>
        </w:rPr>
        <w:t>გარეთ</w:t>
      </w:r>
      <w:proofErr w:type="spellEnd"/>
      <w:r w:rsidRPr="000C596E">
        <w:rPr>
          <w:rFonts w:cstheme="majorHAnsi"/>
          <w:sz w:val="18"/>
          <w:szCs w:val="18"/>
        </w:rPr>
        <w:t xml:space="preserve"> </w:t>
      </w:r>
      <w:proofErr w:type="spellStart"/>
      <w:r w:rsidRPr="000C596E">
        <w:rPr>
          <w:rFonts w:ascii="Sylfaen" w:hAnsi="Sylfaen" w:cs="Sylfaen"/>
          <w:sz w:val="18"/>
          <w:szCs w:val="18"/>
        </w:rPr>
        <w:t>სამუშაოების</w:t>
      </w:r>
      <w:proofErr w:type="spellEnd"/>
      <w:r w:rsidRPr="000C596E">
        <w:rPr>
          <w:rFonts w:cstheme="majorHAnsi"/>
          <w:sz w:val="18"/>
          <w:szCs w:val="18"/>
        </w:rPr>
        <w:t xml:space="preserve"> </w:t>
      </w:r>
      <w:proofErr w:type="spellStart"/>
      <w:r w:rsidRPr="000C596E">
        <w:rPr>
          <w:rFonts w:ascii="Sylfaen" w:hAnsi="Sylfaen" w:cs="Sylfaen"/>
          <w:sz w:val="18"/>
          <w:szCs w:val="18"/>
        </w:rPr>
        <w:t>განხორციელება</w:t>
      </w:r>
      <w:proofErr w:type="spellEnd"/>
      <w:r w:rsidRPr="000C596E">
        <w:rPr>
          <w:rFonts w:cstheme="majorHAnsi"/>
          <w:sz w:val="18"/>
          <w:szCs w:val="18"/>
        </w:rPr>
        <w:t xml:space="preserve">, </w:t>
      </w:r>
      <w:proofErr w:type="spellStart"/>
      <w:r w:rsidRPr="000C596E">
        <w:rPr>
          <w:rFonts w:ascii="Sylfaen" w:hAnsi="Sylfaen" w:cs="Sylfaen"/>
          <w:sz w:val="18"/>
          <w:szCs w:val="18"/>
        </w:rPr>
        <w:t>ინფორმაციის</w:t>
      </w:r>
      <w:proofErr w:type="spellEnd"/>
      <w:r w:rsidRPr="000C596E">
        <w:rPr>
          <w:rFonts w:cstheme="majorHAnsi"/>
          <w:sz w:val="18"/>
          <w:szCs w:val="18"/>
        </w:rPr>
        <w:t>/</w:t>
      </w:r>
      <w:proofErr w:type="spellStart"/>
      <w:r w:rsidRPr="000C596E">
        <w:rPr>
          <w:rFonts w:ascii="Sylfaen" w:hAnsi="Sylfaen" w:cs="Sylfaen"/>
          <w:sz w:val="18"/>
          <w:szCs w:val="18"/>
        </w:rPr>
        <w:t>დოკუმენტაციის</w:t>
      </w:r>
      <w:proofErr w:type="spellEnd"/>
      <w:r w:rsidRPr="000C596E">
        <w:rPr>
          <w:rFonts w:cstheme="majorHAnsi"/>
          <w:sz w:val="18"/>
          <w:szCs w:val="18"/>
        </w:rPr>
        <w:t xml:space="preserve"> </w:t>
      </w:r>
      <w:proofErr w:type="spellStart"/>
      <w:r w:rsidRPr="000C596E">
        <w:rPr>
          <w:rFonts w:ascii="Sylfaen" w:hAnsi="Sylfaen" w:cs="Sylfaen"/>
          <w:sz w:val="18"/>
          <w:szCs w:val="18"/>
        </w:rPr>
        <w:t>მოპოვების</w:t>
      </w:r>
      <w:proofErr w:type="spellEnd"/>
      <w:r w:rsidRPr="000C596E">
        <w:rPr>
          <w:rFonts w:cstheme="majorHAnsi"/>
          <w:sz w:val="18"/>
          <w:szCs w:val="18"/>
        </w:rPr>
        <w:t xml:space="preserve"> </w:t>
      </w:r>
      <w:proofErr w:type="spellStart"/>
      <w:r w:rsidRPr="000C596E">
        <w:rPr>
          <w:rFonts w:ascii="Sylfaen" w:hAnsi="Sylfaen" w:cs="Sylfaen"/>
          <w:sz w:val="18"/>
          <w:szCs w:val="18"/>
        </w:rPr>
        <w:t>და</w:t>
      </w:r>
      <w:proofErr w:type="spellEnd"/>
      <w:r w:rsidRPr="000C596E">
        <w:rPr>
          <w:rFonts w:cstheme="majorHAnsi"/>
          <w:sz w:val="18"/>
          <w:szCs w:val="18"/>
        </w:rPr>
        <w:t xml:space="preserve"> </w:t>
      </w:r>
      <w:proofErr w:type="spellStart"/>
      <w:r w:rsidRPr="000C596E">
        <w:rPr>
          <w:rFonts w:ascii="Sylfaen" w:hAnsi="Sylfaen" w:cs="Sylfaen"/>
          <w:sz w:val="18"/>
          <w:szCs w:val="18"/>
        </w:rPr>
        <w:t>სამუშაოების</w:t>
      </w:r>
      <w:proofErr w:type="spellEnd"/>
      <w:r w:rsidRPr="000C596E">
        <w:rPr>
          <w:rFonts w:cstheme="majorHAnsi"/>
          <w:sz w:val="18"/>
          <w:szCs w:val="18"/>
        </w:rPr>
        <w:t xml:space="preserve"> </w:t>
      </w:r>
      <w:proofErr w:type="spellStart"/>
      <w:r w:rsidRPr="000C596E">
        <w:rPr>
          <w:rFonts w:ascii="Sylfaen" w:hAnsi="Sylfaen" w:cs="Sylfaen"/>
          <w:sz w:val="18"/>
          <w:szCs w:val="18"/>
        </w:rPr>
        <w:t>შესრულების</w:t>
      </w:r>
      <w:proofErr w:type="spellEnd"/>
      <w:r w:rsidRPr="000C596E">
        <w:rPr>
          <w:rFonts w:cstheme="majorHAnsi"/>
          <w:sz w:val="18"/>
          <w:szCs w:val="18"/>
        </w:rPr>
        <w:t xml:space="preserve"> </w:t>
      </w:r>
      <w:proofErr w:type="spellStart"/>
      <w:r w:rsidRPr="000C596E">
        <w:rPr>
          <w:rFonts w:ascii="Sylfaen" w:hAnsi="Sylfaen" w:cs="Sylfaen"/>
          <w:sz w:val="18"/>
          <w:szCs w:val="18"/>
        </w:rPr>
        <w:t>ვალდებულება</w:t>
      </w:r>
      <w:proofErr w:type="spellEnd"/>
      <w:r w:rsidRPr="000C596E">
        <w:rPr>
          <w:rFonts w:cstheme="majorHAnsi"/>
          <w:sz w:val="18"/>
          <w:szCs w:val="18"/>
        </w:rPr>
        <w:t xml:space="preserve"> </w:t>
      </w:r>
      <w:proofErr w:type="spellStart"/>
      <w:r w:rsidRPr="000C596E">
        <w:rPr>
          <w:rFonts w:ascii="Sylfaen" w:hAnsi="Sylfaen" w:cs="Sylfaen"/>
          <w:sz w:val="18"/>
          <w:szCs w:val="18"/>
        </w:rPr>
        <w:t>ეკისრება</w:t>
      </w:r>
      <w:proofErr w:type="spellEnd"/>
      <w:r w:rsidRPr="000C596E">
        <w:rPr>
          <w:rFonts w:cstheme="majorHAnsi"/>
          <w:sz w:val="18"/>
          <w:szCs w:val="18"/>
        </w:rPr>
        <w:t xml:space="preserve"> </w:t>
      </w:r>
      <w:r w:rsidR="00D41C3E">
        <w:rPr>
          <w:rFonts w:ascii="Sylfaen" w:hAnsi="Sylfaen" w:cs="Sylfaen"/>
          <w:sz w:val="18"/>
          <w:szCs w:val="18"/>
          <w:lang w:val="ka-GE"/>
        </w:rPr>
        <w:t>მენარდეს</w:t>
      </w:r>
      <w:r w:rsidRPr="000C596E">
        <w:rPr>
          <w:rFonts w:cstheme="majorHAnsi"/>
          <w:sz w:val="18"/>
          <w:szCs w:val="18"/>
        </w:rPr>
        <w:t xml:space="preserve">, </w:t>
      </w:r>
      <w:proofErr w:type="spellStart"/>
      <w:r w:rsidRPr="000C596E">
        <w:rPr>
          <w:rFonts w:ascii="Sylfaen" w:hAnsi="Sylfaen" w:cs="Sylfaen"/>
          <w:sz w:val="18"/>
          <w:szCs w:val="18"/>
        </w:rPr>
        <w:t>დამკვეთის</w:t>
      </w:r>
      <w:proofErr w:type="spellEnd"/>
      <w:r w:rsidRPr="000C596E">
        <w:rPr>
          <w:rFonts w:cstheme="majorHAnsi"/>
          <w:sz w:val="18"/>
          <w:szCs w:val="18"/>
        </w:rPr>
        <w:t xml:space="preserve"> </w:t>
      </w:r>
      <w:proofErr w:type="spellStart"/>
      <w:r w:rsidRPr="000C596E">
        <w:rPr>
          <w:rFonts w:ascii="Sylfaen" w:hAnsi="Sylfaen" w:cs="Sylfaen"/>
          <w:sz w:val="18"/>
          <w:szCs w:val="18"/>
        </w:rPr>
        <w:t>ხარჯით</w:t>
      </w:r>
      <w:proofErr w:type="spellEnd"/>
      <w:r w:rsidRPr="000C596E">
        <w:rPr>
          <w:rFonts w:cstheme="majorHAnsi"/>
          <w:sz w:val="18"/>
          <w:szCs w:val="18"/>
        </w:rPr>
        <w:t xml:space="preserve">. </w:t>
      </w:r>
      <w:proofErr w:type="spellStart"/>
      <w:r w:rsidRPr="000C596E">
        <w:rPr>
          <w:rFonts w:ascii="Sylfaen" w:hAnsi="Sylfaen" w:cs="Sylfaen"/>
          <w:sz w:val="18"/>
          <w:szCs w:val="18"/>
        </w:rPr>
        <w:t>დამდგარი</w:t>
      </w:r>
      <w:proofErr w:type="spellEnd"/>
      <w:r w:rsidRPr="000C596E">
        <w:rPr>
          <w:rFonts w:cstheme="majorHAnsi"/>
          <w:sz w:val="18"/>
          <w:szCs w:val="18"/>
        </w:rPr>
        <w:t xml:space="preserve"> </w:t>
      </w:r>
      <w:proofErr w:type="spellStart"/>
      <w:r w:rsidRPr="000C596E">
        <w:rPr>
          <w:rFonts w:ascii="Sylfaen" w:hAnsi="Sylfaen" w:cs="Sylfaen"/>
          <w:sz w:val="18"/>
          <w:szCs w:val="18"/>
        </w:rPr>
        <w:lastRenderedPageBreak/>
        <w:t>ზიანის</w:t>
      </w:r>
      <w:proofErr w:type="spellEnd"/>
      <w:r w:rsidRPr="000C596E">
        <w:rPr>
          <w:rFonts w:cstheme="majorHAnsi"/>
          <w:sz w:val="18"/>
          <w:szCs w:val="18"/>
        </w:rPr>
        <w:t xml:space="preserve"> </w:t>
      </w:r>
      <w:proofErr w:type="spellStart"/>
      <w:r w:rsidRPr="000C596E">
        <w:rPr>
          <w:rFonts w:ascii="Sylfaen" w:hAnsi="Sylfaen" w:cs="Sylfaen"/>
          <w:sz w:val="18"/>
          <w:szCs w:val="18"/>
        </w:rPr>
        <w:t>შემთხვევაში</w:t>
      </w:r>
      <w:proofErr w:type="spellEnd"/>
      <w:r w:rsidRPr="000C596E">
        <w:rPr>
          <w:rFonts w:cstheme="majorHAnsi"/>
          <w:sz w:val="18"/>
          <w:szCs w:val="18"/>
        </w:rPr>
        <w:t xml:space="preserve">, </w:t>
      </w:r>
      <w:r w:rsidR="00D41C3E">
        <w:rPr>
          <w:rFonts w:ascii="Sylfaen" w:hAnsi="Sylfaen" w:cs="Sylfaen"/>
          <w:sz w:val="18"/>
          <w:szCs w:val="18"/>
          <w:lang w:val="ka-GE"/>
        </w:rPr>
        <w:t xml:space="preserve">მენარდე </w:t>
      </w:r>
      <w:proofErr w:type="spellStart"/>
      <w:r w:rsidRPr="000C596E">
        <w:rPr>
          <w:rFonts w:ascii="Sylfaen" w:hAnsi="Sylfaen" w:cs="Sylfaen"/>
          <w:sz w:val="18"/>
          <w:szCs w:val="18"/>
        </w:rPr>
        <w:t>ვალდებულია</w:t>
      </w:r>
      <w:proofErr w:type="spellEnd"/>
      <w:r w:rsidRPr="000C596E">
        <w:rPr>
          <w:rFonts w:cstheme="majorHAnsi"/>
          <w:sz w:val="18"/>
          <w:szCs w:val="18"/>
        </w:rPr>
        <w:t xml:space="preserve">, </w:t>
      </w:r>
      <w:proofErr w:type="spellStart"/>
      <w:r w:rsidRPr="000C596E">
        <w:rPr>
          <w:rFonts w:ascii="Sylfaen" w:hAnsi="Sylfaen" w:cs="Sylfaen"/>
          <w:sz w:val="18"/>
          <w:szCs w:val="18"/>
        </w:rPr>
        <w:t>სრულად</w:t>
      </w:r>
      <w:proofErr w:type="spellEnd"/>
      <w:r w:rsidRPr="000C596E">
        <w:rPr>
          <w:rFonts w:cstheme="majorHAnsi"/>
          <w:sz w:val="18"/>
          <w:szCs w:val="18"/>
        </w:rPr>
        <w:t xml:space="preserve"> </w:t>
      </w:r>
      <w:proofErr w:type="spellStart"/>
      <w:r w:rsidRPr="000C596E">
        <w:rPr>
          <w:rFonts w:ascii="Sylfaen" w:hAnsi="Sylfaen" w:cs="Sylfaen"/>
          <w:sz w:val="18"/>
          <w:szCs w:val="18"/>
        </w:rPr>
        <w:t>აუნაზღაუროს</w:t>
      </w:r>
      <w:proofErr w:type="spellEnd"/>
      <w:r w:rsidRPr="000C596E">
        <w:rPr>
          <w:rFonts w:cstheme="majorHAnsi"/>
          <w:sz w:val="18"/>
          <w:szCs w:val="18"/>
        </w:rPr>
        <w:t xml:space="preserve"> </w:t>
      </w:r>
      <w:proofErr w:type="spellStart"/>
      <w:r w:rsidRPr="000C596E">
        <w:rPr>
          <w:rFonts w:ascii="Sylfaen" w:hAnsi="Sylfaen" w:cs="Sylfaen"/>
          <w:sz w:val="18"/>
          <w:szCs w:val="18"/>
        </w:rPr>
        <w:t>დამკვეთს</w:t>
      </w:r>
      <w:proofErr w:type="spellEnd"/>
      <w:r w:rsidRPr="000C596E">
        <w:rPr>
          <w:rFonts w:cstheme="majorHAnsi"/>
          <w:sz w:val="18"/>
          <w:szCs w:val="18"/>
        </w:rPr>
        <w:t xml:space="preserve"> </w:t>
      </w:r>
      <w:proofErr w:type="spellStart"/>
      <w:r w:rsidRPr="000C596E">
        <w:rPr>
          <w:rFonts w:ascii="Sylfaen" w:hAnsi="Sylfaen" w:cs="Sylfaen"/>
          <w:sz w:val="18"/>
          <w:szCs w:val="18"/>
        </w:rPr>
        <w:t>მიყენებული</w:t>
      </w:r>
      <w:proofErr w:type="spellEnd"/>
      <w:r w:rsidRPr="000C596E">
        <w:rPr>
          <w:rFonts w:cstheme="majorHAnsi"/>
          <w:sz w:val="18"/>
          <w:szCs w:val="18"/>
        </w:rPr>
        <w:t xml:space="preserve"> </w:t>
      </w:r>
      <w:proofErr w:type="spellStart"/>
      <w:r w:rsidRPr="000C596E">
        <w:rPr>
          <w:rFonts w:ascii="Sylfaen" w:hAnsi="Sylfaen" w:cs="Sylfaen"/>
          <w:sz w:val="18"/>
          <w:szCs w:val="18"/>
        </w:rPr>
        <w:t>ზიანი</w:t>
      </w:r>
      <w:proofErr w:type="spellEnd"/>
      <w:r w:rsidRPr="000C596E">
        <w:rPr>
          <w:rFonts w:cstheme="majorHAnsi"/>
          <w:sz w:val="18"/>
          <w:szCs w:val="18"/>
        </w:rPr>
        <w:t xml:space="preserve">. </w:t>
      </w:r>
      <w:proofErr w:type="spellStart"/>
      <w:r w:rsidRPr="000C596E">
        <w:rPr>
          <w:rFonts w:ascii="Sylfaen" w:hAnsi="Sylfaen" w:cs="Sylfaen"/>
          <w:sz w:val="18"/>
          <w:szCs w:val="18"/>
        </w:rPr>
        <w:t>ამასთან</w:t>
      </w:r>
      <w:proofErr w:type="spellEnd"/>
      <w:r w:rsidRPr="000C596E">
        <w:rPr>
          <w:rFonts w:cstheme="majorHAnsi"/>
          <w:sz w:val="18"/>
          <w:szCs w:val="18"/>
        </w:rPr>
        <w:t xml:space="preserve"> </w:t>
      </w:r>
      <w:proofErr w:type="spellStart"/>
      <w:r w:rsidRPr="000C596E">
        <w:rPr>
          <w:rFonts w:ascii="Sylfaen" w:hAnsi="Sylfaen" w:cs="Sylfaen"/>
          <w:sz w:val="18"/>
          <w:szCs w:val="18"/>
        </w:rPr>
        <w:t>ერთად</w:t>
      </w:r>
      <w:proofErr w:type="spellEnd"/>
      <w:r w:rsidRPr="000C596E">
        <w:rPr>
          <w:rFonts w:cstheme="majorHAnsi"/>
          <w:sz w:val="18"/>
          <w:szCs w:val="18"/>
        </w:rPr>
        <w:t xml:space="preserve"> </w:t>
      </w:r>
      <w:r w:rsidR="00F76F7F">
        <w:rPr>
          <w:rFonts w:ascii="Sylfaen" w:hAnsi="Sylfaen" w:cs="Sylfaen"/>
          <w:sz w:val="18"/>
          <w:szCs w:val="18"/>
          <w:lang w:val="ka-GE"/>
        </w:rPr>
        <w:t>მენარდემ</w:t>
      </w:r>
      <w:r w:rsidRPr="000C596E">
        <w:rPr>
          <w:rFonts w:cstheme="majorHAnsi"/>
          <w:sz w:val="18"/>
          <w:szCs w:val="18"/>
        </w:rPr>
        <w:t xml:space="preserve"> </w:t>
      </w:r>
      <w:proofErr w:type="spellStart"/>
      <w:r w:rsidRPr="000C596E">
        <w:rPr>
          <w:rFonts w:ascii="Sylfaen" w:hAnsi="Sylfaen" w:cs="Sylfaen"/>
          <w:sz w:val="18"/>
          <w:szCs w:val="18"/>
        </w:rPr>
        <w:t>დამკვეთს</w:t>
      </w:r>
      <w:proofErr w:type="spellEnd"/>
      <w:r w:rsidRPr="000C596E">
        <w:rPr>
          <w:rFonts w:cstheme="majorHAnsi"/>
          <w:sz w:val="18"/>
          <w:szCs w:val="18"/>
        </w:rPr>
        <w:t xml:space="preserve"> </w:t>
      </w:r>
      <w:proofErr w:type="spellStart"/>
      <w:r w:rsidRPr="000C596E">
        <w:rPr>
          <w:rFonts w:ascii="Sylfaen" w:hAnsi="Sylfaen" w:cs="Sylfaen"/>
          <w:sz w:val="18"/>
          <w:szCs w:val="18"/>
        </w:rPr>
        <w:t>წერილობით</w:t>
      </w:r>
      <w:proofErr w:type="spellEnd"/>
      <w:r w:rsidRPr="000C596E">
        <w:rPr>
          <w:rFonts w:cstheme="majorHAnsi"/>
          <w:sz w:val="18"/>
          <w:szCs w:val="18"/>
        </w:rPr>
        <w:t xml:space="preserve"> </w:t>
      </w:r>
      <w:proofErr w:type="spellStart"/>
      <w:r w:rsidRPr="000C596E">
        <w:rPr>
          <w:rFonts w:ascii="Sylfaen" w:hAnsi="Sylfaen" w:cs="Sylfaen"/>
          <w:sz w:val="18"/>
          <w:szCs w:val="18"/>
        </w:rPr>
        <w:t>უნდა</w:t>
      </w:r>
      <w:proofErr w:type="spellEnd"/>
      <w:r w:rsidRPr="000C596E">
        <w:rPr>
          <w:rFonts w:cstheme="majorHAnsi"/>
          <w:sz w:val="18"/>
          <w:szCs w:val="18"/>
        </w:rPr>
        <w:t xml:space="preserve"> </w:t>
      </w:r>
      <w:proofErr w:type="spellStart"/>
      <w:r w:rsidRPr="000C596E">
        <w:rPr>
          <w:rFonts w:ascii="Sylfaen" w:hAnsi="Sylfaen" w:cs="Sylfaen"/>
          <w:sz w:val="18"/>
          <w:szCs w:val="18"/>
        </w:rPr>
        <w:t>დაუსაბუთოს</w:t>
      </w:r>
      <w:proofErr w:type="spellEnd"/>
      <w:r w:rsidRPr="000C596E">
        <w:rPr>
          <w:rFonts w:cstheme="majorHAnsi"/>
          <w:sz w:val="18"/>
          <w:szCs w:val="18"/>
        </w:rPr>
        <w:t xml:space="preserve"> </w:t>
      </w:r>
      <w:proofErr w:type="spellStart"/>
      <w:r w:rsidRPr="000C596E">
        <w:rPr>
          <w:rFonts w:ascii="Sylfaen" w:hAnsi="Sylfaen" w:cs="Sylfaen"/>
          <w:sz w:val="18"/>
          <w:szCs w:val="18"/>
        </w:rPr>
        <w:t>წითელი</w:t>
      </w:r>
      <w:proofErr w:type="spellEnd"/>
      <w:r w:rsidRPr="000C596E">
        <w:rPr>
          <w:rFonts w:cstheme="majorHAnsi"/>
          <w:sz w:val="18"/>
          <w:szCs w:val="18"/>
        </w:rPr>
        <w:t xml:space="preserve"> </w:t>
      </w:r>
      <w:proofErr w:type="spellStart"/>
      <w:r w:rsidRPr="000C596E">
        <w:rPr>
          <w:rFonts w:ascii="Sylfaen" w:hAnsi="Sylfaen" w:cs="Sylfaen"/>
          <w:sz w:val="18"/>
          <w:szCs w:val="18"/>
        </w:rPr>
        <w:t>ხაზების</w:t>
      </w:r>
      <w:proofErr w:type="spellEnd"/>
      <w:r w:rsidRPr="000C596E">
        <w:rPr>
          <w:rFonts w:cstheme="majorHAnsi"/>
          <w:sz w:val="18"/>
          <w:szCs w:val="18"/>
        </w:rPr>
        <w:t xml:space="preserve"> </w:t>
      </w:r>
      <w:proofErr w:type="spellStart"/>
      <w:r w:rsidRPr="000C596E">
        <w:rPr>
          <w:rFonts w:ascii="Sylfaen" w:hAnsi="Sylfaen" w:cs="Sylfaen"/>
          <w:sz w:val="18"/>
          <w:szCs w:val="18"/>
        </w:rPr>
        <w:t>გარეთ</w:t>
      </w:r>
      <w:proofErr w:type="spellEnd"/>
      <w:r w:rsidRPr="000C596E">
        <w:rPr>
          <w:rFonts w:cstheme="majorHAnsi"/>
          <w:sz w:val="18"/>
          <w:szCs w:val="18"/>
        </w:rPr>
        <w:t xml:space="preserve"> </w:t>
      </w:r>
      <w:proofErr w:type="spellStart"/>
      <w:r w:rsidRPr="000C596E">
        <w:rPr>
          <w:rFonts w:ascii="Sylfaen" w:hAnsi="Sylfaen" w:cs="Sylfaen"/>
          <w:sz w:val="18"/>
          <w:szCs w:val="18"/>
        </w:rPr>
        <w:t>სამუშაოების</w:t>
      </w:r>
      <w:proofErr w:type="spellEnd"/>
      <w:r w:rsidRPr="000C596E">
        <w:rPr>
          <w:rFonts w:cstheme="majorHAnsi"/>
          <w:sz w:val="18"/>
          <w:szCs w:val="18"/>
        </w:rPr>
        <w:t xml:space="preserve"> </w:t>
      </w:r>
      <w:proofErr w:type="spellStart"/>
      <w:r w:rsidRPr="000C596E">
        <w:rPr>
          <w:rFonts w:ascii="Sylfaen" w:hAnsi="Sylfaen" w:cs="Sylfaen"/>
          <w:sz w:val="18"/>
          <w:szCs w:val="18"/>
        </w:rPr>
        <w:t>წარმოების</w:t>
      </w:r>
      <w:proofErr w:type="spellEnd"/>
      <w:r w:rsidRPr="000C596E">
        <w:rPr>
          <w:rFonts w:cstheme="majorHAnsi"/>
          <w:sz w:val="18"/>
          <w:szCs w:val="18"/>
        </w:rPr>
        <w:t xml:space="preserve"> </w:t>
      </w:r>
      <w:proofErr w:type="spellStart"/>
      <w:r w:rsidRPr="000C596E">
        <w:rPr>
          <w:rFonts w:ascii="Sylfaen" w:hAnsi="Sylfaen" w:cs="Sylfaen"/>
          <w:sz w:val="18"/>
          <w:szCs w:val="18"/>
        </w:rPr>
        <w:t>აუცილებლობის</w:t>
      </w:r>
      <w:proofErr w:type="spellEnd"/>
      <w:r w:rsidRPr="000C596E">
        <w:rPr>
          <w:rFonts w:cstheme="majorHAnsi"/>
          <w:sz w:val="18"/>
          <w:szCs w:val="18"/>
        </w:rPr>
        <w:t xml:space="preserve"> </w:t>
      </w:r>
      <w:proofErr w:type="spellStart"/>
      <w:r w:rsidRPr="000C596E">
        <w:rPr>
          <w:rFonts w:ascii="Sylfaen" w:hAnsi="Sylfaen" w:cs="Sylfaen"/>
          <w:sz w:val="18"/>
          <w:szCs w:val="18"/>
        </w:rPr>
        <w:t>საკითხი</w:t>
      </w:r>
      <w:proofErr w:type="spellEnd"/>
      <w:r w:rsidRPr="000C596E">
        <w:rPr>
          <w:rFonts w:cstheme="majorHAnsi"/>
          <w:sz w:val="18"/>
          <w:szCs w:val="18"/>
        </w:rPr>
        <w:t>.</w:t>
      </w:r>
    </w:p>
    <w:p w14:paraId="04D85BC5" w14:textId="68A5FC2B" w:rsidR="004B6084" w:rsidRDefault="00A74260" w:rsidP="00185C20">
      <w:pPr>
        <w:pStyle w:val="ListParagraph"/>
        <w:numPr>
          <w:ilvl w:val="1"/>
          <w:numId w:val="13"/>
        </w:numPr>
        <w:jc w:val="both"/>
        <w:rPr>
          <w:rFonts w:cstheme="majorHAnsi"/>
          <w:sz w:val="18"/>
          <w:szCs w:val="18"/>
        </w:rPr>
      </w:pPr>
      <w:proofErr w:type="spellStart"/>
      <w:r w:rsidRPr="000C596E">
        <w:rPr>
          <w:rFonts w:ascii="Sylfaen" w:hAnsi="Sylfaen" w:cs="Sylfaen"/>
          <w:sz w:val="18"/>
          <w:szCs w:val="18"/>
        </w:rPr>
        <w:t>ნებისმიერ</w:t>
      </w:r>
      <w:proofErr w:type="spellEnd"/>
      <w:r w:rsidRPr="000C596E">
        <w:rPr>
          <w:rFonts w:cstheme="majorHAnsi"/>
          <w:sz w:val="18"/>
          <w:szCs w:val="18"/>
        </w:rPr>
        <w:t xml:space="preserve"> </w:t>
      </w:r>
      <w:proofErr w:type="spellStart"/>
      <w:r w:rsidRPr="000C596E">
        <w:rPr>
          <w:rFonts w:ascii="Sylfaen" w:hAnsi="Sylfaen" w:cs="Sylfaen"/>
          <w:sz w:val="18"/>
          <w:szCs w:val="18"/>
        </w:rPr>
        <w:t>შემთხვევაში</w:t>
      </w:r>
      <w:proofErr w:type="spellEnd"/>
      <w:r w:rsidRPr="000C596E">
        <w:rPr>
          <w:rFonts w:cstheme="majorHAnsi"/>
          <w:sz w:val="18"/>
          <w:szCs w:val="18"/>
        </w:rPr>
        <w:t xml:space="preserve">, </w:t>
      </w:r>
      <w:proofErr w:type="spellStart"/>
      <w:r w:rsidRPr="000C596E">
        <w:rPr>
          <w:rFonts w:ascii="Sylfaen" w:hAnsi="Sylfaen" w:cs="Sylfaen"/>
          <w:sz w:val="18"/>
          <w:szCs w:val="18"/>
        </w:rPr>
        <w:t>როდესაც</w:t>
      </w:r>
      <w:proofErr w:type="spellEnd"/>
      <w:r w:rsidRPr="000C596E">
        <w:rPr>
          <w:rFonts w:cstheme="majorHAnsi"/>
          <w:sz w:val="18"/>
          <w:szCs w:val="18"/>
        </w:rPr>
        <w:t xml:space="preserve"> </w:t>
      </w:r>
      <w:r w:rsidR="00F76F7F">
        <w:rPr>
          <w:rFonts w:ascii="Sylfaen" w:hAnsi="Sylfaen" w:cs="Sylfaen"/>
          <w:sz w:val="18"/>
          <w:szCs w:val="18"/>
          <w:lang w:val="ka-GE"/>
        </w:rPr>
        <w:t xml:space="preserve">მენარდე </w:t>
      </w:r>
      <w:proofErr w:type="spellStart"/>
      <w:r w:rsidRPr="000C596E">
        <w:rPr>
          <w:rFonts w:ascii="Sylfaen" w:hAnsi="Sylfaen" w:cs="Sylfaen"/>
          <w:sz w:val="18"/>
          <w:szCs w:val="18"/>
        </w:rPr>
        <w:t>და</w:t>
      </w:r>
      <w:proofErr w:type="spellEnd"/>
      <w:r w:rsidRPr="000C596E">
        <w:rPr>
          <w:rFonts w:cstheme="majorHAnsi"/>
          <w:sz w:val="18"/>
          <w:szCs w:val="18"/>
        </w:rPr>
        <w:t xml:space="preserve"> </w:t>
      </w:r>
      <w:proofErr w:type="spellStart"/>
      <w:r w:rsidRPr="000C596E">
        <w:rPr>
          <w:rFonts w:ascii="Sylfaen" w:hAnsi="Sylfaen" w:cs="Sylfaen"/>
          <w:sz w:val="18"/>
          <w:szCs w:val="18"/>
        </w:rPr>
        <w:t>დამკვეთი</w:t>
      </w:r>
      <w:proofErr w:type="spellEnd"/>
      <w:r w:rsidRPr="000C596E">
        <w:rPr>
          <w:rFonts w:cstheme="majorHAnsi"/>
          <w:sz w:val="18"/>
          <w:szCs w:val="18"/>
        </w:rPr>
        <w:t xml:space="preserve"> </w:t>
      </w:r>
      <w:proofErr w:type="spellStart"/>
      <w:r w:rsidRPr="000C596E">
        <w:rPr>
          <w:rFonts w:ascii="Sylfaen" w:hAnsi="Sylfaen" w:cs="Sylfaen"/>
          <w:sz w:val="18"/>
          <w:szCs w:val="18"/>
        </w:rPr>
        <w:t>თანხმდებიან</w:t>
      </w:r>
      <w:proofErr w:type="spellEnd"/>
      <w:r w:rsidRPr="000C596E">
        <w:rPr>
          <w:rFonts w:cstheme="majorHAnsi"/>
          <w:sz w:val="18"/>
          <w:szCs w:val="18"/>
        </w:rPr>
        <w:t xml:space="preserve"> </w:t>
      </w:r>
      <w:proofErr w:type="spellStart"/>
      <w:r w:rsidRPr="000C596E">
        <w:rPr>
          <w:rFonts w:ascii="Sylfaen" w:hAnsi="Sylfaen" w:cs="Sylfaen"/>
          <w:sz w:val="18"/>
          <w:szCs w:val="18"/>
        </w:rPr>
        <w:t>ვადების</w:t>
      </w:r>
      <w:proofErr w:type="spellEnd"/>
      <w:r w:rsidRPr="000C596E">
        <w:rPr>
          <w:rFonts w:cstheme="majorHAnsi"/>
          <w:sz w:val="18"/>
          <w:szCs w:val="18"/>
        </w:rPr>
        <w:t xml:space="preserve"> </w:t>
      </w:r>
      <w:proofErr w:type="spellStart"/>
      <w:r w:rsidRPr="000C596E">
        <w:rPr>
          <w:rFonts w:ascii="Sylfaen" w:hAnsi="Sylfaen" w:cs="Sylfaen"/>
          <w:sz w:val="18"/>
          <w:szCs w:val="18"/>
        </w:rPr>
        <w:t>გაზრდაზე</w:t>
      </w:r>
      <w:proofErr w:type="spellEnd"/>
      <w:r w:rsidRPr="000C596E">
        <w:rPr>
          <w:rFonts w:cstheme="majorHAnsi"/>
          <w:sz w:val="18"/>
          <w:szCs w:val="18"/>
        </w:rPr>
        <w:t xml:space="preserve"> </w:t>
      </w:r>
      <w:proofErr w:type="spellStart"/>
      <w:r w:rsidRPr="000C596E">
        <w:rPr>
          <w:rFonts w:ascii="Sylfaen" w:hAnsi="Sylfaen" w:cs="Sylfaen"/>
          <w:sz w:val="18"/>
          <w:szCs w:val="18"/>
        </w:rPr>
        <w:t>ნებისმიერი</w:t>
      </w:r>
      <w:proofErr w:type="spellEnd"/>
      <w:r w:rsidRPr="000C596E">
        <w:rPr>
          <w:rFonts w:cstheme="majorHAnsi"/>
          <w:sz w:val="18"/>
          <w:szCs w:val="18"/>
        </w:rPr>
        <w:t xml:space="preserve"> </w:t>
      </w:r>
      <w:proofErr w:type="spellStart"/>
      <w:r w:rsidRPr="000C596E">
        <w:rPr>
          <w:rFonts w:ascii="Sylfaen" w:hAnsi="Sylfaen" w:cs="Sylfaen"/>
          <w:sz w:val="18"/>
          <w:szCs w:val="18"/>
        </w:rPr>
        <w:t>მიზეზით</w:t>
      </w:r>
      <w:proofErr w:type="spellEnd"/>
      <w:r w:rsidRPr="000C596E">
        <w:rPr>
          <w:rFonts w:cstheme="majorHAnsi"/>
          <w:sz w:val="18"/>
          <w:szCs w:val="18"/>
        </w:rPr>
        <w:t xml:space="preserve">, </w:t>
      </w:r>
      <w:r w:rsidR="00F76F7F">
        <w:rPr>
          <w:rFonts w:ascii="Sylfaen" w:hAnsi="Sylfaen" w:cs="Sylfaen"/>
          <w:sz w:val="18"/>
          <w:szCs w:val="18"/>
          <w:lang w:val="ka-GE"/>
        </w:rPr>
        <w:t xml:space="preserve">მენარდე </w:t>
      </w:r>
      <w:proofErr w:type="spellStart"/>
      <w:r w:rsidRPr="000C596E">
        <w:rPr>
          <w:rFonts w:ascii="Sylfaen" w:hAnsi="Sylfaen" w:cs="Sylfaen"/>
          <w:sz w:val="18"/>
          <w:szCs w:val="18"/>
        </w:rPr>
        <w:t>ვალდებულია</w:t>
      </w:r>
      <w:proofErr w:type="spellEnd"/>
      <w:r w:rsidRPr="000C596E">
        <w:rPr>
          <w:rFonts w:cstheme="majorHAnsi"/>
          <w:sz w:val="18"/>
          <w:szCs w:val="18"/>
        </w:rPr>
        <w:t xml:space="preserve"> </w:t>
      </w:r>
      <w:proofErr w:type="spellStart"/>
      <w:r w:rsidRPr="000C596E">
        <w:rPr>
          <w:rFonts w:ascii="Sylfaen" w:hAnsi="Sylfaen" w:cs="Sylfaen"/>
          <w:sz w:val="18"/>
          <w:szCs w:val="18"/>
        </w:rPr>
        <w:t>არაუმეტეს</w:t>
      </w:r>
      <w:proofErr w:type="spellEnd"/>
      <w:r w:rsidRPr="000C596E">
        <w:rPr>
          <w:rFonts w:cstheme="majorHAnsi"/>
          <w:sz w:val="18"/>
          <w:szCs w:val="18"/>
        </w:rPr>
        <w:t xml:space="preserve"> 10 </w:t>
      </w:r>
      <w:r w:rsidR="00F76F7F">
        <w:rPr>
          <w:rFonts w:ascii="Sylfaen" w:hAnsi="Sylfaen" w:cstheme="majorHAnsi"/>
          <w:sz w:val="18"/>
          <w:szCs w:val="18"/>
          <w:lang w:val="ka-GE"/>
        </w:rPr>
        <w:t>(</w:t>
      </w:r>
      <w:proofErr w:type="spellStart"/>
      <w:r w:rsidRPr="000C596E">
        <w:rPr>
          <w:rFonts w:ascii="Sylfaen" w:hAnsi="Sylfaen" w:cs="Sylfaen"/>
          <w:sz w:val="18"/>
          <w:szCs w:val="18"/>
        </w:rPr>
        <w:t>ათი</w:t>
      </w:r>
      <w:proofErr w:type="spellEnd"/>
      <w:r w:rsidR="00F76F7F">
        <w:rPr>
          <w:rFonts w:ascii="Sylfaen" w:hAnsi="Sylfaen" w:cs="Sylfaen"/>
          <w:sz w:val="18"/>
          <w:szCs w:val="18"/>
          <w:lang w:val="ka-GE"/>
        </w:rPr>
        <w:t>)</w:t>
      </w:r>
      <w:r w:rsidRPr="000C596E">
        <w:rPr>
          <w:rFonts w:cstheme="majorHAnsi"/>
          <w:sz w:val="18"/>
          <w:szCs w:val="18"/>
        </w:rPr>
        <w:t xml:space="preserve"> </w:t>
      </w:r>
      <w:proofErr w:type="spellStart"/>
      <w:r w:rsidRPr="000C596E">
        <w:rPr>
          <w:rFonts w:ascii="Sylfaen" w:hAnsi="Sylfaen" w:cs="Sylfaen"/>
          <w:sz w:val="18"/>
          <w:szCs w:val="18"/>
        </w:rPr>
        <w:t>სამუშაო</w:t>
      </w:r>
      <w:proofErr w:type="spellEnd"/>
      <w:r w:rsidRPr="000C596E">
        <w:rPr>
          <w:rFonts w:cstheme="majorHAnsi"/>
          <w:sz w:val="18"/>
          <w:szCs w:val="18"/>
        </w:rPr>
        <w:t xml:space="preserve"> </w:t>
      </w:r>
      <w:proofErr w:type="spellStart"/>
      <w:r w:rsidRPr="000C596E">
        <w:rPr>
          <w:rFonts w:ascii="Sylfaen" w:hAnsi="Sylfaen" w:cs="Sylfaen"/>
          <w:sz w:val="18"/>
          <w:szCs w:val="18"/>
        </w:rPr>
        <w:t>დღის</w:t>
      </w:r>
      <w:proofErr w:type="spellEnd"/>
      <w:r w:rsidRPr="000C596E">
        <w:rPr>
          <w:rFonts w:cstheme="majorHAnsi"/>
          <w:sz w:val="18"/>
          <w:szCs w:val="18"/>
        </w:rPr>
        <w:t xml:space="preserve"> </w:t>
      </w:r>
      <w:proofErr w:type="spellStart"/>
      <w:r w:rsidRPr="000C596E">
        <w:rPr>
          <w:rFonts w:ascii="Sylfaen" w:hAnsi="Sylfaen" w:cs="Sylfaen"/>
          <w:sz w:val="18"/>
          <w:szCs w:val="18"/>
        </w:rPr>
        <w:t>ვადაში</w:t>
      </w:r>
      <w:proofErr w:type="spellEnd"/>
      <w:r w:rsidRPr="000C596E">
        <w:rPr>
          <w:rFonts w:cstheme="majorHAnsi"/>
          <w:sz w:val="18"/>
          <w:szCs w:val="18"/>
        </w:rPr>
        <w:t xml:space="preserve"> </w:t>
      </w:r>
      <w:proofErr w:type="spellStart"/>
      <w:r w:rsidRPr="000C596E">
        <w:rPr>
          <w:rFonts w:ascii="Sylfaen" w:hAnsi="Sylfaen" w:cs="Sylfaen"/>
          <w:sz w:val="18"/>
          <w:szCs w:val="18"/>
        </w:rPr>
        <w:t>განაახლოს</w:t>
      </w:r>
      <w:proofErr w:type="spellEnd"/>
      <w:r w:rsidRPr="000C596E">
        <w:rPr>
          <w:rFonts w:cstheme="majorHAnsi"/>
          <w:sz w:val="18"/>
          <w:szCs w:val="18"/>
        </w:rPr>
        <w:t xml:space="preserve"> </w:t>
      </w:r>
      <w:proofErr w:type="spellStart"/>
      <w:r w:rsidRPr="000C596E">
        <w:rPr>
          <w:rFonts w:ascii="Sylfaen" w:hAnsi="Sylfaen" w:cs="Sylfaen"/>
          <w:sz w:val="18"/>
          <w:szCs w:val="18"/>
        </w:rPr>
        <w:t>მთლიანი</w:t>
      </w:r>
      <w:proofErr w:type="spellEnd"/>
      <w:r w:rsidRPr="000C596E">
        <w:rPr>
          <w:rFonts w:cstheme="majorHAnsi"/>
          <w:sz w:val="18"/>
          <w:szCs w:val="18"/>
        </w:rPr>
        <w:t xml:space="preserve"> </w:t>
      </w:r>
      <w:proofErr w:type="spellStart"/>
      <w:r w:rsidRPr="000C596E">
        <w:rPr>
          <w:rFonts w:ascii="Sylfaen" w:hAnsi="Sylfaen" w:cs="Sylfaen"/>
          <w:sz w:val="18"/>
          <w:szCs w:val="18"/>
        </w:rPr>
        <w:t>გრაფიკი</w:t>
      </w:r>
      <w:proofErr w:type="spellEnd"/>
      <w:r w:rsidRPr="000C596E">
        <w:rPr>
          <w:rFonts w:cstheme="majorHAnsi"/>
          <w:sz w:val="18"/>
          <w:szCs w:val="18"/>
        </w:rPr>
        <w:t xml:space="preserve"> </w:t>
      </w:r>
      <w:proofErr w:type="spellStart"/>
      <w:r w:rsidRPr="000C596E">
        <w:rPr>
          <w:rFonts w:ascii="Sylfaen" w:hAnsi="Sylfaen" w:cs="Sylfaen"/>
          <w:sz w:val="18"/>
          <w:szCs w:val="18"/>
        </w:rPr>
        <w:t>და</w:t>
      </w:r>
      <w:proofErr w:type="spellEnd"/>
      <w:r w:rsidRPr="000C596E">
        <w:rPr>
          <w:rFonts w:cstheme="majorHAnsi"/>
          <w:sz w:val="18"/>
          <w:szCs w:val="18"/>
        </w:rPr>
        <w:t xml:space="preserve"> </w:t>
      </w:r>
      <w:proofErr w:type="spellStart"/>
      <w:r w:rsidRPr="000C596E">
        <w:rPr>
          <w:rFonts w:ascii="Sylfaen" w:hAnsi="Sylfaen" w:cs="Sylfaen"/>
          <w:sz w:val="18"/>
          <w:szCs w:val="18"/>
        </w:rPr>
        <w:t>წარუდგინოს</w:t>
      </w:r>
      <w:proofErr w:type="spellEnd"/>
      <w:r w:rsidRPr="000C596E">
        <w:rPr>
          <w:rFonts w:cstheme="majorHAnsi"/>
          <w:sz w:val="18"/>
          <w:szCs w:val="18"/>
        </w:rPr>
        <w:t xml:space="preserve"> </w:t>
      </w:r>
      <w:proofErr w:type="spellStart"/>
      <w:r w:rsidRPr="000C596E">
        <w:rPr>
          <w:rFonts w:ascii="Sylfaen" w:hAnsi="Sylfaen" w:cs="Sylfaen"/>
          <w:sz w:val="18"/>
          <w:szCs w:val="18"/>
        </w:rPr>
        <w:t>დამკვეთს</w:t>
      </w:r>
      <w:proofErr w:type="spellEnd"/>
      <w:r w:rsidRPr="000C596E">
        <w:rPr>
          <w:rFonts w:cstheme="majorHAnsi"/>
          <w:sz w:val="18"/>
          <w:szCs w:val="18"/>
        </w:rPr>
        <w:t xml:space="preserve"> </w:t>
      </w:r>
      <w:proofErr w:type="spellStart"/>
      <w:r w:rsidRPr="000C596E">
        <w:rPr>
          <w:rFonts w:ascii="Sylfaen" w:hAnsi="Sylfaen" w:cs="Sylfaen"/>
          <w:sz w:val="18"/>
          <w:szCs w:val="18"/>
        </w:rPr>
        <w:t>ხელმოსაწერად</w:t>
      </w:r>
      <w:proofErr w:type="spellEnd"/>
      <w:r w:rsidRPr="000C596E">
        <w:rPr>
          <w:rFonts w:cstheme="majorHAnsi"/>
          <w:sz w:val="18"/>
          <w:szCs w:val="18"/>
        </w:rPr>
        <w:t xml:space="preserve"> </w:t>
      </w:r>
      <w:proofErr w:type="spellStart"/>
      <w:r w:rsidRPr="000C596E">
        <w:rPr>
          <w:rFonts w:ascii="Sylfaen" w:hAnsi="Sylfaen" w:cs="Sylfaen"/>
          <w:sz w:val="18"/>
          <w:szCs w:val="18"/>
        </w:rPr>
        <w:t>და</w:t>
      </w:r>
      <w:proofErr w:type="spellEnd"/>
      <w:r w:rsidRPr="000C596E">
        <w:rPr>
          <w:rFonts w:cstheme="majorHAnsi"/>
          <w:sz w:val="18"/>
          <w:szCs w:val="18"/>
        </w:rPr>
        <w:t>/</w:t>
      </w:r>
      <w:proofErr w:type="spellStart"/>
      <w:r w:rsidRPr="000C596E">
        <w:rPr>
          <w:rFonts w:ascii="Sylfaen" w:hAnsi="Sylfaen" w:cs="Sylfaen"/>
          <w:sz w:val="18"/>
          <w:szCs w:val="18"/>
        </w:rPr>
        <w:t>ან</w:t>
      </w:r>
      <w:proofErr w:type="spellEnd"/>
      <w:r w:rsidRPr="000C596E">
        <w:rPr>
          <w:rFonts w:cstheme="majorHAnsi"/>
          <w:sz w:val="18"/>
          <w:szCs w:val="18"/>
        </w:rPr>
        <w:t xml:space="preserve"> </w:t>
      </w:r>
      <w:proofErr w:type="spellStart"/>
      <w:r w:rsidRPr="000C596E">
        <w:rPr>
          <w:rFonts w:ascii="Sylfaen" w:hAnsi="Sylfaen" w:cs="Sylfaen"/>
          <w:sz w:val="18"/>
          <w:szCs w:val="18"/>
        </w:rPr>
        <w:t>მიმართოს</w:t>
      </w:r>
      <w:proofErr w:type="spellEnd"/>
      <w:r w:rsidRPr="000C596E">
        <w:rPr>
          <w:rFonts w:cstheme="majorHAnsi"/>
          <w:sz w:val="18"/>
          <w:szCs w:val="18"/>
        </w:rPr>
        <w:t xml:space="preserve"> </w:t>
      </w:r>
      <w:proofErr w:type="spellStart"/>
      <w:r w:rsidRPr="000C596E">
        <w:rPr>
          <w:rFonts w:ascii="Sylfaen" w:hAnsi="Sylfaen" w:cs="Sylfaen"/>
          <w:sz w:val="18"/>
          <w:szCs w:val="18"/>
        </w:rPr>
        <w:t>წერილობით</w:t>
      </w:r>
      <w:proofErr w:type="spellEnd"/>
      <w:r w:rsidRPr="000C596E">
        <w:rPr>
          <w:rFonts w:cstheme="majorHAnsi"/>
          <w:sz w:val="18"/>
          <w:szCs w:val="18"/>
        </w:rPr>
        <w:t xml:space="preserve"> 5 </w:t>
      </w:r>
      <w:r w:rsidR="007D61E7">
        <w:rPr>
          <w:rFonts w:ascii="Sylfaen" w:hAnsi="Sylfaen" w:cstheme="majorHAnsi"/>
          <w:sz w:val="18"/>
          <w:szCs w:val="18"/>
          <w:lang w:val="ka-GE"/>
        </w:rPr>
        <w:t>(</w:t>
      </w:r>
      <w:proofErr w:type="spellStart"/>
      <w:r w:rsidRPr="000C596E">
        <w:rPr>
          <w:rFonts w:ascii="Sylfaen" w:hAnsi="Sylfaen" w:cs="Sylfaen"/>
          <w:sz w:val="18"/>
          <w:szCs w:val="18"/>
        </w:rPr>
        <w:t>ხუთი</w:t>
      </w:r>
      <w:proofErr w:type="spellEnd"/>
      <w:r w:rsidR="007D61E7">
        <w:rPr>
          <w:rFonts w:ascii="Sylfaen" w:hAnsi="Sylfaen" w:cs="Sylfaen"/>
          <w:sz w:val="18"/>
          <w:szCs w:val="18"/>
          <w:lang w:val="ka-GE"/>
        </w:rPr>
        <w:t>)</w:t>
      </w:r>
      <w:r w:rsidRPr="000C596E">
        <w:rPr>
          <w:rFonts w:cstheme="majorHAnsi"/>
          <w:sz w:val="18"/>
          <w:szCs w:val="18"/>
        </w:rPr>
        <w:t xml:space="preserve"> </w:t>
      </w:r>
      <w:proofErr w:type="spellStart"/>
      <w:r w:rsidRPr="000C596E">
        <w:rPr>
          <w:rFonts w:ascii="Sylfaen" w:hAnsi="Sylfaen" w:cs="Sylfaen"/>
          <w:sz w:val="18"/>
          <w:szCs w:val="18"/>
        </w:rPr>
        <w:t>სამუშაო</w:t>
      </w:r>
      <w:proofErr w:type="spellEnd"/>
      <w:r w:rsidRPr="000C596E">
        <w:rPr>
          <w:rFonts w:cstheme="majorHAnsi"/>
          <w:sz w:val="18"/>
          <w:szCs w:val="18"/>
        </w:rPr>
        <w:t xml:space="preserve"> </w:t>
      </w:r>
      <w:proofErr w:type="spellStart"/>
      <w:r w:rsidRPr="000C596E">
        <w:rPr>
          <w:rFonts w:ascii="Sylfaen" w:hAnsi="Sylfaen" w:cs="Sylfaen"/>
          <w:sz w:val="18"/>
          <w:szCs w:val="18"/>
        </w:rPr>
        <w:t>დღის</w:t>
      </w:r>
      <w:proofErr w:type="spellEnd"/>
      <w:r w:rsidRPr="000C596E">
        <w:rPr>
          <w:rFonts w:cstheme="majorHAnsi"/>
          <w:sz w:val="18"/>
          <w:szCs w:val="18"/>
        </w:rPr>
        <w:t xml:space="preserve"> </w:t>
      </w:r>
      <w:proofErr w:type="spellStart"/>
      <w:r w:rsidRPr="000C596E">
        <w:rPr>
          <w:rFonts w:ascii="Sylfaen" w:hAnsi="Sylfaen" w:cs="Sylfaen"/>
          <w:sz w:val="18"/>
          <w:szCs w:val="18"/>
        </w:rPr>
        <w:t>ვადაში</w:t>
      </w:r>
      <w:proofErr w:type="spellEnd"/>
      <w:r w:rsidRPr="000C596E">
        <w:rPr>
          <w:rFonts w:cstheme="majorHAnsi"/>
          <w:sz w:val="18"/>
          <w:szCs w:val="18"/>
        </w:rPr>
        <w:t xml:space="preserve">, </w:t>
      </w:r>
      <w:proofErr w:type="spellStart"/>
      <w:r w:rsidRPr="000C596E">
        <w:rPr>
          <w:rFonts w:ascii="Sylfaen" w:hAnsi="Sylfaen" w:cs="Sylfaen"/>
          <w:sz w:val="18"/>
          <w:szCs w:val="18"/>
        </w:rPr>
        <w:t>რომ</w:t>
      </w:r>
      <w:proofErr w:type="spellEnd"/>
      <w:r w:rsidRPr="000C596E">
        <w:rPr>
          <w:rFonts w:cstheme="majorHAnsi"/>
          <w:sz w:val="18"/>
          <w:szCs w:val="18"/>
        </w:rPr>
        <w:t xml:space="preserve"> </w:t>
      </w:r>
      <w:proofErr w:type="spellStart"/>
      <w:r w:rsidRPr="000C596E">
        <w:rPr>
          <w:rFonts w:ascii="Sylfaen" w:hAnsi="Sylfaen" w:cs="Sylfaen"/>
          <w:sz w:val="18"/>
          <w:szCs w:val="18"/>
        </w:rPr>
        <w:t>აღნიშნული</w:t>
      </w:r>
      <w:proofErr w:type="spellEnd"/>
      <w:r w:rsidRPr="000C596E">
        <w:rPr>
          <w:rFonts w:cstheme="majorHAnsi"/>
          <w:sz w:val="18"/>
          <w:szCs w:val="18"/>
        </w:rPr>
        <w:t xml:space="preserve"> </w:t>
      </w:r>
      <w:proofErr w:type="spellStart"/>
      <w:r w:rsidRPr="000C596E">
        <w:rPr>
          <w:rFonts w:ascii="Sylfaen" w:hAnsi="Sylfaen" w:cs="Sylfaen"/>
          <w:sz w:val="18"/>
          <w:szCs w:val="18"/>
        </w:rPr>
        <w:t>მთლიანი</w:t>
      </w:r>
      <w:proofErr w:type="spellEnd"/>
      <w:r w:rsidRPr="000C596E">
        <w:rPr>
          <w:rFonts w:cstheme="majorHAnsi"/>
          <w:sz w:val="18"/>
          <w:szCs w:val="18"/>
        </w:rPr>
        <w:t xml:space="preserve"> </w:t>
      </w:r>
      <w:proofErr w:type="spellStart"/>
      <w:r w:rsidRPr="000C596E">
        <w:rPr>
          <w:rFonts w:ascii="Sylfaen" w:hAnsi="Sylfaen" w:cs="Sylfaen"/>
          <w:sz w:val="18"/>
          <w:szCs w:val="18"/>
        </w:rPr>
        <w:t>გრაფიკის</w:t>
      </w:r>
      <w:proofErr w:type="spellEnd"/>
      <w:r w:rsidRPr="000C596E">
        <w:rPr>
          <w:rFonts w:cstheme="majorHAnsi"/>
          <w:sz w:val="18"/>
          <w:szCs w:val="18"/>
        </w:rPr>
        <w:t xml:space="preserve"> </w:t>
      </w:r>
      <w:proofErr w:type="spellStart"/>
      <w:r w:rsidRPr="000C596E">
        <w:rPr>
          <w:rFonts w:ascii="Sylfaen" w:hAnsi="Sylfaen" w:cs="Sylfaen"/>
          <w:sz w:val="18"/>
          <w:szCs w:val="18"/>
        </w:rPr>
        <w:t>დაკორექტირებისთვის</w:t>
      </w:r>
      <w:proofErr w:type="spellEnd"/>
      <w:r w:rsidRPr="000C596E">
        <w:rPr>
          <w:rFonts w:cstheme="majorHAnsi"/>
          <w:sz w:val="18"/>
          <w:szCs w:val="18"/>
        </w:rPr>
        <w:t xml:space="preserve"> </w:t>
      </w:r>
      <w:proofErr w:type="spellStart"/>
      <w:r w:rsidRPr="000C596E">
        <w:rPr>
          <w:rFonts w:ascii="Sylfaen" w:hAnsi="Sylfaen" w:cs="Sylfaen"/>
          <w:sz w:val="18"/>
          <w:szCs w:val="18"/>
        </w:rPr>
        <w:t>დამატებით</w:t>
      </w:r>
      <w:proofErr w:type="spellEnd"/>
      <w:r w:rsidRPr="000C596E">
        <w:rPr>
          <w:rFonts w:cstheme="majorHAnsi"/>
          <w:sz w:val="18"/>
          <w:szCs w:val="18"/>
        </w:rPr>
        <w:t xml:space="preserve"> </w:t>
      </w:r>
      <w:proofErr w:type="spellStart"/>
      <w:r w:rsidRPr="000C596E">
        <w:rPr>
          <w:rFonts w:ascii="Sylfaen" w:hAnsi="Sylfaen" w:cs="Sylfaen"/>
          <w:sz w:val="18"/>
          <w:szCs w:val="18"/>
        </w:rPr>
        <w:t>ესაჭიროება</w:t>
      </w:r>
      <w:proofErr w:type="spellEnd"/>
      <w:r w:rsidRPr="000C596E">
        <w:rPr>
          <w:rFonts w:cstheme="majorHAnsi"/>
          <w:sz w:val="18"/>
          <w:szCs w:val="18"/>
        </w:rPr>
        <w:t xml:space="preserve"> </w:t>
      </w:r>
      <w:proofErr w:type="spellStart"/>
      <w:r w:rsidRPr="000C596E">
        <w:rPr>
          <w:rFonts w:ascii="Sylfaen" w:hAnsi="Sylfaen" w:cs="Sylfaen"/>
          <w:sz w:val="18"/>
          <w:szCs w:val="18"/>
        </w:rPr>
        <w:t>ვადა</w:t>
      </w:r>
      <w:proofErr w:type="spellEnd"/>
      <w:r w:rsidRPr="000C596E">
        <w:rPr>
          <w:rFonts w:cstheme="majorHAnsi"/>
          <w:sz w:val="18"/>
          <w:szCs w:val="18"/>
        </w:rPr>
        <w:t xml:space="preserve">, </w:t>
      </w:r>
      <w:proofErr w:type="spellStart"/>
      <w:r w:rsidRPr="000C596E">
        <w:rPr>
          <w:rFonts w:ascii="Sylfaen" w:hAnsi="Sylfaen" w:cs="Sylfaen"/>
          <w:sz w:val="18"/>
          <w:szCs w:val="18"/>
        </w:rPr>
        <w:t>რომელიც</w:t>
      </w:r>
      <w:proofErr w:type="spellEnd"/>
      <w:r w:rsidRPr="000C596E">
        <w:rPr>
          <w:rFonts w:cstheme="majorHAnsi"/>
          <w:sz w:val="18"/>
          <w:szCs w:val="18"/>
        </w:rPr>
        <w:t xml:space="preserve"> </w:t>
      </w:r>
      <w:proofErr w:type="spellStart"/>
      <w:r w:rsidRPr="000C596E">
        <w:rPr>
          <w:rFonts w:ascii="Sylfaen" w:hAnsi="Sylfaen" w:cs="Sylfaen"/>
          <w:sz w:val="18"/>
          <w:szCs w:val="18"/>
        </w:rPr>
        <w:t>ჯამში</w:t>
      </w:r>
      <w:proofErr w:type="spellEnd"/>
      <w:r w:rsidRPr="000C596E">
        <w:rPr>
          <w:rFonts w:cstheme="majorHAnsi"/>
          <w:sz w:val="18"/>
          <w:szCs w:val="18"/>
        </w:rPr>
        <w:t xml:space="preserve"> </w:t>
      </w:r>
      <w:proofErr w:type="spellStart"/>
      <w:r w:rsidRPr="000C596E">
        <w:rPr>
          <w:rFonts w:ascii="Sylfaen" w:hAnsi="Sylfaen" w:cs="Sylfaen"/>
          <w:sz w:val="18"/>
          <w:szCs w:val="18"/>
        </w:rPr>
        <w:t>არ</w:t>
      </w:r>
      <w:proofErr w:type="spellEnd"/>
      <w:r w:rsidRPr="000C596E">
        <w:rPr>
          <w:rFonts w:cstheme="majorHAnsi"/>
          <w:sz w:val="18"/>
          <w:szCs w:val="18"/>
        </w:rPr>
        <w:t xml:space="preserve"> </w:t>
      </w:r>
      <w:proofErr w:type="spellStart"/>
      <w:r w:rsidRPr="000C596E">
        <w:rPr>
          <w:rFonts w:ascii="Sylfaen" w:hAnsi="Sylfaen" w:cs="Sylfaen"/>
          <w:sz w:val="18"/>
          <w:szCs w:val="18"/>
        </w:rPr>
        <w:t>უნდა</w:t>
      </w:r>
      <w:proofErr w:type="spellEnd"/>
      <w:r w:rsidRPr="000C596E">
        <w:rPr>
          <w:rFonts w:cstheme="majorHAnsi"/>
          <w:sz w:val="18"/>
          <w:szCs w:val="18"/>
        </w:rPr>
        <w:t xml:space="preserve"> </w:t>
      </w:r>
      <w:proofErr w:type="spellStart"/>
      <w:r w:rsidRPr="000C596E">
        <w:rPr>
          <w:rFonts w:ascii="Sylfaen" w:hAnsi="Sylfaen" w:cs="Sylfaen"/>
          <w:sz w:val="18"/>
          <w:szCs w:val="18"/>
        </w:rPr>
        <w:t>აღემატებოდეს</w:t>
      </w:r>
      <w:proofErr w:type="spellEnd"/>
      <w:r w:rsidRPr="000C596E">
        <w:rPr>
          <w:rFonts w:cstheme="majorHAnsi"/>
          <w:sz w:val="18"/>
          <w:szCs w:val="18"/>
        </w:rPr>
        <w:t xml:space="preserve"> 5 </w:t>
      </w:r>
      <w:r w:rsidR="007D61E7">
        <w:rPr>
          <w:rFonts w:ascii="Sylfaen" w:hAnsi="Sylfaen" w:cstheme="majorHAnsi"/>
          <w:sz w:val="18"/>
          <w:szCs w:val="18"/>
          <w:lang w:val="ka-GE"/>
        </w:rPr>
        <w:t>(</w:t>
      </w:r>
      <w:proofErr w:type="spellStart"/>
      <w:r w:rsidRPr="000C596E">
        <w:rPr>
          <w:rFonts w:ascii="Sylfaen" w:hAnsi="Sylfaen" w:cs="Sylfaen"/>
          <w:sz w:val="18"/>
          <w:szCs w:val="18"/>
        </w:rPr>
        <w:t>ხუთი</w:t>
      </w:r>
      <w:proofErr w:type="spellEnd"/>
      <w:r w:rsidR="007D61E7">
        <w:rPr>
          <w:rFonts w:ascii="Sylfaen" w:hAnsi="Sylfaen" w:cs="Sylfaen"/>
          <w:sz w:val="18"/>
          <w:szCs w:val="18"/>
          <w:lang w:val="ka-GE"/>
        </w:rPr>
        <w:t>)</w:t>
      </w:r>
      <w:r w:rsidRPr="000C596E">
        <w:rPr>
          <w:rFonts w:cstheme="majorHAnsi"/>
          <w:sz w:val="18"/>
          <w:szCs w:val="18"/>
        </w:rPr>
        <w:t xml:space="preserve"> </w:t>
      </w:r>
      <w:proofErr w:type="spellStart"/>
      <w:r w:rsidRPr="000C596E">
        <w:rPr>
          <w:rFonts w:ascii="Sylfaen" w:hAnsi="Sylfaen" w:cs="Sylfaen"/>
          <w:sz w:val="18"/>
          <w:szCs w:val="18"/>
        </w:rPr>
        <w:t>სამუშაო</w:t>
      </w:r>
      <w:proofErr w:type="spellEnd"/>
      <w:r w:rsidRPr="000C596E">
        <w:rPr>
          <w:rFonts w:cstheme="majorHAnsi"/>
          <w:sz w:val="18"/>
          <w:szCs w:val="18"/>
        </w:rPr>
        <w:t xml:space="preserve"> </w:t>
      </w:r>
      <w:proofErr w:type="spellStart"/>
      <w:r w:rsidRPr="000C596E">
        <w:rPr>
          <w:rFonts w:ascii="Sylfaen" w:hAnsi="Sylfaen" w:cs="Sylfaen"/>
          <w:sz w:val="18"/>
          <w:szCs w:val="18"/>
        </w:rPr>
        <w:t>დღეს</w:t>
      </w:r>
      <w:proofErr w:type="spellEnd"/>
      <w:r w:rsidR="007D61E7">
        <w:rPr>
          <w:rFonts w:cstheme="majorHAnsi"/>
          <w:sz w:val="18"/>
          <w:szCs w:val="18"/>
        </w:rPr>
        <w:t>.</w:t>
      </w:r>
    </w:p>
    <w:p w14:paraId="7B4534DB" w14:textId="271CF0B7" w:rsidR="004B6084" w:rsidRDefault="00A74260" w:rsidP="00185C20">
      <w:pPr>
        <w:pStyle w:val="ListParagraph"/>
        <w:numPr>
          <w:ilvl w:val="1"/>
          <w:numId w:val="13"/>
        </w:numPr>
        <w:jc w:val="both"/>
        <w:rPr>
          <w:rFonts w:cstheme="majorHAnsi"/>
          <w:sz w:val="18"/>
          <w:szCs w:val="18"/>
        </w:rPr>
      </w:pPr>
      <w:proofErr w:type="spellStart"/>
      <w:r w:rsidRPr="000C596E">
        <w:rPr>
          <w:rFonts w:ascii="Sylfaen" w:hAnsi="Sylfaen" w:cs="Sylfaen"/>
          <w:sz w:val="18"/>
          <w:szCs w:val="18"/>
        </w:rPr>
        <w:t>მენარდის</w:t>
      </w:r>
      <w:proofErr w:type="spellEnd"/>
      <w:r w:rsidRPr="000C596E">
        <w:rPr>
          <w:rFonts w:cstheme="majorHAnsi"/>
          <w:sz w:val="18"/>
          <w:szCs w:val="18"/>
        </w:rPr>
        <w:t xml:space="preserve"> </w:t>
      </w:r>
      <w:proofErr w:type="spellStart"/>
      <w:r w:rsidRPr="000C596E">
        <w:rPr>
          <w:rFonts w:ascii="Sylfaen" w:hAnsi="Sylfaen" w:cs="Sylfaen"/>
          <w:sz w:val="18"/>
          <w:szCs w:val="18"/>
        </w:rPr>
        <w:t>მიერ</w:t>
      </w:r>
      <w:proofErr w:type="spellEnd"/>
      <w:r w:rsidRPr="000C596E">
        <w:rPr>
          <w:rFonts w:cstheme="majorHAnsi"/>
          <w:sz w:val="18"/>
          <w:szCs w:val="18"/>
        </w:rPr>
        <w:t xml:space="preserve"> </w:t>
      </w:r>
      <w:proofErr w:type="spellStart"/>
      <w:r w:rsidRPr="000C596E">
        <w:rPr>
          <w:rFonts w:ascii="Sylfaen" w:hAnsi="Sylfaen" w:cs="Sylfaen"/>
          <w:sz w:val="18"/>
          <w:szCs w:val="18"/>
        </w:rPr>
        <w:t>ხელშეკრულების</w:t>
      </w:r>
      <w:proofErr w:type="spellEnd"/>
      <w:r w:rsidRPr="000C596E">
        <w:rPr>
          <w:rFonts w:cstheme="majorHAnsi"/>
          <w:sz w:val="18"/>
          <w:szCs w:val="18"/>
        </w:rPr>
        <w:t xml:space="preserve"> 3.3.1</w:t>
      </w:r>
      <w:r w:rsidR="00C91D1B">
        <w:rPr>
          <w:rFonts w:cstheme="majorHAnsi"/>
          <w:sz w:val="18"/>
          <w:szCs w:val="18"/>
          <w:lang w:val="ka-GE"/>
        </w:rPr>
        <w:t>3</w:t>
      </w:r>
      <w:r w:rsidRPr="000C596E">
        <w:rPr>
          <w:rFonts w:cstheme="majorHAnsi"/>
          <w:sz w:val="18"/>
          <w:szCs w:val="18"/>
        </w:rPr>
        <w:t>.</w:t>
      </w:r>
      <w:r w:rsidR="007D61E7">
        <w:rPr>
          <w:rFonts w:ascii="Sylfaen" w:hAnsi="Sylfaen" w:cstheme="majorHAnsi"/>
          <w:sz w:val="18"/>
          <w:szCs w:val="18"/>
          <w:lang w:val="ka-GE"/>
        </w:rPr>
        <w:t xml:space="preserve"> </w:t>
      </w:r>
      <w:proofErr w:type="spellStart"/>
      <w:r w:rsidRPr="000C596E">
        <w:rPr>
          <w:rFonts w:ascii="Sylfaen" w:hAnsi="Sylfaen" w:cs="Sylfaen"/>
          <w:sz w:val="18"/>
          <w:szCs w:val="18"/>
        </w:rPr>
        <w:t>მუხლით</w:t>
      </w:r>
      <w:proofErr w:type="spellEnd"/>
      <w:r w:rsidR="007D61E7">
        <w:rPr>
          <w:rFonts w:ascii="Sylfaen" w:hAnsi="Sylfaen" w:cs="Sylfaen"/>
          <w:sz w:val="18"/>
          <w:szCs w:val="18"/>
          <w:lang w:val="ka-GE"/>
        </w:rPr>
        <w:t xml:space="preserve"> </w:t>
      </w:r>
      <w:proofErr w:type="spellStart"/>
      <w:r w:rsidRPr="000C596E">
        <w:rPr>
          <w:rFonts w:ascii="Sylfaen" w:hAnsi="Sylfaen" w:cs="Sylfaen"/>
          <w:sz w:val="18"/>
          <w:szCs w:val="18"/>
        </w:rPr>
        <w:t>გათვალისწინებული</w:t>
      </w:r>
      <w:proofErr w:type="spellEnd"/>
      <w:r w:rsidRPr="000C596E">
        <w:rPr>
          <w:rFonts w:cstheme="majorHAnsi"/>
          <w:sz w:val="18"/>
          <w:szCs w:val="18"/>
        </w:rPr>
        <w:t xml:space="preserve"> </w:t>
      </w:r>
      <w:proofErr w:type="spellStart"/>
      <w:r w:rsidRPr="000C596E">
        <w:rPr>
          <w:rFonts w:ascii="Sylfaen" w:hAnsi="Sylfaen" w:cs="Sylfaen"/>
          <w:sz w:val="18"/>
          <w:szCs w:val="18"/>
        </w:rPr>
        <w:t>ვალდებულების</w:t>
      </w:r>
      <w:proofErr w:type="spellEnd"/>
      <w:r w:rsidRPr="000C596E">
        <w:rPr>
          <w:rFonts w:cstheme="majorHAnsi"/>
          <w:sz w:val="18"/>
          <w:szCs w:val="18"/>
        </w:rPr>
        <w:t xml:space="preserve"> </w:t>
      </w:r>
      <w:proofErr w:type="spellStart"/>
      <w:r w:rsidRPr="000C596E">
        <w:rPr>
          <w:rFonts w:ascii="Sylfaen" w:hAnsi="Sylfaen" w:cs="Sylfaen"/>
          <w:sz w:val="18"/>
          <w:szCs w:val="18"/>
        </w:rPr>
        <w:t>დარღვევის</w:t>
      </w:r>
      <w:proofErr w:type="spellEnd"/>
      <w:r w:rsidRPr="000C596E">
        <w:rPr>
          <w:rFonts w:cstheme="majorHAnsi"/>
          <w:sz w:val="18"/>
          <w:szCs w:val="18"/>
        </w:rPr>
        <w:t xml:space="preserve"> </w:t>
      </w:r>
      <w:proofErr w:type="spellStart"/>
      <w:r w:rsidRPr="000C596E">
        <w:rPr>
          <w:rFonts w:ascii="Sylfaen" w:hAnsi="Sylfaen" w:cs="Sylfaen"/>
          <w:sz w:val="18"/>
          <w:szCs w:val="18"/>
        </w:rPr>
        <w:t>შემთხვევაში</w:t>
      </w:r>
      <w:proofErr w:type="spellEnd"/>
      <w:r w:rsidRPr="000C596E">
        <w:rPr>
          <w:rFonts w:cstheme="majorHAnsi"/>
          <w:sz w:val="18"/>
          <w:szCs w:val="18"/>
        </w:rPr>
        <w:t xml:space="preserve">, </w:t>
      </w:r>
      <w:proofErr w:type="spellStart"/>
      <w:r w:rsidRPr="000C596E">
        <w:rPr>
          <w:rFonts w:ascii="Sylfaen" w:hAnsi="Sylfaen" w:cs="Sylfaen"/>
          <w:sz w:val="18"/>
          <w:szCs w:val="18"/>
        </w:rPr>
        <w:t>დამკვეთი</w:t>
      </w:r>
      <w:proofErr w:type="spellEnd"/>
      <w:r w:rsidRPr="000C596E">
        <w:rPr>
          <w:rFonts w:cstheme="majorHAnsi"/>
          <w:sz w:val="18"/>
          <w:szCs w:val="18"/>
        </w:rPr>
        <w:t xml:space="preserve"> </w:t>
      </w:r>
      <w:proofErr w:type="spellStart"/>
      <w:r w:rsidRPr="000C596E">
        <w:rPr>
          <w:rFonts w:ascii="Sylfaen" w:hAnsi="Sylfaen" w:cs="Sylfaen"/>
          <w:sz w:val="18"/>
          <w:szCs w:val="18"/>
        </w:rPr>
        <w:t>უფლებამოსილია</w:t>
      </w:r>
      <w:proofErr w:type="spellEnd"/>
      <w:r w:rsidRPr="000C596E">
        <w:rPr>
          <w:rFonts w:cstheme="majorHAnsi"/>
          <w:sz w:val="18"/>
          <w:szCs w:val="18"/>
        </w:rPr>
        <w:t xml:space="preserve"> </w:t>
      </w:r>
      <w:proofErr w:type="spellStart"/>
      <w:r w:rsidRPr="000C596E">
        <w:rPr>
          <w:rFonts w:ascii="Sylfaen" w:hAnsi="Sylfaen" w:cs="Sylfaen"/>
          <w:sz w:val="18"/>
          <w:szCs w:val="18"/>
        </w:rPr>
        <w:t>დააკისროს</w:t>
      </w:r>
      <w:proofErr w:type="spellEnd"/>
      <w:r w:rsidRPr="000C596E">
        <w:rPr>
          <w:rFonts w:cstheme="majorHAnsi"/>
          <w:sz w:val="18"/>
          <w:szCs w:val="18"/>
        </w:rPr>
        <w:t xml:space="preserve"> </w:t>
      </w:r>
      <w:r w:rsidR="007D61E7">
        <w:rPr>
          <w:rFonts w:ascii="Sylfaen" w:hAnsi="Sylfaen" w:cs="Sylfaen"/>
          <w:sz w:val="18"/>
          <w:szCs w:val="18"/>
          <w:lang w:val="ka-GE"/>
        </w:rPr>
        <w:t xml:space="preserve">მენარდეს </w:t>
      </w:r>
      <w:proofErr w:type="spellStart"/>
      <w:r w:rsidRPr="000C596E">
        <w:rPr>
          <w:rFonts w:ascii="Sylfaen" w:hAnsi="Sylfaen" w:cs="Sylfaen"/>
          <w:sz w:val="18"/>
          <w:szCs w:val="18"/>
        </w:rPr>
        <w:t>ჯარიმა</w:t>
      </w:r>
      <w:proofErr w:type="spellEnd"/>
      <w:r w:rsidRPr="000C596E">
        <w:rPr>
          <w:rFonts w:cstheme="majorHAnsi"/>
          <w:sz w:val="18"/>
          <w:szCs w:val="18"/>
        </w:rPr>
        <w:t xml:space="preserve"> - 1000 </w:t>
      </w:r>
      <w:r w:rsidR="007D61E7">
        <w:rPr>
          <w:rFonts w:ascii="Sylfaen" w:hAnsi="Sylfaen" w:cstheme="majorHAnsi"/>
          <w:sz w:val="18"/>
          <w:szCs w:val="18"/>
          <w:lang w:val="ka-GE"/>
        </w:rPr>
        <w:t>(</w:t>
      </w:r>
      <w:proofErr w:type="spellStart"/>
      <w:r w:rsidRPr="000C596E">
        <w:rPr>
          <w:rFonts w:ascii="Sylfaen" w:hAnsi="Sylfaen" w:cs="Sylfaen"/>
          <w:sz w:val="18"/>
          <w:szCs w:val="18"/>
        </w:rPr>
        <w:t>ათასი</w:t>
      </w:r>
      <w:proofErr w:type="spellEnd"/>
      <w:r w:rsidR="007D61E7">
        <w:rPr>
          <w:rFonts w:ascii="Sylfaen" w:hAnsi="Sylfaen" w:cs="Sylfaen"/>
          <w:sz w:val="18"/>
          <w:szCs w:val="18"/>
          <w:lang w:val="ka-GE"/>
        </w:rPr>
        <w:t>)</w:t>
      </w:r>
      <w:r w:rsidRPr="000C596E">
        <w:rPr>
          <w:rFonts w:cstheme="majorHAnsi"/>
          <w:sz w:val="18"/>
          <w:szCs w:val="18"/>
        </w:rPr>
        <w:t xml:space="preserve"> </w:t>
      </w:r>
      <w:proofErr w:type="spellStart"/>
      <w:r w:rsidRPr="000C596E">
        <w:rPr>
          <w:rFonts w:ascii="Sylfaen" w:hAnsi="Sylfaen" w:cs="Sylfaen"/>
          <w:sz w:val="18"/>
          <w:szCs w:val="18"/>
        </w:rPr>
        <w:t>ლარის</w:t>
      </w:r>
      <w:proofErr w:type="spellEnd"/>
      <w:r w:rsidRPr="000C596E">
        <w:rPr>
          <w:rFonts w:cstheme="majorHAnsi"/>
          <w:sz w:val="18"/>
          <w:szCs w:val="18"/>
        </w:rPr>
        <w:t xml:space="preserve"> </w:t>
      </w:r>
      <w:proofErr w:type="spellStart"/>
      <w:r w:rsidRPr="000C596E">
        <w:rPr>
          <w:rFonts w:ascii="Sylfaen" w:hAnsi="Sylfaen" w:cs="Sylfaen"/>
          <w:sz w:val="18"/>
          <w:szCs w:val="18"/>
        </w:rPr>
        <w:t>ოდენობით</w:t>
      </w:r>
      <w:proofErr w:type="spellEnd"/>
      <w:r w:rsidRPr="000C596E">
        <w:rPr>
          <w:rFonts w:cstheme="majorHAnsi"/>
          <w:sz w:val="18"/>
          <w:szCs w:val="18"/>
        </w:rPr>
        <w:t xml:space="preserve">. </w:t>
      </w:r>
      <w:proofErr w:type="spellStart"/>
      <w:r w:rsidRPr="000C596E">
        <w:rPr>
          <w:rFonts w:ascii="Sylfaen" w:hAnsi="Sylfaen" w:cs="Sylfaen"/>
          <w:sz w:val="18"/>
          <w:szCs w:val="18"/>
        </w:rPr>
        <w:t>ამასთან</w:t>
      </w:r>
      <w:proofErr w:type="spellEnd"/>
      <w:r w:rsidRPr="000C596E">
        <w:rPr>
          <w:rFonts w:cstheme="majorHAnsi"/>
          <w:sz w:val="18"/>
          <w:szCs w:val="18"/>
        </w:rPr>
        <w:t xml:space="preserve">, </w:t>
      </w:r>
      <w:proofErr w:type="spellStart"/>
      <w:r w:rsidRPr="000C596E">
        <w:rPr>
          <w:rFonts w:ascii="Sylfaen" w:hAnsi="Sylfaen" w:cs="Sylfaen"/>
          <w:sz w:val="18"/>
          <w:szCs w:val="18"/>
        </w:rPr>
        <w:t>დამკვეთი</w:t>
      </w:r>
      <w:proofErr w:type="spellEnd"/>
      <w:r w:rsidRPr="000C596E">
        <w:rPr>
          <w:rFonts w:cstheme="majorHAnsi"/>
          <w:sz w:val="18"/>
          <w:szCs w:val="18"/>
        </w:rPr>
        <w:t xml:space="preserve"> </w:t>
      </w:r>
      <w:proofErr w:type="spellStart"/>
      <w:r w:rsidRPr="000C596E">
        <w:rPr>
          <w:rFonts w:ascii="Sylfaen" w:hAnsi="Sylfaen" w:cs="Sylfaen"/>
          <w:sz w:val="18"/>
          <w:szCs w:val="18"/>
        </w:rPr>
        <w:t>უფლებამოსილია</w:t>
      </w:r>
      <w:proofErr w:type="spellEnd"/>
      <w:r w:rsidRPr="000C596E">
        <w:rPr>
          <w:rFonts w:cstheme="majorHAnsi"/>
          <w:sz w:val="18"/>
          <w:szCs w:val="18"/>
        </w:rPr>
        <w:t xml:space="preserve"> </w:t>
      </w:r>
      <w:proofErr w:type="spellStart"/>
      <w:r w:rsidRPr="000C596E">
        <w:rPr>
          <w:rFonts w:ascii="Sylfaen" w:hAnsi="Sylfaen" w:cs="Sylfaen"/>
          <w:sz w:val="18"/>
          <w:szCs w:val="18"/>
        </w:rPr>
        <w:t>აღნიშნული</w:t>
      </w:r>
      <w:proofErr w:type="spellEnd"/>
      <w:r w:rsidRPr="000C596E">
        <w:rPr>
          <w:rFonts w:cstheme="majorHAnsi"/>
          <w:sz w:val="18"/>
          <w:szCs w:val="18"/>
        </w:rPr>
        <w:t xml:space="preserve"> </w:t>
      </w:r>
      <w:proofErr w:type="spellStart"/>
      <w:r w:rsidRPr="000C596E">
        <w:rPr>
          <w:rFonts w:ascii="Sylfaen" w:hAnsi="Sylfaen" w:cs="Sylfaen"/>
          <w:sz w:val="18"/>
          <w:szCs w:val="18"/>
        </w:rPr>
        <w:t>ჯარიმა</w:t>
      </w:r>
      <w:proofErr w:type="spellEnd"/>
      <w:r w:rsidRPr="000C596E">
        <w:rPr>
          <w:rFonts w:cstheme="majorHAnsi"/>
          <w:sz w:val="18"/>
          <w:szCs w:val="18"/>
        </w:rPr>
        <w:t xml:space="preserve"> </w:t>
      </w:r>
      <w:proofErr w:type="spellStart"/>
      <w:r w:rsidRPr="000C596E">
        <w:rPr>
          <w:rFonts w:ascii="Sylfaen" w:hAnsi="Sylfaen" w:cs="Sylfaen"/>
          <w:sz w:val="18"/>
          <w:szCs w:val="18"/>
        </w:rPr>
        <w:t>გამოქვითოს</w:t>
      </w:r>
      <w:proofErr w:type="spellEnd"/>
      <w:r w:rsidRPr="000C596E">
        <w:rPr>
          <w:rFonts w:cstheme="majorHAnsi"/>
          <w:sz w:val="18"/>
          <w:szCs w:val="18"/>
        </w:rPr>
        <w:t xml:space="preserve"> </w:t>
      </w:r>
      <w:proofErr w:type="spellStart"/>
      <w:r w:rsidRPr="000C596E">
        <w:rPr>
          <w:rFonts w:ascii="Sylfaen" w:hAnsi="Sylfaen" w:cs="Sylfaen"/>
          <w:sz w:val="18"/>
          <w:szCs w:val="18"/>
        </w:rPr>
        <w:t>მენარდისათვის</w:t>
      </w:r>
      <w:proofErr w:type="spellEnd"/>
      <w:r w:rsidRPr="000C596E">
        <w:rPr>
          <w:rFonts w:cstheme="majorHAnsi"/>
          <w:sz w:val="18"/>
          <w:szCs w:val="18"/>
        </w:rPr>
        <w:t xml:space="preserve"> </w:t>
      </w:r>
      <w:proofErr w:type="spellStart"/>
      <w:r w:rsidRPr="000C596E">
        <w:rPr>
          <w:rFonts w:ascii="Sylfaen" w:hAnsi="Sylfaen" w:cs="Sylfaen"/>
          <w:sz w:val="18"/>
          <w:szCs w:val="18"/>
        </w:rPr>
        <w:t>გადასახდელი</w:t>
      </w:r>
      <w:proofErr w:type="spellEnd"/>
      <w:r w:rsidRPr="000C596E">
        <w:rPr>
          <w:rFonts w:cstheme="majorHAnsi"/>
          <w:sz w:val="18"/>
          <w:szCs w:val="18"/>
        </w:rPr>
        <w:t xml:space="preserve"> </w:t>
      </w:r>
      <w:proofErr w:type="spellStart"/>
      <w:r w:rsidRPr="000C596E">
        <w:rPr>
          <w:rFonts w:ascii="Sylfaen" w:hAnsi="Sylfaen" w:cs="Sylfaen"/>
          <w:sz w:val="18"/>
          <w:szCs w:val="18"/>
        </w:rPr>
        <w:t>ღირებულებიდან</w:t>
      </w:r>
      <w:proofErr w:type="spellEnd"/>
      <w:r w:rsidRPr="000C596E">
        <w:rPr>
          <w:rFonts w:cstheme="majorHAnsi"/>
          <w:sz w:val="18"/>
          <w:szCs w:val="18"/>
        </w:rPr>
        <w:t>.</w:t>
      </w:r>
    </w:p>
    <w:p w14:paraId="2909C0C7" w14:textId="47E3C8D9" w:rsidR="004B6084" w:rsidRDefault="00A74260" w:rsidP="00185C20">
      <w:pPr>
        <w:pStyle w:val="ListParagraph"/>
        <w:numPr>
          <w:ilvl w:val="1"/>
          <w:numId w:val="13"/>
        </w:numPr>
        <w:jc w:val="both"/>
        <w:rPr>
          <w:rFonts w:cstheme="majorHAnsi"/>
          <w:sz w:val="18"/>
          <w:szCs w:val="18"/>
        </w:rPr>
      </w:pPr>
      <w:proofErr w:type="spellStart"/>
      <w:r w:rsidRPr="000C596E">
        <w:rPr>
          <w:rFonts w:ascii="Sylfaen" w:hAnsi="Sylfaen" w:cs="Sylfaen"/>
          <w:sz w:val="18"/>
          <w:szCs w:val="18"/>
        </w:rPr>
        <w:t>გარდა</w:t>
      </w:r>
      <w:proofErr w:type="spellEnd"/>
      <w:r w:rsidRPr="000C596E">
        <w:rPr>
          <w:rFonts w:cstheme="majorHAnsi"/>
          <w:sz w:val="18"/>
          <w:szCs w:val="18"/>
        </w:rPr>
        <w:t xml:space="preserve"> </w:t>
      </w:r>
      <w:proofErr w:type="spellStart"/>
      <w:r w:rsidRPr="000C596E">
        <w:rPr>
          <w:rFonts w:ascii="Sylfaen" w:hAnsi="Sylfaen" w:cs="Sylfaen"/>
          <w:sz w:val="18"/>
          <w:szCs w:val="18"/>
        </w:rPr>
        <w:t>წინამდებარე</w:t>
      </w:r>
      <w:proofErr w:type="spellEnd"/>
      <w:r w:rsidRPr="000C596E">
        <w:rPr>
          <w:rFonts w:cstheme="majorHAnsi"/>
          <w:sz w:val="18"/>
          <w:szCs w:val="18"/>
        </w:rPr>
        <w:t xml:space="preserve"> </w:t>
      </w:r>
      <w:proofErr w:type="spellStart"/>
      <w:r w:rsidRPr="000C596E">
        <w:rPr>
          <w:rFonts w:ascii="Sylfaen" w:hAnsi="Sylfaen" w:cs="Sylfaen"/>
          <w:sz w:val="18"/>
          <w:szCs w:val="18"/>
        </w:rPr>
        <w:t>ხელშეკრულების</w:t>
      </w:r>
      <w:proofErr w:type="spellEnd"/>
      <w:r w:rsidRPr="000C596E">
        <w:rPr>
          <w:rFonts w:cstheme="majorHAnsi"/>
          <w:sz w:val="18"/>
          <w:szCs w:val="18"/>
        </w:rPr>
        <w:t xml:space="preserve"> </w:t>
      </w:r>
      <w:r w:rsidR="00D94046">
        <w:rPr>
          <w:rFonts w:ascii="Sylfaen" w:hAnsi="Sylfaen" w:cstheme="majorHAnsi"/>
          <w:sz w:val="18"/>
          <w:szCs w:val="18"/>
          <w:lang w:val="ka-GE"/>
        </w:rPr>
        <w:t>9</w:t>
      </w:r>
      <w:r w:rsidRPr="000C596E">
        <w:rPr>
          <w:rFonts w:cstheme="majorHAnsi"/>
          <w:sz w:val="18"/>
          <w:szCs w:val="18"/>
        </w:rPr>
        <w:t xml:space="preserve">.9 </w:t>
      </w:r>
      <w:proofErr w:type="spellStart"/>
      <w:r w:rsidRPr="000C596E">
        <w:rPr>
          <w:rFonts w:ascii="Sylfaen" w:hAnsi="Sylfaen" w:cs="Sylfaen"/>
          <w:sz w:val="18"/>
          <w:szCs w:val="18"/>
        </w:rPr>
        <w:t>მუხლით</w:t>
      </w:r>
      <w:proofErr w:type="spellEnd"/>
      <w:r w:rsidRPr="000C596E">
        <w:rPr>
          <w:rFonts w:cstheme="majorHAnsi"/>
          <w:sz w:val="18"/>
          <w:szCs w:val="18"/>
        </w:rPr>
        <w:t xml:space="preserve"> </w:t>
      </w:r>
      <w:proofErr w:type="spellStart"/>
      <w:r w:rsidRPr="000C596E">
        <w:rPr>
          <w:rFonts w:ascii="Sylfaen" w:hAnsi="Sylfaen" w:cs="Sylfaen"/>
          <w:sz w:val="18"/>
          <w:szCs w:val="18"/>
        </w:rPr>
        <w:t>გათვალისწინებული</w:t>
      </w:r>
      <w:proofErr w:type="spellEnd"/>
      <w:r w:rsidRPr="000C596E">
        <w:rPr>
          <w:rFonts w:cstheme="majorHAnsi"/>
          <w:sz w:val="18"/>
          <w:szCs w:val="18"/>
        </w:rPr>
        <w:t xml:space="preserve"> </w:t>
      </w:r>
      <w:proofErr w:type="spellStart"/>
      <w:r w:rsidRPr="000C596E">
        <w:rPr>
          <w:rFonts w:ascii="Sylfaen" w:hAnsi="Sylfaen" w:cs="Sylfaen"/>
          <w:sz w:val="18"/>
          <w:szCs w:val="18"/>
        </w:rPr>
        <w:t>შემთხვევისა</w:t>
      </w:r>
      <w:proofErr w:type="spellEnd"/>
      <w:r w:rsidRPr="000C596E">
        <w:rPr>
          <w:rFonts w:cstheme="majorHAnsi"/>
          <w:sz w:val="18"/>
          <w:szCs w:val="18"/>
        </w:rPr>
        <w:t xml:space="preserve">, </w:t>
      </w:r>
      <w:proofErr w:type="spellStart"/>
      <w:r w:rsidRPr="000C596E">
        <w:rPr>
          <w:rFonts w:ascii="Sylfaen" w:hAnsi="Sylfaen" w:cs="Sylfaen"/>
          <w:sz w:val="18"/>
          <w:szCs w:val="18"/>
        </w:rPr>
        <w:t>მენარდის</w:t>
      </w:r>
      <w:proofErr w:type="spellEnd"/>
      <w:r w:rsidRPr="000C596E">
        <w:rPr>
          <w:rFonts w:cstheme="majorHAnsi"/>
          <w:sz w:val="18"/>
          <w:szCs w:val="18"/>
        </w:rPr>
        <w:t xml:space="preserve"> </w:t>
      </w:r>
      <w:proofErr w:type="spellStart"/>
      <w:r w:rsidRPr="000C596E">
        <w:rPr>
          <w:rFonts w:ascii="Sylfaen" w:hAnsi="Sylfaen" w:cs="Sylfaen"/>
          <w:sz w:val="18"/>
          <w:szCs w:val="18"/>
        </w:rPr>
        <w:t>მხრიდან</w:t>
      </w:r>
      <w:proofErr w:type="spellEnd"/>
      <w:r w:rsidRPr="000C596E">
        <w:rPr>
          <w:rFonts w:cstheme="majorHAnsi"/>
          <w:sz w:val="18"/>
          <w:szCs w:val="18"/>
        </w:rPr>
        <w:t xml:space="preserve"> </w:t>
      </w:r>
      <w:proofErr w:type="spellStart"/>
      <w:r w:rsidRPr="000C596E">
        <w:rPr>
          <w:rFonts w:ascii="Sylfaen" w:hAnsi="Sylfaen" w:cs="Sylfaen"/>
          <w:sz w:val="18"/>
          <w:szCs w:val="18"/>
        </w:rPr>
        <w:t>შრომის</w:t>
      </w:r>
      <w:proofErr w:type="spellEnd"/>
      <w:r w:rsidRPr="000C596E">
        <w:rPr>
          <w:rFonts w:cstheme="majorHAnsi"/>
          <w:sz w:val="18"/>
          <w:szCs w:val="18"/>
        </w:rPr>
        <w:t xml:space="preserve"> </w:t>
      </w:r>
      <w:proofErr w:type="spellStart"/>
      <w:r w:rsidRPr="000C596E">
        <w:rPr>
          <w:rFonts w:ascii="Sylfaen" w:hAnsi="Sylfaen" w:cs="Sylfaen"/>
          <w:sz w:val="18"/>
          <w:szCs w:val="18"/>
        </w:rPr>
        <w:t>უსაფრთხოების</w:t>
      </w:r>
      <w:proofErr w:type="spellEnd"/>
      <w:r w:rsidRPr="000C596E">
        <w:rPr>
          <w:rFonts w:cstheme="majorHAnsi"/>
          <w:sz w:val="18"/>
          <w:szCs w:val="18"/>
        </w:rPr>
        <w:t xml:space="preserve"> </w:t>
      </w:r>
      <w:proofErr w:type="spellStart"/>
      <w:r w:rsidRPr="000C596E">
        <w:rPr>
          <w:rFonts w:ascii="Sylfaen" w:hAnsi="Sylfaen" w:cs="Sylfaen"/>
          <w:sz w:val="18"/>
          <w:szCs w:val="18"/>
        </w:rPr>
        <w:t>წესების</w:t>
      </w:r>
      <w:proofErr w:type="spellEnd"/>
      <w:r w:rsidRPr="000C596E">
        <w:rPr>
          <w:rFonts w:cstheme="majorHAnsi"/>
          <w:sz w:val="18"/>
          <w:szCs w:val="18"/>
        </w:rPr>
        <w:t xml:space="preserve"> </w:t>
      </w:r>
      <w:proofErr w:type="spellStart"/>
      <w:r w:rsidRPr="000C596E">
        <w:rPr>
          <w:rFonts w:ascii="Sylfaen" w:hAnsi="Sylfaen" w:cs="Sylfaen"/>
          <w:sz w:val="18"/>
          <w:szCs w:val="18"/>
        </w:rPr>
        <w:t>დარღვევის</w:t>
      </w:r>
      <w:proofErr w:type="spellEnd"/>
      <w:r w:rsidRPr="000C596E">
        <w:rPr>
          <w:rFonts w:cstheme="majorHAnsi"/>
          <w:sz w:val="18"/>
          <w:szCs w:val="18"/>
        </w:rPr>
        <w:t xml:space="preserve"> </w:t>
      </w:r>
      <w:proofErr w:type="spellStart"/>
      <w:r w:rsidRPr="000C596E">
        <w:rPr>
          <w:rFonts w:ascii="Sylfaen" w:hAnsi="Sylfaen" w:cs="Sylfaen"/>
          <w:sz w:val="18"/>
          <w:szCs w:val="18"/>
        </w:rPr>
        <w:t>პირველ</w:t>
      </w:r>
      <w:proofErr w:type="spellEnd"/>
      <w:r w:rsidRPr="000C596E">
        <w:rPr>
          <w:rFonts w:cstheme="majorHAnsi"/>
          <w:sz w:val="18"/>
          <w:szCs w:val="18"/>
        </w:rPr>
        <w:t xml:space="preserve"> </w:t>
      </w:r>
      <w:proofErr w:type="spellStart"/>
      <w:r w:rsidRPr="000C596E">
        <w:rPr>
          <w:rFonts w:ascii="Sylfaen" w:hAnsi="Sylfaen" w:cs="Sylfaen"/>
          <w:sz w:val="18"/>
          <w:szCs w:val="18"/>
        </w:rPr>
        <w:t>შემთხვევა</w:t>
      </w:r>
      <w:proofErr w:type="spellEnd"/>
      <w:r w:rsidRPr="000C596E">
        <w:rPr>
          <w:rFonts w:cstheme="majorHAnsi"/>
          <w:sz w:val="18"/>
          <w:szCs w:val="18"/>
        </w:rPr>
        <w:t xml:space="preserve"> </w:t>
      </w:r>
      <w:proofErr w:type="spellStart"/>
      <w:r w:rsidRPr="000C596E">
        <w:rPr>
          <w:rFonts w:ascii="Sylfaen" w:hAnsi="Sylfaen" w:cs="Sylfaen"/>
          <w:sz w:val="18"/>
          <w:szCs w:val="18"/>
        </w:rPr>
        <w:t>იწვევს</w:t>
      </w:r>
      <w:proofErr w:type="spellEnd"/>
      <w:r w:rsidRPr="000C596E">
        <w:rPr>
          <w:rFonts w:cstheme="majorHAnsi"/>
          <w:sz w:val="18"/>
          <w:szCs w:val="18"/>
        </w:rPr>
        <w:t xml:space="preserve"> </w:t>
      </w:r>
      <w:proofErr w:type="spellStart"/>
      <w:r w:rsidRPr="000C596E">
        <w:rPr>
          <w:rFonts w:ascii="Sylfaen" w:hAnsi="Sylfaen" w:cs="Sylfaen"/>
          <w:sz w:val="18"/>
          <w:szCs w:val="18"/>
        </w:rPr>
        <w:t>მის</w:t>
      </w:r>
      <w:proofErr w:type="spellEnd"/>
      <w:r w:rsidRPr="000C596E">
        <w:rPr>
          <w:rFonts w:cstheme="majorHAnsi"/>
          <w:sz w:val="18"/>
          <w:szCs w:val="18"/>
        </w:rPr>
        <w:t xml:space="preserve"> </w:t>
      </w:r>
      <w:proofErr w:type="spellStart"/>
      <w:r w:rsidRPr="000C596E">
        <w:rPr>
          <w:rFonts w:ascii="Sylfaen" w:hAnsi="Sylfaen" w:cs="Sylfaen"/>
          <w:sz w:val="18"/>
          <w:szCs w:val="18"/>
        </w:rPr>
        <w:t>დაჯარიმებას</w:t>
      </w:r>
      <w:proofErr w:type="spellEnd"/>
      <w:r w:rsidRPr="000C596E">
        <w:rPr>
          <w:rFonts w:cstheme="majorHAnsi"/>
          <w:sz w:val="18"/>
          <w:szCs w:val="18"/>
        </w:rPr>
        <w:t xml:space="preserve"> - 500</w:t>
      </w:r>
      <w:r w:rsidR="007D61E7">
        <w:rPr>
          <w:rFonts w:ascii="Sylfaen" w:hAnsi="Sylfaen" w:cstheme="majorHAnsi"/>
          <w:sz w:val="18"/>
          <w:szCs w:val="18"/>
          <w:lang w:val="ka-GE"/>
        </w:rPr>
        <w:t xml:space="preserve"> (</w:t>
      </w:r>
      <w:proofErr w:type="spellStart"/>
      <w:r w:rsidRPr="000C596E">
        <w:rPr>
          <w:rFonts w:ascii="Sylfaen" w:hAnsi="Sylfaen" w:cs="Sylfaen"/>
          <w:sz w:val="18"/>
          <w:szCs w:val="18"/>
        </w:rPr>
        <w:t>ხუთასი</w:t>
      </w:r>
      <w:proofErr w:type="spellEnd"/>
      <w:r w:rsidR="007D61E7">
        <w:rPr>
          <w:rFonts w:ascii="Sylfaen" w:hAnsi="Sylfaen" w:cs="Sylfaen"/>
          <w:sz w:val="18"/>
          <w:szCs w:val="18"/>
          <w:lang w:val="ka-GE"/>
        </w:rPr>
        <w:t>)</w:t>
      </w:r>
      <w:r w:rsidRPr="000C596E">
        <w:rPr>
          <w:rFonts w:cstheme="majorHAnsi"/>
          <w:sz w:val="18"/>
          <w:szCs w:val="18"/>
        </w:rPr>
        <w:t xml:space="preserve"> </w:t>
      </w:r>
      <w:proofErr w:type="spellStart"/>
      <w:r w:rsidRPr="000C596E">
        <w:rPr>
          <w:rFonts w:ascii="Sylfaen" w:hAnsi="Sylfaen" w:cs="Sylfaen"/>
          <w:sz w:val="18"/>
          <w:szCs w:val="18"/>
        </w:rPr>
        <w:t>ლარის</w:t>
      </w:r>
      <w:proofErr w:type="spellEnd"/>
      <w:r w:rsidRPr="000C596E">
        <w:rPr>
          <w:rFonts w:cstheme="majorHAnsi"/>
          <w:sz w:val="18"/>
          <w:szCs w:val="18"/>
        </w:rPr>
        <w:t xml:space="preserve"> </w:t>
      </w:r>
      <w:proofErr w:type="spellStart"/>
      <w:r w:rsidRPr="000C596E">
        <w:rPr>
          <w:rFonts w:ascii="Sylfaen" w:hAnsi="Sylfaen" w:cs="Sylfaen"/>
          <w:sz w:val="18"/>
          <w:szCs w:val="18"/>
        </w:rPr>
        <w:t>ოდენობით</w:t>
      </w:r>
      <w:proofErr w:type="spellEnd"/>
      <w:r w:rsidRPr="000C596E">
        <w:rPr>
          <w:rFonts w:cstheme="majorHAnsi"/>
          <w:sz w:val="18"/>
          <w:szCs w:val="18"/>
        </w:rPr>
        <w:t xml:space="preserve">, </w:t>
      </w:r>
      <w:proofErr w:type="spellStart"/>
      <w:r w:rsidRPr="000C596E">
        <w:rPr>
          <w:rFonts w:ascii="Sylfaen" w:hAnsi="Sylfaen" w:cs="Sylfaen"/>
          <w:sz w:val="18"/>
          <w:szCs w:val="18"/>
        </w:rPr>
        <w:t>ხოლო</w:t>
      </w:r>
      <w:proofErr w:type="spellEnd"/>
      <w:r w:rsidRPr="000C596E">
        <w:rPr>
          <w:rFonts w:cstheme="majorHAnsi"/>
          <w:sz w:val="18"/>
          <w:szCs w:val="18"/>
        </w:rPr>
        <w:t xml:space="preserve"> </w:t>
      </w:r>
      <w:proofErr w:type="spellStart"/>
      <w:r w:rsidRPr="000C596E">
        <w:rPr>
          <w:rFonts w:ascii="Sylfaen" w:hAnsi="Sylfaen" w:cs="Sylfaen"/>
          <w:sz w:val="18"/>
          <w:szCs w:val="18"/>
        </w:rPr>
        <w:t>მენარდის</w:t>
      </w:r>
      <w:proofErr w:type="spellEnd"/>
      <w:r w:rsidRPr="000C596E">
        <w:rPr>
          <w:rFonts w:cstheme="majorHAnsi"/>
          <w:sz w:val="18"/>
          <w:szCs w:val="18"/>
        </w:rPr>
        <w:t xml:space="preserve"> </w:t>
      </w:r>
      <w:proofErr w:type="spellStart"/>
      <w:r w:rsidRPr="000C596E">
        <w:rPr>
          <w:rFonts w:ascii="Sylfaen" w:hAnsi="Sylfaen" w:cs="Sylfaen"/>
          <w:sz w:val="18"/>
          <w:szCs w:val="18"/>
        </w:rPr>
        <w:t>მხრიდან</w:t>
      </w:r>
      <w:proofErr w:type="spellEnd"/>
      <w:r w:rsidR="006C44CD">
        <w:rPr>
          <w:rFonts w:ascii="Sylfaen" w:hAnsi="Sylfaen" w:cs="Sylfaen"/>
          <w:sz w:val="18"/>
          <w:szCs w:val="18"/>
          <w:lang w:val="ka-GE"/>
        </w:rPr>
        <w:t xml:space="preserve"> </w:t>
      </w:r>
      <w:proofErr w:type="spellStart"/>
      <w:r w:rsidRPr="000C596E">
        <w:rPr>
          <w:rFonts w:ascii="Sylfaen" w:hAnsi="Sylfaen" w:cs="Sylfaen"/>
          <w:sz w:val="18"/>
          <w:szCs w:val="18"/>
        </w:rPr>
        <w:t>მეორე</w:t>
      </w:r>
      <w:proofErr w:type="spellEnd"/>
      <w:r w:rsidRPr="000C596E">
        <w:rPr>
          <w:rFonts w:cstheme="majorHAnsi"/>
          <w:sz w:val="18"/>
          <w:szCs w:val="18"/>
        </w:rPr>
        <w:t xml:space="preserve"> </w:t>
      </w:r>
      <w:proofErr w:type="spellStart"/>
      <w:r w:rsidRPr="000C596E">
        <w:rPr>
          <w:rFonts w:ascii="Sylfaen" w:hAnsi="Sylfaen" w:cs="Sylfaen"/>
          <w:sz w:val="18"/>
          <w:szCs w:val="18"/>
        </w:rPr>
        <w:t>და</w:t>
      </w:r>
      <w:proofErr w:type="spellEnd"/>
      <w:r w:rsidRPr="000C596E">
        <w:rPr>
          <w:rFonts w:cstheme="majorHAnsi"/>
          <w:sz w:val="18"/>
          <w:szCs w:val="18"/>
        </w:rPr>
        <w:t xml:space="preserve"> </w:t>
      </w:r>
      <w:proofErr w:type="spellStart"/>
      <w:r w:rsidRPr="000C596E">
        <w:rPr>
          <w:rFonts w:ascii="Sylfaen" w:hAnsi="Sylfaen" w:cs="Sylfaen"/>
          <w:sz w:val="18"/>
          <w:szCs w:val="18"/>
        </w:rPr>
        <w:t>ყოველი</w:t>
      </w:r>
      <w:proofErr w:type="spellEnd"/>
      <w:r w:rsidRPr="000C596E">
        <w:rPr>
          <w:rFonts w:cstheme="majorHAnsi"/>
          <w:sz w:val="18"/>
          <w:szCs w:val="18"/>
        </w:rPr>
        <w:t xml:space="preserve"> </w:t>
      </w:r>
      <w:proofErr w:type="spellStart"/>
      <w:r w:rsidRPr="000C596E">
        <w:rPr>
          <w:rFonts w:ascii="Sylfaen" w:hAnsi="Sylfaen" w:cs="Sylfaen"/>
          <w:sz w:val="18"/>
          <w:szCs w:val="18"/>
        </w:rPr>
        <w:t>შემდგომი</w:t>
      </w:r>
      <w:proofErr w:type="spellEnd"/>
      <w:r w:rsidRPr="000C596E">
        <w:rPr>
          <w:rFonts w:cstheme="majorHAnsi"/>
          <w:sz w:val="18"/>
          <w:szCs w:val="18"/>
        </w:rPr>
        <w:t xml:space="preserve"> </w:t>
      </w:r>
      <w:proofErr w:type="spellStart"/>
      <w:r w:rsidRPr="000C596E">
        <w:rPr>
          <w:rFonts w:ascii="Sylfaen" w:hAnsi="Sylfaen" w:cs="Sylfaen"/>
          <w:sz w:val="18"/>
          <w:szCs w:val="18"/>
        </w:rPr>
        <w:t>დარღვევა</w:t>
      </w:r>
      <w:proofErr w:type="spellEnd"/>
      <w:r w:rsidRPr="000C596E">
        <w:rPr>
          <w:rFonts w:cstheme="majorHAnsi"/>
          <w:sz w:val="18"/>
          <w:szCs w:val="18"/>
        </w:rPr>
        <w:t xml:space="preserve"> </w:t>
      </w:r>
      <w:proofErr w:type="spellStart"/>
      <w:r w:rsidRPr="000C596E">
        <w:rPr>
          <w:rFonts w:ascii="Sylfaen" w:hAnsi="Sylfaen" w:cs="Sylfaen"/>
          <w:sz w:val="18"/>
          <w:szCs w:val="18"/>
        </w:rPr>
        <w:t>იწვევს</w:t>
      </w:r>
      <w:proofErr w:type="spellEnd"/>
      <w:r w:rsidRPr="000C596E">
        <w:rPr>
          <w:rFonts w:cstheme="majorHAnsi"/>
          <w:sz w:val="18"/>
          <w:szCs w:val="18"/>
        </w:rPr>
        <w:t xml:space="preserve"> </w:t>
      </w:r>
      <w:proofErr w:type="spellStart"/>
      <w:r w:rsidRPr="000C596E">
        <w:rPr>
          <w:rFonts w:ascii="Sylfaen" w:hAnsi="Sylfaen" w:cs="Sylfaen"/>
          <w:sz w:val="18"/>
          <w:szCs w:val="18"/>
        </w:rPr>
        <w:t>მის</w:t>
      </w:r>
      <w:proofErr w:type="spellEnd"/>
      <w:r w:rsidRPr="000C596E">
        <w:rPr>
          <w:rFonts w:cstheme="majorHAnsi"/>
          <w:sz w:val="18"/>
          <w:szCs w:val="18"/>
        </w:rPr>
        <w:t xml:space="preserve"> </w:t>
      </w:r>
      <w:proofErr w:type="spellStart"/>
      <w:r w:rsidRPr="000C596E">
        <w:rPr>
          <w:rFonts w:ascii="Sylfaen" w:hAnsi="Sylfaen" w:cs="Sylfaen"/>
          <w:sz w:val="18"/>
          <w:szCs w:val="18"/>
        </w:rPr>
        <w:t>დაჯარიმებას</w:t>
      </w:r>
      <w:proofErr w:type="spellEnd"/>
      <w:r w:rsidRPr="000C596E">
        <w:rPr>
          <w:rFonts w:cstheme="majorHAnsi"/>
          <w:sz w:val="18"/>
          <w:szCs w:val="18"/>
        </w:rPr>
        <w:t xml:space="preserve"> - 1 000 </w:t>
      </w:r>
      <w:r w:rsidR="006C44CD">
        <w:rPr>
          <w:rFonts w:ascii="Sylfaen" w:hAnsi="Sylfaen" w:cstheme="majorHAnsi"/>
          <w:sz w:val="18"/>
          <w:szCs w:val="18"/>
          <w:lang w:val="ka-GE"/>
        </w:rPr>
        <w:t>(</w:t>
      </w:r>
      <w:proofErr w:type="spellStart"/>
      <w:r w:rsidRPr="000C596E">
        <w:rPr>
          <w:rFonts w:ascii="Sylfaen" w:hAnsi="Sylfaen" w:cs="Sylfaen"/>
          <w:sz w:val="18"/>
          <w:szCs w:val="18"/>
        </w:rPr>
        <w:t>ათასი</w:t>
      </w:r>
      <w:proofErr w:type="spellEnd"/>
      <w:r w:rsidR="006C44CD">
        <w:rPr>
          <w:rFonts w:ascii="Sylfaen" w:hAnsi="Sylfaen" w:cs="Sylfaen"/>
          <w:sz w:val="18"/>
          <w:szCs w:val="18"/>
          <w:lang w:val="ka-GE"/>
        </w:rPr>
        <w:t>)</w:t>
      </w:r>
      <w:r w:rsidRPr="000C596E">
        <w:rPr>
          <w:rFonts w:cstheme="majorHAnsi"/>
          <w:sz w:val="18"/>
          <w:szCs w:val="18"/>
        </w:rPr>
        <w:t xml:space="preserve"> </w:t>
      </w:r>
      <w:proofErr w:type="spellStart"/>
      <w:r w:rsidRPr="000C596E">
        <w:rPr>
          <w:rFonts w:ascii="Sylfaen" w:hAnsi="Sylfaen" w:cs="Sylfaen"/>
          <w:sz w:val="18"/>
          <w:szCs w:val="18"/>
        </w:rPr>
        <w:t>ლარის</w:t>
      </w:r>
      <w:proofErr w:type="spellEnd"/>
      <w:r w:rsidRPr="000C596E">
        <w:rPr>
          <w:rFonts w:cstheme="majorHAnsi"/>
          <w:sz w:val="18"/>
          <w:szCs w:val="18"/>
        </w:rPr>
        <w:t xml:space="preserve"> </w:t>
      </w:r>
      <w:proofErr w:type="spellStart"/>
      <w:r w:rsidRPr="000C596E">
        <w:rPr>
          <w:rFonts w:ascii="Sylfaen" w:hAnsi="Sylfaen" w:cs="Sylfaen"/>
          <w:sz w:val="18"/>
          <w:szCs w:val="18"/>
        </w:rPr>
        <w:t>ოდენობით</w:t>
      </w:r>
      <w:proofErr w:type="spellEnd"/>
      <w:r w:rsidRPr="000C596E">
        <w:rPr>
          <w:rFonts w:cstheme="majorHAnsi"/>
          <w:sz w:val="18"/>
          <w:szCs w:val="18"/>
        </w:rPr>
        <w:t xml:space="preserve">. </w:t>
      </w:r>
    </w:p>
    <w:p w14:paraId="446EF0AD" w14:textId="6FB280F1" w:rsidR="000C596E" w:rsidRDefault="00A74260" w:rsidP="00185C20">
      <w:pPr>
        <w:pStyle w:val="ListParagraph"/>
        <w:numPr>
          <w:ilvl w:val="1"/>
          <w:numId w:val="13"/>
        </w:numPr>
        <w:jc w:val="both"/>
        <w:rPr>
          <w:rFonts w:cstheme="majorHAnsi"/>
          <w:sz w:val="18"/>
          <w:szCs w:val="18"/>
        </w:rPr>
      </w:pPr>
      <w:proofErr w:type="spellStart"/>
      <w:r w:rsidRPr="000C596E">
        <w:rPr>
          <w:rFonts w:ascii="Sylfaen" w:hAnsi="Sylfaen" w:cs="Sylfaen"/>
          <w:sz w:val="18"/>
          <w:szCs w:val="18"/>
        </w:rPr>
        <w:t>მენარდის</w:t>
      </w:r>
      <w:proofErr w:type="spellEnd"/>
      <w:r w:rsidRPr="000C596E">
        <w:rPr>
          <w:rFonts w:cstheme="majorHAnsi"/>
          <w:sz w:val="18"/>
          <w:szCs w:val="18"/>
        </w:rPr>
        <w:t xml:space="preserve"> </w:t>
      </w:r>
      <w:proofErr w:type="spellStart"/>
      <w:r w:rsidRPr="000C596E">
        <w:rPr>
          <w:rFonts w:ascii="Sylfaen" w:hAnsi="Sylfaen" w:cs="Sylfaen"/>
          <w:sz w:val="18"/>
          <w:szCs w:val="18"/>
        </w:rPr>
        <w:t>მხრიდან</w:t>
      </w:r>
      <w:proofErr w:type="spellEnd"/>
      <w:r w:rsidR="006C44CD">
        <w:rPr>
          <w:rFonts w:ascii="Sylfaen" w:hAnsi="Sylfaen" w:cs="Sylfaen"/>
          <w:sz w:val="18"/>
          <w:szCs w:val="18"/>
          <w:lang w:val="ka-GE"/>
        </w:rPr>
        <w:t xml:space="preserve"> </w:t>
      </w:r>
      <w:proofErr w:type="spellStart"/>
      <w:r w:rsidRPr="000C596E">
        <w:rPr>
          <w:rFonts w:ascii="Sylfaen" w:hAnsi="Sylfaen" w:cs="Sylfaen"/>
          <w:sz w:val="18"/>
          <w:szCs w:val="18"/>
        </w:rPr>
        <w:t>შრომის</w:t>
      </w:r>
      <w:proofErr w:type="spellEnd"/>
      <w:r w:rsidRPr="000C596E">
        <w:rPr>
          <w:rFonts w:cstheme="majorHAnsi"/>
          <w:sz w:val="18"/>
          <w:szCs w:val="18"/>
        </w:rPr>
        <w:t xml:space="preserve"> </w:t>
      </w:r>
      <w:proofErr w:type="spellStart"/>
      <w:r w:rsidRPr="000C596E">
        <w:rPr>
          <w:rFonts w:ascii="Sylfaen" w:hAnsi="Sylfaen" w:cs="Sylfaen"/>
          <w:sz w:val="18"/>
          <w:szCs w:val="18"/>
        </w:rPr>
        <w:t>უსაფრთხოების</w:t>
      </w:r>
      <w:proofErr w:type="spellEnd"/>
      <w:r w:rsidRPr="000C596E">
        <w:rPr>
          <w:rFonts w:cstheme="majorHAnsi"/>
          <w:sz w:val="18"/>
          <w:szCs w:val="18"/>
        </w:rPr>
        <w:t xml:space="preserve"> </w:t>
      </w:r>
      <w:proofErr w:type="spellStart"/>
      <w:r w:rsidRPr="000C596E">
        <w:rPr>
          <w:rFonts w:ascii="Sylfaen" w:hAnsi="Sylfaen" w:cs="Sylfaen"/>
          <w:sz w:val="18"/>
          <w:szCs w:val="18"/>
        </w:rPr>
        <w:t>წესების</w:t>
      </w:r>
      <w:proofErr w:type="spellEnd"/>
      <w:r w:rsidRPr="000C596E">
        <w:rPr>
          <w:rFonts w:cstheme="majorHAnsi"/>
          <w:sz w:val="18"/>
          <w:szCs w:val="18"/>
        </w:rPr>
        <w:t xml:space="preserve"> </w:t>
      </w:r>
      <w:proofErr w:type="spellStart"/>
      <w:r w:rsidRPr="000C596E">
        <w:rPr>
          <w:rFonts w:ascii="Sylfaen" w:hAnsi="Sylfaen" w:cs="Sylfaen"/>
          <w:sz w:val="18"/>
          <w:szCs w:val="18"/>
        </w:rPr>
        <w:t>ისეთი</w:t>
      </w:r>
      <w:proofErr w:type="spellEnd"/>
      <w:r w:rsidRPr="000C596E">
        <w:rPr>
          <w:rFonts w:cstheme="majorHAnsi"/>
          <w:sz w:val="18"/>
          <w:szCs w:val="18"/>
        </w:rPr>
        <w:t xml:space="preserve"> </w:t>
      </w:r>
      <w:proofErr w:type="spellStart"/>
      <w:r w:rsidRPr="000C596E">
        <w:rPr>
          <w:rFonts w:ascii="Sylfaen" w:hAnsi="Sylfaen" w:cs="Sylfaen"/>
          <w:sz w:val="18"/>
          <w:szCs w:val="18"/>
        </w:rPr>
        <w:t>დარღვევა</w:t>
      </w:r>
      <w:proofErr w:type="spellEnd"/>
      <w:r w:rsidRPr="000C596E">
        <w:rPr>
          <w:rFonts w:cstheme="majorHAnsi"/>
          <w:sz w:val="18"/>
          <w:szCs w:val="18"/>
        </w:rPr>
        <w:t xml:space="preserve">, </w:t>
      </w:r>
      <w:proofErr w:type="spellStart"/>
      <w:r w:rsidRPr="000C596E">
        <w:rPr>
          <w:rFonts w:ascii="Sylfaen" w:hAnsi="Sylfaen" w:cs="Sylfaen"/>
          <w:sz w:val="18"/>
          <w:szCs w:val="18"/>
        </w:rPr>
        <w:t>როგორიცაა</w:t>
      </w:r>
      <w:proofErr w:type="spellEnd"/>
      <w:r w:rsidRPr="000C596E">
        <w:rPr>
          <w:rFonts w:cstheme="majorHAnsi"/>
          <w:sz w:val="18"/>
          <w:szCs w:val="18"/>
        </w:rPr>
        <w:t xml:space="preserve"> </w:t>
      </w:r>
      <w:proofErr w:type="spellStart"/>
      <w:r w:rsidRPr="000C596E">
        <w:rPr>
          <w:rFonts w:ascii="Sylfaen" w:hAnsi="Sylfaen" w:cs="Sylfaen"/>
          <w:sz w:val="18"/>
          <w:szCs w:val="18"/>
        </w:rPr>
        <w:t>უსაფრთხოების</w:t>
      </w:r>
      <w:proofErr w:type="spellEnd"/>
      <w:r w:rsidRPr="000C596E">
        <w:rPr>
          <w:rFonts w:cstheme="majorHAnsi"/>
          <w:sz w:val="18"/>
          <w:szCs w:val="18"/>
        </w:rPr>
        <w:t xml:space="preserve"> </w:t>
      </w:r>
      <w:proofErr w:type="spellStart"/>
      <w:r w:rsidRPr="000C596E">
        <w:rPr>
          <w:rFonts w:ascii="Sylfaen" w:hAnsi="Sylfaen" w:cs="Sylfaen"/>
          <w:sz w:val="18"/>
          <w:szCs w:val="18"/>
        </w:rPr>
        <w:t>ქამრის</w:t>
      </w:r>
      <w:proofErr w:type="spellEnd"/>
      <w:r w:rsidRPr="000C596E">
        <w:rPr>
          <w:rFonts w:cstheme="majorHAnsi"/>
          <w:sz w:val="18"/>
          <w:szCs w:val="18"/>
        </w:rPr>
        <w:t xml:space="preserve"> </w:t>
      </w:r>
      <w:proofErr w:type="spellStart"/>
      <w:r w:rsidRPr="000C596E">
        <w:rPr>
          <w:rFonts w:ascii="Sylfaen" w:hAnsi="Sylfaen" w:cs="Sylfaen"/>
          <w:sz w:val="18"/>
          <w:szCs w:val="18"/>
        </w:rPr>
        <w:t>გარეშე</w:t>
      </w:r>
      <w:proofErr w:type="spellEnd"/>
      <w:r w:rsidRPr="000C596E">
        <w:rPr>
          <w:rFonts w:cstheme="majorHAnsi"/>
          <w:sz w:val="18"/>
          <w:szCs w:val="18"/>
        </w:rPr>
        <w:t xml:space="preserve"> </w:t>
      </w:r>
      <w:proofErr w:type="spellStart"/>
      <w:r w:rsidRPr="000C596E">
        <w:rPr>
          <w:rFonts w:ascii="Sylfaen" w:hAnsi="Sylfaen" w:cs="Sylfaen"/>
          <w:sz w:val="18"/>
          <w:szCs w:val="18"/>
        </w:rPr>
        <w:t>პერსონალის</w:t>
      </w:r>
      <w:proofErr w:type="spellEnd"/>
      <w:r w:rsidRPr="000C596E">
        <w:rPr>
          <w:rFonts w:cstheme="majorHAnsi"/>
          <w:sz w:val="18"/>
          <w:szCs w:val="18"/>
        </w:rPr>
        <w:t xml:space="preserve"> </w:t>
      </w:r>
      <w:proofErr w:type="spellStart"/>
      <w:r w:rsidRPr="000C596E">
        <w:rPr>
          <w:rFonts w:ascii="Sylfaen" w:hAnsi="Sylfaen" w:cs="Sylfaen"/>
          <w:sz w:val="18"/>
          <w:szCs w:val="18"/>
        </w:rPr>
        <w:t>გადაადგილება</w:t>
      </w:r>
      <w:proofErr w:type="spellEnd"/>
      <w:r w:rsidRPr="000C596E">
        <w:rPr>
          <w:rFonts w:cstheme="majorHAnsi"/>
          <w:sz w:val="18"/>
          <w:szCs w:val="18"/>
        </w:rPr>
        <w:t xml:space="preserve">, </w:t>
      </w:r>
      <w:proofErr w:type="spellStart"/>
      <w:r w:rsidRPr="000C596E">
        <w:rPr>
          <w:rFonts w:ascii="Sylfaen" w:hAnsi="Sylfaen" w:cs="Sylfaen"/>
          <w:sz w:val="18"/>
          <w:szCs w:val="18"/>
        </w:rPr>
        <w:t>პირველ</w:t>
      </w:r>
      <w:proofErr w:type="spellEnd"/>
      <w:r w:rsidRPr="000C596E">
        <w:rPr>
          <w:rFonts w:cstheme="majorHAnsi"/>
          <w:sz w:val="18"/>
          <w:szCs w:val="18"/>
        </w:rPr>
        <w:t xml:space="preserve"> </w:t>
      </w:r>
      <w:proofErr w:type="spellStart"/>
      <w:r w:rsidRPr="000C596E">
        <w:rPr>
          <w:rFonts w:ascii="Sylfaen" w:hAnsi="Sylfaen" w:cs="Sylfaen"/>
          <w:sz w:val="18"/>
          <w:szCs w:val="18"/>
        </w:rPr>
        <w:t>შემთხვევაზე</w:t>
      </w:r>
      <w:proofErr w:type="spellEnd"/>
      <w:r w:rsidRPr="000C596E">
        <w:rPr>
          <w:rFonts w:cstheme="majorHAnsi"/>
          <w:sz w:val="18"/>
          <w:szCs w:val="18"/>
        </w:rPr>
        <w:t xml:space="preserve"> </w:t>
      </w:r>
      <w:proofErr w:type="spellStart"/>
      <w:r w:rsidRPr="000C596E">
        <w:rPr>
          <w:rFonts w:ascii="Sylfaen" w:hAnsi="Sylfaen" w:cs="Sylfaen"/>
          <w:sz w:val="18"/>
          <w:szCs w:val="18"/>
        </w:rPr>
        <w:t>იწვევს</w:t>
      </w:r>
      <w:proofErr w:type="spellEnd"/>
      <w:r w:rsidRPr="000C596E">
        <w:rPr>
          <w:rFonts w:cstheme="majorHAnsi"/>
          <w:sz w:val="18"/>
          <w:szCs w:val="18"/>
        </w:rPr>
        <w:t xml:space="preserve"> </w:t>
      </w:r>
      <w:proofErr w:type="spellStart"/>
      <w:r w:rsidRPr="000C596E">
        <w:rPr>
          <w:rFonts w:ascii="Sylfaen" w:hAnsi="Sylfaen" w:cs="Sylfaen"/>
          <w:sz w:val="18"/>
          <w:szCs w:val="18"/>
        </w:rPr>
        <w:t>მენარდის</w:t>
      </w:r>
      <w:proofErr w:type="spellEnd"/>
      <w:r w:rsidRPr="000C596E">
        <w:rPr>
          <w:rFonts w:cstheme="majorHAnsi"/>
          <w:sz w:val="18"/>
          <w:szCs w:val="18"/>
        </w:rPr>
        <w:t xml:space="preserve"> </w:t>
      </w:r>
      <w:proofErr w:type="spellStart"/>
      <w:r w:rsidRPr="000C596E">
        <w:rPr>
          <w:rFonts w:ascii="Sylfaen" w:hAnsi="Sylfaen" w:cs="Sylfaen"/>
          <w:sz w:val="18"/>
          <w:szCs w:val="18"/>
        </w:rPr>
        <w:t>დაჯარიმებას</w:t>
      </w:r>
      <w:proofErr w:type="spellEnd"/>
      <w:r w:rsidRPr="000C596E">
        <w:rPr>
          <w:rFonts w:cstheme="majorHAnsi"/>
          <w:sz w:val="18"/>
          <w:szCs w:val="18"/>
        </w:rPr>
        <w:t xml:space="preserve"> - 1 000 </w:t>
      </w:r>
      <w:r w:rsidR="006C44CD">
        <w:rPr>
          <w:rFonts w:ascii="Sylfaen" w:hAnsi="Sylfaen" w:cstheme="majorHAnsi"/>
          <w:sz w:val="18"/>
          <w:szCs w:val="18"/>
          <w:lang w:val="ka-GE"/>
        </w:rPr>
        <w:t>(</w:t>
      </w:r>
      <w:proofErr w:type="spellStart"/>
      <w:r w:rsidRPr="000C596E">
        <w:rPr>
          <w:rFonts w:ascii="Sylfaen" w:hAnsi="Sylfaen" w:cs="Sylfaen"/>
          <w:sz w:val="18"/>
          <w:szCs w:val="18"/>
        </w:rPr>
        <w:t>ათასი</w:t>
      </w:r>
      <w:proofErr w:type="spellEnd"/>
      <w:r w:rsidR="006C44CD">
        <w:rPr>
          <w:rFonts w:ascii="Sylfaen" w:hAnsi="Sylfaen" w:cs="Sylfaen"/>
          <w:sz w:val="18"/>
          <w:szCs w:val="18"/>
          <w:lang w:val="ka-GE"/>
        </w:rPr>
        <w:t>)</w:t>
      </w:r>
      <w:r w:rsidRPr="000C596E">
        <w:rPr>
          <w:rFonts w:cstheme="majorHAnsi"/>
          <w:sz w:val="18"/>
          <w:szCs w:val="18"/>
        </w:rPr>
        <w:t xml:space="preserve"> </w:t>
      </w:r>
      <w:proofErr w:type="spellStart"/>
      <w:r w:rsidRPr="000C596E">
        <w:rPr>
          <w:rFonts w:ascii="Sylfaen" w:hAnsi="Sylfaen" w:cs="Sylfaen"/>
          <w:sz w:val="18"/>
          <w:szCs w:val="18"/>
        </w:rPr>
        <w:t>ლარის</w:t>
      </w:r>
      <w:proofErr w:type="spellEnd"/>
      <w:r w:rsidRPr="000C596E">
        <w:rPr>
          <w:rFonts w:cstheme="majorHAnsi"/>
          <w:sz w:val="18"/>
          <w:szCs w:val="18"/>
        </w:rPr>
        <w:t xml:space="preserve"> </w:t>
      </w:r>
      <w:proofErr w:type="spellStart"/>
      <w:r w:rsidRPr="000C596E">
        <w:rPr>
          <w:rFonts w:ascii="Sylfaen" w:hAnsi="Sylfaen" w:cs="Sylfaen"/>
          <w:sz w:val="18"/>
          <w:szCs w:val="18"/>
        </w:rPr>
        <w:t>ოდენობით</w:t>
      </w:r>
      <w:proofErr w:type="spellEnd"/>
      <w:r w:rsidRPr="000C596E">
        <w:rPr>
          <w:rFonts w:cstheme="majorHAnsi"/>
          <w:sz w:val="18"/>
          <w:szCs w:val="18"/>
        </w:rPr>
        <w:t xml:space="preserve">, </w:t>
      </w:r>
      <w:proofErr w:type="spellStart"/>
      <w:r w:rsidRPr="000C596E">
        <w:rPr>
          <w:rFonts w:ascii="Sylfaen" w:hAnsi="Sylfaen" w:cs="Sylfaen"/>
          <w:sz w:val="18"/>
          <w:szCs w:val="18"/>
        </w:rPr>
        <w:t>ხოლო</w:t>
      </w:r>
      <w:proofErr w:type="spellEnd"/>
      <w:r w:rsidRPr="000C596E">
        <w:rPr>
          <w:rFonts w:cstheme="majorHAnsi"/>
          <w:sz w:val="18"/>
          <w:szCs w:val="18"/>
        </w:rPr>
        <w:t xml:space="preserve"> </w:t>
      </w:r>
      <w:proofErr w:type="spellStart"/>
      <w:r w:rsidRPr="000C596E">
        <w:rPr>
          <w:rFonts w:ascii="Sylfaen" w:hAnsi="Sylfaen" w:cs="Sylfaen"/>
          <w:sz w:val="18"/>
          <w:szCs w:val="18"/>
        </w:rPr>
        <w:t>მენარდის</w:t>
      </w:r>
      <w:proofErr w:type="spellEnd"/>
      <w:r w:rsidRPr="000C596E">
        <w:rPr>
          <w:rFonts w:cstheme="majorHAnsi"/>
          <w:sz w:val="18"/>
          <w:szCs w:val="18"/>
        </w:rPr>
        <w:t xml:space="preserve"> </w:t>
      </w:r>
      <w:proofErr w:type="spellStart"/>
      <w:r w:rsidRPr="000C596E">
        <w:rPr>
          <w:rFonts w:ascii="Sylfaen" w:hAnsi="Sylfaen" w:cs="Sylfaen"/>
          <w:sz w:val="18"/>
          <w:szCs w:val="18"/>
        </w:rPr>
        <w:t>მხრიდან</w:t>
      </w:r>
      <w:proofErr w:type="spellEnd"/>
      <w:r w:rsidR="006C44CD">
        <w:rPr>
          <w:rFonts w:ascii="Sylfaen" w:hAnsi="Sylfaen" w:cs="Sylfaen"/>
          <w:sz w:val="18"/>
          <w:szCs w:val="18"/>
          <w:lang w:val="ka-GE"/>
        </w:rPr>
        <w:t xml:space="preserve"> </w:t>
      </w:r>
      <w:proofErr w:type="spellStart"/>
      <w:r w:rsidRPr="000C596E">
        <w:rPr>
          <w:rFonts w:ascii="Sylfaen" w:hAnsi="Sylfaen" w:cs="Sylfaen"/>
          <w:sz w:val="18"/>
          <w:szCs w:val="18"/>
        </w:rPr>
        <w:t>მეორე</w:t>
      </w:r>
      <w:proofErr w:type="spellEnd"/>
      <w:r w:rsidRPr="000C596E">
        <w:rPr>
          <w:rFonts w:cstheme="majorHAnsi"/>
          <w:sz w:val="18"/>
          <w:szCs w:val="18"/>
        </w:rPr>
        <w:t xml:space="preserve"> </w:t>
      </w:r>
      <w:proofErr w:type="spellStart"/>
      <w:r w:rsidRPr="000C596E">
        <w:rPr>
          <w:rFonts w:ascii="Sylfaen" w:hAnsi="Sylfaen" w:cs="Sylfaen"/>
          <w:sz w:val="18"/>
          <w:szCs w:val="18"/>
        </w:rPr>
        <w:t>და</w:t>
      </w:r>
      <w:proofErr w:type="spellEnd"/>
      <w:r w:rsidRPr="000C596E">
        <w:rPr>
          <w:rFonts w:cstheme="majorHAnsi"/>
          <w:sz w:val="18"/>
          <w:szCs w:val="18"/>
        </w:rPr>
        <w:t xml:space="preserve"> </w:t>
      </w:r>
      <w:proofErr w:type="spellStart"/>
      <w:r w:rsidRPr="000C596E">
        <w:rPr>
          <w:rFonts w:ascii="Sylfaen" w:hAnsi="Sylfaen" w:cs="Sylfaen"/>
          <w:sz w:val="18"/>
          <w:szCs w:val="18"/>
        </w:rPr>
        <w:t>ყოველი</w:t>
      </w:r>
      <w:proofErr w:type="spellEnd"/>
      <w:r w:rsidRPr="000C596E">
        <w:rPr>
          <w:rFonts w:cstheme="majorHAnsi"/>
          <w:sz w:val="18"/>
          <w:szCs w:val="18"/>
        </w:rPr>
        <w:t xml:space="preserve"> </w:t>
      </w:r>
      <w:proofErr w:type="spellStart"/>
      <w:r w:rsidRPr="000C596E">
        <w:rPr>
          <w:rFonts w:ascii="Sylfaen" w:hAnsi="Sylfaen" w:cs="Sylfaen"/>
          <w:sz w:val="18"/>
          <w:szCs w:val="18"/>
        </w:rPr>
        <w:t>შემდგომი</w:t>
      </w:r>
      <w:proofErr w:type="spellEnd"/>
      <w:r w:rsidRPr="000C596E">
        <w:rPr>
          <w:rFonts w:cstheme="majorHAnsi"/>
          <w:sz w:val="18"/>
          <w:szCs w:val="18"/>
        </w:rPr>
        <w:t xml:space="preserve"> </w:t>
      </w:r>
      <w:proofErr w:type="spellStart"/>
      <w:r w:rsidRPr="000C596E">
        <w:rPr>
          <w:rFonts w:ascii="Sylfaen" w:hAnsi="Sylfaen" w:cs="Sylfaen"/>
          <w:sz w:val="18"/>
          <w:szCs w:val="18"/>
        </w:rPr>
        <w:t>დარღვევა</w:t>
      </w:r>
      <w:proofErr w:type="spellEnd"/>
      <w:r w:rsidRPr="000C596E">
        <w:rPr>
          <w:rFonts w:cstheme="majorHAnsi"/>
          <w:sz w:val="18"/>
          <w:szCs w:val="18"/>
        </w:rPr>
        <w:t xml:space="preserve">, </w:t>
      </w:r>
      <w:proofErr w:type="spellStart"/>
      <w:r w:rsidRPr="000C596E">
        <w:rPr>
          <w:rFonts w:ascii="Sylfaen" w:hAnsi="Sylfaen" w:cs="Sylfaen"/>
          <w:sz w:val="18"/>
          <w:szCs w:val="18"/>
        </w:rPr>
        <w:t>იწვევს</w:t>
      </w:r>
      <w:proofErr w:type="spellEnd"/>
      <w:r w:rsidRPr="000C596E">
        <w:rPr>
          <w:rFonts w:cstheme="majorHAnsi"/>
          <w:sz w:val="18"/>
          <w:szCs w:val="18"/>
        </w:rPr>
        <w:t xml:space="preserve"> </w:t>
      </w:r>
      <w:proofErr w:type="spellStart"/>
      <w:r w:rsidRPr="000C596E">
        <w:rPr>
          <w:rFonts w:ascii="Sylfaen" w:hAnsi="Sylfaen" w:cs="Sylfaen"/>
          <w:sz w:val="18"/>
          <w:szCs w:val="18"/>
        </w:rPr>
        <w:t>მის</w:t>
      </w:r>
      <w:proofErr w:type="spellEnd"/>
      <w:r w:rsidRPr="000C596E">
        <w:rPr>
          <w:rFonts w:cstheme="majorHAnsi"/>
          <w:sz w:val="18"/>
          <w:szCs w:val="18"/>
        </w:rPr>
        <w:t xml:space="preserve"> </w:t>
      </w:r>
      <w:proofErr w:type="spellStart"/>
      <w:r w:rsidRPr="000C596E">
        <w:rPr>
          <w:rFonts w:ascii="Sylfaen" w:hAnsi="Sylfaen" w:cs="Sylfaen"/>
          <w:sz w:val="18"/>
          <w:szCs w:val="18"/>
        </w:rPr>
        <w:t>დაჯარიმებას</w:t>
      </w:r>
      <w:proofErr w:type="spellEnd"/>
      <w:r w:rsidRPr="000C596E">
        <w:rPr>
          <w:rFonts w:cstheme="majorHAnsi"/>
          <w:sz w:val="18"/>
          <w:szCs w:val="18"/>
        </w:rPr>
        <w:t xml:space="preserve"> - 2 000 </w:t>
      </w:r>
      <w:r w:rsidR="006C44CD">
        <w:rPr>
          <w:rFonts w:ascii="Sylfaen" w:hAnsi="Sylfaen" w:cstheme="majorHAnsi"/>
          <w:sz w:val="18"/>
          <w:szCs w:val="18"/>
          <w:lang w:val="ka-GE"/>
        </w:rPr>
        <w:t>(</w:t>
      </w:r>
      <w:proofErr w:type="spellStart"/>
      <w:r w:rsidRPr="000C596E">
        <w:rPr>
          <w:rFonts w:ascii="Sylfaen" w:hAnsi="Sylfaen" w:cs="Sylfaen"/>
          <w:sz w:val="18"/>
          <w:szCs w:val="18"/>
        </w:rPr>
        <w:t>ორი</w:t>
      </w:r>
      <w:proofErr w:type="spellEnd"/>
      <w:r w:rsidRPr="000C596E">
        <w:rPr>
          <w:rFonts w:cstheme="majorHAnsi"/>
          <w:sz w:val="18"/>
          <w:szCs w:val="18"/>
        </w:rPr>
        <w:t xml:space="preserve"> </w:t>
      </w:r>
      <w:proofErr w:type="spellStart"/>
      <w:r w:rsidRPr="000C596E">
        <w:rPr>
          <w:rFonts w:ascii="Sylfaen" w:hAnsi="Sylfaen" w:cs="Sylfaen"/>
          <w:sz w:val="18"/>
          <w:szCs w:val="18"/>
        </w:rPr>
        <w:t>ათასი</w:t>
      </w:r>
      <w:proofErr w:type="spellEnd"/>
      <w:r w:rsidR="006C44CD">
        <w:rPr>
          <w:rFonts w:ascii="Sylfaen" w:hAnsi="Sylfaen" w:cs="Sylfaen"/>
          <w:sz w:val="18"/>
          <w:szCs w:val="18"/>
          <w:lang w:val="ka-GE"/>
        </w:rPr>
        <w:t>)</w:t>
      </w:r>
      <w:r w:rsidRPr="000C596E">
        <w:rPr>
          <w:rFonts w:cstheme="majorHAnsi"/>
          <w:sz w:val="18"/>
          <w:szCs w:val="18"/>
        </w:rPr>
        <w:t xml:space="preserve"> </w:t>
      </w:r>
      <w:proofErr w:type="spellStart"/>
      <w:r w:rsidRPr="000C596E">
        <w:rPr>
          <w:rFonts w:ascii="Sylfaen" w:hAnsi="Sylfaen" w:cs="Sylfaen"/>
          <w:sz w:val="18"/>
          <w:szCs w:val="18"/>
        </w:rPr>
        <w:t>ლარის</w:t>
      </w:r>
      <w:proofErr w:type="spellEnd"/>
      <w:r w:rsidRPr="000C596E">
        <w:rPr>
          <w:rFonts w:cstheme="majorHAnsi"/>
          <w:sz w:val="18"/>
          <w:szCs w:val="18"/>
        </w:rPr>
        <w:t xml:space="preserve"> </w:t>
      </w:r>
      <w:proofErr w:type="spellStart"/>
      <w:r w:rsidRPr="000C596E">
        <w:rPr>
          <w:rFonts w:ascii="Sylfaen" w:hAnsi="Sylfaen" w:cs="Sylfaen"/>
          <w:sz w:val="18"/>
          <w:szCs w:val="18"/>
        </w:rPr>
        <w:t>ოდენობით</w:t>
      </w:r>
      <w:proofErr w:type="spellEnd"/>
      <w:r w:rsidR="006C44CD">
        <w:rPr>
          <w:rFonts w:cstheme="majorHAnsi"/>
          <w:sz w:val="18"/>
          <w:szCs w:val="18"/>
        </w:rPr>
        <w:t>.</w:t>
      </w:r>
    </w:p>
    <w:p w14:paraId="7796C7A5" w14:textId="0C85F7AF" w:rsidR="004B6084" w:rsidRPr="006C44CD" w:rsidRDefault="00A74260" w:rsidP="00185C20">
      <w:pPr>
        <w:pStyle w:val="ListParagraph"/>
        <w:numPr>
          <w:ilvl w:val="1"/>
          <w:numId w:val="13"/>
        </w:numPr>
        <w:jc w:val="both"/>
        <w:rPr>
          <w:rFonts w:ascii="Sylfaen" w:hAnsi="Sylfaen" w:cs="Sylfaen"/>
          <w:sz w:val="18"/>
          <w:szCs w:val="18"/>
        </w:rPr>
      </w:pPr>
      <w:proofErr w:type="spellStart"/>
      <w:r w:rsidRPr="000C596E">
        <w:rPr>
          <w:rFonts w:ascii="Sylfaen" w:hAnsi="Sylfaen" w:cs="Sylfaen"/>
          <w:sz w:val="18"/>
          <w:szCs w:val="18"/>
        </w:rPr>
        <w:t>ამ</w:t>
      </w:r>
      <w:proofErr w:type="spellEnd"/>
      <w:r w:rsidR="006C44CD" w:rsidRPr="006C44CD">
        <w:rPr>
          <w:rFonts w:ascii="Sylfaen" w:hAnsi="Sylfaen" w:cs="Sylfaen"/>
          <w:sz w:val="18"/>
          <w:szCs w:val="18"/>
        </w:rPr>
        <w:t xml:space="preserve"> </w:t>
      </w:r>
      <w:proofErr w:type="spellStart"/>
      <w:r w:rsidRPr="000C596E">
        <w:rPr>
          <w:rFonts w:ascii="Sylfaen" w:hAnsi="Sylfaen" w:cs="Sylfaen"/>
          <w:sz w:val="18"/>
          <w:szCs w:val="18"/>
        </w:rPr>
        <w:t>მუხლის</w:t>
      </w:r>
      <w:proofErr w:type="spellEnd"/>
      <w:r w:rsidRPr="006C44CD">
        <w:rPr>
          <w:rFonts w:ascii="Sylfaen" w:hAnsi="Sylfaen" w:cs="Sylfaen"/>
          <w:sz w:val="18"/>
          <w:szCs w:val="18"/>
        </w:rPr>
        <w:t xml:space="preserve"> </w:t>
      </w:r>
      <w:proofErr w:type="spellStart"/>
      <w:r w:rsidRPr="000C596E">
        <w:rPr>
          <w:rFonts w:ascii="Sylfaen" w:hAnsi="Sylfaen" w:cs="Sylfaen"/>
          <w:sz w:val="18"/>
          <w:szCs w:val="18"/>
        </w:rPr>
        <w:t>მიზნებისათვის</w:t>
      </w:r>
      <w:proofErr w:type="spellEnd"/>
      <w:r w:rsidRPr="006C44CD">
        <w:rPr>
          <w:rFonts w:ascii="Sylfaen" w:hAnsi="Sylfaen" w:cs="Sylfaen"/>
          <w:sz w:val="18"/>
          <w:szCs w:val="18"/>
        </w:rPr>
        <w:t xml:space="preserve"> </w:t>
      </w:r>
      <w:proofErr w:type="spellStart"/>
      <w:r w:rsidRPr="000C596E">
        <w:rPr>
          <w:rFonts w:ascii="Sylfaen" w:hAnsi="Sylfaen" w:cs="Sylfaen"/>
          <w:sz w:val="18"/>
          <w:szCs w:val="18"/>
        </w:rPr>
        <w:t>მხარეები</w:t>
      </w:r>
      <w:proofErr w:type="spellEnd"/>
      <w:r w:rsidRPr="006C44CD">
        <w:rPr>
          <w:rFonts w:ascii="Sylfaen" w:hAnsi="Sylfaen" w:cs="Sylfaen"/>
          <w:sz w:val="18"/>
          <w:szCs w:val="18"/>
        </w:rPr>
        <w:t xml:space="preserve"> </w:t>
      </w:r>
      <w:proofErr w:type="spellStart"/>
      <w:r w:rsidRPr="000C596E">
        <w:rPr>
          <w:rFonts w:ascii="Sylfaen" w:hAnsi="Sylfaen" w:cs="Sylfaen"/>
          <w:sz w:val="18"/>
          <w:szCs w:val="18"/>
        </w:rPr>
        <w:t>განიხილავენ</w:t>
      </w:r>
      <w:proofErr w:type="spellEnd"/>
      <w:r w:rsidRPr="006C44CD">
        <w:rPr>
          <w:rFonts w:ascii="Sylfaen" w:hAnsi="Sylfaen" w:cs="Sylfaen"/>
          <w:sz w:val="18"/>
          <w:szCs w:val="18"/>
        </w:rPr>
        <w:t xml:space="preserve"> </w:t>
      </w:r>
      <w:proofErr w:type="spellStart"/>
      <w:r w:rsidRPr="000C596E">
        <w:rPr>
          <w:rFonts w:ascii="Sylfaen" w:hAnsi="Sylfaen" w:cs="Sylfaen"/>
          <w:sz w:val="18"/>
          <w:szCs w:val="18"/>
        </w:rPr>
        <w:t>შრომის</w:t>
      </w:r>
      <w:proofErr w:type="spellEnd"/>
      <w:r w:rsidRPr="006C44CD">
        <w:rPr>
          <w:rFonts w:ascii="Sylfaen" w:hAnsi="Sylfaen" w:cs="Sylfaen"/>
          <w:sz w:val="18"/>
          <w:szCs w:val="18"/>
        </w:rPr>
        <w:t xml:space="preserve"> </w:t>
      </w:r>
      <w:proofErr w:type="spellStart"/>
      <w:r w:rsidRPr="000C596E">
        <w:rPr>
          <w:rFonts w:ascii="Sylfaen" w:hAnsi="Sylfaen" w:cs="Sylfaen"/>
          <w:sz w:val="18"/>
          <w:szCs w:val="18"/>
        </w:rPr>
        <w:t>უსაფრთხოების</w:t>
      </w:r>
      <w:proofErr w:type="spellEnd"/>
      <w:r w:rsidRPr="006C44CD">
        <w:rPr>
          <w:rFonts w:ascii="Sylfaen" w:hAnsi="Sylfaen" w:cs="Sylfaen"/>
          <w:sz w:val="18"/>
          <w:szCs w:val="18"/>
        </w:rPr>
        <w:t xml:space="preserve"> </w:t>
      </w:r>
      <w:proofErr w:type="spellStart"/>
      <w:r w:rsidRPr="000C596E">
        <w:rPr>
          <w:rFonts w:ascii="Sylfaen" w:hAnsi="Sylfaen" w:cs="Sylfaen"/>
          <w:sz w:val="18"/>
          <w:szCs w:val="18"/>
        </w:rPr>
        <w:t>წესების</w:t>
      </w:r>
      <w:proofErr w:type="spellEnd"/>
      <w:r w:rsidRPr="006C44CD">
        <w:rPr>
          <w:rFonts w:ascii="Sylfaen" w:hAnsi="Sylfaen" w:cs="Sylfaen"/>
          <w:sz w:val="18"/>
          <w:szCs w:val="18"/>
        </w:rPr>
        <w:t xml:space="preserve"> </w:t>
      </w:r>
      <w:proofErr w:type="spellStart"/>
      <w:r w:rsidRPr="000C596E">
        <w:rPr>
          <w:rFonts w:ascii="Sylfaen" w:hAnsi="Sylfaen" w:cs="Sylfaen"/>
          <w:sz w:val="18"/>
          <w:szCs w:val="18"/>
        </w:rPr>
        <w:t>დარღვევას</w:t>
      </w:r>
      <w:proofErr w:type="spellEnd"/>
      <w:r w:rsidRPr="006C44CD">
        <w:rPr>
          <w:rFonts w:ascii="Sylfaen" w:hAnsi="Sylfaen" w:cs="Sylfaen"/>
          <w:sz w:val="18"/>
          <w:szCs w:val="18"/>
        </w:rPr>
        <w:t xml:space="preserve"> </w:t>
      </w:r>
      <w:proofErr w:type="spellStart"/>
      <w:r w:rsidRPr="000C596E">
        <w:rPr>
          <w:rFonts w:ascii="Sylfaen" w:hAnsi="Sylfaen" w:cs="Sylfaen"/>
          <w:sz w:val="18"/>
          <w:szCs w:val="18"/>
        </w:rPr>
        <w:t>შემდეგ</w:t>
      </w:r>
      <w:proofErr w:type="spellEnd"/>
      <w:r w:rsidR="009939A6">
        <w:rPr>
          <w:rFonts w:ascii="Sylfaen" w:hAnsi="Sylfaen" w:cs="Sylfaen"/>
          <w:sz w:val="18"/>
          <w:szCs w:val="18"/>
          <w:lang w:val="ka-GE"/>
        </w:rPr>
        <w:t xml:space="preserve"> </w:t>
      </w:r>
      <w:proofErr w:type="spellStart"/>
      <w:r w:rsidRPr="000C596E">
        <w:rPr>
          <w:rFonts w:ascii="Sylfaen" w:hAnsi="Sylfaen" w:cs="Sylfaen"/>
          <w:sz w:val="18"/>
          <w:szCs w:val="18"/>
        </w:rPr>
        <w:t>საკითხებთან</w:t>
      </w:r>
      <w:proofErr w:type="spellEnd"/>
      <w:r w:rsidRPr="006C44CD">
        <w:rPr>
          <w:rFonts w:ascii="Sylfaen" w:hAnsi="Sylfaen" w:cs="Sylfaen"/>
          <w:sz w:val="18"/>
          <w:szCs w:val="18"/>
        </w:rPr>
        <w:t xml:space="preserve"> </w:t>
      </w:r>
      <w:proofErr w:type="spellStart"/>
      <w:r w:rsidRPr="000C596E">
        <w:rPr>
          <w:rFonts w:ascii="Sylfaen" w:hAnsi="Sylfaen" w:cs="Sylfaen"/>
          <w:sz w:val="18"/>
          <w:szCs w:val="18"/>
        </w:rPr>
        <w:t>დაკავშირებით</w:t>
      </w:r>
      <w:proofErr w:type="spellEnd"/>
      <w:r w:rsidRPr="006C44CD">
        <w:rPr>
          <w:rFonts w:ascii="Sylfaen" w:hAnsi="Sylfaen" w:cs="Sylfaen"/>
          <w:sz w:val="18"/>
          <w:szCs w:val="18"/>
        </w:rPr>
        <w:t>:</w:t>
      </w:r>
    </w:p>
    <w:p w14:paraId="0BCC7B01" w14:textId="652A8B46" w:rsidR="009939A6" w:rsidRPr="009939A6" w:rsidRDefault="000C596E" w:rsidP="009939A6">
      <w:pPr>
        <w:pStyle w:val="ListParagraph"/>
        <w:jc w:val="both"/>
        <w:rPr>
          <w:rFonts w:ascii="Sylfaen" w:hAnsi="Sylfaen" w:cs="Sylfaen"/>
          <w:sz w:val="18"/>
          <w:szCs w:val="18"/>
        </w:rPr>
      </w:pPr>
      <w:r w:rsidRPr="009939A6">
        <w:rPr>
          <w:rFonts w:ascii="Sylfaen" w:hAnsi="Sylfaen" w:cs="Sylfaen"/>
          <w:sz w:val="18"/>
          <w:szCs w:val="18"/>
        </w:rPr>
        <w:t xml:space="preserve">- </w:t>
      </w:r>
      <w:proofErr w:type="spellStart"/>
      <w:r w:rsidR="00A74260" w:rsidRPr="00D73BDF">
        <w:rPr>
          <w:rFonts w:ascii="Sylfaen" w:hAnsi="Sylfaen" w:cs="Sylfaen"/>
          <w:sz w:val="18"/>
          <w:szCs w:val="18"/>
        </w:rPr>
        <w:t>უსაფრთხოების</w:t>
      </w:r>
      <w:proofErr w:type="spellEnd"/>
      <w:r w:rsidR="00A74260" w:rsidRPr="009939A6">
        <w:rPr>
          <w:rFonts w:ascii="Sylfaen" w:hAnsi="Sylfaen" w:cs="Sylfaen"/>
          <w:sz w:val="18"/>
          <w:szCs w:val="18"/>
        </w:rPr>
        <w:t xml:space="preserve"> </w:t>
      </w:r>
      <w:proofErr w:type="spellStart"/>
      <w:r w:rsidR="00A74260" w:rsidRPr="00D73BDF">
        <w:rPr>
          <w:rFonts w:ascii="Sylfaen" w:hAnsi="Sylfaen" w:cs="Sylfaen"/>
          <w:sz w:val="18"/>
          <w:szCs w:val="18"/>
        </w:rPr>
        <w:t>ქამარი</w:t>
      </w:r>
      <w:proofErr w:type="spellEnd"/>
      <w:r w:rsidR="009939A6" w:rsidRPr="009939A6">
        <w:rPr>
          <w:rFonts w:ascii="Sylfaen" w:hAnsi="Sylfaen" w:cs="Sylfaen"/>
          <w:sz w:val="18"/>
          <w:szCs w:val="18"/>
        </w:rPr>
        <w:t>;</w:t>
      </w:r>
    </w:p>
    <w:p w14:paraId="403D335D" w14:textId="2E9F18C8" w:rsidR="004B6084" w:rsidRPr="009939A6" w:rsidRDefault="00A74260" w:rsidP="009939A6">
      <w:pPr>
        <w:pStyle w:val="ListParagraph"/>
        <w:jc w:val="both"/>
        <w:rPr>
          <w:rFonts w:ascii="Sylfaen" w:hAnsi="Sylfaen" w:cs="Sylfaen"/>
          <w:sz w:val="18"/>
          <w:szCs w:val="18"/>
        </w:rPr>
      </w:pPr>
      <w:r w:rsidRPr="009939A6">
        <w:rPr>
          <w:rFonts w:ascii="Sylfaen" w:hAnsi="Sylfaen" w:cs="Sylfaen"/>
          <w:sz w:val="18"/>
          <w:szCs w:val="18"/>
        </w:rPr>
        <w:t xml:space="preserve">- </w:t>
      </w:r>
      <w:proofErr w:type="spellStart"/>
      <w:r w:rsidRPr="00D73BDF">
        <w:rPr>
          <w:rFonts w:ascii="Sylfaen" w:hAnsi="Sylfaen" w:cs="Sylfaen"/>
          <w:sz w:val="18"/>
          <w:szCs w:val="18"/>
        </w:rPr>
        <w:t>უსაფრთხოების</w:t>
      </w:r>
      <w:proofErr w:type="spellEnd"/>
      <w:r w:rsidRPr="009939A6">
        <w:rPr>
          <w:rFonts w:ascii="Sylfaen" w:hAnsi="Sylfaen" w:cs="Sylfaen"/>
          <w:sz w:val="18"/>
          <w:szCs w:val="18"/>
        </w:rPr>
        <w:t xml:space="preserve"> </w:t>
      </w:r>
      <w:proofErr w:type="spellStart"/>
      <w:r w:rsidRPr="00D73BDF">
        <w:rPr>
          <w:rFonts w:ascii="Sylfaen" w:hAnsi="Sylfaen" w:cs="Sylfaen"/>
          <w:sz w:val="18"/>
          <w:szCs w:val="18"/>
        </w:rPr>
        <w:t>ქუდი</w:t>
      </w:r>
      <w:proofErr w:type="spellEnd"/>
      <w:r w:rsidR="009939A6" w:rsidRPr="009939A6">
        <w:rPr>
          <w:rFonts w:ascii="Sylfaen" w:hAnsi="Sylfaen" w:cs="Sylfaen"/>
          <w:sz w:val="18"/>
          <w:szCs w:val="18"/>
        </w:rPr>
        <w:t xml:space="preserve"> (</w:t>
      </w:r>
      <w:proofErr w:type="spellStart"/>
      <w:r w:rsidRPr="00D73BDF">
        <w:rPr>
          <w:rFonts w:ascii="Sylfaen" w:hAnsi="Sylfaen" w:cs="Sylfaen"/>
          <w:sz w:val="18"/>
          <w:szCs w:val="18"/>
        </w:rPr>
        <w:t>ჩაფხუტი</w:t>
      </w:r>
      <w:proofErr w:type="spellEnd"/>
      <w:r w:rsidR="009939A6" w:rsidRPr="009939A6">
        <w:rPr>
          <w:rFonts w:ascii="Sylfaen" w:hAnsi="Sylfaen" w:cs="Sylfaen"/>
          <w:sz w:val="18"/>
          <w:szCs w:val="18"/>
        </w:rPr>
        <w:t>)</w:t>
      </w:r>
      <w:r w:rsidRPr="009939A6">
        <w:rPr>
          <w:rFonts w:ascii="Sylfaen" w:hAnsi="Sylfaen" w:cs="Sylfaen"/>
          <w:sz w:val="18"/>
          <w:szCs w:val="18"/>
        </w:rPr>
        <w:t xml:space="preserve">; </w:t>
      </w:r>
    </w:p>
    <w:p w14:paraId="06E83C3F" w14:textId="77777777" w:rsidR="004B6084" w:rsidRPr="009939A6" w:rsidRDefault="00A74260" w:rsidP="009939A6">
      <w:pPr>
        <w:pStyle w:val="ListParagraph"/>
        <w:jc w:val="both"/>
        <w:rPr>
          <w:rFonts w:ascii="Sylfaen" w:hAnsi="Sylfaen" w:cs="Sylfaen"/>
          <w:sz w:val="18"/>
          <w:szCs w:val="18"/>
        </w:rPr>
      </w:pPr>
      <w:r w:rsidRPr="009939A6">
        <w:rPr>
          <w:rFonts w:ascii="Sylfaen" w:hAnsi="Sylfaen" w:cs="Sylfaen"/>
          <w:sz w:val="18"/>
          <w:szCs w:val="18"/>
        </w:rPr>
        <w:t xml:space="preserve">- </w:t>
      </w:r>
      <w:proofErr w:type="spellStart"/>
      <w:r w:rsidRPr="00D73BDF">
        <w:rPr>
          <w:rFonts w:ascii="Sylfaen" w:hAnsi="Sylfaen" w:cs="Sylfaen"/>
          <w:sz w:val="18"/>
          <w:szCs w:val="18"/>
        </w:rPr>
        <w:t>პირადი</w:t>
      </w:r>
      <w:proofErr w:type="spellEnd"/>
      <w:r w:rsidRPr="009939A6">
        <w:rPr>
          <w:rFonts w:ascii="Sylfaen" w:hAnsi="Sylfaen" w:cs="Sylfaen"/>
          <w:sz w:val="18"/>
          <w:szCs w:val="18"/>
        </w:rPr>
        <w:t xml:space="preserve"> </w:t>
      </w:r>
      <w:proofErr w:type="spellStart"/>
      <w:r w:rsidRPr="00D73BDF">
        <w:rPr>
          <w:rFonts w:ascii="Sylfaen" w:hAnsi="Sylfaen" w:cs="Sylfaen"/>
          <w:sz w:val="18"/>
          <w:szCs w:val="18"/>
        </w:rPr>
        <w:t>დაცვის</w:t>
      </w:r>
      <w:proofErr w:type="spellEnd"/>
      <w:r w:rsidRPr="009939A6">
        <w:rPr>
          <w:rFonts w:ascii="Sylfaen" w:hAnsi="Sylfaen" w:cs="Sylfaen"/>
          <w:sz w:val="18"/>
          <w:szCs w:val="18"/>
        </w:rPr>
        <w:t xml:space="preserve"> </w:t>
      </w:r>
      <w:proofErr w:type="spellStart"/>
      <w:r w:rsidRPr="00D73BDF">
        <w:rPr>
          <w:rFonts w:ascii="Sylfaen" w:hAnsi="Sylfaen" w:cs="Sylfaen"/>
          <w:sz w:val="18"/>
          <w:szCs w:val="18"/>
        </w:rPr>
        <w:t>აღჭურვილობა</w:t>
      </w:r>
      <w:proofErr w:type="spellEnd"/>
      <w:r w:rsidRPr="009939A6">
        <w:rPr>
          <w:rFonts w:ascii="Sylfaen" w:hAnsi="Sylfaen" w:cs="Sylfaen"/>
          <w:sz w:val="18"/>
          <w:szCs w:val="18"/>
        </w:rPr>
        <w:t>;</w:t>
      </w:r>
    </w:p>
    <w:p w14:paraId="165BFEFA" w14:textId="77777777" w:rsidR="004B6084" w:rsidRPr="009939A6" w:rsidRDefault="00A74260" w:rsidP="009939A6">
      <w:pPr>
        <w:pStyle w:val="ListParagraph"/>
        <w:jc w:val="both"/>
        <w:rPr>
          <w:rFonts w:ascii="Sylfaen" w:hAnsi="Sylfaen" w:cs="Sylfaen"/>
          <w:sz w:val="18"/>
          <w:szCs w:val="18"/>
        </w:rPr>
      </w:pPr>
      <w:r w:rsidRPr="009939A6">
        <w:rPr>
          <w:rFonts w:ascii="Sylfaen" w:hAnsi="Sylfaen" w:cs="Sylfaen"/>
          <w:sz w:val="18"/>
          <w:szCs w:val="18"/>
        </w:rPr>
        <w:t xml:space="preserve">- </w:t>
      </w:r>
      <w:proofErr w:type="spellStart"/>
      <w:r w:rsidRPr="00D73BDF">
        <w:rPr>
          <w:rFonts w:ascii="Sylfaen" w:hAnsi="Sylfaen" w:cs="Sylfaen"/>
          <w:sz w:val="18"/>
          <w:szCs w:val="18"/>
        </w:rPr>
        <w:t>გაუმართავი</w:t>
      </w:r>
      <w:proofErr w:type="spellEnd"/>
      <w:r w:rsidRPr="009939A6">
        <w:rPr>
          <w:rFonts w:ascii="Sylfaen" w:hAnsi="Sylfaen" w:cs="Sylfaen"/>
          <w:sz w:val="18"/>
          <w:szCs w:val="18"/>
        </w:rPr>
        <w:t xml:space="preserve"> </w:t>
      </w:r>
      <w:proofErr w:type="spellStart"/>
      <w:r w:rsidRPr="00D73BDF">
        <w:rPr>
          <w:rFonts w:ascii="Sylfaen" w:hAnsi="Sylfaen" w:cs="Sylfaen"/>
          <w:sz w:val="18"/>
          <w:szCs w:val="18"/>
        </w:rPr>
        <w:t>ხელსაწყოები</w:t>
      </w:r>
      <w:proofErr w:type="spellEnd"/>
      <w:r w:rsidRPr="009939A6">
        <w:rPr>
          <w:rFonts w:ascii="Sylfaen" w:hAnsi="Sylfaen" w:cs="Sylfaen"/>
          <w:sz w:val="18"/>
          <w:szCs w:val="18"/>
        </w:rPr>
        <w:t>;</w:t>
      </w:r>
    </w:p>
    <w:p w14:paraId="6251783D" w14:textId="77777777" w:rsidR="004B6084" w:rsidRPr="009939A6" w:rsidRDefault="00A74260" w:rsidP="009939A6">
      <w:pPr>
        <w:pStyle w:val="ListParagraph"/>
        <w:jc w:val="both"/>
        <w:rPr>
          <w:rFonts w:ascii="Sylfaen" w:hAnsi="Sylfaen" w:cs="Sylfaen"/>
          <w:sz w:val="18"/>
          <w:szCs w:val="18"/>
        </w:rPr>
      </w:pPr>
      <w:r w:rsidRPr="009939A6">
        <w:rPr>
          <w:rFonts w:ascii="Sylfaen" w:hAnsi="Sylfaen" w:cs="Sylfaen"/>
          <w:sz w:val="18"/>
          <w:szCs w:val="18"/>
        </w:rPr>
        <w:t xml:space="preserve">- </w:t>
      </w:r>
      <w:proofErr w:type="spellStart"/>
      <w:r w:rsidRPr="00D73BDF">
        <w:rPr>
          <w:rFonts w:ascii="Sylfaen" w:hAnsi="Sylfaen" w:cs="Sylfaen"/>
          <w:sz w:val="18"/>
          <w:szCs w:val="18"/>
        </w:rPr>
        <w:t>მანქანა</w:t>
      </w:r>
      <w:r w:rsidRPr="009939A6">
        <w:rPr>
          <w:rFonts w:ascii="Sylfaen" w:hAnsi="Sylfaen" w:cs="Sylfaen"/>
          <w:sz w:val="18"/>
          <w:szCs w:val="18"/>
        </w:rPr>
        <w:t>-</w:t>
      </w:r>
      <w:r w:rsidRPr="00D73BDF">
        <w:rPr>
          <w:rFonts w:ascii="Sylfaen" w:hAnsi="Sylfaen" w:cs="Sylfaen"/>
          <w:sz w:val="18"/>
          <w:szCs w:val="18"/>
        </w:rPr>
        <w:t>დანადგარები</w:t>
      </w:r>
      <w:proofErr w:type="spellEnd"/>
      <w:r w:rsidRPr="009939A6">
        <w:rPr>
          <w:rFonts w:ascii="Sylfaen" w:hAnsi="Sylfaen" w:cs="Sylfaen"/>
          <w:sz w:val="18"/>
          <w:szCs w:val="18"/>
        </w:rPr>
        <w:t>;</w:t>
      </w:r>
    </w:p>
    <w:p w14:paraId="6A7E9792" w14:textId="77777777" w:rsidR="004B6084" w:rsidRPr="009939A6" w:rsidRDefault="00A74260" w:rsidP="009939A6">
      <w:pPr>
        <w:pStyle w:val="ListParagraph"/>
        <w:jc w:val="both"/>
        <w:rPr>
          <w:rFonts w:ascii="Sylfaen" w:hAnsi="Sylfaen" w:cs="Sylfaen"/>
          <w:sz w:val="18"/>
          <w:szCs w:val="18"/>
        </w:rPr>
      </w:pPr>
      <w:r w:rsidRPr="009939A6">
        <w:rPr>
          <w:rFonts w:ascii="Sylfaen" w:hAnsi="Sylfaen" w:cs="Sylfaen"/>
          <w:sz w:val="18"/>
          <w:szCs w:val="18"/>
        </w:rPr>
        <w:t xml:space="preserve">- </w:t>
      </w:r>
      <w:proofErr w:type="spellStart"/>
      <w:r w:rsidRPr="00D73BDF">
        <w:rPr>
          <w:rFonts w:ascii="Sylfaen" w:hAnsi="Sylfaen" w:cs="Sylfaen"/>
          <w:sz w:val="18"/>
          <w:szCs w:val="18"/>
        </w:rPr>
        <w:t>დროებითი</w:t>
      </w:r>
      <w:proofErr w:type="spellEnd"/>
      <w:r w:rsidRPr="009939A6">
        <w:rPr>
          <w:rFonts w:ascii="Sylfaen" w:hAnsi="Sylfaen" w:cs="Sylfaen"/>
          <w:sz w:val="18"/>
          <w:szCs w:val="18"/>
        </w:rPr>
        <w:t xml:space="preserve"> </w:t>
      </w:r>
      <w:proofErr w:type="spellStart"/>
      <w:r w:rsidRPr="00D73BDF">
        <w:rPr>
          <w:rFonts w:ascii="Sylfaen" w:hAnsi="Sylfaen" w:cs="Sylfaen"/>
          <w:sz w:val="18"/>
          <w:szCs w:val="18"/>
        </w:rPr>
        <w:t>დამხმარე</w:t>
      </w:r>
      <w:proofErr w:type="spellEnd"/>
      <w:r w:rsidRPr="009939A6">
        <w:rPr>
          <w:rFonts w:ascii="Sylfaen" w:hAnsi="Sylfaen" w:cs="Sylfaen"/>
          <w:sz w:val="18"/>
          <w:szCs w:val="18"/>
        </w:rPr>
        <w:t xml:space="preserve"> </w:t>
      </w:r>
      <w:proofErr w:type="spellStart"/>
      <w:r w:rsidRPr="00D73BDF">
        <w:rPr>
          <w:rFonts w:ascii="Sylfaen" w:hAnsi="Sylfaen" w:cs="Sylfaen"/>
          <w:sz w:val="18"/>
          <w:szCs w:val="18"/>
        </w:rPr>
        <w:t>საშუალებები</w:t>
      </w:r>
      <w:proofErr w:type="spellEnd"/>
      <w:r w:rsidRPr="009939A6">
        <w:rPr>
          <w:rFonts w:ascii="Sylfaen" w:hAnsi="Sylfaen" w:cs="Sylfaen"/>
          <w:sz w:val="18"/>
          <w:szCs w:val="18"/>
        </w:rPr>
        <w:t>;</w:t>
      </w:r>
    </w:p>
    <w:p w14:paraId="1589ACF5" w14:textId="77777777" w:rsidR="004B6084" w:rsidRPr="009939A6" w:rsidRDefault="00A74260" w:rsidP="009939A6">
      <w:pPr>
        <w:pStyle w:val="ListParagraph"/>
        <w:jc w:val="both"/>
        <w:rPr>
          <w:rFonts w:ascii="Sylfaen" w:hAnsi="Sylfaen" w:cs="Sylfaen"/>
          <w:sz w:val="18"/>
          <w:szCs w:val="18"/>
        </w:rPr>
      </w:pPr>
      <w:r w:rsidRPr="009939A6">
        <w:rPr>
          <w:rFonts w:ascii="Sylfaen" w:hAnsi="Sylfaen" w:cs="Sylfaen"/>
          <w:sz w:val="18"/>
          <w:szCs w:val="18"/>
        </w:rPr>
        <w:t xml:space="preserve">- </w:t>
      </w:r>
      <w:proofErr w:type="spellStart"/>
      <w:r w:rsidRPr="00D73BDF">
        <w:rPr>
          <w:rFonts w:ascii="Sylfaen" w:hAnsi="Sylfaen" w:cs="Sylfaen"/>
          <w:sz w:val="18"/>
          <w:szCs w:val="18"/>
        </w:rPr>
        <w:t>ელექტრო</w:t>
      </w:r>
      <w:proofErr w:type="spellEnd"/>
      <w:r w:rsidRPr="009939A6">
        <w:rPr>
          <w:rFonts w:ascii="Sylfaen" w:hAnsi="Sylfaen" w:cs="Sylfaen"/>
          <w:sz w:val="18"/>
          <w:szCs w:val="18"/>
        </w:rPr>
        <w:t xml:space="preserve"> </w:t>
      </w:r>
      <w:proofErr w:type="spellStart"/>
      <w:r w:rsidRPr="00D73BDF">
        <w:rPr>
          <w:rFonts w:ascii="Sylfaen" w:hAnsi="Sylfaen" w:cs="Sylfaen"/>
          <w:sz w:val="18"/>
          <w:szCs w:val="18"/>
        </w:rPr>
        <w:t>უსაფრთხოება</w:t>
      </w:r>
      <w:proofErr w:type="spellEnd"/>
      <w:r w:rsidRPr="009939A6">
        <w:rPr>
          <w:rFonts w:ascii="Sylfaen" w:hAnsi="Sylfaen" w:cs="Sylfaen"/>
          <w:sz w:val="18"/>
          <w:szCs w:val="18"/>
        </w:rPr>
        <w:t>;</w:t>
      </w:r>
    </w:p>
    <w:p w14:paraId="5DBD0294" w14:textId="77777777" w:rsidR="004B6084" w:rsidRPr="009939A6" w:rsidRDefault="00A74260" w:rsidP="009939A6">
      <w:pPr>
        <w:pStyle w:val="ListParagraph"/>
        <w:jc w:val="both"/>
        <w:rPr>
          <w:rFonts w:ascii="Sylfaen" w:hAnsi="Sylfaen" w:cs="Sylfaen"/>
          <w:sz w:val="18"/>
          <w:szCs w:val="18"/>
        </w:rPr>
      </w:pPr>
      <w:r w:rsidRPr="009939A6">
        <w:rPr>
          <w:rFonts w:ascii="Sylfaen" w:hAnsi="Sylfaen" w:cs="Sylfaen"/>
          <w:sz w:val="18"/>
          <w:szCs w:val="18"/>
        </w:rPr>
        <w:t xml:space="preserve">- </w:t>
      </w:r>
      <w:proofErr w:type="spellStart"/>
      <w:r w:rsidRPr="00D73BDF">
        <w:rPr>
          <w:rFonts w:ascii="Sylfaen" w:hAnsi="Sylfaen" w:cs="Sylfaen"/>
          <w:sz w:val="18"/>
          <w:szCs w:val="18"/>
        </w:rPr>
        <w:t>სახანძრო</w:t>
      </w:r>
      <w:proofErr w:type="spellEnd"/>
      <w:r w:rsidRPr="009939A6">
        <w:rPr>
          <w:rFonts w:ascii="Sylfaen" w:hAnsi="Sylfaen" w:cs="Sylfaen"/>
          <w:sz w:val="18"/>
          <w:szCs w:val="18"/>
        </w:rPr>
        <w:t xml:space="preserve"> </w:t>
      </w:r>
      <w:proofErr w:type="spellStart"/>
      <w:r w:rsidRPr="00D73BDF">
        <w:rPr>
          <w:rFonts w:ascii="Sylfaen" w:hAnsi="Sylfaen" w:cs="Sylfaen"/>
          <w:sz w:val="18"/>
          <w:szCs w:val="18"/>
        </w:rPr>
        <w:t>უსაფრთხოება</w:t>
      </w:r>
      <w:proofErr w:type="spellEnd"/>
      <w:r w:rsidRPr="009939A6">
        <w:rPr>
          <w:rFonts w:ascii="Sylfaen" w:hAnsi="Sylfaen" w:cs="Sylfaen"/>
          <w:sz w:val="18"/>
          <w:szCs w:val="18"/>
        </w:rPr>
        <w:t>;</w:t>
      </w:r>
    </w:p>
    <w:p w14:paraId="3718BDDC" w14:textId="77777777" w:rsidR="004B6084" w:rsidRPr="009939A6" w:rsidRDefault="00A74260" w:rsidP="009939A6">
      <w:pPr>
        <w:pStyle w:val="ListParagraph"/>
        <w:jc w:val="both"/>
        <w:rPr>
          <w:rFonts w:ascii="Sylfaen" w:hAnsi="Sylfaen" w:cs="Sylfaen"/>
          <w:sz w:val="18"/>
          <w:szCs w:val="18"/>
        </w:rPr>
      </w:pPr>
      <w:r w:rsidRPr="009939A6">
        <w:rPr>
          <w:rFonts w:ascii="Sylfaen" w:hAnsi="Sylfaen" w:cs="Sylfaen"/>
          <w:sz w:val="18"/>
          <w:szCs w:val="18"/>
        </w:rPr>
        <w:t xml:space="preserve">- </w:t>
      </w:r>
      <w:proofErr w:type="spellStart"/>
      <w:r w:rsidRPr="00D73BDF">
        <w:rPr>
          <w:rFonts w:ascii="Sylfaen" w:hAnsi="Sylfaen" w:cs="Sylfaen"/>
          <w:sz w:val="18"/>
          <w:szCs w:val="18"/>
        </w:rPr>
        <w:t>საევაკუაციო</w:t>
      </w:r>
      <w:proofErr w:type="spellEnd"/>
      <w:r w:rsidRPr="009939A6">
        <w:rPr>
          <w:rFonts w:ascii="Sylfaen" w:hAnsi="Sylfaen" w:cs="Sylfaen"/>
          <w:sz w:val="18"/>
          <w:szCs w:val="18"/>
        </w:rPr>
        <w:t xml:space="preserve"> </w:t>
      </w:r>
      <w:proofErr w:type="spellStart"/>
      <w:r w:rsidRPr="00D73BDF">
        <w:rPr>
          <w:rFonts w:ascii="Sylfaen" w:hAnsi="Sylfaen" w:cs="Sylfaen"/>
          <w:sz w:val="18"/>
          <w:szCs w:val="18"/>
        </w:rPr>
        <w:t>გეგმა</w:t>
      </w:r>
      <w:proofErr w:type="spellEnd"/>
      <w:r w:rsidRPr="009939A6">
        <w:rPr>
          <w:rFonts w:ascii="Sylfaen" w:hAnsi="Sylfaen" w:cs="Sylfaen"/>
          <w:sz w:val="18"/>
          <w:szCs w:val="18"/>
        </w:rPr>
        <w:t>;</w:t>
      </w:r>
    </w:p>
    <w:p w14:paraId="4B386F72" w14:textId="77777777" w:rsidR="004B6084" w:rsidRPr="009939A6" w:rsidRDefault="00A74260" w:rsidP="009939A6">
      <w:pPr>
        <w:pStyle w:val="ListParagraph"/>
        <w:jc w:val="both"/>
        <w:rPr>
          <w:rFonts w:ascii="Sylfaen" w:hAnsi="Sylfaen" w:cs="Sylfaen"/>
          <w:sz w:val="18"/>
          <w:szCs w:val="18"/>
        </w:rPr>
      </w:pPr>
      <w:r w:rsidRPr="009939A6">
        <w:rPr>
          <w:rFonts w:ascii="Sylfaen" w:hAnsi="Sylfaen" w:cs="Sylfaen"/>
          <w:sz w:val="18"/>
          <w:szCs w:val="18"/>
        </w:rPr>
        <w:t xml:space="preserve">- </w:t>
      </w:r>
      <w:proofErr w:type="spellStart"/>
      <w:r w:rsidRPr="00D73BDF">
        <w:rPr>
          <w:rFonts w:ascii="Sylfaen" w:hAnsi="Sylfaen" w:cs="Sylfaen"/>
          <w:sz w:val="18"/>
          <w:szCs w:val="18"/>
        </w:rPr>
        <w:t>სიმაღლეზე</w:t>
      </w:r>
      <w:proofErr w:type="spellEnd"/>
      <w:r w:rsidRPr="009939A6">
        <w:rPr>
          <w:rFonts w:ascii="Sylfaen" w:hAnsi="Sylfaen" w:cs="Sylfaen"/>
          <w:sz w:val="18"/>
          <w:szCs w:val="18"/>
        </w:rPr>
        <w:t xml:space="preserve"> </w:t>
      </w:r>
      <w:proofErr w:type="spellStart"/>
      <w:r w:rsidRPr="00D73BDF">
        <w:rPr>
          <w:rFonts w:ascii="Sylfaen" w:hAnsi="Sylfaen" w:cs="Sylfaen"/>
          <w:sz w:val="18"/>
          <w:szCs w:val="18"/>
        </w:rPr>
        <w:t>მუშაობა</w:t>
      </w:r>
      <w:proofErr w:type="spellEnd"/>
      <w:r w:rsidRPr="009939A6">
        <w:rPr>
          <w:rFonts w:ascii="Sylfaen" w:hAnsi="Sylfaen" w:cs="Sylfaen"/>
          <w:sz w:val="18"/>
          <w:szCs w:val="18"/>
        </w:rPr>
        <w:t>,</w:t>
      </w:r>
    </w:p>
    <w:p w14:paraId="4F18500A" w14:textId="77777777" w:rsidR="004B6084" w:rsidRPr="009939A6" w:rsidRDefault="00A74260" w:rsidP="009939A6">
      <w:pPr>
        <w:pStyle w:val="ListParagraph"/>
        <w:jc w:val="both"/>
        <w:rPr>
          <w:rFonts w:ascii="Sylfaen" w:hAnsi="Sylfaen" w:cs="Sylfaen"/>
          <w:sz w:val="18"/>
          <w:szCs w:val="18"/>
        </w:rPr>
      </w:pPr>
      <w:r w:rsidRPr="009939A6">
        <w:rPr>
          <w:rFonts w:ascii="Sylfaen" w:hAnsi="Sylfaen" w:cs="Sylfaen"/>
          <w:sz w:val="18"/>
          <w:szCs w:val="18"/>
        </w:rPr>
        <w:t xml:space="preserve">- </w:t>
      </w:r>
      <w:proofErr w:type="spellStart"/>
      <w:r w:rsidRPr="00D73BDF">
        <w:rPr>
          <w:rFonts w:ascii="Sylfaen" w:hAnsi="Sylfaen" w:cs="Sylfaen"/>
          <w:sz w:val="18"/>
          <w:szCs w:val="18"/>
        </w:rPr>
        <w:t>დახურული</w:t>
      </w:r>
      <w:proofErr w:type="spellEnd"/>
      <w:r w:rsidRPr="009939A6">
        <w:rPr>
          <w:rFonts w:ascii="Sylfaen" w:hAnsi="Sylfaen" w:cs="Sylfaen"/>
          <w:sz w:val="18"/>
          <w:szCs w:val="18"/>
        </w:rPr>
        <w:t xml:space="preserve"> </w:t>
      </w:r>
      <w:proofErr w:type="spellStart"/>
      <w:r w:rsidRPr="00D73BDF">
        <w:rPr>
          <w:rFonts w:ascii="Sylfaen" w:hAnsi="Sylfaen" w:cs="Sylfaen"/>
          <w:sz w:val="18"/>
          <w:szCs w:val="18"/>
        </w:rPr>
        <w:t>სივრცეები</w:t>
      </w:r>
      <w:proofErr w:type="spellEnd"/>
      <w:r w:rsidRPr="009939A6">
        <w:rPr>
          <w:rFonts w:ascii="Sylfaen" w:hAnsi="Sylfaen" w:cs="Sylfaen"/>
          <w:sz w:val="18"/>
          <w:szCs w:val="18"/>
        </w:rPr>
        <w:t>;</w:t>
      </w:r>
    </w:p>
    <w:p w14:paraId="72C3717D" w14:textId="77777777" w:rsidR="004B6084" w:rsidRPr="009939A6" w:rsidRDefault="00A74260" w:rsidP="009939A6">
      <w:pPr>
        <w:pStyle w:val="ListParagraph"/>
        <w:jc w:val="both"/>
        <w:rPr>
          <w:rFonts w:ascii="Sylfaen" w:hAnsi="Sylfaen" w:cs="Sylfaen"/>
          <w:sz w:val="18"/>
          <w:szCs w:val="18"/>
        </w:rPr>
      </w:pPr>
      <w:r w:rsidRPr="009939A6">
        <w:rPr>
          <w:rFonts w:ascii="Sylfaen" w:hAnsi="Sylfaen" w:cs="Sylfaen"/>
          <w:sz w:val="18"/>
          <w:szCs w:val="18"/>
        </w:rPr>
        <w:t xml:space="preserve">- </w:t>
      </w:r>
      <w:proofErr w:type="spellStart"/>
      <w:r w:rsidRPr="00D73BDF">
        <w:rPr>
          <w:rFonts w:ascii="Sylfaen" w:hAnsi="Sylfaen" w:cs="Sylfaen"/>
          <w:sz w:val="18"/>
          <w:szCs w:val="18"/>
        </w:rPr>
        <w:t>მტვრისგან</w:t>
      </w:r>
      <w:proofErr w:type="spellEnd"/>
      <w:r w:rsidRPr="009939A6">
        <w:rPr>
          <w:rFonts w:ascii="Sylfaen" w:hAnsi="Sylfaen" w:cs="Sylfaen"/>
          <w:sz w:val="18"/>
          <w:szCs w:val="18"/>
        </w:rPr>
        <w:t xml:space="preserve"> </w:t>
      </w:r>
      <w:proofErr w:type="spellStart"/>
      <w:r w:rsidRPr="00D73BDF">
        <w:rPr>
          <w:rFonts w:ascii="Sylfaen" w:hAnsi="Sylfaen" w:cs="Sylfaen"/>
          <w:sz w:val="18"/>
          <w:szCs w:val="18"/>
        </w:rPr>
        <w:t>დამცავი</w:t>
      </w:r>
      <w:proofErr w:type="spellEnd"/>
      <w:r w:rsidRPr="009939A6">
        <w:rPr>
          <w:rFonts w:ascii="Sylfaen" w:hAnsi="Sylfaen" w:cs="Sylfaen"/>
          <w:sz w:val="18"/>
          <w:szCs w:val="18"/>
        </w:rPr>
        <w:t xml:space="preserve"> </w:t>
      </w:r>
      <w:proofErr w:type="spellStart"/>
      <w:r w:rsidRPr="00D73BDF">
        <w:rPr>
          <w:rFonts w:ascii="Sylfaen" w:hAnsi="Sylfaen" w:cs="Sylfaen"/>
          <w:sz w:val="18"/>
          <w:szCs w:val="18"/>
        </w:rPr>
        <w:t>ბადეები</w:t>
      </w:r>
      <w:proofErr w:type="spellEnd"/>
      <w:r w:rsidRPr="009939A6">
        <w:rPr>
          <w:rFonts w:ascii="Sylfaen" w:hAnsi="Sylfaen" w:cs="Sylfaen"/>
          <w:sz w:val="18"/>
          <w:szCs w:val="18"/>
        </w:rPr>
        <w:t>;</w:t>
      </w:r>
    </w:p>
    <w:p w14:paraId="4EE5AACA" w14:textId="60582C97" w:rsidR="004B6084" w:rsidRPr="009939A6" w:rsidRDefault="00A74260" w:rsidP="009939A6">
      <w:pPr>
        <w:pStyle w:val="ListParagraph"/>
        <w:jc w:val="both"/>
        <w:rPr>
          <w:rFonts w:ascii="Sylfaen" w:hAnsi="Sylfaen" w:cs="Sylfaen"/>
          <w:sz w:val="18"/>
          <w:szCs w:val="18"/>
          <w:lang w:val="ka-GE"/>
        </w:rPr>
      </w:pPr>
      <w:r w:rsidRPr="009939A6">
        <w:rPr>
          <w:rFonts w:ascii="Sylfaen" w:hAnsi="Sylfaen" w:cs="Sylfaen"/>
          <w:sz w:val="18"/>
          <w:szCs w:val="18"/>
        </w:rPr>
        <w:t>-</w:t>
      </w:r>
      <w:r w:rsidR="009939A6">
        <w:rPr>
          <w:rFonts w:ascii="Sylfaen" w:hAnsi="Sylfaen" w:cs="Sylfaen"/>
          <w:sz w:val="18"/>
          <w:szCs w:val="18"/>
          <w:lang w:val="ka-GE"/>
        </w:rPr>
        <w:t xml:space="preserve"> </w:t>
      </w:r>
      <w:proofErr w:type="spellStart"/>
      <w:r w:rsidRPr="00D73BDF">
        <w:rPr>
          <w:rFonts w:ascii="Sylfaen" w:hAnsi="Sylfaen" w:cs="Sylfaen"/>
          <w:sz w:val="18"/>
          <w:szCs w:val="18"/>
        </w:rPr>
        <w:t>უსაფრთხოების</w:t>
      </w:r>
      <w:proofErr w:type="spellEnd"/>
      <w:r w:rsidRPr="009939A6">
        <w:rPr>
          <w:rFonts w:ascii="Sylfaen" w:hAnsi="Sylfaen" w:cs="Sylfaen"/>
          <w:sz w:val="18"/>
          <w:szCs w:val="18"/>
        </w:rPr>
        <w:t xml:space="preserve"> </w:t>
      </w:r>
      <w:proofErr w:type="spellStart"/>
      <w:r w:rsidRPr="00D73BDF">
        <w:rPr>
          <w:rFonts w:ascii="Sylfaen" w:hAnsi="Sylfaen" w:cs="Sylfaen"/>
          <w:sz w:val="18"/>
          <w:szCs w:val="18"/>
        </w:rPr>
        <w:t>ბადეები</w:t>
      </w:r>
      <w:proofErr w:type="spellEnd"/>
      <w:r w:rsidR="009939A6">
        <w:rPr>
          <w:rFonts w:ascii="Sylfaen" w:hAnsi="Sylfaen" w:cs="Sylfaen"/>
          <w:sz w:val="18"/>
          <w:szCs w:val="18"/>
          <w:lang w:val="ka-GE"/>
        </w:rPr>
        <w:t>.</w:t>
      </w:r>
    </w:p>
    <w:p w14:paraId="5BD5F441" w14:textId="0AAE4AD1" w:rsidR="004B6084" w:rsidRDefault="00A74260" w:rsidP="00185C20">
      <w:pPr>
        <w:pStyle w:val="ListParagraph"/>
        <w:jc w:val="both"/>
        <w:rPr>
          <w:rFonts w:cstheme="majorHAnsi"/>
          <w:sz w:val="18"/>
          <w:szCs w:val="18"/>
        </w:rPr>
      </w:pPr>
      <w:proofErr w:type="spellStart"/>
      <w:r w:rsidRPr="000C596E">
        <w:rPr>
          <w:rFonts w:ascii="Sylfaen" w:hAnsi="Sylfaen" w:cs="Sylfaen"/>
          <w:sz w:val="18"/>
          <w:szCs w:val="18"/>
        </w:rPr>
        <w:t>დამკვეთი</w:t>
      </w:r>
      <w:proofErr w:type="spellEnd"/>
      <w:r w:rsidRPr="000C596E">
        <w:rPr>
          <w:rFonts w:cstheme="majorHAnsi"/>
          <w:sz w:val="18"/>
          <w:szCs w:val="18"/>
        </w:rPr>
        <w:t xml:space="preserve"> </w:t>
      </w:r>
      <w:proofErr w:type="spellStart"/>
      <w:r w:rsidRPr="000C596E">
        <w:rPr>
          <w:rFonts w:ascii="Sylfaen" w:hAnsi="Sylfaen" w:cs="Sylfaen"/>
          <w:sz w:val="18"/>
          <w:szCs w:val="18"/>
        </w:rPr>
        <w:t>ამ</w:t>
      </w:r>
      <w:proofErr w:type="spellEnd"/>
      <w:r w:rsidRPr="000C596E">
        <w:rPr>
          <w:rFonts w:cstheme="majorHAnsi"/>
          <w:sz w:val="18"/>
          <w:szCs w:val="18"/>
        </w:rPr>
        <w:t xml:space="preserve"> </w:t>
      </w:r>
      <w:proofErr w:type="spellStart"/>
      <w:r w:rsidRPr="000C596E">
        <w:rPr>
          <w:rFonts w:ascii="Sylfaen" w:hAnsi="Sylfaen" w:cs="Sylfaen"/>
          <w:sz w:val="18"/>
          <w:szCs w:val="18"/>
        </w:rPr>
        <w:t>მუხლში</w:t>
      </w:r>
      <w:proofErr w:type="spellEnd"/>
      <w:r w:rsidRPr="000C596E">
        <w:rPr>
          <w:rFonts w:cstheme="majorHAnsi"/>
          <w:sz w:val="18"/>
          <w:szCs w:val="18"/>
        </w:rPr>
        <w:t xml:space="preserve"> </w:t>
      </w:r>
      <w:proofErr w:type="spellStart"/>
      <w:r w:rsidRPr="000C596E">
        <w:rPr>
          <w:rFonts w:ascii="Sylfaen" w:hAnsi="Sylfaen" w:cs="Sylfaen"/>
          <w:sz w:val="18"/>
          <w:szCs w:val="18"/>
        </w:rPr>
        <w:t>მოცემული</w:t>
      </w:r>
      <w:proofErr w:type="spellEnd"/>
      <w:r w:rsidRPr="000C596E">
        <w:rPr>
          <w:rFonts w:cstheme="majorHAnsi"/>
          <w:sz w:val="18"/>
          <w:szCs w:val="18"/>
        </w:rPr>
        <w:t xml:space="preserve"> </w:t>
      </w:r>
      <w:proofErr w:type="spellStart"/>
      <w:r w:rsidRPr="000C596E">
        <w:rPr>
          <w:rFonts w:ascii="Sylfaen" w:hAnsi="Sylfaen" w:cs="Sylfaen"/>
          <w:sz w:val="18"/>
          <w:szCs w:val="18"/>
        </w:rPr>
        <w:t>ჩამონათვლიდან</w:t>
      </w:r>
      <w:proofErr w:type="spellEnd"/>
      <w:r w:rsidRPr="000C596E">
        <w:rPr>
          <w:rFonts w:cstheme="majorHAnsi"/>
          <w:sz w:val="18"/>
          <w:szCs w:val="18"/>
        </w:rPr>
        <w:t xml:space="preserve"> </w:t>
      </w:r>
      <w:proofErr w:type="spellStart"/>
      <w:r w:rsidRPr="000C596E">
        <w:rPr>
          <w:rFonts w:ascii="Sylfaen" w:hAnsi="Sylfaen" w:cs="Sylfaen"/>
          <w:sz w:val="18"/>
          <w:szCs w:val="18"/>
        </w:rPr>
        <w:t>თითოეულის</w:t>
      </w:r>
      <w:proofErr w:type="spellEnd"/>
      <w:r w:rsidRPr="000C596E">
        <w:rPr>
          <w:rFonts w:cstheme="majorHAnsi"/>
          <w:sz w:val="18"/>
          <w:szCs w:val="18"/>
        </w:rPr>
        <w:t xml:space="preserve"> </w:t>
      </w:r>
      <w:proofErr w:type="spellStart"/>
      <w:r w:rsidRPr="000C596E">
        <w:rPr>
          <w:rFonts w:ascii="Sylfaen" w:hAnsi="Sylfaen" w:cs="Sylfaen"/>
          <w:sz w:val="18"/>
          <w:szCs w:val="18"/>
        </w:rPr>
        <w:t>დარღვევის</w:t>
      </w:r>
      <w:proofErr w:type="spellEnd"/>
      <w:r w:rsidRPr="000C596E">
        <w:rPr>
          <w:rFonts w:cstheme="majorHAnsi"/>
          <w:sz w:val="18"/>
          <w:szCs w:val="18"/>
        </w:rPr>
        <w:t xml:space="preserve"> </w:t>
      </w:r>
      <w:proofErr w:type="spellStart"/>
      <w:r w:rsidRPr="000C596E">
        <w:rPr>
          <w:rFonts w:ascii="Sylfaen" w:hAnsi="Sylfaen" w:cs="Sylfaen"/>
          <w:sz w:val="18"/>
          <w:szCs w:val="18"/>
        </w:rPr>
        <w:t>შემთხვევაში</w:t>
      </w:r>
      <w:proofErr w:type="spellEnd"/>
      <w:r w:rsidR="009939A6">
        <w:rPr>
          <w:rFonts w:ascii="Sylfaen" w:hAnsi="Sylfaen" w:cs="Sylfaen"/>
          <w:sz w:val="18"/>
          <w:szCs w:val="18"/>
          <w:lang w:val="ka-GE"/>
        </w:rPr>
        <w:t xml:space="preserve"> </w:t>
      </w:r>
      <w:proofErr w:type="spellStart"/>
      <w:r w:rsidRPr="000C596E">
        <w:rPr>
          <w:rFonts w:ascii="Sylfaen" w:hAnsi="Sylfaen" w:cs="Sylfaen"/>
          <w:sz w:val="18"/>
          <w:szCs w:val="18"/>
        </w:rPr>
        <w:t>განახორციელებს</w:t>
      </w:r>
      <w:proofErr w:type="spellEnd"/>
      <w:r w:rsidRPr="000C596E">
        <w:rPr>
          <w:rFonts w:cstheme="majorHAnsi"/>
          <w:sz w:val="18"/>
          <w:szCs w:val="18"/>
        </w:rPr>
        <w:t xml:space="preserve"> </w:t>
      </w:r>
      <w:proofErr w:type="spellStart"/>
      <w:r w:rsidRPr="000C596E">
        <w:rPr>
          <w:rFonts w:ascii="Sylfaen" w:hAnsi="Sylfaen" w:cs="Sylfaen"/>
          <w:sz w:val="18"/>
          <w:szCs w:val="18"/>
        </w:rPr>
        <w:t>მენარდის</w:t>
      </w:r>
      <w:proofErr w:type="spellEnd"/>
      <w:r w:rsidRPr="000C596E">
        <w:rPr>
          <w:rFonts w:cstheme="majorHAnsi"/>
          <w:sz w:val="18"/>
          <w:szCs w:val="18"/>
        </w:rPr>
        <w:t xml:space="preserve"> </w:t>
      </w:r>
      <w:proofErr w:type="spellStart"/>
      <w:r w:rsidRPr="000C596E">
        <w:rPr>
          <w:rFonts w:ascii="Sylfaen" w:hAnsi="Sylfaen" w:cs="Sylfaen"/>
          <w:sz w:val="18"/>
          <w:szCs w:val="18"/>
        </w:rPr>
        <w:t>დაჯარიმებას</w:t>
      </w:r>
      <w:proofErr w:type="spellEnd"/>
      <w:r w:rsidRPr="000C596E">
        <w:rPr>
          <w:rFonts w:cstheme="majorHAnsi"/>
          <w:sz w:val="18"/>
          <w:szCs w:val="18"/>
        </w:rPr>
        <w:t xml:space="preserve">. </w:t>
      </w:r>
      <w:proofErr w:type="spellStart"/>
      <w:r w:rsidRPr="000C596E">
        <w:rPr>
          <w:rFonts w:ascii="Sylfaen" w:hAnsi="Sylfaen" w:cs="Sylfaen"/>
          <w:sz w:val="18"/>
          <w:szCs w:val="18"/>
        </w:rPr>
        <w:t>იმ</w:t>
      </w:r>
      <w:proofErr w:type="spellEnd"/>
      <w:r w:rsidRPr="000C596E">
        <w:rPr>
          <w:rFonts w:cstheme="majorHAnsi"/>
          <w:sz w:val="18"/>
          <w:szCs w:val="18"/>
        </w:rPr>
        <w:t xml:space="preserve"> </w:t>
      </w:r>
      <w:proofErr w:type="spellStart"/>
      <w:r w:rsidRPr="000C596E">
        <w:rPr>
          <w:rFonts w:ascii="Sylfaen" w:hAnsi="Sylfaen" w:cs="Sylfaen"/>
          <w:sz w:val="18"/>
          <w:szCs w:val="18"/>
        </w:rPr>
        <w:t>შემთხვევაში</w:t>
      </w:r>
      <w:proofErr w:type="spellEnd"/>
      <w:r w:rsidRPr="000C596E">
        <w:rPr>
          <w:rFonts w:cstheme="majorHAnsi"/>
          <w:sz w:val="18"/>
          <w:szCs w:val="18"/>
        </w:rPr>
        <w:t xml:space="preserve">, </w:t>
      </w:r>
      <w:proofErr w:type="spellStart"/>
      <w:r w:rsidRPr="000C596E">
        <w:rPr>
          <w:rFonts w:ascii="Sylfaen" w:hAnsi="Sylfaen" w:cs="Sylfaen"/>
          <w:sz w:val="18"/>
          <w:szCs w:val="18"/>
        </w:rPr>
        <w:t>თუ</w:t>
      </w:r>
      <w:proofErr w:type="spellEnd"/>
      <w:r w:rsidRPr="000C596E">
        <w:rPr>
          <w:rFonts w:cstheme="majorHAnsi"/>
          <w:sz w:val="18"/>
          <w:szCs w:val="18"/>
        </w:rPr>
        <w:t xml:space="preserve"> </w:t>
      </w:r>
      <w:proofErr w:type="spellStart"/>
      <w:r w:rsidRPr="000C596E">
        <w:rPr>
          <w:rFonts w:ascii="Sylfaen" w:hAnsi="Sylfaen" w:cs="Sylfaen"/>
          <w:sz w:val="18"/>
          <w:szCs w:val="18"/>
        </w:rPr>
        <w:t>კალენდარული</w:t>
      </w:r>
      <w:proofErr w:type="spellEnd"/>
      <w:r w:rsidRPr="000C596E">
        <w:rPr>
          <w:rFonts w:cstheme="majorHAnsi"/>
          <w:sz w:val="18"/>
          <w:szCs w:val="18"/>
        </w:rPr>
        <w:t xml:space="preserve"> </w:t>
      </w:r>
      <w:proofErr w:type="spellStart"/>
      <w:r w:rsidRPr="000C596E">
        <w:rPr>
          <w:rFonts w:ascii="Sylfaen" w:hAnsi="Sylfaen" w:cs="Sylfaen"/>
          <w:sz w:val="18"/>
          <w:szCs w:val="18"/>
        </w:rPr>
        <w:t>თვის</w:t>
      </w:r>
      <w:proofErr w:type="spellEnd"/>
      <w:r w:rsidRPr="000C596E">
        <w:rPr>
          <w:rFonts w:cstheme="majorHAnsi"/>
          <w:sz w:val="18"/>
          <w:szCs w:val="18"/>
        </w:rPr>
        <w:t xml:space="preserve"> </w:t>
      </w:r>
      <w:proofErr w:type="spellStart"/>
      <w:r w:rsidRPr="000C596E">
        <w:rPr>
          <w:rFonts w:ascii="Sylfaen" w:hAnsi="Sylfaen" w:cs="Sylfaen"/>
          <w:sz w:val="18"/>
          <w:szCs w:val="18"/>
        </w:rPr>
        <w:t>განმავლობაში</w:t>
      </w:r>
      <w:proofErr w:type="spellEnd"/>
      <w:r w:rsidRPr="000C596E">
        <w:rPr>
          <w:rFonts w:cstheme="majorHAnsi"/>
          <w:sz w:val="18"/>
          <w:szCs w:val="18"/>
        </w:rPr>
        <w:t xml:space="preserve"> </w:t>
      </w:r>
      <w:proofErr w:type="spellStart"/>
      <w:r w:rsidRPr="000C596E">
        <w:rPr>
          <w:rFonts w:ascii="Sylfaen" w:hAnsi="Sylfaen" w:cs="Sylfaen"/>
          <w:sz w:val="18"/>
          <w:szCs w:val="18"/>
        </w:rPr>
        <w:t>მენარდის</w:t>
      </w:r>
      <w:proofErr w:type="spellEnd"/>
      <w:r w:rsidRPr="000C596E">
        <w:rPr>
          <w:rFonts w:cstheme="majorHAnsi"/>
          <w:sz w:val="18"/>
          <w:szCs w:val="18"/>
        </w:rPr>
        <w:t xml:space="preserve"> </w:t>
      </w:r>
      <w:proofErr w:type="spellStart"/>
      <w:r w:rsidRPr="000C596E">
        <w:rPr>
          <w:rFonts w:ascii="Sylfaen" w:hAnsi="Sylfaen" w:cs="Sylfaen"/>
          <w:sz w:val="18"/>
          <w:szCs w:val="18"/>
        </w:rPr>
        <w:t>მხრიდან</w:t>
      </w:r>
      <w:proofErr w:type="spellEnd"/>
      <w:r w:rsidRPr="000C596E">
        <w:rPr>
          <w:rFonts w:cstheme="majorHAnsi"/>
          <w:sz w:val="18"/>
          <w:szCs w:val="18"/>
        </w:rPr>
        <w:t xml:space="preserve"> </w:t>
      </w:r>
      <w:proofErr w:type="spellStart"/>
      <w:r w:rsidRPr="000C596E">
        <w:rPr>
          <w:rFonts w:ascii="Sylfaen" w:hAnsi="Sylfaen" w:cs="Sylfaen"/>
          <w:sz w:val="18"/>
          <w:szCs w:val="18"/>
        </w:rPr>
        <w:t>ადგილი</w:t>
      </w:r>
      <w:proofErr w:type="spellEnd"/>
      <w:r w:rsidRPr="000C596E">
        <w:rPr>
          <w:rFonts w:cstheme="majorHAnsi"/>
          <w:sz w:val="18"/>
          <w:szCs w:val="18"/>
        </w:rPr>
        <w:t xml:space="preserve"> </w:t>
      </w:r>
      <w:proofErr w:type="spellStart"/>
      <w:r w:rsidRPr="000C596E">
        <w:rPr>
          <w:rFonts w:ascii="Sylfaen" w:hAnsi="Sylfaen" w:cs="Sylfaen"/>
          <w:sz w:val="18"/>
          <w:szCs w:val="18"/>
        </w:rPr>
        <w:t>ექნება</w:t>
      </w:r>
      <w:proofErr w:type="spellEnd"/>
      <w:r w:rsidRPr="000C596E">
        <w:rPr>
          <w:rFonts w:cstheme="majorHAnsi"/>
          <w:sz w:val="18"/>
          <w:szCs w:val="18"/>
        </w:rPr>
        <w:t xml:space="preserve"> </w:t>
      </w:r>
      <w:proofErr w:type="spellStart"/>
      <w:r w:rsidRPr="000C596E">
        <w:rPr>
          <w:rFonts w:ascii="Sylfaen" w:hAnsi="Sylfaen" w:cs="Sylfaen"/>
          <w:sz w:val="18"/>
          <w:szCs w:val="18"/>
        </w:rPr>
        <w:t>შრომის</w:t>
      </w:r>
      <w:proofErr w:type="spellEnd"/>
      <w:r w:rsidRPr="000C596E">
        <w:rPr>
          <w:rFonts w:cstheme="majorHAnsi"/>
          <w:sz w:val="18"/>
          <w:szCs w:val="18"/>
        </w:rPr>
        <w:t xml:space="preserve"> </w:t>
      </w:r>
      <w:proofErr w:type="spellStart"/>
      <w:r w:rsidRPr="000C596E">
        <w:rPr>
          <w:rFonts w:ascii="Sylfaen" w:hAnsi="Sylfaen" w:cs="Sylfaen"/>
          <w:sz w:val="18"/>
          <w:szCs w:val="18"/>
        </w:rPr>
        <w:t>უსაფრთხოების</w:t>
      </w:r>
      <w:proofErr w:type="spellEnd"/>
      <w:r w:rsidRPr="000C596E">
        <w:rPr>
          <w:rFonts w:cstheme="majorHAnsi"/>
          <w:sz w:val="18"/>
          <w:szCs w:val="18"/>
        </w:rPr>
        <w:t xml:space="preserve"> </w:t>
      </w:r>
      <w:proofErr w:type="spellStart"/>
      <w:r w:rsidRPr="000C596E">
        <w:rPr>
          <w:rFonts w:ascii="Sylfaen" w:hAnsi="Sylfaen" w:cs="Sylfaen"/>
          <w:sz w:val="18"/>
          <w:szCs w:val="18"/>
        </w:rPr>
        <w:t>წესების</w:t>
      </w:r>
      <w:proofErr w:type="spellEnd"/>
      <w:r w:rsidR="009939A6">
        <w:rPr>
          <w:rFonts w:cstheme="majorHAnsi"/>
          <w:sz w:val="18"/>
          <w:szCs w:val="18"/>
        </w:rPr>
        <w:t xml:space="preserve"> 10</w:t>
      </w:r>
      <w:r w:rsidR="0020004C">
        <w:rPr>
          <w:rFonts w:cstheme="majorHAnsi"/>
          <w:sz w:val="18"/>
          <w:szCs w:val="18"/>
          <w:lang w:val="ka-GE"/>
        </w:rPr>
        <w:t>-</w:t>
      </w:r>
      <w:r w:rsidR="0020004C">
        <w:rPr>
          <w:rFonts w:ascii="Sylfaen" w:hAnsi="Sylfaen" w:cstheme="majorHAnsi"/>
          <w:sz w:val="18"/>
          <w:szCs w:val="18"/>
          <w:lang w:val="ka-GE"/>
        </w:rPr>
        <w:t>ჯერ</w:t>
      </w:r>
      <w:r w:rsidR="009939A6">
        <w:rPr>
          <w:rFonts w:cstheme="majorHAnsi"/>
          <w:sz w:val="18"/>
          <w:szCs w:val="18"/>
        </w:rPr>
        <w:t xml:space="preserve"> </w:t>
      </w:r>
      <w:r w:rsidR="009939A6">
        <w:rPr>
          <w:rFonts w:ascii="Sylfaen" w:hAnsi="Sylfaen" w:cstheme="majorHAnsi"/>
          <w:sz w:val="18"/>
          <w:szCs w:val="18"/>
          <w:lang w:val="ka-GE"/>
        </w:rPr>
        <w:t>(</w:t>
      </w:r>
      <w:proofErr w:type="spellStart"/>
      <w:r w:rsidRPr="000C596E">
        <w:rPr>
          <w:rFonts w:ascii="Sylfaen" w:hAnsi="Sylfaen" w:cs="Sylfaen"/>
          <w:sz w:val="18"/>
          <w:szCs w:val="18"/>
        </w:rPr>
        <w:t>ათი</w:t>
      </w:r>
      <w:proofErr w:type="spellEnd"/>
      <w:r w:rsidR="009939A6">
        <w:rPr>
          <w:rFonts w:ascii="Sylfaen" w:hAnsi="Sylfaen" w:cs="Sylfaen"/>
          <w:sz w:val="18"/>
          <w:szCs w:val="18"/>
          <w:lang w:val="ka-GE"/>
        </w:rPr>
        <w:t>)</w:t>
      </w:r>
      <w:r w:rsidRPr="000C596E">
        <w:rPr>
          <w:rFonts w:cstheme="majorHAnsi"/>
          <w:sz w:val="18"/>
          <w:szCs w:val="18"/>
        </w:rPr>
        <w:t xml:space="preserve"> </w:t>
      </w:r>
      <w:proofErr w:type="spellStart"/>
      <w:r w:rsidRPr="000C596E">
        <w:rPr>
          <w:rFonts w:ascii="Sylfaen" w:hAnsi="Sylfaen" w:cs="Sylfaen"/>
          <w:sz w:val="18"/>
          <w:szCs w:val="18"/>
        </w:rPr>
        <w:t>და</w:t>
      </w:r>
      <w:proofErr w:type="spellEnd"/>
      <w:r w:rsidRPr="000C596E">
        <w:rPr>
          <w:rFonts w:cstheme="majorHAnsi"/>
          <w:sz w:val="18"/>
          <w:szCs w:val="18"/>
        </w:rPr>
        <w:t xml:space="preserve"> </w:t>
      </w:r>
      <w:proofErr w:type="spellStart"/>
      <w:r w:rsidRPr="000C596E">
        <w:rPr>
          <w:rFonts w:ascii="Sylfaen" w:hAnsi="Sylfaen" w:cs="Sylfaen"/>
          <w:sz w:val="18"/>
          <w:szCs w:val="18"/>
        </w:rPr>
        <w:t>მეტჯერ</w:t>
      </w:r>
      <w:proofErr w:type="spellEnd"/>
      <w:r w:rsidRPr="000C596E">
        <w:rPr>
          <w:rFonts w:cstheme="majorHAnsi"/>
          <w:sz w:val="18"/>
          <w:szCs w:val="18"/>
        </w:rPr>
        <w:t xml:space="preserve"> </w:t>
      </w:r>
      <w:proofErr w:type="spellStart"/>
      <w:r w:rsidRPr="000C596E">
        <w:rPr>
          <w:rFonts w:ascii="Sylfaen" w:hAnsi="Sylfaen" w:cs="Sylfaen"/>
          <w:sz w:val="18"/>
          <w:szCs w:val="18"/>
        </w:rPr>
        <w:t>დარღვევას</w:t>
      </w:r>
      <w:proofErr w:type="spellEnd"/>
      <w:r w:rsidRPr="000C596E">
        <w:rPr>
          <w:rFonts w:cstheme="majorHAnsi"/>
          <w:sz w:val="18"/>
          <w:szCs w:val="18"/>
        </w:rPr>
        <w:t>,</w:t>
      </w:r>
      <w:r w:rsidR="009939A6">
        <w:rPr>
          <w:rFonts w:ascii="Sylfaen" w:hAnsi="Sylfaen" w:cstheme="majorHAnsi"/>
          <w:sz w:val="18"/>
          <w:szCs w:val="18"/>
          <w:lang w:val="ka-GE"/>
        </w:rPr>
        <w:t xml:space="preserve"> </w:t>
      </w:r>
      <w:proofErr w:type="spellStart"/>
      <w:r w:rsidRPr="000C596E">
        <w:rPr>
          <w:rFonts w:ascii="Sylfaen" w:hAnsi="Sylfaen" w:cs="Sylfaen"/>
          <w:sz w:val="18"/>
          <w:szCs w:val="18"/>
        </w:rPr>
        <w:t>დამკვეთი</w:t>
      </w:r>
      <w:proofErr w:type="spellEnd"/>
      <w:r w:rsidRPr="000C596E">
        <w:rPr>
          <w:rFonts w:cstheme="majorHAnsi"/>
          <w:sz w:val="18"/>
          <w:szCs w:val="18"/>
        </w:rPr>
        <w:t xml:space="preserve"> </w:t>
      </w:r>
      <w:proofErr w:type="spellStart"/>
      <w:r w:rsidRPr="000C596E">
        <w:rPr>
          <w:rFonts w:ascii="Sylfaen" w:hAnsi="Sylfaen" w:cs="Sylfaen"/>
          <w:sz w:val="18"/>
          <w:szCs w:val="18"/>
        </w:rPr>
        <w:t>უფლებამოსილი</w:t>
      </w:r>
      <w:proofErr w:type="spellEnd"/>
      <w:r w:rsidRPr="000C596E">
        <w:rPr>
          <w:rFonts w:cstheme="majorHAnsi"/>
          <w:sz w:val="18"/>
          <w:szCs w:val="18"/>
        </w:rPr>
        <w:t xml:space="preserve"> </w:t>
      </w:r>
      <w:proofErr w:type="spellStart"/>
      <w:r w:rsidRPr="000C596E">
        <w:rPr>
          <w:rFonts w:ascii="Sylfaen" w:hAnsi="Sylfaen" w:cs="Sylfaen"/>
          <w:sz w:val="18"/>
          <w:szCs w:val="18"/>
        </w:rPr>
        <w:t>იქნება</w:t>
      </w:r>
      <w:proofErr w:type="spellEnd"/>
      <w:r w:rsidRPr="000C596E">
        <w:rPr>
          <w:rFonts w:cstheme="majorHAnsi"/>
          <w:sz w:val="18"/>
          <w:szCs w:val="18"/>
        </w:rPr>
        <w:t xml:space="preserve">, </w:t>
      </w:r>
      <w:proofErr w:type="spellStart"/>
      <w:r w:rsidRPr="000C596E">
        <w:rPr>
          <w:rFonts w:ascii="Sylfaen" w:hAnsi="Sylfaen" w:cs="Sylfaen"/>
          <w:sz w:val="18"/>
          <w:szCs w:val="18"/>
        </w:rPr>
        <w:t>მოითხოვოს</w:t>
      </w:r>
      <w:proofErr w:type="spellEnd"/>
      <w:r w:rsidRPr="000C596E">
        <w:rPr>
          <w:rFonts w:cstheme="majorHAnsi"/>
          <w:sz w:val="18"/>
          <w:szCs w:val="18"/>
        </w:rPr>
        <w:t xml:space="preserve"> </w:t>
      </w:r>
      <w:proofErr w:type="spellStart"/>
      <w:r w:rsidRPr="000C596E">
        <w:rPr>
          <w:rFonts w:ascii="Sylfaen" w:hAnsi="Sylfaen" w:cs="Sylfaen"/>
          <w:sz w:val="18"/>
          <w:szCs w:val="18"/>
        </w:rPr>
        <w:t>წინამდებარე</w:t>
      </w:r>
      <w:proofErr w:type="spellEnd"/>
      <w:r w:rsidRPr="000C596E">
        <w:rPr>
          <w:rFonts w:cstheme="majorHAnsi"/>
          <w:sz w:val="18"/>
          <w:szCs w:val="18"/>
        </w:rPr>
        <w:t xml:space="preserve"> </w:t>
      </w:r>
      <w:proofErr w:type="spellStart"/>
      <w:r w:rsidRPr="000C596E">
        <w:rPr>
          <w:rFonts w:ascii="Sylfaen" w:hAnsi="Sylfaen" w:cs="Sylfaen"/>
          <w:sz w:val="18"/>
          <w:szCs w:val="18"/>
        </w:rPr>
        <w:t>ხელშეკრულების</w:t>
      </w:r>
      <w:proofErr w:type="spellEnd"/>
      <w:r w:rsidRPr="000C596E">
        <w:rPr>
          <w:rFonts w:cstheme="majorHAnsi"/>
          <w:sz w:val="18"/>
          <w:szCs w:val="18"/>
        </w:rPr>
        <w:t xml:space="preserve"> </w:t>
      </w:r>
      <w:proofErr w:type="spellStart"/>
      <w:r w:rsidRPr="000C596E">
        <w:rPr>
          <w:rFonts w:ascii="Sylfaen" w:hAnsi="Sylfaen" w:cs="Sylfaen"/>
          <w:sz w:val="18"/>
          <w:szCs w:val="18"/>
        </w:rPr>
        <w:t>შეწყვეტა</w:t>
      </w:r>
      <w:proofErr w:type="spellEnd"/>
      <w:r w:rsidRPr="000C596E">
        <w:rPr>
          <w:rFonts w:cstheme="majorHAnsi"/>
          <w:sz w:val="18"/>
          <w:szCs w:val="18"/>
        </w:rPr>
        <w:t xml:space="preserve"> </w:t>
      </w:r>
      <w:proofErr w:type="spellStart"/>
      <w:r w:rsidRPr="000C596E">
        <w:rPr>
          <w:rFonts w:ascii="Sylfaen" w:hAnsi="Sylfaen" w:cs="Sylfaen"/>
          <w:sz w:val="18"/>
          <w:szCs w:val="18"/>
        </w:rPr>
        <w:t>და</w:t>
      </w:r>
      <w:proofErr w:type="spellEnd"/>
      <w:r w:rsidRPr="000C596E">
        <w:rPr>
          <w:rFonts w:cstheme="majorHAnsi"/>
          <w:sz w:val="18"/>
          <w:szCs w:val="18"/>
        </w:rPr>
        <w:t xml:space="preserve"> </w:t>
      </w:r>
      <w:proofErr w:type="spellStart"/>
      <w:r w:rsidRPr="000C596E">
        <w:rPr>
          <w:rFonts w:ascii="Sylfaen" w:hAnsi="Sylfaen" w:cs="Sylfaen"/>
          <w:sz w:val="18"/>
          <w:szCs w:val="18"/>
        </w:rPr>
        <w:t>უფლებამოსილია</w:t>
      </w:r>
      <w:proofErr w:type="spellEnd"/>
      <w:r w:rsidRPr="000C596E">
        <w:rPr>
          <w:rFonts w:cstheme="majorHAnsi"/>
          <w:sz w:val="18"/>
          <w:szCs w:val="18"/>
        </w:rPr>
        <w:t xml:space="preserve"> </w:t>
      </w:r>
      <w:proofErr w:type="spellStart"/>
      <w:r w:rsidRPr="000C596E">
        <w:rPr>
          <w:rFonts w:ascii="Sylfaen" w:hAnsi="Sylfaen" w:cs="Sylfaen"/>
          <w:sz w:val="18"/>
          <w:szCs w:val="18"/>
        </w:rPr>
        <w:t>დააკისროს</w:t>
      </w:r>
      <w:proofErr w:type="spellEnd"/>
      <w:r w:rsidRPr="000C596E">
        <w:rPr>
          <w:rFonts w:cstheme="majorHAnsi"/>
          <w:sz w:val="18"/>
          <w:szCs w:val="18"/>
        </w:rPr>
        <w:t xml:space="preserve"> </w:t>
      </w:r>
      <w:r w:rsidR="009939A6">
        <w:rPr>
          <w:rFonts w:ascii="Sylfaen" w:hAnsi="Sylfaen" w:cs="Sylfaen"/>
          <w:sz w:val="18"/>
          <w:szCs w:val="18"/>
          <w:lang w:val="ka-GE"/>
        </w:rPr>
        <w:t xml:space="preserve">მენარდეს </w:t>
      </w:r>
      <w:proofErr w:type="spellStart"/>
      <w:r w:rsidRPr="000C596E">
        <w:rPr>
          <w:rFonts w:ascii="Sylfaen" w:hAnsi="Sylfaen" w:cs="Sylfaen"/>
          <w:sz w:val="18"/>
          <w:szCs w:val="18"/>
        </w:rPr>
        <w:t>ჯარიმა</w:t>
      </w:r>
      <w:proofErr w:type="spellEnd"/>
      <w:r w:rsidRPr="000C596E">
        <w:rPr>
          <w:rFonts w:cstheme="majorHAnsi"/>
          <w:sz w:val="18"/>
          <w:szCs w:val="18"/>
        </w:rPr>
        <w:t xml:space="preserve"> </w:t>
      </w:r>
      <w:proofErr w:type="spellStart"/>
      <w:r w:rsidRPr="000C596E">
        <w:rPr>
          <w:rFonts w:ascii="Sylfaen" w:hAnsi="Sylfaen" w:cs="Sylfaen"/>
          <w:sz w:val="18"/>
          <w:szCs w:val="18"/>
        </w:rPr>
        <w:t>საერთო</w:t>
      </w:r>
      <w:proofErr w:type="spellEnd"/>
      <w:r w:rsidRPr="000C596E">
        <w:rPr>
          <w:rFonts w:cstheme="majorHAnsi"/>
          <w:sz w:val="18"/>
          <w:szCs w:val="18"/>
        </w:rPr>
        <w:t xml:space="preserve"> </w:t>
      </w:r>
      <w:proofErr w:type="spellStart"/>
      <w:r w:rsidRPr="000C596E">
        <w:rPr>
          <w:rFonts w:ascii="Sylfaen" w:hAnsi="Sylfaen" w:cs="Sylfaen"/>
          <w:sz w:val="18"/>
          <w:szCs w:val="18"/>
        </w:rPr>
        <w:t>ღირებულების</w:t>
      </w:r>
      <w:proofErr w:type="spellEnd"/>
      <w:r w:rsidRPr="000C596E">
        <w:rPr>
          <w:rFonts w:cstheme="majorHAnsi"/>
          <w:sz w:val="18"/>
          <w:szCs w:val="18"/>
        </w:rPr>
        <w:t xml:space="preserve"> - </w:t>
      </w:r>
      <w:r w:rsidR="00FD1C5B">
        <w:rPr>
          <w:rFonts w:cstheme="majorHAnsi"/>
          <w:sz w:val="18"/>
          <w:szCs w:val="18"/>
        </w:rPr>
        <w:t>10</w:t>
      </w:r>
      <w:r w:rsidR="00FD1C5B" w:rsidRPr="000C596E">
        <w:rPr>
          <w:rFonts w:cstheme="majorHAnsi"/>
          <w:sz w:val="18"/>
          <w:szCs w:val="18"/>
        </w:rPr>
        <w:t xml:space="preserve"> </w:t>
      </w:r>
      <w:r w:rsidR="009939A6">
        <w:rPr>
          <w:rFonts w:ascii="Sylfaen" w:hAnsi="Sylfaen" w:cstheme="majorHAnsi"/>
          <w:sz w:val="18"/>
          <w:szCs w:val="18"/>
          <w:lang w:val="ka-GE"/>
        </w:rPr>
        <w:t>(</w:t>
      </w:r>
      <w:proofErr w:type="spellStart"/>
      <w:r w:rsidR="00FD1C5B">
        <w:rPr>
          <w:rFonts w:ascii="Sylfaen" w:hAnsi="Sylfaen" w:cs="Sylfaen"/>
          <w:sz w:val="18"/>
          <w:szCs w:val="18"/>
        </w:rPr>
        <w:t>ათი</w:t>
      </w:r>
      <w:proofErr w:type="spellEnd"/>
      <w:r w:rsidR="009939A6">
        <w:rPr>
          <w:rFonts w:ascii="Sylfaen" w:hAnsi="Sylfaen" w:cs="Sylfaen"/>
          <w:sz w:val="18"/>
          <w:szCs w:val="18"/>
          <w:lang w:val="ka-GE"/>
        </w:rPr>
        <w:t>)</w:t>
      </w:r>
      <w:r w:rsidRPr="000C596E">
        <w:rPr>
          <w:rFonts w:cstheme="majorHAnsi"/>
          <w:sz w:val="18"/>
          <w:szCs w:val="18"/>
        </w:rPr>
        <w:t xml:space="preserve"> %</w:t>
      </w:r>
      <w:r w:rsidR="0020004C">
        <w:rPr>
          <w:rFonts w:cstheme="majorHAnsi"/>
          <w:sz w:val="18"/>
          <w:szCs w:val="18"/>
          <w:lang w:val="ka-GE"/>
        </w:rPr>
        <w:t>-</w:t>
      </w:r>
      <w:r w:rsidR="0020004C">
        <w:rPr>
          <w:rFonts w:ascii="Sylfaen" w:hAnsi="Sylfaen" w:cstheme="majorHAnsi"/>
          <w:sz w:val="18"/>
          <w:szCs w:val="18"/>
          <w:lang w:val="ka-GE"/>
        </w:rPr>
        <w:t>ის</w:t>
      </w:r>
      <w:r w:rsidRPr="000C596E">
        <w:rPr>
          <w:rFonts w:cstheme="majorHAnsi"/>
          <w:sz w:val="18"/>
          <w:szCs w:val="18"/>
        </w:rPr>
        <w:t xml:space="preserve"> </w:t>
      </w:r>
      <w:proofErr w:type="spellStart"/>
      <w:r w:rsidRPr="000C596E">
        <w:rPr>
          <w:rFonts w:ascii="Sylfaen" w:hAnsi="Sylfaen" w:cs="Sylfaen"/>
          <w:sz w:val="18"/>
          <w:szCs w:val="18"/>
        </w:rPr>
        <w:t>ოდენობით</w:t>
      </w:r>
      <w:proofErr w:type="spellEnd"/>
      <w:r w:rsidRPr="000C596E">
        <w:rPr>
          <w:rFonts w:cstheme="majorHAnsi"/>
          <w:sz w:val="18"/>
          <w:szCs w:val="18"/>
        </w:rPr>
        <w:t xml:space="preserve">.  </w:t>
      </w:r>
      <w:proofErr w:type="spellStart"/>
      <w:r w:rsidRPr="000C596E">
        <w:rPr>
          <w:rFonts w:ascii="Sylfaen" w:hAnsi="Sylfaen" w:cs="Sylfaen"/>
          <w:sz w:val="18"/>
          <w:szCs w:val="18"/>
        </w:rPr>
        <w:t>ასეთ</w:t>
      </w:r>
      <w:proofErr w:type="spellEnd"/>
      <w:r w:rsidRPr="000C596E">
        <w:rPr>
          <w:rFonts w:cstheme="majorHAnsi"/>
          <w:sz w:val="18"/>
          <w:szCs w:val="18"/>
        </w:rPr>
        <w:t xml:space="preserve"> </w:t>
      </w:r>
      <w:proofErr w:type="spellStart"/>
      <w:r w:rsidRPr="000C596E">
        <w:rPr>
          <w:rFonts w:ascii="Sylfaen" w:hAnsi="Sylfaen" w:cs="Sylfaen"/>
          <w:sz w:val="18"/>
          <w:szCs w:val="18"/>
        </w:rPr>
        <w:t>შემთხვევაში</w:t>
      </w:r>
      <w:proofErr w:type="spellEnd"/>
      <w:r w:rsidRPr="000C596E">
        <w:rPr>
          <w:rFonts w:cstheme="majorHAnsi"/>
          <w:sz w:val="18"/>
          <w:szCs w:val="18"/>
        </w:rPr>
        <w:t xml:space="preserve">, </w:t>
      </w:r>
      <w:proofErr w:type="spellStart"/>
      <w:r w:rsidRPr="000C596E">
        <w:rPr>
          <w:rFonts w:ascii="Sylfaen" w:hAnsi="Sylfaen" w:cs="Sylfaen"/>
          <w:sz w:val="18"/>
          <w:szCs w:val="18"/>
        </w:rPr>
        <w:t>დამკვეთი</w:t>
      </w:r>
      <w:proofErr w:type="spellEnd"/>
      <w:r w:rsidRPr="000C596E">
        <w:rPr>
          <w:rFonts w:cstheme="majorHAnsi"/>
          <w:sz w:val="18"/>
          <w:szCs w:val="18"/>
        </w:rPr>
        <w:t xml:space="preserve"> </w:t>
      </w:r>
      <w:proofErr w:type="spellStart"/>
      <w:r w:rsidRPr="000C596E">
        <w:rPr>
          <w:rFonts w:ascii="Sylfaen" w:hAnsi="Sylfaen" w:cs="Sylfaen"/>
          <w:sz w:val="18"/>
          <w:szCs w:val="18"/>
        </w:rPr>
        <w:t>აუნაზღაურებს</w:t>
      </w:r>
      <w:proofErr w:type="spellEnd"/>
      <w:r w:rsidRPr="000C596E">
        <w:rPr>
          <w:rFonts w:cstheme="majorHAnsi"/>
          <w:sz w:val="18"/>
          <w:szCs w:val="18"/>
        </w:rPr>
        <w:t xml:space="preserve"> </w:t>
      </w:r>
      <w:r w:rsidR="009939A6">
        <w:rPr>
          <w:rFonts w:ascii="Sylfaen" w:hAnsi="Sylfaen" w:cs="Sylfaen"/>
          <w:sz w:val="18"/>
          <w:szCs w:val="18"/>
          <w:lang w:val="ka-GE"/>
        </w:rPr>
        <w:t xml:space="preserve">მენარდეს </w:t>
      </w:r>
      <w:proofErr w:type="spellStart"/>
      <w:r w:rsidRPr="000C596E">
        <w:rPr>
          <w:rFonts w:ascii="Sylfaen" w:hAnsi="Sylfaen" w:cs="Sylfaen"/>
          <w:sz w:val="18"/>
          <w:szCs w:val="18"/>
        </w:rPr>
        <w:t>ობიექტზე</w:t>
      </w:r>
      <w:proofErr w:type="spellEnd"/>
      <w:r w:rsidRPr="000C596E">
        <w:rPr>
          <w:rFonts w:cstheme="majorHAnsi"/>
          <w:sz w:val="18"/>
          <w:szCs w:val="18"/>
        </w:rPr>
        <w:t xml:space="preserve"> </w:t>
      </w:r>
      <w:proofErr w:type="spellStart"/>
      <w:r w:rsidRPr="000C596E">
        <w:rPr>
          <w:rFonts w:ascii="Sylfaen" w:hAnsi="Sylfaen" w:cs="Sylfaen"/>
          <w:sz w:val="18"/>
          <w:szCs w:val="18"/>
        </w:rPr>
        <w:t>მენარდის</w:t>
      </w:r>
      <w:proofErr w:type="spellEnd"/>
      <w:r w:rsidRPr="000C596E">
        <w:rPr>
          <w:rFonts w:cstheme="majorHAnsi"/>
          <w:sz w:val="18"/>
          <w:szCs w:val="18"/>
        </w:rPr>
        <w:t xml:space="preserve"> </w:t>
      </w:r>
      <w:proofErr w:type="spellStart"/>
      <w:r w:rsidRPr="000C596E">
        <w:rPr>
          <w:rFonts w:ascii="Sylfaen" w:hAnsi="Sylfaen" w:cs="Sylfaen"/>
          <w:sz w:val="18"/>
          <w:szCs w:val="18"/>
        </w:rPr>
        <w:t>მიერ</w:t>
      </w:r>
      <w:proofErr w:type="spellEnd"/>
      <w:r w:rsidRPr="000C596E">
        <w:rPr>
          <w:rFonts w:cstheme="majorHAnsi"/>
          <w:sz w:val="18"/>
          <w:szCs w:val="18"/>
        </w:rPr>
        <w:t xml:space="preserve"> </w:t>
      </w:r>
      <w:proofErr w:type="spellStart"/>
      <w:r w:rsidRPr="000C596E">
        <w:rPr>
          <w:rFonts w:ascii="Sylfaen" w:hAnsi="Sylfaen" w:cs="Sylfaen"/>
          <w:sz w:val="18"/>
          <w:szCs w:val="18"/>
        </w:rPr>
        <w:t>ფაქტობრივად</w:t>
      </w:r>
      <w:proofErr w:type="spellEnd"/>
      <w:r w:rsidRPr="000C596E">
        <w:rPr>
          <w:rFonts w:cstheme="majorHAnsi"/>
          <w:sz w:val="18"/>
          <w:szCs w:val="18"/>
        </w:rPr>
        <w:t xml:space="preserve"> </w:t>
      </w:r>
      <w:proofErr w:type="spellStart"/>
      <w:r w:rsidRPr="000C596E">
        <w:rPr>
          <w:rFonts w:ascii="Sylfaen" w:hAnsi="Sylfaen" w:cs="Sylfaen"/>
          <w:sz w:val="18"/>
          <w:szCs w:val="18"/>
        </w:rPr>
        <w:t>შესრულებული</w:t>
      </w:r>
      <w:proofErr w:type="spellEnd"/>
      <w:r w:rsidRPr="000C596E">
        <w:rPr>
          <w:rFonts w:cstheme="majorHAnsi"/>
          <w:sz w:val="18"/>
          <w:szCs w:val="18"/>
        </w:rPr>
        <w:t xml:space="preserve"> </w:t>
      </w:r>
      <w:proofErr w:type="spellStart"/>
      <w:r w:rsidRPr="000C596E">
        <w:rPr>
          <w:rFonts w:ascii="Sylfaen" w:hAnsi="Sylfaen" w:cs="Sylfaen"/>
          <w:sz w:val="18"/>
          <w:szCs w:val="18"/>
        </w:rPr>
        <w:t>სამუშაოების</w:t>
      </w:r>
      <w:proofErr w:type="spellEnd"/>
      <w:r w:rsidRPr="000C596E">
        <w:rPr>
          <w:rFonts w:cstheme="majorHAnsi"/>
          <w:sz w:val="18"/>
          <w:szCs w:val="18"/>
        </w:rPr>
        <w:t xml:space="preserve"> </w:t>
      </w:r>
      <w:proofErr w:type="spellStart"/>
      <w:r w:rsidRPr="000C596E">
        <w:rPr>
          <w:rFonts w:ascii="Sylfaen" w:hAnsi="Sylfaen" w:cs="Sylfaen"/>
          <w:sz w:val="18"/>
          <w:szCs w:val="18"/>
        </w:rPr>
        <w:t>მთლიან</w:t>
      </w:r>
      <w:proofErr w:type="spellEnd"/>
      <w:r w:rsidRPr="000C596E">
        <w:rPr>
          <w:rFonts w:cstheme="majorHAnsi"/>
          <w:sz w:val="18"/>
          <w:szCs w:val="18"/>
        </w:rPr>
        <w:t xml:space="preserve"> </w:t>
      </w:r>
      <w:proofErr w:type="spellStart"/>
      <w:r w:rsidRPr="000C596E">
        <w:rPr>
          <w:rFonts w:ascii="Sylfaen" w:hAnsi="Sylfaen" w:cs="Sylfaen"/>
          <w:sz w:val="18"/>
          <w:szCs w:val="18"/>
        </w:rPr>
        <w:t>ღირებულებას</w:t>
      </w:r>
      <w:proofErr w:type="spellEnd"/>
      <w:r w:rsidRPr="000C596E">
        <w:rPr>
          <w:rFonts w:cstheme="majorHAnsi"/>
          <w:sz w:val="18"/>
          <w:szCs w:val="18"/>
        </w:rPr>
        <w:t xml:space="preserve"> </w:t>
      </w:r>
      <w:proofErr w:type="spellStart"/>
      <w:r w:rsidRPr="000C596E">
        <w:rPr>
          <w:rFonts w:ascii="Sylfaen" w:hAnsi="Sylfaen" w:cs="Sylfaen"/>
          <w:sz w:val="18"/>
          <w:szCs w:val="18"/>
        </w:rPr>
        <w:t>მათ</w:t>
      </w:r>
      <w:proofErr w:type="spellEnd"/>
      <w:r w:rsidRPr="000C596E">
        <w:rPr>
          <w:rFonts w:cstheme="majorHAnsi"/>
          <w:sz w:val="18"/>
          <w:szCs w:val="18"/>
        </w:rPr>
        <w:t xml:space="preserve"> </w:t>
      </w:r>
      <w:proofErr w:type="spellStart"/>
      <w:r w:rsidRPr="000C596E">
        <w:rPr>
          <w:rFonts w:ascii="Sylfaen" w:hAnsi="Sylfaen" w:cs="Sylfaen"/>
          <w:sz w:val="18"/>
          <w:szCs w:val="18"/>
        </w:rPr>
        <w:t>შორის</w:t>
      </w:r>
      <w:proofErr w:type="spellEnd"/>
      <w:r w:rsidRPr="000C596E">
        <w:rPr>
          <w:rFonts w:cstheme="majorHAnsi"/>
          <w:sz w:val="18"/>
          <w:szCs w:val="18"/>
        </w:rPr>
        <w:t xml:space="preserve">, </w:t>
      </w:r>
      <w:proofErr w:type="spellStart"/>
      <w:r w:rsidRPr="000C596E">
        <w:rPr>
          <w:rFonts w:ascii="Sylfaen" w:hAnsi="Sylfaen" w:cs="Sylfaen"/>
          <w:sz w:val="18"/>
          <w:szCs w:val="18"/>
        </w:rPr>
        <w:t>ხარჯთაღრიცხვით</w:t>
      </w:r>
      <w:proofErr w:type="spellEnd"/>
      <w:r w:rsidRPr="000C596E">
        <w:rPr>
          <w:rFonts w:cstheme="majorHAnsi"/>
          <w:sz w:val="18"/>
          <w:szCs w:val="18"/>
        </w:rPr>
        <w:t xml:space="preserve"> </w:t>
      </w:r>
      <w:proofErr w:type="spellStart"/>
      <w:r w:rsidRPr="000C596E">
        <w:rPr>
          <w:rFonts w:ascii="Sylfaen" w:hAnsi="Sylfaen" w:cs="Sylfaen"/>
          <w:sz w:val="18"/>
          <w:szCs w:val="18"/>
        </w:rPr>
        <w:t>გათვალისწინებული</w:t>
      </w:r>
      <w:proofErr w:type="spellEnd"/>
      <w:r w:rsidRPr="000C596E">
        <w:rPr>
          <w:rFonts w:cstheme="majorHAnsi"/>
          <w:sz w:val="18"/>
          <w:szCs w:val="18"/>
        </w:rPr>
        <w:t xml:space="preserve"> </w:t>
      </w:r>
      <w:proofErr w:type="spellStart"/>
      <w:r w:rsidRPr="000C596E">
        <w:rPr>
          <w:rFonts w:ascii="Sylfaen" w:hAnsi="Sylfaen" w:cs="Sylfaen"/>
          <w:sz w:val="18"/>
          <w:szCs w:val="18"/>
        </w:rPr>
        <w:t>სამუშაოს</w:t>
      </w:r>
      <w:proofErr w:type="spellEnd"/>
      <w:r w:rsidRPr="000C596E">
        <w:rPr>
          <w:rFonts w:cstheme="majorHAnsi"/>
          <w:sz w:val="18"/>
          <w:szCs w:val="18"/>
        </w:rPr>
        <w:t xml:space="preserve"> </w:t>
      </w:r>
      <w:proofErr w:type="spellStart"/>
      <w:r w:rsidRPr="000C596E">
        <w:rPr>
          <w:rFonts w:ascii="Sylfaen" w:hAnsi="Sylfaen" w:cs="Sylfaen"/>
          <w:sz w:val="18"/>
          <w:szCs w:val="18"/>
        </w:rPr>
        <w:t>შესასრულებლად</w:t>
      </w:r>
      <w:proofErr w:type="spellEnd"/>
      <w:r w:rsidRPr="000C596E">
        <w:rPr>
          <w:rFonts w:cstheme="majorHAnsi"/>
          <w:sz w:val="18"/>
          <w:szCs w:val="18"/>
        </w:rPr>
        <w:t xml:space="preserve"> </w:t>
      </w:r>
      <w:proofErr w:type="spellStart"/>
      <w:r w:rsidRPr="000C596E">
        <w:rPr>
          <w:rFonts w:ascii="Sylfaen" w:hAnsi="Sylfaen" w:cs="Sylfaen"/>
          <w:sz w:val="18"/>
          <w:szCs w:val="18"/>
        </w:rPr>
        <w:t>მენარდის</w:t>
      </w:r>
      <w:proofErr w:type="spellEnd"/>
      <w:r w:rsidRPr="000C596E">
        <w:rPr>
          <w:rFonts w:cstheme="majorHAnsi"/>
          <w:sz w:val="18"/>
          <w:szCs w:val="18"/>
        </w:rPr>
        <w:t xml:space="preserve"> </w:t>
      </w:r>
      <w:proofErr w:type="spellStart"/>
      <w:r w:rsidRPr="000C596E">
        <w:rPr>
          <w:rFonts w:ascii="Sylfaen" w:hAnsi="Sylfaen" w:cs="Sylfaen"/>
          <w:sz w:val="18"/>
          <w:szCs w:val="18"/>
        </w:rPr>
        <w:t>მიერ</w:t>
      </w:r>
      <w:proofErr w:type="spellEnd"/>
      <w:r w:rsidRPr="000C596E">
        <w:rPr>
          <w:rFonts w:cstheme="majorHAnsi"/>
          <w:sz w:val="18"/>
          <w:szCs w:val="18"/>
        </w:rPr>
        <w:t xml:space="preserve"> </w:t>
      </w:r>
      <w:proofErr w:type="spellStart"/>
      <w:r w:rsidRPr="000C596E">
        <w:rPr>
          <w:rFonts w:ascii="Sylfaen" w:hAnsi="Sylfaen" w:cs="Sylfaen"/>
          <w:sz w:val="18"/>
          <w:szCs w:val="18"/>
        </w:rPr>
        <w:t>შესყიდული</w:t>
      </w:r>
      <w:proofErr w:type="spellEnd"/>
      <w:r w:rsidRPr="000C596E">
        <w:rPr>
          <w:rFonts w:cstheme="majorHAnsi"/>
          <w:sz w:val="18"/>
          <w:szCs w:val="18"/>
        </w:rPr>
        <w:t xml:space="preserve"> </w:t>
      </w:r>
      <w:proofErr w:type="spellStart"/>
      <w:r w:rsidRPr="000C596E">
        <w:rPr>
          <w:rFonts w:ascii="Sylfaen" w:hAnsi="Sylfaen" w:cs="Sylfaen"/>
          <w:sz w:val="18"/>
          <w:szCs w:val="18"/>
        </w:rPr>
        <w:t>ან</w:t>
      </w:r>
      <w:proofErr w:type="spellEnd"/>
      <w:r w:rsidRPr="000C596E">
        <w:rPr>
          <w:rFonts w:cstheme="majorHAnsi"/>
          <w:sz w:val="18"/>
          <w:szCs w:val="18"/>
        </w:rPr>
        <w:t>/</w:t>
      </w:r>
      <w:proofErr w:type="spellStart"/>
      <w:r w:rsidRPr="000C596E">
        <w:rPr>
          <w:rFonts w:ascii="Sylfaen" w:hAnsi="Sylfaen" w:cs="Sylfaen"/>
          <w:sz w:val="18"/>
          <w:szCs w:val="18"/>
        </w:rPr>
        <w:t>და</w:t>
      </w:r>
      <w:proofErr w:type="spellEnd"/>
      <w:r w:rsidRPr="000C596E">
        <w:rPr>
          <w:rFonts w:cstheme="majorHAnsi"/>
          <w:sz w:val="18"/>
          <w:szCs w:val="18"/>
        </w:rPr>
        <w:t xml:space="preserve"> </w:t>
      </w:r>
      <w:proofErr w:type="spellStart"/>
      <w:r w:rsidRPr="000C596E">
        <w:rPr>
          <w:rFonts w:ascii="Sylfaen" w:hAnsi="Sylfaen" w:cs="Sylfaen"/>
          <w:sz w:val="18"/>
          <w:szCs w:val="18"/>
        </w:rPr>
        <w:t>ავანსირებული</w:t>
      </w:r>
      <w:proofErr w:type="spellEnd"/>
      <w:r w:rsidRPr="000C596E">
        <w:rPr>
          <w:rFonts w:cstheme="majorHAnsi"/>
          <w:sz w:val="18"/>
          <w:szCs w:val="18"/>
        </w:rPr>
        <w:t xml:space="preserve"> </w:t>
      </w:r>
      <w:proofErr w:type="spellStart"/>
      <w:r w:rsidRPr="000C596E">
        <w:rPr>
          <w:rFonts w:ascii="Sylfaen" w:hAnsi="Sylfaen" w:cs="Sylfaen"/>
          <w:sz w:val="18"/>
          <w:szCs w:val="18"/>
        </w:rPr>
        <w:t>ისეთი</w:t>
      </w:r>
      <w:proofErr w:type="spellEnd"/>
      <w:r w:rsidRPr="000C596E">
        <w:rPr>
          <w:rFonts w:cstheme="majorHAnsi"/>
          <w:sz w:val="18"/>
          <w:szCs w:val="18"/>
        </w:rPr>
        <w:t xml:space="preserve"> </w:t>
      </w:r>
      <w:proofErr w:type="spellStart"/>
      <w:r w:rsidRPr="000C596E">
        <w:rPr>
          <w:rFonts w:ascii="Sylfaen" w:hAnsi="Sylfaen" w:cs="Sylfaen"/>
          <w:sz w:val="18"/>
          <w:szCs w:val="18"/>
        </w:rPr>
        <w:t>მასალების</w:t>
      </w:r>
      <w:proofErr w:type="spellEnd"/>
      <w:r w:rsidRPr="000C596E">
        <w:rPr>
          <w:rFonts w:cstheme="majorHAnsi"/>
          <w:sz w:val="18"/>
          <w:szCs w:val="18"/>
        </w:rPr>
        <w:t xml:space="preserve"> </w:t>
      </w:r>
      <w:proofErr w:type="spellStart"/>
      <w:r w:rsidRPr="000C596E">
        <w:rPr>
          <w:rFonts w:ascii="Sylfaen" w:hAnsi="Sylfaen" w:cs="Sylfaen"/>
          <w:sz w:val="18"/>
          <w:szCs w:val="18"/>
        </w:rPr>
        <w:t>ღირებულება</w:t>
      </w:r>
      <w:proofErr w:type="spellEnd"/>
      <w:r w:rsidRPr="000C596E">
        <w:rPr>
          <w:rFonts w:cstheme="majorHAnsi"/>
          <w:sz w:val="18"/>
          <w:szCs w:val="18"/>
        </w:rPr>
        <w:t xml:space="preserve">, </w:t>
      </w:r>
      <w:proofErr w:type="spellStart"/>
      <w:r w:rsidRPr="000C596E">
        <w:rPr>
          <w:rFonts w:ascii="Sylfaen" w:hAnsi="Sylfaen" w:cs="Sylfaen"/>
          <w:sz w:val="18"/>
          <w:szCs w:val="18"/>
        </w:rPr>
        <w:t>რომლებიც</w:t>
      </w:r>
      <w:proofErr w:type="spellEnd"/>
      <w:r w:rsidRPr="000C596E">
        <w:rPr>
          <w:rFonts w:cstheme="majorHAnsi"/>
          <w:sz w:val="18"/>
          <w:szCs w:val="18"/>
        </w:rPr>
        <w:t xml:space="preserve"> </w:t>
      </w:r>
      <w:proofErr w:type="spellStart"/>
      <w:r w:rsidRPr="000C596E">
        <w:rPr>
          <w:rFonts w:ascii="Sylfaen" w:hAnsi="Sylfaen" w:cs="Sylfaen"/>
          <w:sz w:val="18"/>
          <w:szCs w:val="18"/>
        </w:rPr>
        <w:t>განკუთვნილია</w:t>
      </w:r>
      <w:proofErr w:type="spellEnd"/>
      <w:r w:rsidRPr="000C596E">
        <w:rPr>
          <w:rFonts w:cstheme="majorHAnsi"/>
          <w:sz w:val="18"/>
          <w:szCs w:val="18"/>
        </w:rPr>
        <w:t xml:space="preserve"> </w:t>
      </w:r>
      <w:proofErr w:type="spellStart"/>
      <w:r w:rsidRPr="000C596E">
        <w:rPr>
          <w:rFonts w:ascii="Sylfaen" w:hAnsi="Sylfaen" w:cs="Sylfaen"/>
          <w:sz w:val="18"/>
          <w:szCs w:val="18"/>
        </w:rPr>
        <w:t>კონკრეტულად</w:t>
      </w:r>
      <w:proofErr w:type="spellEnd"/>
      <w:r w:rsidRPr="000C596E">
        <w:rPr>
          <w:rFonts w:cstheme="majorHAnsi"/>
          <w:sz w:val="18"/>
          <w:szCs w:val="18"/>
        </w:rPr>
        <w:t xml:space="preserve"> </w:t>
      </w:r>
      <w:proofErr w:type="spellStart"/>
      <w:r w:rsidRPr="000C596E">
        <w:rPr>
          <w:rFonts w:ascii="Sylfaen" w:hAnsi="Sylfaen" w:cs="Sylfaen"/>
          <w:sz w:val="18"/>
          <w:szCs w:val="18"/>
        </w:rPr>
        <w:t>წინამდებარე</w:t>
      </w:r>
      <w:proofErr w:type="spellEnd"/>
      <w:r w:rsidRPr="000C596E">
        <w:rPr>
          <w:rFonts w:cstheme="majorHAnsi"/>
          <w:sz w:val="18"/>
          <w:szCs w:val="18"/>
        </w:rPr>
        <w:t xml:space="preserve"> </w:t>
      </w:r>
      <w:proofErr w:type="spellStart"/>
      <w:r w:rsidRPr="000C596E">
        <w:rPr>
          <w:rFonts w:ascii="Sylfaen" w:hAnsi="Sylfaen" w:cs="Sylfaen"/>
          <w:sz w:val="18"/>
          <w:szCs w:val="18"/>
        </w:rPr>
        <w:t>ხელშეკრულებით</w:t>
      </w:r>
      <w:proofErr w:type="spellEnd"/>
      <w:r w:rsidRPr="000C596E">
        <w:rPr>
          <w:rFonts w:cstheme="majorHAnsi"/>
          <w:sz w:val="18"/>
          <w:szCs w:val="18"/>
        </w:rPr>
        <w:t xml:space="preserve"> </w:t>
      </w:r>
      <w:proofErr w:type="spellStart"/>
      <w:r w:rsidRPr="000C596E">
        <w:rPr>
          <w:rFonts w:ascii="Sylfaen" w:hAnsi="Sylfaen" w:cs="Sylfaen"/>
          <w:sz w:val="18"/>
          <w:szCs w:val="18"/>
        </w:rPr>
        <w:t>განსაზღვრული</w:t>
      </w:r>
      <w:proofErr w:type="spellEnd"/>
      <w:r w:rsidRPr="000C596E">
        <w:rPr>
          <w:rFonts w:cstheme="majorHAnsi"/>
          <w:sz w:val="18"/>
          <w:szCs w:val="18"/>
        </w:rPr>
        <w:t xml:space="preserve"> </w:t>
      </w:r>
      <w:proofErr w:type="spellStart"/>
      <w:r w:rsidRPr="000C596E">
        <w:rPr>
          <w:rFonts w:ascii="Sylfaen" w:hAnsi="Sylfaen" w:cs="Sylfaen"/>
          <w:sz w:val="18"/>
          <w:szCs w:val="18"/>
        </w:rPr>
        <w:t>სამუშაოს</w:t>
      </w:r>
      <w:proofErr w:type="spellEnd"/>
      <w:r w:rsidRPr="000C596E">
        <w:rPr>
          <w:rFonts w:cstheme="majorHAnsi"/>
          <w:sz w:val="18"/>
          <w:szCs w:val="18"/>
        </w:rPr>
        <w:t xml:space="preserve"> </w:t>
      </w:r>
      <w:proofErr w:type="spellStart"/>
      <w:r w:rsidRPr="000C596E">
        <w:rPr>
          <w:rFonts w:ascii="Sylfaen" w:hAnsi="Sylfaen" w:cs="Sylfaen"/>
          <w:sz w:val="18"/>
          <w:szCs w:val="18"/>
        </w:rPr>
        <w:t>შესასრულებლად</w:t>
      </w:r>
      <w:proofErr w:type="spellEnd"/>
      <w:r w:rsidRPr="000C596E">
        <w:rPr>
          <w:rFonts w:cstheme="majorHAnsi"/>
          <w:sz w:val="18"/>
          <w:szCs w:val="18"/>
        </w:rPr>
        <w:t xml:space="preserve"> </w:t>
      </w:r>
      <w:proofErr w:type="spellStart"/>
      <w:r w:rsidRPr="000C596E">
        <w:rPr>
          <w:rFonts w:ascii="Sylfaen" w:hAnsi="Sylfaen" w:cs="Sylfaen"/>
          <w:sz w:val="18"/>
          <w:szCs w:val="18"/>
        </w:rPr>
        <w:t>და</w:t>
      </w:r>
      <w:proofErr w:type="spellEnd"/>
      <w:r w:rsidRPr="000C596E">
        <w:rPr>
          <w:rFonts w:cstheme="majorHAnsi"/>
          <w:sz w:val="18"/>
          <w:szCs w:val="18"/>
        </w:rPr>
        <w:t xml:space="preserve"> </w:t>
      </w:r>
      <w:proofErr w:type="spellStart"/>
      <w:r w:rsidRPr="000C596E">
        <w:rPr>
          <w:rFonts w:ascii="Sylfaen" w:hAnsi="Sylfaen" w:cs="Sylfaen"/>
          <w:sz w:val="18"/>
          <w:szCs w:val="18"/>
        </w:rPr>
        <w:t>რომელთა</w:t>
      </w:r>
      <w:proofErr w:type="spellEnd"/>
      <w:r w:rsidRPr="000C596E">
        <w:rPr>
          <w:rFonts w:cstheme="majorHAnsi"/>
          <w:sz w:val="18"/>
          <w:szCs w:val="18"/>
        </w:rPr>
        <w:t xml:space="preserve"> </w:t>
      </w:r>
      <w:proofErr w:type="spellStart"/>
      <w:r w:rsidRPr="000C596E">
        <w:rPr>
          <w:rFonts w:ascii="Sylfaen" w:hAnsi="Sylfaen" w:cs="Sylfaen"/>
          <w:sz w:val="18"/>
          <w:szCs w:val="18"/>
        </w:rPr>
        <w:t>გამოყენებაც</w:t>
      </w:r>
      <w:proofErr w:type="spellEnd"/>
      <w:r w:rsidRPr="000C596E">
        <w:rPr>
          <w:rFonts w:cstheme="majorHAnsi"/>
          <w:sz w:val="18"/>
          <w:szCs w:val="18"/>
        </w:rPr>
        <w:t xml:space="preserve"> </w:t>
      </w:r>
      <w:proofErr w:type="spellStart"/>
      <w:r w:rsidRPr="000C596E">
        <w:rPr>
          <w:rFonts w:ascii="Sylfaen" w:hAnsi="Sylfaen" w:cs="Sylfaen"/>
          <w:sz w:val="18"/>
          <w:szCs w:val="18"/>
        </w:rPr>
        <w:t>ხელშეკრულების</w:t>
      </w:r>
      <w:proofErr w:type="spellEnd"/>
      <w:r w:rsidRPr="000C596E">
        <w:rPr>
          <w:rFonts w:cstheme="majorHAnsi"/>
          <w:sz w:val="18"/>
          <w:szCs w:val="18"/>
        </w:rPr>
        <w:t xml:space="preserve"> </w:t>
      </w:r>
      <w:proofErr w:type="spellStart"/>
      <w:r w:rsidRPr="000C596E">
        <w:rPr>
          <w:rFonts w:ascii="Sylfaen" w:hAnsi="Sylfaen" w:cs="Sylfaen"/>
          <w:sz w:val="18"/>
          <w:szCs w:val="18"/>
        </w:rPr>
        <w:t>შეწყვეტის</w:t>
      </w:r>
      <w:proofErr w:type="spellEnd"/>
      <w:r w:rsidRPr="000C596E">
        <w:rPr>
          <w:rFonts w:cstheme="majorHAnsi"/>
          <w:sz w:val="18"/>
          <w:szCs w:val="18"/>
        </w:rPr>
        <w:t xml:space="preserve"> </w:t>
      </w:r>
      <w:proofErr w:type="spellStart"/>
      <w:r w:rsidRPr="000C596E">
        <w:rPr>
          <w:rFonts w:ascii="Sylfaen" w:hAnsi="Sylfaen" w:cs="Sylfaen"/>
          <w:sz w:val="18"/>
          <w:szCs w:val="18"/>
        </w:rPr>
        <w:t>მომენტისთვის</w:t>
      </w:r>
      <w:proofErr w:type="spellEnd"/>
      <w:r w:rsidRPr="000C596E">
        <w:rPr>
          <w:rFonts w:cstheme="majorHAnsi"/>
          <w:sz w:val="18"/>
          <w:szCs w:val="18"/>
        </w:rPr>
        <w:t xml:space="preserve"> </w:t>
      </w:r>
      <w:proofErr w:type="spellStart"/>
      <w:r w:rsidRPr="000C596E">
        <w:rPr>
          <w:rFonts w:ascii="Sylfaen" w:hAnsi="Sylfaen" w:cs="Sylfaen"/>
          <w:sz w:val="18"/>
          <w:szCs w:val="18"/>
        </w:rPr>
        <w:t>ჯერ</w:t>
      </w:r>
      <w:proofErr w:type="spellEnd"/>
      <w:r w:rsidRPr="000C596E">
        <w:rPr>
          <w:rFonts w:cstheme="majorHAnsi"/>
          <w:sz w:val="18"/>
          <w:szCs w:val="18"/>
        </w:rPr>
        <w:t xml:space="preserve"> </w:t>
      </w:r>
      <w:proofErr w:type="spellStart"/>
      <w:r w:rsidRPr="000C596E">
        <w:rPr>
          <w:rFonts w:ascii="Sylfaen" w:hAnsi="Sylfaen" w:cs="Sylfaen"/>
          <w:sz w:val="18"/>
          <w:szCs w:val="18"/>
        </w:rPr>
        <w:t>არ</w:t>
      </w:r>
      <w:proofErr w:type="spellEnd"/>
      <w:r w:rsidRPr="000C596E">
        <w:rPr>
          <w:rFonts w:cstheme="majorHAnsi"/>
          <w:sz w:val="18"/>
          <w:szCs w:val="18"/>
        </w:rPr>
        <w:t xml:space="preserve"> </w:t>
      </w:r>
      <w:proofErr w:type="spellStart"/>
      <w:r w:rsidRPr="000C596E">
        <w:rPr>
          <w:rFonts w:ascii="Sylfaen" w:hAnsi="Sylfaen" w:cs="Sylfaen"/>
          <w:sz w:val="18"/>
          <w:szCs w:val="18"/>
        </w:rPr>
        <w:t>მომხდარა</w:t>
      </w:r>
      <w:proofErr w:type="spellEnd"/>
      <w:r w:rsidRPr="000C596E">
        <w:rPr>
          <w:rFonts w:cstheme="majorHAnsi"/>
          <w:sz w:val="18"/>
          <w:szCs w:val="18"/>
        </w:rPr>
        <w:t xml:space="preserve"> </w:t>
      </w:r>
      <w:r w:rsidR="009939A6">
        <w:rPr>
          <w:rFonts w:ascii="Sylfaen" w:hAnsi="Sylfaen" w:cstheme="majorHAnsi"/>
          <w:sz w:val="18"/>
          <w:szCs w:val="18"/>
          <w:lang w:val="ka-GE"/>
        </w:rPr>
        <w:t>(</w:t>
      </w:r>
      <w:proofErr w:type="spellStart"/>
      <w:r w:rsidRPr="000C596E">
        <w:rPr>
          <w:rFonts w:ascii="Sylfaen" w:hAnsi="Sylfaen" w:cs="Sylfaen"/>
          <w:sz w:val="18"/>
          <w:szCs w:val="18"/>
        </w:rPr>
        <w:t>მენარდის</w:t>
      </w:r>
      <w:proofErr w:type="spellEnd"/>
      <w:r w:rsidRPr="000C596E">
        <w:rPr>
          <w:rFonts w:cstheme="majorHAnsi"/>
          <w:sz w:val="18"/>
          <w:szCs w:val="18"/>
        </w:rPr>
        <w:t xml:space="preserve"> </w:t>
      </w:r>
      <w:proofErr w:type="spellStart"/>
      <w:r w:rsidRPr="000C596E">
        <w:rPr>
          <w:rFonts w:ascii="Sylfaen" w:hAnsi="Sylfaen" w:cs="Sylfaen"/>
          <w:sz w:val="18"/>
          <w:szCs w:val="18"/>
        </w:rPr>
        <w:t>მიერ</w:t>
      </w:r>
      <w:proofErr w:type="spellEnd"/>
      <w:r w:rsidRPr="000C596E">
        <w:rPr>
          <w:rFonts w:cstheme="majorHAnsi"/>
          <w:sz w:val="18"/>
          <w:szCs w:val="18"/>
        </w:rPr>
        <w:t xml:space="preserve"> </w:t>
      </w:r>
      <w:proofErr w:type="spellStart"/>
      <w:r w:rsidRPr="000C596E">
        <w:rPr>
          <w:rFonts w:ascii="Sylfaen" w:hAnsi="Sylfaen" w:cs="Sylfaen"/>
          <w:sz w:val="18"/>
          <w:szCs w:val="18"/>
        </w:rPr>
        <w:t>დამკვეთისათვის</w:t>
      </w:r>
      <w:proofErr w:type="spellEnd"/>
      <w:r w:rsidRPr="000C596E">
        <w:rPr>
          <w:rFonts w:cstheme="majorHAnsi"/>
          <w:sz w:val="18"/>
          <w:szCs w:val="18"/>
        </w:rPr>
        <w:t xml:space="preserve">  </w:t>
      </w:r>
      <w:proofErr w:type="spellStart"/>
      <w:r w:rsidRPr="000C596E">
        <w:rPr>
          <w:rFonts w:ascii="Sylfaen" w:hAnsi="Sylfaen" w:cs="Sylfaen"/>
          <w:sz w:val="18"/>
          <w:szCs w:val="18"/>
        </w:rPr>
        <w:t>შესყიდული</w:t>
      </w:r>
      <w:proofErr w:type="spellEnd"/>
      <w:r w:rsidRPr="000C596E">
        <w:rPr>
          <w:rFonts w:cstheme="majorHAnsi"/>
          <w:sz w:val="18"/>
          <w:szCs w:val="18"/>
        </w:rPr>
        <w:t xml:space="preserve"> </w:t>
      </w:r>
      <w:proofErr w:type="spellStart"/>
      <w:r w:rsidRPr="000C596E">
        <w:rPr>
          <w:rFonts w:ascii="Sylfaen" w:hAnsi="Sylfaen" w:cs="Sylfaen"/>
          <w:sz w:val="18"/>
          <w:szCs w:val="18"/>
        </w:rPr>
        <w:t>ან</w:t>
      </w:r>
      <w:proofErr w:type="spellEnd"/>
      <w:r w:rsidRPr="000C596E">
        <w:rPr>
          <w:rFonts w:cstheme="majorHAnsi"/>
          <w:sz w:val="18"/>
          <w:szCs w:val="18"/>
        </w:rPr>
        <w:t>/</w:t>
      </w:r>
      <w:proofErr w:type="spellStart"/>
      <w:r w:rsidRPr="000C596E">
        <w:rPr>
          <w:rFonts w:ascii="Sylfaen" w:hAnsi="Sylfaen" w:cs="Sylfaen"/>
          <w:sz w:val="18"/>
          <w:szCs w:val="18"/>
        </w:rPr>
        <w:t>და</w:t>
      </w:r>
      <w:proofErr w:type="spellEnd"/>
      <w:r w:rsidRPr="000C596E">
        <w:rPr>
          <w:rFonts w:cstheme="majorHAnsi"/>
          <w:sz w:val="18"/>
          <w:szCs w:val="18"/>
        </w:rPr>
        <w:t xml:space="preserve"> </w:t>
      </w:r>
      <w:proofErr w:type="spellStart"/>
      <w:r w:rsidRPr="000C596E">
        <w:rPr>
          <w:rFonts w:ascii="Sylfaen" w:hAnsi="Sylfaen" w:cs="Sylfaen"/>
          <w:sz w:val="18"/>
          <w:szCs w:val="18"/>
        </w:rPr>
        <w:t>ავანსირებული</w:t>
      </w:r>
      <w:proofErr w:type="spellEnd"/>
      <w:r w:rsidRPr="000C596E">
        <w:rPr>
          <w:rFonts w:cstheme="majorHAnsi"/>
          <w:sz w:val="18"/>
          <w:szCs w:val="18"/>
        </w:rPr>
        <w:t xml:space="preserve"> </w:t>
      </w:r>
      <w:proofErr w:type="spellStart"/>
      <w:r w:rsidRPr="000C596E">
        <w:rPr>
          <w:rFonts w:ascii="Sylfaen" w:hAnsi="Sylfaen" w:cs="Sylfaen"/>
          <w:sz w:val="18"/>
          <w:szCs w:val="18"/>
        </w:rPr>
        <w:t>მასალების</w:t>
      </w:r>
      <w:proofErr w:type="spellEnd"/>
      <w:r w:rsidRPr="000C596E">
        <w:rPr>
          <w:rFonts w:cstheme="majorHAnsi"/>
          <w:sz w:val="18"/>
          <w:szCs w:val="18"/>
        </w:rPr>
        <w:t xml:space="preserve"> </w:t>
      </w:r>
      <w:proofErr w:type="spellStart"/>
      <w:r w:rsidRPr="000C596E">
        <w:rPr>
          <w:rFonts w:ascii="Sylfaen" w:hAnsi="Sylfaen" w:cs="Sylfaen"/>
          <w:sz w:val="18"/>
          <w:szCs w:val="18"/>
        </w:rPr>
        <w:t>შესყიდვის</w:t>
      </w:r>
      <w:proofErr w:type="spellEnd"/>
      <w:r w:rsidRPr="000C596E">
        <w:rPr>
          <w:rFonts w:cstheme="majorHAnsi"/>
          <w:sz w:val="18"/>
          <w:szCs w:val="18"/>
        </w:rPr>
        <w:t xml:space="preserve"> </w:t>
      </w:r>
      <w:proofErr w:type="spellStart"/>
      <w:r w:rsidRPr="000C596E">
        <w:rPr>
          <w:rFonts w:ascii="Sylfaen" w:hAnsi="Sylfaen" w:cs="Sylfaen"/>
          <w:sz w:val="18"/>
          <w:szCs w:val="18"/>
        </w:rPr>
        <w:t>დამადატურებელი</w:t>
      </w:r>
      <w:proofErr w:type="spellEnd"/>
      <w:r w:rsidRPr="000C596E">
        <w:rPr>
          <w:rFonts w:cstheme="majorHAnsi"/>
          <w:sz w:val="18"/>
          <w:szCs w:val="18"/>
        </w:rPr>
        <w:t xml:space="preserve"> </w:t>
      </w:r>
      <w:proofErr w:type="spellStart"/>
      <w:r w:rsidRPr="000C596E">
        <w:rPr>
          <w:rFonts w:ascii="Sylfaen" w:hAnsi="Sylfaen" w:cs="Sylfaen"/>
          <w:sz w:val="18"/>
          <w:szCs w:val="18"/>
        </w:rPr>
        <w:t>შესაბამისი</w:t>
      </w:r>
      <w:proofErr w:type="spellEnd"/>
      <w:r w:rsidRPr="000C596E">
        <w:rPr>
          <w:rFonts w:cstheme="majorHAnsi"/>
          <w:sz w:val="18"/>
          <w:szCs w:val="18"/>
        </w:rPr>
        <w:t xml:space="preserve"> </w:t>
      </w:r>
      <w:proofErr w:type="spellStart"/>
      <w:r w:rsidRPr="000C596E">
        <w:rPr>
          <w:rFonts w:ascii="Sylfaen" w:hAnsi="Sylfaen" w:cs="Sylfaen"/>
          <w:sz w:val="18"/>
          <w:szCs w:val="18"/>
        </w:rPr>
        <w:lastRenderedPageBreak/>
        <w:t>დოკუმენტ</w:t>
      </w:r>
      <w:proofErr w:type="spellEnd"/>
      <w:r w:rsidR="009939A6">
        <w:rPr>
          <w:rFonts w:ascii="Sylfaen" w:hAnsi="Sylfaen" w:cs="Sylfaen"/>
          <w:sz w:val="18"/>
          <w:szCs w:val="18"/>
          <w:lang w:val="ka-GE"/>
        </w:rPr>
        <w:t>(</w:t>
      </w:r>
      <w:proofErr w:type="spellStart"/>
      <w:r w:rsidRPr="000C596E">
        <w:rPr>
          <w:rFonts w:ascii="Sylfaen" w:hAnsi="Sylfaen" w:cs="Sylfaen"/>
          <w:sz w:val="18"/>
          <w:szCs w:val="18"/>
        </w:rPr>
        <w:t>ებ</w:t>
      </w:r>
      <w:proofErr w:type="spellEnd"/>
      <w:r w:rsidR="009939A6">
        <w:rPr>
          <w:rFonts w:ascii="Sylfaen" w:hAnsi="Sylfaen" w:cs="Sylfaen"/>
          <w:sz w:val="18"/>
          <w:szCs w:val="18"/>
          <w:lang w:val="ka-GE"/>
        </w:rPr>
        <w:t>)</w:t>
      </w:r>
      <w:proofErr w:type="spellStart"/>
      <w:r w:rsidRPr="000C596E">
        <w:rPr>
          <w:rFonts w:ascii="Sylfaen" w:hAnsi="Sylfaen" w:cs="Sylfaen"/>
          <w:sz w:val="18"/>
          <w:szCs w:val="18"/>
        </w:rPr>
        <w:t>ის</w:t>
      </w:r>
      <w:proofErr w:type="spellEnd"/>
      <w:r w:rsidRPr="000C596E">
        <w:rPr>
          <w:rFonts w:cstheme="majorHAnsi"/>
          <w:sz w:val="18"/>
          <w:szCs w:val="18"/>
        </w:rPr>
        <w:t xml:space="preserve"> </w:t>
      </w:r>
      <w:proofErr w:type="spellStart"/>
      <w:r w:rsidRPr="000C596E">
        <w:rPr>
          <w:rFonts w:ascii="Sylfaen" w:hAnsi="Sylfaen" w:cs="Sylfaen"/>
          <w:sz w:val="18"/>
          <w:szCs w:val="18"/>
        </w:rPr>
        <w:t>წარდგენის</w:t>
      </w:r>
      <w:proofErr w:type="spellEnd"/>
      <w:r w:rsidRPr="000C596E">
        <w:rPr>
          <w:rFonts w:cstheme="majorHAnsi"/>
          <w:sz w:val="18"/>
          <w:szCs w:val="18"/>
        </w:rPr>
        <w:t xml:space="preserve"> </w:t>
      </w:r>
      <w:proofErr w:type="spellStart"/>
      <w:r w:rsidRPr="000C596E">
        <w:rPr>
          <w:rFonts w:ascii="Sylfaen" w:hAnsi="Sylfaen" w:cs="Sylfaen"/>
          <w:sz w:val="18"/>
          <w:szCs w:val="18"/>
        </w:rPr>
        <w:t>საფუძველზე</w:t>
      </w:r>
      <w:proofErr w:type="spellEnd"/>
      <w:r w:rsidR="009939A6">
        <w:rPr>
          <w:rFonts w:ascii="Sylfaen" w:hAnsi="Sylfaen" w:cs="Sylfaen"/>
          <w:sz w:val="18"/>
          <w:szCs w:val="18"/>
          <w:lang w:val="ka-GE"/>
        </w:rPr>
        <w:t>)</w:t>
      </w:r>
      <w:r w:rsidRPr="000C596E">
        <w:rPr>
          <w:rFonts w:cstheme="majorHAnsi"/>
          <w:sz w:val="18"/>
          <w:szCs w:val="18"/>
        </w:rPr>
        <w:t xml:space="preserve">. </w:t>
      </w:r>
      <w:proofErr w:type="spellStart"/>
      <w:r w:rsidRPr="000C596E">
        <w:rPr>
          <w:rFonts w:ascii="Sylfaen" w:hAnsi="Sylfaen" w:cs="Sylfaen"/>
          <w:sz w:val="18"/>
          <w:szCs w:val="18"/>
        </w:rPr>
        <w:t>დამკვეთის</w:t>
      </w:r>
      <w:proofErr w:type="spellEnd"/>
      <w:r w:rsidRPr="000C596E">
        <w:rPr>
          <w:rFonts w:cstheme="majorHAnsi"/>
          <w:sz w:val="18"/>
          <w:szCs w:val="18"/>
        </w:rPr>
        <w:t xml:space="preserve"> </w:t>
      </w:r>
      <w:proofErr w:type="spellStart"/>
      <w:r w:rsidRPr="000C596E">
        <w:rPr>
          <w:rFonts w:ascii="Sylfaen" w:hAnsi="Sylfaen" w:cs="Sylfaen"/>
          <w:sz w:val="18"/>
          <w:szCs w:val="18"/>
        </w:rPr>
        <w:t>მიერ</w:t>
      </w:r>
      <w:proofErr w:type="spellEnd"/>
      <w:r w:rsidRPr="000C596E">
        <w:rPr>
          <w:rFonts w:cstheme="majorHAnsi"/>
          <w:sz w:val="18"/>
          <w:szCs w:val="18"/>
        </w:rPr>
        <w:t xml:space="preserve"> </w:t>
      </w:r>
      <w:proofErr w:type="spellStart"/>
      <w:r w:rsidRPr="000C596E">
        <w:rPr>
          <w:rFonts w:ascii="Sylfaen" w:hAnsi="Sylfaen" w:cs="Sylfaen"/>
          <w:sz w:val="18"/>
          <w:szCs w:val="18"/>
        </w:rPr>
        <w:t>ასეთი</w:t>
      </w:r>
      <w:proofErr w:type="spellEnd"/>
      <w:r w:rsidRPr="000C596E">
        <w:rPr>
          <w:rFonts w:cstheme="majorHAnsi"/>
          <w:sz w:val="18"/>
          <w:szCs w:val="18"/>
        </w:rPr>
        <w:t xml:space="preserve"> </w:t>
      </w:r>
      <w:proofErr w:type="spellStart"/>
      <w:r w:rsidRPr="000C596E">
        <w:rPr>
          <w:rFonts w:ascii="Sylfaen" w:hAnsi="Sylfaen" w:cs="Sylfaen"/>
          <w:sz w:val="18"/>
          <w:szCs w:val="18"/>
        </w:rPr>
        <w:t>ანაზღაურება</w:t>
      </w:r>
      <w:proofErr w:type="spellEnd"/>
      <w:r w:rsidRPr="000C596E">
        <w:rPr>
          <w:rFonts w:cstheme="majorHAnsi"/>
          <w:sz w:val="18"/>
          <w:szCs w:val="18"/>
        </w:rPr>
        <w:t xml:space="preserve"> </w:t>
      </w:r>
      <w:proofErr w:type="spellStart"/>
      <w:r w:rsidRPr="000C596E">
        <w:rPr>
          <w:rFonts w:ascii="Sylfaen" w:hAnsi="Sylfaen" w:cs="Sylfaen"/>
          <w:sz w:val="18"/>
          <w:szCs w:val="18"/>
        </w:rPr>
        <w:t>უნდა</w:t>
      </w:r>
      <w:proofErr w:type="spellEnd"/>
      <w:r w:rsidRPr="000C596E">
        <w:rPr>
          <w:rFonts w:cstheme="majorHAnsi"/>
          <w:sz w:val="18"/>
          <w:szCs w:val="18"/>
        </w:rPr>
        <w:t xml:space="preserve"> </w:t>
      </w:r>
      <w:proofErr w:type="spellStart"/>
      <w:r w:rsidRPr="000C596E">
        <w:rPr>
          <w:rFonts w:ascii="Sylfaen" w:hAnsi="Sylfaen" w:cs="Sylfaen"/>
          <w:sz w:val="18"/>
          <w:szCs w:val="18"/>
        </w:rPr>
        <w:t>განხორციელდეს</w:t>
      </w:r>
      <w:proofErr w:type="spellEnd"/>
      <w:r w:rsidRPr="000C596E">
        <w:rPr>
          <w:rFonts w:cstheme="majorHAnsi"/>
          <w:sz w:val="18"/>
          <w:szCs w:val="18"/>
        </w:rPr>
        <w:t xml:space="preserve"> </w:t>
      </w:r>
      <w:proofErr w:type="spellStart"/>
      <w:r w:rsidRPr="000C596E">
        <w:rPr>
          <w:rFonts w:ascii="Sylfaen" w:hAnsi="Sylfaen" w:cs="Sylfaen"/>
          <w:sz w:val="18"/>
          <w:szCs w:val="18"/>
        </w:rPr>
        <w:t>ხელშეკრულების</w:t>
      </w:r>
      <w:proofErr w:type="spellEnd"/>
      <w:r w:rsidRPr="000C596E">
        <w:rPr>
          <w:rFonts w:cstheme="majorHAnsi"/>
          <w:sz w:val="18"/>
          <w:szCs w:val="18"/>
        </w:rPr>
        <w:t xml:space="preserve"> </w:t>
      </w:r>
      <w:proofErr w:type="spellStart"/>
      <w:r w:rsidRPr="000C596E">
        <w:rPr>
          <w:rFonts w:ascii="Sylfaen" w:hAnsi="Sylfaen" w:cs="Sylfaen"/>
          <w:sz w:val="18"/>
          <w:szCs w:val="18"/>
        </w:rPr>
        <w:t>შეწყვეტიდან</w:t>
      </w:r>
      <w:proofErr w:type="spellEnd"/>
      <w:r w:rsidRPr="000C596E">
        <w:rPr>
          <w:rFonts w:cstheme="majorHAnsi"/>
          <w:sz w:val="18"/>
          <w:szCs w:val="18"/>
        </w:rPr>
        <w:t xml:space="preserve"> - 20 </w:t>
      </w:r>
      <w:r w:rsidR="009939A6">
        <w:rPr>
          <w:rFonts w:ascii="Sylfaen" w:hAnsi="Sylfaen" w:cstheme="majorHAnsi"/>
          <w:sz w:val="18"/>
          <w:szCs w:val="18"/>
          <w:lang w:val="ka-GE"/>
        </w:rPr>
        <w:t>(</w:t>
      </w:r>
      <w:proofErr w:type="spellStart"/>
      <w:r w:rsidRPr="000C596E">
        <w:rPr>
          <w:rFonts w:ascii="Sylfaen" w:hAnsi="Sylfaen" w:cs="Sylfaen"/>
          <w:sz w:val="18"/>
          <w:szCs w:val="18"/>
        </w:rPr>
        <w:t>ოცი</w:t>
      </w:r>
      <w:proofErr w:type="spellEnd"/>
      <w:r w:rsidR="009939A6">
        <w:rPr>
          <w:rFonts w:ascii="Sylfaen" w:hAnsi="Sylfaen" w:cs="Sylfaen"/>
          <w:sz w:val="18"/>
          <w:szCs w:val="18"/>
          <w:lang w:val="ka-GE"/>
        </w:rPr>
        <w:t xml:space="preserve">) </w:t>
      </w:r>
      <w:proofErr w:type="spellStart"/>
      <w:r w:rsidRPr="000C596E">
        <w:rPr>
          <w:rFonts w:ascii="Sylfaen" w:hAnsi="Sylfaen" w:cs="Sylfaen"/>
          <w:sz w:val="18"/>
          <w:szCs w:val="18"/>
        </w:rPr>
        <w:t>სამუშაო</w:t>
      </w:r>
      <w:proofErr w:type="spellEnd"/>
      <w:r w:rsidRPr="000C596E">
        <w:rPr>
          <w:rFonts w:cstheme="majorHAnsi"/>
          <w:sz w:val="18"/>
          <w:szCs w:val="18"/>
        </w:rPr>
        <w:t xml:space="preserve"> </w:t>
      </w:r>
      <w:proofErr w:type="spellStart"/>
      <w:r w:rsidRPr="000C596E">
        <w:rPr>
          <w:rFonts w:ascii="Sylfaen" w:hAnsi="Sylfaen" w:cs="Sylfaen"/>
          <w:sz w:val="18"/>
          <w:szCs w:val="18"/>
        </w:rPr>
        <w:t>დღის</w:t>
      </w:r>
      <w:proofErr w:type="spellEnd"/>
      <w:r w:rsidRPr="000C596E">
        <w:rPr>
          <w:rFonts w:cstheme="majorHAnsi"/>
          <w:sz w:val="18"/>
          <w:szCs w:val="18"/>
        </w:rPr>
        <w:t xml:space="preserve"> </w:t>
      </w:r>
      <w:proofErr w:type="spellStart"/>
      <w:r w:rsidRPr="000C596E">
        <w:rPr>
          <w:rFonts w:ascii="Sylfaen" w:hAnsi="Sylfaen" w:cs="Sylfaen"/>
          <w:sz w:val="18"/>
          <w:szCs w:val="18"/>
        </w:rPr>
        <w:t>ვადაში</w:t>
      </w:r>
      <w:proofErr w:type="spellEnd"/>
      <w:r w:rsidRPr="000C596E">
        <w:rPr>
          <w:rFonts w:cstheme="majorHAnsi"/>
          <w:sz w:val="18"/>
          <w:szCs w:val="18"/>
        </w:rPr>
        <w:t xml:space="preserve">, </w:t>
      </w:r>
      <w:proofErr w:type="spellStart"/>
      <w:r w:rsidRPr="000C596E">
        <w:rPr>
          <w:rFonts w:ascii="Sylfaen" w:hAnsi="Sylfaen" w:cs="Sylfaen"/>
          <w:sz w:val="18"/>
          <w:szCs w:val="18"/>
        </w:rPr>
        <w:t>იმ</w:t>
      </w:r>
      <w:proofErr w:type="spellEnd"/>
      <w:r w:rsidRPr="000C596E">
        <w:rPr>
          <w:rFonts w:cstheme="majorHAnsi"/>
          <w:sz w:val="18"/>
          <w:szCs w:val="18"/>
        </w:rPr>
        <w:t xml:space="preserve"> </w:t>
      </w:r>
      <w:proofErr w:type="spellStart"/>
      <w:r w:rsidRPr="000C596E">
        <w:rPr>
          <w:rFonts w:ascii="Sylfaen" w:hAnsi="Sylfaen" w:cs="Sylfaen"/>
          <w:sz w:val="18"/>
          <w:szCs w:val="18"/>
        </w:rPr>
        <w:t>პირობით</w:t>
      </w:r>
      <w:proofErr w:type="spellEnd"/>
      <w:r w:rsidRPr="000C596E">
        <w:rPr>
          <w:rFonts w:cstheme="majorHAnsi"/>
          <w:sz w:val="18"/>
          <w:szCs w:val="18"/>
        </w:rPr>
        <w:t xml:space="preserve"> </w:t>
      </w:r>
      <w:proofErr w:type="spellStart"/>
      <w:r w:rsidRPr="000C596E">
        <w:rPr>
          <w:rFonts w:ascii="Sylfaen" w:hAnsi="Sylfaen" w:cs="Sylfaen"/>
          <w:sz w:val="18"/>
          <w:szCs w:val="18"/>
        </w:rPr>
        <w:t>რომ</w:t>
      </w:r>
      <w:proofErr w:type="spellEnd"/>
      <w:r w:rsidRPr="000C596E">
        <w:rPr>
          <w:rFonts w:cstheme="majorHAnsi"/>
          <w:sz w:val="18"/>
          <w:szCs w:val="18"/>
        </w:rPr>
        <w:t xml:space="preserve"> </w:t>
      </w:r>
      <w:r w:rsidR="009939A6">
        <w:rPr>
          <w:rFonts w:ascii="Sylfaen" w:hAnsi="Sylfaen" w:cs="Sylfaen"/>
          <w:sz w:val="18"/>
          <w:szCs w:val="18"/>
          <w:lang w:val="ka-GE"/>
        </w:rPr>
        <w:t xml:space="preserve">მენარდეს </w:t>
      </w:r>
      <w:proofErr w:type="spellStart"/>
      <w:r w:rsidRPr="000C596E">
        <w:rPr>
          <w:rFonts w:ascii="Sylfaen" w:hAnsi="Sylfaen" w:cs="Sylfaen"/>
          <w:sz w:val="18"/>
          <w:szCs w:val="18"/>
        </w:rPr>
        <w:t>დამკვეთისათვის</w:t>
      </w:r>
      <w:proofErr w:type="spellEnd"/>
      <w:r w:rsidRPr="000C596E">
        <w:rPr>
          <w:rFonts w:cstheme="majorHAnsi"/>
          <w:sz w:val="18"/>
          <w:szCs w:val="18"/>
        </w:rPr>
        <w:t xml:space="preserve"> </w:t>
      </w:r>
      <w:proofErr w:type="spellStart"/>
      <w:r w:rsidRPr="000C596E">
        <w:rPr>
          <w:rFonts w:ascii="Sylfaen" w:hAnsi="Sylfaen" w:cs="Sylfaen"/>
          <w:sz w:val="18"/>
          <w:szCs w:val="18"/>
        </w:rPr>
        <w:t>გადახდილი</w:t>
      </w:r>
      <w:proofErr w:type="spellEnd"/>
      <w:r w:rsidRPr="000C596E">
        <w:rPr>
          <w:rFonts w:cstheme="majorHAnsi"/>
          <w:sz w:val="18"/>
          <w:szCs w:val="18"/>
        </w:rPr>
        <w:t xml:space="preserve"> </w:t>
      </w:r>
      <w:proofErr w:type="spellStart"/>
      <w:r w:rsidRPr="000C596E">
        <w:rPr>
          <w:rFonts w:ascii="Sylfaen" w:hAnsi="Sylfaen" w:cs="Sylfaen"/>
          <w:sz w:val="18"/>
          <w:szCs w:val="18"/>
        </w:rPr>
        <w:t>ექნება</w:t>
      </w:r>
      <w:proofErr w:type="spellEnd"/>
      <w:r w:rsidRPr="000C596E">
        <w:rPr>
          <w:rFonts w:cstheme="majorHAnsi"/>
          <w:sz w:val="18"/>
          <w:szCs w:val="18"/>
        </w:rPr>
        <w:t xml:space="preserve"> </w:t>
      </w:r>
      <w:proofErr w:type="spellStart"/>
      <w:r w:rsidRPr="000C596E">
        <w:rPr>
          <w:rFonts w:ascii="Sylfaen" w:hAnsi="Sylfaen" w:cs="Sylfaen"/>
          <w:sz w:val="18"/>
          <w:szCs w:val="18"/>
        </w:rPr>
        <w:t>ამ</w:t>
      </w:r>
      <w:proofErr w:type="spellEnd"/>
      <w:r w:rsidRPr="000C596E">
        <w:rPr>
          <w:rFonts w:cstheme="majorHAnsi"/>
          <w:sz w:val="18"/>
          <w:szCs w:val="18"/>
        </w:rPr>
        <w:t xml:space="preserve"> </w:t>
      </w:r>
      <w:proofErr w:type="spellStart"/>
      <w:r w:rsidRPr="000C596E">
        <w:rPr>
          <w:rFonts w:ascii="Sylfaen" w:hAnsi="Sylfaen" w:cs="Sylfaen"/>
          <w:sz w:val="18"/>
          <w:szCs w:val="18"/>
        </w:rPr>
        <w:t>მუხლით</w:t>
      </w:r>
      <w:proofErr w:type="spellEnd"/>
      <w:r w:rsidRPr="000C596E">
        <w:rPr>
          <w:rFonts w:cstheme="majorHAnsi"/>
          <w:sz w:val="18"/>
          <w:szCs w:val="18"/>
        </w:rPr>
        <w:t xml:space="preserve"> </w:t>
      </w:r>
      <w:r w:rsidR="009939A6">
        <w:rPr>
          <w:rFonts w:ascii="Sylfaen" w:hAnsi="Sylfaen" w:cstheme="majorHAnsi"/>
          <w:sz w:val="18"/>
          <w:szCs w:val="18"/>
          <w:lang w:val="ka-GE"/>
        </w:rPr>
        <w:t>(</w:t>
      </w:r>
      <w:r w:rsidR="00D94046">
        <w:rPr>
          <w:rFonts w:ascii="Sylfaen" w:hAnsi="Sylfaen" w:cstheme="majorHAnsi"/>
          <w:sz w:val="18"/>
          <w:szCs w:val="18"/>
          <w:lang w:val="ka-GE"/>
        </w:rPr>
        <w:t>9</w:t>
      </w:r>
      <w:r w:rsidRPr="000C596E">
        <w:rPr>
          <w:rFonts w:cstheme="majorHAnsi"/>
          <w:sz w:val="18"/>
          <w:szCs w:val="18"/>
        </w:rPr>
        <w:t>.10</w:t>
      </w:r>
      <w:r w:rsidR="009939A6">
        <w:rPr>
          <w:rFonts w:ascii="Sylfaen" w:hAnsi="Sylfaen" w:cstheme="majorHAnsi"/>
          <w:sz w:val="18"/>
          <w:szCs w:val="18"/>
          <w:lang w:val="ka-GE"/>
        </w:rPr>
        <w:t xml:space="preserve">) </w:t>
      </w:r>
      <w:proofErr w:type="spellStart"/>
      <w:r w:rsidRPr="000C596E">
        <w:rPr>
          <w:rFonts w:ascii="Sylfaen" w:hAnsi="Sylfaen" w:cs="Sylfaen"/>
          <w:sz w:val="18"/>
          <w:szCs w:val="18"/>
        </w:rPr>
        <w:t>გათვალისწინებული</w:t>
      </w:r>
      <w:proofErr w:type="spellEnd"/>
      <w:r w:rsidRPr="000C596E">
        <w:rPr>
          <w:rFonts w:cstheme="majorHAnsi"/>
          <w:sz w:val="18"/>
          <w:szCs w:val="18"/>
        </w:rPr>
        <w:t xml:space="preserve"> </w:t>
      </w:r>
      <w:proofErr w:type="spellStart"/>
      <w:r w:rsidRPr="000C596E">
        <w:rPr>
          <w:rFonts w:ascii="Sylfaen" w:hAnsi="Sylfaen" w:cs="Sylfaen"/>
          <w:sz w:val="18"/>
          <w:szCs w:val="18"/>
        </w:rPr>
        <w:t>ჯარიმა</w:t>
      </w:r>
      <w:proofErr w:type="spellEnd"/>
      <w:r w:rsidRPr="000C596E">
        <w:rPr>
          <w:rFonts w:cstheme="majorHAnsi"/>
          <w:sz w:val="18"/>
          <w:szCs w:val="18"/>
        </w:rPr>
        <w:t xml:space="preserve">. </w:t>
      </w:r>
      <w:proofErr w:type="spellStart"/>
      <w:r w:rsidRPr="000C596E">
        <w:rPr>
          <w:rFonts w:ascii="Sylfaen" w:hAnsi="Sylfaen" w:cs="Sylfaen"/>
          <w:sz w:val="18"/>
          <w:szCs w:val="18"/>
        </w:rPr>
        <w:t>დამკვეთის</w:t>
      </w:r>
      <w:proofErr w:type="spellEnd"/>
      <w:r w:rsidRPr="000C596E">
        <w:rPr>
          <w:rFonts w:cstheme="majorHAnsi"/>
          <w:sz w:val="18"/>
          <w:szCs w:val="18"/>
        </w:rPr>
        <w:t xml:space="preserve"> </w:t>
      </w:r>
      <w:proofErr w:type="spellStart"/>
      <w:r w:rsidRPr="000C596E">
        <w:rPr>
          <w:rFonts w:ascii="Sylfaen" w:hAnsi="Sylfaen" w:cs="Sylfaen"/>
          <w:sz w:val="18"/>
          <w:szCs w:val="18"/>
        </w:rPr>
        <w:t>მიერ</w:t>
      </w:r>
      <w:proofErr w:type="spellEnd"/>
      <w:r w:rsidRPr="000C596E">
        <w:rPr>
          <w:rFonts w:cstheme="majorHAnsi"/>
          <w:sz w:val="18"/>
          <w:szCs w:val="18"/>
        </w:rPr>
        <w:t xml:space="preserve"> </w:t>
      </w:r>
      <w:proofErr w:type="spellStart"/>
      <w:r w:rsidRPr="000C596E">
        <w:rPr>
          <w:rFonts w:ascii="Sylfaen" w:hAnsi="Sylfaen" w:cs="Sylfaen"/>
          <w:sz w:val="18"/>
          <w:szCs w:val="18"/>
        </w:rPr>
        <w:t>ანაზღაურებული</w:t>
      </w:r>
      <w:proofErr w:type="spellEnd"/>
      <w:r w:rsidRPr="000C596E">
        <w:rPr>
          <w:rFonts w:cstheme="majorHAnsi"/>
          <w:sz w:val="18"/>
          <w:szCs w:val="18"/>
        </w:rPr>
        <w:t xml:space="preserve"> </w:t>
      </w:r>
      <w:proofErr w:type="spellStart"/>
      <w:r w:rsidRPr="000C596E">
        <w:rPr>
          <w:rFonts w:ascii="Sylfaen" w:hAnsi="Sylfaen" w:cs="Sylfaen"/>
          <w:sz w:val="18"/>
          <w:szCs w:val="18"/>
        </w:rPr>
        <w:t>მენარდის</w:t>
      </w:r>
      <w:proofErr w:type="spellEnd"/>
      <w:r w:rsidRPr="000C596E">
        <w:rPr>
          <w:rFonts w:cstheme="majorHAnsi"/>
          <w:sz w:val="18"/>
          <w:szCs w:val="18"/>
        </w:rPr>
        <w:t xml:space="preserve"> </w:t>
      </w:r>
      <w:proofErr w:type="spellStart"/>
      <w:r w:rsidRPr="000C596E">
        <w:rPr>
          <w:rFonts w:ascii="Sylfaen" w:hAnsi="Sylfaen" w:cs="Sylfaen"/>
          <w:sz w:val="18"/>
          <w:szCs w:val="18"/>
        </w:rPr>
        <w:t>მიერ</w:t>
      </w:r>
      <w:proofErr w:type="spellEnd"/>
      <w:r w:rsidRPr="000C596E">
        <w:rPr>
          <w:rFonts w:cstheme="majorHAnsi"/>
          <w:sz w:val="18"/>
          <w:szCs w:val="18"/>
        </w:rPr>
        <w:t xml:space="preserve"> </w:t>
      </w:r>
      <w:proofErr w:type="spellStart"/>
      <w:r w:rsidRPr="000C596E">
        <w:rPr>
          <w:rFonts w:ascii="Sylfaen" w:hAnsi="Sylfaen" w:cs="Sylfaen"/>
          <w:sz w:val="18"/>
          <w:szCs w:val="18"/>
        </w:rPr>
        <w:t>სამუშაოს</w:t>
      </w:r>
      <w:proofErr w:type="spellEnd"/>
      <w:r w:rsidRPr="000C596E">
        <w:rPr>
          <w:rFonts w:cstheme="majorHAnsi"/>
          <w:sz w:val="18"/>
          <w:szCs w:val="18"/>
        </w:rPr>
        <w:t xml:space="preserve"> </w:t>
      </w:r>
      <w:proofErr w:type="spellStart"/>
      <w:r w:rsidRPr="000C596E">
        <w:rPr>
          <w:rFonts w:ascii="Sylfaen" w:hAnsi="Sylfaen" w:cs="Sylfaen"/>
          <w:sz w:val="18"/>
          <w:szCs w:val="18"/>
        </w:rPr>
        <w:t>შესრულებისათვის</w:t>
      </w:r>
      <w:proofErr w:type="spellEnd"/>
      <w:r w:rsidR="009939A6">
        <w:rPr>
          <w:rFonts w:ascii="Sylfaen" w:hAnsi="Sylfaen" w:cs="Sylfaen"/>
          <w:sz w:val="18"/>
          <w:szCs w:val="18"/>
          <w:lang w:val="ka-GE"/>
        </w:rPr>
        <w:t xml:space="preserve"> </w:t>
      </w:r>
      <w:proofErr w:type="spellStart"/>
      <w:r w:rsidRPr="000C596E">
        <w:rPr>
          <w:rFonts w:ascii="Sylfaen" w:hAnsi="Sylfaen" w:cs="Sylfaen"/>
          <w:sz w:val="18"/>
          <w:szCs w:val="18"/>
        </w:rPr>
        <w:t>შესყიდული</w:t>
      </w:r>
      <w:proofErr w:type="spellEnd"/>
      <w:r w:rsidRPr="000C596E">
        <w:rPr>
          <w:rFonts w:cstheme="majorHAnsi"/>
          <w:sz w:val="18"/>
          <w:szCs w:val="18"/>
        </w:rPr>
        <w:t xml:space="preserve"> </w:t>
      </w:r>
      <w:proofErr w:type="spellStart"/>
      <w:r w:rsidRPr="000C596E">
        <w:rPr>
          <w:rFonts w:ascii="Sylfaen" w:hAnsi="Sylfaen" w:cs="Sylfaen"/>
          <w:sz w:val="18"/>
          <w:szCs w:val="18"/>
        </w:rPr>
        <w:t>ან</w:t>
      </w:r>
      <w:proofErr w:type="spellEnd"/>
      <w:r w:rsidRPr="000C596E">
        <w:rPr>
          <w:rFonts w:cstheme="majorHAnsi"/>
          <w:sz w:val="18"/>
          <w:szCs w:val="18"/>
        </w:rPr>
        <w:t>/</w:t>
      </w:r>
      <w:proofErr w:type="spellStart"/>
      <w:r w:rsidRPr="000C596E">
        <w:rPr>
          <w:rFonts w:ascii="Sylfaen" w:hAnsi="Sylfaen" w:cs="Sylfaen"/>
          <w:sz w:val="18"/>
          <w:szCs w:val="18"/>
        </w:rPr>
        <w:t>და</w:t>
      </w:r>
      <w:proofErr w:type="spellEnd"/>
      <w:r w:rsidRPr="000C596E">
        <w:rPr>
          <w:rFonts w:cstheme="majorHAnsi"/>
          <w:sz w:val="18"/>
          <w:szCs w:val="18"/>
        </w:rPr>
        <w:t xml:space="preserve"> </w:t>
      </w:r>
      <w:proofErr w:type="spellStart"/>
      <w:r w:rsidRPr="000C596E">
        <w:rPr>
          <w:rFonts w:ascii="Sylfaen" w:hAnsi="Sylfaen" w:cs="Sylfaen"/>
          <w:sz w:val="18"/>
          <w:szCs w:val="18"/>
        </w:rPr>
        <w:t>ავანსირებული</w:t>
      </w:r>
      <w:proofErr w:type="spellEnd"/>
      <w:r w:rsidRPr="000C596E">
        <w:rPr>
          <w:rFonts w:cstheme="majorHAnsi"/>
          <w:sz w:val="18"/>
          <w:szCs w:val="18"/>
        </w:rPr>
        <w:t xml:space="preserve"> </w:t>
      </w:r>
      <w:proofErr w:type="spellStart"/>
      <w:r w:rsidRPr="000C596E">
        <w:rPr>
          <w:rFonts w:ascii="Sylfaen" w:hAnsi="Sylfaen" w:cs="Sylfaen"/>
          <w:sz w:val="18"/>
          <w:szCs w:val="18"/>
        </w:rPr>
        <w:t>მასალები</w:t>
      </w:r>
      <w:proofErr w:type="spellEnd"/>
      <w:r w:rsidRPr="000C596E">
        <w:rPr>
          <w:rFonts w:cstheme="majorHAnsi"/>
          <w:sz w:val="18"/>
          <w:szCs w:val="18"/>
        </w:rPr>
        <w:t xml:space="preserve"> </w:t>
      </w:r>
      <w:proofErr w:type="spellStart"/>
      <w:r w:rsidRPr="000C596E">
        <w:rPr>
          <w:rFonts w:ascii="Sylfaen" w:hAnsi="Sylfaen" w:cs="Sylfaen"/>
          <w:sz w:val="18"/>
          <w:szCs w:val="18"/>
        </w:rPr>
        <w:t>გადაეცემა</w:t>
      </w:r>
      <w:proofErr w:type="spellEnd"/>
      <w:r w:rsidRPr="000C596E">
        <w:rPr>
          <w:rFonts w:cstheme="majorHAnsi"/>
          <w:sz w:val="18"/>
          <w:szCs w:val="18"/>
        </w:rPr>
        <w:t xml:space="preserve"> </w:t>
      </w:r>
      <w:proofErr w:type="spellStart"/>
      <w:r w:rsidRPr="000C596E">
        <w:rPr>
          <w:rFonts w:ascii="Sylfaen" w:hAnsi="Sylfaen" w:cs="Sylfaen"/>
          <w:sz w:val="18"/>
          <w:szCs w:val="18"/>
        </w:rPr>
        <w:t>დამკვეთს</w:t>
      </w:r>
      <w:proofErr w:type="spellEnd"/>
      <w:r w:rsidRPr="000C596E">
        <w:rPr>
          <w:rFonts w:cstheme="majorHAnsi"/>
          <w:sz w:val="18"/>
          <w:szCs w:val="18"/>
        </w:rPr>
        <w:t xml:space="preserve"> </w:t>
      </w:r>
      <w:proofErr w:type="spellStart"/>
      <w:r w:rsidRPr="000C596E">
        <w:rPr>
          <w:rFonts w:ascii="Sylfaen" w:hAnsi="Sylfaen" w:cs="Sylfaen"/>
          <w:sz w:val="18"/>
          <w:szCs w:val="18"/>
        </w:rPr>
        <w:t>და</w:t>
      </w:r>
      <w:proofErr w:type="spellEnd"/>
      <w:r w:rsidRPr="000C596E">
        <w:rPr>
          <w:rFonts w:cstheme="majorHAnsi"/>
          <w:sz w:val="18"/>
          <w:szCs w:val="18"/>
        </w:rPr>
        <w:t xml:space="preserve"> </w:t>
      </w:r>
      <w:proofErr w:type="spellStart"/>
      <w:r w:rsidRPr="000C596E">
        <w:rPr>
          <w:rFonts w:ascii="Sylfaen" w:hAnsi="Sylfaen" w:cs="Sylfaen"/>
          <w:sz w:val="18"/>
          <w:szCs w:val="18"/>
        </w:rPr>
        <w:t>მათზე</w:t>
      </w:r>
      <w:proofErr w:type="spellEnd"/>
      <w:r w:rsidRPr="000C596E">
        <w:rPr>
          <w:rFonts w:cstheme="majorHAnsi"/>
          <w:sz w:val="18"/>
          <w:szCs w:val="18"/>
        </w:rPr>
        <w:t xml:space="preserve"> </w:t>
      </w:r>
      <w:proofErr w:type="spellStart"/>
      <w:r w:rsidRPr="000C596E">
        <w:rPr>
          <w:rFonts w:ascii="Sylfaen" w:hAnsi="Sylfaen" w:cs="Sylfaen"/>
          <w:sz w:val="18"/>
          <w:szCs w:val="18"/>
        </w:rPr>
        <w:t>წარმოიშობა</w:t>
      </w:r>
      <w:proofErr w:type="spellEnd"/>
      <w:r w:rsidRPr="000C596E">
        <w:rPr>
          <w:rFonts w:cstheme="majorHAnsi"/>
          <w:sz w:val="18"/>
          <w:szCs w:val="18"/>
        </w:rPr>
        <w:t xml:space="preserve"> </w:t>
      </w:r>
      <w:proofErr w:type="spellStart"/>
      <w:r w:rsidRPr="000C596E">
        <w:rPr>
          <w:rFonts w:ascii="Sylfaen" w:hAnsi="Sylfaen" w:cs="Sylfaen"/>
          <w:sz w:val="18"/>
          <w:szCs w:val="18"/>
        </w:rPr>
        <w:t>დამკვეთის</w:t>
      </w:r>
      <w:proofErr w:type="spellEnd"/>
      <w:r w:rsidRPr="000C596E">
        <w:rPr>
          <w:rFonts w:cstheme="majorHAnsi"/>
          <w:sz w:val="18"/>
          <w:szCs w:val="18"/>
        </w:rPr>
        <w:t xml:space="preserve"> </w:t>
      </w:r>
      <w:proofErr w:type="spellStart"/>
      <w:r w:rsidRPr="000C596E">
        <w:rPr>
          <w:rFonts w:ascii="Sylfaen" w:hAnsi="Sylfaen" w:cs="Sylfaen"/>
          <w:sz w:val="18"/>
          <w:szCs w:val="18"/>
        </w:rPr>
        <w:t>საკუთრების</w:t>
      </w:r>
      <w:proofErr w:type="spellEnd"/>
      <w:r w:rsidRPr="000C596E">
        <w:rPr>
          <w:rFonts w:cstheme="majorHAnsi"/>
          <w:sz w:val="18"/>
          <w:szCs w:val="18"/>
        </w:rPr>
        <w:t xml:space="preserve"> </w:t>
      </w:r>
      <w:proofErr w:type="spellStart"/>
      <w:r w:rsidRPr="000C596E">
        <w:rPr>
          <w:rFonts w:ascii="Sylfaen" w:hAnsi="Sylfaen" w:cs="Sylfaen"/>
          <w:sz w:val="18"/>
          <w:szCs w:val="18"/>
        </w:rPr>
        <w:t>უფლება</w:t>
      </w:r>
      <w:proofErr w:type="spellEnd"/>
      <w:r w:rsidRPr="000C596E">
        <w:rPr>
          <w:rFonts w:cstheme="majorHAnsi"/>
          <w:sz w:val="18"/>
          <w:szCs w:val="18"/>
        </w:rPr>
        <w:t>.</w:t>
      </w:r>
    </w:p>
    <w:p w14:paraId="3A083888" w14:textId="430914AD" w:rsidR="004B6084" w:rsidRPr="009939A6" w:rsidRDefault="00A74260" w:rsidP="00185C20">
      <w:pPr>
        <w:pStyle w:val="ListParagraph"/>
        <w:numPr>
          <w:ilvl w:val="1"/>
          <w:numId w:val="13"/>
        </w:numPr>
        <w:jc w:val="both"/>
        <w:rPr>
          <w:rFonts w:ascii="Sylfaen" w:hAnsi="Sylfaen" w:cs="Sylfaen"/>
          <w:sz w:val="18"/>
          <w:szCs w:val="18"/>
        </w:rPr>
      </w:pPr>
      <w:proofErr w:type="spellStart"/>
      <w:r w:rsidRPr="000C596E">
        <w:rPr>
          <w:rFonts w:ascii="Sylfaen" w:hAnsi="Sylfaen" w:cs="Sylfaen"/>
          <w:sz w:val="18"/>
          <w:szCs w:val="18"/>
        </w:rPr>
        <w:t>წინამდებარე</w:t>
      </w:r>
      <w:proofErr w:type="spellEnd"/>
      <w:r w:rsidRPr="009939A6">
        <w:rPr>
          <w:rFonts w:ascii="Sylfaen" w:hAnsi="Sylfaen" w:cs="Sylfaen"/>
          <w:sz w:val="18"/>
          <w:szCs w:val="18"/>
        </w:rPr>
        <w:t xml:space="preserve"> </w:t>
      </w:r>
      <w:proofErr w:type="spellStart"/>
      <w:r w:rsidRPr="000C596E">
        <w:rPr>
          <w:rFonts w:ascii="Sylfaen" w:hAnsi="Sylfaen" w:cs="Sylfaen"/>
          <w:sz w:val="18"/>
          <w:szCs w:val="18"/>
        </w:rPr>
        <w:t>ხელშეკრულების</w:t>
      </w:r>
      <w:proofErr w:type="spellEnd"/>
      <w:r w:rsidRPr="009939A6">
        <w:rPr>
          <w:rFonts w:ascii="Sylfaen" w:hAnsi="Sylfaen" w:cs="Sylfaen"/>
          <w:sz w:val="18"/>
          <w:szCs w:val="18"/>
        </w:rPr>
        <w:t xml:space="preserve"> </w:t>
      </w:r>
      <w:r w:rsidR="0020004C">
        <w:rPr>
          <w:rFonts w:ascii="Sylfaen" w:hAnsi="Sylfaen" w:cs="Sylfaen"/>
          <w:sz w:val="18"/>
          <w:szCs w:val="18"/>
          <w:lang w:val="ka-GE"/>
        </w:rPr>
        <w:t>3.3.19.</w:t>
      </w:r>
      <w:r w:rsidRPr="009939A6">
        <w:rPr>
          <w:rFonts w:ascii="Sylfaen" w:hAnsi="Sylfaen" w:cs="Sylfaen"/>
          <w:sz w:val="18"/>
          <w:szCs w:val="18"/>
        </w:rPr>
        <w:t xml:space="preserve"> </w:t>
      </w:r>
      <w:proofErr w:type="spellStart"/>
      <w:r w:rsidRPr="000C596E">
        <w:rPr>
          <w:rFonts w:ascii="Sylfaen" w:hAnsi="Sylfaen" w:cs="Sylfaen"/>
          <w:sz w:val="18"/>
          <w:szCs w:val="18"/>
        </w:rPr>
        <w:t>მუხლით</w:t>
      </w:r>
      <w:proofErr w:type="spellEnd"/>
      <w:r w:rsidRPr="009939A6">
        <w:rPr>
          <w:rFonts w:ascii="Sylfaen" w:hAnsi="Sylfaen" w:cs="Sylfaen"/>
          <w:sz w:val="18"/>
          <w:szCs w:val="18"/>
        </w:rPr>
        <w:t xml:space="preserve"> </w:t>
      </w:r>
      <w:proofErr w:type="spellStart"/>
      <w:r w:rsidRPr="000C596E">
        <w:rPr>
          <w:rFonts w:ascii="Sylfaen" w:hAnsi="Sylfaen" w:cs="Sylfaen"/>
          <w:sz w:val="18"/>
          <w:szCs w:val="18"/>
        </w:rPr>
        <w:t>გათვალისწინებული</w:t>
      </w:r>
      <w:proofErr w:type="spellEnd"/>
      <w:r w:rsidRPr="009939A6">
        <w:rPr>
          <w:rFonts w:ascii="Sylfaen" w:hAnsi="Sylfaen" w:cs="Sylfaen"/>
          <w:sz w:val="18"/>
          <w:szCs w:val="18"/>
        </w:rPr>
        <w:t xml:space="preserve"> </w:t>
      </w:r>
      <w:proofErr w:type="spellStart"/>
      <w:r w:rsidRPr="000C596E">
        <w:rPr>
          <w:rFonts w:ascii="Sylfaen" w:hAnsi="Sylfaen" w:cs="Sylfaen"/>
          <w:sz w:val="18"/>
          <w:szCs w:val="18"/>
        </w:rPr>
        <w:t>ვალდებულების</w:t>
      </w:r>
      <w:proofErr w:type="spellEnd"/>
      <w:r w:rsidRPr="009939A6">
        <w:rPr>
          <w:rFonts w:ascii="Sylfaen" w:hAnsi="Sylfaen" w:cs="Sylfaen"/>
          <w:sz w:val="18"/>
          <w:szCs w:val="18"/>
        </w:rPr>
        <w:t xml:space="preserve"> </w:t>
      </w:r>
      <w:proofErr w:type="spellStart"/>
      <w:r w:rsidRPr="000C596E">
        <w:rPr>
          <w:rFonts w:ascii="Sylfaen" w:hAnsi="Sylfaen" w:cs="Sylfaen"/>
          <w:sz w:val="18"/>
          <w:szCs w:val="18"/>
        </w:rPr>
        <w:t>დარღვევის</w:t>
      </w:r>
      <w:proofErr w:type="spellEnd"/>
      <w:r w:rsidRPr="009939A6">
        <w:rPr>
          <w:rFonts w:ascii="Sylfaen" w:hAnsi="Sylfaen" w:cs="Sylfaen"/>
          <w:sz w:val="18"/>
          <w:szCs w:val="18"/>
        </w:rPr>
        <w:t xml:space="preserve"> </w:t>
      </w:r>
      <w:proofErr w:type="spellStart"/>
      <w:r w:rsidRPr="000C596E">
        <w:rPr>
          <w:rFonts w:ascii="Sylfaen" w:hAnsi="Sylfaen" w:cs="Sylfaen"/>
          <w:sz w:val="18"/>
          <w:szCs w:val="18"/>
        </w:rPr>
        <w:t>თითოეულ</w:t>
      </w:r>
      <w:proofErr w:type="spellEnd"/>
      <w:r w:rsidRPr="009939A6">
        <w:rPr>
          <w:rFonts w:ascii="Sylfaen" w:hAnsi="Sylfaen" w:cs="Sylfaen"/>
          <w:sz w:val="18"/>
          <w:szCs w:val="18"/>
        </w:rPr>
        <w:t xml:space="preserve"> </w:t>
      </w:r>
      <w:proofErr w:type="spellStart"/>
      <w:r w:rsidRPr="000C596E">
        <w:rPr>
          <w:rFonts w:ascii="Sylfaen" w:hAnsi="Sylfaen" w:cs="Sylfaen"/>
          <w:sz w:val="18"/>
          <w:szCs w:val="18"/>
        </w:rPr>
        <w:t>ფაქტზე</w:t>
      </w:r>
      <w:proofErr w:type="spellEnd"/>
      <w:r w:rsidR="009939A6">
        <w:rPr>
          <w:rFonts w:ascii="Sylfaen" w:hAnsi="Sylfaen" w:cs="Sylfaen"/>
          <w:sz w:val="18"/>
          <w:szCs w:val="18"/>
          <w:lang w:val="ka-GE"/>
        </w:rPr>
        <w:t xml:space="preserve"> მენარდეს </w:t>
      </w:r>
      <w:proofErr w:type="spellStart"/>
      <w:r w:rsidRPr="000C596E">
        <w:rPr>
          <w:rFonts w:ascii="Sylfaen" w:hAnsi="Sylfaen" w:cs="Sylfaen"/>
          <w:sz w:val="18"/>
          <w:szCs w:val="18"/>
        </w:rPr>
        <w:t>დაეკისრება</w:t>
      </w:r>
      <w:proofErr w:type="spellEnd"/>
      <w:r w:rsidRPr="009939A6">
        <w:rPr>
          <w:rFonts w:ascii="Sylfaen" w:hAnsi="Sylfaen" w:cs="Sylfaen"/>
          <w:sz w:val="18"/>
          <w:szCs w:val="18"/>
        </w:rPr>
        <w:t xml:space="preserve"> </w:t>
      </w:r>
      <w:proofErr w:type="spellStart"/>
      <w:r w:rsidRPr="000C596E">
        <w:rPr>
          <w:rFonts w:ascii="Sylfaen" w:hAnsi="Sylfaen" w:cs="Sylfaen"/>
          <w:sz w:val="18"/>
          <w:szCs w:val="18"/>
        </w:rPr>
        <w:t>ჯარიმა</w:t>
      </w:r>
      <w:proofErr w:type="spellEnd"/>
      <w:r w:rsidR="009939A6">
        <w:rPr>
          <w:rFonts w:ascii="Sylfaen" w:hAnsi="Sylfaen" w:cs="Sylfaen"/>
          <w:sz w:val="18"/>
          <w:szCs w:val="18"/>
          <w:lang w:val="ka-GE"/>
        </w:rPr>
        <w:t xml:space="preserve"> </w:t>
      </w:r>
      <w:r w:rsidRPr="009939A6">
        <w:rPr>
          <w:rFonts w:ascii="Sylfaen" w:hAnsi="Sylfaen" w:cs="Sylfaen"/>
          <w:sz w:val="18"/>
          <w:szCs w:val="18"/>
        </w:rPr>
        <w:t>-</w:t>
      </w:r>
      <w:r w:rsidR="009939A6">
        <w:rPr>
          <w:rFonts w:ascii="Sylfaen" w:hAnsi="Sylfaen" w:cs="Sylfaen"/>
          <w:sz w:val="18"/>
          <w:szCs w:val="18"/>
          <w:lang w:val="ka-GE"/>
        </w:rPr>
        <w:t xml:space="preserve"> </w:t>
      </w:r>
      <w:r w:rsidRPr="009939A6">
        <w:rPr>
          <w:rFonts w:ascii="Sylfaen" w:hAnsi="Sylfaen" w:cs="Sylfaen"/>
          <w:sz w:val="18"/>
          <w:szCs w:val="18"/>
        </w:rPr>
        <w:t>1 000 (</w:t>
      </w:r>
      <w:proofErr w:type="spellStart"/>
      <w:r w:rsidRPr="000C596E">
        <w:rPr>
          <w:rFonts w:ascii="Sylfaen" w:hAnsi="Sylfaen" w:cs="Sylfaen"/>
          <w:sz w:val="18"/>
          <w:szCs w:val="18"/>
        </w:rPr>
        <w:t>ათასი</w:t>
      </w:r>
      <w:proofErr w:type="spellEnd"/>
      <w:r w:rsidRPr="009939A6">
        <w:rPr>
          <w:rFonts w:ascii="Sylfaen" w:hAnsi="Sylfaen" w:cs="Sylfaen"/>
          <w:sz w:val="18"/>
          <w:szCs w:val="18"/>
        </w:rPr>
        <w:t xml:space="preserve">) </w:t>
      </w:r>
      <w:proofErr w:type="spellStart"/>
      <w:r w:rsidRPr="000C596E">
        <w:rPr>
          <w:rFonts w:ascii="Sylfaen" w:hAnsi="Sylfaen" w:cs="Sylfaen"/>
          <w:sz w:val="18"/>
          <w:szCs w:val="18"/>
        </w:rPr>
        <w:t>ლარის</w:t>
      </w:r>
      <w:proofErr w:type="spellEnd"/>
      <w:r w:rsidRPr="009939A6">
        <w:rPr>
          <w:rFonts w:ascii="Sylfaen" w:hAnsi="Sylfaen" w:cs="Sylfaen"/>
          <w:sz w:val="18"/>
          <w:szCs w:val="18"/>
        </w:rPr>
        <w:t xml:space="preserve"> </w:t>
      </w:r>
      <w:proofErr w:type="spellStart"/>
      <w:r w:rsidRPr="000C596E">
        <w:rPr>
          <w:rFonts w:ascii="Sylfaen" w:hAnsi="Sylfaen" w:cs="Sylfaen"/>
          <w:sz w:val="18"/>
          <w:szCs w:val="18"/>
        </w:rPr>
        <w:t>ოდენობით</w:t>
      </w:r>
      <w:proofErr w:type="spellEnd"/>
      <w:r w:rsidRPr="009939A6">
        <w:rPr>
          <w:rFonts w:ascii="Sylfaen" w:hAnsi="Sylfaen" w:cs="Sylfaen"/>
          <w:sz w:val="18"/>
          <w:szCs w:val="18"/>
        </w:rPr>
        <w:t>.</w:t>
      </w:r>
    </w:p>
    <w:p w14:paraId="111DAB78" w14:textId="5FDF82CC" w:rsidR="000C596E" w:rsidRPr="00DA3E97" w:rsidRDefault="00A74260" w:rsidP="00185C20">
      <w:pPr>
        <w:pStyle w:val="ListParagraph"/>
        <w:numPr>
          <w:ilvl w:val="1"/>
          <w:numId w:val="13"/>
        </w:numPr>
        <w:jc w:val="both"/>
        <w:rPr>
          <w:rFonts w:ascii="Sylfaen" w:hAnsi="Sylfaen" w:cs="Sylfaen"/>
          <w:sz w:val="18"/>
          <w:szCs w:val="18"/>
        </w:rPr>
      </w:pPr>
      <w:proofErr w:type="spellStart"/>
      <w:r w:rsidRPr="000C596E">
        <w:rPr>
          <w:rFonts w:ascii="Sylfaen" w:hAnsi="Sylfaen" w:cs="Sylfaen"/>
          <w:sz w:val="18"/>
          <w:szCs w:val="18"/>
        </w:rPr>
        <w:t>მენარდის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მიერ</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ამ</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მუხლით</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განსაზღვრული</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საჯარიმო</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სანქციების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გადახდას</w:t>
      </w:r>
      <w:proofErr w:type="spellEnd"/>
      <w:r w:rsidRPr="00DA3E97">
        <w:rPr>
          <w:rFonts w:ascii="Sylfaen" w:hAnsi="Sylfaen" w:cs="Sylfaen"/>
          <w:sz w:val="18"/>
          <w:szCs w:val="18"/>
        </w:rPr>
        <w:t xml:space="preserve"> </w:t>
      </w:r>
      <w:r w:rsidR="00DA3E97">
        <w:rPr>
          <w:rFonts w:ascii="Sylfaen" w:hAnsi="Sylfaen" w:cs="Sylfaen"/>
          <w:sz w:val="18"/>
          <w:szCs w:val="18"/>
          <w:lang w:val="ka-GE"/>
        </w:rPr>
        <w:t xml:space="preserve">მენარდე </w:t>
      </w:r>
      <w:proofErr w:type="spellStart"/>
      <w:r w:rsidRPr="000C596E">
        <w:rPr>
          <w:rFonts w:ascii="Sylfaen" w:hAnsi="Sylfaen" w:cs="Sylfaen"/>
          <w:sz w:val="18"/>
          <w:szCs w:val="18"/>
        </w:rPr>
        <w:t>განახორციელებს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უშუალოდ</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დამკვეთისათვის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და</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აღნიშნული</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საჯარიმო</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სანქციების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გადახდა</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არ</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ათავისუფლებს</w:t>
      </w:r>
      <w:proofErr w:type="spellEnd"/>
      <w:r w:rsidR="00DA3E97">
        <w:rPr>
          <w:rFonts w:ascii="Sylfaen" w:hAnsi="Sylfaen" w:cs="Sylfaen"/>
          <w:sz w:val="18"/>
          <w:szCs w:val="18"/>
          <w:lang w:val="ka-GE"/>
        </w:rPr>
        <w:t xml:space="preserve"> </w:t>
      </w:r>
      <w:proofErr w:type="spellStart"/>
      <w:r w:rsidRPr="000C596E">
        <w:rPr>
          <w:rFonts w:ascii="Sylfaen" w:hAnsi="Sylfaen" w:cs="Sylfaen"/>
          <w:sz w:val="18"/>
          <w:szCs w:val="18"/>
        </w:rPr>
        <w:t>მას</w:t>
      </w:r>
      <w:proofErr w:type="spellEnd"/>
      <w:r w:rsidR="00DA3E97">
        <w:rPr>
          <w:rFonts w:ascii="Sylfaen" w:hAnsi="Sylfaen" w:cs="Sylfaen"/>
          <w:sz w:val="18"/>
          <w:szCs w:val="18"/>
          <w:lang w:val="ka-GE"/>
        </w:rPr>
        <w:t xml:space="preserve"> </w:t>
      </w:r>
      <w:proofErr w:type="spellStart"/>
      <w:r w:rsidRPr="000C596E">
        <w:rPr>
          <w:rFonts w:ascii="Sylfaen" w:hAnsi="Sylfaen" w:cs="Sylfaen"/>
          <w:sz w:val="18"/>
          <w:szCs w:val="18"/>
        </w:rPr>
        <w:t>ადმინისტრაციული</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ორგანოს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მიერ</w:t>
      </w:r>
      <w:proofErr w:type="spellEnd"/>
      <w:r w:rsidR="00DA3E97">
        <w:rPr>
          <w:rFonts w:ascii="Sylfaen" w:hAnsi="Sylfaen" w:cs="Sylfaen"/>
          <w:sz w:val="18"/>
          <w:szCs w:val="18"/>
          <w:lang w:val="ka-GE"/>
        </w:rPr>
        <w:t xml:space="preserve"> </w:t>
      </w:r>
      <w:proofErr w:type="spellStart"/>
      <w:r w:rsidRPr="000C596E">
        <w:rPr>
          <w:rFonts w:ascii="Sylfaen" w:hAnsi="Sylfaen" w:cs="Sylfaen"/>
          <w:sz w:val="18"/>
          <w:szCs w:val="18"/>
        </w:rPr>
        <w:t>დაკისრებული</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მათ</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შორის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მენარდის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მიერ</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ქმედებაზე</w:t>
      </w:r>
      <w:proofErr w:type="spellEnd"/>
      <w:r w:rsidRPr="00DA3E97">
        <w:rPr>
          <w:rFonts w:ascii="Sylfaen" w:hAnsi="Sylfaen" w:cs="Sylfaen"/>
          <w:sz w:val="18"/>
          <w:szCs w:val="18"/>
        </w:rPr>
        <w:t>/</w:t>
      </w:r>
      <w:proofErr w:type="spellStart"/>
      <w:r w:rsidRPr="000C596E">
        <w:rPr>
          <w:rFonts w:ascii="Sylfaen" w:hAnsi="Sylfaen" w:cs="Sylfaen"/>
          <w:sz w:val="18"/>
          <w:szCs w:val="18"/>
        </w:rPr>
        <w:t>სამუშაოზე</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დამკვეთისათვის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დაკისრებული</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საჯარიმო</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სანქციების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გადახდის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ვალდებულებისაგან</w:t>
      </w:r>
      <w:proofErr w:type="spellEnd"/>
      <w:r w:rsidRPr="00DA3E97">
        <w:rPr>
          <w:rFonts w:ascii="Sylfaen" w:hAnsi="Sylfaen" w:cs="Sylfaen"/>
          <w:sz w:val="18"/>
          <w:szCs w:val="18"/>
        </w:rPr>
        <w:t>.</w:t>
      </w:r>
    </w:p>
    <w:p w14:paraId="4D01BD37" w14:textId="2047BC26" w:rsidR="004B6084" w:rsidRPr="00DA3E97" w:rsidRDefault="00A74260" w:rsidP="00185C20">
      <w:pPr>
        <w:pStyle w:val="ListParagraph"/>
        <w:numPr>
          <w:ilvl w:val="1"/>
          <w:numId w:val="13"/>
        </w:numPr>
        <w:jc w:val="both"/>
        <w:rPr>
          <w:rFonts w:ascii="Sylfaen" w:hAnsi="Sylfaen" w:cs="Sylfaen"/>
          <w:sz w:val="18"/>
          <w:szCs w:val="18"/>
        </w:rPr>
      </w:pPr>
      <w:proofErr w:type="spellStart"/>
      <w:r w:rsidRPr="000C596E">
        <w:rPr>
          <w:rFonts w:ascii="Sylfaen" w:hAnsi="Sylfaen" w:cs="Sylfaen"/>
          <w:sz w:val="18"/>
          <w:szCs w:val="18"/>
        </w:rPr>
        <w:t>იმ</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შემთხევაში</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თუ</w:t>
      </w:r>
      <w:proofErr w:type="spellEnd"/>
      <w:r w:rsidRPr="00DA3E97">
        <w:rPr>
          <w:rFonts w:ascii="Sylfaen" w:hAnsi="Sylfaen" w:cs="Sylfaen"/>
          <w:sz w:val="18"/>
          <w:szCs w:val="18"/>
        </w:rPr>
        <w:t xml:space="preserve"> </w:t>
      </w:r>
      <w:r w:rsidR="00DA3E97">
        <w:rPr>
          <w:rFonts w:ascii="Sylfaen" w:hAnsi="Sylfaen" w:cs="Sylfaen"/>
          <w:sz w:val="18"/>
          <w:szCs w:val="18"/>
          <w:lang w:val="ka-GE"/>
        </w:rPr>
        <w:t xml:space="preserve">მენარდე </w:t>
      </w:r>
      <w:proofErr w:type="spellStart"/>
      <w:r w:rsidRPr="000C596E">
        <w:rPr>
          <w:rFonts w:ascii="Sylfaen" w:hAnsi="Sylfaen" w:cs="Sylfaen"/>
          <w:sz w:val="18"/>
          <w:szCs w:val="18"/>
        </w:rPr>
        <w:t>დაარღვევს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ხელშეკრულების</w:t>
      </w:r>
      <w:proofErr w:type="spellEnd"/>
      <w:r w:rsidRPr="00DA3E97">
        <w:rPr>
          <w:rFonts w:ascii="Sylfaen" w:hAnsi="Sylfaen" w:cs="Sylfaen"/>
          <w:sz w:val="18"/>
          <w:szCs w:val="18"/>
        </w:rPr>
        <w:t xml:space="preserve"> 3.3.1</w:t>
      </w:r>
      <w:r w:rsidR="00D94046">
        <w:rPr>
          <w:rFonts w:ascii="Sylfaen" w:hAnsi="Sylfaen" w:cs="Sylfaen"/>
          <w:sz w:val="18"/>
          <w:szCs w:val="18"/>
          <w:lang w:val="ka-GE"/>
        </w:rPr>
        <w:t>6</w:t>
      </w:r>
      <w:r w:rsidRPr="00DA3E97">
        <w:rPr>
          <w:rFonts w:ascii="Sylfaen" w:hAnsi="Sylfaen" w:cs="Sylfaen"/>
          <w:sz w:val="18"/>
          <w:szCs w:val="18"/>
        </w:rPr>
        <w:t xml:space="preserve">. </w:t>
      </w:r>
      <w:proofErr w:type="spellStart"/>
      <w:r w:rsidRPr="000C596E">
        <w:rPr>
          <w:rFonts w:ascii="Sylfaen" w:hAnsi="Sylfaen" w:cs="Sylfaen"/>
          <w:sz w:val="18"/>
          <w:szCs w:val="18"/>
        </w:rPr>
        <w:t>და</w:t>
      </w:r>
      <w:proofErr w:type="spellEnd"/>
      <w:r w:rsidRPr="00DA3E97">
        <w:rPr>
          <w:rFonts w:ascii="Sylfaen" w:hAnsi="Sylfaen" w:cs="Sylfaen"/>
          <w:sz w:val="18"/>
          <w:szCs w:val="18"/>
        </w:rPr>
        <w:t xml:space="preserve"> 3.3.1</w:t>
      </w:r>
      <w:r w:rsidR="00D94046">
        <w:rPr>
          <w:rFonts w:ascii="Sylfaen" w:hAnsi="Sylfaen" w:cs="Sylfaen"/>
          <w:sz w:val="18"/>
          <w:szCs w:val="18"/>
          <w:lang w:val="ka-GE"/>
        </w:rPr>
        <w:t>7</w:t>
      </w:r>
      <w:r w:rsidRPr="00DA3E97">
        <w:rPr>
          <w:rFonts w:ascii="Sylfaen" w:hAnsi="Sylfaen" w:cs="Sylfaen"/>
          <w:sz w:val="18"/>
          <w:szCs w:val="18"/>
        </w:rPr>
        <w:t xml:space="preserve"> </w:t>
      </w:r>
      <w:proofErr w:type="spellStart"/>
      <w:r w:rsidRPr="000C596E">
        <w:rPr>
          <w:rFonts w:ascii="Sylfaen" w:hAnsi="Sylfaen" w:cs="Sylfaen"/>
          <w:sz w:val="18"/>
          <w:szCs w:val="18"/>
        </w:rPr>
        <w:t>პუნქტებით</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გათვალისწინებულ</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ვალდებულებებს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ან</w:t>
      </w:r>
      <w:proofErr w:type="spellEnd"/>
      <w:r w:rsidRPr="00DA3E97">
        <w:rPr>
          <w:rFonts w:ascii="Sylfaen" w:hAnsi="Sylfaen" w:cs="Sylfaen"/>
          <w:sz w:val="18"/>
          <w:szCs w:val="18"/>
        </w:rPr>
        <w:t>/</w:t>
      </w:r>
      <w:proofErr w:type="spellStart"/>
      <w:r w:rsidRPr="000C596E">
        <w:rPr>
          <w:rFonts w:ascii="Sylfaen" w:hAnsi="Sylfaen" w:cs="Sylfaen"/>
          <w:sz w:val="18"/>
          <w:szCs w:val="18"/>
        </w:rPr>
        <w:t>და</w:t>
      </w:r>
      <w:proofErr w:type="spellEnd"/>
      <w:r w:rsidRPr="00DA3E97">
        <w:rPr>
          <w:rFonts w:ascii="Sylfaen" w:hAnsi="Sylfaen" w:cs="Sylfaen"/>
          <w:sz w:val="18"/>
          <w:szCs w:val="18"/>
        </w:rPr>
        <w:t xml:space="preserve"> </w:t>
      </w:r>
      <w:r w:rsidR="00F4347A">
        <w:rPr>
          <w:rFonts w:ascii="Sylfaen" w:hAnsi="Sylfaen" w:cs="Sylfaen"/>
          <w:sz w:val="18"/>
          <w:szCs w:val="18"/>
          <w:lang w:val="ka-GE"/>
        </w:rPr>
        <w:t xml:space="preserve">სამუშაოები </w:t>
      </w:r>
      <w:proofErr w:type="spellStart"/>
      <w:r w:rsidRPr="000C596E">
        <w:rPr>
          <w:rFonts w:ascii="Sylfaen" w:hAnsi="Sylfaen" w:cs="Sylfaen"/>
          <w:sz w:val="18"/>
          <w:szCs w:val="18"/>
        </w:rPr>
        <w:t>იქნება</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საქართველოში</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მოქმედ</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კანონმდებლობასთან</w:t>
      </w:r>
      <w:proofErr w:type="spellEnd"/>
      <w:r w:rsidR="00D94046">
        <w:rPr>
          <w:rFonts w:ascii="Sylfaen" w:hAnsi="Sylfaen" w:cs="Sylfaen"/>
          <w:sz w:val="18"/>
          <w:szCs w:val="18"/>
          <w:lang w:val="ka-GE"/>
        </w:rPr>
        <w:t xml:space="preserve"> (</w:t>
      </w:r>
      <w:r w:rsidR="00D94046" w:rsidRPr="00DA3E97">
        <w:rPr>
          <w:rFonts w:ascii="Sylfaen" w:hAnsi="Sylfaen" w:cs="Sylfaen"/>
          <w:sz w:val="18"/>
          <w:szCs w:val="18"/>
        </w:rPr>
        <w:t>СП 70.13330.2012</w:t>
      </w:r>
      <w:r w:rsidR="00D94046">
        <w:rPr>
          <w:rFonts w:ascii="Sylfaen" w:hAnsi="Sylfaen" w:cs="Sylfaen"/>
          <w:sz w:val="18"/>
          <w:szCs w:val="18"/>
          <w:lang w:val="ka-GE"/>
        </w:rPr>
        <w:t>,</w:t>
      </w:r>
      <w:r w:rsidR="00D94046" w:rsidRPr="00D94046">
        <w:t xml:space="preserve"> </w:t>
      </w:r>
      <w:r w:rsidR="00D94046" w:rsidRPr="00D94046">
        <w:rPr>
          <w:sz w:val="18"/>
          <w:szCs w:val="18"/>
        </w:rPr>
        <w:t>СП 45.13330</w:t>
      </w:r>
      <w:r w:rsidR="00D94046">
        <w:rPr>
          <w:rFonts w:ascii="Sylfaen" w:hAnsi="Sylfaen" w:cs="Sylfaen"/>
          <w:sz w:val="18"/>
          <w:szCs w:val="18"/>
          <w:lang w:val="ka-GE"/>
        </w:rPr>
        <w:t>)</w:t>
      </w:r>
      <w:r w:rsidRPr="00D94046">
        <w:rPr>
          <w:rFonts w:ascii="Sylfaen" w:hAnsi="Sylfaen" w:cs="Sylfaen"/>
          <w:sz w:val="18"/>
          <w:szCs w:val="18"/>
        </w:rPr>
        <w:t xml:space="preserve">  </w:t>
      </w:r>
      <w:proofErr w:type="spellStart"/>
      <w:r w:rsidRPr="000C596E">
        <w:rPr>
          <w:rFonts w:ascii="Sylfaen" w:hAnsi="Sylfaen" w:cs="Sylfaen"/>
          <w:sz w:val="18"/>
          <w:szCs w:val="18"/>
        </w:rPr>
        <w:t>შეუსაბამო</w:t>
      </w:r>
      <w:proofErr w:type="spellEnd"/>
      <w:r w:rsidRPr="00DA3E97">
        <w:rPr>
          <w:rFonts w:ascii="Sylfaen" w:hAnsi="Sylfaen" w:cs="Sylfaen"/>
          <w:sz w:val="18"/>
          <w:szCs w:val="18"/>
        </w:rPr>
        <w:t>,</w:t>
      </w:r>
      <w:r w:rsidR="00DA3E97">
        <w:rPr>
          <w:rFonts w:ascii="Sylfaen" w:hAnsi="Sylfaen" w:cs="Sylfaen"/>
          <w:sz w:val="18"/>
          <w:szCs w:val="18"/>
          <w:lang w:val="ka-GE"/>
        </w:rPr>
        <w:t xml:space="preserve"> </w:t>
      </w:r>
      <w:proofErr w:type="spellStart"/>
      <w:r w:rsidRPr="000C596E">
        <w:rPr>
          <w:rFonts w:ascii="Sylfaen" w:hAnsi="Sylfaen" w:cs="Sylfaen"/>
          <w:sz w:val="18"/>
          <w:szCs w:val="18"/>
        </w:rPr>
        <w:t>ასეთ</w:t>
      </w:r>
      <w:proofErr w:type="spellEnd"/>
      <w:r w:rsidR="00DA3E97">
        <w:rPr>
          <w:rFonts w:ascii="Sylfaen" w:hAnsi="Sylfaen" w:cs="Sylfaen"/>
          <w:sz w:val="18"/>
          <w:szCs w:val="18"/>
          <w:lang w:val="ka-GE"/>
        </w:rPr>
        <w:t xml:space="preserve"> </w:t>
      </w:r>
      <w:proofErr w:type="spellStart"/>
      <w:r w:rsidRPr="000C596E">
        <w:rPr>
          <w:rFonts w:ascii="Sylfaen" w:hAnsi="Sylfaen" w:cs="Sylfaen"/>
          <w:sz w:val="18"/>
          <w:szCs w:val="18"/>
        </w:rPr>
        <w:t>დროს</w:t>
      </w:r>
      <w:proofErr w:type="spellEnd"/>
      <w:r w:rsidRPr="00DA3E97">
        <w:rPr>
          <w:rFonts w:ascii="Sylfaen" w:hAnsi="Sylfaen" w:cs="Sylfaen"/>
          <w:sz w:val="18"/>
          <w:szCs w:val="18"/>
        </w:rPr>
        <w:t>,</w:t>
      </w:r>
      <w:r w:rsidR="00DA3E97">
        <w:rPr>
          <w:rFonts w:ascii="Sylfaen" w:hAnsi="Sylfaen" w:cs="Sylfaen"/>
          <w:sz w:val="18"/>
          <w:szCs w:val="18"/>
          <w:lang w:val="ka-GE"/>
        </w:rPr>
        <w:t xml:space="preserve"> მენარდე </w:t>
      </w:r>
      <w:proofErr w:type="spellStart"/>
      <w:r w:rsidRPr="000C596E">
        <w:rPr>
          <w:rFonts w:ascii="Sylfaen" w:hAnsi="Sylfaen" w:cs="Sylfaen"/>
          <w:sz w:val="18"/>
          <w:szCs w:val="18"/>
        </w:rPr>
        <w:t>ვალდებულია</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საკუთარი</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ხარჯით</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დამკვეთისაგან</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ყოველგვარი</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ანაზღაურების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მოთხოვნის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გარეშე</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დამკვეთის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მიერ</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განსაზღვრულ</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გონივრულ</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ვადაში</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დამკვეთის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მითითების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შესაბამისად</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განახორციელოს</w:t>
      </w:r>
      <w:proofErr w:type="spellEnd"/>
      <w:r w:rsidRPr="00DA3E97">
        <w:rPr>
          <w:rFonts w:ascii="Sylfaen" w:hAnsi="Sylfaen" w:cs="Sylfaen"/>
          <w:sz w:val="18"/>
          <w:szCs w:val="18"/>
        </w:rPr>
        <w:t xml:space="preserve"> </w:t>
      </w:r>
      <w:r w:rsidR="00D94046">
        <w:rPr>
          <w:rFonts w:ascii="Sylfaen" w:hAnsi="Sylfaen" w:cs="Sylfaen"/>
          <w:sz w:val="18"/>
          <w:szCs w:val="18"/>
          <w:lang w:val="ka-GE"/>
        </w:rPr>
        <w:t>კონსტრუქციული</w:t>
      </w:r>
      <w:r w:rsidR="007B4E7F">
        <w:rPr>
          <w:rFonts w:ascii="Sylfaen" w:hAnsi="Sylfaen" w:cs="Sylfaen"/>
          <w:sz w:val="18"/>
          <w:szCs w:val="18"/>
          <w:lang w:val="ka-GE"/>
        </w:rPr>
        <w:t xml:space="preserve"> და არქიტექტურული</w:t>
      </w:r>
      <w:r w:rsidR="00800388">
        <w:rPr>
          <w:rFonts w:ascii="Sylfaen" w:hAnsi="Sylfaen" w:cs="Sylfaen"/>
          <w:sz w:val="18"/>
          <w:szCs w:val="18"/>
          <w:lang w:val="ka-GE"/>
        </w:rPr>
        <w:t xml:space="preserve"> </w:t>
      </w:r>
      <w:r w:rsidR="00D94046">
        <w:rPr>
          <w:rFonts w:ascii="Sylfaen" w:hAnsi="Sylfaen" w:cs="Sylfaen"/>
          <w:sz w:val="18"/>
          <w:szCs w:val="18"/>
          <w:lang w:val="ka-GE"/>
        </w:rPr>
        <w:t xml:space="preserve">ელემენტების </w:t>
      </w:r>
      <w:proofErr w:type="spellStart"/>
      <w:r w:rsidRPr="000C596E">
        <w:rPr>
          <w:rFonts w:ascii="Sylfaen" w:hAnsi="Sylfaen" w:cs="Sylfaen"/>
          <w:sz w:val="18"/>
          <w:szCs w:val="18"/>
        </w:rPr>
        <w:t>საპროექტო</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დოკუმენტაციასთან</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შესაბამისობაში</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მოყვანა</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ან</w:t>
      </w:r>
      <w:proofErr w:type="spellEnd"/>
      <w:r w:rsidRPr="00DA3E97">
        <w:rPr>
          <w:rFonts w:ascii="Sylfaen" w:hAnsi="Sylfaen" w:cs="Sylfaen"/>
          <w:sz w:val="18"/>
          <w:szCs w:val="18"/>
        </w:rPr>
        <w:t>/</w:t>
      </w:r>
      <w:proofErr w:type="spellStart"/>
      <w:r w:rsidRPr="000C596E">
        <w:rPr>
          <w:rFonts w:ascii="Sylfaen" w:hAnsi="Sylfaen" w:cs="Sylfaen"/>
          <w:sz w:val="18"/>
          <w:szCs w:val="18"/>
        </w:rPr>
        <w:t>და</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საჭიროების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შემთხვევაში</w:t>
      </w:r>
      <w:proofErr w:type="spellEnd"/>
      <w:r w:rsidRPr="00DA3E97">
        <w:rPr>
          <w:rFonts w:ascii="Sylfaen" w:hAnsi="Sylfaen" w:cs="Sylfaen"/>
          <w:sz w:val="18"/>
          <w:szCs w:val="18"/>
        </w:rPr>
        <w:t xml:space="preserve"> </w:t>
      </w:r>
      <w:r w:rsidR="0020004C">
        <w:rPr>
          <w:rFonts w:ascii="Sylfaen" w:hAnsi="Sylfaen" w:cs="Sylfaen"/>
          <w:sz w:val="18"/>
          <w:szCs w:val="18"/>
          <w:lang w:val="ka-GE"/>
        </w:rPr>
        <w:t xml:space="preserve">საკუთარი ხარჯით </w:t>
      </w:r>
      <w:proofErr w:type="spellStart"/>
      <w:r w:rsidRPr="000C596E">
        <w:rPr>
          <w:rFonts w:ascii="Sylfaen" w:hAnsi="Sylfaen" w:cs="Sylfaen"/>
          <w:sz w:val="18"/>
          <w:szCs w:val="18"/>
        </w:rPr>
        <w:t>განახორციელოს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ნაკლის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მქონე</w:t>
      </w:r>
      <w:proofErr w:type="spellEnd"/>
      <w:r w:rsidRPr="00DA3E97">
        <w:rPr>
          <w:rFonts w:ascii="Sylfaen" w:hAnsi="Sylfaen" w:cs="Sylfaen"/>
          <w:sz w:val="18"/>
          <w:szCs w:val="18"/>
        </w:rPr>
        <w:t>/</w:t>
      </w:r>
      <w:proofErr w:type="spellStart"/>
      <w:r w:rsidRPr="000C596E">
        <w:rPr>
          <w:rFonts w:ascii="Sylfaen" w:hAnsi="Sylfaen" w:cs="Sylfaen"/>
          <w:sz w:val="18"/>
          <w:szCs w:val="18"/>
        </w:rPr>
        <w:t>ხელშეკრულებით</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პირობებთან</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შეუსაბამო</w:t>
      </w:r>
      <w:proofErr w:type="spellEnd"/>
      <w:r w:rsidRPr="00DA3E97">
        <w:rPr>
          <w:rFonts w:ascii="Sylfaen" w:hAnsi="Sylfaen" w:cs="Sylfaen"/>
          <w:sz w:val="18"/>
          <w:szCs w:val="18"/>
        </w:rPr>
        <w:t xml:space="preserve"> </w:t>
      </w:r>
      <w:r w:rsidR="00D94046">
        <w:rPr>
          <w:rFonts w:ascii="Sylfaen" w:hAnsi="Sylfaen" w:cs="Sylfaen"/>
          <w:sz w:val="18"/>
          <w:szCs w:val="18"/>
          <w:lang w:val="ka-GE"/>
        </w:rPr>
        <w:t>კონსტრუქციული</w:t>
      </w:r>
      <w:r w:rsidR="007B4E7F">
        <w:rPr>
          <w:rFonts w:ascii="Sylfaen" w:hAnsi="Sylfaen" w:cs="Sylfaen"/>
          <w:sz w:val="18"/>
          <w:szCs w:val="18"/>
          <w:lang w:val="ka-GE"/>
        </w:rPr>
        <w:t xml:space="preserve"> და არქიტექტურული</w:t>
      </w:r>
      <w:r w:rsidR="00D94046">
        <w:rPr>
          <w:rFonts w:ascii="Sylfaen" w:hAnsi="Sylfaen" w:cs="Sylfaen"/>
          <w:sz w:val="18"/>
          <w:szCs w:val="18"/>
          <w:lang w:val="ka-GE"/>
        </w:rPr>
        <w:t xml:space="preserve"> ელემენტების</w:t>
      </w:r>
      <w:r w:rsidRPr="00DA3E97">
        <w:rPr>
          <w:rFonts w:ascii="Sylfaen" w:hAnsi="Sylfaen" w:cs="Sylfaen"/>
          <w:sz w:val="18"/>
          <w:szCs w:val="18"/>
        </w:rPr>
        <w:t xml:space="preserve"> </w:t>
      </w:r>
      <w:proofErr w:type="spellStart"/>
      <w:r w:rsidRPr="000C596E">
        <w:rPr>
          <w:rFonts w:ascii="Sylfaen" w:hAnsi="Sylfaen" w:cs="Sylfaen"/>
          <w:sz w:val="18"/>
          <w:szCs w:val="18"/>
        </w:rPr>
        <w:t>დემონტაჟი</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და</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ხელახლა</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მოწყობა</w:t>
      </w:r>
      <w:proofErr w:type="spellEnd"/>
      <w:r w:rsidRPr="00DA3E97">
        <w:rPr>
          <w:rFonts w:ascii="Sylfaen" w:hAnsi="Sylfaen" w:cs="Sylfaen"/>
          <w:sz w:val="18"/>
          <w:szCs w:val="18"/>
        </w:rPr>
        <w:t>/</w:t>
      </w:r>
      <w:proofErr w:type="spellStart"/>
      <w:r w:rsidRPr="000C596E">
        <w:rPr>
          <w:rFonts w:ascii="Sylfaen" w:hAnsi="Sylfaen" w:cs="Sylfaen"/>
          <w:sz w:val="18"/>
          <w:szCs w:val="18"/>
        </w:rPr>
        <w:t>მონტაჟი</w:t>
      </w:r>
      <w:proofErr w:type="spellEnd"/>
      <w:r w:rsidRPr="00DA3E97">
        <w:rPr>
          <w:rFonts w:ascii="Sylfaen" w:hAnsi="Sylfaen" w:cs="Sylfaen"/>
          <w:sz w:val="18"/>
          <w:szCs w:val="18"/>
        </w:rPr>
        <w:t xml:space="preserve">. </w:t>
      </w:r>
      <w:proofErr w:type="spellStart"/>
      <w:r w:rsidRPr="00957CBD">
        <w:rPr>
          <w:rFonts w:ascii="Sylfaen" w:hAnsi="Sylfaen" w:cs="Sylfaen"/>
          <w:sz w:val="18"/>
          <w:szCs w:val="18"/>
        </w:rPr>
        <w:t>ამასთან</w:t>
      </w:r>
      <w:proofErr w:type="spellEnd"/>
      <w:r w:rsidRPr="00DA3E97">
        <w:rPr>
          <w:rFonts w:ascii="Sylfaen" w:hAnsi="Sylfaen" w:cs="Sylfaen"/>
          <w:sz w:val="18"/>
          <w:szCs w:val="18"/>
        </w:rPr>
        <w:t xml:space="preserve">, </w:t>
      </w:r>
      <w:proofErr w:type="spellStart"/>
      <w:r w:rsidRPr="00957CBD">
        <w:rPr>
          <w:rFonts w:ascii="Sylfaen" w:hAnsi="Sylfaen" w:cs="Sylfaen"/>
          <w:sz w:val="18"/>
          <w:szCs w:val="18"/>
        </w:rPr>
        <w:t>მხარეები</w:t>
      </w:r>
      <w:proofErr w:type="spellEnd"/>
      <w:r w:rsidRPr="00DA3E97">
        <w:rPr>
          <w:rFonts w:ascii="Sylfaen" w:hAnsi="Sylfaen" w:cs="Sylfaen"/>
          <w:sz w:val="18"/>
          <w:szCs w:val="18"/>
        </w:rPr>
        <w:t xml:space="preserve"> </w:t>
      </w:r>
      <w:proofErr w:type="spellStart"/>
      <w:r w:rsidRPr="00957CBD">
        <w:rPr>
          <w:rFonts w:ascii="Sylfaen" w:hAnsi="Sylfaen" w:cs="Sylfaen"/>
          <w:sz w:val="18"/>
          <w:szCs w:val="18"/>
        </w:rPr>
        <w:t>ვადასტურებთ</w:t>
      </w:r>
      <w:proofErr w:type="spellEnd"/>
      <w:r w:rsidRPr="00DA3E97">
        <w:rPr>
          <w:rFonts w:ascii="Sylfaen" w:hAnsi="Sylfaen" w:cs="Sylfaen"/>
          <w:sz w:val="18"/>
          <w:szCs w:val="18"/>
        </w:rPr>
        <w:t xml:space="preserve">, </w:t>
      </w:r>
      <w:proofErr w:type="spellStart"/>
      <w:r w:rsidRPr="00957CBD">
        <w:rPr>
          <w:rFonts w:ascii="Sylfaen" w:hAnsi="Sylfaen" w:cs="Sylfaen"/>
          <w:sz w:val="18"/>
          <w:szCs w:val="18"/>
        </w:rPr>
        <w:t>რომ</w:t>
      </w:r>
      <w:proofErr w:type="spellEnd"/>
      <w:r w:rsidRPr="00DA3E97">
        <w:rPr>
          <w:rFonts w:ascii="Sylfaen" w:hAnsi="Sylfaen" w:cs="Sylfaen"/>
          <w:sz w:val="18"/>
          <w:szCs w:val="18"/>
        </w:rPr>
        <w:t xml:space="preserve"> </w:t>
      </w:r>
      <w:proofErr w:type="spellStart"/>
      <w:r w:rsidRPr="00957CBD">
        <w:rPr>
          <w:rFonts w:ascii="Sylfaen" w:hAnsi="Sylfaen" w:cs="Sylfaen"/>
          <w:sz w:val="18"/>
          <w:szCs w:val="18"/>
        </w:rPr>
        <w:t>ასეთ</w:t>
      </w:r>
      <w:proofErr w:type="spellEnd"/>
      <w:r w:rsidRPr="00DA3E97">
        <w:rPr>
          <w:rFonts w:ascii="Sylfaen" w:hAnsi="Sylfaen" w:cs="Sylfaen"/>
          <w:sz w:val="18"/>
          <w:szCs w:val="18"/>
        </w:rPr>
        <w:t xml:space="preserve"> </w:t>
      </w:r>
      <w:proofErr w:type="spellStart"/>
      <w:r w:rsidRPr="00957CBD">
        <w:rPr>
          <w:rFonts w:ascii="Sylfaen" w:hAnsi="Sylfaen" w:cs="Sylfaen"/>
          <w:sz w:val="18"/>
          <w:szCs w:val="18"/>
        </w:rPr>
        <w:t>დროს</w:t>
      </w:r>
      <w:proofErr w:type="spellEnd"/>
      <w:r w:rsidRPr="00DA3E97">
        <w:rPr>
          <w:rFonts w:ascii="Sylfaen" w:hAnsi="Sylfaen" w:cs="Sylfaen"/>
          <w:sz w:val="18"/>
          <w:szCs w:val="18"/>
        </w:rPr>
        <w:t>,</w:t>
      </w:r>
      <w:r w:rsidR="00DA3E97">
        <w:rPr>
          <w:rFonts w:ascii="Sylfaen" w:hAnsi="Sylfaen" w:cs="Sylfaen"/>
          <w:sz w:val="18"/>
          <w:szCs w:val="18"/>
          <w:lang w:val="ka-GE"/>
        </w:rPr>
        <w:t xml:space="preserve"> </w:t>
      </w:r>
      <w:proofErr w:type="spellStart"/>
      <w:r w:rsidRPr="00957CBD">
        <w:rPr>
          <w:rFonts w:ascii="Sylfaen" w:hAnsi="Sylfaen" w:cs="Sylfaen"/>
          <w:sz w:val="18"/>
          <w:szCs w:val="18"/>
        </w:rPr>
        <w:t>დამკვეთი</w:t>
      </w:r>
      <w:proofErr w:type="spellEnd"/>
      <w:r w:rsidRPr="00DA3E97">
        <w:rPr>
          <w:rFonts w:ascii="Sylfaen" w:hAnsi="Sylfaen" w:cs="Sylfaen"/>
          <w:sz w:val="18"/>
          <w:szCs w:val="18"/>
        </w:rPr>
        <w:t xml:space="preserve"> </w:t>
      </w:r>
      <w:proofErr w:type="spellStart"/>
      <w:r w:rsidRPr="00957CBD">
        <w:rPr>
          <w:rFonts w:ascii="Sylfaen" w:hAnsi="Sylfaen" w:cs="Sylfaen"/>
          <w:sz w:val="18"/>
          <w:szCs w:val="18"/>
        </w:rPr>
        <w:t>საკუთარი</w:t>
      </w:r>
      <w:proofErr w:type="spellEnd"/>
      <w:r w:rsidRPr="00DA3E97">
        <w:rPr>
          <w:rFonts w:ascii="Sylfaen" w:hAnsi="Sylfaen" w:cs="Sylfaen"/>
          <w:sz w:val="18"/>
          <w:szCs w:val="18"/>
        </w:rPr>
        <w:t xml:space="preserve"> </w:t>
      </w:r>
      <w:proofErr w:type="spellStart"/>
      <w:r w:rsidRPr="00957CBD">
        <w:rPr>
          <w:rFonts w:ascii="Sylfaen" w:hAnsi="Sylfaen" w:cs="Sylfaen"/>
          <w:sz w:val="18"/>
          <w:szCs w:val="18"/>
        </w:rPr>
        <w:t>შეხედულებისამებრ</w:t>
      </w:r>
      <w:proofErr w:type="spellEnd"/>
      <w:r w:rsidRPr="00DA3E97">
        <w:rPr>
          <w:rFonts w:ascii="Sylfaen" w:hAnsi="Sylfaen" w:cs="Sylfaen"/>
          <w:sz w:val="18"/>
          <w:szCs w:val="18"/>
        </w:rPr>
        <w:t xml:space="preserve"> </w:t>
      </w:r>
      <w:proofErr w:type="spellStart"/>
      <w:r w:rsidRPr="00957CBD">
        <w:rPr>
          <w:rFonts w:ascii="Sylfaen" w:hAnsi="Sylfaen" w:cs="Sylfaen"/>
          <w:sz w:val="18"/>
          <w:szCs w:val="18"/>
        </w:rPr>
        <w:t>სრულად</w:t>
      </w:r>
      <w:proofErr w:type="spellEnd"/>
      <w:r w:rsidRPr="00DA3E97">
        <w:rPr>
          <w:rFonts w:ascii="Sylfaen" w:hAnsi="Sylfaen" w:cs="Sylfaen"/>
          <w:sz w:val="18"/>
          <w:szCs w:val="18"/>
        </w:rPr>
        <w:t xml:space="preserve"> </w:t>
      </w:r>
      <w:proofErr w:type="spellStart"/>
      <w:r w:rsidRPr="00957CBD">
        <w:rPr>
          <w:rFonts w:ascii="Sylfaen" w:hAnsi="Sylfaen" w:cs="Sylfaen"/>
          <w:sz w:val="18"/>
          <w:szCs w:val="18"/>
        </w:rPr>
        <w:t>თავისუფლდება</w:t>
      </w:r>
      <w:proofErr w:type="spellEnd"/>
      <w:r w:rsidRPr="00DA3E97">
        <w:rPr>
          <w:rFonts w:ascii="Sylfaen" w:hAnsi="Sylfaen" w:cs="Sylfaen"/>
          <w:sz w:val="18"/>
          <w:szCs w:val="18"/>
        </w:rPr>
        <w:t xml:space="preserve"> </w:t>
      </w:r>
      <w:proofErr w:type="spellStart"/>
      <w:r w:rsidRPr="00957CBD">
        <w:rPr>
          <w:rFonts w:ascii="Sylfaen" w:hAnsi="Sylfaen" w:cs="Sylfaen"/>
          <w:sz w:val="18"/>
          <w:szCs w:val="18"/>
        </w:rPr>
        <w:t>მენარდისათვის</w:t>
      </w:r>
      <w:proofErr w:type="spellEnd"/>
      <w:r w:rsidRPr="00DA3E97">
        <w:rPr>
          <w:rFonts w:ascii="Sylfaen" w:hAnsi="Sylfaen" w:cs="Sylfaen"/>
          <w:sz w:val="18"/>
          <w:szCs w:val="18"/>
        </w:rPr>
        <w:t xml:space="preserve"> </w:t>
      </w:r>
      <w:proofErr w:type="spellStart"/>
      <w:r w:rsidRPr="00957CBD">
        <w:rPr>
          <w:rFonts w:ascii="Sylfaen" w:hAnsi="Sylfaen" w:cs="Sylfaen"/>
          <w:sz w:val="18"/>
          <w:szCs w:val="18"/>
        </w:rPr>
        <w:t>ამ</w:t>
      </w:r>
      <w:proofErr w:type="spellEnd"/>
      <w:r w:rsidRPr="00DA3E97">
        <w:rPr>
          <w:rFonts w:ascii="Sylfaen" w:hAnsi="Sylfaen" w:cs="Sylfaen"/>
          <w:sz w:val="18"/>
          <w:szCs w:val="18"/>
        </w:rPr>
        <w:t xml:space="preserve"> </w:t>
      </w:r>
      <w:proofErr w:type="spellStart"/>
      <w:r w:rsidRPr="00957CBD">
        <w:rPr>
          <w:rFonts w:ascii="Sylfaen" w:hAnsi="Sylfaen" w:cs="Sylfaen"/>
          <w:sz w:val="18"/>
          <w:szCs w:val="18"/>
        </w:rPr>
        <w:t>პუნქტით</w:t>
      </w:r>
      <w:proofErr w:type="spellEnd"/>
      <w:r w:rsidRPr="00DA3E97">
        <w:rPr>
          <w:rFonts w:ascii="Sylfaen" w:hAnsi="Sylfaen" w:cs="Sylfaen"/>
          <w:sz w:val="18"/>
          <w:szCs w:val="18"/>
        </w:rPr>
        <w:t xml:space="preserve"> </w:t>
      </w:r>
      <w:proofErr w:type="spellStart"/>
      <w:r w:rsidRPr="00957CBD">
        <w:rPr>
          <w:rFonts w:ascii="Sylfaen" w:hAnsi="Sylfaen" w:cs="Sylfaen"/>
          <w:sz w:val="18"/>
          <w:szCs w:val="18"/>
        </w:rPr>
        <w:t>განსაზრული</w:t>
      </w:r>
      <w:proofErr w:type="spellEnd"/>
      <w:r w:rsidRPr="00DA3E97">
        <w:rPr>
          <w:rFonts w:ascii="Sylfaen" w:hAnsi="Sylfaen" w:cs="Sylfaen"/>
          <w:sz w:val="18"/>
          <w:szCs w:val="18"/>
        </w:rPr>
        <w:t xml:space="preserve"> </w:t>
      </w:r>
      <w:proofErr w:type="spellStart"/>
      <w:r w:rsidRPr="00957CBD">
        <w:rPr>
          <w:rFonts w:ascii="Sylfaen" w:hAnsi="Sylfaen" w:cs="Sylfaen"/>
          <w:sz w:val="18"/>
          <w:szCs w:val="18"/>
        </w:rPr>
        <w:t>ნაკლის</w:t>
      </w:r>
      <w:proofErr w:type="spellEnd"/>
      <w:r w:rsidRPr="00DA3E97">
        <w:rPr>
          <w:rFonts w:ascii="Sylfaen" w:hAnsi="Sylfaen" w:cs="Sylfaen"/>
          <w:sz w:val="18"/>
          <w:szCs w:val="18"/>
        </w:rPr>
        <w:t xml:space="preserve"> </w:t>
      </w:r>
      <w:proofErr w:type="spellStart"/>
      <w:r w:rsidRPr="00957CBD">
        <w:rPr>
          <w:rFonts w:ascii="Sylfaen" w:hAnsi="Sylfaen" w:cs="Sylfaen"/>
          <w:sz w:val="18"/>
          <w:szCs w:val="18"/>
        </w:rPr>
        <w:t>მქონე</w:t>
      </w:r>
      <w:proofErr w:type="spellEnd"/>
      <w:r w:rsidRPr="00DA3E97">
        <w:rPr>
          <w:rFonts w:ascii="Sylfaen" w:hAnsi="Sylfaen" w:cs="Sylfaen"/>
          <w:sz w:val="18"/>
          <w:szCs w:val="18"/>
        </w:rPr>
        <w:t xml:space="preserve"> </w:t>
      </w:r>
      <w:proofErr w:type="spellStart"/>
      <w:r w:rsidRPr="00957CBD">
        <w:rPr>
          <w:rFonts w:ascii="Sylfaen" w:hAnsi="Sylfaen" w:cs="Sylfaen"/>
          <w:sz w:val="18"/>
          <w:szCs w:val="18"/>
        </w:rPr>
        <w:t>სამუშაოს</w:t>
      </w:r>
      <w:proofErr w:type="spellEnd"/>
      <w:r w:rsidRPr="00DA3E97">
        <w:rPr>
          <w:rFonts w:ascii="Sylfaen" w:hAnsi="Sylfaen" w:cs="Sylfaen"/>
          <w:sz w:val="18"/>
          <w:szCs w:val="18"/>
        </w:rPr>
        <w:t xml:space="preserve"> </w:t>
      </w:r>
      <w:proofErr w:type="spellStart"/>
      <w:r w:rsidRPr="00957CBD">
        <w:rPr>
          <w:rFonts w:ascii="Sylfaen" w:hAnsi="Sylfaen" w:cs="Sylfaen"/>
          <w:sz w:val="18"/>
          <w:szCs w:val="18"/>
        </w:rPr>
        <w:t>ანაზღაურების</w:t>
      </w:r>
      <w:proofErr w:type="spellEnd"/>
      <w:r w:rsidRPr="00DA3E97">
        <w:rPr>
          <w:rFonts w:ascii="Sylfaen" w:hAnsi="Sylfaen" w:cs="Sylfaen"/>
          <w:sz w:val="18"/>
          <w:szCs w:val="18"/>
        </w:rPr>
        <w:t xml:space="preserve"> </w:t>
      </w:r>
      <w:proofErr w:type="spellStart"/>
      <w:r w:rsidRPr="00957CBD">
        <w:rPr>
          <w:rFonts w:ascii="Sylfaen" w:hAnsi="Sylfaen" w:cs="Sylfaen"/>
          <w:sz w:val="18"/>
          <w:szCs w:val="18"/>
        </w:rPr>
        <w:t>ვალდებულებისაგან</w:t>
      </w:r>
      <w:proofErr w:type="spellEnd"/>
      <w:r w:rsidRPr="00DA3E97">
        <w:rPr>
          <w:rFonts w:ascii="Sylfaen" w:hAnsi="Sylfaen" w:cs="Sylfaen"/>
          <w:sz w:val="18"/>
          <w:szCs w:val="18"/>
        </w:rPr>
        <w:t xml:space="preserve"> </w:t>
      </w:r>
      <w:proofErr w:type="spellStart"/>
      <w:r w:rsidRPr="00957CBD">
        <w:rPr>
          <w:rFonts w:ascii="Sylfaen" w:hAnsi="Sylfaen" w:cs="Sylfaen"/>
          <w:sz w:val="18"/>
          <w:szCs w:val="18"/>
        </w:rPr>
        <w:t>და</w:t>
      </w:r>
      <w:proofErr w:type="spellEnd"/>
      <w:r w:rsidRPr="00DA3E97">
        <w:rPr>
          <w:rFonts w:ascii="Sylfaen" w:hAnsi="Sylfaen" w:cs="Sylfaen"/>
          <w:sz w:val="18"/>
          <w:szCs w:val="18"/>
        </w:rPr>
        <w:t xml:space="preserve"> </w:t>
      </w:r>
      <w:proofErr w:type="spellStart"/>
      <w:r w:rsidRPr="00957CBD">
        <w:rPr>
          <w:rFonts w:ascii="Sylfaen" w:hAnsi="Sylfaen" w:cs="Sylfaen"/>
          <w:sz w:val="18"/>
          <w:szCs w:val="18"/>
        </w:rPr>
        <w:t>უფლებამოსილია</w:t>
      </w:r>
      <w:proofErr w:type="spellEnd"/>
      <w:r w:rsidRPr="00DA3E97">
        <w:rPr>
          <w:rFonts w:ascii="Sylfaen" w:hAnsi="Sylfaen" w:cs="Sylfaen"/>
          <w:sz w:val="18"/>
          <w:szCs w:val="18"/>
        </w:rPr>
        <w:t xml:space="preserve"> </w:t>
      </w:r>
      <w:proofErr w:type="spellStart"/>
      <w:r w:rsidRPr="00957CBD">
        <w:rPr>
          <w:rFonts w:ascii="Sylfaen" w:hAnsi="Sylfaen" w:cs="Sylfaen"/>
          <w:sz w:val="18"/>
          <w:szCs w:val="18"/>
        </w:rPr>
        <w:t>დააკისროს</w:t>
      </w:r>
      <w:proofErr w:type="spellEnd"/>
      <w:r w:rsidRPr="00DA3E97">
        <w:rPr>
          <w:rFonts w:ascii="Sylfaen" w:hAnsi="Sylfaen" w:cs="Sylfaen"/>
          <w:sz w:val="18"/>
          <w:szCs w:val="18"/>
        </w:rPr>
        <w:t xml:space="preserve"> </w:t>
      </w:r>
      <w:r w:rsidR="00DA3E97">
        <w:rPr>
          <w:rFonts w:ascii="Sylfaen" w:hAnsi="Sylfaen" w:cs="Sylfaen"/>
          <w:sz w:val="18"/>
          <w:szCs w:val="18"/>
          <w:lang w:val="ka-GE"/>
        </w:rPr>
        <w:t xml:space="preserve">მენარდეს </w:t>
      </w:r>
      <w:proofErr w:type="spellStart"/>
      <w:r w:rsidRPr="00957CBD">
        <w:rPr>
          <w:rFonts w:ascii="Sylfaen" w:hAnsi="Sylfaen" w:cs="Sylfaen"/>
          <w:sz w:val="18"/>
          <w:szCs w:val="18"/>
        </w:rPr>
        <w:t>ხელშეკრულებით</w:t>
      </w:r>
      <w:proofErr w:type="spellEnd"/>
      <w:r w:rsidRPr="00DA3E97">
        <w:rPr>
          <w:rFonts w:ascii="Sylfaen" w:hAnsi="Sylfaen" w:cs="Sylfaen"/>
          <w:sz w:val="18"/>
          <w:szCs w:val="18"/>
        </w:rPr>
        <w:t xml:space="preserve"> </w:t>
      </w:r>
      <w:proofErr w:type="spellStart"/>
      <w:r w:rsidRPr="00957CBD">
        <w:rPr>
          <w:rFonts w:ascii="Sylfaen" w:hAnsi="Sylfaen" w:cs="Sylfaen"/>
          <w:sz w:val="18"/>
          <w:szCs w:val="18"/>
        </w:rPr>
        <w:t>განსაზღვრული</w:t>
      </w:r>
      <w:proofErr w:type="spellEnd"/>
      <w:r w:rsidRPr="00DA3E97">
        <w:rPr>
          <w:rFonts w:ascii="Sylfaen" w:hAnsi="Sylfaen" w:cs="Sylfaen"/>
          <w:sz w:val="18"/>
          <w:szCs w:val="18"/>
        </w:rPr>
        <w:t xml:space="preserve"> </w:t>
      </w:r>
      <w:proofErr w:type="spellStart"/>
      <w:r w:rsidRPr="00957CBD">
        <w:rPr>
          <w:rFonts w:ascii="Sylfaen" w:hAnsi="Sylfaen" w:cs="Sylfaen"/>
          <w:sz w:val="18"/>
          <w:szCs w:val="18"/>
        </w:rPr>
        <w:t>პასუხისმგებლობები</w:t>
      </w:r>
      <w:proofErr w:type="spellEnd"/>
      <w:r w:rsidRPr="00DA3E97">
        <w:rPr>
          <w:rFonts w:ascii="Sylfaen" w:hAnsi="Sylfaen" w:cs="Sylfaen"/>
          <w:sz w:val="18"/>
          <w:szCs w:val="18"/>
        </w:rPr>
        <w:t xml:space="preserve">, </w:t>
      </w:r>
      <w:proofErr w:type="spellStart"/>
      <w:r w:rsidRPr="00957CBD">
        <w:rPr>
          <w:rFonts w:ascii="Sylfaen" w:hAnsi="Sylfaen" w:cs="Sylfaen"/>
          <w:sz w:val="18"/>
          <w:szCs w:val="18"/>
        </w:rPr>
        <w:t>სრული</w:t>
      </w:r>
      <w:proofErr w:type="spellEnd"/>
      <w:r w:rsidRPr="00DA3E97">
        <w:rPr>
          <w:rFonts w:ascii="Sylfaen" w:hAnsi="Sylfaen" w:cs="Sylfaen"/>
          <w:sz w:val="18"/>
          <w:szCs w:val="18"/>
        </w:rPr>
        <w:t xml:space="preserve"> </w:t>
      </w:r>
      <w:proofErr w:type="spellStart"/>
      <w:r w:rsidRPr="00957CBD">
        <w:rPr>
          <w:rFonts w:ascii="Sylfaen" w:hAnsi="Sylfaen" w:cs="Sylfaen"/>
          <w:sz w:val="18"/>
          <w:szCs w:val="18"/>
        </w:rPr>
        <w:t>ოდენობით</w:t>
      </w:r>
      <w:proofErr w:type="spellEnd"/>
      <w:r w:rsidRPr="00DA3E97">
        <w:rPr>
          <w:rFonts w:ascii="Sylfaen" w:hAnsi="Sylfaen" w:cs="Sylfaen"/>
          <w:sz w:val="18"/>
          <w:szCs w:val="18"/>
        </w:rPr>
        <w:t>.</w:t>
      </w:r>
    </w:p>
    <w:p w14:paraId="56C4CCF5" w14:textId="2B9AE349" w:rsidR="004B6084" w:rsidRPr="00DA3E97" w:rsidRDefault="00A74260" w:rsidP="00185C20">
      <w:pPr>
        <w:pStyle w:val="ListParagraph"/>
        <w:numPr>
          <w:ilvl w:val="1"/>
          <w:numId w:val="13"/>
        </w:numPr>
        <w:jc w:val="both"/>
        <w:rPr>
          <w:rFonts w:ascii="Sylfaen" w:hAnsi="Sylfaen" w:cs="Sylfaen"/>
          <w:sz w:val="18"/>
          <w:szCs w:val="18"/>
        </w:rPr>
      </w:pPr>
      <w:proofErr w:type="spellStart"/>
      <w:r w:rsidRPr="000C596E">
        <w:rPr>
          <w:rFonts w:ascii="Sylfaen" w:hAnsi="Sylfaen" w:cs="Sylfaen"/>
          <w:sz w:val="18"/>
          <w:szCs w:val="18"/>
        </w:rPr>
        <w:t>პროცესში</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ნებისმიერი</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ადმინისტრაციული</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ორგანოს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მხრიდან</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დამკვეთის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მიმართ</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ადმინისტრაციული</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სახდელის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ჯარიმა</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საურავი</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დაკისრების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შემთხვევაში</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უსაფრთხოების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შრომის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უსაფრთხოების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საგზაო</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სატრანსპორტო</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ნარჩენების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მართვის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და</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ა</w:t>
      </w:r>
      <w:r w:rsidRPr="00DA3E97">
        <w:rPr>
          <w:rFonts w:ascii="Sylfaen" w:hAnsi="Sylfaen" w:cs="Sylfaen"/>
          <w:sz w:val="18"/>
          <w:szCs w:val="18"/>
        </w:rPr>
        <w:t>.</w:t>
      </w:r>
      <w:r w:rsidRPr="000C596E">
        <w:rPr>
          <w:rFonts w:ascii="Sylfaen" w:hAnsi="Sylfaen" w:cs="Sylfaen"/>
          <w:sz w:val="18"/>
          <w:szCs w:val="18"/>
        </w:rPr>
        <w:t>შ</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წესების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დარღვევისათვის</w:t>
      </w:r>
      <w:proofErr w:type="spellEnd"/>
      <w:r w:rsidRPr="00DA3E97">
        <w:rPr>
          <w:rFonts w:ascii="Sylfaen" w:hAnsi="Sylfaen" w:cs="Sylfaen"/>
          <w:sz w:val="18"/>
          <w:szCs w:val="18"/>
        </w:rPr>
        <w:t>,</w:t>
      </w:r>
      <w:r w:rsidR="00DA3E97">
        <w:rPr>
          <w:rFonts w:ascii="Sylfaen" w:hAnsi="Sylfaen" w:cs="Sylfaen"/>
          <w:sz w:val="18"/>
          <w:szCs w:val="18"/>
          <w:lang w:val="ka-GE"/>
        </w:rPr>
        <w:t xml:space="preserve"> მენარდე </w:t>
      </w:r>
      <w:proofErr w:type="spellStart"/>
      <w:r w:rsidRPr="000C596E">
        <w:rPr>
          <w:rFonts w:ascii="Sylfaen" w:hAnsi="Sylfaen" w:cs="Sylfaen"/>
          <w:sz w:val="18"/>
          <w:szCs w:val="18"/>
        </w:rPr>
        <w:t>ვალდებული</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იქნება</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აანაზღაუროს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დამკვეთის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ან</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მის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მიმართ</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დაკისრებული</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თანხები</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და</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დაუყოვნებლის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გამოასწოროს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ადმინისტრაციული</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ორგანოს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მხრიდან</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გაკეთებული</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შენიშვნები</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და</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მითითებები</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ამასთან</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ამ</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მუხლით</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გათვალსიწინებულ</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შემთხვევებში</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დამკვეთი</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უფლებამოსილია</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მენარდის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სასარგებლოდ</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გადასახდელი</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თანხებიდან</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ჩამოაჭრას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მას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შესაბამისი</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თანხები</w:t>
      </w:r>
      <w:proofErr w:type="spellEnd"/>
      <w:r w:rsidRPr="00DA3E97">
        <w:rPr>
          <w:rFonts w:ascii="Sylfaen" w:hAnsi="Sylfaen" w:cs="Sylfaen"/>
          <w:sz w:val="18"/>
          <w:szCs w:val="18"/>
        </w:rPr>
        <w:t xml:space="preserve"> </w:t>
      </w:r>
      <w:r w:rsidR="00957CBD" w:rsidRPr="00DA3E97">
        <w:rPr>
          <w:rFonts w:ascii="Sylfaen" w:hAnsi="Sylfaen" w:cs="Sylfaen"/>
          <w:sz w:val="18"/>
          <w:szCs w:val="18"/>
        </w:rPr>
        <w:t>10 (</w:t>
      </w:r>
      <w:proofErr w:type="spellStart"/>
      <w:r w:rsidR="00957CBD" w:rsidRPr="00DA3E97">
        <w:rPr>
          <w:rFonts w:ascii="Sylfaen" w:hAnsi="Sylfaen" w:cs="Sylfaen"/>
          <w:sz w:val="18"/>
          <w:szCs w:val="18"/>
        </w:rPr>
        <w:t>ათი</w:t>
      </w:r>
      <w:proofErr w:type="spellEnd"/>
      <w:r w:rsidR="00957CBD" w:rsidRPr="00DA3E97">
        <w:rPr>
          <w:rFonts w:ascii="Sylfaen" w:hAnsi="Sylfaen" w:cs="Sylfaen"/>
          <w:sz w:val="18"/>
          <w:szCs w:val="18"/>
        </w:rPr>
        <w:t xml:space="preserve">) </w:t>
      </w:r>
      <w:proofErr w:type="spellStart"/>
      <w:r w:rsidR="00957CBD" w:rsidRPr="00DA3E97">
        <w:rPr>
          <w:rFonts w:ascii="Sylfaen" w:hAnsi="Sylfaen" w:cs="Sylfaen"/>
          <w:sz w:val="18"/>
          <w:szCs w:val="18"/>
        </w:rPr>
        <w:t>კალენდარული</w:t>
      </w:r>
      <w:proofErr w:type="spellEnd"/>
      <w:r w:rsidR="00957CBD" w:rsidRPr="00DA3E97">
        <w:rPr>
          <w:rFonts w:ascii="Sylfaen" w:hAnsi="Sylfaen" w:cs="Sylfaen"/>
          <w:sz w:val="18"/>
          <w:szCs w:val="18"/>
        </w:rPr>
        <w:t xml:space="preserve"> </w:t>
      </w:r>
      <w:proofErr w:type="spellStart"/>
      <w:r w:rsidR="00957CBD" w:rsidRPr="00DA3E97">
        <w:rPr>
          <w:rFonts w:ascii="Sylfaen" w:hAnsi="Sylfaen" w:cs="Sylfaen"/>
          <w:sz w:val="18"/>
          <w:szCs w:val="18"/>
        </w:rPr>
        <w:t>დღის</w:t>
      </w:r>
      <w:proofErr w:type="spellEnd"/>
      <w:r w:rsidR="00957CBD" w:rsidRPr="00DA3E97">
        <w:rPr>
          <w:rFonts w:ascii="Sylfaen" w:hAnsi="Sylfaen" w:cs="Sylfaen"/>
          <w:sz w:val="18"/>
          <w:szCs w:val="18"/>
        </w:rPr>
        <w:t xml:space="preserve"> </w:t>
      </w:r>
      <w:proofErr w:type="spellStart"/>
      <w:r w:rsidR="00957CBD" w:rsidRPr="00DA3E97">
        <w:rPr>
          <w:rFonts w:ascii="Sylfaen" w:hAnsi="Sylfaen" w:cs="Sylfaen"/>
          <w:sz w:val="18"/>
          <w:szCs w:val="18"/>
        </w:rPr>
        <w:t>გასვლის</w:t>
      </w:r>
      <w:proofErr w:type="spellEnd"/>
      <w:r w:rsidR="00957CBD" w:rsidRPr="00DA3E97">
        <w:rPr>
          <w:rFonts w:ascii="Sylfaen" w:hAnsi="Sylfaen" w:cs="Sylfaen"/>
          <w:sz w:val="18"/>
          <w:szCs w:val="18"/>
        </w:rPr>
        <w:t xml:space="preserve"> </w:t>
      </w:r>
      <w:proofErr w:type="spellStart"/>
      <w:r w:rsidR="00957CBD" w:rsidRPr="00DA3E97">
        <w:rPr>
          <w:rFonts w:ascii="Sylfaen" w:hAnsi="Sylfaen" w:cs="Sylfaen"/>
          <w:sz w:val="18"/>
          <w:szCs w:val="18"/>
        </w:rPr>
        <w:t>შემდეგ</w:t>
      </w:r>
      <w:proofErr w:type="spellEnd"/>
      <w:r w:rsidR="00957CBD" w:rsidRPr="00DA3E97">
        <w:rPr>
          <w:rFonts w:ascii="Sylfaen" w:hAnsi="Sylfaen" w:cs="Sylfaen"/>
          <w:sz w:val="18"/>
          <w:szCs w:val="18"/>
        </w:rPr>
        <w:t xml:space="preserve"> </w:t>
      </w:r>
      <w:proofErr w:type="spellStart"/>
      <w:r w:rsidRPr="000C596E">
        <w:rPr>
          <w:rFonts w:ascii="Sylfaen" w:hAnsi="Sylfaen" w:cs="Sylfaen"/>
          <w:sz w:val="18"/>
          <w:szCs w:val="18"/>
        </w:rPr>
        <w:t>და</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უზრუნველყოს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შესაბამისი</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სანქციის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გადახდა</w:t>
      </w:r>
      <w:proofErr w:type="spellEnd"/>
      <w:r w:rsidR="00DA3E97">
        <w:rPr>
          <w:rFonts w:ascii="Sylfaen" w:hAnsi="Sylfaen" w:cs="Sylfaen"/>
          <w:sz w:val="18"/>
          <w:szCs w:val="18"/>
        </w:rPr>
        <w:t>.</w:t>
      </w:r>
    </w:p>
    <w:p w14:paraId="77E7FE0A" w14:textId="77777777" w:rsidR="004B6084" w:rsidRPr="00D73BDF" w:rsidRDefault="004B6084" w:rsidP="00185C20">
      <w:pPr>
        <w:jc w:val="both"/>
        <w:rPr>
          <w:rFonts w:cstheme="majorHAnsi"/>
          <w:sz w:val="18"/>
          <w:szCs w:val="18"/>
        </w:rPr>
      </w:pPr>
    </w:p>
    <w:p w14:paraId="1A09D08D" w14:textId="6CFFA153" w:rsidR="004B6084" w:rsidRPr="000C596E" w:rsidRDefault="00A74260" w:rsidP="00185C20">
      <w:pPr>
        <w:pStyle w:val="ListParagraph"/>
        <w:numPr>
          <w:ilvl w:val="0"/>
          <w:numId w:val="13"/>
        </w:numPr>
        <w:jc w:val="both"/>
        <w:rPr>
          <w:rFonts w:cstheme="majorHAnsi"/>
          <w:b/>
          <w:bCs/>
          <w:u w:val="single"/>
        </w:rPr>
      </w:pPr>
      <w:proofErr w:type="spellStart"/>
      <w:r w:rsidRPr="000C596E">
        <w:rPr>
          <w:rFonts w:ascii="Sylfaen" w:hAnsi="Sylfaen" w:cs="Sylfaen"/>
          <w:b/>
          <w:bCs/>
          <w:u w:val="single"/>
        </w:rPr>
        <w:t>ფორს</w:t>
      </w:r>
      <w:r w:rsidRPr="000C596E">
        <w:rPr>
          <w:rFonts w:cstheme="majorHAnsi"/>
          <w:b/>
          <w:bCs/>
          <w:u w:val="single"/>
        </w:rPr>
        <w:t>-</w:t>
      </w:r>
      <w:r w:rsidRPr="000C596E">
        <w:rPr>
          <w:rFonts w:ascii="Sylfaen" w:hAnsi="Sylfaen" w:cs="Sylfaen"/>
          <w:b/>
          <w:bCs/>
          <w:u w:val="single"/>
        </w:rPr>
        <w:t>მაჟორი</w:t>
      </w:r>
      <w:proofErr w:type="spellEnd"/>
    </w:p>
    <w:p w14:paraId="05928213" w14:textId="02C71860" w:rsidR="004B6084" w:rsidRPr="00DA3E97" w:rsidRDefault="00A74260" w:rsidP="00185C20">
      <w:pPr>
        <w:pStyle w:val="ListParagraph"/>
        <w:numPr>
          <w:ilvl w:val="1"/>
          <w:numId w:val="13"/>
        </w:numPr>
        <w:jc w:val="both"/>
        <w:rPr>
          <w:rFonts w:ascii="Sylfaen" w:hAnsi="Sylfaen" w:cs="Sylfaen"/>
          <w:sz w:val="18"/>
          <w:szCs w:val="18"/>
        </w:rPr>
      </w:pPr>
      <w:proofErr w:type="spellStart"/>
      <w:r w:rsidRPr="000C596E">
        <w:rPr>
          <w:rFonts w:ascii="Sylfaen" w:hAnsi="Sylfaen" w:cs="Sylfaen"/>
          <w:sz w:val="18"/>
          <w:szCs w:val="18"/>
        </w:rPr>
        <w:t>მხარეები</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თავისუფლდებიან</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პასუხისმგებლობისაგან</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ვალდებულების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სრული</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და</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ნაწილობრივი</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შეუსრულებლობისათვის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დაუძლეველი</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ძალის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მოქმედების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შემთხვევაში</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რომლის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დროსაც</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შეუძლებელია</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წინამდებარე</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ხელშეკრულებით</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გათვალისწინებული</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ვალდებულებების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შესრულება</w:t>
      </w:r>
      <w:proofErr w:type="spellEnd"/>
      <w:r w:rsidRPr="00DA3E97">
        <w:rPr>
          <w:rFonts w:ascii="Sylfaen" w:hAnsi="Sylfaen" w:cs="Sylfaen"/>
          <w:sz w:val="18"/>
          <w:szCs w:val="18"/>
        </w:rPr>
        <w:t>.</w:t>
      </w:r>
    </w:p>
    <w:p w14:paraId="6094C600" w14:textId="0E8D854E" w:rsidR="004B6084" w:rsidRPr="00DA3E97" w:rsidRDefault="00A74260" w:rsidP="00185C20">
      <w:pPr>
        <w:pStyle w:val="ListParagraph"/>
        <w:numPr>
          <w:ilvl w:val="1"/>
          <w:numId w:val="13"/>
        </w:numPr>
        <w:jc w:val="both"/>
        <w:rPr>
          <w:rFonts w:ascii="Sylfaen" w:hAnsi="Sylfaen" w:cs="Sylfaen"/>
          <w:sz w:val="18"/>
          <w:szCs w:val="18"/>
        </w:rPr>
      </w:pPr>
      <w:proofErr w:type="spellStart"/>
      <w:r w:rsidRPr="000C596E">
        <w:rPr>
          <w:rFonts w:ascii="Sylfaen" w:hAnsi="Sylfaen" w:cs="Sylfaen"/>
          <w:sz w:val="18"/>
          <w:szCs w:val="18"/>
        </w:rPr>
        <w:t>დაუძლეველი</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ძალის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ქვეშ</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იგულისხმება</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გარემოებები</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რომლებიც</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არ</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არსებობდნენ</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წინამდებარე</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ხელშეკრულების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დადების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დროს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და</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რომელთა</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დადგომა</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და</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ზემოქმედება</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მხარეებს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არ</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შეეძლოთ</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თავიდან</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აეცილებინათ</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და</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გადაელახათ</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კერძოდ</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ყველა</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სახის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სტიქიური</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მოვლენა</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მათ</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შორის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ამინდის</w:t>
      </w:r>
      <w:proofErr w:type="spellEnd"/>
      <w:r w:rsidR="00DA3E97">
        <w:rPr>
          <w:rFonts w:ascii="Sylfaen" w:hAnsi="Sylfaen" w:cs="Sylfaen"/>
          <w:sz w:val="18"/>
          <w:szCs w:val="18"/>
          <w:lang w:val="ka-GE"/>
        </w:rPr>
        <w:t xml:space="preserve"> </w:t>
      </w:r>
      <w:proofErr w:type="spellStart"/>
      <w:r w:rsidRPr="000C596E">
        <w:rPr>
          <w:rFonts w:ascii="Sylfaen" w:hAnsi="Sylfaen" w:cs="Sylfaen"/>
          <w:sz w:val="18"/>
          <w:szCs w:val="18"/>
        </w:rPr>
        <w:t>რადიკალური</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ცვლილება</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მიწისძვრა</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წყალდიდობა</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ეპიდემია</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პანდემია</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აჯანყება</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საბოტაჟი</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ბლოკადა</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საომარი</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მოქმედება</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სამოქალაქო</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ომი</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ომი</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და</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ა</w:t>
      </w:r>
      <w:r w:rsidRPr="00DA3E97">
        <w:rPr>
          <w:rFonts w:ascii="Sylfaen" w:hAnsi="Sylfaen" w:cs="Sylfaen"/>
          <w:sz w:val="18"/>
          <w:szCs w:val="18"/>
        </w:rPr>
        <w:t>.</w:t>
      </w:r>
      <w:r w:rsidRPr="000C596E">
        <w:rPr>
          <w:rFonts w:ascii="Sylfaen" w:hAnsi="Sylfaen" w:cs="Sylfaen"/>
          <w:sz w:val="18"/>
          <w:szCs w:val="18"/>
        </w:rPr>
        <w:t>შ</w:t>
      </w:r>
      <w:proofErr w:type="spellEnd"/>
      <w:r w:rsidRPr="00DA3E97">
        <w:rPr>
          <w:rFonts w:ascii="Sylfaen" w:hAnsi="Sylfaen" w:cs="Sylfaen"/>
          <w:sz w:val="18"/>
          <w:szCs w:val="18"/>
        </w:rPr>
        <w:t>.</w:t>
      </w:r>
    </w:p>
    <w:p w14:paraId="467CE98F" w14:textId="1BD4D66E" w:rsidR="004B6084" w:rsidRPr="00DA3E97" w:rsidRDefault="00A74260" w:rsidP="00185C20">
      <w:pPr>
        <w:pStyle w:val="ListParagraph"/>
        <w:numPr>
          <w:ilvl w:val="1"/>
          <w:numId w:val="13"/>
        </w:numPr>
        <w:jc w:val="both"/>
        <w:rPr>
          <w:rFonts w:ascii="Sylfaen" w:hAnsi="Sylfaen" w:cs="Sylfaen"/>
          <w:sz w:val="18"/>
          <w:szCs w:val="18"/>
        </w:rPr>
      </w:pPr>
      <w:proofErr w:type="spellStart"/>
      <w:r w:rsidRPr="000C596E">
        <w:rPr>
          <w:rFonts w:ascii="Sylfaen" w:hAnsi="Sylfaen" w:cs="Sylfaen"/>
          <w:sz w:val="18"/>
          <w:szCs w:val="18"/>
        </w:rPr>
        <w:t>მხარე</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რომლისთვისაც</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ფორს</w:t>
      </w:r>
      <w:r w:rsidRPr="00DA3E97">
        <w:rPr>
          <w:rFonts w:ascii="Sylfaen" w:hAnsi="Sylfaen" w:cs="Sylfaen"/>
          <w:sz w:val="18"/>
          <w:szCs w:val="18"/>
        </w:rPr>
        <w:t>-</w:t>
      </w:r>
      <w:r w:rsidRPr="000C596E">
        <w:rPr>
          <w:rFonts w:ascii="Sylfaen" w:hAnsi="Sylfaen" w:cs="Sylfaen"/>
          <w:sz w:val="18"/>
          <w:szCs w:val="18"/>
        </w:rPr>
        <w:t>მაჟორული</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გარემოებების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დადგომის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გამო</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ვალდებულების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შესრულება</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შეუძლებელი</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შეიქმნა</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ვალდებულია</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გონივრულ</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ვადაში</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აცნობოს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მეორე</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მხარეს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არასაპატიო</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მიზეზით</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შეუტყობინებლობის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შემთხვევაში</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იგი</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კარგავს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უფლებას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დაეყრდნოს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ფორს</w:t>
      </w:r>
      <w:r w:rsidRPr="00DA3E97">
        <w:rPr>
          <w:rFonts w:ascii="Sylfaen" w:hAnsi="Sylfaen" w:cs="Sylfaen"/>
          <w:sz w:val="18"/>
          <w:szCs w:val="18"/>
        </w:rPr>
        <w:t>-</w:t>
      </w:r>
      <w:r w:rsidRPr="000C596E">
        <w:rPr>
          <w:rFonts w:ascii="Sylfaen" w:hAnsi="Sylfaen" w:cs="Sylfaen"/>
          <w:sz w:val="18"/>
          <w:szCs w:val="18"/>
        </w:rPr>
        <w:t>მაჟორული</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გარემოებების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არსებობას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როგორც</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პასუხისმგებლობისგან</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გათავისუფლების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საფუძველს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შეტყობინებებში</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lastRenderedPageBreak/>
        <w:t>მითითებული</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ფაქტები</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შემდგომში</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უნდა</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დადასტურდეს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კომპეტენტური</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ორგანოს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შესაბამისი</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დასკვნით</w:t>
      </w:r>
      <w:proofErr w:type="spellEnd"/>
      <w:r w:rsidRPr="00DA3E97">
        <w:rPr>
          <w:rFonts w:ascii="Sylfaen" w:hAnsi="Sylfaen" w:cs="Sylfaen"/>
          <w:sz w:val="18"/>
          <w:szCs w:val="18"/>
        </w:rPr>
        <w:t>.</w:t>
      </w:r>
    </w:p>
    <w:p w14:paraId="4118DA95" w14:textId="4A1E1960" w:rsidR="004B6084" w:rsidRPr="00DA3E97" w:rsidRDefault="00A74260" w:rsidP="00185C20">
      <w:pPr>
        <w:pStyle w:val="ListParagraph"/>
        <w:numPr>
          <w:ilvl w:val="1"/>
          <w:numId w:val="13"/>
        </w:numPr>
        <w:jc w:val="both"/>
        <w:rPr>
          <w:rFonts w:ascii="Sylfaen" w:hAnsi="Sylfaen" w:cs="Sylfaen"/>
          <w:sz w:val="18"/>
          <w:szCs w:val="18"/>
        </w:rPr>
      </w:pPr>
      <w:proofErr w:type="spellStart"/>
      <w:r w:rsidRPr="000C596E">
        <w:rPr>
          <w:rFonts w:ascii="Sylfaen" w:hAnsi="Sylfaen" w:cs="Sylfaen"/>
          <w:sz w:val="18"/>
          <w:szCs w:val="18"/>
        </w:rPr>
        <w:t>თუ</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დაუძლეველი</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ძალის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მოქმედება</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გრძელდება</w:t>
      </w:r>
      <w:proofErr w:type="spellEnd"/>
      <w:r w:rsidRPr="00DA3E97">
        <w:rPr>
          <w:rFonts w:ascii="Sylfaen" w:hAnsi="Sylfaen" w:cs="Sylfaen"/>
          <w:sz w:val="18"/>
          <w:szCs w:val="18"/>
        </w:rPr>
        <w:t xml:space="preserve"> 15 (</w:t>
      </w:r>
      <w:proofErr w:type="spellStart"/>
      <w:r w:rsidRPr="000C596E">
        <w:rPr>
          <w:rFonts w:ascii="Sylfaen" w:hAnsi="Sylfaen" w:cs="Sylfaen"/>
          <w:sz w:val="18"/>
          <w:szCs w:val="18"/>
        </w:rPr>
        <w:t>თხუთმეტი</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დღეზე</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მეტ</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ხანს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მხარეებმა</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უნდა</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გადაწყვიტონ</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წინამდებარე</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ხელშეკრულების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ბედი</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თუ</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მხარეები</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ვერ</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მიაღწევენ</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კომპრომისს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დავას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განიხილავს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სასამართლო</w:t>
      </w:r>
      <w:proofErr w:type="spellEnd"/>
      <w:r w:rsidRPr="00DA3E97">
        <w:rPr>
          <w:rFonts w:ascii="Sylfaen" w:hAnsi="Sylfaen" w:cs="Sylfaen"/>
          <w:sz w:val="18"/>
          <w:szCs w:val="18"/>
        </w:rPr>
        <w:t>.</w:t>
      </w:r>
    </w:p>
    <w:p w14:paraId="7186527A" w14:textId="2AB05D0E" w:rsidR="004B6084" w:rsidRPr="00DA3E97" w:rsidRDefault="00A74260" w:rsidP="00185C20">
      <w:pPr>
        <w:pStyle w:val="ListParagraph"/>
        <w:numPr>
          <w:ilvl w:val="1"/>
          <w:numId w:val="13"/>
        </w:numPr>
        <w:jc w:val="both"/>
        <w:rPr>
          <w:rFonts w:ascii="Sylfaen" w:hAnsi="Sylfaen" w:cs="Sylfaen"/>
          <w:sz w:val="18"/>
          <w:szCs w:val="18"/>
        </w:rPr>
      </w:pPr>
      <w:proofErr w:type="spellStart"/>
      <w:r w:rsidRPr="000C596E">
        <w:rPr>
          <w:rFonts w:ascii="Sylfaen" w:hAnsi="Sylfaen" w:cs="Sylfaen"/>
          <w:sz w:val="18"/>
          <w:szCs w:val="18"/>
        </w:rPr>
        <w:t>კლიმატური</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პირობების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სტანდარტი</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ამ</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მუხლის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მიზნებისათვის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განსაზღვრულია</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საქართველოს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კანონმდებლობით</w:t>
      </w:r>
      <w:proofErr w:type="spellEnd"/>
      <w:r w:rsidRPr="00DA3E97">
        <w:rPr>
          <w:rFonts w:ascii="Sylfaen" w:hAnsi="Sylfaen" w:cs="Sylfaen"/>
          <w:sz w:val="18"/>
          <w:szCs w:val="18"/>
        </w:rPr>
        <w:t>.</w:t>
      </w:r>
    </w:p>
    <w:p w14:paraId="4AEEBE2C" w14:textId="7B1665CD" w:rsidR="009A474C" w:rsidRPr="00DA3E97" w:rsidRDefault="009A474C" w:rsidP="00DA3E97">
      <w:pPr>
        <w:pStyle w:val="ListParagraph"/>
        <w:numPr>
          <w:ilvl w:val="1"/>
          <w:numId w:val="13"/>
        </w:numPr>
        <w:jc w:val="both"/>
        <w:rPr>
          <w:rFonts w:ascii="Sylfaen" w:hAnsi="Sylfaen" w:cs="Sylfaen"/>
          <w:sz w:val="18"/>
          <w:szCs w:val="18"/>
        </w:rPr>
      </w:pPr>
      <w:proofErr w:type="spellStart"/>
      <w:r w:rsidRPr="00DA3E97">
        <w:rPr>
          <w:rFonts w:ascii="Sylfaen" w:hAnsi="Sylfaen" w:cs="Sylfaen"/>
          <w:sz w:val="18"/>
          <w:szCs w:val="18"/>
        </w:rPr>
        <w:t>ფორს-მაჟორის</w:t>
      </w:r>
      <w:proofErr w:type="spellEnd"/>
      <w:r w:rsidRPr="00DA3E97">
        <w:rPr>
          <w:rFonts w:ascii="Sylfaen" w:hAnsi="Sylfaen" w:cs="Sylfaen"/>
          <w:sz w:val="18"/>
          <w:szCs w:val="18"/>
        </w:rPr>
        <w:t xml:space="preserve"> </w:t>
      </w:r>
      <w:proofErr w:type="spellStart"/>
      <w:r w:rsidRPr="00DA3E97">
        <w:rPr>
          <w:rFonts w:ascii="Sylfaen" w:hAnsi="Sylfaen" w:cs="Sylfaen"/>
          <w:sz w:val="18"/>
          <w:szCs w:val="18"/>
        </w:rPr>
        <w:t>დადასტურება</w:t>
      </w:r>
      <w:proofErr w:type="spellEnd"/>
      <w:r w:rsidRPr="00DA3E97">
        <w:rPr>
          <w:rFonts w:ascii="Sylfaen" w:hAnsi="Sylfaen" w:cs="Sylfaen"/>
          <w:sz w:val="18"/>
          <w:szCs w:val="18"/>
        </w:rPr>
        <w:t xml:space="preserve"> </w:t>
      </w:r>
      <w:proofErr w:type="spellStart"/>
      <w:r w:rsidRPr="00DA3E97">
        <w:rPr>
          <w:rFonts w:ascii="Sylfaen" w:hAnsi="Sylfaen" w:cs="Sylfaen"/>
          <w:sz w:val="18"/>
          <w:szCs w:val="18"/>
        </w:rPr>
        <w:t>შესაძლებელია</w:t>
      </w:r>
      <w:proofErr w:type="spellEnd"/>
      <w:r w:rsidRPr="00DA3E97">
        <w:rPr>
          <w:rFonts w:ascii="Sylfaen" w:hAnsi="Sylfaen" w:cs="Sylfaen"/>
          <w:sz w:val="18"/>
          <w:szCs w:val="18"/>
        </w:rPr>
        <w:t xml:space="preserve"> </w:t>
      </w:r>
      <w:proofErr w:type="spellStart"/>
      <w:r w:rsidRPr="00DA3E97">
        <w:rPr>
          <w:rFonts w:ascii="Sylfaen" w:hAnsi="Sylfaen" w:cs="Sylfaen"/>
          <w:sz w:val="18"/>
          <w:szCs w:val="18"/>
        </w:rPr>
        <w:t>მხოლოდ</w:t>
      </w:r>
      <w:proofErr w:type="spellEnd"/>
      <w:r w:rsidRPr="00DA3E97">
        <w:rPr>
          <w:rFonts w:ascii="Sylfaen" w:hAnsi="Sylfaen" w:cs="Sylfaen"/>
          <w:sz w:val="18"/>
          <w:szCs w:val="18"/>
        </w:rPr>
        <w:t xml:space="preserve"> </w:t>
      </w:r>
      <w:proofErr w:type="spellStart"/>
      <w:r w:rsidRPr="00DA3E97">
        <w:rPr>
          <w:rFonts w:ascii="Sylfaen" w:hAnsi="Sylfaen" w:cs="Sylfaen"/>
          <w:sz w:val="18"/>
          <w:szCs w:val="18"/>
        </w:rPr>
        <w:t>საქართველოს</w:t>
      </w:r>
      <w:proofErr w:type="spellEnd"/>
      <w:r w:rsidRPr="00DA3E97">
        <w:rPr>
          <w:rFonts w:ascii="Sylfaen" w:hAnsi="Sylfaen" w:cs="Sylfaen"/>
          <w:sz w:val="18"/>
          <w:szCs w:val="18"/>
        </w:rPr>
        <w:t xml:space="preserve"> </w:t>
      </w:r>
      <w:proofErr w:type="spellStart"/>
      <w:r w:rsidRPr="00DA3E97">
        <w:rPr>
          <w:rFonts w:ascii="Sylfaen" w:hAnsi="Sylfaen" w:cs="Sylfaen"/>
          <w:sz w:val="18"/>
          <w:szCs w:val="18"/>
        </w:rPr>
        <w:t>სავაჭრო-სამრეწველო</w:t>
      </w:r>
      <w:proofErr w:type="spellEnd"/>
      <w:r w:rsidRPr="00DA3E97">
        <w:rPr>
          <w:rFonts w:ascii="Sylfaen" w:hAnsi="Sylfaen" w:cs="Sylfaen"/>
          <w:sz w:val="18"/>
          <w:szCs w:val="18"/>
        </w:rPr>
        <w:t xml:space="preserve"> </w:t>
      </w:r>
      <w:proofErr w:type="spellStart"/>
      <w:r w:rsidRPr="00DA3E97">
        <w:rPr>
          <w:rFonts w:ascii="Sylfaen" w:hAnsi="Sylfaen" w:cs="Sylfaen"/>
          <w:sz w:val="18"/>
          <w:szCs w:val="18"/>
        </w:rPr>
        <w:t>პალატის</w:t>
      </w:r>
      <w:proofErr w:type="spellEnd"/>
      <w:r w:rsidRPr="00DA3E97">
        <w:rPr>
          <w:rFonts w:ascii="Sylfaen" w:hAnsi="Sylfaen" w:cs="Sylfaen"/>
          <w:sz w:val="18"/>
          <w:szCs w:val="18"/>
        </w:rPr>
        <w:t xml:space="preserve"> </w:t>
      </w:r>
      <w:proofErr w:type="spellStart"/>
      <w:r w:rsidRPr="00DA3E97">
        <w:rPr>
          <w:rFonts w:ascii="Sylfaen" w:hAnsi="Sylfaen" w:cs="Sylfaen"/>
          <w:sz w:val="18"/>
          <w:szCs w:val="18"/>
        </w:rPr>
        <w:t>მიერ</w:t>
      </w:r>
      <w:proofErr w:type="spellEnd"/>
      <w:r w:rsidRPr="00DA3E97">
        <w:rPr>
          <w:rFonts w:ascii="Sylfaen" w:hAnsi="Sylfaen" w:cs="Sylfaen"/>
          <w:sz w:val="18"/>
          <w:szCs w:val="18"/>
        </w:rPr>
        <w:t xml:space="preserve"> </w:t>
      </w:r>
      <w:proofErr w:type="spellStart"/>
      <w:r w:rsidRPr="00DA3E97">
        <w:rPr>
          <w:rFonts w:ascii="Sylfaen" w:hAnsi="Sylfaen" w:cs="Sylfaen"/>
          <w:sz w:val="18"/>
          <w:szCs w:val="18"/>
        </w:rPr>
        <w:t>გაცემული</w:t>
      </w:r>
      <w:proofErr w:type="spellEnd"/>
      <w:r w:rsidRPr="00DA3E97">
        <w:rPr>
          <w:rFonts w:ascii="Sylfaen" w:hAnsi="Sylfaen" w:cs="Sylfaen"/>
          <w:sz w:val="18"/>
          <w:szCs w:val="18"/>
        </w:rPr>
        <w:t xml:space="preserve"> </w:t>
      </w:r>
      <w:proofErr w:type="spellStart"/>
      <w:r w:rsidRPr="00DA3E97">
        <w:rPr>
          <w:rFonts w:ascii="Sylfaen" w:hAnsi="Sylfaen" w:cs="Sylfaen"/>
          <w:sz w:val="18"/>
          <w:szCs w:val="18"/>
        </w:rPr>
        <w:t>შესაბამისი</w:t>
      </w:r>
      <w:proofErr w:type="spellEnd"/>
      <w:r w:rsidRPr="00DA3E97">
        <w:rPr>
          <w:rFonts w:ascii="Sylfaen" w:hAnsi="Sylfaen" w:cs="Sylfaen"/>
          <w:sz w:val="18"/>
          <w:szCs w:val="18"/>
        </w:rPr>
        <w:t xml:space="preserve"> </w:t>
      </w:r>
      <w:proofErr w:type="spellStart"/>
      <w:r w:rsidRPr="00DA3E97">
        <w:rPr>
          <w:rFonts w:ascii="Sylfaen" w:hAnsi="Sylfaen" w:cs="Sylfaen"/>
          <w:sz w:val="18"/>
          <w:szCs w:val="18"/>
        </w:rPr>
        <w:t>სერტიფიკატით</w:t>
      </w:r>
      <w:proofErr w:type="spellEnd"/>
      <w:r w:rsidRPr="00DA3E97">
        <w:rPr>
          <w:rFonts w:ascii="Sylfaen" w:hAnsi="Sylfaen" w:cs="Sylfaen"/>
          <w:sz w:val="18"/>
          <w:szCs w:val="18"/>
        </w:rPr>
        <w:t xml:space="preserve">. </w:t>
      </w:r>
      <w:proofErr w:type="spellStart"/>
      <w:r w:rsidRPr="00DA3E97">
        <w:rPr>
          <w:rFonts w:ascii="Sylfaen" w:hAnsi="Sylfaen" w:cs="Sylfaen"/>
          <w:sz w:val="18"/>
          <w:szCs w:val="18"/>
        </w:rPr>
        <w:t>ფორს-მაჟორი</w:t>
      </w:r>
      <w:proofErr w:type="spellEnd"/>
      <w:r w:rsidRPr="00DA3E97">
        <w:rPr>
          <w:rFonts w:ascii="Sylfaen" w:hAnsi="Sylfaen" w:cs="Sylfaen"/>
          <w:sz w:val="18"/>
          <w:szCs w:val="18"/>
        </w:rPr>
        <w:t xml:space="preserve"> </w:t>
      </w:r>
      <w:proofErr w:type="spellStart"/>
      <w:r w:rsidRPr="00DA3E97">
        <w:rPr>
          <w:rFonts w:ascii="Sylfaen" w:hAnsi="Sylfaen" w:cs="Sylfaen"/>
          <w:sz w:val="18"/>
          <w:szCs w:val="18"/>
        </w:rPr>
        <w:t>არ</w:t>
      </w:r>
      <w:proofErr w:type="spellEnd"/>
      <w:r w:rsidRPr="00DA3E97">
        <w:rPr>
          <w:rFonts w:ascii="Sylfaen" w:hAnsi="Sylfaen" w:cs="Sylfaen"/>
          <w:sz w:val="18"/>
          <w:szCs w:val="18"/>
        </w:rPr>
        <w:t xml:space="preserve"> </w:t>
      </w:r>
      <w:proofErr w:type="spellStart"/>
      <w:r w:rsidRPr="00DA3E97">
        <w:rPr>
          <w:rFonts w:ascii="Sylfaen" w:hAnsi="Sylfaen" w:cs="Sylfaen"/>
          <w:sz w:val="18"/>
          <w:szCs w:val="18"/>
        </w:rPr>
        <w:t>ვრცელდება</w:t>
      </w:r>
      <w:proofErr w:type="spellEnd"/>
      <w:r w:rsidRPr="00DA3E97">
        <w:rPr>
          <w:rFonts w:ascii="Sylfaen" w:hAnsi="Sylfaen" w:cs="Sylfaen"/>
          <w:sz w:val="18"/>
          <w:szCs w:val="18"/>
        </w:rPr>
        <w:t xml:space="preserve"> </w:t>
      </w:r>
      <w:proofErr w:type="spellStart"/>
      <w:r w:rsidRPr="00DA3E97">
        <w:rPr>
          <w:rFonts w:ascii="Sylfaen" w:hAnsi="Sylfaen" w:cs="Sylfaen"/>
          <w:sz w:val="18"/>
          <w:szCs w:val="18"/>
        </w:rPr>
        <w:t>მხარის</w:t>
      </w:r>
      <w:proofErr w:type="spellEnd"/>
      <w:r w:rsidRPr="00DA3E97">
        <w:rPr>
          <w:rFonts w:ascii="Sylfaen" w:hAnsi="Sylfaen" w:cs="Sylfaen"/>
          <w:sz w:val="18"/>
          <w:szCs w:val="18"/>
        </w:rPr>
        <w:t xml:space="preserve"> </w:t>
      </w:r>
      <w:proofErr w:type="spellStart"/>
      <w:r w:rsidRPr="00DA3E97">
        <w:rPr>
          <w:rFonts w:ascii="Sylfaen" w:hAnsi="Sylfaen" w:cs="Sylfaen"/>
          <w:sz w:val="18"/>
          <w:szCs w:val="18"/>
        </w:rPr>
        <w:t>ფინანსურ</w:t>
      </w:r>
      <w:proofErr w:type="spellEnd"/>
      <w:r w:rsidRPr="00DA3E97">
        <w:rPr>
          <w:rFonts w:ascii="Sylfaen" w:hAnsi="Sylfaen" w:cs="Sylfaen"/>
          <w:sz w:val="18"/>
          <w:szCs w:val="18"/>
        </w:rPr>
        <w:t xml:space="preserve"> </w:t>
      </w:r>
      <w:proofErr w:type="spellStart"/>
      <w:r w:rsidRPr="00DA3E97">
        <w:rPr>
          <w:rFonts w:ascii="Sylfaen" w:hAnsi="Sylfaen" w:cs="Sylfaen"/>
          <w:sz w:val="18"/>
          <w:szCs w:val="18"/>
        </w:rPr>
        <w:t>სირთულეებსა</w:t>
      </w:r>
      <w:proofErr w:type="spellEnd"/>
      <w:r w:rsidRPr="00DA3E97">
        <w:rPr>
          <w:rFonts w:ascii="Sylfaen" w:hAnsi="Sylfaen" w:cs="Sylfaen"/>
          <w:sz w:val="18"/>
          <w:szCs w:val="18"/>
        </w:rPr>
        <w:t xml:space="preserve"> </w:t>
      </w:r>
      <w:proofErr w:type="spellStart"/>
      <w:r w:rsidRPr="00DA3E97">
        <w:rPr>
          <w:rFonts w:ascii="Sylfaen" w:hAnsi="Sylfaen" w:cs="Sylfaen"/>
          <w:sz w:val="18"/>
          <w:szCs w:val="18"/>
        </w:rPr>
        <w:t>და</w:t>
      </w:r>
      <w:proofErr w:type="spellEnd"/>
      <w:r w:rsidRPr="00DA3E97">
        <w:rPr>
          <w:rFonts w:ascii="Sylfaen" w:hAnsi="Sylfaen" w:cs="Sylfaen"/>
          <w:sz w:val="18"/>
          <w:szCs w:val="18"/>
        </w:rPr>
        <w:t xml:space="preserve"> </w:t>
      </w:r>
      <w:proofErr w:type="spellStart"/>
      <w:r w:rsidRPr="00DA3E97">
        <w:rPr>
          <w:rFonts w:ascii="Sylfaen" w:hAnsi="Sylfaen" w:cs="Sylfaen"/>
          <w:sz w:val="18"/>
          <w:szCs w:val="18"/>
        </w:rPr>
        <w:t>მიწოდების</w:t>
      </w:r>
      <w:proofErr w:type="spellEnd"/>
      <w:r w:rsidRPr="00DA3E97">
        <w:rPr>
          <w:rFonts w:ascii="Sylfaen" w:hAnsi="Sylfaen" w:cs="Sylfaen"/>
          <w:sz w:val="18"/>
          <w:szCs w:val="18"/>
        </w:rPr>
        <w:t xml:space="preserve"> </w:t>
      </w:r>
      <w:proofErr w:type="spellStart"/>
      <w:r w:rsidRPr="00DA3E97">
        <w:rPr>
          <w:rFonts w:ascii="Sylfaen" w:hAnsi="Sylfaen" w:cs="Sylfaen"/>
          <w:sz w:val="18"/>
          <w:szCs w:val="18"/>
        </w:rPr>
        <w:t>შეფერხებაზე</w:t>
      </w:r>
      <w:proofErr w:type="spellEnd"/>
      <w:r w:rsidRPr="00DA3E97">
        <w:rPr>
          <w:rFonts w:ascii="Sylfaen" w:hAnsi="Sylfaen" w:cs="Sylfaen"/>
          <w:sz w:val="18"/>
          <w:szCs w:val="18"/>
        </w:rPr>
        <w:t>.</w:t>
      </w:r>
    </w:p>
    <w:p w14:paraId="4917160B" w14:textId="4E6B0D89" w:rsidR="004B6084" w:rsidRPr="00DA3E97" w:rsidRDefault="00A74260" w:rsidP="00185C20">
      <w:pPr>
        <w:pStyle w:val="ListParagraph"/>
        <w:numPr>
          <w:ilvl w:val="1"/>
          <w:numId w:val="13"/>
        </w:numPr>
        <w:jc w:val="both"/>
        <w:rPr>
          <w:rFonts w:ascii="Sylfaen" w:hAnsi="Sylfaen" w:cs="Sylfaen"/>
          <w:sz w:val="18"/>
          <w:szCs w:val="18"/>
        </w:rPr>
      </w:pPr>
      <w:proofErr w:type="spellStart"/>
      <w:r w:rsidRPr="000C596E">
        <w:rPr>
          <w:rFonts w:ascii="Sylfaen" w:hAnsi="Sylfaen" w:cs="Sylfaen"/>
          <w:sz w:val="18"/>
          <w:szCs w:val="18"/>
        </w:rPr>
        <w:t>მხარეები</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დამატებით</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თანხმდებიან</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რომ</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თუ</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სახეზე</w:t>
      </w:r>
      <w:proofErr w:type="spellEnd"/>
      <w:r w:rsidRPr="00DA3E97">
        <w:rPr>
          <w:rFonts w:ascii="Sylfaen" w:hAnsi="Sylfaen" w:cs="Sylfaen"/>
          <w:sz w:val="18"/>
          <w:szCs w:val="18"/>
        </w:rPr>
        <w:t xml:space="preserve"> </w:t>
      </w:r>
      <w:r w:rsidR="00612221">
        <w:rPr>
          <w:rFonts w:ascii="Sylfaen" w:hAnsi="Sylfaen" w:cs="Sylfaen"/>
          <w:sz w:val="18"/>
          <w:szCs w:val="18"/>
          <w:lang w:val="ka-GE"/>
        </w:rPr>
        <w:t>იქნება</w:t>
      </w:r>
      <w:r w:rsidRPr="00DA3E97">
        <w:rPr>
          <w:rFonts w:ascii="Sylfaen" w:hAnsi="Sylfaen" w:cs="Sylfaen"/>
          <w:sz w:val="18"/>
          <w:szCs w:val="18"/>
        </w:rPr>
        <w:t xml:space="preserve"> </w:t>
      </w:r>
      <w:r w:rsidR="00E12656">
        <w:rPr>
          <w:rFonts w:ascii="Sylfaen" w:hAnsi="Sylfaen" w:cs="Sylfaen"/>
          <w:sz w:val="18"/>
          <w:szCs w:val="18"/>
          <w:lang w:val="ka-GE"/>
        </w:rPr>
        <w:t>9</w:t>
      </w:r>
      <w:r w:rsidRPr="00DA3E97">
        <w:rPr>
          <w:rFonts w:ascii="Sylfaen" w:hAnsi="Sylfaen" w:cs="Sylfaen"/>
          <w:sz w:val="18"/>
          <w:szCs w:val="18"/>
        </w:rPr>
        <w:t xml:space="preserve">.5. </w:t>
      </w:r>
      <w:proofErr w:type="spellStart"/>
      <w:r w:rsidRPr="000C596E">
        <w:rPr>
          <w:rFonts w:ascii="Sylfaen" w:hAnsi="Sylfaen" w:cs="Sylfaen"/>
          <w:sz w:val="18"/>
          <w:szCs w:val="18"/>
        </w:rPr>
        <w:t>მუხლით</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გათვალისწინებული</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გარემოება</w:t>
      </w:r>
      <w:proofErr w:type="spellEnd"/>
      <w:r w:rsidRPr="00DA3E97">
        <w:rPr>
          <w:rFonts w:ascii="Sylfaen" w:hAnsi="Sylfaen" w:cs="Sylfaen"/>
          <w:sz w:val="18"/>
          <w:szCs w:val="18"/>
        </w:rPr>
        <w:t xml:space="preserve">, </w:t>
      </w:r>
      <w:r w:rsidR="00DA3E97">
        <w:rPr>
          <w:rFonts w:ascii="Sylfaen" w:hAnsi="Sylfaen" w:cs="Sylfaen"/>
          <w:sz w:val="18"/>
          <w:szCs w:val="18"/>
          <w:lang w:val="ka-GE"/>
        </w:rPr>
        <w:t xml:space="preserve">მენარდე </w:t>
      </w:r>
      <w:proofErr w:type="spellStart"/>
      <w:r w:rsidRPr="000C596E">
        <w:rPr>
          <w:rFonts w:ascii="Sylfaen" w:hAnsi="Sylfaen" w:cs="Sylfaen"/>
          <w:sz w:val="18"/>
          <w:szCs w:val="18"/>
        </w:rPr>
        <w:t>წერილობით</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აცნობებს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დამკვეთს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აღნიშნულის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თაობაზე</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და</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აღნიშნული</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გარემოება</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მხარეთა</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შორის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წერილობითი</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შეთანხმების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საფუძველზე</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ჩაითვლება</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საპატიო</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მიზეზით</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მოცდენილ</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დღეებად</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ხსენებული</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გარემოებების</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აღმოფხვრამდე</w:t>
      </w:r>
      <w:proofErr w:type="spellEnd"/>
      <w:r w:rsidRPr="00DA3E97">
        <w:rPr>
          <w:rFonts w:ascii="Sylfaen" w:hAnsi="Sylfaen" w:cs="Sylfaen"/>
          <w:sz w:val="18"/>
          <w:szCs w:val="18"/>
        </w:rPr>
        <w:t xml:space="preserve"> </w:t>
      </w:r>
      <w:proofErr w:type="spellStart"/>
      <w:r w:rsidRPr="000C596E">
        <w:rPr>
          <w:rFonts w:ascii="Sylfaen" w:hAnsi="Sylfaen" w:cs="Sylfaen"/>
          <w:sz w:val="18"/>
          <w:szCs w:val="18"/>
        </w:rPr>
        <w:t>ვადაში</w:t>
      </w:r>
      <w:proofErr w:type="spellEnd"/>
      <w:r w:rsidRPr="00DA3E97">
        <w:rPr>
          <w:rFonts w:ascii="Sylfaen" w:hAnsi="Sylfaen" w:cs="Sylfaen"/>
          <w:sz w:val="18"/>
          <w:szCs w:val="18"/>
        </w:rPr>
        <w:t>.</w:t>
      </w:r>
    </w:p>
    <w:p w14:paraId="708C36AF" w14:textId="77777777" w:rsidR="004B6084" w:rsidRPr="000C596E" w:rsidRDefault="004B6084" w:rsidP="00185C20">
      <w:pPr>
        <w:jc w:val="both"/>
        <w:rPr>
          <w:rFonts w:cstheme="majorHAnsi"/>
          <w:b/>
          <w:bCs/>
          <w:u w:val="single"/>
        </w:rPr>
      </w:pPr>
    </w:p>
    <w:p w14:paraId="4E1AD587" w14:textId="469B0DC5" w:rsidR="004B6084" w:rsidRPr="000C596E" w:rsidRDefault="00A74260" w:rsidP="00185C20">
      <w:pPr>
        <w:pStyle w:val="ListParagraph"/>
        <w:numPr>
          <w:ilvl w:val="0"/>
          <w:numId w:val="13"/>
        </w:numPr>
        <w:jc w:val="both"/>
        <w:rPr>
          <w:rFonts w:cstheme="majorHAnsi"/>
          <w:b/>
          <w:bCs/>
          <w:u w:val="single"/>
        </w:rPr>
      </w:pPr>
      <w:proofErr w:type="spellStart"/>
      <w:r w:rsidRPr="000C596E">
        <w:rPr>
          <w:rFonts w:ascii="Sylfaen" w:hAnsi="Sylfaen" w:cs="Sylfaen"/>
          <w:b/>
          <w:bCs/>
          <w:u w:val="single"/>
        </w:rPr>
        <w:t>ხელშეკრულების</w:t>
      </w:r>
      <w:proofErr w:type="spellEnd"/>
      <w:r w:rsidRPr="000C596E">
        <w:rPr>
          <w:rFonts w:cstheme="majorHAnsi"/>
          <w:b/>
          <w:bCs/>
          <w:u w:val="single"/>
        </w:rPr>
        <w:t xml:space="preserve"> </w:t>
      </w:r>
      <w:proofErr w:type="spellStart"/>
      <w:r w:rsidRPr="000C596E">
        <w:rPr>
          <w:rFonts w:ascii="Sylfaen" w:hAnsi="Sylfaen" w:cs="Sylfaen"/>
          <w:b/>
          <w:bCs/>
          <w:u w:val="single"/>
        </w:rPr>
        <w:t>შესრულების</w:t>
      </w:r>
      <w:proofErr w:type="spellEnd"/>
      <w:r w:rsidRPr="000C596E">
        <w:rPr>
          <w:rFonts w:cstheme="majorHAnsi"/>
          <w:b/>
          <w:bCs/>
          <w:u w:val="single"/>
        </w:rPr>
        <w:t xml:space="preserve"> </w:t>
      </w:r>
      <w:proofErr w:type="spellStart"/>
      <w:r w:rsidRPr="000C596E">
        <w:rPr>
          <w:rFonts w:ascii="Sylfaen" w:hAnsi="Sylfaen" w:cs="Sylfaen"/>
          <w:b/>
          <w:bCs/>
          <w:u w:val="single"/>
        </w:rPr>
        <w:t>კონტროლი</w:t>
      </w:r>
      <w:proofErr w:type="spellEnd"/>
    </w:p>
    <w:p w14:paraId="767E82EB" w14:textId="44DE0B36" w:rsidR="004B6084" w:rsidRPr="00FF324C" w:rsidRDefault="00A74260" w:rsidP="00185C20">
      <w:pPr>
        <w:pStyle w:val="ListParagraph"/>
        <w:numPr>
          <w:ilvl w:val="1"/>
          <w:numId w:val="13"/>
        </w:numPr>
        <w:jc w:val="both"/>
        <w:rPr>
          <w:rFonts w:ascii="Sylfaen" w:hAnsi="Sylfaen" w:cs="Sylfaen"/>
          <w:sz w:val="18"/>
          <w:szCs w:val="18"/>
        </w:rPr>
      </w:pPr>
      <w:proofErr w:type="spellStart"/>
      <w:r w:rsidRPr="000C596E">
        <w:rPr>
          <w:rFonts w:ascii="Sylfaen" w:hAnsi="Sylfaen" w:cs="Sylfaen"/>
          <w:sz w:val="18"/>
          <w:szCs w:val="18"/>
        </w:rPr>
        <w:t>დამკვეთს</w:t>
      </w:r>
      <w:proofErr w:type="spellEnd"/>
      <w:r w:rsidRPr="00FF324C">
        <w:rPr>
          <w:rFonts w:ascii="Sylfaen" w:hAnsi="Sylfaen" w:cs="Sylfaen"/>
          <w:sz w:val="18"/>
          <w:szCs w:val="18"/>
        </w:rPr>
        <w:t xml:space="preserve"> </w:t>
      </w:r>
      <w:proofErr w:type="spellStart"/>
      <w:r w:rsidRPr="000C596E">
        <w:rPr>
          <w:rFonts w:ascii="Sylfaen" w:hAnsi="Sylfaen" w:cs="Sylfaen"/>
          <w:sz w:val="18"/>
          <w:szCs w:val="18"/>
        </w:rPr>
        <w:t>უფლება</w:t>
      </w:r>
      <w:proofErr w:type="spellEnd"/>
      <w:r w:rsidRPr="00FF324C">
        <w:rPr>
          <w:rFonts w:ascii="Sylfaen" w:hAnsi="Sylfaen" w:cs="Sylfaen"/>
          <w:sz w:val="18"/>
          <w:szCs w:val="18"/>
        </w:rPr>
        <w:t xml:space="preserve"> </w:t>
      </w:r>
      <w:proofErr w:type="spellStart"/>
      <w:r w:rsidRPr="000C596E">
        <w:rPr>
          <w:rFonts w:ascii="Sylfaen" w:hAnsi="Sylfaen" w:cs="Sylfaen"/>
          <w:sz w:val="18"/>
          <w:szCs w:val="18"/>
        </w:rPr>
        <w:t>აქვს</w:t>
      </w:r>
      <w:proofErr w:type="spellEnd"/>
      <w:r w:rsidRPr="00FF324C">
        <w:rPr>
          <w:rFonts w:ascii="Sylfaen" w:hAnsi="Sylfaen" w:cs="Sylfaen"/>
          <w:sz w:val="18"/>
          <w:szCs w:val="18"/>
        </w:rPr>
        <w:t xml:space="preserve">, </w:t>
      </w:r>
      <w:proofErr w:type="spellStart"/>
      <w:r w:rsidRPr="000C596E">
        <w:rPr>
          <w:rFonts w:ascii="Sylfaen" w:hAnsi="Sylfaen" w:cs="Sylfaen"/>
          <w:sz w:val="18"/>
          <w:szCs w:val="18"/>
        </w:rPr>
        <w:t>ხელშეკრულების</w:t>
      </w:r>
      <w:proofErr w:type="spellEnd"/>
      <w:r w:rsidRPr="00FF324C">
        <w:rPr>
          <w:rFonts w:ascii="Sylfaen" w:hAnsi="Sylfaen" w:cs="Sylfaen"/>
          <w:sz w:val="18"/>
          <w:szCs w:val="18"/>
        </w:rPr>
        <w:t xml:space="preserve"> </w:t>
      </w:r>
      <w:proofErr w:type="spellStart"/>
      <w:r w:rsidRPr="000C596E">
        <w:rPr>
          <w:rFonts w:ascii="Sylfaen" w:hAnsi="Sylfaen" w:cs="Sylfaen"/>
          <w:sz w:val="18"/>
          <w:szCs w:val="18"/>
        </w:rPr>
        <w:t>შესრულების</w:t>
      </w:r>
      <w:proofErr w:type="spellEnd"/>
      <w:r w:rsidRPr="00FF324C">
        <w:rPr>
          <w:rFonts w:ascii="Sylfaen" w:hAnsi="Sylfaen" w:cs="Sylfaen"/>
          <w:sz w:val="18"/>
          <w:szCs w:val="18"/>
        </w:rPr>
        <w:t xml:space="preserve"> </w:t>
      </w:r>
      <w:proofErr w:type="spellStart"/>
      <w:r w:rsidRPr="000C596E">
        <w:rPr>
          <w:rFonts w:ascii="Sylfaen" w:hAnsi="Sylfaen" w:cs="Sylfaen"/>
          <w:sz w:val="18"/>
          <w:szCs w:val="18"/>
        </w:rPr>
        <w:t>ნებისმიერ</w:t>
      </w:r>
      <w:proofErr w:type="spellEnd"/>
      <w:r w:rsidRPr="00FF324C">
        <w:rPr>
          <w:rFonts w:ascii="Sylfaen" w:hAnsi="Sylfaen" w:cs="Sylfaen"/>
          <w:sz w:val="18"/>
          <w:szCs w:val="18"/>
        </w:rPr>
        <w:t xml:space="preserve"> </w:t>
      </w:r>
      <w:proofErr w:type="spellStart"/>
      <w:r w:rsidRPr="000C596E">
        <w:rPr>
          <w:rFonts w:ascii="Sylfaen" w:hAnsi="Sylfaen" w:cs="Sylfaen"/>
          <w:sz w:val="18"/>
          <w:szCs w:val="18"/>
        </w:rPr>
        <w:t>ეტაპზე</w:t>
      </w:r>
      <w:proofErr w:type="spellEnd"/>
      <w:r w:rsidR="00FF324C">
        <w:rPr>
          <w:rFonts w:ascii="Sylfaen" w:hAnsi="Sylfaen" w:cs="Sylfaen"/>
          <w:sz w:val="18"/>
          <w:szCs w:val="18"/>
          <w:lang w:val="ka-GE"/>
        </w:rPr>
        <w:t xml:space="preserve"> </w:t>
      </w:r>
      <w:proofErr w:type="spellStart"/>
      <w:r w:rsidRPr="000C596E">
        <w:rPr>
          <w:rFonts w:ascii="Sylfaen" w:hAnsi="Sylfaen" w:cs="Sylfaen"/>
          <w:sz w:val="18"/>
          <w:szCs w:val="18"/>
        </w:rPr>
        <w:t>მენარდისთვის</w:t>
      </w:r>
      <w:proofErr w:type="spellEnd"/>
      <w:r w:rsidRPr="00FF324C">
        <w:rPr>
          <w:rFonts w:ascii="Sylfaen" w:hAnsi="Sylfaen" w:cs="Sylfaen"/>
          <w:sz w:val="18"/>
          <w:szCs w:val="18"/>
        </w:rPr>
        <w:t xml:space="preserve"> </w:t>
      </w:r>
      <w:proofErr w:type="spellStart"/>
      <w:r w:rsidRPr="000C596E">
        <w:rPr>
          <w:rFonts w:ascii="Sylfaen" w:hAnsi="Sylfaen" w:cs="Sylfaen"/>
          <w:sz w:val="18"/>
          <w:szCs w:val="18"/>
        </w:rPr>
        <w:t>წინასწარ</w:t>
      </w:r>
      <w:proofErr w:type="spellEnd"/>
      <w:r w:rsidRPr="00FF324C">
        <w:rPr>
          <w:rFonts w:ascii="Sylfaen" w:hAnsi="Sylfaen" w:cs="Sylfaen"/>
          <w:sz w:val="18"/>
          <w:szCs w:val="18"/>
        </w:rPr>
        <w:t xml:space="preserve"> </w:t>
      </w:r>
      <w:proofErr w:type="spellStart"/>
      <w:r w:rsidRPr="000C596E">
        <w:rPr>
          <w:rFonts w:ascii="Sylfaen" w:hAnsi="Sylfaen" w:cs="Sylfaen"/>
          <w:sz w:val="18"/>
          <w:szCs w:val="18"/>
        </w:rPr>
        <w:t>წერილობითი</w:t>
      </w:r>
      <w:proofErr w:type="spellEnd"/>
      <w:r w:rsidRPr="00FF324C">
        <w:rPr>
          <w:rFonts w:ascii="Sylfaen" w:hAnsi="Sylfaen" w:cs="Sylfaen"/>
          <w:sz w:val="18"/>
          <w:szCs w:val="18"/>
        </w:rPr>
        <w:t xml:space="preserve"> </w:t>
      </w:r>
      <w:proofErr w:type="spellStart"/>
      <w:r w:rsidRPr="000C596E">
        <w:rPr>
          <w:rFonts w:ascii="Sylfaen" w:hAnsi="Sylfaen" w:cs="Sylfaen"/>
          <w:sz w:val="18"/>
          <w:szCs w:val="18"/>
        </w:rPr>
        <w:t>შეტყობინების</w:t>
      </w:r>
      <w:proofErr w:type="spellEnd"/>
      <w:r w:rsidRPr="00FF324C">
        <w:rPr>
          <w:rFonts w:ascii="Sylfaen" w:hAnsi="Sylfaen" w:cs="Sylfaen"/>
          <w:sz w:val="18"/>
          <w:szCs w:val="18"/>
        </w:rPr>
        <w:t xml:space="preserve"> </w:t>
      </w:r>
      <w:proofErr w:type="spellStart"/>
      <w:r w:rsidRPr="000C596E">
        <w:rPr>
          <w:rFonts w:ascii="Sylfaen" w:hAnsi="Sylfaen" w:cs="Sylfaen"/>
          <w:sz w:val="18"/>
          <w:szCs w:val="18"/>
        </w:rPr>
        <w:t>გაგზავნის</w:t>
      </w:r>
      <w:proofErr w:type="spellEnd"/>
      <w:r w:rsidRPr="00FF324C">
        <w:rPr>
          <w:rFonts w:ascii="Sylfaen" w:hAnsi="Sylfaen" w:cs="Sylfaen"/>
          <w:sz w:val="18"/>
          <w:szCs w:val="18"/>
        </w:rPr>
        <w:t xml:space="preserve"> </w:t>
      </w:r>
      <w:proofErr w:type="spellStart"/>
      <w:r w:rsidRPr="000C596E">
        <w:rPr>
          <w:rFonts w:ascii="Sylfaen" w:hAnsi="Sylfaen" w:cs="Sylfaen"/>
          <w:sz w:val="18"/>
          <w:szCs w:val="18"/>
        </w:rPr>
        <w:t>გარეშე</w:t>
      </w:r>
      <w:proofErr w:type="spellEnd"/>
      <w:r w:rsidRPr="00FF324C">
        <w:rPr>
          <w:rFonts w:ascii="Sylfaen" w:hAnsi="Sylfaen" w:cs="Sylfaen"/>
          <w:sz w:val="18"/>
          <w:szCs w:val="18"/>
        </w:rPr>
        <w:t xml:space="preserve"> </w:t>
      </w:r>
      <w:proofErr w:type="spellStart"/>
      <w:r w:rsidRPr="000C596E">
        <w:rPr>
          <w:rFonts w:ascii="Sylfaen" w:hAnsi="Sylfaen" w:cs="Sylfaen"/>
          <w:sz w:val="18"/>
          <w:szCs w:val="18"/>
        </w:rPr>
        <w:t>განახორციელოს</w:t>
      </w:r>
      <w:proofErr w:type="spellEnd"/>
      <w:r w:rsidRPr="00FF324C">
        <w:rPr>
          <w:rFonts w:ascii="Sylfaen" w:hAnsi="Sylfaen" w:cs="Sylfaen"/>
          <w:sz w:val="18"/>
          <w:szCs w:val="18"/>
        </w:rPr>
        <w:t xml:space="preserve"> </w:t>
      </w:r>
      <w:proofErr w:type="spellStart"/>
      <w:r w:rsidRPr="000C596E">
        <w:rPr>
          <w:rFonts w:ascii="Sylfaen" w:hAnsi="Sylfaen" w:cs="Sylfaen"/>
          <w:sz w:val="18"/>
          <w:szCs w:val="18"/>
        </w:rPr>
        <w:t>კონტროლი</w:t>
      </w:r>
      <w:proofErr w:type="spellEnd"/>
      <w:r w:rsidRPr="00FF324C">
        <w:rPr>
          <w:rFonts w:ascii="Sylfaen" w:hAnsi="Sylfaen" w:cs="Sylfaen"/>
          <w:sz w:val="18"/>
          <w:szCs w:val="18"/>
        </w:rPr>
        <w:t xml:space="preserve"> </w:t>
      </w:r>
      <w:proofErr w:type="spellStart"/>
      <w:r w:rsidRPr="000C596E">
        <w:rPr>
          <w:rFonts w:ascii="Sylfaen" w:hAnsi="Sylfaen" w:cs="Sylfaen"/>
          <w:sz w:val="18"/>
          <w:szCs w:val="18"/>
        </w:rPr>
        <w:t>მენარდის</w:t>
      </w:r>
      <w:proofErr w:type="spellEnd"/>
      <w:r w:rsidRPr="00FF324C">
        <w:rPr>
          <w:rFonts w:ascii="Sylfaen" w:hAnsi="Sylfaen" w:cs="Sylfaen"/>
          <w:sz w:val="18"/>
          <w:szCs w:val="18"/>
        </w:rPr>
        <w:t xml:space="preserve"> </w:t>
      </w:r>
      <w:proofErr w:type="spellStart"/>
      <w:r w:rsidRPr="000C596E">
        <w:rPr>
          <w:rFonts w:ascii="Sylfaen" w:hAnsi="Sylfaen" w:cs="Sylfaen"/>
          <w:sz w:val="18"/>
          <w:szCs w:val="18"/>
        </w:rPr>
        <w:t>მიერ</w:t>
      </w:r>
      <w:proofErr w:type="spellEnd"/>
      <w:r w:rsidRPr="00FF324C">
        <w:rPr>
          <w:rFonts w:ascii="Sylfaen" w:hAnsi="Sylfaen" w:cs="Sylfaen"/>
          <w:sz w:val="18"/>
          <w:szCs w:val="18"/>
        </w:rPr>
        <w:t xml:space="preserve"> </w:t>
      </w:r>
      <w:proofErr w:type="spellStart"/>
      <w:r w:rsidRPr="000C596E">
        <w:rPr>
          <w:rFonts w:ascii="Sylfaen" w:hAnsi="Sylfaen" w:cs="Sylfaen"/>
          <w:sz w:val="18"/>
          <w:szCs w:val="18"/>
        </w:rPr>
        <w:t>ნაკისრი</w:t>
      </w:r>
      <w:proofErr w:type="spellEnd"/>
      <w:r w:rsidRPr="00FF324C">
        <w:rPr>
          <w:rFonts w:ascii="Sylfaen" w:hAnsi="Sylfaen" w:cs="Sylfaen"/>
          <w:sz w:val="18"/>
          <w:szCs w:val="18"/>
        </w:rPr>
        <w:t xml:space="preserve"> </w:t>
      </w:r>
      <w:proofErr w:type="spellStart"/>
      <w:r w:rsidRPr="000C596E">
        <w:rPr>
          <w:rFonts w:ascii="Sylfaen" w:hAnsi="Sylfaen" w:cs="Sylfaen"/>
          <w:sz w:val="18"/>
          <w:szCs w:val="18"/>
        </w:rPr>
        <w:t>ვალდებულებების</w:t>
      </w:r>
      <w:proofErr w:type="spellEnd"/>
      <w:r w:rsidRPr="00FF324C">
        <w:rPr>
          <w:rFonts w:ascii="Sylfaen" w:hAnsi="Sylfaen" w:cs="Sylfaen"/>
          <w:sz w:val="18"/>
          <w:szCs w:val="18"/>
        </w:rPr>
        <w:t xml:space="preserve"> </w:t>
      </w:r>
      <w:proofErr w:type="spellStart"/>
      <w:r w:rsidRPr="000C596E">
        <w:rPr>
          <w:rFonts w:ascii="Sylfaen" w:hAnsi="Sylfaen" w:cs="Sylfaen"/>
          <w:sz w:val="18"/>
          <w:szCs w:val="18"/>
        </w:rPr>
        <w:t>შესრულებაზე</w:t>
      </w:r>
      <w:proofErr w:type="spellEnd"/>
      <w:r w:rsidRPr="00FF324C">
        <w:rPr>
          <w:rFonts w:ascii="Sylfaen" w:hAnsi="Sylfaen" w:cs="Sylfaen"/>
          <w:sz w:val="18"/>
          <w:szCs w:val="18"/>
        </w:rPr>
        <w:t xml:space="preserve">, </w:t>
      </w:r>
      <w:proofErr w:type="spellStart"/>
      <w:r w:rsidRPr="000C596E">
        <w:rPr>
          <w:rFonts w:ascii="Sylfaen" w:hAnsi="Sylfaen" w:cs="Sylfaen"/>
          <w:sz w:val="18"/>
          <w:szCs w:val="18"/>
        </w:rPr>
        <w:t>ასევე</w:t>
      </w:r>
      <w:proofErr w:type="spellEnd"/>
      <w:r w:rsidRPr="00FF324C">
        <w:rPr>
          <w:rFonts w:ascii="Sylfaen" w:hAnsi="Sylfaen" w:cs="Sylfaen"/>
          <w:sz w:val="18"/>
          <w:szCs w:val="18"/>
        </w:rPr>
        <w:t xml:space="preserve"> </w:t>
      </w:r>
      <w:proofErr w:type="spellStart"/>
      <w:r w:rsidRPr="000C596E">
        <w:rPr>
          <w:rFonts w:ascii="Sylfaen" w:hAnsi="Sylfaen" w:cs="Sylfaen"/>
          <w:sz w:val="18"/>
          <w:szCs w:val="18"/>
        </w:rPr>
        <w:t>მოახდინოს</w:t>
      </w:r>
      <w:proofErr w:type="spellEnd"/>
      <w:r w:rsidRPr="00FF324C">
        <w:rPr>
          <w:rFonts w:ascii="Sylfaen" w:hAnsi="Sylfaen" w:cs="Sylfaen"/>
          <w:sz w:val="18"/>
          <w:szCs w:val="18"/>
        </w:rPr>
        <w:t xml:space="preserve"> </w:t>
      </w:r>
      <w:proofErr w:type="spellStart"/>
      <w:r w:rsidRPr="000C596E">
        <w:rPr>
          <w:rFonts w:ascii="Sylfaen" w:hAnsi="Sylfaen" w:cs="Sylfaen"/>
          <w:sz w:val="18"/>
          <w:szCs w:val="18"/>
        </w:rPr>
        <w:t>სამუშაოს</w:t>
      </w:r>
      <w:proofErr w:type="spellEnd"/>
      <w:r w:rsidRPr="00FF324C">
        <w:rPr>
          <w:rFonts w:ascii="Sylfaen" w:hAnsi="Sylfaen" w:cs="Sylfaen"/>
          <w:sz w:val="18"/>
          <w:szCs w:val="18"/>
        </w:rPr>
        <w:t xml:space="preserve"> </w:t>
      </w:r>
      <w:proofErr w:type="spellStart"/>
      <w:r w:rsidRPr="000C596E">
        <w:rPr>
          <w:rFonts w:ascii="Sylfaen" w:hAnsi="Sylfaen" w:cs="Sylfaen"/>
          <w:sz w:val="18"/>
          <w:szCs w:val="18"/>
        </w:rPr>
        <w:t>შესრულების</w:t>
      </w:r>
      <w:proofErr w:type="spellEnd"/>
      <w:r w:rsidRPr="00FF324C">
        <w:rPr>
          <w:rFonts w:ascii="Sylfaen" w:hAnsi="Sylfaen" w:cs="Sylfaen"/>
          <w:sz w:val="18"/>
          <w:szCs w:val="18"/>
        </w:rPr>
        <w:t xml:space="preserve"> </w:t>
      </w:r>
      <w:proofErr w:type="spellStart"/>
      <w:r w:rsidRPr="000C596E">
        <w:rPr>
          <w:rFonts w:ascii="Sylfaen" w:hAnsi="Sylfaen" w:cs="Sylfaen"/>
          <w:sz w:val="18"/>
          <w:szCs w:val="18"/>
        </w:rPr>
        <w:t>ხარისხის</w:t>
      </w:r>
      <w:proofErr w:type="spellEnd"/>
      <w:r w:rsidRPr="00FF324C">
        <w:rPr>
          <w:rFonts w:ascii="Sylfaen" w:hAnsi="Sylfaen" w:cs="Sylfaen"/>
          <w:sz w:val="18"/>
          <w:szCs w:val="18"/>
        </w:rPr>
        <w:t xml:space="preserve"> </w:t>
      </w:r>
      <w:proofErr w:type="spellStart"/>
      <w:r w:rsidRPr="000C596E">
        <w:rPr>
          <w:rFonts w:ascii="Sylfaen" w:hAnsi="Sylfaen" w:cs="Sylfaen"/>
          <w:sz w:val="18"/>
          <w:szCs w:val="18"/>
        </w:rPr>
        <w:t>პერიოდული</w:t>
      </w:r>
      <w:proofErr w:type="spellEnd"/>
      <w:r w:rsidRPr="00FF324C">
        <w:rPr>
          <w:rFonts w:ascii="Sylfaen" w:hAnsi="Sylfaen" w:cs="Sylfaen"/>
          <w:sz w:val="18"/>
          <w:szCs w:val="18"/>
        </w:rPr>
        <w:t xml:space="preserve"> </w:t>
      </w:r>
      <w:proofErr w:type="spellStart"/>
      <w:r w:rsidRPr="000C596E">
        <w:rPr>
          <w:rFonts w:ascii="Sylfaen" w:hAnsi="Sylfaen" w:cs="Sylfaen"/>
          <w:sz w:val="18"/>
          <w:szCs w:val="18"/>
        </w:rPr>
        <w:t>ინსპექტირება</w:t>
      </w:r>
      <w:proofErr w:type="spellEnd"/>
      <w:r w:rsidRPr="00FF324C">
        <w:rPr>
          <w:rFonts w:ascii="Sylfaen" w:hAnsi="Sylfaen" w:cs="Sylfaen"/>
          <w:sz w:val="18"/>
          <w:szCs w:val="18"/>
        </w:rPr>
        <w:t>.</w:t>
      </w:r>
    </w:p>
    <w:p w14:paraId="6E715A45" w14:textId="753EC0B8" w:rsidR="004B6084" w:rsidRPr="00FF324C" w:rsidRDefault="00FF324C" w:rsidP="00185C20">
      <w:pPr>
        <w:pStyle w:val="ListParagraph"/>
        <w:numPr>
          <w:ilvl w:val="1"/>
          <w:numId w:val="13"/>
        </w:numPr>
        <w:jc w:val="both"/>
        <w:rPr>
          <w:rFonts w:ascii="Sylfaen" w:hAnsi="Sylfaen" w:cs="Sylfaen"/>
          <w:sz w:val="18"/>
          <w:szCs w:val="18"/>
        </w:rPr>
      </w:pPr>
      <w:r>
        <w:rPr>
          <w:rFonts w:ascii="Sylfaen" w:hAnsi="Sylfaen" w:cs="Sylfaen"/>
          <w:sz w:val="18"/>
          <w:szCs w:val="18"/>
          <w:lang w:val="ka-GE"/>
        </w:rPr>
        <w:t>მენარდე</w:t>
      </w:r>
      <w:r w:rsidR="00A74260" w:rsidRPr="00FF324C">
        <w:rPr>
          <w:rFonts w:ascii="Sylfaen" w:hAnsi="Sylfaen" w:cs="Sylfaen"/>
          <w:sz w:val="18"/>
          <w:szCs w:val="18"/>
        </w:rPr>
        <w:t xml:space="preserve"> </w:t>
      </w:r>
      <w:proofErr w:type="spellStart"/>
      <w:r w:rsidR="00A74260" w:rsidRPr="000C596E">
        <w:rPr>
          <w:rFonts w:ascii="Sylfaen" w:hAnsi="Sylfaen" w:cs="Sylfaen"/>
          <w:sz w:val="18"/>
          <w:szCs w:val="18"/>
        </w:rPr>
        <w:t>ვალდებულია</w:t>
      </w:r>
      <w:proofErr w:type="spellEnd"/>
      <w:r w:rsidR="00A74260" w:rsidRPr="00FF324C">
        <w:rPr>
          <w:rFonts w:ascii="Sylfaen" w:hAnsi="Sylfaen" w:cs="Sylfaen"/>
          <w:sz w:val="18"/>
          <w:szCs w:val="18"/>
        </w:rPr>
        <w:t xml:space="preserve">, </w:t>
      </w:r>
      <w:proofErr w:type="spellStart"/>
      <w:r w:rsidR="00A74260" w:rsidRPr="000C596E">
        <w:rPr>
          <w:rFonts w:ascii="Sylfaen" w:hAnsi="Sylfaen" w:cs="Sylfaen"/>
          <w:sz w:val="18"/>
          <w:szCs w:val="18"/>
        </w:rPr>
        <w:t>საკუთარი</w:t>
      </w:r>
      <w:proofErr w:type="spellEnd"/>
      <w:r w:rsidR="00A74260" w:rsidRPr="00FF324C">
        <w:rPr>
          <w:rFonts w:ascii="Sylfaen" w:hAnsi="Sylfaen" w:cs="Sylfaen"/>
          <w:sz w:val="18"/>
          <w:szCs w:val="18"/>
        </w:rPr>
        <w:t xml:space="preserve"> </w:t>
      </w:r>
      <w:proofErr w:type="spellStart"/>
      <w:r w:rsidR="00A74260" w:rsidRPr="000C596E">
        <w:rPr>
          <w:rFonts w:ascii="Sylfaen" w:hAnsi="Sylfaen" w:cs="Sylfaen"/>
          <w:sz w:val="18"/>
          <w:szCs w:val="18"/>
        </w:rPr>
        <w:t>ხარჯებით</w:t>
      </w:r>
      <w:proofErr w:type="spellEnd"/>
      <w:r w:rsidR="00A74260" w:rsidRPr="00FF324C">
        <w:rPr>
          <w:rFonts w:ascii="Sylfaen" w:hAnsi="Sylfaen" w:cs="Sylfaen"/>
          <w:sz w:val="18"/>
          <w:szCs w:val="18"/>
        </w:rPr>
        <w:t xml:space="preserve"> (</w:t>
      </w:r>
      <w:proofErr w:type="spellStart"/>
      <w:r w:rsidR="00A74260" w:rsidRPr="000C596E">
        <w:rPr>
          <w:rFonts w:ascii="Sylfaen" w:hAnsi="Sylfaen" w:cs="Sylfaen"/>
          <w:sz w:val="18"/>
          <w:szCs w:val="18"/>
        </w:rPr>
        <w:t>მათ</w:t>
      </w:r>
      <w:proofErr w:type="spellEnd"/>
      <w:r w:rsidR="00A74260" w:rsidRPr="00FF324C">
        <w:rPr>
          <w:rFonts w:ascii="Sylfaen" w:hAnsi="Sylfaen" w:cs="Sylfaen"/>
          <w:sz w:val="18"/>
          <w:szCs w:val="18"/>
        </w:rPr>
        <w:t xml:space="preserve"> </w:t>
      </w:r>
      <w:proofErr w:type="spellStart"/>
      <w:r w:rsidR="00A74260" w:rsidRPr="000C596E">
        <w:rPr>
          <w:rFonts w:ascii="Sylfaen" w:hAnsi="Sylfaen" w:cs="Sylfaen"/>
          <w:sz w:val="18"/>
          <w:szCs w:val="18"/>
        </w:rPr>
        <w:t>შორის</w:t>
      </w:r>
      <w:proofErr w:type="spellEnd"/>
      <w:r w:rsidR="00A74260" w:rsidRPr="00FF324C">
        <w:rPr>
          <w:rFonts w:ascii="Sylfaen" w:hAnsi="Sylfaen" w:cs="Sylfaen"/>
          <w:sz w:val="18"/>
          <w:szCs w:val="18"/>
        </w:rPr>
        <w:t xml:space="preserve">, </w:t>
      </w:r>
      <w:proofErr w:type="spellStart"/>
      <w:r w:rsidR="00A74260" w:rsidRPr="000C596E">
        <w:rPr>
          <w:rFonts w:ascii="Sylfaen" w:hAnsi="Sylfaen" w:cs="Sylfaen"/>
          <w:sz w:val="18"/>
          <w:szCs w:val="18"/>
        </w:rPr>
        <w:t>მუშახელით</w:t>
      </w:r>
      <w:proofErr w:type="spellEnd"/>
      <w:r w:rsidR="00A74260" w:rsidRPr="00FF324C">
        <w:rPr>
          <w:rFonts w:ascii="Sylfaen" w:hAnsi="Sylfaen" w:cs="Sylfaen"/>
          <w:sz w:val="18"/>
          <w:szCs w:val="18"/>
        </w:rPr>
        <w:t xml:space="preserve">) </w:t>
      </w:r>
      <w:proofErr w:type="spellStart"/>
      <w:r w:rsidR="00A74260" w:rsidRPr="000C596E">
        <w:rPr>
          <w:rFonts w:ascii="Sylfaen" w:hAnsi="Sylfaen" w:cs="Sylfaen"/>
          <w:sz w:val="18"/>
          <w:szCs w:val="18"/>
        </w:rPr>
        <w:t>მხარეთა</w:t>
      </w:r>
      <w:proofErr w:type="spellEnd"/>
      <w:r w:rsidR="00A74260" w:rsidRPr="00FF324C">
        <w:rPr>
          <w:rFonts w:ascii="Sylfaen" w:hAnsi="Sylfaen" w:cs="Sylfaen"/>
          <w:sz w:val="18"/>
          <w:szCs w:val="18"/>
        </w:rPr>
        <w:t xml:space="preserve"> </w:t>
      </w:r>
      <w:proofErr w:type="spellStart"/>
      <w:r w:rsidR="00A74260" w:rsidRPr="000C596E">
        <w:rPr>
          <w:rFonts w:ascii="Sylfaen" w:hAnsi="Sylfaen" w:cs="Sylfaen"/>
          <w:sz w:val="18"/>
          <w:szCs w:val="18"/>
        </w:rPr>
        <w:t>მიერ</w:t>
      </w:r>
      <w:proofErr w:type="spellEnd"/>
      <w:r w:rsidR="00A74260" w:rsidRPr="00FF324C">
        <w:rPr>
          <w:rFonts w:ascii="Sylfaen" w:hAnsi="Sylfaen" w:cs="Sylfaen"/>
          <w:sz w:val="18"/>
          <w:szCs w:val="18"/>
        </w:rPr>
        <w:t xml:space="preserve"> </w:t>
      </w:r>
      <w:proofErr w:type="spellStart"/>
      <w:r w:rsidR="00A74260" w:rsidRPr="000C596E">
        <w:rPr>
          <w:rFonts w:ascii="Sylfaen" w:hAnsi="Sylfaen" w:cs="Sylfaen"/>
          <w:sz w:val="18"/>
          <w:szCs w:val="18"/>
        </w:rPr>
        <w:t>შეთანხმებულ</w:t>
      </w:r>
      <w:proofErr w:type="spellEnd"/>
      <w:r w:rsidR="00A74260" w:rsidRPr="00FF324C">
        <w:rPr>
          <w:rFonts w:ascii="Sylfaen" w:hAnsi="Sylfaen" w:cs="Sylfaen"/>
          <w:sz w:val="18"/>
          <w:szCs w:val="18"/>
        </w:rPr>
        <w:t xml:space="preserve"> </w:t>
      </w:r>
      <w:proofErr w:type="spellStart"/>
      <w:r w:rsidR="00A74260" w:rsidRPr="000C596E">
        <w:rPr>
          <w:rFonts w:ascii="Sylfaen" w:hAnsi="Sylfaen" w:cs="Sylfaen"/>
          <w:sz w:val="18"/>
          <w:szCs w:val="18"/>
        </w:rPr>
        <w:t>ვადაში</w:t>
      </w:r>
      <w:proofErr w:type="spellEnd"/>
      <w:r w:rsidR="00A74260" w:rsidRPr="00FF324C">
        <w:rPr>
          <w:rFonts w:ascii="Sylfaen" w:hAnsi="Sylfaen" w:cs="Sylfaen"/>
          <w:sz w:val="18"/>
          <w:szCs w:val="18"/>
        </w:rPr>
        <w:t xml:space="preserve"> </w:t>
      </w:r>
      <w:proofErr w:type="spellStart"/>
      <w:r w:rsidR="00A74260" w:rsidRPr="000C596E">
        <w:rPr>
          <w:rFonts w:ascii="Sylfaen" w:hAnsi="Sylfaen" w:cs="Sylfaen"/>
          <w:sz w:val="18"/>
          <w:szCs w:val="18"/>
        </w:rPr>
        <w:t>უზრუნველყოს</w:t>
      </w:r>
      <w:proofErr w:type="spellEnd"/>
      <w:r w:rsidR="00A74260" w:rsidRPr="00FF324C">
        <w:rPr>
          <w:rFonts w:ascii="Sylfaen" w:hAnsi="Sylfaen" w:cs="Sylfaen"/>
          <w:sz w:val="18"/>
          <w:szCs w:val="18"/>
        </w:rPr>
        <w:t xml:space="preserve"> </w:t>
      </w:r>
      <w:proofErr w:type="spellStart"/>
      <w:r w:rsidR="00A74260" w:rsidRPr="000C596E">
        <w:rPr>
          <w:rFonts w:ascii="Sylfaen" w:hAnsi="Sylfaen" w:cs="Sylfaen"/>
          <w:sz w:val="18"/>
          <w:szCs w:val="18"/>
        </w:rPr>
        <w:t>კონტროლის</w:t>
      </w:r>
      <w:proofErr w:type="spellEnd"/>
      <w:r w:rsidR="00A74260" w:rsidRPr="00FF324C">
        <w:rPr>
          <w:rFonts w:ascii="Sylfaen" w:hAnsi="Sylfaen" w:cs="Sylfaen"/>
          <w:sz w:val="18"/>
          <w:szCs w:val="18"/>
        </w:rPr>
        <w:t xml:space="preserve"> </w:t>
      </w:r>
      <w:proofErr w:type="spellStart"/>
      <w:r w:rsidR="00A74260" w:rsidRPr="000C596E">
        <w:rPr>
          <w:rFonts w:ascii="Sylfaen" w:hAnsi="Sylfaen" w:cs="Sylfaen"/>
          <w:sz w:val="18"/>
          <w:szCs w:val="18"/>
        </w:rPr>
        <w:t>შედეგად</w:t>
      </w:r>
      <w:proofErr w:type="spellEnd"/>
      <w:r w:rsidR="00A74260" w:rsidRPr="00FF324C">
        <w:rPr>
          <w:rFonts w:ascii="Sylfaen" w:hAnsi="Sylfaen" w:cs="Sylfaen"/>
          <w:sz w:val="18"/>
          <w:szCs w:val="18"/>
        </w:rPr>
        <w:t xml:space="preserve"> </w:t>
      </w:r>
      <w:proofErr w:type="spellStart"/>
      <w:r w:rsidR="00A74260" w:rsidRPr="000C596E">
        <w:rPr>
          <w:rFonts w:ascii="Sylfaen" w:hAnsi="Sylfaen" w:cs="Sylfaen"/>
          <w:sz w:val="18"/>
          <w:szCs w:val="18"/>
        </w:rPr>
        <w:t>გამოვლენილი</w:t>
      </w:r>
      <w:proofErr w:type="spellEnd"/>
      <w:r w:rsidR="00A74260" w:rsidRPr="00FF324C">
        <w:rPr>
          <w:rFonts w:ascii="Sylfaen" w:hAnsi="Sylfaen" w:cs="Sylfaen"/>
          <w:sz w:val="18"/>
          <w:szCs w:val="18"/>
        </w:rPr>
        <w:t xml:space="preserve"> </w:t>
      </w:r>
      <w:proofErr w:type="spellStart"/>
      <w:r w:rsidR="00A74260" w:rsidRPr="000C596E">
        <w:rPr>
          <w:rFonts w:ascii="Sylfaen" w:hAnsi="Sylfaen" w:cs="Sylfaen"/>
          <w:sz w:val="18"/>
          <w:szCs w:val="18"/>
        </w:rPr>
        <w:t>ყველა</w:t>
      </w:r>
      <w:proofErr w:type="spellEnd"/>
      <w:r w:rsidR="00A74260" w:rsidRPr="00FF324C">
        <w:rPr>
          <w:rFonts w:ascii="Sylfaen" w:hAnsi="Sylfaen" w:cs="Sylfaen"/>
          <w:sz w:val="18"/>
          <w:szCs w:val="18"/>
        </w:rPr>
        <w:t xml:space="preserve"> </w:t>
      </w:r>
      <w:proofErr w:type="spellStart"/>
      <w:r w:rsidR="00A74260" w:rsidRPr="000C596E">
        <w:rPr>
          <w:rFonts w:ascii="Sylfaen" w:hAnsi="Sylfaen" w:cs="Sylfaen"/>
          <w:sz w:val="18"/>
          <w:szCs w:val="18"/>
        </w:rPr>
        <w:t>დეფექტის</w:t>
      </w:r>
      <w:proofErr w:type="spellEnd"/>
      <w:r w:rsidR="00A74260" w:rsidRPr="00FF324C">
        <w:rPr>
          <w:rFonts w:ascii="Sylfaen" w:hAnsi="Sylfaen" w:cs="Sylfaen"/>
          <w:sz w:val="18"/>
          <w:szCs w:val="18"/>
        </w:rPr>
        <w:t xml:space="preserve"> </w:t>
      </w:r>
      <w:proofErr w:type="spellStart"/>
      <w:r w:rsidR="00A74260" w:rsidRPr="000C596E">
        <w:rPr>
          <w:rFonts w:ascii="Sylfaen" w:hAnsi="Sylfaen" w:cs="Sylfaen"/>
          <w:sz w:val="18"/>
          <w:szCs w:val="18"/>
        </w:rPr>
        <w:t>ან</w:t>
      </w:r>
      <w:proofErr w:type="spellEnd"/>
      <w:r w:rsidR="00A74260" w:rsidRPr="00FF324C">
        <w:rPr>
          <w:rFonts w:ascii="Sylfaen" w:hAnsi="Sylfaen" w:cs="Sylfaen"/>
          <w:sz w:val="18"/>
          <w:szCs w:val="18"/>
        </w:rPr>
        <w:t xml:space="preserve"> </w:t>
      </w:r>
      <w:proofErr w:type="spellStart"/>
      <w:r w:rsidR="00A74260" w:rsidRPr="000C596E">
        <w:rPr>
          <w:rFonts w:ascii="Sylfaen" w:hAnsi="Sylfaen" w:cs="Sylfaen"/>
          <w:sz w:val="18"/>
          <w:szCs w:val="18"/>
        </w:rPr>
        <w:t>ნაკლის</w:t>
      </w:r>
      <w:proofErr w:type="spellEnd"/>
      <w:r w:rsidR="00A74260" w:rsidRPr="00FF324C">
        <w:rPr>
          <w:rFonts w:ascii="Sylfaen" w:hAnsi="Sylfaen" w:cs="Sylfaen"/>
          <w:sz w:val="18"/>
          <w:szCs w:val="18"/>
        </w:rPr>
        <w:t xml:space="preserve"> </w:t>
      </w:r>
      <w:proofErr w:type="spellStart"/>
      <w:r w:rsidR="00A74260" w:rsidRPr="000C596E">
        <w:rPr>
          <w:rFonts w:ascii="Sylfaen" w:hAnsi="Sylfaen" w:cs="Sylfaen"/>
          <w:sz w:val="18"/>
          <w:szCs w:val="18"/>
        </w:rPr>
        <w:t>აღმოფხვრა</w:t>
      </w:r>
      <w:proofErr w:type="spellEnd"/>
      <w:r w:rsidR="00A74260" w:rsidRPr="00FF324C">
        <w:rPr>
          <w:rFonts w:ascii="Sylfaen" w:hAnsi="Sylfaen" w:cs="Sylfaen"/>
          <w:sz w:val="18"/>
          <w:szCs w:val="18"/>
        </w:rPr>
        <w:t xml:space="preserve">, </w:t>
      </w:r>
      <w:proofErr w:type="spellStart"/>
      <w:r w:rsidR="00A74260" w:rsidRPr="000C596E">
        <w:rPr>
          <w:rFonts w:ascii="Sylfaen" w:hAnsi="Sylfaen" w:cs="Sylfaen"/>
          <w:sz w:val="18"/>
          <w:szCs w:val="18"/>
        </w:rPr>
        <w:t>გარდა</w:t>
      </w:r>
      <w:proofErr w:type="spellEnd"/>
      <w:r w:rsidR="00A74260" w:rsidRPr="00FF324C">
        <w:rPr>
          <w:rFonts w:ascii="Sylfaen" w:hAnsi="Sylfaen" w:cs="Sylfaen"/>
          <w:sz w:val="18"/>
          <w:szCs w:val="18"/>
        </w:rPr>
        <w:t xml:space="preserve"> </w:t>
      </w:r>
      <w:proofErr w:type="spellStart"/>
      <w:r w:rsidR="00A74260" w:rsidRPr="000C596E">
        <w:rPr>
          <w:rFonts w:ascii="Sylfaen" w:hAnsi="Sylfaen" w:cs="Sylfaen"/>
          <w:sz w:val="18"/>
          <w:szCs w:val="18"/>
        </w:rPr>
        <w:t>იმ</w:t>
      </w:r>
      <w:proofErr w:type="spellEnd"/>
      <w:r w:rsidR="00A74260" w:rsidRPr="00FF324C">
        <w:rPr>
          <w:rFonts w:ascii="Sylfaen" w:hAnsi="Sylfaen" w:cs="Sylfaen"/>
          <w:sz w:val="18"/>
          <w:szCs w:val="18"/>
        </w:rPr>
        <w:t xml:space="preserve"> </w:t>
      </w:r>
      <w:proofErr w:type="spellStart"/>
      <w:r w:rsidR="00A74260" w:rsidRPr="000C596E">
        <w:rPr>
          <w:rFonts w:ascii="Sylfaen" w:hAnsi="Sylfaen" w:cs="Sylfaen"/>
          <w:sz w:val="18"/>
          <w:szCs w:val="18"/>
        </w:rPr>
        <w:t>ხარვეზებისა</w:t>
      </w:r>
      <w:proofErr w:type="spellEnd"/>
      <w:r w:rsidR="00A74260" w:rsidRPr="00FF324C">
        <w:rPr>
          <w:rFonts w:ascii="Sylfaen" w:hAnsi="Sylfaen" w:cs="Sylfaen"/>
          <w:sz w:val="18"/>
          <w:szCs w:val="18"/>
        </w:rPr>
        <w:t xml:space="preserve">, </w:t>
      </w:r>
      <w:proofErr w:type="spellStart"/>
      <w:r w:rsidR="00A74260" w:rsidRPr="000C596E">
        <w:rPr>
          <w:rFonts w:ascii="Sylfaen" w:hAnsi="Sylfaen" w:cs="Sylfaen"/>
          <w:sz w:val="18"/>
          <w:szCs w:val="18"/>
        </w:rPr>
        <w:t>რომელიც</w:t>
      </w:r>
      <w:proofErr w:type="spellEnd"/>
      <w:r w:rsidR="00A74260" w:rsidRPr="00FF324C">
        <w:rPr>
          <w:rFonts w:ascii="Sylfaen" w:hAnsi="Sylfaen" w:cs="Sylfaen"/>
          <w:sz w:val="18"/>
          <w:szCs w:val="18"/>
        </w:rPr>
        <w:t xml:space="preserve"> </w:t>
      </w:r>
      <w:proofErr w:type="spellStart"/>
      <w:r w:rsidR="00A74260" w:rsidRPr="000C596E">
        <w:rPr>
          <w:rFonts w:ascii="Sylfaen" w:hAnsi="Sylfaen" w:cs="Sylfaen"/>
          <w:sz w:val="18"/>
          <w:szCs w:val="18"/>
        </w:rPr>
        <w:t>გამოწვეულია</w:t>
      </w:r>
      <w:proofErr w:type="spellEnd"/>
      <w:r w:rsidR="00A74260" w:rsidRPr="00FF324C">
        <w:rPr>
          <w:rFonts w:ascii="Sylfaen" w:hAnsi="Sylfaen" w:cs="Sylfaen"/>
          <w:sz w:val="18"/>
          <w:szCs w:val="18"/>
        </w:rPr>
        <w:t xml:space="preserve"> </w:t>
      </w:r>
      <w:proofErr w:type="spellStart"/>
      <w:r w:rsidR="00A74260" w:rsidRPr="000C596E">
        <w:rPr>
          <w:rFonts w:ascii="Sylfaen" w:hAnsi="Sylfaen" w:cs="Sylfaen"/>
          <w:sz w:val="18"/>
          <w:szCs w:val="18"/>
        </w:rPr>
        <w:t>დამკვეთის</w:t>
      </w:r>
      <w:proofErr w:type="spellEnd"/>
      <w:r w:rsidR="00A74260" w:rsidRPr="00FF324C">
        <w:rPr>
          <w:rFonts w:ascii="Sylfaen" w:hAnsi="Sylfaen" w:cs="Sylfaen"/>
          <w:sz w:val="18"/>
          <w:szCs w:val="18"/>
        </w:rPr>
        <w:t xml:space="preserve"> </w:t>
      </w:r>
      <w:proofErr w:type="spellStart"/>
      <w:r w:rsidR="00A74260" w:rsidRPr="000C596E">
        <w:rPr>
          <w:rFonts w:ascii="Sylfaen" w:hAnsi="Sylfaen" w:cs="Sylfaen"/>
          <w:sz w:val="18"/>
          <w:szCs w:val="18"/>
        </w:rPr>
        <w:t>მიზეზით</w:t>
      </w:r>
      <w:proofErr w:type="spellEnd"/>
      <w:r w:rsidR="00A74260" w:rsidRPr="00FF324C">
        <w:rPr>
          <w:rFonts w:ascii="Sylfaen" w:hAnsi="Sylfaen" w:cs="Sylfaen"/>
          <w:sz w:val="18"/>
          <w:szCs w:val="18"/>
        </w:rPr>
        <w:t xml:space="preserve">, </w:t>
      </w:r>
      <w:proofErr w:type="spellStart"/>
      <w:r w:rsidR="00A74260" w:rsidRPr="000C596E">
        <w:rPr>
          <w:rFonts w:ascii="Sylfaen" w:hAnsi="Sylfaen" w:cs="Sylfaen"/>
          <w:sz w:val="18"/>
          <w:szCs w:val="18"/>
        </w:rPr>
        <w:t>საპროექტო</w:t>
      </w:r>
      <w:proofErr w:type="spellEnd"/>
      <w:r w:rsidR="00A74260" w:rsidRPr="00FF324C">
        <w:rPr>
          <w:rFonts w:ascii="Sylfaen" w:hAnsi="Sylfaen" w:cs="Sylfaen"/>
          <w:sz w:val="18"/>
          <w:szCs w:val="18"/>
        </w:rPr>
        <w:t xml:space="preserve"> </w:t>
      </w:r>
      <w:proofErr w:type="spellStart"/>
      <w:r w:rsidR="00A74260" w:rsidRPr="000C596E">
        <w:rPr>
          <w:rFonts w:ascii="Sylfaen" w:hAnsi="Sylfaen" w:cs="Sylfaen"/>
          <w:sz w:val="18"/>
          <w:szCs w:val="18"/>
        </w:rPr>
        <w:t>დოკუმენტაციის</w:t>
      </w:r>
      <w:proofErr w:type="spellEnd"/>
      <w:r w:rsidR="00A74260" w:rsidRPr="00FF324C">
        <w:rPr>
          <w:rFonts w:ascii="Sylfaen" w:hAnsi="Sylfaen" w:cs="Sylfaen"/>
          <w:sz w:val="18"/>
          <w:szCs w:val="18"/>
        </w:rPr>
        <w:t xml:space="preserve"> </w:t>
      </w:r>
      <w:proofErr w:type="spellStart"/>
      <w:r w:rsidR="00A74260" w:rsidRPr="000C596E">
        <w:rPr>
          <w:rFonts w:ascii="Sylfaen" w:hAnsi="Sylfaen" w:cs="Sylfaen"/>
          <w:sz w:val="18"/>
          <w:szCs w:val="18"/>
        </w:rPr>
        <w:t>ხარვეზით</w:t>
      </w:r>
      <w:proofErr w:type="spellEnd"/>
      <w:r w:rsidR="00A74260" w:rsidRPr="00FF324C">
        <w:rPr>
          <w:rFonts w:ascii="Sylfaen" w:hAnsi="Sylfaen" w:cs="Sylfaen"/>
          <w:sz w:val="18"/>
          <w:szCs w:val="18"/>
        </w:rPr>
        <w:t xml:space="preserve">, </w:t>
      </w:r>
      <w:proofErr w:type="spellStart"/>
      <w:r w:rsidR="00A74260" w:rsidRPr="000C596E">
        <w:rPr>
          <w:rFonts w:ascii="Sylfaen" w:hAnsi="Sylfaen" w:cs="Sylfaen"/>
          <w:sz w:val="18"/>
          <w:szCs w:val="18"/>
        </w:rPr>
        <w:t>ან</w:t>
      </w:r>
      <w:proofErr w:type="spellEnd"/>
      <w:r w:rsidR="00A74260" w:rsidRPr="00FF324C">
        <w:rPr>
          <w:rFonts w:ascii="Sylfaen" w:hAnsi="Sylfaen" w:cs="Sylfaen"/>
          <w:sz w:val="18"/>
          <w:szCs w:val="18"/>
        </w:rPr>
        <w:t>/</w:t>
      </w:r>
      <w:proofErr w:type="spellStart"/>
      <w:r w:rsidR="00A74260" w:rsidRPr="000C596E">
        <w:rPr>
          <w:rFonts w:ascii="Sylfaen" w:hAnsi="Sylfaen" w:cs="Sylfaen"/>
          <w:sz w:val="18"/>
          <w:szCs w:val="18"/>
        </w:rPr>
        <w:t>და</w:t>
      </w:r>
      <w:proofErr w:type="spellEnd"/>
      <w:r w:rsidR="00A74260" w:rsidRPr="00FF324C">
        <w:rPr>
          <w:rFonts w:ascii="Sylfaen" w:hAnsi="Sylfaen" w:cs="Sylfaen"/>
          <w:sz w:val="18"/>
          <w:szCs w:val="18"/>
        </w:rPr>
        <w:t xml:space="preserve"> </w:t>
      </w:r>
      <w:proofErr w:type="spellStart"/>
      <w:r w:rsidR="00A74260" w:rsidRPr="000C596E">
        <w:rPr>
          <w:rFonts w:ascii="Sylfaen" w:hAnsi="Sylfaen" w:cs="Sylfaen"/>
          <w:sz w:val="18"/>
          <w:szCs w:val="18"/>
        </w:rPr>
        <w:t>დამკვეთის</w:t>
      </w:r>
      <w:proofErr w:type="spellEnd"/>
      <w:r w:rsidR="00A74260" w:rsidRPr="00FF324C">
        <w:rPr>
          <w:rFonts w:ascii="Sylfaen" w:hAnsi="Sylfaen" w:cs="Sylfaen"/>
          <w:sz w:val="18"/>
          <w:szCs w:val="18"/>
        </w:rPr>
        <w:t xml:space="preserve"> </w:t>
      </w:r>
      <w:proofErr w:type="spellStart"/>
      <w:r w:rsidR="00A74260" w:rsidRPr="000C596E">
        <w:rPr>
          <w:rFonts w:ascii="Sylfaen" w:hAnsi="Sylfaen" w:cs="Sylfaen"/>
          <w:sz w:val="18"/>
          <w:szCs w:val="18"/>
        </w:rPr>
        <w:t>ნებისმიერი</w:t>
      </w:r>
      <w:proofErr w:type="spellEnd"/>
      <w:r w:rsidR="00A74260" w:rsidRPr="00FF324C">
        <w:rPr>
          <w:rFonts w:ascii="Sylfaen" w:hAnsi="Sylfaen" w:cs="Sylfaen"/>
          <w:sz w:val="18"/>
          <w:szCs w:val="18"/>
        </w:rPr>
        <w:t xml:space="preserve"> </w:t>
      </w:r>
      <w:proofErr w:type="spellStart"/>
      <w:r w:rsidR="00A74260" w:rsidRPr="000C596E">
        <w:rPr>
          <w:rFonts w:ascii="Sylfaen" w:hAnsi="Sylfaen" w:cs="Sylfaen"/>
          <w:sz w:val="18"/>
          <w:szCs w:val="18"/>
        </w:rPr>
        <w:t>სხვა</w:t>
      </w:r>
      <w:proofErr w:type="spellEnd"/>
      <w:r w:rsidR="00A74260" w:rsidRPr="00FF324C">
        <w:rPr>
          <w:rFonts w:ascii="Sylfaen" w:hAnsi="Sylfaen" w:cs="Sylfaen"/>
          <w:sz w:val="18"/>
          <w:szCs w:val="18"/>
        </w:rPr>
        <w:t xml:space="preserve"> </w:t>
      </w:r>
      <w:proofErr w:type="spellStart"/>
      <w:r w:rsidR="00A74260" w:rsidRPr="000C596E">
        <w:rPr>
          <w:rFonts w:ascii="Sylfaen" w:hAnsi="Sylfaen" w:cs="Sylfaen"/>
          <w:sz w:val="18"/>
          <w:szCs w:val="18"/>
        </w:rPr>
        <w:t>სახის</w:t>
      </w:r>
      <w:proofErr w:type="spellEnd"/>
      <w:r w:rsidR="00A74260" w:rsidRPr="00FF324C">
        <w:rPr>
          <w:rFonts w:ascii="Sylfaen" w:hAnsi="Sylfaen" w:cs="Sylfaen"/>
          <w:sz w:val="18"/>
          <w:szCs w:val="18"/>
        </w:rPr>
        <w:t xml:space="preserve"> </w:t>
      </w:r>
      <w:proofErr w:type="spellStart"/>
      <w:r w:rsidR="00A74260" w:rsidRPr="000C596E">
        <w:rPr>
          <w:rFonts w:ascii="Sylfaen" w:hAnsi="Sylfaen" w:cs="Sylfaen"/>
          <w:sz w:val="18"/>
          <w:szCs w:val="18"/>
        </w:rPr>
        <w:t>ქმედებით</w:t>
      </w:r>
      <w:proofErr w:type="spellEnd"/>
      <w:r w:rsidR="00A74260" w:rsidRPr="00FF324C">
        <w:rPr>
          <w:rFonts w:ascii="Sylfaen" w:hAnsi="Sylfaen" w:cs="Sylfaen"/>
          <w:sz w:val="18"/>
          <w:szCs w:val="18"/>
        </w:rPr>
        <w:t xml:space="preserve">, </w:t>
      </w:r>
      <w:proofErr w:type="spellStart"/>
      <w:r w:rsidR="00A74260" w:rsidRPr="000C596E">
        <w:rPr>
          <w:rFonts w:ascii="Sylfaen" w:hAnsi="Sylfaen" w:cs="Sylfaen"/>
          <w:sz w:val="18"/>
          <w:szCs w:val="18"/>
        </w:rPr>
        <w:t>ასეთ</w:t>
      </w:r>
      <w:proofErr w:type="spellEnd"/>
      <w:r w:rsidR="00A74260" w:rsidRPr="00FF324C">
        <w:rPr>
          <w:rFonts w:ascii="Sylfaen" w:hAnsi="Sylfaen" w:cs="Sylfaen"/>
          <w:sz w:val="18"/>
          <w:szCs w:val="18"/>
        </w:rPr>
        <w:t xml:space="preserve"> </w:t>
      </w:r>
      <w:proofErr w:type="spellStart"/>
      <w:r w:rsidR="00A74260" w:rsidRPr="000C596E">
        <w:rPr>
          <w:rFonts w:ascii="Sylfaen" w:hAnsi="Sylfaen" w:cs="Sylfaen"/>
          <w:sz w:val="18"/>
          <w:szCs w:val="18"/>
        </w:rPr>
        <w:t>შემთხვევაში</w:t>
      </w:r>
      <w:proofErr w:type="spellEnd"/>
      <w:r w:rsidR="00A74260" w:rsidRPr="00FF324C">
        <w:rPr>
          <w:rFonts w:ascii="Sylfaen" w:hAnsi="Sylfaen" w:cs="Sylfaen"/>
          <w:sz w:val="18"/>
          <w:szCs w:val="18"/>
        </w:rPr>
        <w:t xml:space="preserve"> </w:t>
      </w:r>
      <w:proofErr w:type="spellStart"/>
      <w:r w:rsidR="00A74260" w:rsidRPr="000C596E">
        <w:rPr>
          <w:rFonts w:ascii="Sylfaen" w:hAnsi="Sylfaen" w:cs="Sylfaen"/>
          <w:sz w:val="18"/>
          <w:szCs w:val="18"/>
        </w:rPr>
        <w:t>დეფექტის</w:t>
      </w:r>
      <w:proofErr w:type="spellEnd"/>
      <w:r w:rsidR="00A74260" w:rsidRPr="00FF324C">
        <w:rPr>
          <w:rFonts w:ascii="Sylfaen" w:hAnsi="Sylfaen" w:cs="Sylfaen"/>
          <w:sz w:val="18"/>
          <w:szCs w:val="18"/>
        </w:rPr>
        <w:t xml:space="preserve"> </w:t>
      </w:r>
      <w:proofErr w:type="spellStart"/>
      <w:r w:rsidR="00A74260" w:rsidRPr="000C596E">
        <w:rPr>
          <w:rFonts w:ascii="Sylfaen" w:hAnsi="Sylfaen" w:cs="Sylfaen"/>
          <w:sz w:val="18"/>
          <w:szCs w:val="18"/>
        </w:rPr>
        <w:t>ან</w:t>
      </w:r>
      <w:proofErr w:type="spellEnd"/>
      <w:r w:rsidR="00A74260" w:rsidRPr="00FF324C">
        <w:rPr>
          <w:rFonts w:ascii="Sylfaen" w:hAnsi="Sylfaen" w:cs="Sylfaen"/>
          <w:sz w:val="18"/>
          <w:szCs w:val="18"/>
        </w:rPr>
        <w:t>/</w:t>
      </w:r>
      <w:proofErr w:type="spellStart"/>
      <w:r w:rsidR="00A74260" w:rsidRPr="000C596E">
        <w:rPr>
          <w:rFonts w:ascii="Sylfaen" w:hAnsi="Sylfaen" w:cs="Sylfaen"/>
          <w:sz w:val="18"/>
          <w:szCs w:val="18"/>
        </w:rPr>
        <w:t>და</w:t>
      </w:r>
      <w:proofErr w:type="spellEnd"/>
      <w:r w:rsidR="00A74260" w:rsidRPr="00FF324C">
        <w:rPr>
          <w:rFonts w:ascii="Sylfaen" w:hAnsi="Sylfaen" w:cs="Sylfaen"/>
          <w:sz w:val="18"/>
          <w:szCs w:val="18"/>
        </w:rPr>
        <w:t xml:space="preserve"> </w:t>
      </w:r>
      <w:proofErr w:type="spellStart"/>
      <w:r w:rsidR="00A74260" w:rsidRPr="000C596E">
        <w:rPr>
          <w:rFonts w:ascii="Sylfaen" w:hAnsi="Sylfaen" w:cs="Sylfaen"/>
          <w:sz w:val="18"/>
          <w:szCs w:val="18"/>
        </w:rPr>
        <w:t>ნაკლის</w:t>
      </w:r>
      <w:proofErr w:type="spellEnd"/>
      <w:r w:rsidR="00A74260" w:rsidRPr="00FF324C">
        <w:rPr>
          <w:rFonts w:ascii="Sylfaen" w:hAnsi="Sylfaen" w:cs="Sylfaen"/>
          <w:sz w:val="18"/>
          <w:szCs w:val="18"/>
        </w:rPr>
        <w:t xml:space="preserve"> </w:t>
      </w:r>
      <w:proofErr w:type="spellStart"/>
      <w:r w:rsidR="00A74260" w:rsidRPr="000C596E">
        <w:rPr>
          <w:rFonts w:ascii="Sylfaen" w:hAnsi="Sylfaen" w:cs="Sylfaen"/>
          <w:sz w:val="18"/>
          <w:szCs w:val="18"/>
        </w:rPr>
        <w:t>გამოსწორება</w:t>
      </w:r>
      <w:proofErr w:type="spellEnd"/>
      <w:r w:rsidR="00A74260" w:rsidRPr="00FF324C">
        <w:rPr>
          <w:rFonts w:ascii="Sylfaen" w:hAnsi="Sylfaen" w:cs="Sylfaen"/>
          <w:sz w:val="18"/>
          <w:szCs w:val="18"/>
        </w:rPr>
        <w:t xml:space="preserve"> </w:t>
      </w:r>
      <w:proofErr w:type="spellStart"/>
      <w:r w:rsidR="00A74260" w:rsidRPr="000C596E">
        <w:rPr>
          <w:rFonts w:ascii="Sylfaen" w:hAnsi="Sylfaen" w:cs="Sylfaen"/>
          <w:sz w:val="18"/>
          <w:szCs w:val="18"/>
        </w:rPr>
        <w:t>მოხდება</w:t>
      </w:r>
      <w:proofErr w:type="spellEnd"/>
      <w:r w:rsidR="00A74260" w:rsidRPr="00FF324C">
        <w:rPr>
          <w:rFonts w:ascii="Sylfaen" w:hAnsi="Sylfaen" w:cs="Sylfaen"/>
          <w:sz w:val="18"/>
          <w:szCs w:val="18"/>
        </w:rPr>
        <w:t xml:space="preserve"> </w:t>
      </w:r>
      <w:proofErr w:type="spellStart"/>
      <w:r w:rsidR="00A74260" w:rsidRPr="000C596E">
        <w:rPr>
          <w:rFonts w:ascii="Sylfaen" w:hAnsi="Sylfaen" w:cs="Sylfaen"/>
          <w:sz w:val="18"/>
          <w:szCs w:val="18"/>
        </w:rPr>
        <w:t>მენარდის</w:t>
      </w:r>
      <w:proofErr w:type="spellEnd"/>
      <w:r w:rsidR="00A74260" w:rsidRPr="00FF324C">
        <w:rPr>
          <w:rFonts w:ascii="Sylfaen" w:hAnsi="Sylfaen" w:cs="Sylfaen"/>
          <w:sz w:val="18"/>
          <w:szCs w:val="18"/>
        </w:rPr>
        <w:t xml:space="preserve"> </w:t>
      </w:r>
      <w:proofErr w:type="spellStart"/>
      <w:r w:rsidR="00A74260" w:rsidRPr="000C596E">
        <w:rPr>
          <w:rFonts w:ascii="Sylfaen" w:hAnsi="Sylfaen" w:cs="Sylfaen"/>
          <w:sz w:val="18"/>
          <w:szCs w:val="18"/>
        </w:rPr>
        <w:t>მიერ</w:t>
      </w:r>
      <w:proofErr w:type="spellEnd"/>
      <w:r w:rsidR="00A74260" w:rsidRPr="00FF324C">
        <w:rPr>
          <w:rFonts w:ascii="Sylfaen" w:hAnsi="Sylfaen" w:cs="Sylfaen"/>
          <w:sz w:val="18"/>
          <w:szCs w:val="18"/>
        </w:rPr>
        <w:t xml:space="preserve"> </w:t>
      </w:r>
      <w:proofErr w:type="spellStart"/>
      <w:r w:rsidR="00A74260" w:rsidRPr="000C596E">
        <w:rPr>
          <w:rFonts w:ascii="Sylfaen" w:hAnsi="Sylfaen" w:cs="Sylfaen"/>
          <w:sz w:val="18"/>
          <w:szCs w:val="18"/>
        </w:rPr>
        <w:t>დამკვეთის</w:t>
      </w:r>
      <w:proofErr w:type="spellEnd"/>
      <w:r w:rsidR="00A74260" w:rsidRPr="00FF324C">
        <w:rPr>
          <w:rFonts w:ascii="Sylfaen" w:hAnsi="Sylfaen" w:cs="Sylfaen"/>
          <w:sz w:val="18"/>
          <w:szCs w:val="18"/>
        </w:rPr>
        <w:t xml:space="preserve"> </w:t>
      </w:r>
      <w:proofErr w:type="spellStart"/>
      <w:r w:rsidR="00A74260" w:rsidRPr="000C596E">
        <w:rPr>
          <w:rFonts w:ascii="Sylfaen" w:hAnsi="Sylfaen" w:cs="Sylfaen"/>
          <w:sz w:val="18"/>
          <w:szCs w:val="18"/>
        </w:rPr>
        <w:t>ხარჯით</w:t>
      </w:r>
      <w:proofErr w:type="spellEnd"/>
      <w:r>
        <w:rPr>
          <w:rFonts w:ascii="Sylfaen" w:hAnsi="Sylfaen" w:cs="Sylfaen"/>
          <w:sz w:val="18"/>
          <w:szCs w:val="18"/>
        </w:rPr>
        <w:t>.</w:t>
      </w:r>
    </w:p>
    <w:p w14:paraId="71E29C5E" w14:textId="77777777" w:rsidR="004B6084" w:rsidRPr="00D73BDF" w:rsidRDefault="004B6084" w:rsidP="00185C20">
      <w:pPr>
        <w:jc w:val="both"/>
        <w:rPr>
          <w:rFonts w:cstheme="majorHAnsi"/>
          <w:sz w:val="18"/>
          <w:szCs w:val="18"/>
        </w:rPr>
      </w:pPr>
    </w:p>
    <w:p w14:paraId="1D95BC49" w14:textId="4172E84A" w:rsidR="004B6084" w:rsidRPr="000C596E" w:rsidRDefault="00A74260" w:rsidP="00185C20">
      <w:pPr>
        <w:pStyle w:val="ListParagraph"/>
        <w:numPr>
          <w:ilvl w:val="0"/>
          <w:numId w:val="13"/>
        </w:numPr>
        <w:jc w:val="both"/>
        <w:rPr>
          <w:rFonts w:cstheme="majorHAnsi"/>
          <w:b/>
          <w:bCs/>
          <w:u w:val="single"/>
        </w:rPr>
      </w:pPr>
      <w:proofErr w:type="spellStart"/>
      <w:r w:rsidRPr="000C596E">
        <w:rPr>
          <w:rFonts w:ascii="Sylfaen" w:hAnsi="Sylfaen" w:cs="Sylfaen"/>
          <w:b/>
          <w:bCs/>
          <w:u w:val="single"/>
        </w:rPr>
        <w:t>განსაკუთრებული</w:t>
      </w:r>
      <w:proofErr w:type="spellEnd"/>
      <w:r w:rsidRPr="000C596E">
        <w:rPr>
          <w:rFonts w:cstheme="majorHAnsi"/>
          <w:b/>
          <w:bCs/>
          <w:u w:val="single"/>
        </w:rPr>
        <w:t xml:space="preserve"> </w:t>
      </w:r>
      <w:proofErr w:type="spellStart"/>
      <w:r w:rsidRPr="000C596E">
        <w:rPr>
          <w:rFonts w:ascii="Sylfaen" w:hAnsi="Sylfaen" w:cs="Sylfaen"/>
          <w:b/>
          <w:bCs/>
          <w:u w:val="single"/>
        </w:rPr>
        <w:t>პირობები</w:t>
      </w:r>
      <w:proofErr w:type="spellEnd"/>
    </w:p>
    <w:p w14:paraId="1464F2FF" w14:textId="2B0CB028" w:rsidR="004B6084" w:rsidRPr="00FF324C" w:rsidRDefault="00A74260" w:rsidP="00185C20">
      <w:pPr>
        <w:pStyle w:val="ListParagraph"/>
        <w:numPr>
          <w:ilvl w:val="1"/>
          <w:numId w:val="13"/>
        </w:numPr>
        <w:jc w:val="both"/>
        <w:rPr>
          <w:rFonts w:ascii="Sylfaen" w:hAnsi="Sylfaen" w:cs="Sylfaen"/>
          <w:sz w:val="18"/>
          <w:szCs w:val="18"/>
          <w:lang w:val="ka-GE"/>
        </w:rPr>
      </w:pPr>
      <w:r w:rsidRPr="00FF324C">
        <w:rPr>
          <w:rFonts w:ascii="Sylfaen" w:hAnsi="Sylfaen" w:cs="Sylfaen"/>
          <w:sz w:val="18"/>
          <w:szCs w:val="18"/>
          <w:lang w:val="ka-GE"/>
        </w:rPr>
        <w:t xml:space="preserve">წინამდებარე ხელშეკრულება ძალაშია მხარეთა მიერ ხელმოწერის დღიდან და მოქმედებს ნაკისრი ვალდებულებების სრულ და ჯეროვან შესრულებამდე.  </w:t>
      </w:r>
    </w:p>
    <w:p w14:paraId="667E3C41" w14:textId="2F157201" w:rsidR="00112C0F" w:rsidRPr="00125F84" w:rsidRDefault="00125F84" w:rsidP="00125F84">
      <w:pPr>
        <w:pStyle w:val="ListParagraph"/>
        <w:numPr>
          <w:ilvl w:val="1"/>
          <w:numId w:val="13"/>
        </w:numPr>
        <w:jc w:val="both"/>
        <w:rPr>
          <w:rFonts w:ascii="Sylfaen" w:hAnsi="Sylfaen" w:cs="Sylfaen"/>
          <w:sz w:val="18"/>
          <w:szCs w:val="18"/>
          <w:lang w:val="ka-GE"/>
        </w:rPr>
      </w:pPr>
      <w:r w:rsidRPr="00125F84">
        <w:rPr>
          <w:rFonts w:ascii="Sylfaen" w:hAnsi="Sylfaen" w:cs="Sylfaen"/>
          <w:sz w:val="18"/>
          <w:szCs w:val="18"/>
          <w:lang w:val="ka-GE"/>
        </w:rPr>
        <w:t>დამკვეთი უფლებამოსილია იყოს სამშენებლო მოედანზე ან/და განახორციელოს სამშენებლო</w:t>
      </w:r>
      <w:r>
        <w:rPr>
          <w:rFonts w:ascii="Sylfaen" w:hAnsi="Sylfaen" w:cs="Sylfaen"/>
          <w:sz w:val="18"/>
          <w:szCs w:val="18"/>
          <w:lang w:val="ka-GE"/>
        </w:rPr>
        <w:t xml:space="preserve"> </w:t>
      </w:r>
      <w:r w:rsidR="00A74260" w:rsidRPr="00125F84">
        <w:rPr>
          <w:rFonts w:ascii="Sylfaen" w:hAnsi="Sylfaen" w:cs="Sylfaen"/>
          <w:sz w:val="18"/>
          <w:szCs w:val="18"/>
          <w:lang w:val="ka-GE"/>
        </w:rPr>
        <w:t xml:space="preserve">მოედანზე/შენობაზე/შენობაში იმ სამუშაობის წარმოება რომელიც არ არის გათვალისწინებული წინამდებარე ხელშეკრულებით თავად ან მის მიერ უფლებამოსილი მესამე პირის საშუალებით, თუ ამგვარი სამუშაოების განხორციელებაზე </w:t>
      </w:r>
      <w:r w:rsidR="00FF324C" w:rsidRPr="00125F84">
        <w:rPr>
          <w:rFonts w:ascii="Sylfaen" w:hAnsi="Sylfaen" w:cs="Sylfaen"/>
          <w:sz w:val="18"/>
          <w:szCs w:val="18"/>
          <w:lang w:val="ka-GE"/>
        </w:rPr>
        <w:t>მენარდე</w:t>
      </w:r>
      <w:r w:rsidR="00A74260" w:rsidRPr="00125F84">
        <w:rPr>
          <w:rFonts w:ascii="Sylfaen" w:hAnsi="Sylfaen" w:cs="Sylfaen"/>
          <w:sz w:val="18"/>
          <w:szCs w:val="18"/>
          <w:lang w:val="ka-GE"/>
        </w:rPr>
        <w:t xml:space="preserve"> წერილობით არ განუცხადებს დამკვეთს დასაბუთებულ უარს</w:t>
      </w:r>
      <w:r w:rsidR="00FF324C" w:rsidRPr="00125F84">
        <w:rPr>
          <w:rFonts w:ascii="Sylfaen" w:hAnsi="Sylfaen" w:cs="Sylfaen"/>
          <w:sz w:val="18"/>
          <w:szCs w:val="18"/>
          <w:lang w:val="ka-GE"/>
        </w:rPr>
        <w:t>.</w:t>
      </w:r>
    </w:p>
    <w:p w14:paraId="3E76502C" w14:textId="5A3EBCBB" w:rsidR="00112C0F" w:rsidRPr="00FF324C" w:rsidRDefault="00A74260" w:rsidP="00112C0F">
      <w:pPr>
        <w:pStyle w:val="ListParagraph"/>
        <w:numPr>
          <w:ilvl w:val="1"/>
          <w:numId w:val="13"/>
        </w:numPr>
        <w:jc w:val="both"/>
        <w:rPr>
          <w:rFonts w:ascii="Sylfaen" w:hAnsi="Sylfaen" w:cs="Sylfaen"/>
          <w:sz w:val="18"/>
          <w:szCs w:val="18"/>
          <w:lang w:val="ka-GE"/>
        </w:rPr>
      </w:pPr>
      <w:r w:rsidRPr="00FF324C">
        <w:rPr>
          <w:rFonts w:ascii="Sylfaen" w:hAnsi="Sylfaen" w:cs="Sylfaen"/>
          <w:sz w:val="18"/>
          <w:szCs w:val="18"/>
          <w:lang w:val="ka-GE"/>
        </w:rPr>
        <w:t xml:space="preserve">უარი დასაბუთებულია იმ შემთხვევაში, თუ დამკვეთის </w:t>
      </w:r>
      <w:r w:rsidR="00A009C6">
        <w:rPr>
          <w:rFonts w:ascii="Sylfaen" w:hAnsi="Sylfaen" w:cs="Sylfaen"/>
          <w:sz w:val="18"/>
          <w:szCs w:val="18"/>
          <w:lang w:val="ka-GE"/>
        </w:rPr>
        <w:t xml:space="preserve">სამშენებლო </w:t>
      </w:r>
      <w:r w:rsidRPr="00FF324C">
        <w:rPr>
          <w:rFonts w:ascii="Sylfaen" w:hAnsi="Sylfaen" w:cs="Sylfaen"/>
          <w:sz w:val="18"/>
          <w:szCs w:val="18"/>
          <w:lang w:val="ka-GE"/>
        </w:rPr>
        <w:t>მოედანზე ყოფნა და მის მიერ სხვა სამუშაოების წარმოება წარმოადგენს ხელშემშლელს მენარდისათვის წინამდებარე ხელშეკრულებით გათვალისწინებული ვალდებულებების შესრულებაში. ამასთან, დამკვეთის წარმომადგენლები ვალდებულნი არიან, დაიცვან მენარდის მიერ დადგენილი დაცვის და უსაფრთხოების წესები და დაემორჩილონ მენარდის წარმომადგენლის მითითებებს</w:t>
      </w:r>
      <w:r w:rsidR="00FF324C">
        <w:rPr>
          <w:rFonts w:ascii="Sylfaen" w:hAnsi="Sylfaen" w:cs="Sylfaen"/>
          <w:sz w:val="18"/>
          <w:szCs w:val="18"/>
          <w:lang w:val="ka-GE"/>
        </w:rPr>
        <w:t>.</w:t>
      </w:r>
    </w:p>
    <w:p w14:paraId="3966C155" w14:textId="6F8D896C" w:rsidR="00250162" w:rsidRPr="00FF324C" w:rsidRDefault="00A74260" w:rsidP="00112C0F">
      <w:pPr>
        <w:pStyle w:val="ListParagraph"/>
        <w:numPr>
          <w:ilvl w:val="1"/>
          <w:numId w:val="13"/>
        </w:numPr>
        <w:jc w:val="both"/>
        <w:rPr>
          <w:rFonts w:ascii="Sylfaen" w:hAnsi="Sylfaen" w:cs="Sylfaen"/>
          <w:sz w:val="18"/>
          <w:szCs w:val="18"/>
          <w:lang w:val="ka-GE"/>
        </w:rPr>
      </w:pPr>
      <w:r w:rsidRPr="00FF324C">
        <w:rPr>
          <w:rFonts w:ascii="Sylfaen" w:hAnsi="Sylfaen" w:cs="Sylfaen"/>
          <w:sz w:val="18"/>
          <w:szCs w:val="18"/>
          <w:lang w:val="ka-GE"/>
        </w:rPr>
        <w:t xml:space="preserve">ამ მუხლით გათვალწინებული გარემოებების დადგომისას, დამკვეთის ან მის მიერ უფლებამოსილი მესამე პირის მხრიდან </w:t>
      </w:r>
      <w:r w:rsidR="00A009C6" w:rsidRPr="00112C0F">
        <w:rPr>
          <w:rFonts w:ascii="Sylfaen" w:hAnsi="Sylfaen" w:cs="Sylfaen"/>
          <w:sz w:val="18"/>
          <w:szCs w:val="18"/>
          <w:lang w:val="ka-GE"/>
        </w:rPr>
        <w:t xml:space="preserve">სამშენებლო </w:t>
      </w:r>
      <w:r w:rsidRPr="00FF324C">
        <w:rPr>
          <w:rFonts w:ascii="Sylfaen" w:hAnsi="Sylfaen" w:cs="Sylfaen"/>
          <w:sz w:val="18"/>
          <w:szCs w:val="18"/>
          <w:lang w:val="ka-GE"/>
        </w:rPr>
        <w:t xml:space="preserve">მოედანზე განთავსებული მენარდის ინფრასტრუქტურის გამოყენების პირობებზე (ასეთის არსებობის შემთხვევაში) მხარეები შეთანხმდებიან ცალკე. ამასთან, მხარეები თანხმდებიან, რომ </w:t>
      </w:r>
      <w:r w:rsidR="00FF324C">
        <w:rPr>
          <w:rFonts w:ascii="Sylfaen" w:hAnsi="Sylfaen" w:cs="Sylfaen"/>
          <w:sz w:val="18"/>
          <w:szCs w:val="18"/>
          <w:lang w:val="ka-GE"/>
        </w:rPr>
        <w:t>მენარდე</w:t>
      </w:r>
      <w:r w:rsidRPr="00FF324C">
        <w:rPr>
          <w:rFonts w:ascii="Sylfaen" w:hAnsi="Sylfaen" w:cs="Sylfaen"/>
          <w:sz w:val="18"/>
          <w:szCs w:val="18"/>
          <w:lang w:val="ka-GE"/>
        </w:rPr>
        <w:t xml:space="preserve"> არ არის და არც მომავალში იქნება პასუხისმგებელი დამკვეთის ან/და მის მიერ უფლებამოსილი მესამე პირის განზრახი ან/და გაუფრთხილებელი ქმედების, ასევე </w:t>
      </w:r>
      <w:r w:rsidRPr="00FF324C">
        <w:rPr>
          <w:rFonts w:ascii="Sylfaen" w:hAnsi="Sylfaen" w:cs="Sylfaen"/>
          <w:sz w:val="18"/>
          <w:szCs w:val="18"/>
          <w:lang w:val="ka-GE"/>
        </w:rPr>
        <w:lastRenderedPageBreak/>
        <w:t>არაჯეროვანი შესრულების შედეგად მენარდის მიერ უკვე შესრულებულ და დამკვეთის მიერ მიღებული სამუშაოებისთვის მიყენებულ ზიანზე</w:t>
      </w:r>
      <w:r w:rsidR="00FF324C">
        <w:rPr>
          <w:rFonts w:ascii="Sylfaen" w:hAnsi="Sylfaen" w:cs="Sylfaen"/>
          <w:sz w:val="18"/>
          <w:szCs w:val="18"/>
          <w:lang w:val="ka-GE"/>
        </w:rPr>
        <w:t>.</w:t>
      </w:r>
      <w:r w:rsidRPr="00FF324C">
        <w:rPr>
          <w:rFonts w:ascii="Sylfaen" w:hAnsi="Sylfaen" w:cs="Sylfaen"/>
          <w:sz w:val="18"/>
          <w:szCs w:val="18"/>
          <w:lang w:val="ka-GE"/>
        </w:rPr>
        <w:t xml:space="preserve"> </w:t>
      </w:r>
    </w:p>
    <w:p w14:paraId="2385CAB8" w14:textId="20A81391" w:rsidR="004B6084" w:rsidRPr="00FF324C" w:rsidRDefault="00A74260" w:rsidP="00185C20">
      <w:pPr>
        <w:pStyle w:val="ListParagraph"/>
        <w:numPr>
          <w:ilvl w:val="1"/>
          <w:numId w:val="13"/>
        </w:numPr>
        <w:jc w:val="both"/>
        <w:rPr>
          <w:rFonts w:ascii="Sylfaen" w:hAnsi="Sylfaen" w:cs="Sylfaen"/>
          <w:sz w:val="18"/>
          <w:szCs w:val="18"/>
          <w:lang w:val="ka-GE"/>
        </w:rPr>
      </w:pPr>
      <w:r w:rsidRPr="00FF324C">
        <w:rPr>
          <w:rFonts w:ascii="Sylfaen" w:hAnsi="Sylfaen" w:cs="Sylfaen"/>
          <w:sz w:val="18"/>
          <w:szCs w:val="18"/>
          <w:lang w:val="ka-GE"/>
        </w:rPr>
        <w:t xml:space="preserve"> წინამდებარე ხელშეკრულებაში შეტანილი ცვლილება და დამატება ძალაშია იმ შემთხვევაში, თუ ისინი გაფორმებულია წერილობითი სახით და ხელმოწერილია ორივე მხარის მიერ.</w:t>
      </w:r>
    </w:p>
    <w:p w14:paraId="5EBEABC4" w14:textId="7EEBDBD6" w:rsidR="004B6084" w:rsidRPr="00FF324C" w:rsidRDefault="00A74260" w:rsidP="00185C20">
      <w:pPr>
        <w:pStyle w:val="ListParagraph"/>
        <w:numPr>
          <w:ilvl w:val="1"/>
          <w:numId w:val="13"/>
        </w:numPr>
        <w:jc w:val="both"/>
        <w:rPr>
          <w:rFonts w:ascii="Sylfaen" w:hAnsi="Sylfaen" w:cs="Sylfaen"/>
          <w:sz w:val="18"/>
          <w:szCs w:val="18"/>
          <w:lang w:val="ka-GE"/>
        </w:rPr>
      </w:pPr>
      <w:r w:rsidRPr="00FF324C">
        <w:rPr>
          <w:rFonts w:ascii="Sylfaen" w:hAnsi="Sylfaen" w:cs="Sylfaen"/>
          <w:sz w:val="18"/>
          <w:szCs w:val="18"/>
          <w:lang w:val="ka-GE"/>
        </w:rPr>
        <w:t>ხელშეკრულების მოქმედების ვადაში საქართველოს საგადასახადო კოდექსის ისეთი სახის ცვლილებების შემთხვევაში, რომლებიც გავლენას ახდენს ამ ხელშეკრულებით ნაკისრი ვალდებულებების შესრულებაზე და ამ ცვლილებას ექნება უკუქცევითი ძალა, მხარეები ვალდებულნი არიან შესაბამისი ცვლილებების გათვალისწინებით გადაიანგარიშონ საერთო ღირებულება, რომელიც სავალდებულო იქნება ორივე მხარისათვის.</w:t>
      </w:r>
    </w:p>
    <w:p w14:paraId="53D05D83" w14:textId="37DCAEBB" w:rsidR="004B6084" w:rsidRPr="00FF324C" w:rsidRDefault="00A74260" w:rsidP="00185C20">
      <w:pPr>
        <w:pStyle w:val="ListParagraph"/>
        <w:numPr>
          <w:ilvl w:val="1"/>
          <w:numId w:val="13"/>
        </w:numPr>
        <w:jc w:val="both"/>
        <w:rPr>
          <w:rFonts w:ascii="Sylfaen" w:hAnsi="Sylfaen" w:cs="Sylfaen"/>
          <w:sz w:val="18"/>
          <w:szCs w:val="18"/>
          <w:lang w:val="ka-GE"/>
        </w:rPr>
      </w:pPr>
      <w:r w:rsidRPr="00FF324C">
        <w:rPr>
          <w:rFonts w:ascii="Sylfaen" w:hAnsi="Sylfaen" w:cs="Sylfaen"/>
          <w:sz w:val="18"/>
          <w:szCs w:val="18"/>
          <w:lang w:val="ka-GE"/>
        </w:rPr>
        <w:t>მხარეები ერთმანეთს კორესპონდენციას უგზავნიან იურიდიულ მისამართზე ან ელექტრონული ფოსტის მეშვეობით. თუ მხარე თავს აარიდებს ხელშეკრულებაში მითითებულ მისამართზე საფოსტო გზავნილის მიღებას, ითვლება, რომ აღნიშნული გზავნილი ჩაბარდა ადრესატს.</w:t>
      </w:r>
      <w:r w:rsidR="00FF324C">
        <w:rPr>
          <w:rFonts w:ascii="Sylfaen" w:hAnsi="Sylfaen" w:cs="Sylfaen"/>
          <w:sz w:val="18"/>
          <w:szCs w:val="18"/>
          <w:lang w:val="ka-GE"/>
        </w:rPr>
        <w:t xml:space="preserve"> </w:t>
      </w:r>
      <w:r w:rsidRPr="00FF324C">
        <w:rPr>
          <w:rFonts w:ascii="Sylfaen" w:hAnsi="Sylfaen" w:cs="Sylfaen"/>
          <w:sz w:val="18"/>
          <w:szCs w:val="18"/>
          <w:lang w:val="ka-GE"/>
        </w:rPr>
        <w:t>იმისათვის, რომ მხარეთა შორის გაგზავნილი კორესპონდენცია ჩაითვლოს ოფიციალურად გაგზავნილად, მხარეებმა აღნიშნული კორესპონდენცია უნდა გააგზავნონ მეორე მხარის ქვემოთ მითითებულ ელექტრონული ფოსტის</w:t>
      </w:r>
      <w:r w:rsidR="007E2270">
        <w:rPr>
          <w:rFonts w:ascii="Sylfaen" w:hAnsi="Sylfaen" w:cs="Sylfaen"/>
          <w:sz w:val="18"/>
          <w:szCs w:val="18"/>
          <w:lang w:val="ka-GE"/>
        </w:rPr>
        <w:t xml:space="preserve"> </w:t>
      </w:r>
      <w:r w:rsidRPr="00FF324C">
        <w:rPr>
          <w:rFonts w:ascii="Sylfaen" w:hAnsi="Sylfaen" w:cs="Sylfaen"/>
          <w:sz w:val="18"/>
          <w:szCs w:val="18"/>
          <w:lang w:val="ka-GE"/>
        </w:rPr>
        <w:t>მისამართებზე (დამკვეთისათვის შეტყობინებები უნდა გაიგზავნოს დამკვეთის ყველა მითითებულ მეილზე):</w:t>
      </w:r>
    </w:p>
    <w:p w14:paraId="7BA04639" w14:textId="40EB1BC2" w:rsidR="004B6084" w:rsidRPr="00B31749" w:rsidRDefault="00A74260" w:rsidP="0083135B">
      <w:pPr>
        <w:rPr>
          <w:rFonts w:ascii="Sylfaen" w:hAnsi="Sylfaen" w:cstheme="majorHAnsi"/>
          <w:b/>
          <w:bCs/>
          <w:sz w:val="18"/>
          <w:szCs w:val="18"/>
          <w:lang w:val="ka-GE"/>
        </w:rPr>
      </w:pPr>
      <w:r w:rsidRPr="00B31749">
        <w:rPr>
          <w:rFonts w:ascii="Sylfaen" w:hAnsi="Sylfaen" w:cs="Sylfaen"/>
          <w:b/>
          <w:bCs/>
          <w:sz w:val="18"/>
          <w:szCs w:val="18"/>
          <w:lang w:val="ka-GE"/>
        </w:rPr>
        <w:t>დამკვეთის</w:t>
      </w:r>
      <w:r w:rsidRPr="00B31749">
        <w:rPr>
          <w:rFonts w:cstheme="majorHAnsi"/>
          <w:b/>
          <w:bCs/>
          <w:sz w:val="18"/>
          <w:szCs w:val="18"/>
          <w:lang w:val="ka-GE"/>
        </w:rPr>
        <w:t xml:space="preserve"> </w:t>
      </w:r>
      <w:r w:rsidRPr="00B31749">
        <w:rPr>
          <w:rFonts w:ascii="Sylfaen" w:hAnsi="Sylfaen" w:cs="Sylfaen"/>
          <w:b/>
          <w:bCs/>
          <w:sz w:val="18"/>
          <w:szCs w:val="18"/>
          <w:lang w:val="ka-GE"/>
        </w:rPr>
        <w:t>მხრიდან</w:t>
      </w:r>
      <w:r w:rsidRPr="00B31749">
        <w:rPr>
          <w:rFonts w:cstheme="majorHAnsi"/>
          <w:b/>
          <w:bCs/>
          <w:sz w:val="18"/>
          <w:szCs w:val="18"/>
          <w:lang w:val="ka-GE"/>
        </w:rPr>
        <w:t xml:space="preserve">: </w:t>
      </w:r>
      <w:r w:rsidR="00E52262">
        <w:rPr>
          <w:rFonts w:ascii="Sylfaen" w:hAnsi="Sylfaen" w:cstheme="majorHAnsi"/>
          <w:b/>
          <w:bCs/>
          <w:sz w:val="18"/>
          <w:szCs w:val="18"/>
          <w:lang w:val="ka-GE"/>
        </w:rPr>
        <w:t>გიორგი ბედოიძე</w:t>
      </w:r>
      <w:r w:rsidR="00733055">
        <w:rPr>
          <w:rFonts w:ascii="Sylfaen" w:hAnsi="Sylfaen" w:cstheme="majorHAnsi"/>
          <w:b/>
          <w:bCs/>
          <w:sz w:val="18"/>
          <w:szCs w:val="18"/>
          <w:lang w:val="ka-GE"/>
        </w:rPr>
        <w:t xml:space="preserve">, </w:t>
      </w:r>
      <w:r w:rsidR="0083135B">
        <w:rPr>
          <w:rFonts w:ascii="Sylfaen" w:hAnsi="Sylfaen" w:cstheme="majorHAnsi"/>
          <w:b/>
          <w:bCs/>
          <w:sz w:val="18"/>
          <w:szCs w:val="18"/>
          <w:lang w:val="ka-GE"/>
        </w:rPr>
        <w:t xml:space="preserve">პროექტის მენეჯერი ( </w:t>
      </w:r>
      <w:r>
        <w:fldChar w:fldCharType="begin"/>
      </w:r>
      <w:r w:rsidRPr="003670AD">
        <w:rPr>
          <w:lang w:val="ka-GE"/>
          <w:rPrChange w:id="0" w:author="User" w:date="2026-10-02T14:30:00Z">
            <w:rPr/>
          </w:rPrChange>
        </w:rPr>
        <w:instrText>HYPERLINK "mailto:gbedoidze@grada.com"</w:instrText>
      </w:r>
      <w:r>
        <w:fldChar w:fldCharType="separate"/>
      </w:r>
      <w:r w:rsidR="00E16CB5" w:rsidRPr="00E16CB5">
        <w:rPr>
          <w:rStyle w:val="Hyperlink"/>
          <w:rFonts w:ascii="Sylfaen" w:hAnsi="Sylfaen" w:cstheme="majorHAnsi"/>
          <w:b/>
          <w:bCs/>
          <w:sz w:val="18"/>
          <w:szCs w:val="18"/>
          <w:lang w:val="ka-GE"/>
        </w:rPr>
        <w:t>gbedoidze</w:t>
      </w:r>
      <w:r w:rsidR="00E16CB5" w:rsidRPr="002B1D31">
        <w:rPr>
          <w:rStyle w:val="Hyperlink"/>
          <w:rFonts w:ascii="Sylfaen" w:hAnsi="Sylfaen" w:cstheme="majorHAnsi"/>
          <w:b/>
          <w:bCs/>
          <w:sz w:val="18"/>
          <w:szCs w:val="18"/>
          <w:lang w:val="ka-GE"/>
        </w:rPr>
        <w:t>@grada.</w:t>
      </w:r>
      <w:r w:rsidR="00E16CB5" w:rsidRPr="00E16CB5">
        <w:rPr>
          <w:rStyle w:val="Hyperlink"/>
          <w:rFonts w:ascii="Sylfaen" w:hAnsi="Sylfaen" w:cstheme="majorHAnsi"/>
          <w:b/>
          <w:bCs/>
          <w:sz w:val="18"/>
          <w:szCs w:val="18"/>
          <w:lang w:val="ka-GE"/>
        </w:rPr>
        <w:t>ge</w:t>
      </w:r>
      <w:r>
        <w:rPr>
          <w:rStyle w:val="Hyperlink"/>
          <w:rFonts w:ascii="Sylfaen" w:hAnsi="Sylfaen" w:cstheme="majorHAnsi"/>
          <w:b/>
          <w:bCs/>
          <w:sz w:val="18"/>
          <w:szCs w:val="18"/>
          <w:lang w:val="ka-GE"/>
        </w:rPr>
        <w:fldChar w:fldCharType="end"/>
      </w:r>
      <w:r w:rsidR="00E16CB5" w:rsidRPr="00B31749">
        <w:rPr>
          <w:rFonts w:ascii="Sylfaen" w:hAnsi="Sylfaen" w:cstheme="majorHAnsi"/>
          <w:b/>
          <w:bCs/>
          <w:sz w:val="18"/>
          <w:szCs w:val="18"/>
          <w:lang w:val="ka-GE"/>
        </w:rPr>
        <w:t xml:space="preserve"> </w:t>
      </w:r>
      <w:r w:rsidR="0083135B" w:rsidRPr="00B31749">
        <w:rPr>
          <w:rFonts w:ascii="Sylfaen" w:hAnsi="Sylfaen" w:cstheme="majorHAnsi"/>
          <w:b/>
          <w:bCs/>
          <w:sz w:val="18"/>
          <w:szCs w:val="18"/>
          <w:lang w:val="ka-GE"/>
        </w:rPr>
        <w:t>)</w:t>
      </w:r>
      <w:r w:rsidR="0083135B" w:rsidRPr="00B31749">
        <w:rPr>
          <w:rFonts w:ascii="Sylfaen" w:hAnsi="Sylfaen" w:cstheme="majorHAnsi"/>
          <w:b/>
          <w:bCs/>
          <w:sz w:val="18"/>
          <w:szCs w:val="18"/>
          <w:lang w:val="ka-GE"/>
        </w:rPr>
        <w:br/>
      </w:r>
      <w:r w:rsidR="0083135B" w:rsidRPr="00B31749">
        <w:rPr>
          <w:rFonts w:cstheme="majorHAnsi"/>
          <w:b/>
          <w:bCs/>
          <w:sz w:val="18"/>
          <w:szCs w:val="18"/>
          <w:lang w:val="ka-GE"/>
        </w:rPr>
        <w:t xml:space="preserve">                                            </w:t>
      </w:r>
      <w:r w:rsidR="0083135B">
        <w:rPr>
          <w:rFonts w:ascii="Sylfaen" w:hAnsi="Sylfaen" w:cstheme="majorHAnsi"/>
          <w:b/>
          <w:bCs/>
          <w:sz w:val="18"/>
          <w:szCs w:val="18"/>
          <w:lang w:val="ka-GE"/>
        </w:rPr>
        <w:t>ცოტნე სამუშია</w:t>
      </w:r>
      <w:r w:rsidR="00733055">
        <w:rPr>
          <w:rFonts w:ascii="Sylfaen" w:hAnsi="Sylfaen" w:cstheme="majorHAnsi"/>
          <w:b/>
          <w:bCs/>
          <w:sz w:val="18"/>
          <w:szCs w:val="18"/>
          <w:lang w:val="ka-GE"/>
        </w:rPr>
        <w:t xml:space="preserve">, </w:t>
      </w:r>
      <w:r w:rsidR="0083135B">
        <w:rPr>
          <w:rFonts w:ascii="Sylfaen" w:hAnsi="Sylfaen" w:cstheme="majorHAnsi"/>
          <w:b/>
          <w:bCs/>
          <w:sz w:val="18"/>
          <w:szCs w:val="18"/>
          <w:lang w:val="ka-GE"/>
        </w:rPr>
        <w:t>სამშენებლო პროექტების დირექტორი</w:t>
      </w:r>
      <w:r w:rsidR="00733055">
        <w:rPr>
          <w:rFonts w:ascii="Sylfaen" w:hAnsi="Sylfaen" w:cstheme="majorHAnsi"/>
          <w:b/>
          <w:bCs/>
          <w:sz w:val="18"/>
          <w:szCs w:val="18"/>
          <w:lang w:val="ka-GE"/>
        </w:rPr>
        <w:t xml:space="preserve"> </w:t>
      </w:r>
      <w:r w:rsidR="0083135B">
        <w:rPr>
          <w:rFonts w:ascii="Sylfaen" w:hAnsi="Sylfaen" w:cstheme="majorHAnsi"/>
          <w:b/>
          <w:bCs/>
          <w:sz w:val="18"/>
          <w:szCs w:val="18"/>
          <w:lang w:val="ka-GE"/>
        </w:rPr>
        <w:t>(</w:t>
      </w:r>
      <w:r w:rsidR="0083135B" w:rsidRPr="00B31749">
        <w:rPr>
          <w:rFonts w:ascii="Sylfaen" w:hAnsi="Sylfaen" w:cstheme="majorHAnsi"/>
          <w:b/>
          <w:bCs/>
          <w:sz w:val="18"/>
          <w:szCs w:val="18"/>
          <w:lang w:val="ka-GE"/>
        </w:rPr>
        <w:t xml:space="preserve"> </w:t>
      </w:r>
      <w:r>
        <w:fldChar w:fldCharType="begin"/>
      </w:r>
      <w:r w:rsidRPr="003670AD">
        <w:rPr>
          <w:lang w:val="ka-GE"/>
          <w:rPrChange w:id="1" w:author="User" w:date="2026-10-02T14:30:00Z">
            <w:rPr/>
          </w:rPrChange>
        </w:rPr>
        <w:instrText>HYPERLINK "mailto:tssamushia@grada.ge"</w:instrText>
      </w:r>
      <w:r>
        <w:fldChar w:fldCharType="separate"/>
      </w:r>
      <w:r w:rsidR="0083135B" w:rsidRPr="00B31749">
        <w:rPr>
          <w:rStyle w:val="Hyperlink"/>
          <w:rFonts w:ascii="Sylfaen" w:hAnsi="Sylfaen" w:cstheme="majorHAnsi"/>
          <w:b/>
          <w:bCs/>
          <w:sz w:val="18"/>
          <w:szCs w:val="18"/>
          <w:lang w:val="ka-GE"/>
        </w:rPr>
        <w:t>tssamushia@grada.ge</w:t>
      </w:r>
      <w:r>
        <w:rPr>
          <w:rStyle w:val="Hyperlink"/>
          <w:rFonts w:ascii="Sylfaen" w:hAnsi="Sylfaen" w:cstheme="majorHAnsi"/>
          <w:b/>
          <w:bCs/>
          <w:sz w:val="18"/>
          <w:szCs w:val="18"/>
          <w:lang w:val="ka-GE"/>
        </w:rPr>
        <w:fldChar w:fldCharType="end"/>
      </w:r>
      <w:r w:rsidR="0083135B" w:rsidRPr="00B31749">
        <w:rPr>
          <w:rFonts w:ascii="Sylfaen" w:hAnsi="Sylfaen" w:cstheme="majorHAnsi"/>
          <w:b/>
          <w:bCs/>
          <w:sz w:val="18"/>
          <w:szCs w:val="18"/>
          <w:lang w:val="ka-GE"/>
        </w:rPr>
        <w:t xml:space="preserve"> )</w:t>
      </w:r>
    </w:p>
    <w:p w14:paraId="4EB2FE87" w14:textId="781D0C27" w:rsidR="004B6084" w:rsidRPr="00E77400" w:rsidRDefault="00A74260" w:rsidP="00E77400">
      <w:pPr>
        <w:pStyle w:val="Default"/>
        <w:rPr>
          <w:rFonts w:cstheme="majorHAnsi"/>
          <w:b/>
          <w:bCs/>
          <w:sz w:val="18"/>
          <w:szCs w:val="18"/>
        </w:rPr>
      </w:pPr>
      <w:proofErr w:type="spellStart"/>
      <w:r w:rsidRPr="00E77400">
        <w:rPr>
          <w:rFonts w:ascii="Sylfaen" w:hAnsi="Sylfaen" w:cs="Sylfaen"/>
          <w:b/>
          <w:bCs/>
          <w:sz w:val="18"/>
          <w:szCs w:val="18"/>
        </w:rPr>
        <w:t>მენარდის</w:t>
      </w:r>
      <w:proofErr w:type="spellEnd"/>
      <w:r w:rsidRPr="00E77400">
        <w:rPr>
          <w:rFonts w:cstheme="majorHAnsi"/>
          <w:b/>
          <w:bCs/>
          <w:sz w:val="18"/>
          <w:szCs w:val="18"/>
        </w:rPr>
        <w:t xml:space="preserve"> </w:t>
      </w:r>
      <w:proofErr w:type="spellStart"/>
      <w:r w:rsidRPr="00E77400">
        <w:rPr>
          <w:rFonts w:ascii="Sylfaen" w:hAnsi="Sylfaen" w:cs="Sylfaen"/>
          <w:b/>
          <w:bCs/>
          <w:sz w:val="18"/>
          <w:szCs w:val="18"/>
        </w:rPr>
        <w:t>მხირდან</w:t>
      </w:r>
      <w:proofErr w:type="spellEnd"/>
      <w:r w:rsidRPr="00E77400">
        <w:rPr>
          <w:rFonts w:cstheme="majorHAnsi"/>
          <w:b/>
          <w:bCs/>
          <w:sz w:val="18"/>
          <w:szCs w:val="18"/>
        </w:rPr>
        <w:t>:</w:t>
      </w:r>
      <w:r w:rsidR="00E77400">
        <w:rPr>
          <w:rFonts w:ascii="Sylfaen" w:hAnsi="Sylfaen" w:cstheme="majorHAnsi"/>
          <w:b/>
          <w:bCs/>
          <w:sz w:val="18"/>
          <w:szCs w:val="18"/>
          <w:lang w:val="ka-GE"/>
        </w:rPr>
        <w:t xml:space="preserve"> </w:t>
      </w:r>
      <w:r w:rsidR="00C62891">
        <w:rPr>
          <w:rFonts w:ascii="Sylfaen" w:hAnsi="Sylfaen" w:cstheme="majorHAnsi"/>
          <w:b/>
          <w:bCs/>
          <w:sz w:val="18"/>
          <w:szCs w:val="18"/>
        </w:rPr>
        <w:t>____</w:t>
      </w:r>
      <w:r w:rsidR="00733055">
        <w:rPr>
          <w:rFonts w:ascii="Sylfaen" w:hAnsi="Sylfaen" w:cstheme="majorHAnsi"/>
          <w:b/>
          <w:bCs/>
          <w:sz w:val="18"/>
          <w:szCs w:val="18"/>
        </w:rPr>
        <w:t xml:space="preserve">, </w:t>
      </w:r>
      <w:r w:rsidR="00E77400">
        <w:rPr>
          <w:rFonts w:ascii="Sylfaen" w:hAnsi="Sylfaen" w:cstheme="majorHAnsi"/>
          <w:b/>
          <w:bCs/>
          <w:sz w:val="18"/>
          <w:szCs w:val="18"/>
          <w:lang w:val="ka-GE"/>
        </w:rPr>
        <w:t>დირექტორ</w:t>
      </w:r>
      <w:r w:rsidR="0030607D">
        <w:rPr>
          <w:rFonts w:ascii="Sylfaen" w:hAnsi="Sylfaen" w:cstheme="majorHAnsi"/>
          <w:b/>
          <w:bCs/>
          <w:sz w:val="18"/>
          <w:szCs w:val="18"/>
          <w:lang w:val="ka-GE"/>
        </w:rPr>
        <w:t>ი</w:t>
      </w:r>
      <w:r w:rsidR="00AC3B0F">
        <w:rPr>
          <w:rFonts w:ascii="Sylfaen" w:hAnsi="Sylfaen" w:cstheme="majorHAnsi"/>
          <w:b/>
          <w:bCs/>
          <w:sz w:val="18"/>
          <w:szCs w:val="18"/>
          <w:lang w:val="ka-GE"/>
        </w:rPr>
        <w:t xml:space="preserve"> (</w:t>
      </w:r>
      <w:r w:rsidR="00C91888">
        <w:rPr>
          <w:rFonts w:ascii="Sylfaen" w:hAnsi="Sylfaen" w:cstheme="majorHAnsi"/>
          <w:b/>
          <w:bCs/>
          <w:sz w:val="18"/>
          <w:szCs w:val="18"/>
          <w:lang w:val="ka-GE"/>
        </w:rPr>
        <w:t xml:space="preserve"> </w:t>
      </w:r>
      <w:hyperlink r:id="rId8" w:history="1">
        <w:r w:rsidR="00C62891">
          <w:rPr>
            <w:rStyle w:val="Hyperlink"/>
            <w:rFonts w:ascii="Sylfaen" w:hAnsi="Sylfaen" w:cstheme="majorHAnsi"/>
            <w:b/>
            <w:bCs/>
            <w:sz w:val="18"/>
            <w:szCs w:val="18"/>
          </w:rPr>
          <w:t>__</w:t>
        </w:r>
        <w:r w:rsidR="00733055">
          <w:rPr>
            <w:rStyle w:val="Hyperlink"/>
            <w:rFonts w:ascii="Sylfaen" w:hAnsi="Sylfaen" w:cstheme="majorHAnsi"/>
            <w:b/>
            <w:bCs/>
            <w:sz w:val="18"/>
            <w:szCs w:val="18"/>
          </w:rPr>
          <w:t>@</w:t>
        </w:r>
        <w:r w:rsidR="00C62891">
          <w:rPr>
            <w:rStyle w:val="Hyperlink"/>
            <w:rFonts w:ascii="Sylfaen" w:hAnsi="Sylfaen" w:cstheme="majorHAnsi"/>
            <w:b/>
            <w:bCs/>
            <w:sz w:val="18"/>
            <w:szCs w:val="18"/>
          </w:rPr>
          <w:t>__</w:t>
        </w:r>
      </w:hyperlink>
      <w:r w:rsidR="00C91888">
        <w:rPr>
          <w:rStyle w:val="Hyperlink"/>
          <w:rFonts w:ascii="Sylfaen" w:hAnsi="Sylfaen" w:cstheme="majorHAnsi"/>
          <w:b/>
          <w:bCs/>
          <w:sz w:val="18"/>
          <w:szCs w:val="18"/>
          <w:lang w:val="ka-GE"/>
        </w:rPr>
        <w:t xml:space="preserve"> </w:t>
      </w:r>
      <w:r w:rsidR="00AC3B0F" w:rsidRPr="00C91888">
        <w:rPr>
          <w:rFonts w:ascii="Sylfaen" w:hAnsi="Sylfaen"/>
          <w:b/>
          <w:sz w:val="19"/>
          <w:szCs w:val="19"/>
          <w:lang w:val="ka-GE"/>
        </w:rPr>
        <w:t>)</w:t>
      </w:r>
    </w:p>
    <w:p w14:paraId="6E26AC5A" w14:textId="77777777" w:rsidR="00AC3B0F" w:rsidRDefault="00AC3B0F" w:rsidP="00185C20">
      <w:pPr>
        <w:jc w:val="both"/>
        <w:rPr>
          <w:rFonts w:ascii="Sylfaen" w:hAnsi="Sylfaen" w:cs="Sylfaen"/>
          <w:sz w:val="18"/>
          <w:szCs w:val="18"/>
        </w:rPr>
      </w:pPr>
    </w:p>
    <w:p w14:paraId="43DB6AC4" w14:textId="4288C68E" w:rsidR="004B6084" w:rsidRDefault="00A74260" w:rsidP="00185C20">
      <w:pPr>
        <w:jc w:val="both"/>
        <w:rPr>
          <w:rFonts w:cstheme="majorHAnsi"/>
          <w:sz w:val="18"/>
          <w:szCs w:val="18"/>
        </w:rPr>
      </w:pPr>
      <w:proofErr w:type="spellStart"/>
      <w:r w:rsidRPr="00D73BDF">
        <w:rPr>
          <w:rFonts w:ascii="Sylfaen" w:hAnsi="Sylfaen" w:cs="Sylfaen"/>
          <w:sz w:val="18"/>
          <w:szCs w:val="18"/>
        </w:rPr>
        <w:t>მხარეები</w:t>
      </w:r>
      <w:proofErr w:type="spellEnd"/>
      <w:r w:rsidRPr="00D73BDF">
        <w:rPr>
          <w:rFonts w:cstheme="majorHAnsi"/>
          <w:sz w:val="18"/>
          <w:szCs w:val="18"/>
        </w:rPr>
        <w:t xml:space="preserve"> </w:t>
      </w:r>
      <w:proofErr w:type="spellStart"/>
      <w:r w:rsidRPr="00D73BDF">
        <w:rPr>
          <w:rFonts w:ascii="Sylfaen" w:hAnsi="Sylfaen" w:cs="Sylfaen"/>
          <w:sz w:val="18"/>
          <w:szCs w:val="18"/>
        </w:rPr>
        <w:t>თანხმდებიან</w:t>
      </w:r>
      <w:proofErr w:type="spellEnd"/>
      <w:r w:rsidRPr="00D73BDF">
        <w:rPr>
          <w:rFonts w:cstheme="majorHAnsi"/>
          <w:sz w:val="18"/>
          <w:szCs w:val="18"/>
        </w:rPr>
        <w:t xml:space="preserve">, </w:t>
      </w:r>
      <w:proofErr w:type="spellStart"/>
      <w:r w:rsidRPr="00D73BDF">
        <w:rPr>
          <w:rFonts w:ascii="Sylfaen" w:hAnsi="Sylfaen" w:cs="Sylfaen"/>
          <w:sz w:val="18"/>
          <w:szCs w:val="18"/>
        </w:rPr>
        <w:t>რომ</w:t>
      </w:r>
      <w:proofErr w:type="spellEnd"/>
      <w:r w:rsidRPr="00D73BDF">
        <w:rPr>
          <w:rFonts w:cstheme="majorHAnsi"/>
          <w:sz w:val="18"/>
          <w:szCs w:val="18"/>
        </w:rPr>
        <w:t xml:space="preserve"> </w:t>
      </w:r>
      <w:proofErr w:type="spellStart"/>
      <w:r w:rsidRPr="00D73BDF">
        <w:rPr>
          <w:rFonts w:ascii="Sylfaen" w:hAnsi="Sylfaen" w:cs="Sylfaen"/>
          <w:sz w:val="18"/>
          <w:szCs w:val="18"/>
        </w:rPr>
        <w:t>ამ</w:t>
      </w:r>
      <w:proofErr w:type="spellEnd"/>
      <w:r w:rsidRPr="00D73BDF">
        <w:rPr>
          <w:rFonts w:cstheme="majorHAnsi"/>
          <w:sz w:val="18"/>
          <w:szCs w:val="18"/>
        </w:rPr>
        <w:t xml:space="preserve"> </w:t>
      </w:r>
      <w:proofErr w:type="spellStart"/>
      <w:r w:rsidRPr="00D73BDF">
        <w:rPr>
          <w:rFonts w:ascii="Sylfaen" w:hAnsi="Sylfaen" w:cs="Sylfaen"/>
          <w:sz w:val="18"/>
          <w:szCs w:val="18"/>
        </w:rPr>
        <w:t>მუხლით</w:t>
      </w:r>
      <w:proofErr w:type="spellEnd"/>
      <w:r w:rsidRPr="00D73BDF">
        <w:rPr>
          <w:rFonts w:cstheme="majorHAnsi"/>
          <w:sz w:val="18"/>
          <w:szCs w:val="18"/>
        </w:rPr>
        <w:t xml:space="preserve"> </w:t>
      </w:r>
      <w:proofErr w:type="spellStart"/>
      <w:r w:rsidRPr="00D73BDF">
        <w:rPr>
          <w:rFonts w:ascii="Sylfaen" w:hAnsi="Sylfaen" w:cs="Sylfaen"/>
          <w:sz w:val="18"/>
          <w:szCs w:val="18"/>
        </w:rPr>
        <w:t>გათვალისწინებულ</w:t>
      </w:r>
      <w:proofErr w:type="spellEnd"/>
      <w:r w:rsidRPr="00D73BDF">
        <w:rPr>
          <w:rFonts w:cstheme="majorHAnsi"/>
          <w:sz w:val="18"/>
          <w:szCs w:val="18"/>
        </w:rPr>
        <w:t xml:space="preserve"> </w:t>
      </w:r>
      <w:proofErr w:type="spellStart"/>
      <w:r w:rsidRPr="00D73BDF">
        <w:rPr>
          <w:rFonts w:ascii="Sylfaen" w:hAnsi="Sylfaen" w:cs="Sylfaen"/>
          <w:sz w:val="18"/>
          <w:szCs w:val="18"/>
        </w:rPr>
        <w:t>ელექტრონული</w:t>
      </w:r>
      <w:proofErr w:type="spellEnd"/>
      <w:r w:rsidRPr="00D73BDF">
        <w:rPr>
          <w:rFonts w:cstheme="majorHAnsi"/>
          <w:sz w:val="18"/>
          <w:szCs w:val="18"/>
        </w:rPr>
        <w:t xml:space="preserve"> </w:t>
      </w:r>
      <w:proofErr w:type="spellStart"/>
      <w:r w:rsidRPr="00D73BDF">
        <w:rPr>
          <w:rFonts w:ascii="Sylfaen" w:hAnsi="Sylfaen" w:cs="Sylfaen"/>
          <w:sz w:val="18"/>
          <w:szCs w:val="18"/>
        </w:rPr>
        <w:t>ფოსტის</w:t>
      </w:r>
      <w:proofErr w:type="spellEnd"/>
      <w:r w:rsidRPr="00D73BDF">
        <w:rPr>
          <w:rFonts w:cstheme="majorHAnsi"/>
          <w:sz w:val="18"/>
          <w:szCs w:val="18"/>
        </w:rPr>
        <w:t xml:space="preserve"> </w:t>
      </w:r>
      <w:proofErr w:type="spellStart"/>
      <w:r w:rsidRPr="00D73BDF">
        <w:rPr>
          <w:rFonts w:ascii="Sylfaen" w:hAnsi="Sylfaen" w:cs="Sylfaen"/>
          <w:sz w:val="18"/>
          <w:szCs w:val="18"/>
        </w:rPr>
        <w:t>მისამართებზე</w:t>
      </w:r>
      <w:proofErr w:type="spellEnd"/>
      <w:r w:rsidR="007E2270">
        <w:rPr>
          <w:rFonts w:ascii="Sylfaen" w:hAnsi="Sylfaen" w:cs="Sylfaen"/>
          <w:sz w:val="18"/>
          <w:szCs w:val="18"/>
          <w:lang w:val="ka-GE"/>
        </w:rPr>
        <w:t xml:space="preserve"> </w:t>
      </w:r>
      <w:proofErr w:type="spellStart"/>
      <w:r w:rsidRPr="00D73BDF">
        <w:rPr>
          <w:rFonts w:ascii="Sylfaen" w:hAnsi="Sylfaen" w:cs="Sylfaen"/>
          <w:sz w:val="18"/>
          <w:szCs w:val="18"/>
        </w:rPr>
        <w:t>შეტყობინების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გაგზავნა</w:t>
      </w:r>
      <w:proofErr w:type="spellEnd"/>
      <w:r w:rsidRPr="00D73BDF">
        <w:rPr>
          <w:rFonts w:cstheme="majorHAnsi"/>
          <w:sz w:val="18"/>
          <w:szCs w:val="18"/>
        </w:rPr>
        <w:t xml:space="preserve"> </w:t>
      </w:r>
      <w:proofErr w:type="spellStart"/>
      <w:r w:rsidRPr="00D73BDF">
        <w:rPr>
          <w:rFonts w:ascii="Sylfaen" w:hAnsi="Sylfaen" w:cs="Sylfaen"/>
          <w:sz w:val="18"/>
          <w:szCs w:val="18"/>
        </w:rPr>
        <w:t>ითვლება</w:t>
      </w:r>
      <w:proofErr w:type="spellEnd"/>
      <w:r w:rsidRPr="00D73BDF">
        <w:rPr>
          <w:rFonts w:cstheme="majorHAnsi"/>
          <w:sz w:val="18"/>
          <w:szCs w:val="18"/>
        </w:rPr>
        <w:t xml:space="preserve"> </w:t>
      </w:r>
      <w:proofErr w:type="spellStart"/>
      <w:r w:rsidRPr="00D73BDF">
        <w:rPr>
          <w:rFonts w:ascii="Sylfaen" w:hAnsi="Sylfaen" w:cs="Sylfaen"/>
          <w:sz w:val="18"/>
          <w:szCs w:val="18"/>
        </w:rPr>
        <w:t>მხარის</w:t>
      </w:r>
      <w:proofErr w:type="spellEnd"/>
      <w:r w:rsidRPr="00D73BDF">
        <w:rPr>
          <w:rFonts w:cstheme="majorHAnsi"/>
          <w:sz w:val="18"/>
          <w:szCs w:val="18"/>
        </w:rPr>
        <w:t xml:space="preserve"> </w:t>
      </w:r>
      <w:r w:rsidR="007E2270">
        <w:rPr>
          <w:rFonts w:ascii="Sylfaen" w:hAnsi="Sylfaen" w:cstheme="majorHAnsi"/>
          <w:sz w:val="18"/>
          <w:szCs w:val="18"/>
          <w:lang w:val="ka-GE"/>
        </w:rPr>
        <w:t>(</w:t>
      </w:r>
      <w:proofErr w:type="spellStart"/>
      <w:r w:rsidRPr="00D73BDF">
        <w:rPr>
          <w:rFonts w:ascii="Sylfaen" w:hAnsi="Sylfaen" w:cs="Sylfaen"/>
          <w:sz w:val="18"/>
          <w:szCs w:val="18"/>
        </w:rPr>
        <w:t>ადრესატის</w:t>
      </w:r>
      <w:proofErr w:type="spellEnd"/>
      <w:r w:rsidR="007E2270">
        <w:rPr>
          <w:rFonts w:ascii="Sylfaen" w:hAnsi="Sylfaen" w:cs="Sylfaen"/>
          <w:sz w:val="18"/>
          <w:szCs w:val="18"/>
          <w:lang w:val="ka-GE"/>
        </w:rPr>
        <w:t>)</w:t>
      </w:r>
      <w:r w:rsidRPr="00D73BDF">
        <w:rPr>
          <w:rFonts w:cstheme="majorHAnsi"/>
          <w:sz w:val="18"/>
          <w:szCs w:val="18"/>
        </w:rPr>
        <w:t xml:space="preserve"> </w:t>
      </w:r>
      <w:proofErr w:type="spellStart"/>
      <w:r w:rsidRPr="00D73BDF">
        <w:rPr>
          <w:rFonts w:ascii="Sylfaen" w:hAnsi="Sylfaen" w:cs="Sylfaen"/>
          <w:sz w:val="18"/>
          <w:szCs w:val="18"/>
        </w:rPr>
        <w:t>მიერ</w:t>
      </w:r>
      <w:proofErr w:type="spellEnd"/>
      <w:r w:rsidRPr="00D73BDF">
        <w:rPr>
          <w:rFonts w:cstheme="majorHAnsi"/>
          <w:sz w:val="18"/>
          <w:szCs w:val="18"/>
        </w:rPr>
        <w:t xml:space="preserve"> </w:t>
      </w:r>
      <w:proofErr w:type="spellStart"/>
      <w:r w:rsidRPr="00D73BDF">
        <w:rPr>
          <w:rFonts w:ascii="Sylfaen" w:hAnsi="Sylfaen" w:cs="Sylfaen"/>
          <w:sz w:val="18"/>
          <w:szCs w:val="18"/>
        </w:rPr>
        <w:t>შეტყობინების</w:t>
      </w:r>
      <w:proofErr w:type="spellEnd"/>
      <w:r w:rsidRPr="00D73BDF">
        <w:rPr>
          <w:rFonts w:cstheme="majorHAnsi"/>
          <w:sz w:val="18"/>
          <w:szCs w:val="18"/>
        </w:rPr>
        <w:t xml:space="preserve"> </w:t>
      </w:r>
      <w:proofErr w:type="spellStart"/>
      <w:r w:rsidRPr="00D73BDF">
        <w:rPr>
          <w:rFonts w:ascii="Sylfaen" w:hAnsi="Sylfaen" w:cs="Sylfaen"/>
          <w:sz w:val="18"/>
          <w:szCs w:val="18"/>
        </w:rPr>
        <w:t>მიღებად</w:t>
      </w:r>
      <w:proofErr w:type="spellEnd"/>
      <w:r w:rsidRPr="00D73BDF">
        <w:rPr>
          <w:rFonts w:cstheme="majorHAnsi"/>
          <w:sz w:val="18"/>
          <w:szCs w:val="18"/>
        </w:rPr>
        <w:t xml:space="preserve">, </w:t>
      </w:r>
      <w:proofErr w:type="spellStart"/>
      <w:r w:rsidRPr="00D73BDF">
        <w:rPr>
          <w:rFonts w:ascii="Sylfaen" w:hAnsi="Sylfaen" w:cs="Sylfaen"/>
          <w:sz w:val="18"/>
          <w:szCs w:val="18"/>
        </w:rPr>
        <w:t>თუ</w:t>
      </w:r>
      <w:proofErr w:type="spellEnd"/>
      <w:r w:rsidRPr="00D73BDF">
        <w:rPr>
          <w:rFonts w:cstheme="majorHAnsi"/>
          <w:sz w:val="18"/>
          <w:szCs w:val="18"/>
        </w:rPr>
        <w:t xml:space="preserve"> </w:t>
      </w:r>
      <w:proofErr w:type="spellStart"/>
      <w:r w:rsidRPr="00D73BDF">
        <w:rPr>
          <w:rFonts w:ascii="Sylfaen" w:hAnsi="Sylfaen" w:cs="Sylfaen"/>
          <w:sz w:val="18"/>
          <w:szCs w:val="18"/>
        </w:rPr>
        <w:t>დადასტურდება</w:t>
      </w:r>
      <w:proofErr w:type="spellEnd"/>
      <w:r w:rsidRPr="00D73BDF">
        <w:rPr>
          <w:rFonts w:cstheme="majorHAnsi"/>
          <w:sz w:val="18"/>
          <w:szCs w:val="18"/>
        </w:rPr>
        <w:t xml:space="preserve">, </w:t>
      </w:r>
      <w:proofErr w:type="spellStart"/>
      <w:r w:rsidRPr="00D73BDF">
        <w:rPr>
          <w:rFonts w:ascii="Sylfaen" w:hAnsi="Sylfaen" w:cs="Sylfaen"/>
          <w:sz w:val="18"/>
          <w:szCs w:val="18"/>
        </w:rPr>
        <w:t>რომ</w:t>
      </w:r>
      <w:proofErr w:type="spellEnd"/>
      <w:r w:rsidRPr="00D73BDF">
        <w:rPr>
          <w:rFonts w:cstheme="majorHAnsi"/>
          <w:sz w:val="18"/>
          <w:szCs w:val="18"/>
        </w:rPr>
        <w:t xml:space="preserve"> </w:t>
      </w:r>
      <w:proofErr w:type="spellStart"/>
      <w:r w:rsidRPr="00D73BDF">
        <w:rPr>
          <w:rFonts w:ascii="Sylfaen" w:hAnsi="Sylfaen" w:cs="Sylfaen"/>
          <w:sz w:val="18"/>
          <w:szCs w:val="18"/>
        </w:rPr>
        <w:t>შესაბამის</w:t>
      </w:r>
      <w:proofErr w:type="spellEnd"/>
      <w:r w:rsidRPr="00D73BDF">
        <w:rPr>
          <w:rFonts w:cstheme="majorHAnsi"/>
          <w:sz w:val="18"/>
          <w:szCs w:val="18"/>
        </w:rPr>
        <w:t xml:space="preserve"> </w:t>
      </w:r>
      <w:proofErr w:type="spellStart"/>
      <w:r w:rsidRPr="00D73BDF">
        <w:rPr>
          <w:rFonts w:ascii="Sylfaen" w:hAnsi="Sylfaen" w:cs="Sylfaen"/>
          <w:sz w:val="18"/>
          <w:szCs w:val="18"/>
        </w:rPr>
        <w:t>საკორესპონდენციო</w:t>
      </w:r>
      <w:proofErr w:type="spellEnd"/>
      <w:r w:rsidRPr="00D73BDF">
        <w:rPr>
          <w:rFonts w:cstheme="majorHAnsi"/>
          <w:sz w:val="18"/>
          <w:szCs w:val="18"/>
        </w:rPr>
        <w:t xml:space="preserve"> </w:t>
      </w:r>
      <w:proofErr w:type="spellStart"/>
      <w:r w:rsidRPr="00D73BDF">
        <w:rPr>
          <w:rFonts w:ascii="Sylfaen" w:hAnsi="Sylfaen" w:cs="Sylfaen"/>
          <w:sz w:val="18"/>
          <w:szCs w:val="18"/>
        </w:rPr>
        <w:t>მისამართზე</w:t>
      </w:r>
      <w:proofErr w:type="spellEnd"/>
      <w:r w:rsidRPr="00D73BDF">
        <w:rPr>
          <w:rFonts w:cstheme="majorHAnsi"/>
          <w:sz w:val="18"/>
          <w:szCs w:val="18"/>
        </w:rPr>
        <w:t xml:space="preserve"> </w:t>
      </w:r>
      <w:r w:rsidR="007E2270">
        <w:rPr>
          <w:rFonts w:ascii="Sylfaen" w:hAnsi="Sylfaen" w:cstheme="majorHAnsi"/>
          <w:sz w:val="18"/>
          <w:szCs w:val="18"/>
          <w:lang w:val="ka-GE"/>
        </w:rPr>
        <w:t>(</w:t>
      </w:r>
      <w:proofErr w:type="spellStart"/>
      <w:r w:rsidRPr="00D73BDF">
        <w:rPr>
          <w:rFonts w:ascii="Sylfaen" w:hAnsi="Sylfaen" w:cs="Sylfaen"/>
          <w:sz w:val="18"/>
          <w:szCs w:val="18"/>
        </w:rPr>
        <w:t>ელექტრონულ</w:t>
      </w:r>
      <w:proofErr w:type="spellEnd"/>
      <w:r w:rsidRPr="00D73BDF">
        <w:rPr>
          <w:rFonts w:cstheme="majorHAnsi"/>
          <w:sz w:val="18"/>
          <w:szCs w:val="18"/>
        </w:rPr>
        <w:t xml:space="preserve"> </w:t>
      </w:r>
      <w:proofErr w:type="spellStart"/>
      <w:r w:rsidRPr="00D73BDF">
        <w:rPr>
          <w:rFonts w:ascii="Sylfaen" w:hAnsi="Sylfaen" w:cs="Sylfaen"/>
          <w:sz w:val="18"/>
          <w:szCs w:val="18"/>
        </w:rPr>
        <w:t>ფოსტაზე</w:t>
      </w:r>
      <w:proofErr w:type="spellEnd"/>
      <w:r w:rsidR="007E2270">
        <w:rPr>
          <w:rFonts w:ascii="Sylfaen" w:hAnsi="Sylfaen" w:cs="Sylfaen"/>
          <w:sz w:val="18"/>
          <w:szCs w:val="18"/>
          <w:lang w:val="ka-GE"/>
        </w:rPr>
        <w:t>)</w:t>
      </w:r>
      <w:r w:rsidRPr="00D73BDF">
        <w:rPr>
          <w:rFonts w:cstheme="majorHAnsi"/>
          <w:sz w:val="18"/>
          <w:szCs w:val="18"/>
        </w:rPr>
        <w:t xml:space="preserve"> </w:t>
      </w:r>
      <w:proofErr w:type="spellStart"/>
      <w:r w:rsidRPr="00D73BDF">
        <w:rPr>
          <w:rFonts w:ascii="Sylfaen" w:hAnsi="Sylfaen" w:cs="Sylfaen"/>
          <w:sz w:val="18"/>
          <w:szCs w:val="18"/>
        </w:rPr>
        <w:t>შეტყობინება</w:t>
      </w:r>
      <w:proofErr w:type="spellEnd"/>
      <w:r w:rsidRPr="00D73BDF">
        <w:rPr>
          <w:rFonts w:cstheme="majorHAnsi"/>
          <w:sz w:val="18"/>
          <w:szCs w:val="18"/>
        </w:rPr>
        <w:t xml:space="preserve"> </w:t>
      </w:r>
      <w:proofErr w:type="spellStart"/>
      <w:r w:rsidRPr="00D73BDF">
        <w:rPr>
          <w:rFonts w:ascii="Sylfaen" w:hAnsi="Sylfaen" w:cs="Sylfaen"/>
          <w:sz w:val="18"/>
          <w:szCs w:val="18"/>
        </w:rPr>
        <w:t>მივიდა</w:t>
      </w:r>
      <w:proofErr w:type="spellEnd"/>
      <w:r w:rsidRPr="00D73BDF">
        <w:rPr>
          <w:rFonts w:cstheme="majorHAnsi"/>
          <w:sz w:val="18"/>
          <w:szCs w:val="18"/>
        </w:rPr>
        <w:t>.</w:t>
      </w:r>
    </w:p>
    <w:p w14:paraId="1A157324" w14:textId="5C9909BD" w:rsidR="004B6084" w:rsidRPr="007E2270" w:rsidRDefault="00A74260" w:rsidP="00185C20">
      <w:pPr>
        <w:pStyle w:val="ListParagraph"/>
        <w:numPr>
          <w:ilvl w:val="1"/>
          <w:numId w:val="13"/>
        </w:numPr>
        <w:jc w:val="both"/>
        <w:rPr>
          <w:rFonts w:ascii="Sylfaen" w:hAnsi="Sylfaen" w:cs="Sylfaen"/>
          <w:sz w:val="18"/>
          <w:szCs w:val="18"/>
          <w:lang w:val="ka-GE"/>
        </w:rPr>
      </w:pPr>
      <w:r w:rsidRPr="007E2270">
        <w:rPr>
          <w:rFonts w:ascii="Sylfaen" w:hAnsi="Sylfaen" w:cs="Sylfaen"/>
          <w:sz w:val="18"/>
          <w:szCs w:val="18"/>
          <w:lang w:val="ka-GE"/>
        </w:rPr>
        <w:t>მხარეები თანხმდებიან, რომ ხელშეკრულების 3.3.</w:t>
      </w:r>
      <w:r w:rsidR="00D94046">
        <w:rPr>
          <w:rFonts w:ascii="Sylfaen" w:hAnsi="Sylfaen" w:cs="Sylfaen"/>
          <w:sz w:val="18"/>
          <w:szCs w:val="18"/>
          <w:lang w:val="ka-GE"/>
        </w:rPr>
        <w:t>7</w:t>
      </w:r>
      <w:r w:rsidRPr="007E2270">
        <w:rPr>
          <w:rFonts w:ascii="Sylfaen" w:hAnsi="Sylfaen" w:cs="Sylfaen"/>
          <w:sz w:val="18"/>
          <w:szCs w:val="18"/>
          <w:lang w:val="ka-GE"/>
        </w:rPr>
        <w:t xml:space="preserve"> მუხლით გათვალისწინებული კონკრეტული მითითებები გაიცემა </w:t>
      </w:r>
      <w:r w:rsidR="00AD7CD7">
        <w:rPr>
          <w:rFonts w:ascii="Sylfaen" w:hAnsi="Sylfaen" w:cs="Sylfaen"/>
          <w:sz w:val="18"/>
          <w:szCs w:val="18"/>
        </w:rPr>
        <w:t>1</w:t>
      </w:r>
      <w:r w:rsidR="00D94046">
        <w:rPr>
          <w:rFonts w:ascii="Sylfaen" w:hAnsi="Sylfaen" w:cs="Sylfaen"/>
          <w:sz w:val="18"/>
          <w:szCs w:val="18"/>
          <w:lang w:val="ka-GE"/>
        </w:rPr>
        <w:t>2</w:t>
      </w:r>
      <w:r w:rsidR="00AD7CD7">
        <w:rPr>
          <w:rFonts w:ascii="Sylfaen" w:hAnsi="Sylfaen" w:cs="Sylfaen"/>
          <w:sz w:val="18"/>
          <w:szCs w:val="18"/>
        </w:rPr>
        <w:t>.</w:t>
      </w:r>
      <w:r w:rsidR="00D94046">
        <w:rPr>
          <w:rFonts w:ascii="Sylfaen" w:hAnsi="Sylfaen" w:cs="Sylfaen"/>
          <w:sz w:val="18"/>
          <w:szCs w:val="18"/>
          <w:lang w:val="ka-GE"/>
        </w:rPr>
        <w:t>7</w:t>
      </w:r>
      <w:r w:rsidRPr="007E2270">
        <w:rPr>
          <w:rFonts w:ascii="Sylfaen" w:hAnsi="Sylfaen" w:cs="Sylfaen"/>
          <w:sz w:val="18"/>
          <w:szCs w:val="18"/>
          <w:lang w:val="ka-GE"/>
        </w:rPr>
        <w:t>. მუხლში აღნიშნულ მისამართზე/ელექტრონული ფოსტის მისამართზე გაგზავნით, ერთ-ერთი შემდეგი ფორმით: ა) სამუშაოს პროცესის რისკების შეფასების დოკუმენტით (რისკების კონტროლის ზომები/კონკრეტული მითითებები, პასუხისმგებელი პირები და ვადები), ან ბ) კანონმდებლობით სავალდებულო გასატარებელი ღონისძიებების (კონკრეტული მითითებებით) გეგმით</w:t>
      </w:r>
      <w:r w:rsidR="007E2270">
        <w:rPr>
          <w:rFonts w:ascii="Sylfaen" w:hAnsi="Sylfaen" w:cs="Sylfaen"/>
          <w:sz w:val="18"/>
          <w:szCs w:val="18"/>
          <w:lang w:val="ka-GE"/>
        </w:rPr>
        <w:t>.</w:t>
      </w:r>
    </w:p>
    <w:p w14:paraId="43EEFD00" w14:textId="132A45E7" w:rsidR="004B6084" w:rsidRPr="007E2270" w:rsidRDefault="00A74260" w:rsidP="00185C20">
      <w:pPr>
        <w:pStyle w:val="ListParagraph"/>
        <w:numPr>
          <w:ilvl w:val="1"/>
          <w:numId w:val="13"/>
        </w:numPr>
        <w:jc w:val="both"/>
        <w:rPr>
          <w:rFonts w:ascii="Sylfaen" w:hAnsi="Sylfaen" w:cs="Sylfaen"/>
          <w:sz w:val="18"/>
          <w:szCs w:val="18"/>
          <w:lang w:val="ka-GE"/>
        </w:rPr>
      </w:pPr>
      <w:r w:rsidRPr="007E2270">
        <w:rPr>
          <w:rFonts w:ascii="Sylfaen" w:hAnsi="Sylfaen" w:cs="Sylfaen"/>
          <w:sz w:val="18"/>
          <w:szCs w:val="18"/>
          <w:lang w:val="ka-GE"/>
        </w:rPr>
        <w:t>წინამდებარე ხელშეკრულებაში მითითებული ვადების ათვლა დაიწყება საფოსტო გზავნილის  ჩაბარების დღიდან, ხოლო ხელშეკრულების 1</w:t>
      </w:r>
      <w:r w:rsidR="006939BE">
        <w:rPr>
          <w:rFonts w:ascii="Sylfaen" w:hAnsi="Sylfaen" w:cs="Sylfaen"/>
          <w:sz w:val="18"/>
          <w:szCs w:val="18"/>
          <w:lang w:val="ka-GE"/>
        </w:rPr>
        <w:t>2</w:t>
      </w:r>
      <w:r w:rsidRPr="007E2270">
        <w:rPr>
          <w:rFonts w:ascii="Sylfaen" w:hAnsi="Sylfaen" w:cs="Sylfaen"/>
          <w:sz w:val="18"/>
          <w:szCs w:val="18"/>
          <w:lang w:val="ka-GE"/>
        </w:rPr>
        <w:t>.5.</w:t>
      </w:r>
      <w:r w:rsidR="007E2270">
        <w:rPr>
          <w:rFonts w:ascii="Sylfaen" w:hAnsi="Sylfaen" w:cs="Sylfaen"/>
          <w:sz w:val="18"/>
          <w:szCs w:val="18"/>
          <w:lang w:val="ka-GE"/>
        </w:rPr>
        <w:t xml:space="preserve"> </w:t>
      </w:r>
      <w:r w:rsidRPr="007E2270">
        <w:rPr>
          <w:rFonts w:ascii="Sylfaen" w:hAnsi="Sylfaen" w:cs="Sylfaen"/>
          <w:sz w:val="18"/>
          <w:szCs w:val="18"/>
          <w:lang w:val="ka-GE"/>
        </w:rPr>
        <w:t>მუხლით გათვალისწინებულ შემთხვევაში ელექტრონულ ფოსტის მისამართზე გაგზავნიდან.</w:t>
      </w:r>
    </w:p>
    <w:p w14:paraId="24DB1226" w14:textId="77777777" w:rsidR="00250162" w:rsidRPr="007E2270" w:rsidRDefault="00A74260" w:rsidP="00185C20">
      <w:pPr>
        <w:pStyle w:val="ListParagraph"/>
        <w:numPr>
          <w:ilvl w:val="1"/>
          <w:numId w:val="13"/>
        </w:numPr>
        <w:jc w:val="both"/>
        <w:rPr>
          <w:rFonts w:ascii="Sylfaen" w:hAnsi="Sylfaen" w:cs="Sylfaen"/>
          <w:sz w:val="18"/>
          <w:szCs w:val="18"/>
          <w:lang w:val="ka-GE"/>
        </w:rPr>
      </w:pPr>
      <w:r w:rsidRPr="007E2270">
        <w:rPr>
          <w:rFonts w:ascii="Sylfaen" w:hAnsi="Sylfaen" w:cs="Sylfaen"/>
          <w:sz w:val="18"/>
          <w:szCs w:val="18"/>
          <w:lang w:val="ka-GE"/>
        </w:rPr>
        <w:t xml:space="preserve">ხელშეკრულების თანახმად, სამუშაო დღე ნიშნავს ნებისმიერ დღეს, გარდა შაბათ-კვირისა და საქართველოს კანონმდებლობით, მათ შორის შრომის კოდექსით, განსაზღვრული უქმე დღეებისა.    </w:t>
      </w:r>
    </w:p>
    <w:p w14:paraId="1CC58912" w14:textId="7BF30EB1" w:rsidR="00250162" w:rsidRPr="007E2270" w:rsidRDefault="00A74260" w:rsidP="00185C20">
      <w:pPr>
        <w:pStyle w:val="ListParagraph"/>
        <w:numPr>
          <w:ilvl w:val="1"/>
          <w:numId w:val="13"/>
        </w:numPr>
        <w:jc w:val="both"/>
        <w:rPr>
          <w:rFonts w:ascii="Sylfaen" w:hAnsi="Sylfaen" w:cs="Sylfaen"/>
          <w:sz w:val="18"/>
          <w:szCs w:val="18"/>
          <w:lang w:val="ka-GE"/>
        </w:rPr>
      </w:pPr>
      <w:r w:rsidRPr="007E2270">
        <w:rPr>
          <w:rFonts w:ascii="Sylfaen" w:hAnsi="Sylfaen" w:cs="Sylfaen"/>
          <w:sz w:val="18"/>
          <w:szCs w:val="18"/>
          <w:lang w:val="ka-GE"/>
        </w:rPr>
        <w:t xml:space="preserve">მხარეები გამოიყენებენ ყველა შესაძლებლობას, რათა მათ შორის წარმოქმნილი სადაო საკითხი აღმოფხვრან მოლაპარაკების გზით. თუ მხარეებს შორის არ იქნება მიღწეული შეთანხმება, მხარეები მიმართავენ </w:t>
      </w:r>
      <w:r w:rsidR="00612221">
        <w:rPr>
          <w:rFonts w:ascii="Sylfaen" w:hAnsi="Sylfaen" w:cs="Sylfaen"/>
          <w:sz w:val="18"/>
          <w:szCs w:val="18"/>
          <w:lang w:val="ka-GE"/>
        </w:rPr>
        <w:t>თბილისის საქალაქო</w:t>
      </w:r>
      <w:r w:rsidRPr="007E2270">
        <w:rPr>
          <w:rFonts w:ascii="Sylfaen" w:hAnsi="Sylfaen" w:cs="Sylfaen"/>
          <w:sz w:val="18"/>
          <w:szCs w:val="18"/>
          <w:lang w:val="ka-GE"/>
        </w:rPr>
        <w:t xml:space="preserve"> სასამართლოს.</w:t>
      </w:r>
    </w:p>
    <w:p w14:paraId="42AFA910" w14:textId="6128368D" w:rsidR="004B6084" w:rsidRDefault="00A74260" w:rsidP="00185C20">
      <w:pPr>
        <w:pStyle w:val="ListParagraph"/>
        <w:numPr>
          <w:ilvl w:val="1"/>
          <w:numId w:val="13"/>
        </w:numPr>
        <w:jc w:val="both"/>
        <w:rPr>
          <w:rFonts w:cstheme="majorHAnsi"/>
          <w:sz w:val="18"/>
          <w:szCs w:val="18"/>
        </w:rPr>
      </w:pPr>
      <w:proofErr w:type="spellStart"/>
      <w:r w:rsidRPr="00250162">
        <w:rPr>
          <w:rFonts w:ascii="Sylfaen" w:hAnsi="Sylfaen" w:cs="Sylfaen"/>
          <w:sz w:val="18"/>
          <w:szCs w:val="18"/>
        </w:rPr>
        <w:t>წინამდებარე</w:t>
      </w:r>
      <w:proofErr w:type="spellEnd"/>
      <w:r w:rsidRPr="00250162">
        <w:rPr>
          <w:rFonts w:cstheme="majorHAnsi"/>
          <w:sz w:val="18"/>
          <w:szCs w:val="18"/>
        </w:rPr>
        <w:t xml:space="preserve"> </w:t>
      </w:r>
      <w:proofErr w:type="spellStart"/>
      <w:r w:rsidRPr="00250162">
        <w:rPr>
          <w:rFonts w:ascii="Sylfaen" w:hAnsi="Sylfaen" w:cs="Sylfaen"/>
          <w:sz w:val="18"/>
          <w:szCs w:val="18"/>
        </w:rPr>
        <w:t>ხელშეკრულება</w:t>
      </w:r>
      <w:proofErr w:type="spellEnd"/>
      <w:r w:rsidRPr="00250162">
        <w:rPr>
          <w:rFonts w:cstheme="majorHAnsi"/>
          <w:sz w:val="18"/>
          <w:szCs w:val="18"/>
        </w:rPr>
        <w:t xml:space="preserve"> </w:t>
      </w:r>
      <w:proofErr w:type="spellStart"/>
      <w:r w:rsidRPr="00250162">
        <w:rPr>
          <w:rFonts w:ascii="Sylfaen" w:hAnsi="Sylfaen" w:cs="Sylfaen"/>
          <w:sz w:val="18"/>
          <w:szCs w:val="18"/>
        </w:rPr>
        <w:t>რეგულირდება</w:t>
      </w:r>
      <w:proofErr w:type="spellEnd"/>
      <w:r w:rsidRPr="00250162">
        <w:rPr>
          <w:rFonts w:cstheme="majorHAnsi"/>
          <w:sz w:val="18"/>
          <w:szCs w:val="18"/>
        </w:rPr>
        <w:t xml:space="preserve"> </w:t>
      </w:r>
      <w:proofErr w:type="spellStart"/>
      <w:r w:rsidRPr="00250162">
        <w:rPr>
          <w:rFonts w:ascii="Sylfaen" w:hAnsi="Sylfaen" w:cs="Sylfaen"/>
          <w:sz w:val="18"/>
          <w:szCs w:val="18"/>
        </w:rPr>
        <w:t>საქართველოს</w:t>
      </w:r>
      <w:proofErr w:type="spellEnd"/>
      <w:r w:rsidRPr="00250162">
        <w:rPr>
          <w:rFonts w:cstheme="majorHAnsi"/>
          <w:sz w:val="18"/>
          <w:szCs w:val="18"/>
        </w:rPr>
        <w:t xml:space="preserve"> </w:t>
      </w:r>
      <w:proofErr w:type="spellStart"/>
      <w:r w:rsidRPr="00250162">
        <w:rPr>
          <w:rFonts w:ascii="Sylfaen" w:hAnsi="Sylfaen" w:cs="Sylfaen"/>
          <w:sz w:val="18"/>
          <w:szCs w:val="18"/>
        </w:rPr>
        <w:t>კანონმდებლობით</w:t>
      </w:r>
      <w:proofErr w:type="spellEnd"/>
      <w:r w:rsidRPr="00250162">
        <w:rPr>
          <w:rFonts w:cstheme="majorHAnsi"/>
          <w:sz w:val="18"/>
          <w:szCs w:val="18"/>
        </w:rPr>
        <w:t>.</w:t>
      </w:r>
    </w:p>
    <w:p w14:paraId="67F593A4" w14:textId="04FFB751" w:rsidR="004B6084" w:rsidRDefault="00A74260" w:rsidP="00185C20">
      <w:pPr>
        <w:pStyle w:val="ListParagraph"/>
        <w:numPr>
          <w:ilvl w:val="1"/>
          <w:numId w:val="13"/>
        </w:numPr>
        <w:jc w:val="both"/>
        <w:rPr>
          <w:rFonts w:cstheme="majorHAnsi"/>
          <w:sz w:val="18"/>
          <w:szCs w:val="18"/>
        </w:rPr>
      </w:pPr>
      <w:proofErr w:type="spellStart"/>
      <w:r w:rsidRPr="00250162">
        <w:rPr>
          <w:rFonts w:ascii="Sylfaen" w:hAnsi="Sylfaen" w:cs="Sylfaen"/>
          <w:sz w:val="18"/>
          <w:szCs w:val="18"/>
        </w:rPr>
        <w:t>ხელშეკრულება</w:t>
      </w:r>
      <w:proofErr w:type="spellEnd"/>
      <w:r w:rsidRPr="00250162">
        <w:rPr>
          <w:rFonts w:cstheme="majorHAnsi"/>
          <w:sz w:val="18"/>
          <w:szCs w:val="18"/>
        </w:rPr>
        <w:t xml:space="preserve"> </w:t>
      </w:r>
      <w:proofErr w:type="spellStart"/>
      <w:r w:rsidRPr="00250162">
        <w:rPr>
          <w:rFonts w:ascii="Sylfaen" w:hAnsi="Sylfaen" w:cs="Sylfaen"/>
          <w:sz w:val="18"/>
          <w:szCs w:val="18"/>
        </w:rPr>
        <w:t>შედგენილია</w:t>
      </w:r>
      <w:proofErr w:type="spellEnd"/>
      <w:r w:rsidRPr="00250162">
        <w:rPr>
          <w:rFonts w:cstheme="majorHAnsi"/>
          <w:sz w:val="18"/>
          <w:szCs w:val="18"/>
        </w:rPr>
        <w:t xml:space="preserve"> </w:t>
      </w:r>
      <w:proofErr w:type="spellStart"/>
      <w:r w:rsidRPr="00250162">
        <w:rPr>
          <w:rFonts w:ascii="Sylfaen" w:hAnsi="Sylfaen" w:cs="Sylfaen"/>
          <w:sz w:val="18"/>
          <w:szCs w:val="18"/>
        </w:rPr>
        <w:t>ორ</w:t>
      </w:r>
      <w:proofErr w:type="spellEnd"/>
      <w:r w:rsidRPr="00250162">
        <w:rPr>
          <w:rFonts w:cstheme="majorHAnsi"/>
          <w:sz w:val="18"/>
          <w:szCs w:val="18"/>
        </w:rPr>
        <w:t xml:space="preserve"> </w:t>
      </w:r>
      <w:proofErr w:type="spellStart"/>
      <w:r w:rsidRPr="00250162">
        <w:rPr>
          <w:rFonts w:ascii="Sylfaen" w:hAnsi="Sylfaen" w:cs="Sylfaen"/>
          <w:sz w:val="18"/>
          <w:szCs w:val="18"/>
        </w:rPr>
        <w:t>თანაბარი</w:t>
      </w:r>
      <w:proofErr w:type="spellEnd"/>
      <w:r w:rsidRPr="00250162">
        <w:rPr>
          <w:rFonts w:cstheme="majorHAnsi"/>
          <w:sz w:val="18"/>
          <w:szCs w:val="18"/>
        </w:rPr>
        <w:t xml:space="preserve"> </w:t>
      </w:r>
      <w:proofErr w:type="spellStart"/>
      <w:r w:rsidRPr="00250162">
        <w:rPr>
          <w:rFonts w:ascii="Sylfaen" w:hAnsi="Sylfaen" w:cs="Sylfaen"/>
          <w:sz w:val="18"/>
          <w:szCs w:val="18"/>
        </w:rPr>
        <w:t>ძალის</w:t>
      </w:r>
      <w:proofErr w:type="spellEnd"/>
      <w:r w:rsidRPr="00250162">
        <w:rPr>
          <w:rFonts w:cstheme="majorHAnsi"/>
          <w:sz w:val="18"/>
          <w:szCs w:val="18"/>
        </w:rPr>
        <w:t xml:space="preserve"> </w:t>
      </w:r>
      <w:proofErr w:type="spellStart"/>
      <w:r w:rsidRPr="00250162">
        <w:rPr>
          <w:rFonts w:ascii="Sylfaen" w:hAnsi="Sylfaen" w:cs="Sylfaen"/>
          <w:sz w:val="18"/>
          <w:szCs w:val="18"/>
        </w:rPr>
        <w:t>მქონე</w:t>
      </w:r>
      <w:proofErr w:type="spellEnd"/>
      <w:r w:rsidRPr="00250162">
        <w:rPr>
          <w:rFonts w:cstheme="majorHAnsi"/>
          <w:sz w:val="18"/>
          <w:szCs w:val="18"/>
        </w:rPr>
        <w:t xml:space="preserve"> </w:t>
      </w:r>
      <w:proofErr w:type="spellStart"/>
      <w:r w:rsidRPr="00250162">
        <w:rPr>
          <w:rFonts w:ascii="Sylfaen" w:hAnsi="Sylfaen" w:cs="Sylfaen"/>
          <w:sz w:val="18"/>
          <w:szCs w:val="18"/>
        </w:rPr>
        <w:t>ეგზემპლარად</w:t>
      </w:r>
      <w:proofErr w:type="spellEnd"/>
      <w:r w:rsidRPr="00250162">
        <w:rPr>
          <w:rFonts w:cstheme="majorHAnsi"/>
          <w:sz w:val="18"/>
          <w:szCs w:val="18"/>
        </w:rPr>
        <w:t xml:space="preserve"> </w:t>
      </w:r>
      <w:proofErr w:type="spellStart"/>
      <w:r w:rsidRPr="00250162">
        <w:rPr>
          <w:rFonts w:ascii="Sylfaen" w:hAnsi="Sylfaen" w:cs="Sylfaen"/>
          <w:sz w:val="18"/>
          <w:szCs w:val="18"/>
        </w:rPr>
        <w:t>ქართულ</w:t>
      </w:r>
      <w:proofErr w:type="spellEnd"/>
      <w:r w:rsidRPr="00250162">
        <w:rPr>
          <w:rFonts w:cstheme="majorHAnsi"/>
          <w:sz w:val="18"/>
          <w:szCs w:val="18"/>
        </w:rPr>
        <w:t xml:space="preserve"> </w:t>
      </w:r>
      <w:proofErr w:type="spellStart"/>
      <w:r w:rsidRPr="00250162">
        <w:rPr>
          <w:rFonts w:ascii="Sylfaen" w:hAnsi="Sylfaen" w:cs="Sylfaen"/>
          <w:sz w:val="18"/>
          <w:szCs w:val="18"/>
        </w:rPr>
        <w:t>ენაზე</w:t>
      </w:r>
      <w:proofErr w:type="spellEnd"/>
      <w:r w:rsidRPr="00250162">
        <w:rPr>
          <w:rFonts w:cstheme="majorHAnsi"/>
          <w:sz w:val="18"/>
          <w:szCs w:val="18"/>
        </w:rPr>
        <w:t xml:space="preserve">, </w:t>
      </w:r>
      <w:proofErr w:type="spellStart"/>
      <w:r w:rsidRPr="00250162">
        <w:rPr>
          <w:rFonts w:ascii="Sylfaen" w:hAnsi="Sylfaen" w:cs="Sylfaen"/>
          <w:sz w:val="18"/>
          <w:szCs w:val="18"/>
        </w:rPr>
        <w:t>ორივე</w:t>
      </w:r>
      <w:proofErr w:type="spellEnd"/>
      <w:r w:rsidRPr="00250162">
        <w:rPr>
          <w:rFonts w:cstheme="majorHAnsi"/>
          <w:sz w:val="18"/>
          <w:szCs w:val="18"/>
        </w:rPr>
        <w:t xml:space="preserve"> </w:t>
      </w:r>
      <w:proofErr w:type="spellStart"/>
      <w:r w:rsidRPr="00250162">
        <w:rPr>
          <w:rFonts w:ascii="Sylfaen" w:hAnsi="Sylfaen" w:cs="Sylfaen"/>
          <w:sz w:val="18"/>
          <w:szCs w:val="18"/>
        </w:rPr>
        <w:t>მხარემ</w:t>
      </w:r>
      <w:proofErr w:type="spellEnd"/>
      <w:r w:rsidRPr="00250162">
        <w:rPr>
          <w:rFonts w:cstheme="majorHAnsi"/>
          <w:sz w:val="18"/>
          <w:szCs w:val="18"/>
        </w:rPr>
        <w:t xml:space="preserve"> </w:t>
      </w:r>
      <w:proofErr w:type="spellStart"/>
      <w:r w:rsidRPr="00250162">
        <w:rPr>
          <w:rFonts w:ascii="Sylfaen" w:hAnsi="Sylfaen" w:cs="Sylfaen"/>
          <w:sz w:val="18"/>
          <w:szCs w:val="18"/>
        </w:rPr>
        <w:t>მიიღო</w:t>
      </w:r>
      <w:proofErr w:type="spellEnd"/>
      <w:r w:rsidRPr="00250162">
        <w:rPr>
          <w:rFonts w:cstheme="majorHAnsi"/>
          <w:sz w:val="18"/>
          <w:szCs w:val="18"/>
        </w:rPr>
        <w:t xml:space="preserve"> </w:t>
      </w:r>
      <w:proofErr w:type="spellStart"/>
      <w:r w:rsidRPr="00250162">
        <w:rPr>
          <w:rFonts w:ascii="Sylfaen" w:hAnsi="Sylfaen" w:cs="Sylfaen"/>
          <w:sz w:val="18"/>
          <w:szCs w:val="18"/>
        </w:rPr>
        <w:t>თითო</w:t>
      </w:r>
      <w:proofErr w:type="spellEnd"/>
      <w:r w:rsidRPr="00250162">
        <w:rPr>
          <w:rFonts w:cstheme="majorHAnsi"/>
          <w:sz w:val="18"/>
          <w:szCs w:val="18"/>
        </w:rPr>
        <w:t xml:space="preserve"> </w:t>
      </w:r>
      <w:proofErr w:type="spellStart"/>
      <w:r w:rsidRPr="00250162">
        <w:rPr>
          <w:rFonts w:ascii="Sylfaen" w:hAnsi="Sylfaen" w:cs="Sylfaen"/>
          <w:sz w:val="18"/>
          <w:szCs w:val="18"/>
        </w:rPr>
        <w:t>ეგზემპლარი</w:t>
      </w:r>
      <w:proofErr w:type="spellEnd"/>
      <w:r w:rsidRPr="00250162">
        <w:rPr>
          <w:rFonts w:cstheme="majorHAnsi"/>
          <w:sz w:val="18"/>
          <w:szCs w:val="18"/>
        </w:rPr>
        <w:t xml:space="preserve">. </w:t>
      </w:r>
      <w:proofErr w:type="spellStart"/>
      <w:r w:rsidRPr="00250162">
        <w:rPr>
          <w:rFonts w:ascii="Sylfaen" w:hAnsi="Sylfaen" w:cs="Sylfaen"/>
          <w:sz w:val="18"/>
          <w:szCs w:val="18"/>
        </w:rPr>
        <w:t>ამასთან</w:t>
      </w:r>
      <w:proofErr w:type="spellEnd"/>
      <w:r w:rsidRPr="00250162">
        <w:rPr>
          <w:rFonts w:cstheme="majorHAnsi"/>
          <w:sz w:val="18"/>
          <w:szCs w:val="18"/>
        </w:rPr>
        <w:t xml:space="preserve"> </w:t>
      </w:r>
      <w:proofErr w:type="spellStart"/>
      <w:r w:rsidRPr="00250162">
        <w:rPr>
          <w:rFonts w:ascii="Sylfaen" w:hAnsi="Sylfaen" w:cs="Sylfaen"/>
          <w:sz w:val="18"/>
          <w:szCs w:val="18"/>
        </w:rPr>
        <w:t>მხარეები</w:t>
      </w:r>
      <w:proofErr w:type="spellEnd"/>
      <w:r w:rsidRPr="00250162">
        <w:rPr>
          <w:rFonts w:cstheme="majorHAnsi"/>
          <w:sz w:val="18"/>
          <w:szCs w:val="18"/>
        </w:rPr>
        <w:t xml:space="preserve"> </w:t>
      </w:r>
      <w:proofErr w:type="spellStart"/>
      <w:r w:rsidRPr="00250162">
        <w:rPr>
          <w:rFonts w:ascii="Sylfaen" w:hAnsi="Sylfaen" w:cs="Sylfaen"/>
          <w:sz w:val="18"/>
          <w:szCs w:val="18"/>
        </w:rPr>
        <w:t>თანხმდებიან</w:t>
      </w:r>
      <w:proofErr w:type="spellEnd"/>
      <w:r w:rsidRPr="00250162">
        <w:rPr>
          <w:rFonts w:cstheme="majorHAnsi"/>
          <w:sz w:val="18"/>
          <w:szCs w:val="18"/>
        </w:rPr>
        <w:t xml:space="preserve"> </w:t>
      </w:r>
      <w:proofErr w:type="spellStart"/>
      <w:r w:rsidRPr="00250162">
        <w:rPr>
          <w:rFonts w:ascii="Sylfaen" w:hAnsi="Sylfaen" w:cs="Sylfaen"/>
          <w:sz w:val="18"/>
          <w:szCs w:val="18"/>
        </w:rPr>
        <w:t>მასზედ</w:t>
      </w:r>
      <w:proofErr w:type="spellEnd"/>
      <w:r w:rsidRPr="00250162">
        <w:rPr>
          <w:rFonts w:cstheme="majorHAnsi"/>
          <w:sz w:val="18"/>
          <w:szCs w:val="18"/>
        </w:rPr>
        <w:t xml:space="preserve">, </w:t>
      </w:r>
      <w:proofErr w:type="spellStart"/>
      <w:r w:rsidRPr="00250162">
        <w:rPr>
          <w:rFonts w:ascii="Sylfaen" w:hAnsi="Sylfaen" w:cs="Sylfaen"/>
          <w:sz w:val="18"/>
          <w:szCs w:val="18"/>
        </w:rPr>
        <w:t>რომ</w:t>
      </w:r>
      <w:proofErr w:type="spellEnd"/>
      <w:r w:rsidR="007E2270">
        <w:rPr>
          <w:rFonts w:ascii="Sylfaen" w:hAnsi="Sylfaen" w:cs="Sylfaen"/>
          <w:sz w:val="18"/>
          <w:szCs w:val="18"/>
          <w:lang w:val="ka-GE"/>
        </w:rPr>
        <w:t xml:space="preserve"> </w:t>
      </w:r>
      <w:proofErr w:type="spellStart"/>
      <w:r w:rsidRPr="00250162">
        <w:rPr>
          <w:rFonts w:ascii="Sylfaen" w:hAnsi="Sylfaen" w:cs="Sylfaen"/>
          <w:sz w:val="18"/>
          <w:szCs w:val="18"/>
        </w:rPr>
        <w:t>ამ</w:t>
      </w:r>
      <w:proofErr w:type="spellEnd"/>
      <w:r w:rsidRPr="00250162">
        <w:rPr>
          <w:rFonts w:cstheme="majorHAnsi"/>
          <w:sz w:val="18"/>
          <w:szCs w:val="18"/>
        </w:rPr>
        <w:t xml:space="preserve"> </w:t>
      </w:r>
      <w:proofErr w:type="spellStart"/>
      <w:r w:rsidRPr="00250162">
        <w:rPr>
          <w:rFonts w:ascii="Sylfaen" w:hAnsi="Sylfaen" w:cs="Sylfaen"/>
          <w:sz w:val="18"/>
          <w:szCs w:val="18"/>
        </w:rPr>
        <w:t>ხელშეკრულების</w:t>
      </w:r>
      <w:proofErr w:type="spellEnd"/>
      <w:r w:rsidRPr="00250162">
        <w:rPr>
          <w:rFonts w:cstheme="majorHAnsi"/>
          <w:sz w:val="18"/>
          <w:szCs w:val="18"/>
        </w:rPr>
        <w:t xml:space="preserve"> </w:t>
      </w:r>
      <w:proofErr w:type="spellStart"/>
      <w:r w:rsidRPr="00250162">
        <w:rPr>
          <w:rFonts w:ascii="Sylfaen" w:hAnsi="Sylfaen" w:cs="Sylfaen"/>
          <w:sz w:val="18"/>
          <w:szCs w:val="18"/>
        </w:rPr>
        <w:t>მოქმედების</w:t>
      </w:r>
      <w:proofErr w:type="spellEnd"/>
      <w:r w:rsidRPr="00250162">
        <w:rPr>
          <w:rFonts w:cstheme="majorHAnsi"/>
          <w:sz w:val="18"/>
          <w:szCs w:val="18"/>
        </w:rPr>
        <w:t xml:space="preserve"> </w:t>
      </w:r>
      <w:proofErr w:type="spellStart"/>
      <w:r w:rsidRPr="00250162">
        <w:rPr>
          <w:rFonts w:ascii="Sylfaen" w:hAnsi="Sylfaen" w:cs="Sylfaen"/>
          <w:sz w:val="18"/>
          <w:szCs w:val="18"/>
        </w:rPr>
        <w:t>პროცესში</w:t>
      </w:r>
      <w:proofErr w:type="spellEnd"/>
      <w:r w:rsidRPr="00250162">
        <w:rPr>
          <w:rFonts w:cstheme="majorHAnsi"/>
          <w:sz w:val="18"/>
          <w:szCs w:val="18"/>
        </w:rPr>
        <w:t xml:space="preserve"> </w:t>
      </w:r>
      <w:proofErr w:type="spellStart"/>
      <w:r w:rsidRPr="00250162">
        <w:rPr>
          <w:rFonts w:ascii="Sylfaen" w:hAnsi="Sylfaen" w:cs="Sylfaen"/>
          <w:sz w:val="18"/>
          <w:szCs w:val="18"/>
        </w:rPr>
        <w:t>მათ</w:t>
      </w:r>
      <w:proofErr w:type="spellEnd"/>
      <w:r w:rsidRPr="00250162">
        <w:rPr>
          <w:rFonts w:cstheme="majorHAnsi"/>
          <w:sz w:val="18"/>
          <w:szCs w:val="18"/>
        </w:rPr>
        <w:t xml:space="preserve"> </w:t>
      </w:r>
      <w:proofErr w:type="spellStart"/>
      <w:r w:rsidRPr="00250162">
        <w:rPr>
          <w:rFonts w:ascii="Sylfaen" w:hAnsi="Sylfaen" w:cs="Sylfaen"/>
          <w:sz w:val="18"/>
          <w:szCs w:val="18"/>
        </w:rPr>
        <w:t>შესაძლოა</w:t>
      </w:r>
      <w:proofErr w:type="spellEnd"/>
      <w:r w:rsidRPr="00250162">
        <w:rPr>
          <w:rFonts w:cstheme="majorHAnsi"/>
          <w:sz w:val="18"/>
          <w:szCs w:val="18"/>
        </w:rPr>
        <w:t xml:space="preserve"> </w:t>
      </w:r>
      <w:proofErr w:type="spellStart"/>
      <w:r w:rsidRPr="00250162">
        <w:rPr>
          <w:rFonts w:ascii="Sylfaen" w:hAnsi="Sylfaen" w:cs="Sylfaen"/>
          <w:sz w:val="18"/>
          <w:szCs w:val="18"/>
        </w:rPr>
        <w:t>ერთმანეთს</w:t>
      </w:r>
      <w:proofErr w:type="spellEnd"/>
      <w:r w:rsidRPr="00250162">
        <w:rPr>
          <w:rFonts w:cstheme="majorHAnsi"/>
          <w:sz w:val="18"/>
          <w:szCs w:val="18"/>
        </w:rPr>
        <w:t xml:space="preserve"> </w:t>
      </w:r>
      <w:proofErr w:type="spellStart"/>
      <w:r w:rsidRPr="00250162">
        <w:rPr>
          <w:rFonts w:ascii="Sylfaen" w:hAnsi="Sylfaen" w:cs="Sylfaen"/>
          <w:sz w:val="18"/>
          <w:szCs w:val="18"/>
        </w:rPr>
        <w:t>წარუდგენენ</w:t>
      </w:r>
      <w:proofErr w:type="spellEnd"/>
      <w:r w:rsidRPr="00250162">
        <w:rPr>
          <w:rFonts w:cstheme="majorHAnsi"/>
          <w:sz w:val="18"/>
          <w:szCs w:val="18"/>
        </w:rPr>
        <w:t xml:space="preserve"> </w:t>
      </w:r>
      <w:proofErr w:type="spellStart"/>
      <w:r w:rsidRPr="00250162">
        <w:rPr>
          <w:rFonts w:ascii="Sylfaen" w:hAnsi="Sylfaen" w:cs="Sylfaen"/>
          <w:sz w:val="18"/>
          <w:szCs w:val="18"/>
        </w:rPr>
        <w:t>ინფორმაცია</w:t>
      </w:r>
      <w:proofErr w:type="spellEnd"/>
      <w:r w:rsidRPr="00250162">
        <w:rPr>
          <w:rFonts w:cstheme="majorHAnsi"/>
          <w:sz w:val="18"/>
          <w:szCs w:val="18"/>
        </w:rPr>
        <w:t xml:space="preserve"> </w:t>
      </w:r>
      <w:proofErr w:type="spellStart"/>
      <w:r w:rsidRPr="00250162">
        <w:rPr>
          <w:rFonts w:ascii="Sylfaen" w:hAnsi="Sylfaen" w:cs="Sylfaen"/>
          <w:sz w:val="18"/>
          <w:szCs w:val="18"/>
        </w:rPr>
        <w:t>ინგლისურ</w:t>
      </w:r>
      <w:proofErr w:type="spellEnd"/>
      <w:r w:rsidRPr="00250162">
        <w:rPr>
          <w:rFonts w:cstheme="majorHAnsi"/>
          <w:sz w:val="18"/>
          <w:szCs w:val="18"/>
        </w:rPr>
        <w:t xml:space="preserve"> </w:t>
      </w:r>
      <w:proofErr w:type="spellStart"/>
      <w:r w:rsidRPr="00250162">
        <w:rPr>
          <w:rFonts w:ascii="Sylfaen" w:hAnsi="Sylfaen" w:cs="Sylfaen"/>
          <w:sz w:val="18"/>
          <w:szCs w:val="18"/>
        </w:rPr>
        <w:t>ენაზე</w:t>
      </w:r>
      <w:proofErr w:type="spellEnd"/>
      <w:r w:rsidRPr="00250162">
        <w:rPr>
          <w:rFonts w:cstheme="majorHAnsi"/>
          <w:sz w:val="18"/>
          <w:szCs w:val="18"/>
        </w:rPr>
        <w:t>.</w:t>
      </w:r>
    </w:p>
    <w:p w14:paraId="532DE9B2" w14:textId="77777777" w:rsidR="004B6084" w:rsidRPr="00250162" w:rsidRDefault="00A74260" w:rsidP="00185C20">
      <w:pPr>
        <w:pStyle w:val="ListParagraph"/>
        <w:numPr>
          <w:ilvl w:val="1"/>
          <w:numId w:val="13"/>
        </w:numPr>
        <w:jc w:val="both"/>
        <w:rPr>
          <w:rFonts w:cstheme="majorHAnsi"/>
          <w:sz w:val="18"/>
          <w:szCs w:val="18"/>
        </w:rPr>
      </w:pPr>
      <w:proofErr w:type="spellStart"/>
      <w:r w:rsidRPr="00250162">
        <w:rPr>
          <w:rFonts w:ascii="Sylfaen" w:hAnsi="Sylfaen" w:cs="Sylfaen"/>
          <w:sz w:val="18"/>
          <w:szCs w:val="18"/>
        </w:rPr>
        <w:t>იურიდიული</w:t>
      </w:r>
      <w:proofErr w:type="spellEnd"/>
      <w:r w:rsidRPr="00250162">
        <w:rPr>
          <w:rFonts w:cstheme="majorHAnsi"/>
          <w:sz w:val="18"/>
          <w:szCs w:val="18"/>
        </w:rPr>
        <w:t xml:space="preserve"> </w:t>
      </w:r>
      <w:proofErr w:type="spellStart"/>
      <w:r w:rsidRPr="00250162">
        <w:rPr>
          <w:rFonts w:ascii="Sylfaen" w:hAnsi="Sylfaen" w:cs="Sylfaen"/>
          <w:sz w:val="18"/>
          <w:szCs w:val="18"/>
        </w:rPr>
        <w:t>მისამართის</w:t>
      </w:r>
      <w:proofErr w:type="spellEnd"/>
      <w:r w:rsidRPr="00250162">
        <w:rPr>
          <w:rFonts w:cstheme="majorHAnsi"/>
          <w:sz w:val="18"/>
          <w:szCs w:val="18"/>
        </w:rPr>
        <w:t xml:space="preserve">, </w:t>
      </w:r>
      <w:proofErr w:type="spellStart"/>
      <w:r w:rsidRPr="00250162">
        <w:rPr>
          <w:rFonts w:ascii="Sylfaen" w:hAnsi="Sylfaen" w:cs="Sylfaen"/>
          <w:sz w:val="18"/>
          <w:szCs w:val="18"/>
        </w:rPr>
        <w:t>ელექტრონული</w:t>
      </w:r>
      <w:proofErr w:type="spellEnd"/>
      <w:r w:rsidRPr="00250162">
        <w:rPr>
          <w:rFonts w:cstheme="majorHAnsi"/>
          <w:sz w:val="18"/>
          <w:szCs w:val="18"/>
        </w:rPr>
        <w:t xml:space="preserve"> </w:t>
      </w:r>
      <w:proofErr w:type="spellStart"/>
      <w:r w:rsidRPr="00250162">
        <w:rPr>
          <w:rFonts w:ascii="Sylfaen" w:hAnsi="Sylfaen" w:cs="Sylfaen"/>
          <w:sz w:val="18"/>
          <w:szCs w:val="18"/>
        </w:rPr>
        <w:t>ფოსტიდან</w:t>
      </w:r>
      <w:proofErr w:type="spellEnd"/>
      <w:r w:rsidRPr="00250162">
        <w:rPr>
          <w:rFonts w:cstheme="majorHAnsi"/>
          <w:sz w:val="18"/>
          <w:szCs w:val="18"/>
        </w:rPr>
        <w:t>/</w:t>
      </w:r>
      <w:proofErr w:type="spellStart"/>
      <w:r w:rsidRPr="00250162">
        <w:rPr>
          <w:rFonts w:ascii="Sylfaen" w:hAnsi="Sylfaen" w:cs="Sylfaen"/>
          <w:sz w:val="18"/>
          <w:szCs w:val="18"/>
        </w:rPr>
        <w:t>და</w:t>
      </w:r>
      <w:proofErr w:type="spellEnd"/>
      <w:r w:rsidRPr="00250162">
        <w:rPr>
          <w:rFonts w:cstheme="majorHAnsi"/>
          <w:sz w:val="18"/>
          <w:szCs w:val="18"/>
        </w:rPr>
        <w:t xml:space="preserve"> </w:t>
      </w:r>
      <w:proofErr w:type="spellStart"/>
      <w:r w:rsidRPr="00250162">
        <w:rPr>
          <w:rFonts w:ascii="Sylfaen" w:hAnsi="Sylfaen" w:cs="Sylfaen"/>
          <w:sz w:val="18"/>
          <w:szCs w:val="18"/>
        </w:rPr>
        <w:t>საბანკო</w:t>
      </w:r>
      <w:proofErr w:type="spellEnd"/>
      <w:r w:rsidRPr="00250162">
        <w:rPr>
          <w:rFonts w:cstheme="majorHAnsi"/>
          <w:sz w:val="18"/>
          <w:szCs w:val="18"/>
        </w:rPr>
        <w:t xml:space="preserve"> </w:t>
      </w:r>
      <w:proofErr w:type="spellStart"/>
      <w:r w:rsidRPr="00250162">
        <w:rPr>
          <w:rFonts w:ascii="Sylfaen" w:hAnsi="Sylfaen" w:cs="Sylfaen"/>
          <w:sz w:val="18"/>
          <w:szCs w:val="18"/>
        </w:rPr>
        <w:t>რეკვიზიტების</w:t>
      </w:r>
      <w:proofErr w:type="spellEnd"/>
      <w:r w:rsidRPr="00250162">
        <w:rPr>
          <w:rFonts w:cstheme="majorHAnsi"/>
          <w:sz w:val="18"/>
          <w:szCs w:val="18"/>
        </w:rPr>
        <w:t xml:space="preserve"> </w:t>
      </w:r>
      <w:proofErr w:type="spellStart"/>
      <w:r w:rsidRPr="00250162">
        <w:rPr>
          <w:rFonts w:ascii="Sylfaen" w:hAnsi="Sylfaen" w:cs="Sylfaen"/>
          <w:sz w:val="18"/>
          <w:szCs w:val="18"/>
        </w:rPr>
        <w:t>შეცვლის</w:t>
      </w:r>
      <w:proofErr w:type="spellEnd"/>
      <w:r w:rsidRPr="00250162">
        <w:rPr>
          <w:rFonts w:cstheme="majorHAnsi"/>
          <w:sz w:val="18"/>
          <w:szCs w:val="18"/>
        </w:rPr>
        <w:t xml:space="preserve"> </w:t>
      </w:r>
      <w:proofErr w:type="spellStart"/>
      <w:r w:rsidRPr="00250162">
        <w:rPr>
          <w:rFonts w:ascii="Sylfaen" w:hAnsi="Sylfaen" w:cs="Sylfaen"/>
          <w:sz w:val="18"/>
          <w:szCs w:val="18"/>
        </w:rPr>
        <w:t>შემთხვევაში</w:t>
      </w:r>
      <w:proofErr w:type="spellEnd"/>
      <w:r w:rsidRPr="00250162">
        <w:rPr>
          <w:rFonts w:cstheme="majorHAnsi"/>
          <w:sz w:val="18"/>
          <w:szCs w:val="18"/>
        </w:rPr>
        <w:t xml:space="preserve">, </w:t>
      </w:r>
      <w:proofErr w:type="spellStart"/>
      <w:r w:rsidRPr="00250162">
        <w:rPr>
          <w:rFonts w:ascii="Sylfaen" w:hAnsi="Sylfaen" w:cs="Sylfaen"/>
          <w:sz w:val="18"/>
          <w:szCs w:val="18"/>
        </w:rPr>
        <w:t>მხარეები</w:t>
      </w:r>
      <w:proofErr w:type="spellEnd"/>
      <w:r w:rsidRPr="00250162">
        <w:rPr>
          <w:rFonts w:cstheme="majorHAnsi"/>
          <w:sz w:val="18"/>
          <w:szCs w:val="18"/>
        </w:rPr>
        <w:t xml:space="preserve"> </w:t>
      </w:r>
      <w:proofErr w:type="spellStart"/>
      <w:r w:rsidRPr="00250162">
        <w:rPr>
          <w:rFonts w:ascii="Sylfaen" w:hAnsi="Sylfaen" w:cs="Sylfaen"/>
          <w:sz w:val="18"/>
          <w:szCs w:val="18"/>
        </w:rPr>
        <w:t>ვალდებულნი</w:t>
      </w:r>
      <w:proofErr w:type="spellEnd"/>
      <w:r w:rsidRPr="00250162">
        <w:rPr>
          <w:rFonts w:cstheme="majorHAnsi"/>
          <w:sz w:val="18"/>
          <w:szCs w:val="18"/>
        </w:rPr>
        <w:t xml:space="preserve"> </w:t>
      </w:r>
      <w:proofErr w:type="spellStart"/>
      <w:r w:rsidRPr="00250162">
        <w:rPr>
          <w:rFonts w:ascii="Sylfaen" w:hAnsi="Sylfaen" w:cs="Sylfaen"/>
          <w:sz w:val="18"/>
          <w:szCs w:val="18"/>
        </w:rPr>
        <w:t>არიან</w:t>
      </w:r>
      <w:proofErr w:type="spellEnd"/>
      <w:r w:rsidRPr="00250162">
        <w:rPr>
          <w:rFonts w:cstheme="majorHAnsi"/>
          <w:sz w:val="18"/>
          <w:szCs w:val="18"/>
        </w:rPr>
        <w:t xml:space="preserve"> 3 </w:t>
      </w:r>
      <w:proofErr w:type="spellStart"/>
      <w:r w:rsidRPr="00250162">
        <w:rPr>
          <w:rFonts w:ascii="Sylfaen" w:hAnsi="Sylfaen" w:cs="Sylfaen"/>
          <w:sz w:val="18"/>
          <w:szCs w:val="18"/>
        </w:rPr>
        <w:t>დღის</w:t>
      </w:r>
      <w:proofErr w:type="spellEnd"/>
      <w:r w:rsidRPr="00250162">
        <w:rPr>
          <w:rFonts w:cstheme="majorHAnsi"/>
          <w:sz w:val="18"/>
          <w:szCs w:val="18"/>
        </w:rPr>
        <w:t xml:space="preserve"> </w:t>
      </w:r>
      <w:proofErr w:type="spellStart"/>
      <w:r w:rsidRPr="00250162">
        <w:rPr>
          <w:rFonts w:ascii="Sylfaen" w:hAnsi="Sylfaen" w:cs="Sylfaen"/>
          <w:sz w:val="18"/>
          <w:szCs w:val="18"/>
        </w:rPr>
        <w:t>ვადაში</w:t>
      </w:r>
      <w:proofErr w:type="spellEnd"/>
      <w:r w:rsidRPr="00250162">
        <w:rPr>
          <w:rFonts w:cstheme="majorHAnsi"/>
          <w:sz w:val="18"/>
          <w:szCs w:val="18"/>
        </w:rPr>
        <w:t xml:space="preserve"> </w:t>
      </w:r>
      <w:proofErr w:type="spellStart"/>
      <w:r w:rsidRPr="00250162">
        <w:rPr>
          <w:rFonts w:ascii="Sylfaen" w:hAnsi="Sylfaen" w:cs="Sylfaen"/>
          <w:sz w:val="18"/>
          <w:szCs w:val="18"/>
        </w:rPr>
        <w:t>აცნობონ</w:t>
      </w:r>
      <w:proofErr w:type="spellEnd"/>
      <w:r w:rsidRPr="00250162">
        <w:rPr>
          <w:rFonts w:cstheme="majorHAnsi"/>
          <w:sz w:val="18"/>
          <w:szCs w:val="18"/>
        </w:rPr>
        <w:t xml:space="preserve"> </w:t>
      </w:r>
      <w:proofErr w:type="spellStart"/>
      <w:r w:rsidRPr="00250162">
        <w:rPr>
          <w:rFonts w:ascii="Sylfaen" w:hAnsi="Sylfaen" w:cs="Sylfaen"/>
          <w:sz w:val="18"/>
          <w:szCs w:val="18"/>
        </w:rPr>
        <w:t>ერთმანეთს</w:t>
      </w:r>
      <w:proofErr w:type="spellEnd"/>
      <w:r w:rsidRPr="00250162">
        <w:rPr>
          <w:rFonts w:cstheme="majorHAnsi"/>
          <w:sz w:val="18"/>
          <w:szCs w:val="18"/>
        </w:rPr>
        <w:t xml:space="preserve"> </w:t>
      </w:r>
      <w:proofErr w:type="spellStart"/>
      <w:r w:rsidRPr="00250162">
        <w:rPr>
          <w:rFonts w:ascii="Sylfaen" w:hAnsi="Sylfaen" w:cs="Sylfaen"/>
          <w:sz w:val="18"/>
          <w:szCs w:val="18"/>
        </w:rPr>
        <w:t>ამის</w:t>
      </w:r>
      <w:proofErr w:type="spellEnd"/>
      <w:r w:rsidRPr="00250162">
        <w:rPr>
          <w:rFonts w:cstheme="majorHAnsi"/>
          <w:sz w:val="18"/>
          <w:szCs w:val="18"/>
        </w:rPr>
        <w:t xml:space="preserve"> </w:t>
      </w:r>
      <w:proofErr w:type="spellStart"/>
      <w:r w:rsidRPr="00250162">
        <w:rPr>
          <w:rFonts w:ascii="Sylfaen" w:hAnsi="Sylfaen" w:cs="Sylfaen"/>
          <w:sz w:val="18"/>
          <w:szCs w:val="18"/>
        </w:rPr>
        <w:t>შესახებ</w:t>
      </w:r>
      <w:proofErr w:type="spellEnd"/>
      <w:r w:rsidRPr="00250162">
        <w:rPr>
          <w:rFonts w:cstheme="majorHAnsi"/>
          <w:sz w:val="18"/>
          <w:szCs w:val="18"/>
        </w:rPr>
        <w:t>.</w:t>
      </w:r>
    </w:p>
    <w:p w14:paraId="236B39D1" w14:textId="77777777" w:rsidR="004B6084" w:rsidRPr="00D73BDF" w:rsidRDefault="004B6084" w:rsidP="00185C20">
      <w:pPr>
        <w:jc w:val="both"/>
        <w:rPr>
          <w:rFonts w:cstheme="majorHAnsi"/>
          <w:sz w:val="18"/>
          <w:szCs w:val="18"/>
        </w:rPr>
      </w:pPr>
    </w:p>
    <w:p w14:paraId="1E84B3DA" w14:textId="79C74683" w:rsidR="004B6084" w:rsidRPr="00A82A2C" w:rsidRDefault="00A74260" w:rsidP="003C233D">
      <w:pPr>
        <w:pStyle w:val="ListParagraph"/>
        <w:numPr>
          <w:ilvl w:val="0"/>
          <w:numId w:val="13"/>
        </w:numPr>
        <w:jc w:val="both"/>
        <w:rPr>
          <w:rFonts w:cstheme="majorHAnsi"/>
          <w:b/>
          <w:sz w:val="18"/>
          <w:szCs w:val="18"/>
        </w:rPr>
      </w:pPr>
      <w:proofErr w:type="spellStart"/>
      <w:r w:rsidRPr="00A82A2C">
        <w:rPr>
          <w:rFonts w:ascii="Sylfaen" w:hAnsi="Sylfaen" w:cs="Sylfaen"/>
          <w:b/>
          <w:sz w:val="18"/>
          <w:szCs w:val="18"/>
        </w:rPr>
        <w:lastRenderedPageBreak/>
        <w:t>მხარეთა</w:t>
      </w:r>
      <w:proofErr w:type="spellEnd"/>
      <w:r w:rsidRPr="00A82A2C">
        <w:rPr>
          <w:rFonts w:cstheme="majorHAnsi"/>
          <w:b/>
          <w:sz w:val="18"/>
          <w:szCs w:val="18"/>
        </w:rPr>
        <w:t xml:space="preserve"> </w:t>
      </w:r>
      <w:proofErr w:type="spellStart"/>
      <w:r w:rsidRPr="00A82A2C">
        <w:rPr>
          <w:rFonts w:ascii="Sylfaen" w:hAnsi="Sylfaen" w:cs="Sylfaen"/>
          <w:b/>
          <w:sz w:val="18"/>
          <w:szCs w:val="18"/>
        </w:rPr>
        <w:t>რეკვიზიტები</w:t>
      </w:r>
      <w:proofErr w:type="spellEnd"/>
      <w:r w:rsidR="003C233D" w:rsidRPr="00A82A2C">
        <w:rPr>
          <w:rFonts w:ascii="Sylfaen" w:hAnsi="Sylfaen" w:cs="Sylfaen"/>
          <w:b/>
          <w:sz w:val="18"/>
          <w:szCs w:val="18"/>
          <w:lang w:val="ka-GE"/>
        </w:rPr>
        <w:t xml:space="preserve"> და </w:t>
      </w:r>
      <w:proofErr w:type="spellStart"/>
      <w:r w:rsidRPr="00A82A2C">
        <w:rPr>
          <w:rFonts w:ascii="Sylfaen" w:hAnsi="Sylfaen" w:cs="Sylfaen"/>
          <w:b/>
          <w:sz w:val="18"/>
          <w:szCs w:val="18"/>
        </w:rPr>
        <w:t>ხელმოწერები</w:t>
      </w:r>
      <w:proofErr w:type="spellEnd"/>
    </w:p>
    <w:p w14:paraId="327FE290" w14:textId="77777777" w:rsidR="004B6084" w:rsidRPr="00D73BDF" w:rsidRDefault="004B6084" w:rsidP="00185C20">
      <w:pPr>
        <w:jc w:val="both"/>
        <w:rPr>
          <w:rFonts w:cstheme="majorHAnsi"/>
          <w:sz w:val="18"/>
          <w:szCs w:val="18"/>
        </w:rPr>
      </w:pPr>
    </w:p>
    <w:p w14:paraId="0173DBA4" w14:textId="7880ECEB" w:rsidR="00CD31CB" w:rsidRDefault="00A74260" w:rsidP="00185C20">
      <w:pPr>
        <w:jc w:val="both"/>
        <w:rPr>
          <w:rFonts w:cstheme="majorHAnsi"/>
          <w:b/>
          <w:sz w:val="18"/>
          <w:szCs w:val="18"/>
        </w:rPr>
      </w:pPr>
      <w:r w:rsidRPr="003C233D">
        <w:rPr>
          <w:rFonts w:cstheme="majorHAnsi"/>
          <w:b/>
          <w:sz w:val="18"/>
          <w:szCs w:val="18"/>
        </w:rPr>
        <w:t>„</w:t>
      </w:r>
      <w:proofErr w:type="spellStart"/>
      <w:proofErr w:type="gramStart"/>
      <w:r w:rsidRPr="003C233D">
        <w:rPr>
          <w:rFonts w:ascii="Sylfaen" w:hAnsi="Sylfaen" w:cs="Sylfaen"/>
          <w:b/>
          <w:sz w:val="18"/>
          <w:szCs w:val="18"/>
        </w:rPr>
        <w:t>დამკვეთი</w:t>
      </w:r>
      <w:proofErr w:type="spellEnd"/>
      <w:r w:rsidRPr="003C233D">
        <w:rPr>
          <w:rFonts w:cstheme="majorHAnsi"/>
          <w:b/>
          <w:sz w:val="18"/>
          <w:szCs w:val="18"/>
        </w:rPr>
        <w:t>“</w:t>
      </w:r>
      <w:proofErr w:type="gramEnd"/>
    </w:p>
    <w:p w14:paraId="050DE557" w14:textId="1AE67FE0" w:rsidR="002667D2" w:rsidRPr="007E2270" w:rsidRDefault="002667D2" w:rsidP="00185C20">
      <w:pPr>
        <w:jc w:val="both"/>
        <w:rPr>
          <w:rFonts w:cstheme="majorHAnsi"/>
          <w:sz w:val="18"/>
          <w:szCs w:val="18"/>
        </w:rPr>
      </w:pPr>
      <w:proofErr w:type="spellStart"/>
      <w:r w:rsidRPr="007E2270">
        <w:rPr>
          <w:rFonts w:ascii="Sylfaen" w:hAnsi="Sylfaen" w:cs="Sylfaen"/>
          <w:sz w:val="18"/>
          <w:szCs w:val="18"/>
        </w:rPr>
        <w:t>შპს</w:t>
      </w:r>
      <w:proofErr w:type="spellEnd"/>
      <w:r w:rsidRPr="007E2270">
        <w:rPr>
          <w:rFonts w:cstheme="majorHAnsi"/>
          <w:sz w:val="18"/>
          <w:szCs w:val="18"/>
        </w:rPr>
        <w:t xml:space="preserve"> „</w:t>
      </w:r>
      <w:proofErr w:type="spellStart"/>
      <w:proofErr w:type="gramStart"/>
      <w:r w:rsidRPr="007E2270">
        <w:rPr>
          <w:rFonts w:ascii="Sylfaen" w:hAnsi="Sylfaen" w:cs="Sylfaen"/>
          <w:sz w:val="18"/>
          <w:szCs w:val="18"/>
        </w:rPr>
        <w:t>გრადა</w:t>
      </w:r>
      <w:proofErr w:type="spellEnd"/>
      <w:r w:rsidRPr="007E2270">
        <w:rPr>
          <w:rFonts w:cstheme="majorHAnsi"/>
          <w:sz w:val="18"/>
          <w:szCs w:val="18"/>
        </w:rPr>
        <w:t>“</w:t>
      </w:r>
      <w:proofErr w:type="gramEnd"/>
      <w:r w:rsidRPr="007E2270">
        <w:rPr>
          <w:rFonts w:ascii="Sylfaen" w:hAnsi="Sylfaen" w:cstheme="majorHAnsi"/>
          <w:sz w:val="18"/>
          <w:szCs w:val="18"/>
          <w:lang w:val="ka-GE"/>
        </w:rPr>
        <w:t xml:space="preserve">, </w:t>
      </w:r>
      <w:r w:rsidRPr="007E2270">
        <w:rPr>
          <w:rFonts w:ascii="Sylfaen" w:hAnsi="Sylfaen" w:cs="Sylfaen"/>
          <w:sz w:val="18"/>
          <w:szCs w:val="18"/>
        </w:rPr>
        <w:t>ს</w:t>
      </w:r>
      <w:r w:rsidRPr="007E2270">
        <w:rPr>
          <w:rFonts w:cstheme="majorHAnsi"/>
          <w:sz w:val="18"/>
          <w:szCs w:val="18"/>
        </w:rPr>
        <w:t>/</w:t>
      </w:r>
      <w:r w:rsidRPr="007E2270">
        <w:rPr>
          <w:rFonts w:ascii="Sylfaen" w:hAnsi="Sylfaen" w:cs="Sylfaen"/>
          <w:sz w:val="18"/>
          <w:szCs w:val="18"/>
        </w:rPr>
        <w:t>ნ</w:t>
      </w:r>
      <w:r w:rsidR="00E8772D">
        <w:rPr>
          <w:rFonts w:ascii="Sylfaen" w:hAnsi="Sylfaen" w:cs="Sylfaen"/>
          <w:sz w:val="18"/>
          <w:szCs w:val="18"/>
        </w:rPr>
        <w:t xml:space="preserve"> </w:t>
      </w:r>
      <w:r w:rsidR="00E8772D" w:rsidRPr="00103235">
        <w:rPr>
          <w:rFonts w:ascii="Sylfaen" w:hAnsi="Sylfaen" w:cs="Sylfaen"/>
          <w:sz w:val="18"/>
          <w:szCs w:val="18"/>
        </w:rPr>
        <w:t>405181244</w:t>
      </w:r>
    </w:p>
    <w:p w14:paraId="4A248DE4" w14:textId="77777777" w:rsidR="002667D2" w:rsidRPr="007E2270" w:rsidRDefault="002667D2" w:rsidP="00185C20">
      <w:pPr>
        <w:jc w:val="both"/>
        <w:rPr>
          <w:rFonts w:cstheme="majorHAnsi"/>
          <w:sz w:val="18"/>
          <w:szCs w:val="18"/>
        </w:rPr>
      </w:pPr>
    </w:p>
    <w:p w14:paraId="6F237558" w14:textId="1A384C44" w:rsidR="004B6084" w:rsidRPr="007E2270" w:rsidRDefault="00CD31CB" w:rsidP="00185C20">
      <w:pPr>
        <w:jc w:val="both"/>
        <w:rPr>
          <w:rFonts w:ascii="Sylfaen" w:hAnsi="Sylfaen" w:cstheme="majorHAnsi"/>
          <w:sz w:val="18"/>
          <w:szCs w:val="18"/>
          <w:lang w:val="ka-GE"/>
        </w:rPr>
      </w:pPr>
      <w:r w:rsidRPr="007E2270">
        <w:rPr>
          <w:rFonts w:ascii="Sylfaen" w:hAnsi="Sylfaen" w:cstheme="majorHAnsi"/>
          <w:sz w:val="18"/>
          <w:szCs w:val="18"/>
          <w:lang w:val="ka-GE"/>
        </w:rPr>
        <w:t>ნათია ლაბაძე</w:t>
      </w:r>
      <w:r w:rsidR="002667D2" w:rsidRPr="007E2270">
        <w:rPr>
          <w:rFonts w:ascii="Sylfaen" w:hAnsi="Sylfaen" w:cstheme="majorHAnsi"/>
          <w:sz w:val="18"/>
          <w:szCs w:val="18"/>
          <w:lang w:val="ka-GE"/>
        </w:rPr>
        <w:tab/>
        <w:t>____________________</w:t>
      </w:r>
    </w:p>
    <w:p w14:paraId="3E59924D" w14:textId="77777777" w:rsidR="004B6084" w:rsidRPr="00D73BDF" w:rsidRDefault="00A74260" w:rsidP="00185C20">
      <w:pPr>
        <w:jc w:val="both"/>
        <w:rPr>
          <w:rFonts w:cstheme="majorHAnsi"/>
          <w:sz w:val="18"/>
          <w:szCs w:val="18"/>
        </w:rPr>
      </w:pPr>
      <w:r w:rsidRPr="00D73BDF">
        <w:rPr>
          <w:rFonts w:cstheme="majorHAnsi"/>
          <w:sz w:val="18"/>
          <w:szCs w:val="18"/>
        </w:rPr>
        <w:t xml:space="preserve">                                                                                                                                                              </w:t>
      </w:r>
    </w:p>
    <w:p w14:paraId="51C85BCC" w14:textId="77777777" w:rsidR="004B6084" w:rsidRPr="00D73BDF" w:rsidRDefault="004B6084" w:rsidP="00185C20">
      <w:pPr>
        <w:jc w:val="both"/>
        <w:rPr>
          <w:rFonts w:cstheme="majorHAnsi"/>
          <w:sz w:val="18"/>
          <w:szCs w:val="18"/>
        </w:rPr>
      </w:pPr>
    </w:p>
    <w:p w14:paraId="7CFE36E5" w14:textId="600EA0B6" w:rsidR="00CD31CB" w:rsidRDefault="00A74260" w:rsidP="00185C20">
      <w:pPr>
        <w:jc w:val="both"/>
        <w:rPr>
          <w:rFonts w:cstheme="majorHAnsi"/>
          <w:b/>
          <w:sz w:val="18"/>
          <w:szCs w:val="18"/>
        </w:rPr>
      </w:pPr>
      <w:r w:rsidRPr="003C233D">
        <w:rPr>
          <w:rFonts w:cstheme="majorHAnsi"/>
          <w:b/>
          <w:sz w:val="18"/>
          <w:szCs w:val="18"/>
        </w:rPr>
        <w:t>„</w:t>
      </w:r>
      <w:proofErr w:type="gramStart"/>
      <w:r w:rsidR="00B31749">
        <w:rPr>
          <w:rFonts w:ascii="Sylfaen" w:hAnsi="Sylfaen" w:cs="Sylfaen"/>
          <w:b/>
          <w:sz w:val="18"/>
          <w:szCs w:val="18"/>
          <w:lang w:val="ka-GE"/>
        </w:rPr>
        <w:t>მენარდე</w:t>
      </w:r>
      <w:r w:rsidRPr="003C233D">
        <w:rPr>
          <w:rFonts w:cstheme="majorHAnsi"/>
          <w:b/>
          <w:sz w:val="18"/>
          <w:szCs w:val="18"/>
        </w:rPr>
        <w:t>“</w:t>
      </w:r>
      <w:proofErr w:type="gramEnd"/>
    </w:p>
    <w:p w14:paraId="5A1203A4" w14:textId="729A7A6D" w:rsidR="002667D2" w:rsidRPr="00470546" w:rsidRDefault="00B932CC" w:rsidP="00185C20">
      <w:pPr>
        <w:jc w:val="both"/>
        <w:rPr>
          <w:rFonts w:ascii="Sylfaen" w:hAnsi="Sylfaen" w:cstheme="majorHAnsi"/>
          <w:sz w:val="18"/>
          <w:szCs w:val="18"/>
        </w:rPr>
      </w:pPr>
      <w:proofErr w:type="spellStart"/>
      <w:r w:rsidRPr="007E2270">
        <w:rPr>
          <w:rFonts w:ascii="Sylfaen" w:hAnsi="Sylfaen" w:cs="Sylfaen"/>
          <w:sz w:val="18"/>
          <w:szCs w:val="18"/>
        </w:rPr>
        <w:t>შპს</w:t>
      </w:r>
      <w:proofErr w:type="spellEnd"/>
      <w:r w:rsidRPr="007E2270">
        <w:rPr>
          <w:rFonts w:cstheme="majorHAnsi"/>
          <w:sz w:val="18"/>
          <w:szCs w:val="18"/>
        </w:rPr>
        <w:t xml:space="preserve"> „</w:t>
      </w:r>
      <w:r w:rsidR="00470546">
        <w:rPr>
          <w:rFonts w:ascii="Sylfaen" w:hAnsi="Sylfaen" w:cs="Sylfaen"/>
          <w:sz w:val="18"/>
          <w:szCs w:val="18"/>
        </w:rPr>
        <w:t>___</w:t>
      </w:r>
      <w:proofErr w:type="gramStart"/>
      <w:r w:rsidR="00470546">
        <w:rPr>
          <w:rFonts w:ascii="Sylfaen" w:hAnsi="Sylfaen" w:cs="Sylfaen"/>
          <w:sz w:val="18"/>
          <w:szCs w:val="18"/>
        </w:rPr>
        <w:t>_</w:t>
      </w:r>
      <w:r w:rsidRPr="007E2270">
        <w:rPr>
          <w:rFonts w:cstheme="majorHAnsi"/>
          <w:sz w:val="18"/>
          <w:szCs w:val="18"/>
        </w:rPr>
        <w:t>“</w:t>
      </w:r>
      <w:proofErr w:type="gramEnd"/>
      <w:r w:rsidRPr="007E2270">
        <w:rPr>
          <w:rFonts w:ascii="Sylfaen" w:hAnsi="Sylfaen" w:cstheme="majorHAnsi"/>
          <w:sz w:val="18"/>
          <w:szCs w:val="18"/>
          <w:lang w:val="ka-GE"/>
        </w:rPr>
        <w:t xml:space="preserve">, </w:t>
      </w:r>
      <w:r w:rsidRPr="007E2270">
        <w:rPr>
          <w:rFonts w:ascii="Sylfaen" w:hAnsi="Sylfaen" w:cs="Sylfaen"/>
          <w:sz w:val="18"/>
          <w:szCs w:val="18"/>
        </w:rPr>
        <w:t>ს</w:t>
      </w:r>
      <w:r w:rsidRPr="007E2270">
        <w:rPr>
          <w:rFonts w:cstheme="majorHAnsi"/>
          <w:sz w:val="18"/>
          <w:szCs w:val="18"/>
        </w:rPr>
        <w:t>/</w:t>
      </w:r>
      <w:r w:rsidRPr="007E2270">
        <w:rPr>
          <w:rFonts w:ascii="Sylfaen" w:hAnsi="Sylfaen" w:cs="Sylfaen"/>
          <w:sz w:val="18"/>
          <w:szCs w:val="18"/>
        </w:rPr>
        <w:t>ნ</w:t>
      </w:r>
      <w:r w:rsidRPr="007E2270">
        <w:rPr>
          <w:rFonts w:cstheme="majorHAnsi"/>
          <w:sz w:val="18"/>
          <w:szCs w:val="18"/>
        </w:rPr>
        <w:t xml:space="preserve">: </w:t>
      </w:r>
      <w:r w:rsidR="00470546">
        <w:rPr>
          <w:rFonts w:cstheme="majorHAnsi"/>
          <w:sz w:val="18"/>
          <w:szCs w:val="18"/>
        </w:rPr>
        <w:t>____</w:t>
      </w:r>
    </w:p>
    <w:p w14:paraId="70FD343D" w14:textId="77777777" w:rsidR="00B932CC" w:rsidRPr="007E2270" w:rsidRDefault="00B932CC" w:rsidP="00185C20">
      <w:pPr>
        <w:jc w:val="both"/>
        <w:rPr>
          <w:rFonts w:ascii="Sylfaen" w:hAnsi="Sylfaen" w:cstheme="majorHAnsi"/>
          <w:sz w:val="18"/>
          <w:szCs w:val="18"/>
          <w:lang w:val="ka-GE"/>
        </w:rPr>
      </w:pPr>
    </w:p>
    <w:p w14:paraId="74D2BDD9" w14:textId="0ADFFC85" w:rsidR="004B6084" w:rsidRPr="007E2270" w:rsidRDefault="00470546" w:rsidP="00185C20">
      <w:pPr>
        <w:jc w:val="both"/>
        <w:rPr>
          <w:rFonts w:cstheme="majorHAnsi"/>
          <w:sz w:val="18"/>
          <w:szCs w:val="18"/>
        </w:rPr>
      </w:pPr>
      <w:r>
        <w:rPr>
          <w:rFonts w:ascii="Sylfaen" w:hAnsi="Sylfaen" w:cstheme="majorHAnsi"/>
          <w:sz w:val="18"/>
          <w:szCs w:val="18"/>
        </w:rPr>
        <w:t>____</w:t>
      </w:r>
      <w:r w:rsidR="001E5D85" w:rsidRPr="007E2270">
        <w:rPr>
          <w:rFonts w:ascii="Sylfaen" w:hAnsi="Sylfaen" w:cstheme="majorHAnsi"/>
          <w:sz w:val="18"/>
          <w:szCs w:val="18"/>
          <w:lang w:val="ka-GE"/>
        </w:rPr>
        <w:tab/>
        <w:t>____________________</w:t>
      </w:r>
    </w:p>
    <w:sectPr w:rsidR="004B6084" w:rsidRPr="007E2270" w:rsidSect="00185C20">
      <w:pgSz w:w="12240" w:h="15840"/>
      <w:pgMar w:top="1440" w:right="126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06FD3D" w14:textId="77777777" w:rsidR="00D93BB1" w:rsidRDefault="00D93BB1" w:rsidP="00353196">
      <w:pPr>
        <w:spacing w:after="0" w:line="240" w:lineRule="auto"/>
      </w:pPr>
      <w:r>
        <w:separator/>
      </w:r>
    </w:p>
  </w:endnote>
  <w:endnote w:type="continuationSeparator" w:id="0">
    <w:p w14:paraId="0DF07721" w14:textId="77777777" w:rsidR="00D93BB1" w:rsidRDefault="00D93BB1" w:rsidP="003531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8355EB" w14:textId="77777777" w:rsidR="00D93BB1" w:rsidRDefault="00D93BB1" w:rsidP="00353196">
      <w:pPr>
        <w:spacing w:after="0" w:line="240" w:lineRule="auto"/>
      </w:pPr>
      <w:r>
        <w:separator/>
      </w:r>
    </w:p>
  </w:footnote>
  <w:footnote w:type="continuationSeparator" w:id="0">
    <w:p w14:paraId="6DFC2C52" w14:textId="77777777" w:rsidR="00D93BB1" w:rsidRDefault="00D93BB1" w:rsidP="003531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516"/>
        </w:tabs>
        <w:ind w:left="1516"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FB7029A"/>
    <w:multiLevelType w:val="multilevel"/>
    <w:tmpl w:val="FF888EEA"/>
    <w:lvl w:ilvl="0">
      <w:start w:val="1"/>
      <w:numFmt w:val="decimal"/>
      <w:lvlText w:val="%1."/>
      <w:lvlJc w:val="left"/>
      <w:pPr>
        <w:ind w:left="644"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b w:val="0"/>
        <w:bCs w:val="0"/>
      </w:rPr>
    </w:lvl>
    <w:lvl w:ilvl="3">
      <w:start w:val="1"/>
      <w:numFmt w:val="decimal"/>
      <w:isLgl/>
      <w:lvlText w:val="%1.%2.%3.%4."/>
      <w:lvlJc w:val="left"/>
      <w:pPr>
        <w:ind w:left="1080" w:hanging="720"/>
      </w:pPr>
      <w:rPr>
        <w:rFonts w:hint="default"/>
        <w:b w:val="0"/>
        <w:bCs w:val="0"/>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11AD421C"/>
    <w:multiLevelType w:val="multilevel"/>
    <w:tmpl w:val="FF888EEA"/>
    <w:lvl w:ilvl="0">
      <w:start w:val="1"/>
      <w:numFmt w:val="decimal"/>
      <w:lvlText w:val="%1."/>
      <w:lvlJc w:val="left"/>
      <w:pPr>
        <w:ind w:left="360" w:hanging="360"/>
      </w:pPr>
      <w:rPr>
        <w:rFonts w:hint="default"/>
      </w:rPr>
    </w:lvl>
    <w:lvl w:ilvl="1">
      <w:start w:val="1"/>
      <w:numFmt w:val="decimal"/>
      <w:isLgl/>
      <w:lvlText w:val="%1.%2."/>
      <w:lvlJc w:val="left"/>
      <w:pPr>
        <w:ind w:left="436" w:hanging="360"/>
      </w:pPr>
      <w:rPr>
        <w:rFonts w:hint="default"/>
        <w:b w:val="0"/>
        <w:bCs w:val="0"/>
      </w:rPr>
    </w:lvl>
    <w:lvl w:ilvl="2">
      <w:start w:val="1"/>
      <w:numFmt w:val="decimal"/>
      <w:isLgl/>
      <w:lvlText w:val="%1.%2.%3."/>
      <w:lvlJc w:val="left"/>
      <w:pPr>
        <w:ind w:left="796" w:hanging="720"/>
      </w:pPr>
      <w:rPr>
        <w:rFonts w:hint="default"/>
        <w:b w:val="0"/>
        <w:bCs w:val="0"/>
      </w:rPr>
    </w:lvl>
    <w:lvl w:ilvl="3">
      <w:start w:val="1"/>
      <w:numFmt w:val="decimal"/>
      <w:isLgl/>
      <w:lvlText w:val="%1.%2.%3.%4."/>
      <w:lvlJc w:val="left"/>
      <w:pPr>
        <w:ind w:left="796" w:hanging="720"/>
      </w:pPr>
      <w:rPr>
        <w:rFonts w:hint="default"/>
        <w:b w:val="0"/>
        <w:bCs w:val="0"/>
      </w:rPr>
    </w:lvl>
    <w:lvl w:ilvl="4">
      <w:start w:val="1"/>
      <w:numFmt w:val="decimal"/>
      <w:isLgl/>
      <w:lvlText w:val="%1.%2.%3.%4.%5."/>
      <w:lvlJc w:val="left"/>
      <w:pPr>
        <w:ind w:left="796" w:hanging="720"/>
      </w:pPr>
      <w:rPr>
        <w:rFonts w:hint="default"/>
      </w:rPr>
    </w:lvl>
    <w:lvl w:ilvl="5">
      <w:start w:val="1"/>
      <w:numFmt w:val="decimal"/>
      <w:isLgl/>
      <w:lvlText w:val="%1.%2.%3.%4.%5.%6."/>
      <w:lvlJc w:val="left"/>
      <w:pPr>
        <w:ind w:left="1156" w:hanging="1080"/>
      </w:pPr>
      <w:rPr>
        <w:rFonts w:hint="default"/>
      </w:rPr>
    </w:lvl>
    <w:lvl w:ilvl="6">
      <w:start w:val="1"/>
      <w:numFmt w:val="decimal"/>
      <w:isLgl/>
      <w:lvlText w:val="%1.%2.%3.%4.%5.%6.%7."/>
      <w:lvlJc w:val="left"/>
      <w:pPr>
        <w:ind w:left="1156" w:hanging="1080"/>
      </w:pPr>
      <w:rPr>
        <w:rFonts w:hint="default"/>
      </w:rPr>
    </w:lvl>
    <w:lvl w:ilvl="7">
      <w:start w:val="1"/>
      <w:numFmt w:val="decimal"/>
      <w:isLgl/>
      <w:lvlText w:val="%1.%2.%3.%4.%5.%6.%7.%8."/>
      <w:lvlJc w:val="left"/>
      <w:pPr>
        <w:ind w:left="1156" w:hanging="1080"/>
      </w:pPr>
      <w:rPr>
        <w:rFonts w:hint="default"/>
      </w:rPr>
    </w:lvl>
    <w:lvl w:ilvl="8">
      <w:start w:val="1"/>
      <w:numFmt w:val="decimal"/>
      <w:isLgl/>
      <w:lvlText w:val="%1.%2.%3.%4.%5.%6.%7.%8.%9."/>
      <w:lvlJc w:val="left"/>
      <w:pPr>
        <w:ind w:left="1516" w:hanging="1440"/>
      </w:pPr>
      <w:rPr>
        <w:rFonts w:hint="default"/>
      </w:rPr>
    </w:lvl>
  </w:abstractNum>
  <w:abstractNum w:abstractNumId="11" w15:restartNumberingAfterBreak="0">
    <w:nsid w:val="11C263B7"/>
    <w:multiLevelType w:val="multilevel"/>
    <w:tmpl w:val="FF888EEA"/>
    <w:lvl w:ilvl="0">
      <w:start w:val="1"/>
      <w:numFmt w:val="decimal"/>
      <w:lvlText w:val="%1."/>
      <w:lvlJc w:val="left"/>
      <w:pPr>
        <w:ind w:left="644"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b w:val="0"/>
        <w:bCs w:val="0"/>
      </w:rPr>
    </w:lvl>
    <w:lvl w:ilvl="3">
      <w:start w:val="1"/>
      <w:numFmt w:val="decimal"/>
      <w:isLgl/>
      <w:lvlText w:val="%1.%2.%3.%4."/>
      <w:lvlJc w:val="left"/>
      <w:pPr>
        <w:ind w:left="1080" w:hanging="720"/>
      </w:pPr>
      <w:rPr>
        <w:rFonts w:hint="default"/>
        <w:b w:val="0"/>
        <w:bCs w:val="0"/>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16D05AF1"/>
    <w:multiLevelType w:val="multilevel"/>
    <w:tmpl w:val="2C4236E8"/>
    <w:lvl w:ilvl="0">
      <w:start w:val="1"/>
      <w:numFmt w:val="decimal"/>
      <w:lvlText w:val="%1."/>
      <w:lvlJc w:val="left"/>
      <w:pPr>
        <w:ind w:left="644"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b w:val="0"/>
        <w:bCs w:val="0"/>
        <w:sz w:val="20"/>
        <w:szCs w:val="20"/>
      </w:rPr>
    </w:lvl>
    <w:lvl w:ilvl="3">
      <w:start w:val="1"/>
      <w:numFmt w:val="decimal"/>
      <w:isLgl/>
      <w:lvlText w:val="%1.%2.%3.%4."/>
      <w:lvlJc w:val="left"/>
      <w:pPr>
        <w:ind w:left="1080" w:hanging="720"/>
      </w:pPr>
      <w:rPr>
        <w:rFonts w:hint="default"/>
        <w:b w:val="0"/>
        <w:bCs w:val="0"/>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17096E6A"/>
    <w:multiLevelType w:val="multilevel"/>
    <w:tmpl w:val="FF888EEA"/>
    <w:lvl w:ilvl="0">
      <w:start w:val="1"/>
      <w:numFmt w:val="decimal"/>
      <w:lvlText w:val="%1."/>
      <w:lvlJc w:val="left"/>
      <w:pPr>
        <w:ind w:left="644"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b w:val="0"/>
        <w:bCs w:val="0"/>
      </w:rPr>
    </w:lvl>
    <w:lvl w:ilvl="3">
      <w:start w:val="1"/>
      <w:numFmt w:val="decimal"/>
      <w:isLgl/>
      <w:lvlText w:val="%1.%2.%3.%4."/>
      <w:lvlJc w:val="left"/>
      <w:pPr>
        <w:ind w:left="1080" w:hanging="720"/>
      </w:pPr>
      <w:rPr>
        <w:rFonts w:hint="default"/>
        <w:b w:val="0"/>
        <w:bCs w:val="0"/>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188A102E"/>
    <w:multiLevelType w:val="multilevel"/>
    <w:tmpl w:val="FF888EEA"/>
    <w:lvl w:ilvl="0">
      <w:start w:val="1"/>
      <w:numFmt w:val="decimal"/>
      <w:lvlText w:val="%1."/>
      <w:lvlJc w:val="left"/>
      <w:pPr>
        <w:ind w:left="644"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b w:val="0"/>
        <w:bCs w:val="0"/>
      </w:rPr>
    </w:lvl>
    <w:lvl w:ilvl="3">
      <w:start w:val="1"/>
      <w:numFmt w:val="decimal"/>
      <w:isLgl/>
      <w:lvlText w:val="%1.%2.%3.%4."/>
      <w:lvlJc w:val="left"/>
      <w:pPr>
        <w:ind w:left="1080" w:hanging="720"/>
      </w:pPr>
      <w:rPr>
        <w:rFonts w:hint="default"/>
        <w:b w:val="0"/>
        <w:bCs w:val="0"/>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198A0BF0"/>
    <w:multiLevelType w:val="multilevel"/>
    <w:tmpl w:val="FF888EEA"/>
    <w:lvl w:ilvl="0">
      <w:start w:val="1"/>
      <w:numFmt w:val="decimal"/>
      <w:lvlText w:val="%1."/>
      <w:lvlJc w:val="left"/>
      <w:pPr>
        <w:ind w:left="644"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b w:val="0"/>
        <w:bCs w:val="0"/>
      </w:rPr>
    </w:lvl>
    <w:lvl w:ilvl="3">
      <w:start w:val="1"/>
      <w:numFmt w:val="decimal"/>
      <w:isLgl/>
      <w:lvlText w:val="%1.%2.%3.%4."/>
      <w:lvlJc w:val="left"/>
      <w:pPr>
        <w:ind w:left="1080" w:hanging="720"/>
      </w:pPr>
      <w:rPr>
        <w:rFonts w:hint="default"/>
        <w:b w:val="0"/>
        <w:bCs w:val="0"/>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2C602037"/>
    <w:multiLevelType w:val="multilevel"/>
    <w:tmpl w:val="FF888EEA"/>
    <w:lvl w:ilvl="0">
      <w:start w:val="1"/>
      <w:numFmt w:val="decimal"/>
      <w:lvlText w:val="%1."/>
      <w:lvlJc w:val="left"/>
      <w:pPr>
        <w:ind w:left="644"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b w:val="0"/>
        <w:bCs w:val="0"/>
      </w:rPr>
    </w:lvl>
    <w:lvl w:ilvl="3">
      <w:start w:val="1"/>
      <w:numFmt w:val="decimal"/>
      <w:isLgl/>
      <w:lvlText w:val="%1.%2.%3.%4."/>
      <w:lvlJc w:val="left"/>
      <w:pPr>
        <w:ind w:left="1080" w:hanging="720"/>
      </w:pPr>
      <w:rPr>
        <w:rFonts w:hint="default"/>
        <w:b w:val="0"/>
        <w:bCs w:val="0"/>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34777E8A"/>
    <w:multiLevelType w:val="multilevel"/>
    <w:tmpl w:val="E036FC2C"/>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b w:val="0"/>
        <w:bCs w:val="0"/>
        <w:color w:val="auto"/>
      </w:rPr>
    </w:lvl>
    <w:lvl w:ilvl="2">
      <w:start w:val="1"/>
      <w:numFmt w:val="decimal"/>
      <w:lvlText w:val="%1.%2.%3."/>
      <w:lvlJc w:val="left"/>
      <w:pPr>
        <w:ind w:left="720" w:hanging="720"/>
      </w:pPr>
      <w:rPr>
        <w:rFonts w:hint="default"/>
        <w:b w:val="0"/>
        <w:bCs w:val="0"/>
        <w:color w:val="auto"/>
        <w:sz w:val="18"/>
        <w:szCs w:val="18"/>
      </w:rPr>
    </w:lvl>
    <w:lvl w:ilvl="3">
      <w:start w:val="1"/>
      <w:numFmt w:val="decimal"/>
      <w:lvlText w:val="%1.%2.%3.%4."/>
      <w:lvlJc w:val="left"/>
      <w:pPr>
        <w:ind w:left="2880" w:hanging="720"/>
      </w:pPr>
      <w:rPr>
        <w:rFonts w:hint="default"/>
        <w:b/>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8" w15:restartNumberingAfterBreak="0">
    <w:nsid w:val="3A7C59EB"/>
    <w:multiLevelType w:val="multilevel"/>
    <w:tmpl w:val="FF888EEA"/>
    <w:lvl w:ilvl="0">
      <w:start w:val="1"/>
      <w:numFmt w:val="decimal"/>
      <w:lvlText w:val="%1."/>
      <w:lvlJc w:val="left"/>
      <w:pPr>
        <w:ind w:left="644"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b w:val="0"/>
        <w:bCs w:val="0"/>
      </w:rPr>
    </w:lvl>
    <w:lvl w:ilvl="3">
      <w:start w:val="1"/>
      <w:numFmt w:val="decimal"/>
      <w:isLgl/>
      <w:lvlText w:val="%1.%2.%3.%4."/>
      <w:lvlJc w:val="left"/>
      <w:pPr>
        <w:ind w:left="1080" w:hanging="720"/>
      </w:pPr>
      <w:rPr>
        <w:rFonts w:hint="default"/>
        <w:b w:val="0"/>
        <w:bCs w:val="0"/>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0">
    <w:nsid w:val="42D523A6"/>
    <w:multiLevelType w:val="multilevel"/>
    <w:tmpl w:val="FF888EEA"/>
    <w:lvl w:ilvl="0">
      <w:start w:val="1"/>
      <w:numFmt w:val="decimal"/>
      <w:lvlText w:val="%1."/>
      <w:lvlJc w:val="left"/>
      <w:pPr>
        <w:ind w:left="644"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b w:val="0"/>
        <w:bCs w:val="0"/>
      </w:rPr>
    </w:lvl>
    <w:lvl w:ilvl="3">
      <w:start w:val="1"/>
      <w:numFmt w:val="decimal"/>
      <w:isLgl/>
      <w:lvlText w:val="%1.%2.%3.%4."/>
      <w:lvlJc w:val="left"/>
      <w:pPr>
        <w:ind w:left="1080" w:hanging="720"/>
      </w:pPr>
      <w:rPr>
        <w:rFonts w:hint="default"/>
        <w:b w:val="0"/>
        <w:bCs w:val="0"/>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20" w15:restartNumberingAfterBreak="0">
    <w:nsid w:val="45407D9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4AC07254"/>
    <w:multiLevelType w:val="hybridMultilevel"/>
    <w:tmpl w:val="B6EE6C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BB751A0"/>
    <w:multiLevelType w:val="multilevel"/>
    <w:tmpl w:val="FF888EEA"/>
    <w:lvl w:ilvl="0">
      <w:start w:val="1"/>
      <w:numFmt w:val="decimal"/>
      <w:lvlText w:val="%1."/>
      <w:lvlJc w:val="left"/>
      <w:pPr>
        <w:ind w:left="644"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b w:val="0"/>
        <w:bCs w:val="0"/>
      </w:rPr>
    </w:lvl>
    <w:lvl w:ilvl="3">
      <w:start w:val="1"/>
      <w:numFmt w:val="decimal"/>
      <w:isLgl/>
      <w:lvlText w:val="%1.%2.%3.%4."/>
      <w:lvlJc w:val="left"/>
      <w:pPr>
        <w:ind w:left="1080" w:hanging="720"/>
      </w:pPr>
      <w:rPr>
        <w:rFonts w:hint="default"/>
        <w:b w:val="0"/>
        <w:bCs w:val="0"/>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23" w15:restartNumberingAfterBreak="0">
    <w:nsid w:val="5C2422B8"/>
    <w:multiLevelType w:val="multilevel"/>
    <w:tmpl w:val="FF888EEA"/>
    <w:lvl w:ilvl="0">
      <w:start w:val="1"/>
      <w:numFmt w:val="decimal"/>
      <w:lvlText w:val="%1."/>
      <w:lvlJc w:val="left"/>
      <w:pPr>
        <w:ind w:left="644"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b w:val="0"/>
        <w:bCs w:val="0"/>
      </w:rPr>
    </w:lvl>
    <w:lvl w:ilvl="3">
      <w:start w:val="1"/>
      <w:numFmt w:val="decimal"/>
      <w:isLgl/>
      <w:lvlText w:val="%1.%2.%3.%4."/>
      <w:lvlJc w:val="left"/>
      <w:pPr>
        <w:ind w:left="1080" w:hanging="720"/>
      </w:pPr>
      <w:rPr>
        <w:rFonts w:hint="default"/>
        <w:b w:val="0"/>
        <w:bCs w:val="0"/>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24" w15:restartNumberingAfterBreak="0">
    <w:nsid w:val="60F14C23"/>
    <w:multiLevelType w:val="multilevel"/>
    <w:tmpl w:val="581CA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98136E5"/>
    <w:multiLevelType w:val="hybridMultilevel"/>
    <w:tmpl w:val="35DA7CBC"/>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6" w15:restartNumberingAfterBreak="0">
    <w:nsid w:val="699715F5"/>
    <w:multiLevelType w:val="hybridMultilevel"/>
    <w:tmpl w:val="C2FCF2DE"/>
    <w:lvl w:ilvl="0" w:tplc="07D82918">
      <w:start w:val="9"/>
      <w:numFmt w:val="bullet"/>
      <w:lvlText w:val="-"/>
      <w:lvlJc w:val="left"/>
      <w:pPr>
        <w:ind w:left="1080" w:hanging="360"/>
      </w:pPr>
      <w:rPr>
        <w:rFonts w:ascii="Sylfaen" w:eastAsiaTheme="minorEastAsia" w:hAnsi="Sylfaen" w:cs="Sylfae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79A158E3"/>
    <w:multiLevelType w:val="multilevel"/>
    <w:tmpl w:val="6C542980"/>
    <w:lvl w:ilvl="0">
      <w:start w:val="1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B6B138F"/>
    <w:multiLevelType w:val="multilevel"/>
    <w:tmpl w:val="FF888EEA"/>
    <w:lvl w:ilvl="0">
      <w:start w:val="1"/>
      <w:numFmt w:val="decimal"/>
      <w:lvlText w:val="%1."/>
      <w:lvlJc w:val="left"/>
      <w:pPr>
        <w:ind w:left="644"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b w:val="0"/>
        <w:bCs w:val="0"/>
      </w:rPr>
    </w:lvl>
    <w:lvl w:ilvl="3">
      <w:start w:val="1"/>
      <w:numFmt w:val="decimal"/>
      <w:isLgl/>
      <w:lvlText w:val="%1.%2.%3.%4."/>
      <w:lvlJc w:val="left"/>
      <w:pPr>
        <w:ind w:left="1080" w:hanging="720"/>
      </w:pPr>
      <w:rPr>
        <w:rFonts w:hint="default"/>
        <w:b w:val="0"/>
        <w:bCs w:val="0"/>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num w:numId="1" w16cid:durableId="1384715504">
    <w:abstractNumId w:val="8"/>
  </w:num>
  <w:num w:numId="2" w16cid:durableId="332876439">
    <w:abstractNumId w:val="6"/>
  </w:num>
  <w:num w:numId="3" w16cid:durableId="849180386">
    <w:abstractNumId w:val="5"/>
  </w:num>
  <w:num w:numId="4" w16cid:durableId="1603102669">
    <w:abstractNumId w:val="4"/>
  </w:num>
  <w:num w:numId="5" w16cid:durableId="134032151">
    <w:abstractNumId w:val="7"/>
  </w:num>
  <w:num w:numId="6" w16cid:durableId="546338020">
    <w:abstractNumId w:val="3"/>
  </w:num>
  <w:num w:numId="7" w16cid:durableId="1321275271">
    <w:abstractNumId w:val="2"/>
  </w:num>
  <w:num w:numId="8" w16cid:durableId="154300740">
    <w:abstractNumId w:val="1"/>
  </w:num>
  <w:num w:numId="9" w16cid:durableId="1058014445">
    <w:abstractNumId w:val="0"/>
  </w:num>
  <w:num w:numId="10" w16cid:durableId="1721320432">
    <w:abstractNumId w:val="11"/>
  </w:num>
  <w:num w:numId="11" w16cid:durableId="1613584890">
    <w:abstractNumId w:val="23"/>
  </w:num>
  <w:num w:numId="12" w16cid:durableId="886334892">
    <w:abstractNumId w:val="13"/>
  </w:num>
  <w:num w:numId="13" w16cid:durableId="1578242349">
    <w:abstractNumId w:val="12"/>
  </w:num>
  <w:num w:numId="14" w16cid:durableId="75908659">
    <w:abstractNumId w:val="20"/>
  </w:num>
  <w:num w:numId="15" w16cid:durableId="1164975695">
    <w:abstractNumId w:val="14"/>
  </w:num>
  <w:num w:numId="16" w16cid:durableId="1932591237">
    <w:abstractNumId w:val="9"/>
  </w:num>
  <w:num w:numId="17" w16cid:durableId="720519810">
    <w:abstractNumId w:val="22"/>
  </w:num>
  <w:num w:numId="18" w16cid:durableId="534000321">
    <w:abstractNumId w:val="18"/>
  </w:num>
  <w:num w:numId="19" w16cid:durableId="868027721">
    <w:abstractNumId w:val="25"/>
  </w:num>
  <w:num w:numId="20" w16cid:durableId="1963993947">
    <w:abstractNumId w:val="28"/>
  </w:num>
  <w:num w:numId="21" w16cid:durableId="1411004422">
    <w:abstractNumId w:val="16"/>
  </w:num>
  <w:num w:numId="22" w16cid:durableId="1302466428">
    <w:abstractNumId w:val="19"/>
  </w:num>
  <w:num w:numId="23" w16cid:durableId="1593319343">
    <w:abstractNumId w:val="15"/>
  </w:num>
  <w:num w:numId="24" w16cid:durableId="1604730552">
    <w:abstractNumId w:val="26"/>
  </w:num>
  <w:num w:numId="25" w16cid:durableId="89086470">
    <w:abstractNumId w:val="21"/>
  </w:num>
  <w:num w:numId="26" w16cid:durableId="2129816434">
    <w:abstractNumId w:val="10"/>
  </w:num>
  <w:num w:numId="27" w16cid:durableId="1399861195">
    <w:abstractNumId w:val="17"/>
  </w:num>
  <w:num w:numId="28" w16cid:durableId="1470898513">
    <w:abstractNumId w:val="27"/>
  </w:num>
  <w:num w:numId="29" w16cid:durableId="351612314">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SpellingErrors/>
  <w:proofState w:spelling="clean" w:grammar="clean"/>
  <w:trackRevisions/>
  <w:documentProtection w:edit="trackedChanges" w:enforcement="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24529"/>
    <w:rsid w:val="00024720"/>
    <w:rsid w:val="00026BC1"/>
    <w:rsid w:val="00033A6D"/>
    <w:rsid w:val="00034616"/>
    <w:rsid w:val="00034668"/>
    <w:rsid w:val="00045ABD"/>
    <w:rsid w:val="00050D54"/>
    <w:rsid w:val="00053055"/>
    <w:rsid w:val="0006063C"/>
    <w:rsid w:val="000618C2"/>
    <w:rsid w:val="000625C8"/>
    <w:rsid w:val="00064C3C"/>
    <w:rsid w:val="00065FCA"/>
    <w:rsid w:val="0006625D"/>
    <w:rsid w:val="00066643"/>
    <w:rsid w:val="000768DD"/>
    <w:rsid w:val="000776D2"/>
    <w:rsid w:val="0008276D"/>
    <w:rsid w:val="00084DD3"/>
    <w:rsid w:val="00084FEF"/>
    <w:rsid w:val="000865D3"/>
    <w:rsid w:val="000A1DB5"/>
    <w:rsid w:val="000A2A9E"/>
    <w:rsid w:val="000A40BE"/>
    <w:rsid w:val="000A5EC2"/>
    <w:rsid w:val="000A658A"/>
    <w:rsid w:val="000C453A"/>
    <w:rsid w:val="000C596E"/>
    <w:rsid w:val="000C6272"/>
    <w:rsid w:val="000E226A"/>
    <w:rsid w:val="00101478"/>
    <w:rsid w:val="00103235"/>
    <w:rsid w:val="00105EB4"/>
    <w:rsid w:val="00107698"/>
    <w:rsid w:val="0011213F"/>
    <w:rsid w:val="00112C0F"/>
    <w:rsid w:val="00113891"/>
    <w:rsid w:val="001171EC"/>
    <w:rsid w:val="00121E6D"/>
    <w:rsid w:val="001256B8"/>
    <w:rsid w:val="00125F84"/>
    <w:rsid w:val="0012704E"/>
    <w:rsid w:val="00133061"/>
    <w:rsid w:val="00133B23"/>
    <w:rsid w:val="001361AE"/>
    <w:rsid w:val="00137AE5"/>
    <w:rsid w:val="00137F7B"/>
    <w:rsid w:val="00147082"/>
    <w:rsid w:val="0015074B"/>
    <w:rsid w:val="00153A7A"/>
    <w:rsid w:val="0015508C"/>
    <w:rsid w:val="00161087"/>
    <w:rsid w:val="00166633"/>
    <w:rsid w:val="00170927"/>
    <w:rsid w:val="001733F1"/>
    <w:rsid w:val="00185C20"/>
    <w:rsid w:val="00193F99"/>
    <w:rsid w:val="0019413F"/>
    <w:rsid w:val="001945D2"/>
    <w:rsid w:val="00194A1B"/>
    <w:rsid w:val="00195F00"/>
    <w:rsid w:val="00197BE2"/>
    <w:rsid w:val="001A1086"/>
    <w:rsid w:val="001A10DC"/>
    <w:rsid w:val="001B775E"/>
    <w:rsid w:val="001C0CC9"/>
    <w:rsid w:val="001C4140"/>
    <w:rsid w:val="001D6327"/>
    <w:rsid w:val="001E2471"/>
    <w:rsid w:val="001E5D85"/>
    <w:rsid w:val="001E6721"/>
    <w:rsid w:val="001F0A96"/>
    <w:rsid w:val="001F4CA1"/>
    <w:rsid w:val="0020004C"/>
    <w:rsid w:val="002016C7"/>
    <w:rsid w:val="002025EF"/>
    <w:rsid w:val="00210771"/>
    <w:rsid w:val="00212FE3"/>
    <w:rsid w:val="00214BB5"/>
    <w:rsid w:val="00216493"/>
    <w:rsid w:val="00216626"/>
    <w:rsid w:val="0022583C"/>
    <w:rsid w:val="00226F04"/>
    <w:rsid w:val="00242A85"/>
    <w:rsid w:val="00243EEC"/>
    <w:rsid w:val="002445F8"/>
    <w:rsid w:val="002464F3"/>
    <w:rsid w:val="00247A52"/>
    <w:rsid w:val="00247AB2"/>
    <w:rsid w:val="00250162"/>
    <w:rsid w:val="00256392"/>
    <w:rsid w:val="00257265"/>
    <w:rsid w:val="00263967"/>
    <w:rsid w:val="002667D2"/>
    <w:rsid w:val="0026742B"/>
    <w:rsid w:val="00276902"/>
    <w:rsid w:val="002872E7"/>
    <w:rsid w:val="0028740F"/>
    <w:rsid w:val="00291403"/>
    <w:rsid w:val="00295F80"/>
    <w:rsid w:val="0029639D"/>
    <w:rsid w:val="002B4E27"/>
    <w:rsid w:val="002B6F87"/>
    <w:rsid w:val="002C2804"/>
    <w:rsid w:val="002C3CBE"/>
    <w:rsid w:val="002C61B6"/>
    <w:rsid w:val="002E5597"/>
    <w:rsid w:val="002E7C87"/>
    <w:rsid w:val="002F27A7"/>
    <w:rsid w:val="00304A10"/>
    <w:rsid w:val="0030607D"/>
    <w:rsid w:val="00307457"/>
    <w:rsid w:val="0031345C"/>
    <w:rsid w:val="0031445B"/>
    <w:rsid w:val="003213BA"/>
    <w:rsid w:val="00325B50"/>
    <w:rsid w:val="003264F4"/>
    <w:rsid w:val="00326F90"/>
    <w:rsid w:val="00327AF8"/>
    <w:rsid w:val="00332A0E"/>
    <w:rsid w:val="00332A65"/>
    <w:rsid w:val="003337A3"/>
    <w:rsid w:val="003377EA"/>
    <w:rsid w:val="0034334D"/>
    <w:rsid w:val="00343DFB"/>
    <w:rsid w:val="003459CB"/>
    <w:rsid w:val="003478DA"/>
    <w:rsid w:val="00353196"/>
    <w:rsid w:val="00354094"/>
    <w:rsid w:val="00355002"/>
    <w:rsid w:val="003554BB"/>
    <w:rsid w:val="00357C10"/>
    <w:rsid w:val="0036436E"/>
    <w:rsid w:val="003670AD"/>
    <w:rsid w:val="00371718"/>
    <w:rsid w:val="00372AD6"/>
    <w:rsid w:val="003831D3"/>
    <w:rsid w:val="00390655"/>
    <w:rsid w:val="00391B78"/>
    <w:rsid w:val="00396EE4"/>
    <w:rsid w:val="003A55C8"/>
    <w:rsid w:val="003B1D79"/>
    <w:rsid w:val="003B4056"/>
    <w:rsid w:val="003B43A1"/>
    <w:rsid w:val="003C0249"/>
    <w:rsid w:val="003C05EC"/>
    <w:rsid w:val="003C233D"/>
    <w:rsid w:val="003D14DC"/>
    <w:rsid w:val="003D395F"/>
    <w:rsid w:val="003E0131"/>
    <w:rsid w:val="003E6F7A"/>
    <w:rsid w:val="003F2E7D"/>
    <w:rsid w:val="003F4D01"/>
    <w:rsid w:val="00402A9B"/>
    <w:rsid w:val="0042722C"/>
    <w:rsid w:val="0042786E"/>
    <w:rsid w:val="0043468A"/>
    <w:rsid w:val="00436BBD"/>
    <w:rsid w:val="00437637"/>
    <w:rsid w:val="00443149"/>
    <w:rsid w:val="00446D17"/>
    <w:rsid w:val="00446F75"/>
    <w:rsid w:val="004500DE"/>
    <w:rsid w:val="00454640"/>
    <w:rsid w:val="004638A8"/>
    <w:rsid w:val="00470546"/>
    <w:rsid w:val="0047443E"/>
    <w:rsid w:val="00477268"/>
    <w:rsid w:val="004869AE"/>
    <w:rsid w:val="0048741B"/>
    <w:rsid w:val="004A2672"/>
    <w:rsid w:val="004B2DD1"/>
    <w:rsid w:val="004B6084"/>
    <w:rsid w:val="004C04E8"/>
    <w:rsid w:val="004C42DB"/>
    <w:rsid w:val="004C63AE"/>
    <w:rsid w:val="004D72C9"/>
    <w:rsid w:val="004E3FB8"/>
    <w:rsid w:val="004F41F1"/>
    <w:rsid w:val="004F452B"/>
    <w:rsid w:val="004F7A79"/>
    <w:rsid w:val="0051138C"/>
    <w:rsid w:val="00521466"/>
    <w:rsid w:val="005253DC"/>
    <w:rsid w:val="0053024B"/>
    <w:rsid w:val="00533A1E"/>
    <w:rsid w:val="00533C2D"/>
    <w:rsid w:val="00533CBA"/>
    <w:rsid w:val="00537E0C"/>
    <w:rsid w:val="00545250"/>
    <w:rsid w:val="0055721E"/>
    <w:rsid w:val="00565480"/>
    <w:rsid w:val="00565D4C"/>
    <w:rsid w:val="005662FD"/>
    <w:rsid w:val="00570ACF"/>
    <w:rsid w:val="00581000"/>
    <w:rsid w:val="0058204B"/>
    <w:rsid w:val="005838CA"/>
    <w:rsid w:val="005A2833"/>
    <w:rsid w:val="005B0AAE"/>
    <w:rsid w:val="005B0B9E"/>
    <w:rsid w:val="005B70C0"/>
    <w:rsid w:val="005C33B5"/>
    <w:rsid w:val="005C6D37"/>
    <w:rsid w:val="005C7D01"/>
    <w:rsid w:val="005D2B7E"/>
    <w:rsid w:val="005D3A41"/>
    <w:rsid w:val="005D6108"/>
    <w:rsid w:val="005E1672"/>
    <w:rsid w:val="005F265F"/>
    <w:rsid w:val="005F5523"/>
    <w:rsid w:val="00604DD7"/>
    <w:rsid w:val="0060660C"/>
    <w:rsid w:val="00612221"/>
    <w:rsid w:val="00623C55"/>
    <w:rsid w:val="00624E10"/>
    <w:rsid w:val="00624F91"/>
    <w:rsid w:val="00644641"/>
    <w:rsid w:val="00651E52"/>
    <w:rsid w:val="00673640"/>
    <w:rsid w:val="00675403"/>
    <w:rsid w:val="00677E06"/>
    <w:rsid w:val="006906DF"/>
    <w:rsid w:val="006939BE"/>
    <w:rsid w:val="0069453E"/>
    <w:rsid w:val="00694D54"/>
    <w:rsid w:val="00697F19"/>
    <w:rsid w:val="006A142E"/>
    <w:rsid w:val="006A2609"/>
    <w:rsid w:val="006B35E7"/>
    <w:rsid w:val="006C2D23"/>
    <w:rsid w:val="006C44CD"/>
    <w:rsid w:val="006C464D"/>
    <w:rsid w:val="006D2CB5"/>
    <w:rsid w:val="006E20EC"/>
    <w:rsid w:val="006F11EE"/>
    <w:rsid w:val="006F16CA"/>
    <w:rsid w:val="006F1C64"/>
    <w:rsid w:val="006F3D91"/>
    <w:rsid w:val="007003E3"/>
    <w:rsid w:val="007074E2"/>
    <w:rsid w:val="00713193"/>
    <w:rsid w:val="0071377F"/>
    <w:rsid w:val="00717704"/>
    <w:rsid w:val="00725390"/>
    <w:rsid w:val="00732A5C"/>
    <w:rsid w:val="00733055"/>
    <w:rsid w:val="00746EB0"/>
    <w:rsid w:val="00747936"/>
    <w:rsid w:val="00760046"/>
    <w:rsid w:val="0076396C"/>
    <w:rsid w:val="00777742"/>
    <w:rsid w:val="0079479D"/>
    <w:rsid w:val="00797F20"/>
    <w:rsid w:val="007B4E7F"/>
    <w:rsid w:val="007B54EE"/>
    <w:rsid w:val="007C6D13"/>
    <w:rsid w:val="007D1AB9"/>
    <w:rsid w:val="007D240C"/>
    <w:rsid w:val="007D61E7"/>
    <w:rsid w:val="007E127A"/>
    <w:rsid w:val="007E2270"/>
    <w:rsid w:val="007E23F8"/>
    <w:rsid w:val="007F60D3"/>
    <w:rsid w:val="00800388"/>
    <w:rsid w:val="00807325"/>
    <w:rsid w:val="008073EA"/>
    <w:rsid w:val="0081109E"/>
    <w:rsid w:val="00811744"/>
    <w:rsid w:val="00811B03"/>
    <w:rsid w:val="008150E9"/>
    <w:rsid w:val="00816965"/>
    <w:rsid w:val="008176BA"/>
    <w:rsid w:val="00821F0E"/>
    <w:rsid w:val="00823044"/>
    <w:rsid w:val="00823604"/>
    <w:rsid w:val="00827114"/>
    <w:rsid w:val="0083135B"/>
    <w:rsid w:val="00846B8F"/>
    <w:rsid w:val="008569F4"/>
    <w:rsid w:val="008666DD"/>
    <w:rsid w:val="00867610"/>
    <w:rsid w:val="00870F3D"/>
    <w:rsid w:val="008719E8"/>
    <w:rsid w:val="008726B6"/>
    <w:rsid w:val="00872AF8"/>
    <w:rsid w:val="00875209"/>
    <w:rsid w:val="00876CA8"/>
    <w:rsid w:val="00892159"/>
    <w:rsid w:val="008A28EA"/>
    <w:rsid w:val="008A350D"/>
    <w:rsid w:val="008A7CEA"/>
    <w:rsid w:val="008B0972"/>
    <w:rsid w:val="008B0B19"/>
    <w:rsid w:val="008B5DD6"/>
    <w:rsid w:val="008C0D5F"/>
    <w:rsid w:val="008C4EA5"/>
    <w:rsid w:val="008D2F5B"/>
    <w:rsid w:val="008D4572"/>
    <w:rsid w:val="00900040"/>
    <w:rsid w:val="00907A9D"/>
    <w:rsid w:val="00912933"/>
    <w:rsid w:val="009176FA"/>
    <w:rsid w:val="00917F20"/>
    <w:rsid w:val="00924163"/>
    <w:rsid w:val="00940E9D"/>
    <w:rsid w:val="009417C9"/>
    <w:rsid w:val="00941E64"/>
    <w:rsid w:val="009425E3"/>
    <w:rsid w:val="00942F95"/>
    <w:rsid w:val="0094544A"/>
    <w:rsid w:val="0094592D"/>
    <w:rsid w:val="00957CBD"/>
    <w:rsid w:val="00960EE0"/>
    <w:rsid w:val="009703A2"/>
    <w:rsid w:val="00970647"/>
    <w:rsid w:val="00970C2A"/>
    <w:rsid w:val="00972B77"/>
    <w:rsid w:val="00973B18"/>
    <w:rsid w:val="009754E6"/>
    <w:rsid w:val="00976F18"/>
    <w:rsid w:val="00990C21"/>
    <w:rsid w:val="009939A6"/>
    <w:rsid w:val="009A31FE"/>
    <w:rsid w:val="009A3383"/>
    <w:rsid w:val="009A474C"/>
    <w:rsid w:val="009A50D0"/>
    <w:rsid w:val="009A65C0"/>
    <w:rsid w:val="009B11D4"/>
    <w:rsid w:val="009C0DD4"/>
    <w:rsid w:val="009C14C4"/>
    <w:rsid w:val="009D0CEB"/>
    <w:rsid w:val="009D6D3D"/>
    <w:rsid w:val="009D7D99"/>
    <w:rsid w:val="009E3B34"/>
    <w:rsid w:val="009E743E"/>
    <w:rsid w:val="00A009C6"/>
    <w:rsid w:val="00A0441D"/>
    <w:rsid w:val="00A0508F"/>
    <w:rsid w:val="00A069F3"/>
    <w:rsid w:val="00A077FD"/>
    <w:rsid w:val="00A15789"/>
    <w:rsid w:val="00A3072E"/>
    <w:rsid w:val="00A31BD4"/>
    <w:rsid w:val="00A31F40"/>
    <w:rsid w:val="00A32A84"/>
    <w:rsid w:val="00A4397C"/>
    <w:rsid w:val="00A448D4"/>
    <w:rsid w:val="00A455C3"/>
    <w:rsid w:val="00A54507"/>
    <w:rsid w:val="00A60C3C"/>
    <w:rsid w:val="00A72FD4"/>
    <w:rsid w:val="00A74260"/>
    <w:rsid w:val="00A75392"/>
    <w:rsid w:val="00A82480"/>
    <w:rsid w:val="00A82A2C"/>
    <w:rsid w:val="00A91DD6"/>
    <w:rsid w:val="00AA1D8D"/>
    <w:rsid w:val="00AA7798"/>
    <w:rsid w:val="00AC3090"/>
    <w:rsid w:val="00AC3B0F"/>
    <w:rsid w:val="00AD4A59"/>
    <w:rsid w:val="00AD7CD7"/>
    <w:rsid w:val="00AE4949"/>
    <w:rsid w:val="00AE5AA0"/>
    <w:rsid w:val="00AF2DE6"/>
    <w:rsid w:val="00AF41AF"/>
    <w:rsid w:val="00AF6A4A"/>
    <w:rsid w:val="00B03AAE"/>
    <w:rsid w:val="00B12F10"/>
    <w:rsid w:val="00B30AB8"/>
    <w:rsid w:val="00B30D5D"/>
    <w:rsid w:val="00B31749"/>
    <w:rsid w:val="00B35376"/>
    <w:rsid w:val="00B3643A"/>
    <w:rsid w:val="00B37F3A"/>
    <w:rsid w:val="00B45B8C"/>
    <w:rsid w:val="00B47730"/>
    <w:rsid w:val="00B51957"/>
    <w:rsid w:val="00B53E64"/>
    <w:rsid w:val="00B556C4"/>
    <w:rsid w:val="00B60F1D"/>
    <w:rsid w:val="00B63A7D"/>
    <w:rsid w:val="00B709C9"/>
    <w:rsid w:val="00B81AC4"/>
    <w:rsid w:val="00B840B4"/>
    <w:rsid w:val="00B85567"/>
    <w:rsid w:val="00B932CC"/>
    <w:rsid w:val="00B95CF9"/>
    <w:rsid w:val="00BA058B"/>
    <w:rsid w:val="00BA59E4"/>
    <w:rsid w:val="00BC12D0"/>
    <w:rsid w:val="00BC5BB2"/>
    <w:rsid w:val="00BD0593"/>
    <w:rsid w:val="00BD0B79"/>
    <w:rsid w:val="00BD0D66"/>
    <w:rsid w:val="00BD1AEA"/>
    <w:rsid w:val="00BE1E74"/>
    <w:rsid w:val="00BE3B3A"/>
    <w:rsid w:val="00BF06ED"/>
    <w:rsid w:val="00BF0B3E"/>
    <w:rsid w:val="00C00234"/>
    <w:rsid w:val="00C01998"/>
    <w:rsid w:val="00C07111"/>
    <w:rsid w:val="00C106CB"/>
    <w:rsid w:val="00C11791"/>
    <w:rsid w:val="00C11DBA"/>
    <w:rsid w:val="00C37050"/>
    <w:rsid w:val="00C45EA9"/>
    <w:rsid w:val="00C51997"/>
    <w:rsid w:val="00C603F8"/>
    <w:rsid w:val="00C62891"/>
    <w:rsid w:val="00C63E3E"/>
    <w:rsid w:val="00C775D5"/>
    <w:rsid w:val="00C81132"/>
    <w:rsid w:val="00C82A90"/>
    <w:rsid w:val="00C8391E"/>
    <w:rsid w:val="00C84DB4"/>
    <w:rsid w:val="00C86A0D"/>
    <w:rsid w:val="00C910C2"/>
    <w:rsid w:val="00C91888"/>
    <w:rsid w:val="00C91D1B"/>
    <w:rsid w:val="00C933BB"/>
    <w:rsid w:val="00CA409B"/>
    <w:rsid w:val="00CA6E67"/>
    <w:rsid w:val="00CA7982"/>
    <w:rsid w:val="00CA7D6F"/>
    <w:rsid w:val="00CB0664"/>
    <w:rsid w:val="00CB1C60"/>
    <w:rsid w:val="00CB5E4C"/>
    <w:rsid w:val="00CB605A"/>
    <w:rsid w:val="00CB75B7"/>
    <w:rsid w:val="00CC429B"/>
    <w:rsid w:val="00CC4739"/>
    <w:rsid w:val="00CC7239"/>
    <w:rsid w:val="00CD0375"/>
    <w:rsid w:val="00CD31CB"/>
    <w:rsid w:val="00CD5235"/>
    <w:rsid w:val="00CE1C44"/>
    <w:rsid w:val="00CF2402"/>
    <w:rsid w:val="00CF6538"/>
    <w:rsid w:val="00D001C1"/>
    <w:rsid w:val="00D01718"/>
    <w:rsid w:val="00D019F1"/>
    <w:rsid w:val="00D04F2A"/>
    <w:rsid w:val="00D06AFB"/>
    <w:rsid w:val="00D113EA"/>
    <w:rsid w:val="00D170A3"/>
    <w:rsid w:val="00D2620C"/>
    <w:rsid w:val="00D36BEA"/>
    <w:rsid w:val="00D41C3E"/>
    <w:rsid w:val="00D447AD"/>
    <w:rsid w:val="00D50E1C"/>
    <w:rsid w:val="00D544DB"/>
    <w:rsid w:val="00D5784B"/>
    <w:rsid w:val="00D6772A"/>
    <w:rsid w:val="00D73BDF"/>
    <w:rsid w:val="00D75EC3"/>
    <w:rsid w:val="00D8281F"/>
    <w:rsid w:val="00D83C3A"/>
    <w:rsid w:val="00D93BB1"/>
    <w:rsid w:val="00D94046"/>
    <w:rsid w:val="00D94082"/>
    <w:rsid w:val="00D96340"/>
    <w:rsid w:val="00DA3E97"/>
    <w:rsid w:val="00DA482C"/>
    <w:rsid w:val="00DB7FD0"/>
    <w:rsid w:val="00DC1825"/>
    <w:rsid w:val="00DD0C81"/>
    <w:rsid w:val="00DD4B25"/>
    <w:rsid w:val="00DF2732"/>
    <w:rsid w:val="00DF6460"/>
    <w:rsid w:val="00E01531"/>
    <w:rsid w:val="00E04EE2"/>
    <w:rsid w:val="00E12656"/>
    <w:rsid w:val="00E16CB5"/>
    <w:rsid w:val="00E201A4"/>
    <w:rsid w:val="00E27362"/>
    <w:rsid w:val="00E335EB"/>
    <w:rsid w:val="00E37B60"/>
    <w:rsid w:val="00E43E12"/>
    <w:rsid w:val="00E43F62"/>
    <w:rsid w:val="00E52262"/>
    <w:rsid w:val="00E53637"/>
    <w:rsid w:val="00E56087"/>
    <w:rsid w:val="00E600E3"/>
    <w:rsid w:val="00E61241"/>
    <w:rsid w:val="00E634BD"/>
    <w:rsid w:val="00E65D6B"/>
    <w:rsid w:val="00E66D04"/>
    <w:rsid w:val="00E73956"/>
    <w:rsid w:val="00E77400"/>
    <w:rsid w:val="00E86FA0"/>
    <w:rsid w:val="00E87096"/>
    <w:rsid w:val="00E8772D"/>
    <w:rsid w:val="00E95D0E"/>
    <w:rsid w:val="00EA59CC"/>
    <w:rsid w:val="00EB21E0"/>
    <w:rsid w:val="00EC050A"/>
    <w:rsid w:val="00EC7B06"/>
    <w:rsid w:val="00ED51A5"/>
    <w:rsid w:val="00EE1453"/>
    <w:rsid w:val="00EE1CE8"/>
    <w:rsid w:val="00EE3091"/>
    <w:rsid w:val="00EF76E5"/>
    <w:rsid w:val="00EF7DC4"/>
    <w:rsid w:val="00F11B5A"/>
    <w:rsid w:val="00F12EB6"/>
    <w:rsid w:val="00F258BB"/>
    <w:rsid w:val="00F34A54"/>
    <w:rsid w:val="00F34C8C"/>
    <w:rsid w:val="00F3760E"/>
    <w:rsid w:val="00F414A3"/>
    <w:rsid w:val="00F430F6"/>
    <w:rsid w:val="00F4347A"/>
    <w:rsid w:val="00F437FB"/>
    <w:rsid w:val="00F43B0C"/>
    <w:rsid w:val="00F50554"/>
    <w:rsid w:val="00F52072"/>
    <w:rsid w:val="00F52134"/>
    <w:rsid w:val="00F5505B"/>
    <w:rsid w:val="00F66472"/>
    <w:rsid w:val="00F6688E"/>
    <w:rsid w:val="00F675FD"/>
    <w:rsid w:val="00F76F7F"/>
    <w:rsid w:val="00F90C35"/>
    <w:rsid w:val="00FA15DA"/>
    <w:rsid w:val="00FA2606"/>
    <w:rsid w:val="00FC46F0"/>
    <w:rsid w:val="00FC693F"/>
    <w:rsid w:val="00FD1C5B"/>
    <w:rsid w:val="00FD2D44"/>
    <w:rsid w:val="00FD358B"/>
    <w:rsid w:val="00FD4EB8"/>
    <w:rsid w:val="00FE1A6A"/>
    <w:rsid w:val="00FE1D10"/>
    <w:rsid w:val="00FE276B"/>
    <w:rsid w:val="00FE407F"/>
    <w:rsid w:val="00FF24B9"/>
    <w:rsid w:val="00FF324C"/>
    <w:rsid w:val="00FF7A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DA2A90A"/>
  <w14:defaultImageDpi w14:val="300"/>
  <w15:docId w15:val="{FC4FD9D6-9316-4BEE-87C3-5B3613D24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link w:val="ListParagraphChar"/>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22583C"/>
    <w:pPr>
      <w:spacing w:after="0" w:line="240" w:lineRule="auto"/>
    </w:pPr>
  </w:style>
  <w:style w:type="character" w:styleId="CommentReference">
    <w:name w:val="annotation reference"/>
    <w:basedOn w:val="DefaultParagraphFont"/>
    <w:uiPriority w:val="99"/>
    <w:semiHidden/>
    <w:unhideWhenUsed/>
    <w:rsid w:val="0022583C"/>
    <w:rPr>
      <w:sz w:val="16"/>
      <w:szCs w:val="16"/>
    </w:rPr>
  </w:style>
  <w:style w:type="paragraph" w:styleId="CommentText">
    <w:name w:val="annotation text"/>
    <w:basedOn w:val="Normal"/>
    <w:link w:val="CommentTextChar"/>
    <w:uiPriority w:val="99"/>
    <w:semiHidden/>
    <w:unhideWhenUsed/>
    <w:rsid w:val="0022583C"/>
    <w:pPr>
      <w:spacing w:line="240" w:lineRule="auto"/>
    </w:pPr>
    <w:rPr>
      <w:sz w:val="20"/>
      <w:szCs w:val="20"/>
    </w:rPr>
  </w:style>
  <w:style w:type="character" w:customStyle="1" w:styleId="CommentTextChar">
    <w:name w:val="Comment Text Char"/>
    <w:basedOn w:val="DefaultParagraphFont"/>
    <w:link w:val="CommentText"/>
    <w:uiPriority w:val="99"/>
    <w:semiHidden/>
    <w:rsid w:val="0022583C"/>
    <w:rPr>
      <w:sz w:val="20"/>
      <w:szCs w:val="20"/>
    </w:rPr>
  </w:style>
  <w:style w:type="paragraph" w:styleId="CommentSubject">
    <w:name w:val="annotation subject"/>
    <w:basedOn w:val="CommentText"/>
    <w:next w:val="CommentText"/>
    <w:link w:val="CommentSubjectChar"/>
    <w:uiPriority w:val="99"/>
    <w:semiHidden/>
    <w:unhideWhenUsed/>
    <w:rsid w:val="0022583C"/>
    <w:rPr>
      <w:b/>
      <w:bCs/>
    </w:rPr>
  </w:style>
  <w:style w:type="character" w:customStyle="1" w:styleId="CommentSubjectChar">
    <w:name w:val="Comment Subject Char"/>
    <w:basedOn w:val="CommentTextChar"/>
    <w:link w:val="CommentSubject"/>
    <w:uiPriority w:val="99"/>
    <w:semiHidden/>
    <w:rsid w:val="0022583C"/>
    <w:rPr>
      <w:b/>
      <w:bCs/>
      <w:sz w:val="20"/>
      <w:szCs w:val="20"/>
    </w:rPr>
  </w:style>
  <w:style w:type="paragraph" w:styleId="BalloonText">
    <w:name w:val="Balloon Text"/>
    <w:basedOn w:val="Normal"/>
    <w:link w:val="BalloonTextChar"/>
    <w:uiPriority w:val="99"/>
    <w:semiHidden/>
    <w:unhideWhenUsed/>
    <w:rsid w:val="001D63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6327"/>
    <w:rPr>
      <w:rFonts w:ascii="Segoe UI" w:hAnsi="Segoe UI" w:cs="Segoe UI"/>
      <w:sz w:val="18"/>
      <w:szCs w:val="18"/>
    </w:rPr>
  </w:style>
  <w:style w:type="character" w:customStyle="1" w:styleId="ListParagraphChar">
    <w:name w:val="List Paragraph Char"/>
    <w:basedOn w:val="DefaultParagraphFont"/>
    <w:link w:val="ListParagraph"/>
    <w:uiPriority w:val="34"/>
    <w:rsid w:val="001E6721"/>
  </w:style>
  <w:style w:type="paragraph" w:styleId="NormalWeb">
    <w:name w:val="Normal (Web)"/>
    <w:basedOn w:val="Normal"/>
    <w:uiPriority w:val="99"/>
    <w:unhideWhenUsed/>
    <w:rsid w:val="003C024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3135B"/>
    <w:rPr>
      <w:color w:val="0000FF" w:themeColor="hyperlink"/>
      <w:u w:val="single"/>
    </w:rPr>
  </w:style>
  <w:style w:type="character" w:customStyle="1" w:styleId="UnresolvedMention1">
    <w:name w:val="Unresolved Mention1"/>
    <w:basedOn w:val="DefaultParagraphFont"/>
    <w:uiPriority w:val="99"/>
    <w:semiHidden/>
    <w:unhideWhenUsed/>
    <w:rsid w:val="0083135B"/>
    <w:rPr>
      <w:color w:val="605E5C"/>
      <w:shd w:val="clear" w:color="auto" w:fill="E1DFDD"/>
    </w:rPr>
  </w:style>
  <w:style w:type="paragraph" w:customStyle="1" w:styleId="Default">
    <w:name w:val="Default"/>
    <w:rsid w:val="00E77400"/>
    <w:pPr>
      <w:autoSpaceDE w:val="0"/>
      <w:autoSpaceDN w:val="0"/>
      <w:adjustRightInd w:val="0"/>
      <w:spacing w:after="0" w:line="240" w:lineRule="auto"/>
    </w:pPr>
    <w:rPr>
      <w:rFonts w:ascii="Arial" w:hAnsi="Arial" w:cs="Arial"/>
      <w:color w:val="000000"/>
      <w:sz w:val="24"/>
      <w:szCs w:val="24"/>
    </w:rPr>
  </w:style>
  <w:style w:type="character" w:customStyle="1" w:styleId="UnresolvedMention2">
    <w:name w:val="Unresolved Mention2"/>
    <w:basedOn w:val="DefaultParagraphFont"/>
    <w:uiPriority w:val="99"/>
    <w:semiHidden/>
    <w:unhideWhenUsed/>
    <w:rsid w:val="00E522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6206279">
      <w:bodyDiv w:val="1"/>
      <w:marLeft w:val="0"/>
      <w:marRight w:val="0"/>
      <w:marTop w:val="0"/>
      <w:marBottom w:val="0"/>
      <w:divBdr>
        <w:top w:val="none" w:sz="0" w:space="0" w:color="auto"/>
        <w:left w:val="none" w:sz="0" w:space="0" w:color="auto"/>
        <w:bottom w:val="none" w:sz="0" w:space="0" w:color="auto"/>
        <w:right w:val="none" w:sz="0" w:space="0" w:color="auto"/>
      </w:divBdr>
    </w:div>
    <w:div w:id="697630968">
      <w:bodyDiv w:val="1"/>
      <w:marLeft w:val="0"/>
      <w:marRight w:val="0"/>
      <w:marTop w:val="0"/>
      <w:marBottom w:val="0"/>
      <w:divBdr>
        <w:top w:val="none" w:sz="0" w:space="0" w:color="auto"/>
        <w:left w:val="none" w:sz="0" w:space="0" w:color="auto"/>
        <w:bottom w:val="none" w:sz="0" w:space="0" w:color="auto"/>
        <w:right w:val="none" w:sz="0" w:space="0" w:color="auto"/>
      </w:divBdr>
    </w:div>
    <w:div w:id="758213475">
      <w:bodyDiv w:val="1"/>
      <w:marLeft w:val="0"/>
      <w:marRight w:val="0"/>
      <w:marTop w:val="0"/>
      <w:marBottom w:val="0"/>
      <w:divBdr>
        <w:top w:val="none" w:sz="0" w:space="0" w:color="auto"/>
        <w:left w:val="none" w:sz="0" w:space="0" w:color="auto"/>
        <w:bottom w:val="none" w:sz="0" w:space="0" w:color="auto"/>
        <w:right w:val="none" w:sz="0" w:space="0" w:color="auto"/>
      </w:divBdr>
    </w:div>
    <w:div w:id="14963848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itecogroup@hiteco.g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87096A-5771-41F0-8D54-BDC967D31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1788</TotalTime>
  <Pages>22</Pages>
  <Words>10418</Words>
  <Characters>59388</Characters>
  <Application>Microsoft Office Word</Application>
  <DocSecurity>0</DocSecurity>
  <Lines>494</Lines>
  <Paragraphs>139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69667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230</cp:revision>
  <cp:lastPrinted>2025-12-26T13:31:00Z</cp:lastPrinted>
  <dcterms:created xsi:type="dcterms:W3CDTF">2025-11-21T10:42:00Z</dcterms:created>
  <dcterms:modified xsi:type="dcterms:W3CDTF">2026-10-02T11:07:00Z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a6d17220-ad92-4bee-b9b5-2945078a3fb6</vt:lpwstr>
  </property>
</Properties>
</file>