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22" w:rsidRDefault="00D8169D">
      <w:pPr>
        <w:jc w:val="center"/>
      </w:pPr>
      <w:bookmarkStart w:id="0" w:name="_GoBack"/>
      <w:bookmarkEnd w:id="0"/>
      <w:r>
        <w:rPr>
          <w:b/>
          <w:color w:val="CF671E"/>
          <w:sz w:val="30"/>
        </w:rPr>
        <w:t>დანართი</w:t>
      </w:r>
      <w:r>
        <w:rPr>
          <w:b/>
          <w:color w:val="CF671E"/>
          <w:sz w:val="30"/>
        </w:rPr>
        <w:t xml:space="preserve"> №1 — </w:t>
      </w:r>
      <w:r>
        <w:rPr>
          <w:b/>
          <w:color w:val="CF671E"/>
          <w:sz w:val="30"/>
        </w:rPr>
        <w:t>კომპანიის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რეკვიზიტები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34"/>
        <w:gridCol w:w="4934"/>
      </w:tblGrid>
      <w:tr w:rsidR="00850A22">
        <w:trPr>
          <w:jc w:val="center"/>
        </w:trPr>
        <w:tc>
          <w:tcPr>
            <w:tcW w:w="4939" w:type="dxa"/>
            <w:shd w:val="clear" w:color="auto" w:fill="F5E9E0"/>
          </w:tcPr>
          <w:p w:rsidR="00850A22" w:rsidRDefault="00D8169D">
            <w:r>
              <w:rPr>
                <w:b/>
                <w:sz w:val="18"/>
              </w:rPr>
              <w:t>მონაცემი</w:t>
            </w:r>
          </w:p>
        </w:tc>
        <w:tc>
          <w:tcPr>
            <w:tcW w:w="4939" w:type="dxa"/>
            <w:shd w:val="clear" w:color="auto" w:fill="F5E9E0"/>
          </w:tcPr>
          <w:p w:rsidR="00850A22" w:rsidRDefault="00D8169D">
            <w:r>
              <w:rPr>
                <w:b/>
                <w:sz w:val="18"/>
              </w:rPr>
              <w:t>პრეტენდენტის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ინფორმაცია</w:t>
            </w:r>
          </w:p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იურიდიული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ფორმა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სრული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დასახელება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ხელმძღვანელის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თანამდებობა</w:t>
            </w:r>
            <w:r>
              <w:rPr>
                <w:sz w:val="18"/>
              </w:rPr>
              <w:t xml:space="preserve">, </w:t>
            </w:r>
            <w:r>
              <w:rPr>
                <w:sz w:val="18"/>
              </w:rPr>
              <w:t>სახელი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გვარი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იურიდიული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მისამართი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ფაქტობრივი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მისამართი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საიდენტიფიკაციო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კოდი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ტელეფონის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ნომერი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საკონტაქტო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პირი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ელექტრონული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ფოსტის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მისამართი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საკონტაქტო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პირის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მობილური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ნომერი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მომსახურე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ბანკის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დასახელება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ბანკის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კოდი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  <w:tr w:rsidR="00850A22">
        <w:trPr>
          <w:jc w:val="center"/>
        </w:trPr>
        <w:tc>
          <w:tcPr>
            <w:tcW w:w="4939" w:type="dxa"/>
            <w:vAlign w:val="center"/>
          </w:tcPr>
          <w:p w:rsidR="00850A22" w:rsidRDefault="00D8169D">
            <w:r>
              <w:rPr>
                <w:sz w:val="18"/>
              </w:rPr>
              <w:t>საბანკო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ანგარიშის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ნომერი</w:t>
            </w:r>
          </w:p>
        </w:tc>
        <w:tc>
          <w:tcPr>
            <w:tcW w:w="4939" w:type="dxa"/>
            <w:vAlign w:val="center"/>
          </w:tcPr>
          <w:p w:rsidR="00850A22" w:rsidRDefault="00850A22"/>
        </w:tc>
      </w:tr>
    </w:tbl>
    <w:p w:rsidR="00850A22" w:rsidRDefault="00850A22"/>
    <w:p w:rsidR="00850A22" w:rsidRDefault="00D8169D">
      <w:r>
        <w:t>პრეტენდენტის</w:t>
      </w:r>
      <w:r>
        <w:t xml:space="preserve"> </w:t>
      </w:r>
      <w:r>
        <w:t>უფლებამოსილი</w:t>
      </w:r>
      <w:r>
        <w:t xml:space="preserve"> </w:t>
      </w:r>
      <w:r>
        <w:t>პირი</w:t>
      </w:r>
      <w:r>
        <w:t>: __________________________</w:t>
      </w:r>
    </w:p>
    <w:p w:rsidR="00850A22" w:rsidRDefault="00D8169D">
      <w:r>
        <w:t>სახელი</w:t>
      </w:r>
      <w:r>
        <w:t xml:space="preserve">, </w:t>
      </w:r>
      <w:r>
        <w:t>გვარი</w:t>
      </w:r>
      <w:r>
        <w:t xml:space="preserve"> / </w:t>
      </w:r>
      <w:r>
        <w:t>თანამდებობა</w:t>
      </w:r>
      <w:r>
        <w:t xml:space="preserve">: </w:t>
      </w:r>
      <w:r>
        <w:t>______________________________</w:t>
      </w:r>
    </w:p>
    <w:p w:rsidR="00850A22" w:rsidRDefault="00D8169D">
      <w:r>
        <w:t>ხელმოწერა</w:t>
      </w:r>
      <w:r>
        <w:t xml:space="preserve">: ____________________    </w:t>
      </w:r>
      <w:r>
        <w:t>თარიღი</w:t>
      </w:r>
      <w:r>
        <w:t>: ______________</w:t>
      </w:r>
    </w:p>
    <w:sectPr w:rsidR="00850A22" w:rsidSect="00034616">
      <w:headerReference w:type="default" r:id="rId8"/>
      <w:footerReference w:type="default" r:id="rId9"/>
      <w:pgSz w:w="12240" w:h="15840"/>
      <w:pgMar w:top="1152" w:right="1181" w:bottom="1080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69D" w:rsidRDefault="00D8169D">
      <w:pPr>
        <w:spacing w:after="0" w:line="240" w:lineRule="auto"/>
      </w:pPr>
      <w:r>
        <w:separator/>
      </w:r>
    </w:p>
  </w:endnote>
  <w:endnote w:type="continuationSeparator" w:id="0">
    <w:p w:rsidR="00D8169D" w:rsidRDefault="00D8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A22" w:rsidRDefault="00D8169D">
    <w:pPr>
      <w:pStyle w:val="Footer"/>
      <w:jc w:val="center"/>
    </w:pPr>
    <w:r>
      <w:rPr>
        <w:sz w:val="16"/>
      </w:rPr>
      <w:t>შპს</w:t>
    </w:r>
    <w:r>
      <w:rPr>
        <w:sz w:val="16"/>
      </w:rPr>
      <w:t xml:space="preserve"> „</w:t>
    </w:r>
    <w:r>
      <w:rPr>
        <w:sz w:val="16"/>
      </w:rPr>
      <w:t>მეტრო</w:t>
    </w:r>
    <w:r>
      <w:rPr>
        <w:sz w:val="16"/>
      </w:rPr>
      <w:t xml:space="preserve"> </w:t>
    </w:r>
    <w:r>
      <w:rPr>
        <w:sz w:val="16"/>
      </w:rPr>
      <w:t>სერვის</w:t>
    </w:r>
    <w:r>
      <w:rPr>
        <w:sz w:val="16"/>
      </w:rPr>
      <w:t xml:space="preserve"> +“  •  www.tenders.ge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69D" w:rsidRDefault="00D8169D">
      <w:pPr>
        <w:spacing w:after="0" w:line="240" w:lineRule="auto"/>
      </w:pPr>
      <w:r>
        <w:separator/>
      </w:r>
    </w:p>
  </w:footnote>
  <w:footnote w:type="continuationSeparator" w:id="0">
    <w:p w:rsidR="00D8169D" w:rsidRDefault="00D8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A22" w:rsidRDefault="00D8169D">
    <w:pPr>
      <w:pStyle w:val="Header"/>
    </w:pPr>
    <w:r>
      <w:rPr>
        <w:noProof/>
      </w:rPr>
      <w:drawing>
        <wp:inline distT="0" distB="0" distL="0" distR="0">
          <wp:extent cx="1143000" cy="405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0A22"/>
    <w:rsid w:val="00AA1D8D"/>
    <w:rsid w:val="00B47730"/>
    <w:rsid w:val="00CB0664"/>
    <w:rsid w:val="00D8169D"/>
    <w:rsid w:val="00DA33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B2AE820-FD8E-433B-A672-A761379C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Sylfaen" w:hAnsi="Sylfaen"/>
      <w:color w:val="28303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F63877-E235-4FDC-8B8E-B6D1D540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2</cp:revision>
  <dcterms:created xsi:type="dcterms:W3CDTF">2026-10-12T08:51:00Z</dcterms:created>
  <dcterms:modified xsi:type="dcterms:W3CDTF">2026-10-12T08:51:00Z</dcterms:modified>
  <cp:category/>
</cp:coreProperties>
</file>